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60F9" w14:textId="77777777" w:rsidR="002566DD" w:rsidRDefault="00623220" w:rsidP="004138E1">
      <w:pPr>
        <w:shd w:val="clear" w:color="auto" w:fill="FFFFFF" w:themeFill="background1"/>
        <w:spacing w:after="0" w:line="240" w:lineRule="auto"/>
        <w:jc w:val="center"/>
      </w:pPr>
      <w:r>
        <w:rPr>
          <w:b/>
        </w:rPr>
        <w:t>KẾ HOẠCH BÀI DẠY MÔN TIẾNG VIỆT LỚP 2 – TUẦN 23</w:t>
      </w:r>
    </w:p>
    <w:p w14:paraId="0D231517" w14:textId="77777777" w:rsidR="002566DD" w:rsidRDefault="00623220" w:rsidP="004138E1">
      <w:pPr>
        <w:shd w:val="clear" w:color="auto" w:fill="FFFFFF" w:themeFill="background1"/>
        <w:spacing w:after="0" w:line="240" w:lineRule="auto"/>
        <w:jc w:val="center"/>
      </w:pPr>
      <w:r>
        <w:rPr>
          <w:b/>
        </w:rPr>
        <w:t>CHỦ ĐỀ: HÀNH TINH XANH CỦA EM</w:t>
      </w:r>
    </w:p>
    <w:p w14:paraId="15ECC4A9" w14:textId="77777777" w:rsidR="002566DD" w:rsidRDefault="00623220" w:rsidP="004138E1">
      <w:pPr>
        <w:shd w:val="clear" w:color="auto" w:fill="FFFFFF" w:themeFill="background1"/>
        <w:spacing w:after="0" w:line="240" w:lineRule="auto"/>
        <w:jc w:val="center"/>
      </w:pPr>
      <w:r>
        <w:rPr>
          <w:b/>
        </w:rPr>
        <w:t>BÀI 9: VÈ CHIM</w:t>
      </w:r>
    </w:p>
    <w:p w14:paraId="37414ECD" w14:textId="77777777" w:rsidR="002566DD" w:rsidRDefault="00623220" w:rsidP="004138E1">
      <w:pPr>
        <w:shd w:val="clear" w:color="auto" w:fill="FFFFFF" w:themeFill="background1"/>
        <w:spacing w:after="0" w:line="240" w:lineRule="auto"/>
        <w:jc w:val="center"/>
      </w:pPr>
      <w:r>
        <w:rPr>
          <w:b/>
        </w:rPr>
        <w:t>TIẾT 1 – 2: ĐỌC – VÈ CHIM</w:t>
      </w:r>
    </w:p>
    <w:p w14:paraId="5F78EC48" w14:textId="77777777" w:rsidR="002566DD" w:rsidRDefault="00623220" w:rsidP="004138E1">
      <w:pPr>
        <w:shd w:val="clear" w:color="auto" w:fill="FFFFFF" w:themeFill="background1"/>
        <w:spacing w:after="0" w:line="240" w:lineRule="auto"/>
        <w:jc w:val="both"/>
      </w:pPr>
      <w:r>
        <w:rPr>
          <w:b/>
        </w:rPr>
        <w:t>I. YÊU CẦU CẦN ĐẠT</w:t>
      </w:r>
    </w:p>
    <w:p w14:paraId="3D0D6FE1" w14:textId="77777777" w:rsidR="002566DD" w:rsidRDefault="00623220" w:rsidP="004138E1">
      <w:pPr>
        <w:shd w:val="clear" w:color="auto" w:fill="FFFFFF" w:themeFill="background1"/>
        <w:spacing w:after="0" w:line="240" w:lineRule="auto"/>
        <w:jc w:val="both"/>
      </w:pPr>
      <w:r>
        <w:rPr>
          <w:b/>
        </w:rPr>
        <w:t>1. Năng lực đặc thù</w:t>
      </w:r>
    </w:p>
    <w:p w14:paraId="4789EFE4" w14:textId="77777777" w:rsidR="002566DD" w:rsidRDefault="00623220" w:rsidP="004138E1">
      <w:pPr>
        <w:shd w:val="clear" w:color="auto" w:fill="FFFFFF" w:themeFill="background1"/>
        <w:spacing w:after="0" w:line="240" w:lineRule="auto"/>
        <w:jc w:val="both"/>
      </w:pPr>
      <w:r>
        <w:t>- Đọc đúng, rõ ràng bài vè; biết ngắt nhịp phù hợp, đọc với giọng vui tươi, hồn nhiên.</w:t>
      </w:r>
    </w:p>
    <w:p w14:paraId="11C4DFEA" w14:textId="77777777" w:rsidR="002566DD" w:rsidRDefault="00623220" w:rsidP="004138E1">
      <w:pPr>
        <w:shd w:val="clear" w:color="auto" w:fill="FFFFFF" w:themeFill="background1"/>
        <w:spacing w:after="0" w:line="240" w:lineRule="auto"/>
        <w:jc w:val="both"/>
      </w:pPr>
      <w:r>
        <w:t>- Hiểu nghĩa các từ ngữ trong bài; kể được tên các loài chim được nhắc đến; nhận biết được đặc điểm, hoạt động của một số loài chim qua lời vè.</w:t>
      </w:r>
    </w:p>
    <w:p w14:paraId="48CEBE91" w14:textId="77777777" w:rsidR="002566DD" w:rsidRDefault="00623220" w:rsidP="004138E1">
      <w:pPr>
        <w:shd w:val="clear" w:color="auto" w:fill="FFFFFF" w:themeFill="background1"/>
        <w:spacing w:after="0" w:line="240" w:lineRule="auto"/>
        <w:jc w:val="both"/>
      </w:pPr>
      <w:r>
        <w:t>- Tìm được từ ngữ chỉ người được dùng để gọi các loài chim; đặt được câu với từ ngữ đã cho; bước đầu biết giới thiệu một loài chim dựa vào hiểu biết của bản thân.</w:t>
      </w:r>
    </w:p>
    <w:p w14:paraId="3E71A11C" w14:textId="77777777" w:rsidR="002566DD" w:rsidRDefault="00623220" w:rsidP="004138E1">
      <w:pPr>
        <w:shd w:val="clear" w:color="auto" w:fill="FFFFFF" w:themeFill="background1"/>
        <w:spacing w:after="0" w:line="240" w:lineRule="auto"/>
        <w:jc w:val="both"/>
      </w:pPr>
      <w:r>
        <w:rPr>
          <w:b/>
        </w:rPr>
        <w:t>2. Năng lực chung</w:t>
      </w:r>
    </w:p>
    <w:p w14:paraId="283E803F" w14:textId="77777777" w:rsidR="002566DD" w:rsidRDefault="00623220" w:rsidP="004138E1">
      <w:pPr>
        <w:shd w:val="clear" w:color="auto" w:fill="FFFFFF" w:themeFill="background1"/>
        <w:spacing w:after="0" w:line="240" w:lineRule="auto"/>
        <w:jc w:val="both"/>
      </w:pPr>
      <w:r>
        <w:t>- Tự chủ và tự học: Chủ động luyện đọc, chuẩn bị ý kiến khi trả lời câu hỏi.</w:t>
      </w:r>
    </w:p>
    <w:p w14:paraId="00CAB8E6" w14:textId="77777777" w:rsidR="002566DD" w:rsidRDefault="00623220" w:rsidP="004138E1">
      <w:pPr>
        <w:shd w:val="clear" w:color="auto" w:fill="FFFFFF" w:themeFill="background1"/>
        <w:spacing w:after="0" w:line="240" w:lineRule="auto"/>
        <w:jc w:val="both"/>
      </w:pPr>
      <w:r>
        <w:t>- Giao tiếp và hợp tác: Biết trao đổi nhóm đôi, lắng nghe bạn đọc và góp ý nhẹ nhàng.</w:t>
      </w:r>
    </w:p>
    <w:p w14:paraId="7C23F205" w14:textId="77777777" w:rsidR="002566DD" w:rsidRDefault="00623220" w:rsidP="004138E1">
      <w:pPr>
        <w:shd w:val="clear" w:color="auto" w:fill="FFFFFF" w:themeFill="background1"/>
        <w:spacing w:after="0" w:line="240" w:lineRule="auto"/>
        <w:jc w:val="both"/>
      </w:pPr>
      <w:r>
        <w:t>- Giải quyết vấn đề và sáng tạo: Biết liên hệ đặc điểm của loài chim với hành vi bảo vệ thiên nhiên.</w:t>
      </w:r>
    </w:p>
    <w:p w14:paraId="0A0898F1" w14:textId="77777777" w:rsidR="002566DD" w:rsidRDefault="00623220" w:rsidP="004138E1">
      <w:pPr>
        <w:shd w:val="clear" w:color="auto" w:fill="FFFFFF" w:themeFill="background1"/>
        <w:spacing w:after="0" w:line="240" w:lineRule="auto"/>
        <w:jc w:val="both"/>
      </w:pPr>
      <w:r>
        <w:rPr>
          <w:b/>
        </w:rPr>
        <w:t>3. Phẩm chất</w:t>
      </w:r>
    </w:p>
    <w:p w14:paraId="06DFFC98" w14:textId="77777777" w:rsidR="002566DD" w:rsidRDefault="00623220" w:rsidP="004138E1">
      <w:pPr>
        <w:shd w:val="clear" w:color="auto" w:fill="FFFFFF" w:themeFill="background1"/>
        <w:spacing w:after="0" w:line="240" w:lineRule="auto"/>
        <w:jc w:val="both"/>
      </w:pPr>
      <w:r>
        <w:t>- Nhân ái, trách nhiệm: Yêu quý loài chim, biết bảo vệ chim và môi trường sống của các loài chim.</w:t>
      </w:r>
    </w:p>
    <w:p w14:paraId="59E9F8AF" w14:textId="77777777" w:rsidR="002566DD" w:rsidRDefault="00623220" w:rsidP="004138E1">
      <w:pPr>
        <w:shd w:val="clear" w:color="auto" w:fill="FFFFFF" w:themeFill="background1"/>
        <w:spacing w:after="0" w:line="240" w:lineRule="auto"/>
        <w:jc w:val="both"/>
      </w:pPr>
      <w:r>
        <w:rPr>
          <w:b/>
          <w:color w:val="C00000"/>
        </w:rPr>
        <w:t>4. Tích hợp</w:t>
      </w:r>
    </w:p>
    <w:p w14:paraId="7FF62484" w14:textId="77777777" w:rsidR="002566DD" w:rsidRDefault="00623220" w:rsidP="004138E1">
      <w:pPr>
        <w:shd w:val="clear" w:color="auto" w:fill="FFFFFF" w:themeFill="background1"/>
        <w:spacing w:after="0" w:line="240" w:lineRule="auto"/>
        <w:jc w:val="both"/>
      </w:pPr>
      <w:r>
        <w:rPr>
          <w:color w:val="C00000"/>
        </w:rPr>
        <w:t>- Tích hợp đạo đức, lối sống và bảo vệ môi trường: Giáo dục HS yêu thiên nhiên, không bắt chim non, không phá tổ chim, biết giữ gìn cây xanh để chim có nơi sinh sống.</w:t>
      </w:r>
    </w:p>
    <w:p w14:paraId="20E3DF14" w14:textId="77777777" w:rsidR="002566DD" w:rsidRDefault="00623220" w:rsidP="004138E1">
      <w:pPr>
        <w:shd w:val="clear" w:color="auto" w:fill="FFFFFF" w:themeFill="background1"/>
        <w:spacing w:after="0" w:line="240" w:lineRule="auto"/>
        <w:jc w:val="both"/>
      </w:pPr>
      <w:r>
        <w:rPr>
          <w:color w:val="C00000"/>
        </w:rPr>
        <w:t>- Tích hợp năng lực số 1.1.CB1a: HS biết tìm kiếm thông tin đơn giản về một loài chim từ nguồn học liệu số an toàn do GV/cha mẹ cung cấp; biết không bấm liên kết lạ, không chia sẻ thông tin cá nhân.</w:t>
      </w:r>
    </w:p>
    <w:p w14:paraId="60F1D74F" w14:textId="77777777" w:rsidR="002566DD" w:rsidRDefault="00623220" w:rsidP="004138E1">
      <w:pPr>
        <w:shd w:val="clear" w:color="auto" w:fill="FFFFFF" w:themeFill="background1"/>
        <w:spacing w:after="0" w:line="240" w:lineRule="auto"/>
        <w:jc w:val="both"/>
      </w:pPr>
      <w:r>
        <w:rPr>
          <w:b/>
        </w:rPr>
        <w:t>II. ĐỒ DÙNG DẠY HỌC</w:t>
      </w:r>
    </w:p>
    <w:p w14:paraId="38DDD1C2" w14:textId="77777777" w:rsidR="002566DD" w:rsidRDefault="00623220" w:rsidP="004138E1">
      <w:pPr>
        <w:shd w:val="clear" w:color="auto" w:fill="FFFFFF" w:themeFill="background1"/>
        <w:spacing w:after="0" w:line="240" w:lineRule="auto"/>
        <w:jc w:val="both"/>
      </w:pPr>
      <w:r>
        <w:t>- GV: Máy tính, máy chiếu/tivi, tranh minh hoạ bài đọc Vè chim, phiếu đọc hiểu, thẻ từ chỉ loài chim.</w:t>
      </w:r>
    </w:p>
    <w:p w14:paraId="30C4D412" w14:textId="77777777" w:rsidR="002566DD" w:rsidRDefault="00623220" w:rsidP="004138E1">
      <w:pPr>
        <w:shd w:val="clear" w:color="auto" w:fill="FFFFFF" w:themeFill="background1"/>
        <w:spacing w:after="0" w:line="240" w:lineRule="auto"/>
        <w:jc w:val="both"/>
      </w:pPr>
      <w:r>
        <w:t>- HS: SGK Tiếng Việt 2, vở ghi, bút, bảng con.</w:t>
      </w:r>
    </w:p>
    <w:p w14:paraId="0A089327" w14:textId="77777777" w:rsidR="002566DD" w:rsidRDefault="00623220" w:rsidP="004138E1">
      <w:pPr>
        <w:shd w:val="clear" w:color="auto" w:fill="FFFFFF" w:themeFill="background1"/>
        <w:spacing w:after="0" w:line="240" w:lineRule="auto"/>
        <w:jc w:val="both"/>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2566DD" w14:paraId="3F1E6CFF" w14:textId="77777777" w:rsidTr="004138E1">
        <w:trPr>
          <w:jc w:val="center"/>
        </w:trPr>
        <w:tc>
          <w:tcPr>
            <w:tcW w:w="5112" w:type="dxa"/>
            <w:tcBorders>
              <w:bottom w:val="single" w:sz="4" w:space="0" w:color="auto"/>
            </w:tcBorders>
            <w:shd w:val="clear" w:color="auto" w:fill="DDEBF7"/>
            <w:tcMar>
              <w:top w:w="80" w:type="dxa"/>
              <w:left w:w="80" w:type="dxa"/>
              <w:bottom w:w="80" w:type="dxa"/>
              <w:right w:w="80" w:type="dxa"/>
            </w:tcMar>
          </w:tcPr>
          <w:p w14:paraId="06020621" w14:textId="77777777" w:rsidR="002566DD" w:rsidRDefault="00623220" w:rsidP="004138E1">
            <w:pPr>
              <w:shd w:val="clear" w:color="auto" w:fill="FFFFFF" w:themeFill="background1"/>
            </w:pPr>
            <w:r>
              <w:rPr>
                <w:b/>
              </w:rPr>
              <w:t>Hoạt động của GV</w:t>
            </w:r>
          </w:p>
        </w:tc>
        <w:tc>
          <w:tcPr>
            <w:tcW w:w="5112" w:type="dxa"/>
            <w:tcBorders>
              <w:bottom w:val="single" w:sz="4" w:space="0" w:color="auto"/>
            </w:tcBorders>
            <w:shd w:val="clear" w:color="auto" w:fill="DDEBF7"/>
            <w:tcMar>
              <w:top w:w="80" w:type="dxa"/>
              <w:left w:w="80" w:type="dxa"/>
              <w:bottom w:w="80" w:type="dxa"/>
              <w:right w:w="80" w:type="dxa"/>
            </w:tcMar>
          </w:tcPr>
          <w:p w14:paraId="16B1D3FE" w14:textId="77777777" w:rsidR="002566DD" w:rsidRDefault="00623220" w:rsidP="004138E1">
            <w:pPr>
              <w:shd w:val="clear" w:color="auto" w:fill="FFFFFF" w:themeFill="background1"/>
            </w:pPr>
            <w:r>
              <w:rPr>
                <w:b/>
              </w:rPr>
              <w:t>Hoạt động của HS</w:t>
            </w:r>
          </w:p>
        </w:tc>
      </w:tr>
      <w:tr w:rsidR="002566DD" w14:paraId="2B068658"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D48558C" w14:textId="77777777" w:rsidR="002566DD" w:rsidRDefault="00623220" w:rsidP="004138E1">
            <w:pPr>
              <w:shd w:val="clear" w:color="auto" w:fill="FFFFFF" w:themeFill="background1"/>
            </w:pPr>
            <w:r>
              <w:rPr>
                <w:b/>
              </w:rPr>
              <w:t>TIẾT 1</w:t>
            </w:r>
          </w:p>
        </w:tc>
      </w:tr>
      <w:tr w:rsidR="002566DD" w14:paraId="63F5F284"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45CB76F" w14:textId="77777777" w:rsidR="002566DD" w:rsidRDefault="00623220" w:rsidP="004138E1">
            <w:pPr>
              <w:shd w:val="clear" w:color="auto" w:fill="FFFFFF" w:themeFill="background1"/>
            </w:pPr>
            <w:r>
              <w:rPr>
                <w:b/>
              </w:rPr>
              <w:t>1. KHỞI ĐỘNG (5 phút)</w:t>
            </w:r>
            <w:r>
              <w:br/>
            </w:r>
            <w:r>
              <w:rPr>
                <w:b/>
              </w:rPr>
              <w:t>Mục tiêu: HS huy động hiểu biết về các loài chim; tạo tâm thế vui vẻ trước khi đọc bài.</w:t>
            </w:r>
          </w:p>
        </w:tc>
      </w:tr>
      <w:tr w:rsidR="002566DD" w14:paraId="01E3B50F"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6D659FF2" w14:textId="77777777" w:rsidR="002566DD" w:rsidRDefault="00623220" w:rsidP="004138E1">
            <w:pPr>
              <w:shd w:val="clear" w:color="auto" w:fill="FFFFFF" w:themeFill="background1"/>
            </w:pPr>
            <w:r>
              <w:rPr>
                <w:color w:val="000000"/>
              </w:rPr>
              <w:t>- GV yêu cầu HS quan sát tranh trong SGK và trả lời: Em nhìn thấy những loài chim nào? Em biết gì về một loài chim trong tranh?</w:t>
            </w:r>
          </w:p>
          <w:p w14:paraId="6EB5F9A0" w14:textId="5F1DA220"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563672EC" w14:textId="77777777" w:rsidR="002566DD" w:rsidRDefault="00623220" w:rsidP="004138E1">
            <w:pPr>
              <w:shd w:val="clear" w:color="auto" w:fill="FFFFFF" w:themeFill="background1"/>
            </w:pPr>
            <w:r>
              <w:rPr>
                <w:color w:val="000000"/>
              </w:rPr>
              <w:t>- HS quan sát tranh, nêu: chim sẻ, cú mèo, sáo, chào mào, chìa vôi...; em biết chim sẻ nhỏ, nhanh nhẹn; cú mèo thường hoạt động ban đêm.</w:t>
            </w:r>
          </w:p>
        </w:tc>
      </w:tr>
      <w:tr w:rsidR="002566DD" w14:paraId="1F84C732" w14:textId="77777777" w:rsidTr="004138E1">
        <w:trPr>
          <w:cantSplit/>
          <w:jc w:val="center"/>
        </w:trPr>
        <w:tc>
          <w:tcPr>
            <w:tcW w:w="5112" w:type="dxa"/>
            <w:tcMar>
              <w:top w:w="80" w:type="dxa"/>
              <w:left w:w="80" w:type="dxa"/>
              <w:bottom w:w="80" w:type="dxa"/>
              <w:right w:w="80" w:type="dxa"/>
            </w:tcMar>
          </w:tcPr>
          <w:p w14:paraId="17A5B474" w14:textId="77777777" w:rsidR="002566DD" w:rsidRDefault="00623220" w:rsidP="004138E1">
            <w:pPr>
              <w:shd w:val="clear" w:color="auto" w:fill="FFFFFF" w:themeFill="background1"/>
            </w:pPr>
            <w:r>
              <w:rPr>
                <w:color w:val="000000"/>
              </w:rPr>
              <w:t>- GV tổ chức cho HS nói nhanh theo nhóm đôi: “Nói về một loài chim mà em biết”.</w:t>
            </w:r>
          </w:p>
        </w:tc>
        <w:tc>
          <w:tcPr>
            <w:tcW w:w="5112" w:type="dxa"/>
            <w:tcMar>
              <w:top w:w="80" w:type="dxa"/>
              <w:left w:w="80" w:type="dxa"/>
              <w:bottom w:w="80" w:type="dxa"/>
              <w:right w:w="80" w:type="dxa"/>
            </w:tcMar>
          </w:tcPr>
          <w:p w14:paraId="4B087BDE" w14:textId="77777777" w:rsidR="002566DD" w:rsidRDefault="00623220" w:rsidP="004138E1">
            <w:pPr>
              <w:shd w:val="clear" w:color="auto" w:fill="FFFFFF" w:themeFill="background1"/>
            </w:pPr>
            <w:r>
              <w:rPr>
                <w:color w:val="000000"/>
              </w:rPr>
              <w:t>- HS nói với bạn: Em biết chim sáo. Chim sáo có lông đen, biết hót và có thể bắt chước tiếng người.</w:t>
            </w:r>
          </w:p>
        </w:tc>
      </w:tr>
      <w:tr w:rsidR="002566DD" w14:paraId="594B9602"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43DA90F2" w14:textId="77777777" w:rsidR="002566DD" w:rsidRDefault="00623220" w:rsidP="004138E1">
            <w:pPr>
              <w:shd w:val="clear" w:color="auto" w:fill="FFFFFF" w:themeFill="background1"/>
            </w:pPr>
            <w:r>
              <w:rPr>
                <w:color w:val="000000"/>
              </w:rPr>
              <w:t>- GV nhận xét, dẫn vào bài: Bài đọc hôm nay là một bài vè vui, giới thiệu nhiều loài chim bằng lời gọi gần gũi, dí dỏm.</w:t>
            </w:r>
          </w:p>
        </w:tc>
        <w:tc>
          <w:tcPr>
            <w:tcW w:w="5112" w:type="dxa"/>
            <w:tcBorders>
              <w:bottom w:val="single" w:sz="4" w:space="0" w:color="auto"/>
            </w:tcBorders>
            <w:tcMar>
              <w:top w:w="80" w:type="dxa"/>
              <w:left w:w="80" w:type="dxa"/>
              <w:bottom w:w="80" w:type="dxa"/>
              <w:right w:w="80" w:type="dxa"/>
            </w:tcMar>
          </w:tcPr>
          <w:p w14:paraId="32F76E34" w14:textId="77777777" w:rsidR="002566DD" w:rsidRDefault="00623220" w:rsidP="004138E1">
            <w:pPr>
              <w:shd w:val="clear" w:color="auto" w:fill="FFFFFF" w:themeFill="background1"/>
            </w:pPr>
            <w:r>
              <w:rPr>
                <w:color w:val="000000"/>
              </w:rPr>
              <w:t>- HS lắng nghe, mở SGK, ghi tên bài: Vè chim.</w:t>
            </w:r>
          </w:p>
        </w:tc>
      </w:tr>
      <w:tr w:rsidR="002566DD" w14:paraId="21E29C7B"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3C6B1C1" w14:textId="77777777" w:rsidR="002566DD" w:rsidRDefault="00623220" w:rsidP="004138E1">
            <w:pPr>
              <w:shd w:val="clear" w:color="auto" w:fill="FFFFFF" w:themeFill="background1"/>
            </w:pPr>
            <w:r>
              <w:rPr>
                <w:b/>
              </w:rPr>
              <w:t>2. KHÁM PHÁ KIẾN THỨC (25 phút)</w:t>
            </w:r>
          </w:p>
          <w:p w14:paraId="389E0996" w14:textId="77777777" w:rsidR="002566DD" w:rsidRDefault="00623220" w:rsidP="004138E1">
            <w:pPr>
              <w:shd w:val="clear" w:color="auto" w:fill="FFFFFF" w:themeFill="background1"/>
            </w:pPr>
            <w:r>
              <w:rPr>
                <w:b/>
              </w:rPr>
              <w:t>Mục tiêu: HS đọc đúng, rõ ràng bài vè; biết ngắt nhịp, đọc đúng từ khó; hiểu nghĩa từ ngữ trong bài.</w:t>
            </w:r>
          </w:p>
        </w:tc>
      </w:tr>
      <w:tr w:rsidR="002566DD" w14:paraId="6EF8CAC6"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D99DE1F" w14:textId="77777777" w:rsidR="002566DD" w:rsidRDefault="00623220" w:rsidP="004138E1">
            <w:pPr>
              <w:shd w:val="clear" w:color="auto" w:fill="FFFFFF" w:themeFill="background1"/>
            </w:pPr>
            <w:r>
              <w:rPr>
                <w:b/>
              </w:rPr>
              <w:lastRenderedPageBreak/>
              <w:t>HOẠT ĐỘNG 1: ĐỌC VĂN BẢN (25 phút)</w:t>
            </w:r>
          </w:p>
          <w:p w14:paraId="62EB1105" w14:textId="77777777" w:rsidR="002566DD" w:rsidRDefault="00623220" w:rsidP="004138E1">
            <w:pPr>
              <w:shd w:val="clear" w:color="auto" w:fill="FFFFFF" w:themeFill="background1"/>
            </w:pPr>
            <w:r>
              <w:rPr>
                <w:b/>
              </w:rPr>
              <w:t>Mục tiêu: HS đọc đúng, rõ ràng bài vè; biết ngắt nhịp phù hợp, đọc đúng từ khó và hiểu nghĩa từ ngữ trong bài.</w:t>
            </w:r>
          </w:p>
        </w:tc>
      </w:tr>
      <w:tr w:rsidR="002566DD" w14:paraId="1530C50B"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59880597" w14:textId="77777777" w:rsidR="002566DD" w:rsidRDefault="00623220" w:rsidP="004138E1">
            <w:pPr>
              <w:shd w:val="clear" w:color="auto" w:fill="FFFFFF" w:themeFill="background1"/>
            </w:pPr>
            <w:r>
              <w:rPr>
                <w:b/>
                <w:color w:val="000000"/>
              </w:rPr>
              <w:t>- a. GV đọc mẫu. GV yêu cầu HS theo dõi bài đọc Vè chim trong SGK.</w:t>
            </w:r>
          </w:p>
          <w:p w14:paraId="524B4ED7" w14:textId="0BFC0A23"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2E1C77E8" w14:textId="77777777" w:rsidR="002566DD" w:rsidRDefault="00623220" w:rsidP="004138E1">
            <w:pPr>
              <w:shd w:val="clear" w:color="auto" w:fill="FFFFFF" w:themeFill="background1"/>
            </w:pPr>
            <w:r>
              <w:rPr>
                <w:color w:val="000000"/>
              </w:rPr>
              <w:t>- HS mở SGK, theo dõi bài đọc bằng mắt.</w:t>
            </w:r>
          </w:p>
        </w:tc>
      </w:tr>
      <w:tr w:rsidR="002566DD" w14:paraId="5E6ABADD" w14:textId="77777777" w:rsidTr="004138E1">
        <w:trPr>
          <w:cantSplit/>
          <w:jc w:val="center"/>
        </w:trPr>
        <w:tc>
          <w:tcPr>
            <w:tcW w:w="5112" w:type="dxa"/>
            <w:tcMar>
              <w:top w:w="80" w:type="dxa"/>
              <w:left w:w="80" w:type="dxa"/>
              <w:bottom w:w="80" w:type="dxa"/>
              <w:right w:w="80" w:type="dxa"/>
            </w:tcMar>
          </w:tcPr>
          <w:p w14:paraId="0B03EE99" w14:textId="77777777" w:rsidR="002566DD" w:rsidRDefault="00623220" w:rsidP="004138E1">
            <w:pPr>
              <w:shd w:val="clear" w:color="auto" w:fill="FFFFFF" w:themeFill="background1"/>
            </w:pPr>
            <w:r>
              <w:rPr>
                <w:color w:val="000000"/>
              </w:rPr>
              <w:t>- GV đọc mẫu toàn bài với giọng vui tươi, nhịp nhanh vừa phải; nhấn giọng ở các từ gọi vui: “em sáo xinh”, “bác cú mèo”, “mẹ chim sâu”.</w:t>
            </w:r>
          </w:p>
        </w:tc>
        <w:tc>
          <w:tcPr>
            <w:tcW w:w="5112" w:type="dxa"/>
            <w:tcMar>
              <w:top w:w="80" w:type="dxa"/>
              <w:left w:w="80" w:type="dxa"/>
              <w:bottom w:w="80" w:type="dxa"/>
              <w:right w:w="80" w:type="dxa"/>
            </w:tcMar>
          </w:tcPr>
          <w:p w14:paraId="30E50E84" w14:textId="77777777" w:rsidR="002566DD" w:rsidRDefault="00623220" w:rsidP="004138E1">
            <w:pPr>
              <w:shd w:val="clear" w:color="auto" w:fill="FFFFFF" w:themeFill="background1"/>
            </w:pPr>
            <w:r>
              <w:rPr>
                <w:color w:val="000000"/>
              </w:rPr>
              <w:t>- HS lắng nghe, đọc thầm theo và chú ý cách ngắt nhịp của bài vè.</w:t>
            </w:r>
          </w:p>
        </w:tc>
      </w:tr>
      <w:tr w:rsidR="002566DD" w14:paraId="156342E2" w14:textId="77777777" w:rsidTr="004138E1">
        <w:trPr>
          <w:cantSplit/>
          <w:jc w:val="center"/>
        </w:trPr>
        <w:tc>
          <w:tcPr>
            <w:tcW w:w="5112" w:type="dxa"/>
            <w:tcMar>
              <w:top w:w="80" w:type="dxa"/>
              <w:left w:w="80" w:type="dxa"/>
              <w:bottom w:w="80" w:type="dxa"/>
              <w:right w:w="80" w:type="dxa"/>
            </w:tcMar>
          </w:tcPr>
          <w:p w14:paraId="3F8F931E" w14:textId="77777777" w:rsidR="002566DD" w:rsidRDefault="00623220" w:rsidP="004138E1">
            <w:pPr>
              <w:shd w:val="clear" w:color="auto" w:fill="FFFFFF" w:themeFill="background1"/>
            </w:pPr>
            <w:r>
              <w:rPr>
                <w:b/>
                <w:color w:val="000000"/>
              </w:rPr>
              <w:t>- b. HS luyện đọc từng đoạn, kết hợp đọc từ khó và giải nghĩa từ. GV hỏi: Bài vè có thể chia thành mấy đoạn để luyện đọc?</w:t>
            </w:r>
          </w:p>
        </w:tc>
        <w:tc>
          <w:tcPr>
            <w:tcW w:w="5112" w:type="dxa"/>
            <w:tcMar>
              <w:top w:w="80" w:type="dxa"/>
              <w:left w:w="80" w:type="dxa"/>
              <w:bottom w:w="80" w:type="dxa"/>
              <w:right w:w="80" w:type="dxa"/>
            </w:tcMar>
          </w:tcPr>
          <w:p w14:paraId="020BAFC8" w14:textId="77777777" w:rsidR="002566DD" w:rsidRDefault="00623220" w:rsidP="004138E1">
            <w:pPr>
              <w:shd w:val="clear" w:color="auto" w:fill="FFFFFF" w:themeFill="background1"/>
            </w:pPr>
            <w:r>
              <w:rPr>
                <w:color w:val="000000"/>
              </w:rPr>
              <w:t>- HS trả lời: Bài vè có thể chia thành 3 đoạn: đoạn 1 từ đầu đến “bà chim sẻ”; đoạn 2 từ “Có tình có nghĩa” đến “bác cú mèo”; đoạn 3 là phần còn lại.</w:t>
            </w:r>
          </w:p>
        </w:tc>
      </w:tr>
      <w:tr w:rsidR="002566DD" w14:paraId="13D029B4" w14:textId="77777777" w:rsidTr="004138E1">
        <w:trPr>
          <w:cantSplit/>
          <w:jc w:val="center"/>
        </w:trPr>
        <w:tc>
          <w:tcPr>
            <w:tcW w:w="5112" w:type="dxa"/>
            <w:tcMar>
              <w:top w:w="80" w:type="dxa"/>
              <w:left w:w="80" w:type="dxa"/>
              <w:bottom w:w="80" w:type="dxa"/>
              <w:right w:w="80" w:type="dxa"/>
            </w:tcMar>
          </w:tcPr>
          <w:p w14:paraId="1C098690" w14:textId="77777777" w:rsidR="002566DD" w:rsidRDefault="00623220" w:rsidP="004138E1">
            <w:pPr>
              <w:shd w:val="clear" w:color="auto" w:fill="FFFFFF" w:themeFill="background1"/>
            </w:pPr>
            <w:r>
              <w:rPr>
                <w:color w:val="000000"/>
              </w:rPr>
              <w:t>- GV yêu cầu HS đọc nối tiếp từng đoạn lần 1 và tìm tiếng/từ dễ đọc sai.</w:t>
            </w:r>
          </w:p>
        </w:tc>
        <w:tc>
          <w:tcPr>
            <w:tcW w:w="5112" w:type="dxa"/>
            <w:tcMar>
              <w:top w:w="80" w:type="dxa"/>
              <w:left w:w="80" w:type="dxa"/>
              <w:bottom w:w="80" w:type="dxa"/>
              <w:right w:w="80" w:type="dxa"/>
            </w:tcMar>
          </w:tcPr>
          <w:p w14:paraId="347BFE1B" w14:textId="77777777" w:rsidR="002566DD" w:rsidRDefault="00623220" w:rsidP="004138E1">
            <w:pPr>
              <w:shd w:val="clear" w:color="auto" w:fill="FFFFFF" w:themeFill="background1"/>
            </w:pPr>
            <w:r>
              <w:rPr>
                <w:color w:val="000000"/>
              </w:rPr>
              <w:t>- HS đọc nối tiếp; nêu từ khó: lon xon, nhảy, xinh, liến thoắng, chẻo bẻo, nhấp nhem, buồn ngủ.</w:t>
            </w:r>
          </w:p>
        </w:tc>
      </w:tr>
      <w:tr w:rsidR="002566DD" w14:paraId="4769A092" w14:textId="77777777" w:rsidTr="004138E1">
        <w:trPr>
          <w:cantSplit/>
          <w:jc w:val="center"/>
        </w:trPr>
        <w:tc>
          <w:tcPr>
            <w:tcW w:w="5112" w:type="dxa"/>
            <w:tcMar>
              <w:top w:w="80" w:type="dxa"/>
              <w:left w:w="80" w:type="dxa"/>
              <w:bottom w:w="80" w:type="dxa"/>
              <w:right w:w="80" w:type="dxa"/>
            </w:tcMar>
          </w:tcPr>
          <w:p w14:paraId="33DC9457" w14:textId="77777777" w:rsidR="002566DD" w:rsidRDefault="00623220" w:rsidP="004138E1">
            <w:pPr>
              <w:shd w:val="clear" w:color="auto" w:fill="FFFFFF" w:themeFill="background1"/>
            </w:pPr>
            <w:r>
              <w:rPr>
                <w:color w:val="000000"/>
              </w:rPr>
              <w:t>- GV hướng dẫn HS luyện đọc từ khó: lon xon, nhấp nhem, chẻo bẻo, liến thoắng; chú ý phân biệt l/n, ch/tr, dấu hỏi/dấu ngã.</w:t>
            </w:r>
          </w:p>
        </w:tc>
        <w:tc>
          <w:tcPr>
            <w:tcW w:w="5112" w:type="dxa"/>
            <w:tcMar>
              <w:top w:w="80" w:type="dxa"/>
              <w:left w:w="80" w:type="dxa"/>
              <w:bottom w:w="80" w:type="dxa"/>
              <w:right w:w="80" w:type="dxa"/>
            </w:tcMar>
          </w:tcPr>
          <w:p w14:paraId="30339F0E" w14:textId="77777777" w:rsidR="002566DD" w:rsidRDefault="00623220" w:rsidP="004138E1">
            <w:pPr>
              <w:shd w:val="clear" w:color="auto" w:fill="FFFFFF" w:themeFill="background1"/>
            </w:pPr>
            <w:r>
              <w:rPr>
                <w:color w:val="000000"/>
              </w:rPr>
              <w:t>- HS đọc cá nhân, nhóm, đồng thanh: lon xon, nhấp nhem, chẻo bẻo, liến thoắng.</w:t>
            </w:r>
          </w:p>
        </w:tc>
      </w:tr>
      <w:tr w:rsidR="002566DD" w14:paraId="33C0A771" w14:textId="77777777" w:rsidTr="004138E1">
        <w:trPr>
          <w:cantSplit/>
          <w:jc w:val="center"/>
        </w:trPr>
        <w:tc>
          <w:tcPr>
            <w:tcW w:w="5112" w:type="dxa"/>
            <w:tcMar>
              <w:top w:w="80" w:type="dxa"/>
              <w:left w:w="80" w:type="dxa"/>
              <w:bottom w:w="80" w:type="dxa"/>
              <w:right w:w="80" w:type="dxa"/>
            </w:tcMar>
          </w:tcPr>
          <w:p w14:paraId="3A41DBA1" w14:textId="77777777" w:rsidR="002566DD" w:rsidRDefault="00623220" w:rsidP="004138E1">
            <w:pPr>
              <w:shd w:val="clear" w:color="auto" w:fill="FFFFFF" w:themeFill="background1"/>
            </w:pPr>
            <w:r>
              <w:rPr>
                <w:color w:val="000000"/>
              </w:rPr>
              <w:t>- GV hướng dẫn đọc ngắt nhịp: “Hay chạy lon xon / Là gà mới nở”; “Hay nghịch hay tếu / Là cậu chìa vôi”.</w:t>
            </w:r>
          </w:p>
        </w:tc>
        <w:tc>
          <w:tcPr>
            <w:tcW w:w="5112" w:type="dxa"/>
            <w:tcMar>
              <w:top w:w="80" w:type="dxa"/>
              <w:left w:w="80" w:type="dxa"/>
              <w:bottom w:w="80" w:type="dxa"/>
              <w:right w:w="80" w:type="dxa"/>
            </w:tcMar>
          </w:tcPr>
          <w:p w14:paraId="0B937A1F" w14:textId="77777777" w:rsidR="002566DD" w:rsidRDefault="00623220" w:rsidP="004138E1">
            <w:pPr>
              <w:shd w:val="clear" w:color="auto" w:fill="FFFFFF" w:themeFill="background1"/>
            </w:pPr>
            <w:r>
              <w:rPr>
                <w:color w:val="000000"/>
              </w:rPr>
              <w:t>- HS đọc theo nhịp GV hướng dẫn; một số HS đọc lại hai dòng thơ trước lớp.</w:t>
            </w:r>
          </w:p>
        </w:tc>
      </w:tr>
      <w:tr w:rsidR="002566DD" w14:paraId="62FD705F" w14:textId="77777777" w:rsidTr="004138E1">
        <w:trPr>
          <w:cantSplit/>
          <w:jc w:val="center"/>
        </w:trPr>
        <w:tc>
          <w:tcPr>
            <w:tcW w:w="5112" w:type="dxa"/>
            <w:tcMar>
              <w:top w:w="80" w:type="dxa"/>
              <w:left w:w="80" w:type="dxa"/>
              <w:bottom w:w="80" w:type="dxa"/>
              <w:right w:w="80" w:type="dxa"/>
            </w:tcMar>
          </w:tcPr>
          <w:p w14:paraId="00E46C07" w14:textId="77777777" w:rsidR="002566DD" w:rsidRDefault="00623220" w:rsidP="004138E1">
            <w:pPr>
              <w:shd w:val="clear" w:color="auto" w:fill="FFFFFF" w:themeFill="background1"/>
            </w:pPr>
            <w:r>
              <w:rPr>
                <w:color w:val="000000"/>
              </w:rPr>
              <w:t>- GV yêu cầu HS đọc phần Từ ngữ và giải thích: lon xon, nhấp nhem.</w:t>
            </w:r>
          </w:p>
        </w:tc>
        <w:tc>
          <w:tcPr>
            <w:tcW w:w="5112" w:type="dxa"/>
            <w:tcMar>
              <w:top w:w="80" w:type="dxa"/>
              <w:left w:w="80" w:type="dxa"/>
              <w:bottom w:w="80" w:type="dxa"/>
              <w:right w:w="80" w:type="dxa"/>
            </w:tcMar>
          </w:tcPr>
          <w:p w14:paraId="5610F114" w14:textId="77777777" w:rsidR="002566DD" w:rsidRDefault="00623220" w:rsidP="004138E1">
            <w:pPr>
              <w:shd w:val="clear" w:color="auto" w:fill="FFFFFF" w:themeFill="background1"/>
            </w:pPr>
            <w:r>
              <w:rPr>
                <w:color w:val="000000"/>
              </w:rPr>
              <w:t>- HS nêu: lon xon là dáng chạy nhanh và trông rất đáng yêu; nhấp nhem là mắt lúc nhắm lúc mở.</w:t>
            </w:r>
          </w:p>
        </w:tc>
      </w:tr>
      <w:tr w:rsidR="002566DD" w14:paraId="5512872D" w14:textId="77777777" w:rsidTr="004138E1">
        <w:trPr>
          <w:cantSplit/>
          <w:jc w:val="center"/>
        </w:trPr>
        <w:tc>
          <w:tcPr>
            <w:tcW w:w="5112" w:type="dxa"/>
            <w:tcMar>
              <w:top w:w="80" w:type="dxa"/>
              <w:left w:w="80" w:type="dxa"/>
              <w:bottom w:w="80" w:type="dxa"/>
              <w:right w:w="80" w:type="dxa"/>
            </w:tcMar>
          </w:tcPr>
          <w:p w14:paraId="2FCCC53A" w14:textId="77777777" w:rsidR="002566DD" w:rsidRDefault="00623220" w:rsidP="004138E1">
            <w:pPr>
              <w:shd w:val="clear" w:color="auto" w:fill="FFFFFF" w:themeFill="background1"/>
            </w:pPr>
            <w:r>
              <w:rPr>
                <w:color w:val="000000"/>
              </w:rPr>
              <w:t>- GV yêu cầu HS đọc nối tiếp lần 2, chú ý giọng vui, tự nhiên.</w:t>
            </w:r>
          </w:p>
        </w:tc>
        <w:tc>
          <w:tcPr>
            <w:tcW w:w="5112" w:type="dxa"/>
            <w:tcMar>
              <w:top w:w="80" w:type="dxa"/>
              <w:left w:w="80" w:type="dxa"/>
              <w:bottom w:w="80" w:type="dxa"/>
              <w:right w:w="80" w:type="dxa"/>
            </w:tcMar>
          </w:tcPr>
          <w:p w14:paraId="5DB71E4E" w14:textId="77777777" w:rsidR="002566DD" w:rsidRDefault="00623220" w:rsidP="004138E1">
            <w:pPr>
              <w:shd w:val="clear" w:color="auto" w:fill="FFFFFF" w:themeFill="background1"/>
            </w:pPr>
            <w:r>
              <w:rPr>
                <w:color w:val="000000"/>
              </w:rPr>
              <w:t>- HS đọc nối tiếp lần 2; HS khác theo dõi và góp ý bạn đọc rõ hơn.</w:t>
            </w:r>
          </w:p>
        </w:tc>
      </w:tr>
      <w:tr w:rsidR="002566DD" w14:paraId="6CC7C2BA" w14:textId="77777777" w:rsidTr="004138E1">
        <w:trPr>
          <w:cantSplit/>
          <w:jc w:val="center"/>
        </w:trPr>
        <w:tc>
          <w:tcPr>
            <w:tcW w:w="5112" w:type="dxa"/>
            <w:tcMar>
              <w:top w:w="80" w:type="dxa"/>
              <w:left w:w="80" w:type="dxa"/>
              <w:bottom w:w="80" w:type="dxa"/>
              <w:right w:w="80" w:type="dxa"/>
            </w:tcMar>
          </w:tcPr>
          <w:p w14:paraId="42D8B851" w14:textId="77777777" w:rsidR="002566DD" w:rsidRDefault="00623220" w:rsidP="004138E1">
            <w:pPr>
              <w:shd w:val="clear" w:color="auto" w:fill="FFFFFF" w:themeFill="background1"/>
            </w:pPr>
            <w:r>
              <w:rPr>
                <w:b/>
                <w:color w:val="000000"/>
              </w:rPr>
              <w:t>- c. HS luyện đọc trong nhóm. GV giao nhiệm vụ: Nhóm 4 luyện đọc nối tiếp từng đoạn, góp ý cho nhau về phát âm và ngắt nhịp.</w:t>
            </w:r>
          </w:p>
        </w:tc>
        <w:tc>
          <w:tcPr>
            <w:tcW w:w="5112" w:type="dxa"/>
            <w:tcMar>
              <w:top w:w="80" w:type="dxa"/>
              <w:left w:w="80" w:type="dxa"/>
              <w:bottom w:w="80" w:type="dxa"/>
              <w:right w:w="80" w:type="dxa"/>
            </w:tcMar>
          </w:tcPr>
          <w:p w14:paraId="0F23D5A5" w14:textId="77777777" w:rsidR="002566DD" w:rsidRDefault="00623220" w:rsidP="004138E1">
            <w:pPr>
              <w:shd w:val="clear" w:color="auto" w:fill="FFFFFF" w:themeFill="background1"/>
            </w:pPr>
            <w:r>
              <w:rPr>
                <w:color w:val="000000"/>
              </w:rPr>
              <w:t>- HS luyện đọc nhóm 4; mỗi bạn đọc một đoạn, các bạn góp ý: đọc to hơn, ngắt nhịp đúng hơn.</w:t>
            </w:r>
          </w:p>
        </w:tc>
      </w:tr>
      <w:tr w:rsidR="002566DD" w14:paraId="330DBBCD" w14:textId="77777777" w:rsidTr="004138E1">
        <w:trPr>
          <w:cantSplit/>
          <w:jc w:val="center"/>
        </w:trPr>
        <w:tc>
          <w:tcPr>
            <w:tcW w:w="5112" w:type="dxa"/>
            <w:tcMar>
              <w:top w:w="80" w:type="dxa"/>
              <w:left w:w="80" w:type="dxa"/>
              <w:bottom w:w="80" w:type="dxa"/>
              <w:right w:w="80" w:type="dxa"/>
            </w:tcMar>
          </w:tcPr>
          <w:p w14:paraId="468644B8" w14:textId="77777777" w:rsidR="002566DD" w:rsidRDefault="00623220" w:rsidP="004138E1">
            <w:pPr>
              <w:shd w:val="clear" w:color="auto" w:fill="FFFFFF" w:themeFill="background1"/>
            </w:pPr>
            <w:r>
              <w:rPr>
                <w:color w:val="000000"/>
              </w:rPr>
              <w:t>- GV tổ chức thi đọc giữa các nhóm.</w:t>
            </w:r>
          </w:p>
        </w:tc>
        <w:tc>
          <w:tcPr>
            <w:tcW w:w="5112" w:type="dxa"/>
            <w:tcMar>
              <w:top w:w="80" w:type="dxa"/>
              <w:left w:w="80" w:type="dxa"/>
              <w:bottom w:w="80" w:type="dxa"/>
              <w:right w:w="80" w:type="dxa"/>
            </w:tcMar>
          </w:tcPr>
          <w:p w14:paraId="28071718" w14:textId="77777777" w:rsidR="002566DD" w:rsidRDefault="00623220" w:rsidP="004138E1">
            <w:pPr>
              <w:shd w:val="clear" w:color="auto" w:fill="FFFFFF" w:themeFill="background1"/>
            </w:pPr>
            <w:r>
              <w:rPr>
                <w:color w:val="000000"/>
              </w:rPr>
              <w:t>- Đại diện 2–3 nhóm thi đọc; lớp nhận xét nhóm đọc đúng, rõ và có giọng vui.</w:t>
            </w:r>
          </w:p>
        </w:tc>
      </w:tr>
      <w:tr w:rsidR="002566DD" w14:paraId="3140B757" w14:textId="77777777" w:rsidTr="004138E1">
        <w:trPr>
          <w:cantSplit/>
          <w:jc w:val="center"/>
        </w:trPr>
        <w:tc>
          <w:tcPr>
            <w:tcW w:w="5112" w:type="dxa"/>
            <w:tcMar>
              <w:top w:w="80" w:type="dxa"/>
              <w:left w:w="80" w:type="dxa"/>
              <w:bottom w:w="80" w:type="dxa"/>
              <w:right w:w="80" w:type="dxa"/>
            </w:tcMar>
          </w:tcPr>
          <w:p w14:paraId="30EA7746" w14:textId="77777777" w:rsidR="002566DD" w:rsidRDefault="00623220" w:rsidP="004138E1">
            <w:pPr>
              <w:shd w:val="clear" w:color="auto" w:fill="FFFFFF" w:themeFill="background1"/>
            </w:pPr>
            <w:r>
              <w:rPr>
                <w:b/>
                <w:color w:val="000000"/>
              </w:rPr>
              <w:t>- d. Đọc toàn bài. GV mời 1–2 HS đọc toàn bài.</w:t>
            </w:r>
          </w:p>
        </w:tc>
        <w:tc>
          <w:tcPr>
            <w:tcW w:w="5112" w:type="dxa"/>
            <w:tcMar>
              <w:top w:w="80" w:type="dxa"/>
              <w:left w:w="80" w:type="dxa"/>
              <w:bottom w:w="80" w:type="dxa"/>
              <w:right w:w="80" w:type="dxa"/>
            </w:tcMar>
          </w:tcPr>
          <w:p w14:paraId="2DEE7D11" w14:textId="77777777" w:rsidR="002566DD" w:rsidRDefault="00623220" w:rsidP="004138E1">
            <w:pPr>
              <w:shd w:val="clear" w:color="auto" w:fill="FFFFFF" w:themeFill="background1"/>
            </w:pPr>
            <w:r>
              <w:rPr>
                <w:color w:val="000000"/>
              </w:rPr>
              <w:t>- 1–2 HS đọc toàn bài; lớp đọc thầm theo.</w:t>
            </w:r>
          </w:p>
        </w:tc>
      </w:tr>
      <w:tr w:rsidR="002566DD" w14:paraId="2C45669B"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1AC646FF" w14:textId="77777777" w:rsidR="002566DD" w:rsidRDefault="00623220" w:rsidP="004138E1">
            <w:pPr>
              <w:shd w:val="clear" w:color="auto" w:fill="FFFFFF" w:themeFill="background1"/>
            </w:pPr>
            <w:r>
              <w:rPr>
                <w:color w:val="000000"/>
              </w:rPr>
              <w:t>- GV nhận xét, tuyên dương HS đọc tiến bộ và chuyển sang tiết 2.</w:t>
            </w:r>
          </w:p>
        </w:tc>
        <w:tc>
          <w:tcPr>
            <w:tcW w:w="5112" w:type="dxa"/>
            <w:tcBorders>
              <w:bottom w:val="single" w:sz="4" w:space="0" w:color="auto"/>
            </w:tcBorders>
            <w:tcMar>
              <w:top w:w="80" w:type="dxa"/>
              <w:left w:w="80" w:type="dxa"/>
              <w:bottom w:w="80" w:type="dxa"/>
              <w:right w:w="80" w:type="dxa"/>
            </w:tcMar>
          </w:tcPr>
          <w:p w14:paraId="439E5591" w14:textId="77777777" w:rsidR="002566DD" w:rsidRDefault="00623220" w:rsidP="004138E1">
            <w:pPr>
              <w:shd w:val="clear" w:color="auto" w:fill="FFFFFF" w:themeFill="background1"/>
            </w:pPr>
            <w:r>
              <w:rPr>
                <w:color w:val="000000"/>
              </w:rPr>
              <w:t>- HS lắng nghe, chuẩn bị trả lời câu hỏi đọc hiểu.</w:t>
            </w:r>
          </w:p>
        </w:tc>
      </w:tr>
      <w:tr w:rsidR="002566DD" w14:paraId="72D14EFA"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7D7E145B" w14:textId="77777777" w:rsidR="002566DD" w:rsidRDefault="00623220" w:rsidP="004138E1">
            <w:pPr>
              <w:shd w:val="clear" w:color="auto" w:fill="FFFFFF" w:themeFill="background1"/>
            </w:pPr>
            <w:r>
              <w:rPr>
                <w:b/>
              </w:rPr>
              <w:t>3. VẬN DỤNG (5 phút)</w:t>
            </w:r>
          </w:p>
          <w:p w14:paraId="68DFF545" w14:textId="77777777" w:rsidR="002566DD" w:rsidRDefault="00623220" w:rsidP="004138E1">
            <w:pPr>
              <w:shd w:val="clear" w:color="auto" w:fill="FFFFFF" w:themeFill="background1"/>
            </w:pPr>
            <w:r>
              <w:rPr>
                <w:b/>
              </w:rPr>
              <w:t>Mục tiêu: HS củng cố nội dung vừa đọc và chuẩn bị cho hoạt động trả lời câu hỏi ở tiết 2.</w:t>
            </w:r>
          </w:p>
        </w:tc>
      </w:tr>
      <w:tr w:rsidR="002566DD" w14:paraId="0527C38D" w14:textId="77777777" w:rsidTr="004138E1">
        <w:trPr>
          <w:cantSplit/>
          <w:jc w:val="center"/>
        </w:trPr>
        <w:tc>
          <w:tcPr>
            <w:tcW w:w="5112" w:type="dxa"/>
            <w:tcBorders>
              <w:top w:val="single" w:sz="4" w:space="0" w:color="auto"/>
            </w:tcBorders>
            <w:shd w:val="clear" w:color="auto" w:fill="FFFFFF"/>
            <w:tcMar>
              <w:top w:w="80" w:type="dxa"/>
              <w:left w:w="80" w:type="dxa"/>
              <w:bottom w:w="80" w:type="dxa"/>
              <w:right w:w="80" w:type="dxa"/>
            </w:tcMar>
          </w:tcPr>
          <w:p w14:paraId="62CFB0C6" w14:textId="77777777" w:rsidR="002566DD" w:rsidRDefault="00623220" w:rsidP="004138E1">
            <w:pPr>
              <w:shd w:val="clear" w:color="auto" w:fill="FFFFFF" w:themeFill="background1"/>
              <w:jc w:val="both"/>
            </w:pPr>
            <w:r>
              <w:t>- GV yêu cầu HS chọn 2 dòng trong bài vè em thích và đọc lại cho bạn nghe.</w:t>
            </w:r>
          </w:p>
        </w:tc>
        <w:tc>
          <w:tcPr>
            <w:tcW w:w="5112" w:type="dxa"/>
            <w:tcBorders>
              <w:top w:val="single" w:sz="4" w:space="0" w:color="auto"/>
            </w:tcBorders>
            <w:shd w:val="clear" w:color="auto" w:fill="FFFFFF"/>
            <w:tcMar>
              <w:top w:w="80" w:type="dxa"/>
              <w:left w:w="80" w:type="dxa"/>
              <w:bottom w:w="80" w:type="dxa"/>
              <w:right w:w="80" w:type="dxa"/>
            </w:tcMar>
          </w:tcPr>
          <w:p w14:paraId="54BD81C2" w14:textId="77777777" w:rsidR="002566DD" w:rsidRDefault="00623220" w:rsidP="004138E1">
            <w:pPr>
              <w:shd w:val="clear" w:color="auto" w:fill="FFFFFF" w:themeFill="background1"/>
              <w:jc w:val="both"/>
            </w:pPr>
            <w:r>
              <w:t>- HS đọc cho bạn nghe 2 dòng em thích, ví dụ: “Hay chạy lon xon / Là gà mới nở”.</w:t>
            </w:r>
          </w:p>
        </w:tc>
      </w:tr>
      <w:tr w:rsidR="002566DD" w14:paraId="410A5292" w14:textId="77777777" w:rsidTr="004138E1">
        <w:trPr>
          <w:cantSplit/>
          <w:jc w:val="center"/>
        </w:trPr>
        <w:tc>
          <w:tcPr>
            <w:tcW w:w="5112" w:type="dxa"/>
            <w:tcBorders>
              <w:bottom w:val="single" w:sz="4" w:space="0" w:color="auto"/>
            </w:tcBorders>
            <w:shd w:val="clear" w:color="auto" w:fill="FFFFFF"/>
            <w:tcMar>
              <w:top w:w="80" w:type="dxa"/>
              <w:left w:w="80" w:type="dxa"/>
              <w:bottom w:w="80" w:type="dxa"/>
              <w:right w:w="80" w:type="dxa"/>
            </w:tcMar>
          </w:tcPr>
          <w:p w14:paraId="6185A40E" w14:textId="77777777" w:rsidR="002566DD" w:rsidRDefault="00623220" w:rsidP="004138E1">
            <w:pPr>
              <w:shd w:val="clear" w:color="auto" w:fill="FFFFFF" w:themeFill="background1"/>
              <w:jc w:val="both"/>
            </w:pPr>
            <w:r>
              <w:lastRenderedPageBreak/>
              <w:t>- GV dặn HS chuẩn bị tiết 2: đọc lại bài và suy nghĩ câu trả lời cho các câu hỏi trong SGK.</w:t>
            </w:r>
          </w:p>
        </w:tc>
        <w:tc>
          <w:tcPr>
            <w:tcW w:w="5112" w:type="dxa"/>
            <w:tcBorders>
              <w:bottom w:val="single" w:sz="4" w:space="0" w:color="auto"/>
            </w:tcBorders>
            <w:shd w:val="clear" w:color="auto" w:fill="FFFFFF"/>
            <w:tcMar>
              <w:top w:w="80" w:type="dxa"/>
              <w:left w:w="80" w:type="dxa"/>
              <w:bottom w:w="80" w:type="dxa"/>
              <w:right w:w="80" w:type="dxa"/>
            </w:tcMar>
          </w:tcPr>
          <w:p w14:paraId="5EF390E4" w14:textId="77777777" w:rsidR="002566DD" w:rsidRDefault="00623220" w:rsidP="004138E1">
            <w:pPr>
              <w:shd w:val="clear" w:color="auto" w:fill="FFFFFF" w:themeFill="background1"/>
              <w:jc w:val="both"/>
            </w:pPr>
            <w:r>
              <w:t>- HS lắng nghe, ghi nhớ nhiệm vụ chuẩn bị cho tiết 2.</w:t>
            </w:r>
          </w:p>
        </w:tc>
      </w:tr>
      <w:tr w:rsidR="002566DD" w14:paraId="7A54B132"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40E796A" w14:textId="77777777" w:rsidR="002566DD" w:rsidRDefault="00623220" w:rsidP="004138E1">
            <w:pPr>
              <w:shd w:val="clear" w:color="auto" w:fill="FFFFFF" w:themeFill="background1"/>
            </w:pPr>
            <w:r>
              <w:rPr>
                <w:b/>
              </w:rPr>
              <w:t>TIẾT 2</w:t>
            </w:r>
          </w:p>
        </w:tc>
      </w:tr>
      <w:tr w:rsidR="002566DD" w14:paraId="362499EF"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1E1EB544" w14:textId="77777777" w:rsidR="002566DD" w:rsidRDefault="00623220" w:rsidP="004138E1">
            <w:pPr>
              <w:shd w:val="clear" w:color="auto" w:fill="FFFFFF" w:themeFill="background1"/>
            </w:pPr>
            <w:r>
              <w:rPr>
                <w:b/>
              </w:rPr>
              <w:t>HOẠT ĐỘNG 2: TRẢ LỜI CÂU HỎI (17 phút)</w:t>
            </w:r>
          </w:p>
          <w:p w14:paraId="1B1CACF9" w14:textId="77777777" w:rsidR="002566DD" w:rsidRDefault="00623220" w:rsidP="004138E1">
            <w:pPr>
              <w:shd w:val="clear" w:color="auto" w:fill="FFFFFF" w:themeFill="background1"/>
            </w:pPr>
            <w:r>
              <w:rPr>
                <w:b/>
              </w:rPr>
              <w:t>Mục tiêu: HS hiểu nội dung bài vè; kể tên loài chim, tìm đặc điểm/hoạt động của loài chim; hình thành ý thức yêu quý, bảo vệ chim.</w:t>
            </w:r>
          </w:p>
        </w:tc>
      </w:tr>
      <w:tr w:rsidR="002566DD" w14:paraId="5CFDD6DC"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3532389F" w14:textId="77777777" w:rsidR="002566DD" w:rsidRDefault="00623220" w:rsidP="004138E1">
            <w:pPr>
              <w:shd w:val="clear" w:color="auto" w:fill="FFFFFF" w:themeFill="background1"/>
            </w:pPr>
            <w:r>
              <w:rPr>
                <w:color w:val="000000"/>
              </w:rPr>
              <w:t>- GV yêu cầu HS đọc thầm toàn bài và trả lời câu 1: Kể tên các loài chim được nhắc đến trong bài vè.</w:t>
            </w:r>
          </w:p>
          <w:p w14:paraId="62B2FA96" w14:textId="6029DA17"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074429A2" w14:textId="77777777" w:rsidR="002566DD" w:rsidRDefault="00623220" w:rsidP="004138E1">
            <w:pPr>
              <w:shd w:val="clear" w:color="auto" w:fill="FFFFFF" w:themeFill="background1"/>
            </w:pPr>
            <w:r>
              <w:rPr>
                <w:color w:val="000000"/>
              </w:rPr>
              <w:t>- HS trả lời: gà mới nở, em sáo xinh, con liếu điếu, cậu chìa vôi, chim chẻo bẻo, bà chim sẻ, mẹ chim sâu, bác cú mèo.</w:t>
            </w:r>
          </w:p>
        </w:tc>
      </w:tr>
      <w:tr w:rsidR="002566DD" w14:paraId="0B28D155" w14:textId="77777777" w:rsidTr="004138E1">
        <w:trPr>
          <w:cantSplit/>
          <w:jc w:val="center"/>
        </w:trPr>
        <w:tc>
          <w:tcPr>
            <w:tcW w:w="5112" w:type="dxa"/>
            <w:tcMar>
              <w:top w:w="80" w:type="dxa"/>
              <w:left w:w="80" w:type="dxa"/>
              <w:bottom w:w="80" w:type="dxa"/>
              <w:right w:w="80" w:type="dxa"/>
            </w:tcMar>
          </w:tcPr>
          <w:p w14:paraId="112899CE" w14:textId="77777777" w:rsidR="002566DD" w:rsidRDefault="00623220" w:rsidP="004138E1">
            <w:pPr>
              <w:shd w:val="clear" w:color="auto" w:fill="FFFFFF" w:themeFill="background1"/>
            </w:pPr>
            <w:r>
              <w:rPr>
                <w:color w:val="000000"/>
              </w:rPr>
              <w:t>- GV yêu cầu HS trả lời câu 2: Chơi đố vui về các loài chim. Chim gì vừa đi vừa nhảy? Chim gì có đôi mắt rất tinh?</w:t>
            </w:r>
          </w:p>
        </w:tc>
        <w:tc>
          <w:tcPr>
            <w:tcW w:w="5112" w:type="dxa"/>
            <w:tcMar>
              <w:top w:w="80" w:type="dxa"/>
              <w:left w:w="80" w:type="dxa"/>
              <w:bottom w:w="80" w:type="dxa"/>
              <w:right w:w="80" w:type="dxa"/>
            </w:tcMar>
          </w:tcPr>
          <w:p w14:paraId="5DA12C2E" w14:textId="77777777" w:rsidR="002566DD" w:rsidRDefault="00623220" w:rsidP="004138E1">
            <w:pPr>
              <w:shd w:val="clear" w:color="auto" w:fill="FFFFFF" w:themeFill="background1"/>
            </w:pPr>
            <w:r>
              <w:rPr>
                <w:color w:val="000000"/>
              </w:rPr>
              <w:t>- HS trả lời: Chim gì vừa đi vừa nhảy là chim chìa vôi; chim có đôi mắt rất tinh là bác cú mèo.</w:t>
            </w:r>
          </w:p>
        </w:tc>
      </w:tr>
      <w:tr w:rsidR="002566DD" w14:paraId="288D45FF" w14:textId="77777777" w:rsidTr="004138E1">
        <w:trPr>
          <w:cantSplit/>
          <w:jc w:val="center"/>
        </w:trPr>
        <w:tc>
          <w:tcPr>
            <w:tcW w:w="5112" w:type="dxa"/>
            <w:tcMar>
              <w:top w:w="80" w:type="dxa"/>
              <w:left w:w="80" w:type="dxa"/>
              <w:bottom w:w="80" w:type="dxa"/>
              <w:right w:w="80" w:type="dxa"/>
            </w:tcMar>
          </w:tcPr>
          <w:p w14:paraId="37F35D95" w14:textId="77777777" w:rsidR="002566DD" w:rsidRDefault="00623220" w:rsidP="004138E1">
            <w:pPr>
              <w:shd w:val="clear" w:color="auto" w:fill="FFFFFF" w:themeFill="background1"/>
            </w:pPr>
            <w:r>
              <w:rPr>
                <w:color w:val="000000"/>
              </w:rPr>
              <w:t>- GV yêu cầu HS đọc lại bài và trả lời câu 3: Tìm từ ngữ chỉ hoạt động của các loài chim trong bài vè.</w:t>
            </w:r>
          </w:p>
        </w:tc>
        <w:tc>
          <w:tcPr>
            <w:tcW w:w="5112" w:type="dxa"/>
            <w:tcMar>
              <w:top w:w="80" w:type="dxa"/>
              <w:left w:w="80" w:type="dxa"/>
              <w:bottom w:w="80" w:type="dxa"/>
              <w:right w:w="80" w:type="dxa"/>
            </w:tcMar>
          </w:tcPr>
          <w:p w14:paraId="0E59DD59" w14:textId="77777777" w:rsidR="002566DD" w:rsidRDefault="00623220" w:rsidP="004138E1">
            <w:pPr>
              <w:shd w:val="clear" w:color="auto" w:fill="FFFFFF" w:themeFill="background1"/>
            </w:pPr>
            <w:r>
              <w:rPr>
                <w:color w:val="000000"/>
              </w:rPr>
              <w:t>- HS nêu: chạy lon xon, đi, nhảy, nghịch, tếu, mớm mồi, chẻ củi, ngủ, thức.</w:t>
            </w:r>
          </w:p>
        </w:tc>
      </w:tr>
      <w:tr w:rsidR="002566DD" w14:paraId="4A44FEF8" w14:textId="77777777" w:rsidTr="004138E1">
        <w:trPr>
          <w:cantSplit/>
          <w:jc w:val="center"/>
        </w:trPr>
        <w:tc>
          <w:tcPr>
            <w:tcW w:w="5112" w:type="dxa"/>
            <w:tcMar>
              <w:top w:w="80" w:type="dxa"/>
              <w:left w:w="80" w:type="dxa"/>
              <w:bottom w:w="80" w:type="dxa"/>
              <w:right w:w="80" w:type="dxa"/>
            </w:tcMar>
          </w:tcPr>
          <w:p w14:paraId="4EC316FC" w14:textId="77777777" w:rsidR="002566DD" w:rsidRDefault="00623220" w:rsidP="004138E1">
            <w:pPr>
              <w:shd w:val="clear" w:color="auto" w:fill="FFFFFF" w:themeFill="background1"/>
            </w:pPr>
            <w:r>
              <w:rPr>
                <w:color w:val="000000"/>
              </w:rPr>
              <w:t>- GV hỏi: Qua những từ ngữ đó, em thấy bài vè giới thiệu các loài chim như thế nào?</w:t>
            </w:r>
          </w:p>
        </w:tc>
        <w:tc>
          <w:tcPr>
            <w:tcW w:w="5112" w:type="dxa"/>
            <w:tcMar>
              <w:top w:w="80" w:type="dxa"/>
              <w:left w:w="80" w:type="dxa"/>
              <w:bottom w:w="80" w:type="dxa"/>
              <w:right w:w="80" w:type="dxa"/>
            </w:tcMar>
          </w:tcPr>
          <w:p w14:paraId="2D55A919" w14:textId="77777777" w:rsidR="002566DD" w:rsidRDefault="00623220" w:rsidP="004138E1">
            <w:pPr>
              <w:shd w:val="clear" w:color="auto" w:fill="FFFFFF" w:themeFill="background1"/>
            </w:pPr>
            <w:r>
              <w:rPr>
                <w:color w:val="000000"/>
              </w:rPr>
              <w:t>- HS trả lời: Bài vè giới thiệu các loài chim gần gũi, đáng yêu, mỗi loài có một đặc điểm riêng.</w:t>
            </w:r>
          </w:p>
        </w:tc>
      </w:tr>
      <w:tr w:rsidR="002566DD" w14:paraId="3796F40D" w14:textId="77777777" w:rsidTr="004138E1">
        <w:trPr>
          <w:cantSplit/>
          <w:jc w:val="center"/>
        </w:trPr>
        <w:tc>
          <w:tcPr>
            <w:tcW w:w="5112" w:type="dxa"/>
            <w:tcMar>
              <w:top w:w="80" w:type="dxa"/>
              <w:left w:w="80" w:type="dxa"/>
              <w:bottom w:w="80" w:type="dxa"/>
              <w:right w:w="80" w:type="dxa"/>
            </w:tcMar>
          </w:tcPr>
          <w:p w14:paraId="53F65698" w14:textId="77777777" w:rsidR="002566DD" w:rsidRDefault="00623220" w:rsidP="004138E1">
            <w:pPr>
              <w:shd w:val="clear" w:color="auto" w:fill="FFFFFF" w:themeFill="background1"/>
            </w:pPr>
            <w:r>
              <w:rPr>
                <w:color w:val="000000"/>
              </w:rPr>
              <w:t>- GV yêu cầu HS trả lời câu 4: Dựa vào nội dung bài vè và hiểu biết của em, giới thiệu về một loài chim.</w:t>
            </w:r>
          </w:p>
        </w:tc>
        <w:tc>
          <w:tcPr>
            <w:tcW w:w="5112" w:type="dxa"/>
            <w:tcMar>
              <w:top w:w="80" w:type="dxa"/>
              <w:left w:w="80" w:type="dxa"/>
              <w:bottom w:w="80" w:type="dxa"/>
              <w:right w:w="80" w:type="dxa"/>
            </w:tcMar>
          </w:tcPr>
          <w:p w14:paraId="2C64F1A4" w14:textId="77777777" w:rsidR="002566DD" w:rsidRDefault="00623220" w:rsidP="004138E1">
            <w:pPr>
              <w:shd w:val="clear" w:color="auto" w:fill="FFFFFF" w:themeFill="background1"/>
            </w:pPr>
            <w:r>
              <w:rPr>
                <w:color w:val="000000"/>
              </w:rPr>
              <w:t>- HS trả lời mẫu: Em giới thiệu chim sáo. Chim sáo có bộ lông đen, dáng nhỏ, hót hay. Chim sáo giúp thiên nhiên thêm vui tươi.</w:t>
            </w:r>
          </w:p>
        </w:tc>
      </w:tr>
      <w:tr w:rsidR="002566DD" w14:paraId="319E1675" w14:textId="77777777" w:rsidTr="004138E1">
        <w:trPr>
          <w:cantSplit/>
          <w:jc w:val="center"/>
        </w:trPr>
        <w:tc>
          <w:tcPr>
            <w:tcW w:w="5112" w:type="dxa"/>
            <w:tcMar>
              <w:top w:w="80" w:type="dxa"/>
              <w:left w:w="80" w:type="dxa"/>
              <w:bottom w:w="80" w:type="dxa"/>
              <w:right w:w="80" w:type="dxa"/>
            </w:tcMar>
          </w:tcPr>
          <w:p w14:paraId="351D5789" w14:textId="77777777" w:rsidR="002566DD" w:rsidRDefault="00623220" w:rsidP="004138E1">
            <w:pPr>
              <w:shd w:val="clear" w:color="auto" w:fill="FFFFFF" w:themeFill="background1"/>
            </w:pPr>
            <w:r>
              <w:rPr>
                <w:color w:val="C00000"/>
              </w:rPr>
              <w:t>- GV hỏi dẫn tích hợp: Khi muốn tìm hiểu thêm về một loài chim, em có thể dùng thiết bị số như thế nào cho an toàn?</w:t>
            </w:r>
          </w:p>
        </w:tc>
        <w:tc>
          <w:tcPr>
            <w:tcW w:w="5112" w:type="dxa"/>
            <w:tcMar>
              <w:top w:w="80" w:type="dxa"/>
              <w:left w:w="80" w:type="dxa"/>
              <w:bottom w:w="80" w:type="dxa"/>
              <w:right w:w="80" w:type="dxa"/>
            </w:tcMar>
          </w:tcPr>
          <w:p w14:paraId="41B4012E" w14:textId="77777777" w:rsidR="002566DD" w:rsidRDefault="00623220" w:rsidP="004138E1">
            <w:pPr>
              <w:shd w:val="clear" w:color="auto" w:fill="FFFFFF" w:themeFill="background1"/>
            </w:pPr>
            <w:r>
              <w:rPr>
                <w:color w:val="000000"/>
              </w:rPr>
              <w:t>- HS trả lời: Em có thể nhờ bố mẹ hoặc cô giáo mở trang học liệu an toàn, gõ từ khóa đơn giản như “chim sáo”, “chim cú mèo”, không bấm vào quảng cáo hay liên kết lạ.</w:t>
            </w:r>
          </w:p>
        </w:tc>
      </w:tr>
      <w:tr w:rsidR="002566DD" w14:paraId="44BB9F91" w14:textId="77777777" w:rsidTr="004138E1">
        <w:trPr>
          <w:cantSplit/>
          <w:jc w:val="center"/>
        </w:trPr>
        <w:tc>
          <w:tcPr>
            <w:tcW w:w="5112" w:type="dxa"/>
            <w:tcMar>
              <w:top w:w="80" w:type="dxa"/>
              <w:left w:w="80" w:type="dxa"/>
              <w:bottom w:w="80" w:type="dxa"/>
              <w:right w:w="80" w:type="dxa"/>
            </w:tcMar>
          </w:tcPr>
          <w:p w14:paraId="18D04AB1" w14:textId="77777777" w:rsidR="002566DD" w:rsidRDefault="00623220" w:rsidP="004138E1">
            <w:pPr>
              <w:shd w:val="clear" w:color="auto" w:fill="FFFFFF" w:themeFill="background1"/>
            </w:pPr>
            <w:r>
              <w:rPr>
                <w:color w:val="C00000"/>
              </w:rPr>
              <w:t>- Tích hợp NLS 1.1.CB1a: GV hướng dẫn HS tìm thông tin đơn giản về một loài chim trên nguồn học liệu số do GV cung cấp. GV nhắc HS chỉ xem hình ảnh/thông tin phù hợp, không tự tải tệp lạ, không nhập họ tên, địa chỉ, số điện thoại lên mạng.</w:t>
            </w:r>
          </w:p>
        </w:tc>
        <w:tc>
          <w:tcPr>
            <w:tcW w:w="5112" w:type="dxa"/>
            <w:tcMar>
              <w:top w:w="80" w:type="dxa"/>
              <w:left w:w="80" w:type="dxa"/>
              <w:bottom w:w="80" w:type="dxa"/>
              <w:right w:w="80" w:type="dxa"/>
            </w:tcMar>
          </w:tcPr>
          <w:p w14:paraId="09CE2705" w14:textId="77777777" w:rsidR="002566DD" w:rsidRDefault="00623220" w:rsidP="004138E1">
            <w:pPr>
              <w:shd w:val="clear" w:color="auto" w:fill="FFFFFF" w:themeFill="background1"/>
            </w:pPr>
            <w:r>
              <w:rPr>
                <w:color w:val="000000"/>
              </w:rPr>
              <w:t>- HS nhắc lại quy tắc: tìm theo từ khóa đơn giản, xem nguồn cô giáo/cha mẹ cho phép, không chia sẻ thông tin cá nhân, không bấm vào nội dung lạ.</w:t>
            </w:r>
          </w:p>
        </w:tc>
      </w:tr>
      <w:tr w:rsidR="002566DD" w14:paraId="75643EA9"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6CE552B8" w14:textId="77777777" w:rsidR="002566DD" w:rsidRDefault="00623220" w:rsidP="004138E1">
            <w:pPr>
              <w:shd w:val="clear" w:color="auto" w:fill="FFFFFF" w:themeFill="background1"/>
            </w:pPr>
            <w:r>
              <w:rPr>
                <w:color w:val="000000"/>
              </w:rPr>
              <w:t>- GV kết luận: Bài vè giúp chúng ta biết thêm nhiều loài chim đáng yêu. Mỗi loài chim đều góp phần làm thiên nhiên sinh động, vì vậy chúng ta cần yêu quý và bảo vệ chúng.</w:t>
            </w:r>
          </w:p>
        </w:tc>
        <w:tc>
          <w:tcPr>
            <w:tcW w:w="5112" w:type="dxa"/>
            <w:tcBorders>
              <w:bottom w:val="single" w:sz="4" w:space="0" w:color="auto"/>
            </w:tcBorders>
            <w:tcMar>
              <w:top w:w="80" w:type="dxa"/>
              <w:left w:w="80" w:type="dxa"/>
              <w:bottom w:w="80" w:type="dxa"/>
              <w:right w:w="80" w:type="dxa"/>
            </w:tcMar>
          </w:tcPr>
          <w:p w14:paraId="34A33CE7" w14:textId="77777777" w:rsidR="002566DD" w:rsidRDefault="00623220" w:rsidP="004138E1">
            <w:pPr>
              <w:shd w:val="clear" w:color="auto" w:fill="FFFFFF" w:themeFill="background1"/>
            </w:pPr>
            <w:r>
              <w:rPr>
                <w:color w:val="000000"/>
              </w:rPr>
              <w:t>- HS lắng nghe và nêu việc làm: không bắt chim, không phá tổ chim, trồng và chăm sóc cây để chim có nơi trú ngụ.</w:t>
            </w:r>
          </w:p>
        </w:tc>
      </w:tr>
      <w:tr w:rsidR="002566DD" w14:paraId="06B89059"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21C4C3F2" w14:textId="77777777" w:rsidR="002566DD" w:rsidRDefault="00623220" w:rsidP="004138E1">
            <w:pPr>
              <w:shd w:val="clear" w:color="auto" w:fill="FFFFFF" w:themeFill="background1"/>
            </w:pPr>
            <w:r>
              <w:rPr>
                <w:b/>
              </w:rPr>
              <w:t>HOẠT ĐỘNG 3: LUYỆN ĐỌC LẠI (6 phút)</w:t>
            </w:r>
          </w:p>
          <w:p w14:paraId="149DD9C8" w14:textId="77777777" w:rsidR="002566DD" w:rsidRDefault="00623220" w:rsidP="004138E1">
            <w:pPr>
              <w:shd w:val="clear" w:color="auto" w:fill="FFFFFF" w:themeFill="background1"/>
            </w:pPr>
            <w:r>
              <w:rPr>
                <w:b/>
              </w:rPr>
              <w:t>Mục tiêu: HS luyện đọc diễn cảm hơn, biết điều chỉnh giọng đọc và ngắt nghỉ phù hợp sau khi đã hiểu bài.</w:t>
            </w:r>
          </w:p>
        </w:tc>
      </w:tr>
      <w:tr w:rsidR="002566DD" w14:paraId="4133EA6D" w14:textId="77777777" w:rsidTr="004138E1">
        <w:trPr>
          <w:cantSplit/>
          <w:jc w:val="center"/>
        </w:trPr>
        <w:tc>
          <w:tcPr>
            <w:tcW w:w="5112" w:type="dxa"/>
            <w:tcBorders>
              <w:top w:val="single" w:sz="4" w:space="0" w:color="auto"/>
            </w:tcBorders>
            <w:shd w:val="clear" w:color="auto" w:fill="FFFFFF"/>
            <w:tcMar>
              <w:top w:w="80" w:type="dxa"/>
              <w:left w:w="80" w:type="dxa"/>
              <w:bottom w:w="80" w:type="dxa"/>
              <w:right w:w="80" w:type="dxa"/>
            </w:tcMar>
          </w:tcPr>
          <w:p w14:paraId="71864CC4" w14:textId="77777777" w:rsidR="002566DD" w:rsidRDefault="00623220" w:rsidP="004138E1">
            <w:pPr>
              <w:shd w:val="clear" w:color="auto" w:fill="FFFFFF" w:themeFill="background1"/>
              <w:jc w:val="both"/>
            </w:pPr>
            <w:r>
              <w:t>- GV tổ chức cho HS luyện đọc lại bài vè theo nhóm 4, chú ý giọng vui tươi, đọc rõ các từ gọi loài chim.</w:t>
            </w:r>
          </w:p>
        </w:tc>
        <w:tc>
          <w:tcPr>
            <w:tcW w:w="5112" w:type="dxa"/>
            <w:tcBorders>
              <w:top w:val="single" w:sz="4" w:space="0" w:color="auto"/>
            </w:tcBorders>
            <w:shd w:val="clear" w:color="auto" w:fill="FFFFFF"/>
            <w:tcMar>
              <w:top w:w="80" w:type="dxa"/>
              <w:left w:w="80" w:type="dxa"/>
              <w:bottom w:w="80" w:type="dxa"/>
              <w:right w:w="80" w:type="dxa"/>
            </w:tcMar>
          </w:tcPr>
          <w:p w14:paraId="483C0260" w14:textId="77777777" w:rsidR="002566DD" w:rsidRDefault="00623220" w:rsidP="004138E1">
            <w:pPr>
              <w:shd w:val="clear" w:color="auto" w:fill="FFFFFF" w:themeFill="background1"/>
              <w:jc w:val="both"/>
            </w:pPr>
            <w:r>
              <w:t>- HS luyện đọc trong nhóm 4; mỗi bạn đọc một đoạn, các bạn góp ý cách ngắt nhịp và giọng đọc.</w:t>
            </w:r>
          </w:p>
        </w:tc>
      </w:tr>
      <w:tr w:rsidR="002566DD" w14:paraId="04E1A400" w14:textId="77777777" w:rsidTr="004138E1">
        <w:trPr>
          <w:cantSplit/>
          <w:jc w:val="center"/>
        </w:trPr>
        <w:tc>
          <w:tcPr>
            <w:tcW w:w="5112" w:type="dxa"/>
            <w:tcBorders>
              <w:bottom w:val="single" w:sz="4" w:space="0" w:color="auto"/>
            </w:tcBorders>
            <w:shd w:val="clear" w:color="auto" w:fill="FFFFFF"/>
            <w:tcMar>
              <w:top w:w="80" w:type="dxa"/>
              <w:left w:w="80" w:type="dxa"/>
              <w:bottom w:w="80" w:type="dxa"/>
              <w:right w:w="80" w:type="dxa"/>
            </w:tcMar>
          </w:tcPr>
          <w:p w14:paraId="7FB5315C" w14:textId="77777777" w:rsidR="002566DD" w:rsidRDefault="00623220" w:rsidP="004138E1">
            <w:pPr>
              <w:shd w:val="clear" w:color="auto" w:fill="FFFFFF" w:themeFill="background1"/>
              <w:jc w:val="both"/>
            </w:pPr>
            <w:r>
              <w:lastRenderedPageBreak/>
              <w:t>- GV mời đại diện 2 nhóm đọc lại bài trước lớp; khuyến khích HS đọc thuộc một số dòng thơ đã nhớ.</w:t>
            </w:r>
          </w:p>
        </w:tc>
        <w:tc>
          <w:tcPr>
            <w:tcW w:w="5112" w:type="dxa"/>
            <w:tcBorders>
              <w:bottom w:val="single" w:sz="4" w:space="0" w:color="auto"/>
            </w:tcBorders>
            <w:shd w:val="clear" w:color="auto" w:fill="FFFFFF"/>
            <w:tcMar>
              <w:top w:w="80" w:type="dxa"/>
              <w:left w:w="80" w:type="dxa"/>
              <w:bottom w:w="80" w:type="dxa"/>
              <w:right w:w="80" w:type="dxa"/>
            </w:tcMar>
          </w:tcPr>
          <w:p w14:paraId="6533877D" w14:textId="77777777" w:rsidR="002566DD" w:rsidRDefault="00623220" w:rsidP="004138E1">
            <w:pPr>
              <w:shd w:val="clear" w:color="auto" w:fill="FFFFFF" w:themeFill="background1"/>
              <w:jc w:val="both"/>
            </w:pPr>
            <w:r>
              <w:t>- Đại diện nhóm đọc bài; lớp nhận xét bạn đọc đúng, rõ, ngắt nhịp phù hợp và có giọng vui.</w:t>
            </w:r>
          </w:p>
        </w:tc>
      </w:tr>
      <w:tr w:rsidR="002566DD" w14:paraId="6D6F06FC"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5F5D4274" w14:textId="77777777" w:rsidR="002566DD" w:rsidRDefault="00623220" w:rsidP="004138E1">
            <w:pPr>
              <w:shd w:val="clear" w:color="auto" w:fill="FFFFFF" w:themeFill="background1"/>
            </w:pPr>
            <w:r>
              <w:rPr>
                <w:b/>
              </w:rPr>
              <w:t>HOẠT ĐỘNG 4: LUYỆN TẬP THEO VĂN BẢN ĐỌC (9 phút)</w:t>
            </w:r>
          </w:p>
          <w:p w14:paraId="17CB4DA9" w14:textId="77777777" w:rsidR="002566DD" w:rsidRDefault="00623220" w:rsidP="004138E1">
            <w:pPr>
              <w:shd w:val="clear" w:color="auto" w:fill="FFFFFF" w:themeFill="background1"/>
            </w:pPr>
            <w:r>
              <w:rPr>
                <w:b/>
              </w:rPr>
              <w:t>Mục tiêu: HS tìm được từ chỉ người dùng để gọi các loài chim và đặt được câu với từ ngữ đã cho.</w:t>
            </w:r>
          </w:p>
        </w:tc>
      </w:tr>
      <w:tr w:rsidR="002566DD" w14:paraId="583C42B3"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576BF366" w14:textId="77777777" w:rsidR="002566DD" w:rsidRDefault="00623220" w:rsidP="004138E1">
            <w:pPr>
              <w:shd w:val="clear" w:color="auto" w:fill="FFFFFF" w:themeFill="background1"/>
            </w:pPr>
            <w:r>
              <w:rPr>
                <w:b/>
              </w:rPr>
              <w:t>- Bài tập 1:</w:t>
            </w:r>
            <w:r>
              <w:t xml:space="preserve"> GV yêu cầu HS đọc yêu cầu: Tìm những từ chỉ người được dùng để gọi các loài chim dưới đây.</w:t>
            </w:r>
          </w:p>
          <w:p w14:paraId="636561A6" w14:textId="40A094D3"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43601617" w14:textId="77777777" w:rsidR="002566DD" w:rsidRDefault="00623220" w:rsidP="004138E1">
            <w:pPr>
              <w:shd w:val="clear" w:color="auto" w:fill="FFFFFF" w:themeFill="background1"/>
            </w:pPr>
            <w:r>
              <w:rPr>
                <w:color w:val="000000"/>
              </w:rPr>
              <w:t>- HS đọc yêu cầu và xác định các từ: bác cú mèo, em sáo xinh, cậu chìa vôi, cô tu hú.</w:t>
            </w:r>
          </w:p>
        </w:tc>
      </w:tr>
      <w:tr w:rsidR="002566DD" w14:paraId="5EB86A4C" w14:textId="77777777" w:rsidTr="004138E1">
        <w:trPr>
          <w:cantSplit/>
          <w:jc w:val="center"/>
        </w:trPr>
        <w:tc>
          <w:tcPr>
            <w:tcW w:w="5112" w:type="dxa"/>
            <w:tcMar>
              <w:top w:w="80" w:type="dxa"/>
              <w:left w:w="80" w:type="dxa"/>
              <w:bottom w:w="80" w:type="dxa"/>
              <w:right w:w="80" w:type="dxa"/>
            </w:tcMar>
          </w:tcPr>
          <w:p w14:paraId="1AD7BEC5" w14:textId="77777777" w:rsidR="002566DD" w:rsidRDefault="00623220" w:rsidP="004138E1">
            <w:pPr>
              <w:shd w:val="clear" w:color="auto" w:fill="FFFFFF" w:themeFill="background1"/>
            </w:pPr>
            <w:r>
              <w:rPr>
                <w:color w:val="000000"/>
              </w:rPr>
              <w:t>- GV tổ chức cho HS làm việc nhóm đôi: gạch chân từ chỉ người trong mỗi cụm từ.</w:t>
            </w:r>
          </w:p>
        </w:tc>
        <w:tc>
          <w:tcPr>
            <w:tcW w:w="5112" w:type="dxa"/>
            <w:tcMar>
              <w:top w:w="80" w:type="dxa"/>
              <w:left w:w="80" w:type="dxa"/>
              <w:bottom w:w="80" w:type="dxa"/>
              <w:right w:w="80" w:type="dxa"/>
            </w:tcMar>
          </w:tcPr>
          <w:p w14:paraId="61BE5B10" w14:textId="77777777" w:rsidR="002566DD" w:rsidRDefault="00623220" w:rsidP="004138E1">
            <w:pPr>
              <w:shd w:val="clear" w:color="auto" w:fill="FFFFFF" w:themeFill="background1"/>
            </w:pPr>
            <w:r>
              <w:rPr>
                <w:color w:val="000000"/>
              </w:rPr>
              <w:t>- HS làm nhóm đôi; nêu: bác, em, cậu, cô là những từ chỉ người được dùng để gọi loài chim.</w:t>
            </w:r>
          </w:p>
        </w:tc>
      </w:tr>
      <w:tr w:rsidR="002566DD" w14:paraId="15DDD7B0" w14:textId="77777777" w:rsidTr="004138E1">
        <w:trPr>
          <w:cantSplit/>
          <w:jc w:val="center"/>
        </w:trPr>
        <w:tc>
          <w:tcPr>
            <w:tcW w:w="5112" w:type="dxa"/>
            <w:tcMar>
              <w:top w:w="80" w:type="dxa"/>
              <w:left w:w="80" w:type="dxa"/>
              <w:bottom w:w="80" w:type="dxa"/>
              <w:right w:w="80" w:type="dxa"/>
            </w:tcMar>
          </w:tcPr>
          <w:p w14:paraId="63D2DE9E" w14:textId="77777777" w:rsidR="002566DD" w:rsidRDefault="00623220" w:rsidP="004138E1">
            <w:pPr>
              <w:shd w:val="clear" w:color="auto" w:fill="FFFFFF" w:themeFill="background1"/>
            </w:pPr>
            <w:r>
              <w:rPr>
                <w:b/>
              </w:rPr>
              <w:t>- Bài tập 2:</w:t>
            </w:r>
            <w:r>
              <w:t xml:space="preserve"> GV yêu cầu HS đặt một câu với từ ngữ ở hoạt động 1.</w:t>
            </w:r>
          </w:p>
        </w:tc>
        <w:tc>
          <w:tcPr>
            <w:tcW w:w="5112" w:type="dxa"/>
            <w:tcMar>
              <w:top w:w="80" w:type="dxa"/>
              <w:left w:w="80" w:type="dxa"/>
              <w:bottom w:w="80" w:type="dxa"/>
              <w:right w:w="80" w:type="dxa"/>
            </w:tcMar>
          </w:tcPr>
          <w:p w14:paraId="2BB33AA7" w14:textId="77777777" w:rsidR="002566DD" w:rsidRDefault="00623220" w:rsidP="004138E1">
            <w:pPr>
              <w:shd w:val="clear" w:color="auto" w:fill="FFFFFF" w:themeFill="background1"/>
            </w:pPr>
            <w:r>
              <w:rPr>
                <w:color w:val="000000"/>
              </w:rPr>
              <w:t>- HS đặt câu: Bác cú mèo có đôi mắt rất tinh. Em sáo xinh hót líu lo trên cành cây.</w:t>
            </w:r>
          </w:p>
        </w:tc>
      </w:tr>
      <w:tr w:rsidR="002566DD" w14:paraId="05665FA1"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7AA82532" w14:textId="77777777" w:rsidR="002566DD" w:rsidRDefault="00623220" w:rsidP="004138E1">
            <w:pPr>
              <w:shd w:val="clear" w:color="auto" w:fill="FFFFFF" w:themeFill="background1"/>
            </w:pPr>
            <w:r>
              <w:rPr>
                <w:color w:val="000000"/>
              </w:rPr>
              <w:t>- GV nhận xét, sửa câu cho HS: đầu câu viết hoa, cuối câu có dấu chấm.</w:t>
            </w:r>
          </w:p>
        </w:tc>
        <w:tc>
          <w:tcPr>
            <w:tcW w:w="5112" w:type="dxa"/>
            <w:tcBorders>
              <w:bottom w:val="single" w:sz="4" w:space="0" w:color="auto"/>
            </w:tcBorders>
            <w:tcMar>
              <w:top w:w="80" w:type="dxa"/>
              <w:left w:w="80" w:type="dxa"/>
              <w:bottom w:w="80" w:type="dxa"/>
              <w:right w:w="80" w:type="dxa"/>
            </w:tcMar>
          </w:tcPr>
          <w:p w14:paraId="1FA7DA17" w14:textId="77777777" w:rsidR="002566DD" w:rsidRDefault="00623220" w:rsidP="004138E1">
            <w:pPr>
              <w:shd w:val="clear" w:color="auto" w:fill="FFFFFF" w:themeFill="background1"/>
            </w:pPr>
            <w:r>
              <w:rPr>
                <w:color w:val="000000"/>
              </w:rPr>
              <w:t>- HS chỉnh lại câu đúng: Cô tu hú gọi mùa hè đến.</w:t>
            </w:r>
          </w:p>
        </w:tc>
      </w:tr>
      <w:tr w:rsidR="002566DD" w14:paraId="1D5AEFDA"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36F4A9A" w14:textId="77777777" w:rsidR="002566DD" w:rsidRDefault="00623220" w:rsidP="004138E1">
            <w:pPr>
              <w:shd w:val="clear" w:color="auto" w:fill="FFFFFF" w:themeFill="background1"/>
            </w:pPr>
            <w:r>
              <w:rPr>
                <w:b/>
              </w:rPr>
              <w:t>4. VẬN DỤNG (3 phút)</w:t>
            </w:r>
          </w:p>
          <w:p w14:paraId="1F8DC8BE" w14:textId="77777777" w:rsidR="002566DD" w:rsidRDefault="00623220" w:rsidP="004138E1">
            <w:pPr>
              <w:shd w:val="clear" w:color="auto" w:fill="FFFFFF" w:themeFill="background1"/>
            </w:pPr>
            <w:r>
              <w:rPr>
                <w:b/>
              </w:rPr>
              <w:t>Mục tiêu: HS biết vận dụng điều đã học để thể hiện tình yêu thiên nhiên.</w:t>
            </w:r>
          </w:p>
        </w:tc>
      </w:tr>
      <w:tr w:rsidR="002566DD" w14:paraId="3845BC1C"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44B034F8" w14:textId="77777777" w:rsidR="002566DD" w:rsidRDefault="00623220" w:rsidP="004138E1">
            <w:pPr>
              <w:shd w:val="clear" w:color="auto" w:fill="FFFFFF" w:themeFill="background1"/>
            </w:pPr>
            <w:r>
              <w:rPr>
                <w:color w:val="000000"/>
              </w:rPr>
              <w:t>- GV hỏi: Sau bài học, em sẽ làm gì để bảo vệ các loài chim?</w:t>
            </w:r>
          </w:p>
        </w:tc>
        <w:tc>
          <w:tcPr>
            <w:tcW w:w="5112" w:type="dxa"/>
            <w:tcBorders>
              <w:top w:val="single" w:sz="4" w:space="0" w:color="auto"/>
            </w:tcBorders>
            <w:tcMar>
              <w:top w:w="80" w:type="dxa"/>
              <w:left w:w="80" w:type="dxa"/>
              <w:bottom w:w="80" w:type="dxa"/>
              <w:right w:w="80" w:type="dxa"/>
            </w:tcMar>
          </w:tcPr>
          <w:p w14:paraId="36ECDF77" w14:textId="77777777" w:rsidR="002566DD" w:rsidRDefault="00623220" w:rsidP="004138E1">
            <w:pPr>
              <w:shd w:val="clear" w:color="auto" w:fill="FFFFFF" w:themeFill="background1"/>
            </w:pPr>
            <w:r>
              <w:rPr>
                <w:color w:val="000000"/>
              </w:rPr>
              <w:t>- HS trả lời: Em không bắt chim, không phá tổ chim, không ném đá chim; em chăm sóc cây xanh để chim có nơi ở.</w:t>
            </w:r>
          </w:p>
        </w:tc>
      </w:tr>
      <w:tr w:rsidR="002566DD" w14:paraId="396FC120" w14:textId="77777777" w:rsidTr="004138E1">
        <w:trPr>
          <w:cantSplit/>
          <w:jc w:val="center"/>
        </w:trPr>
        <w:tc>
          <w:tcPr>
            <w:tcW w:w="5112" w:type="dxa"/>
            <w:tcMar>
              <w:top w:w="80" w:type="dxa"/>
              <w:left w:w="80" w:type="dxa"/>
              <w:bottom w:w="80" w:type="dxa"/>
              <w:right w:w="80" w:type="dxa"/>
            </w:tcMar>
          </w:tcPr>
          <w:p w14:paraId="664E5CE1" w14:textId="77777777" w:rsidR="002566DD" w:rsidRDefault="00623220" w:rsidP="004138E1">
            <w:pPr>
              <w:shd w:val="clear" w:color="auto" w:fill="FFFFFF" w:themeFill="background1"/>
            </w:pPr>
            <w:r>
              <w:rPr>
                <w:color w:val="000000"/>
              </w:rPr>
              <w:t>- GV dặn HS về nhà học thuộc lòng 8 dòng đầu bài vè và chuẩn bị phần Viết, Nói và nghe.</w:t>
            </w:r>
          </w:p>
        </w:tc>
        <w:tc>
          <w:tcPr>
            <w:tcW w:w="5112" w:type="dxa"/>
            <w:tcMar>
              <w:top w:w="80" w:type="dxa"/>
              <w:left w:w="80" w:type="dxa"/>
              <w:bottom w:w="80" w:type="dxa"/>
              <w:right w:w="80" w:type="dxa"/>
            </w:tcMar>
          </w:tcPr>
          <w:p w14:paraId="674E145A" w14:textId="77777777" w:rsidR="002566DD" w:rsidRDefault="00623220" w:rsidP="004138E1">
            <w:pPr>
              <w:shd w:val="clear" w:color="auto" w:fill="FFFFFF" w:themeFill="background1"/>
            </w:pPr>
            <w:r>
              <w:rPr>
                <w:color w:val="000000"/>
              </w:rPr>
              <w:t>- HS lắng nghe và ghi nhớ nhiệm vụ.</w:t>
            </w:r>
          </w:p>
        </w:tc>
      </w:tr>
    </w:tbl>
    <w:p w14:paraId="0F50A8D8" w14:textId="77777777" w:rsidR="002566DD" w:rsidRDefault="00623220" w:rsidP="004138E1">
      <w:pPr>
        <w:shd w:val="clear" w:color="auto" w:fill="FFFFFF" w:themeFill="background1"/>
        <w:spacing w:after="0" w:line="240" w:lineRule="auto"/>
        <w:jc w:val="both"/>
      </w:pPr>
      <w:r>
        <w:rPr>
          <w:b/>
        </w:rPr>
        <w:t>IV. ĐIỀU CHỈNH SAU TIẾT HỌC (NẾU CÓ)</w:t>
      </w:r>
    </w:p>
    <w:p w14:paraId="246A0D22" w14:textId="77777777" w:rsidR="002566DD" w:rsidRDefault="002566DD" w:rsidP="004138E1">
      <w:pPr>
        <w:shd w:val="clear" w:color="auto" w:fill="FFFFFF" w:themeFill="background1"/>
        <w:spacing w:after="0" w:line="240" w:lineRule="auto"/>
        <w:jc w:val="both"/>
      </w:pPr>
    </w:p>
    <w:p w14:paraId="1386A0B4" w14:textId="77777777" w:rsidR="002566DD" w:rsidRDefault="00623220" w:rsidP="004138E1">
      <w:pPr>
        <w:shd w:val="clear" w:color="auto" w:fill="FFFFFF" w:themeFill="background1"/>
        <w:spacing w:after="0" w:line="240" w:lineRule="auto"/>
        <w:jc w:val="center"/>
      </w:pPr>
      <w:r>
        <w:rPr>
          <w:b/>
        </w:rPr>
        <w:t>KẾ HOẠCH BÀI DẠY MÔN TIẾNG VIỆT LỚP 2 – TUẦN 23</w:t>
      </w:r>
    </w:p>
    <w:p w14:paraId="2ECFDA94" w14:textId="77777777" w:rsidR="002566DD" w:rsidRDefault="00623220" w:rsidP="004138E1">
      <w:pPr>
        <w:shd w:val="clear" w:color="auto" w:fill="FFFFFF" w:themeFill="background1"/>
        <w:spacing w:after="0" w:line="240" w:lineRule="auto"/>
        <w:jc w:val="center"/>
      </w:pPr>
      <w:r>
        <w:rPr>
          <w:b/>
        </w:rPr>
        <w:t>CHỦ ĐỀ: HÀNH TINH XANH CỦA EM</w:t>
      </w:r>
    </w:p>
    <w:p w14:paraId="77013AA7" w14:textId="77777777" w:rsidR="002566DD" w:rsidRDefault="00623220" w:rsidP="004138E1">
      <w:pPr>
        <w:shd w:val="clear" w:color="auto" w:fill="FFFFFF" w:themeFill="background1"/>
        <w:spacing w:after="0" w:line="240" w:lineRule="auto"/>
        <w:jc w:val="center"/>
      </w:pPr>
      <w:r>
        <w:rPr>
          <w:b/>
        </w:rPr>
        <w:t>BÀI 9: VÈ CHIM</w:t>
      </w:r>
    </w:p>
    <w:p w14:paraId="0533FF2C" w14:textId="77777777" w:rsidR="002566DD" w:rsidRDefault="00623220" w:rsidP="004138E1">
      <w:pPr>
        <w:shd w:val="clear" w:color="auto" w:fill="FFFFFF" w:themeFill="background1"/>
        <w:spacing w:after="0" w:line="240" w:lineRule="auto"/>
        <w:jc w:val="center"/>
      </w:pPr>
      <w:r>
        <w:rPr>
          <w:b/>
        </w:rPr>
        <w:t>TIẾT 3: VIẾT CHỮ HOA U, Ư; TIẾT 4: NÓI VÀ NGHE – CẢM ƠN HỌA MI</w:t>
      </w:r>
    </w:p>
    <w:p w14:paraId="36D1010B" w14:textId="77777777" w:rsidR="002566DD" w:rsidRDefault="00623220" w:rsidP="004138E1">
      <w:pPr>
        <w:shd w:val="clear" w:color="auto" w:fill="FFFFFF" w:themeFill="background1"/>
        <w:spacing w:after="0" w:line="240" w:lineRule="auto"/>
        <w:jc w:val="both"/>
      </w:pPr>
      <w:r>
        <w:rPr>
          <w:b/>
        </w:rPr>
        <w:t>I. YÊU CẦU CẦN ĐẠT</w:t>
      </w:r>
    </w:p>
    <w:p w14:paraId="0B21D678" w14:textId="77777777" w:rsidR="002566DD" w:rsidRDefault="00623220" w:rsidP="004138E1">
      <w:pPr>
        <w:shd w:val="clear" w:color="auto" w:fill="FFFFFF" w:themeFill="background1"/>
        <w:spacing w:after="0" w:line="240" w:lineRule="auto"/>
        <w:jc w:val="both"/>
      </w:pPr>
      <w:r>
        <w:rPr>
          <w:b/>
        </w:rPr>
        <w:t>1. Năng lực đặc thù</w:t>
      </w:r>
    </w:p>
    <w:p w14:paraId="2C2D7A69" w14:textId="77777777" w:rsidR="002566DD" w:rsidRDefault="00623220" w:rsidP="004138E1">
      <w:pPr>
        <w:shd w:val="clear" w:color="auto" w:fill="FFFFFF" w:themeFill="background1"/>
        <w:spacing w:after="0" w:line="240" w:lineRule="auto"/>
        <w:jc w:val="both"/>
      </w:pPr>
      <w:r>
        <w:t>- Viết đúng chữ hoa U, Ư cỡ vừa và cỡ nhỏ; viết đúng câu ứng dụng: Rừng U Minh có nhiều loài chim quý.</w:t>
      </w:r>
    </w:p>
    <w:p w14:paraId="67BDC630" w14:textId="77777777" w:rsidR="002566DD" w:rsidRDefault="00623220" w:rsidP="004138E1">
      <w:pPr>
        <w:shd w:val="clear" w:color="auto" w:fill="FFFFFF" w:themeFill="background1"/>
        <w:spacing w:after="0" w:line="240" w:lineRule="auto"/>
        <w:jc w:val="both"/>
      </w:pPr>
      <w:r>
        <w:t>- Nghe hiểu câu chuyện Cảm ơn họa mi; kể lại được từng đoạn câu chuyện theo tranh; biết đóng vai chim họa mi để kể lại sự việc.</w:t>
      </w:r>
    </w:p>
    <w:p w14:paraId="76691A8B" w14:textId="77777777" w:rsidR="002566DD" w:rsidRDefault="00623220" w:rsidP="004138E1">
      <w:pPr>
        <w:shd w:val="clear" w:color="auto" w:fill="FFFFFF" w:themeFill="background1"/>
        <w:spacing w:after="0" w:line="240" w:lineRule="auto"/>
        <w:jc w:val="both"/>
      </w:pPr>
      <w:r>
        <w:rPr>
          <w:b/>
        </w:rPr>
        <w:t>2. Năng lực chung</w:t>
      </w:r>
    </w:p>
    <w:p w14:paraId="392C310B" w14:textId="77777777" w:rsidR="002566DD" w:rsidRDefault="00623220" w:rsidP="004138E1">
      <w:pPr>
        <w:shd w:val="clear" w:color="auto" w:fill="FFFFFF" w:themeFill="background1"/>
        <w:spacing w:after="0" w:line="240" w:lineRule="auto"/>
        <w:jc w:val="both"/>
      </w:pPr>
      <w:r>
        <w:t>- Tự chủ và tự học: Cẩn thận khi luyện viết; chủ động quan sát tranh để kể chuyện.</w:t>
      </w:r>
    </w:p>
    <w:p w14:paraId="6F625839" w14:textId="77777777" w:rsidR="002566DD" w:rsidRDefault="00623220" w:rsidP="004138E1">
      <w:pPr>
        <w:shd w:val="clear" w:color="auto" w:fill="FFFFFF" w:themeFill="background1"/>
        <w:spacing w:after="0" w:line="240" w:lineRule="auto"/>
        <w:jc w:val="both"/>
      </w:pPr>
      <w:r>
        <w:t>- Giao tiếp và hợp tác: Biết thảo luận, phân vai, kể chuyện trong nhóm.</w:t>
      </w:r>
    </w:p>
    <w:p w14:paraId="2ADF6BC2" w14:textId="77777777" w:rsidR="002566DD" w:rsidRDefault="00623220" w:rsidP="004138E1">
      <w:pPr>
        <w:shd w:val="clear" w:color="auto" w:fill="FFFFFF" w:themeFill="background1"/>
        <w:spacing w:after="0" w:line="240" w:lineRule="auto"/>
        <w:jc w:val="both"/>
      </w:pPr>
      <w:r>
        <w:t>- Giải quyết vấn đề và sáng tạo: Biết kể lại câu chuyện bằng lời của mình, không đọc máy móc.</w:t>
      </w:r>
    </w:p>
    <w:p w14:paraId="5835BE6D" w14:textId="77777777" w:rsidR="002566DD" w:rsidRDefault="00623220" w:rsidP="004138E1">
      <w:pPr>
        <w:shd w:val="clear" w:color="auto" w:fill="FFFFFF" w:themeFill="background1"/>
        <w:spacing w:after="0" w:line="240" w:lineRule="auto"/>
        <w:jc w:val="both"/>
      </w:pPr>
      <w:r>
        <w:rPr>
          <w:b/>
        </w:rPr>
        <w:t>3. Phẩm chất</w:t>
      </w:r>
    </w:p>
    <w:p w14:paraId="20D74A58" w14:textId="77777777" w:rsidR="002566DD" w:rsidRDefault="00623220" w:rsidP="004138E1">
      <w:pPr>
        <w:shd w:val="clear" w:color="auto" w:fill="FFFFFF" w:themeFill="background1"/>
        <w:spacing w:after="0" w:line="240" w:lineRule="auto"/>
        <w:jc w:val="both"/>
      </w:pPr>
      <w:r>
        <w:t>- Nhân ái: Biết trân trọng lòng tốt, biết nói lời cảm ơn khi được giúp đỡ.</w:t>
      </w:r>
    </w:p>
    <w:p w14:paraId="7E4BD746" w14:textId="77777777" w:rsidR="002566DD" w:rsidRDefault="00623220" w:rsidP="004138E1">
      <w:pPr>
        <w:shd w:val="clear" w:color="auto" w:fill="FFFFFF" w:themeFill="background1"/>
        <w:spacing w:after="0" w:line="240" w:lineRule="auto"/>
        <w:jc w:val="both"/>
      </w:pPr>
      <w:r>
        <w:rPr>
          <w:b/>
          <w:color w:val="C00000"/>
        </w:rPr>
        <w:t>4. Tích hợp</w:t>
      </w:r>
    </w:p>
    <w:p w14:paraId="3E8E994F" w14:textId="77777777" w:rsidR="002566DD" w:rsidRDefault="00623220" w:rsidP="004138E1">
      <w:pPr>
        <w:shd w:val="clear" w:color="auto" w:fill="FFFFFF" w:themeFill="background1"/>
        <w:spacing w:after="0" w:line="240" w:lineRule="auto"/>
        <w:jc w:val="both"/>
      </w:pPr>
      <w:r>
        <w:rPr>
          <w:color w:val="C00000"/>
        </w:rPr>
        <w:t>- Tích hợp AI 2.A1.2: HS nhận biết công cụ AI như ChatGPT/Gemini có thể gợi ý trình tự kể chuyện theo tranh hoặc từ ngữ kể chuyện, nhưng HS phải kiểm tra với tranh SGK, tự kể bằng lời của mình, không sao chép nguyên văn và không nhập thông tin riêng tư.</w:t>
      </w:r>
    </w:p>
    <w:p w14:paraId="7F9C2F5B" w14:textId="77777777" w:rsidR="002566DD" w:rsidRDefault="00623220" w:rsidP="004138E1">
      <w:pPr>
        <w:shd w:val="clear" w:color="auto" w:fill="FFFFFF" w:themeFill="background1"/>
        <w:spacing w:after="0" w:line="240" w:lineRule="auto"/>
        <w:jc w:val="both"/>
      </w:pPr>
      <w:r>
        <w:rPr>
          <w:b/>
        </w:rPr>
        <w:lastRenderedPageBreak/>
        <w:t>II. ĐỒ DÙNG DẠY HỌC</w:t>
      </w:r>
    </w:p>
    <w:p w14:paraId="25D1B716" w14:textId="77777777" w:rsidR="002566DD" w:rsidRDefault="00623220" w:rsidP="004138E1">
      <w:pPr>
        <w:shd w:val="clear" w:color="auto" w:fill="FFFFFF" w:themeFill="background1"/>
        <w:spacing w:after="0" w:line="240" w:lineRule="auto"/>
        <w:jc w:val="both"/>
      </w:pPr>
      <w:r>
        <w:t>- GV: Mẫu chữ hoa U, Ư; bảng phụ câu ứng dụng; tranh kể chuyện Cảm ơn họa mi; máy chiếu/tivi.</w:t>
      </w:r>
    </w:p>
    <w:p w14:paraId="796998BC" w14:textId="77777777" w:rsidR="002566DD" w:rsidRDefault="00623220" w:rsidP="004138E1">
      <w:pPr>
        <w:shd w:val="clear" w:color="auto" w:fill="FFFFFF" w:themeFill="background1"/>
        <w:spacing w:after="0" w:line="240" w:lineRule="auto"/>
        <w:jc w:val="both"/>
      </w:pPr>
      <w:r>
        <w:t>- HS: Vở Tập viết, SGK, bút, bảng con.</w:t>
      </w:r>
    </w:p>
    <w:p w14:paraId="63156B04" w14:textId="77777777" w:rsidR="002566DD" w:rsidRDefault="00623220" w:rsidP="004138E1">
      <w:pPr>
        <w:shd w:val="clear" w:color="auto" w:fill="FFFFFF" w:themeFill="background1"/>
        <w:spacing w:after="0" w:line="240" w:lineRule="auto"/>
        <w:jc w:val="both"/>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2566DD" w14:paraId="4D184786" w14:textId="77777777" w:rsidTr="004138E1">
        <w:trPr>
          <w:jc w:val="center"/>
        </w:trPr>
        <w:tc>
          <w:tcPr>
            <w:tcW w:w="5112" w:type="dxa"/>
            <w:tcBorders>
              <w:bottom w:val="single" w:sz="4" w:space="0" w:color="auto"/>
            </w:tcBorders>
            <w:shd w:val="clear" w:color="auto" w:fill="DDEBF7"/>
            <w:tcMar>
              <w:top w:w="80" w:type="dxa"/>
              <w:left w:w="80" w:type="dxa"/>
              <w:bottom w:w="80" w:type="dxa"/>
              <w:right w:w="80" w:type="dxa"/>
            </w:tcMar>
          </w:tcPr>
          <w:p w14:paraId="47B76912" w14:textId="77777777" w:rsidR="002566DD" w:rsidRDefault="00623220" w:rsidP="004138E1">
            <w:pPr>
              <w:shd w:val="clear" w:color="auto" w:fill="FFFFFF" w:themeFill="background1"/>
            </w:pPr>
            <w:r>
              <w:rPr>
                <w:b/>
              </w:rPr>
              <w:t>Hoạt động của GV</w:t>
            </w:r>
          </w:p>
        </w:tc>
        <w:tc>
          <w:tcPr>
            <w:tcW w:w="5112" w:type="dxa"/>
            <w:tcBorders>
              <w:bottom w:val="single" w:sz="4" w:space="0" w:color="auto"/>
            </w:tcBorders>
            <w:shd w:val="clear" w:color="auto" w:fill="DDEBF7"/>
            <w:tcMar>
              <w:top w:w="80" w:type="dxa"/>
              <w:left w:w="80" w:type="dxa"/>
              <w:bottom w:w="80" w:type="dxa"/>
              <w:right w:w="80" w:type="dxa"/>
            </w:tcMar>
          </w:tcPr>
          <w:p w14:paraId="6246B19A" w14:textId="77777777" w:rsidR="002566DD" w:rsidRDefault="00623220" w:rsidP="004138E1">
            <w:pPr>
              <w:shd w:val="clear" w:color="auto" w:fill="FFFFFF" w:themeFill="background1"/>
            </w:pPr>
            <w:r>
              <w:rPr>
                <w:b/>
              </w:rPr>
              <w:t>Hoạt động của HS</w:t>
            </w:r>
          </w:p>
        </w:tc>
      </w:tr>
      <w:tr w:rsidR="002566DD" w14:paraId="44FA6B1A" w14:textId="77777777" w:rsidTr="004138E1">
        <w:trPr>
          <w:cantSplit/>
          <w:jc w:val="center"/>
        </w:trPr>
        <w:tc>
          <w:tcPr>
            <w:tcW w:w="10324" w:type="dxa"/>
            <w:gridSpan w:val="2"/>
            <w:tcBorders>
              <w:top w:val="single" w:sz="4" w:space="0" w:color="auto"/>
              <w:bottom w:val="nil"/>
            </w:tcBorders>
            <w:shd w:val="clear" w:color="auto" w:fill="E2F0D9"/>
            <w:tcMar>
              <w:top w:w="80" w:type="dxa"/>
              <w:left w:w="80" w:type="dxa"/>
              <w:bottom w:w="80" w:type="dxa"/>
              <w:right w:w="80" w:type="dxa"/>
            </w:tcMar>
          </w:tcPr>
          <w:p w14:paraId="377CACB5" w14:textId="77777777" w:rsidR="002566DD" w:rsidRDefault="00623220" w:rsidP="004138E1">
            <w:pPr>
              <w:shd w:val="clear" w:color="auto" w:fill="FFFFFF" w:themeFill="background1"/>
            </w:pPr>
            <w:r>
              <w:rPr>
                <w:b/>
              </w:rPr>
              <w:t>TIẾT 3</w:t>
            </w:r>
          </w:p>
        </w:tc>
      </w:tr>
      <w:tr w:rsidR="002566DD" w14:paraId="4D323086" w14:textId="77777777" w:rsidTr="004138E1">
        <w:trPr>
          <w:cantSplit/>
          <w:jc w:val="center"/>
        </w:trPr>
        <w:tc>
          <w:tcPr>
            <w:tcW w:w="10324" w:type="dxa"/>
            <w:gridSpan w:val="2"/>
            <w:tcBorders>
              <w:top w:val="nil"/>
              <w:bottom w:val="single" w:sz="4" w:space="0" w:color="auto"/>
            </w:tcBorders>
            <w:shd w:val="clear" w:color="auto" w:fill="E2F0D9"/>
            <w:tcMar>
              <w:top w:w="80" w:type="dxa"/>
              <w:left w:w="80" w:type="dxa"/>
              <w:bottom w:w="80" w:type="dxa"/>
              <w:right w:w="80" w:type="dxa"/>
            </w:tcMar>
          </w:tcPr>
          <w:p w14:paraId="55EBABFF" w14:textId="77777777" w:rsidR="002566DD" w:rsidRDefault="00623220" w:rsidP="004138E1">
            <w:pPr>
              <w:shd w:val="clear" w:color="auto" w:fill="FFFFFF" w:themeFill="background1"/>
            </w:pPr>
            <w:r>
              <w:rPr>
                <w:b/>
              </w:rPr>
              <w:t>1. KHỞI ĐỘNG (3 phút)</w:t>
            </w:r>
            <w:r>
              <w:br/>
            </w:r>
            <w:r>
              <w:rPr>
                <w:b/>
              </w:rPr>
              <w:t>Mục tiêu: HS ôn lại nội dung bài đọc và chuẩn bị tâm thế luyện viết.</w:t>
            </w:r>
          </w:p>
        </w:tc>
      </w:tr>
      <w:tr w:rsidR="002566DD" w14:paraId="14F9DBD3"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197C6B2F" w14:textId="77777777" w:rsidR="002566DD" w:rsidRDefault="00623220" w:rsidP="004138E1">
            <w:pPr>
              <w:shd w:val="clear" w:color="auto" w:fill="FFFFFF" w:themeFill="background1"/>
            </w:pPr>
            <w:r>
              <w:rPr>
                <w:color w:val="000000"/>
              </w:rPr>
              <w:t>- GV yêu cầu HS đọc lại 4 dòng thơ em thích trong bài Vè chim.</w:t>
            </w:r>
          </w:p>
        </w:tc>
        <w:tc>
          <w:tcPr>
            <w:tcW w:w="5112" w:type="dxa"/>
            <w:tcBorders>
              <w:top w:val="single" w:sz="4" w:space="0" w:color="auto"/>
            </w:tcBorders>
            <w:tcMar>
              <w:top w:w="80" w:type="dxa"/>
              <w:left w:w="80" w:type="dxa"/>
              <w:bottom w:w="80" w:type="dxa"/>
              <w:right w:w="80" w:type="dxa"/>
            </w:tcMar>
          </w:tcPr>
          <w:p w14:paraId="5528B022" w14:textId="77777777" w:rsidR="002566DD" w:rsidRDefault="00623220" w:rsidP="004138E1">
            <w:pPr>
              <w:shd w:val="clear" w:color="auto" w:fill="FFFFFF" w:themeFill="background1"/>
            </w:pPr>
            <w:r>
              <w:rPr>
                <w:color w:val="000000"/>
              </w:rPr>
              <w:t>- HS đọc 4 dòng thơ đã chọn, đọc rõ ràng, đúng nhịp.</w:t>
            </w:r>
          </w:p>
        </w:tc>
      </w:tr>
      <w:tr w:rsidR="002566DD" w14:paraId="19D14D53"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5072EE77" w14:textId="77777777" w:rsidR="002566DD" w:rsidRDefault="00623220" w:rsidP="004138E1">
            <w:pPr>
              <w:shd w:val="clear" w:color="auto" w:fill="FFFFFF" w:themeFill="background1"/>
            </w:pPr>
            <w:r>
              <w:rPr>
                <w:color w:val="000000"/>
              </w:rPr>
              <w:t>- GV giới thiệu: Tiết này các em luyện viết chữ hoa U, Ư và câu ứng dụng về rừng U Minh.</w:t>
            </w:r>
          </w:p>
        </w:tc>
        <w:tc>
          <w:tcPr>
            <w:tcW w:w="5112" w:type="dxa"/>
            <w:tcBorders>
              <w:bottom w:val="single" w:sz="4" w:space="0" w:color="auto"/>
            </w:tcBorders>
            <w:tcMar>
              <w:top w:w="80" w:type="dxa"/>
              <w:left w:w="80" w:type="dxa"/>
              <w:bottom w:w="80" w:type="dxa"/>
              <w:right w:w="80" w:type="dxa"/>
            </w:tcMar>
          </w:tcPr>
          <w:p w14:paraId="643329A3" w14:textId="77777777" w:rsidR="002566DD" w:rsidRDefault="00623220" w:rsidP="004138E1">
            <w:pPr>
              <w:shd w:val="clear" w:color="auto" w:fill="FFFFFF" w:themeFill="background1"/>
            </w:pPr>
            <w:r>
              <w:rPr>
                <w:color w:val="000000"/>
              </w:rPr>
              <w:t>- HS lắng nghe, mở vở Tập viết.</w:t>
            </w:r>
          </w:p>
        </w:tc>
      </w:tr>
      <w:tr w:rsidR="002566DD" w14:paraId="6F282151"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D902D57" w14:textId="77777777" w:rsidR="002566DD" w:rsidRDefault="00623220" w:rsidP="004138E1">
            <w:pPr>
              <w:shd w:val="clear" w:color="auto" w:fill="FFFFFF" w:themeFill="background1"/>
            </w:pPr>
            <w:r>
              <w:rPr>
                <w:b/>
              </w:rPr>
              <w:t>2. KHÁM PHÁ</w:t>
            </w:r>
            <w:r>
              <w:br/>
            </w:r>
            <w:r>
              <w:rPr>
                <w:b/>
              </w:rPr>
              <w:t>HOẠT ĐỘNG 1: VIẾT CHỮ HOA U, Ư (15 phút)</w:t>
            </w:r>
            <w:r>
              <w:br/>
            </w:r>
            <w:r>
              <w:rPr>
                <w:b/>
              </w:rPr>
              <w:t>Mục tiêu: HS viết đúng quy trình chữ hoa U, Ư; biết nối chữ hoa với chữ thường trong câu ứng dụng.</w:t>
            </w:r>
          </w:p>
        </w:tc>
      </w:tr>
      <w:tr w:rsidR="002566DD" w14:paraId="2851DA10"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719321E6" w14:textId="77777777" w:rsidR="002566DD" w:rsidRDefault="00623220" w:rsidP="004138E1">
            <w:pPr>
              <w:shd w:val="clear" w:color="auto" w:fill="FFFFFF" w:themeFill="background1"/>
            </w:pPr>
            <w:r>
              <w:rPr>
                <w:color w:val="000000"/>
              </w:rPr>
              <w:t>- GV yêu cầu HS quan sát chữ mẫu U, Ư và nhận xét độ cao, độ rộng, các nét chính.</w:t>
            </w:r>
          </w:p>
          <w:p w14:paraId="34886FF6" w14:textId="6B7A2EC7"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713C107F" w14:textId="77777777" w:rsidR="002566DD" w:rsidRDefault="00623220" w:rsidP="004138E1">
            <w:pPr>
              <w:shd w:val="clear" w:color="auto" w:fill="FFFFFF" w:themeFill="background1"/>
            </w:pPr>
            <w:r>
              <w:rPr>
                <w:color w:val="000000"/>
              </w:rPr>
              <w:t>- HS trả lời: Chữ hoa U, Ư cao 5 ô li, gồm nét móc hai đầu và nét cong; chữ Ư có thêm dấu móc phía trên.</w:t>
            </w:r>
          </w:p>
        </w:tc>
      </w:tr>
      <w:tr w:rsidR="002566DD" w14:paraId="1CE775BF" w14:textId="77777777" w:rsidTr="004138E1">
        <w:trPr>
          <w:cantSplit/>
          <w:jc w:val="center"/>
        </w:trPr>
        <w:tc>
          <w:tcPr>
            <w:tcW w:w="5112" w:type="dxa"/>
            <w:tcMar>
              <w:top w:w="80" w:type="dxa"/>
              <w:left w:w="80" w:type="dxa"/>
              <w:bottom w:w="80" w:type="dxa"/>
              <w:right w:w="80" w:type="dxa"/>
            </w:tcMar>
          </w:tcPr>
          <w:p w14:paraId="67277073" w14:textId="77777777" w:rsidR="002566DD" w:rsidRDefault="00623220" w:rsidP="004138E1">
            <w:pPr>
              <w:shd w:val="clear" w:color="auto" w:fill="FFFFFF" w:themeFill="background1"/>
            </w:pPr>
            <w:r>
              <w:rPr>
                <w:color w:val="000000"/>
              </w:rPr>
              <w:t>- GV hướng dẫn quy trình viết chữ U: đặt bút trên đường kẻ 5, viết nét móc hai đầu, đưa bút lượn đều, dừng bút ở đường kẻ 2.</w:t>
            </w:r>
          </w:p>
        </w:tc>
        <w:tc>
          <w:tcPr>
            <w:tcW w:w="5112" w:type="dxa"/>
            <w:tcMar>
              <w:top w:w="80" w:type="dxa"/>
              <w:left w:w="80" w:type="dxa"/>
              <w:bottom w:w="80" w:type="dxa"/>
              <w:right w:w="80" w:type="dxa"/>
            </w:tcMar>
          </w:tcPr>
          <w:p w14:paraId="6F11E768" w14:textId="77777777" w:rsidR="002566DD" w:rsidRDefault="00623220" w:rsidP="004138E1">
            <w:pPr>
              <w:shd w:val="clear" w:color="auto" w:fill="FFFFFF" w:themeFill="background1"/>
            </w:pPr>
            <w:r>
              <w:rPr>
                <w:color w:val="000000"/>
              </w:rPr>
              <w:t>- HS quan sát GV viết mẫu, nhắc lại: đặt bút trên đường kẻ 5, đưa bút xuống và lượn nét, dừng bút ở đường kẻ 2.</w:t>
            </w:r>
          </w:p>
        </w:tc>
      </w:tr>
      <w:tr w:rsidR="002566DD" w14:paraId="62BB0BFF" w14:textId="77777777" w:rsidTr="004138E1">
        <w:trPr>
          <w:cantSplit/>
          <w:jc w:val="center"/>
        </w:trPr>
        <w:tc>
          <w:tcPr>
            <w:tcW w:w="5112" w:type="dxa"/>
            <w:tcMar>
              <w:top w:w="80" w:type="dxa"/>
              <w:left w:w="80" w:type="dxa"/>
              <w:bottom w:w="80" w:type="dxa"/>
              <w:right w:w="80" w:type="dxa"/>
            </w:tcMar>
          </w:tcPr>
          <w:p w14:paraId="769CE8B1" w14:textId="77777777" w:rsidR="002566DD" w:rsidRDefault="00623220" w:rsidP="004138E1">
            <w:pPr>
              <w:shd w:val="clear" w:color="auto" w:fill="FFFFFF" w:themeFill="background1"/>
            </w:pPr>
            <w:r>
              <w:rPr>
                <w:color w:val="000000"/>
              </w:rPr>
              <w:t>- GV hướng dẫn quy trình viết chữ Ư: viết như chữ U, sau đó thêm dấu móc nhỏ phía trên bên phải.</w:t>
            </w:r>
          </w:p>
        </w:tc>
        <w:tc>
          <w:tcPr>
            <w:tcW w:w="5112" w:type="dxa"/>
            <w:tcMar>
              <w:top w:w="80" w:type="dxa"/>
              <w:left w:w="80" w:type="dxa"/>
              <w:bottom w:w="80" w:type="dxa"/>
              <w:right w:w="80" w:type="dxa"/>
            </w:tcMar>
          </w:tcPr>
          <w:p w14:paraId="7C97B300" w14:textId="77777777" w:rsidR="002566DD" w:rsidRDefault="00623220" w:rsidP="004138E1">
            <w:pPr>
              <w:shd w:val="clear" w:color="auto" w:fill="FFFFFF" w:themeFill="background1"/>
            </w:pPr>
            <w:r>
              <w:rPr>
                <w:color w:val="000000"/>
              </w:rPr>
              <w:t>- HS quan sát và nêu: Chữ Ư khác chữ U ở dấu móc phía trên.</w:t>
            </w:r>
          </w:p>
        </w:tc>
      </w:tr>
      <w:tr w:rsidR="002566DD" w14:paraId="02AB767D" w14:textId="77777777" w:rsidTr="004138E1">
        <w:trPr>
          <w:cantSplit/>
          <w:jc w:val="center"/>
        </w:trPr>
        <w:tc>
          <w:tcPr>
            <w:tcW w:w="5112" w:type="dxa"/>
            <w:tcMar>
              <w:top w:w="80" w:type="dxa"/>
              <w:left w:w="80" w:type="dxa"/>
              <w:bottom w:w="80" w:type="dxa"/>
              <w:right w:w="80" w:type="dxa"/>
            </w:tcMar>
          </w:tcPr>
          <w:p w14:paraId="3CC81F5C" w14:textId="77777777" w:rsidR="002566DD" w:rsidRDefault="00623220" w:rsidP="004138E1">
            <w:pPr>
              <w:shd w:val="clear" w:color="auto" w:fill="FFFFFF" w:themeFill="background1"/>
            </w:pPr>
            <w:r>
              <w:rPr>
                <w:color w:val="000000"/>
              </w:rPr>
              <w:t>- GV yêu cầu HS viết chữ U, Ư vào bảng con.</w:t>
            </w:r>
          </w:p>
        </w:tc>
        <w:tc>
          <w:tcPr>
            <w:tcW w:w="5112" w:type="dxa"/>
            <w:tcMar>
              <w:top w:w="80" w:type="dxa"/>
              <w:left w:w="80" w:type="dxa"/>
              <w:bottom w:w="80" w:type="dxa"/>
              <w:right w:w="80" w:type="dxa"/>
            </w:tcMar>
          </w:tcPr>
          <w:p w14:paraId="6467F193" w14:textId="77777777" w:rsidR="002566DD" w:rsidRDefault="00623220" w:rsidP="004138E1">
            <w:pPr>
              <w:shd w:val="clear" w:color="auto" w:fill="FFFFFF" w:themeFill="background1"/>
            </w:pPr>
            <w:r>
              <w:rPr>
                <w:color w:val="000000"/>
              </w:rPr>
              <w:t>- HS viết bảng con chữ U, Ư; giơ bảng để GV nhận xét.</w:t>
            </w:r>
          </w:p>
        </w:tc>
      </w:tr>
      <w:tr w:rsidR="002566DD" w14:paraId="018B601D"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6ED43F9" w14:textId="77777777" w:rsidR="002566DD" w:rsidRDefault="00623220" w:rsidP="004138E1">
            <w:pPr>
              <w:shd w:val="clear" w:color="auto" w:fill="FFFFFF" w:themeFill="background1"/>
            </w:pPr>
            <w:r>
              <w:rPr>
                <w:color w:val="000000"/>
              </w:rPr>
              <w:t>- GV nhận xét, sửa lỗi: nét quá hẹp, dấu móc của chữ Ư đặt chưa đúng vị trí.</w:t>
            </w:r>
          </w:p>
        </w:tc>
        <w:tc>
          <w:tcPr>
            <w:tcW w:w="5112" w:type="dxa"/>
            <w:tcBorders>
              <w:bottom w:val="single" w:sz="4" w:space="0" w:color="auto"/>
            </w:tcBorders>
            <w:tcMar>
              <w:top w:w="80" w:type="dxa"/>
              <w:left w:w="80" w:type="dxa"/>
              <w:bottom w:w="80" w:type="dxa"/>
              <w:right w:w="80" w:type="dxa"/>
            </w:tcMar>
          </w:tcPr>
          <w:p w14:paraId="57556187" w14:textId="77777777" w:rsidR="002566DD" w:rsidRDefault="00623220" w:rsidP="004138E1">
            <w:pPr>
              <w:shd w:val="clear" w:color="auto" w:fill="FFFFFF" w:themeFill="background1"/>
            </w:pPr>
            <w:r>
              <w:rPr>
                <w:color w:val="000000"/>
              </w:rPr>
              <w:t>- HS sửa lại chữ trên bảng con, chú ý viết nét đều và đặt dấu móc đúng.</w:t>
            </w:r>
          </w:p>
        </w:tc>
      </w:tr>
      <w:tr w:rsidR="002566DD" w14:paraId="33C2675C"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5AF2E830" w14:textId="77777777" w:rsidR="002566DD" w:rsidRDefault="00623220" w:rsidP="004138E1">
            <w:pPr>
              <w:shd w:val="clear" w:color="auto" w:fill="FFFFFF" w:themeFill="background1"/>
            </w:pPr>
            <w:r>
              <w:rPr>
                <w:b/>
              </w:rPr>
              <w:t>HOẠT ĐỘNG 2: VIẾT CÂU ỨNG DỤNG (14 phút)</w:t>
            </w:r>
            <w:r>
              <w:br/>
            </w:r>
            <w:r>
              <w:rPr>
                <w:b/>
              </w:rPr>
              <w:t>Mục tiêu: HS viết đúng câu ứng dụng, đúng khoảng cách, đúng dấu thanh và dấu câu.</w:t>
            </w:r>
          </w:p>
        </w:tc>
      </w:tr>
      <w:tr w:rsidR="002566DD" w14:paraId="7D869399"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44040545" w14:textId="77777777" w:rsidR="002566DD" w:rsidRDefault="00623220" w:rsidP="004138E1">
            <w:pPr>
              <w:shd w:val="clear" w:color="auto" w:fill="FFFFFF" w:themeFill="background1"/>
            </w:pPr>
            <w:r>
              <w:rPr>
                <w:color w:val="000000"/>
              </w:rPr>
              <w:t>- GV yêu cầu HS đọc câu ứng dụng: Rừng U Minh có nhiều loài chim quý.</w:t>
            </w:r>
          </w:p>
        </w:tc>
        <w:tc>
          <w:tcPr>
            <w:tcW w:w="5112" w:type="dxa"/>
            <w:tcBorders>
              <w:top w:val="single" w:sz="4" w:space="0" w:color="auto"/>
            </w:tcBorders>
            <w:tcMar>
              <w:top w:w="80" w:type="dxa"/>
              <w:left w:w="80" w:type="dxa"/>
              <w:bottom w:w="80" w:type="dxa"/>
              <w:right w:w="80" w:type="dxa"/>
            </w:tcMar>
          </w:tcPr>
          <w:p w14:paraId="694B0187" w14:textId="77777777" w:rsidR="002566DD" w:rsidRDefault="00623220" w:rsidP="004138E1">
            <w:pPr>
              <w:shd w:val="clear" w:color="auto" w:fill="FFFFFF" w:themeFill="background1"/>
            </w:pPr>
            <w:r>
              <w:rPr>
                <w:color w:val="000000"/>
              </w:rPr>
              <w:t>- HS đọc: Rừng U Minh có nhiều loài chim quý.</w:t>
            </w:r>
          </w:p>
        </w:tc>
      </w:tr>
      <w:tr w:rsidR="002566DD" w14:paraId="14310043" w14:textId="77777777" w:rsidTr="004138E1">
        <w:trPr>
          <w:cantSplit/>
          <w:jc w:val="center"/>
        </w:trPr>
        <w:tc>
          <w:tcPr>
            <w:tcW w:w="5112" w:type="dxa"/>
            <w:tcMar>
              <w:top w:w="80" w:type="dxa"/>
              <w:left w:w="80" w:type="dxa"/>
              <w:bottom w:w="80" w:type="dxa"/>
              <w:right w:w="80" w:type="dxa"/>
            </w:tcMar>
          </w:tcPr>
          <w:p w14:paraId="2ED94294" w14:textId="77777777" w:rsidR="002566DD" w:rsidRDefault="00623220" w:rsidP="004138E1">
            <w:pPr>
              <w:shd w:val="clear" w:color="auto" w:fill="FFFFFF" w:themeFill="background1"/>
            </w:pPr>
            <w:r>
              <w:rPr>
                <w:color w:val="000000"/>
              </w:rPr>
              <w:t>- GV hỏi: Câu ứng dụng có mấy chữ? Những chữ nào viết hoa? Vì sao?</w:t>
            </w:r>
          </w:p>
        </w:tc>
        <w:tc>
          <w:tcPr>
            <w:tcW w:w="5112" w:type="dxa"/>
            <w:tcMar>
              <w:top w:w="80" w:type="dxa"/>
              <w:left w:w="80" w:type="dxa"/>
              <w:bottom w:w="80" w:type="dxa"/>
              <w:right w:w="80" w:type="dxa"/>
            </w:tcMar>
          </w:tcPr>
          <w:p w14:paraId="5FDBF41E" w14:textId="77777777" w:rsidR="002566DD" w:rsidRDefault="00623220" w:rsidP="004138E1">
            <w:pPr>
              <w:shd w:val="clear" w:color="auto" w:fill="FFFFFF" w:themeFill="background1"/>
            </w:pPr>
            <w:r>
              <w:rPr>
                <w:color w:val="000000"/>
              </w:rPr>
              <w:t>- HS trả lời: Câu có 8 chữ. Chữ R viết hoa vì đứng đầu câu; U Minh viết hoa vì là tên riêng.</w:t>
            </w:r>
          </w:p>
        </w:tc>
      </w:tr>
      <w:tr w:rsidR="002566DD" w14:paraId="475F8CD2" w14:textId="77777777" w:rsidTr="004138E1">
        <w:trPr>
          <w:cantSplit/>
          <w:jc w:val="center"/>
        </w:trPr>
        <w:tc>
          <w:tcPr>
            <w:tcW w:w="5112" w:type="dxa"/>
            <w:tcMar>
              <w:top w:w="80" w:type="dxa"/>
              <w:left w:w="80" w:type="dxa"/>
              <w:bottom w:w="80" w:type="dxa"/>
              <w:right w:w="80" w:type="dxa"/>
            </w:tcMar>
          </w:tcPr>
          <w:p w14:paraId="36E3CA41" w14:textId="77777777" w:rsidR="002566DD" w:rsidRDefault="00623220" w:rsidP="004138E1">
            <w:pPr>
              <w:shd w:val="clear" w:color="auto" w:fill="FFFFFF" w:themeFill="background1"/>
            </w:pPr>
            <w:r>
              <w:rPr>
                <w:color w:val="000000"/>
              </w:rPr>
              <w:t>- GV hướng dẫn cách nối chữ, khoảng cách giữa các chữ, vị trí dấu thanh trong các tiếng: Rừng, nhiều, loài, quý.</w:t>
            </w:r>
          </w:p>
        </w:tc>
        <w:tc>
          <w:tcPr>
            <w:tcW w:w="5112" w:type="dxa"/>
            <w:tcMar>
              <w:top w:w="80" w:type="dxa"/>
              <w:left w:w="80" w:type="dxa"/>
              <w:bottom w:w="80" w:type="dxa"/>
              <w:right w:w="80" w:type="dxa"/>
            </w:tcMar>
          </w:tcPr>
          <w:p w14:paraId="5BD2F721" w14:textId="77777777" w:rsidR="002566DD" w:rsidRDefault="00623220" w:rsidP="004138E1">
            <w:pPr>
              <w:shd w:val="clear" w:color="auto" w:fill="FFFFFF" w:themeFill="background1"/>
            </w:pPr>
            <w:r>
              <w:rPr>
                <w:color w:val="000000"/>
              </w:rPr>
              <w:t>- HS lắng nghe; nêu: giữa các chữ cách khoảng một con chữ o; dấu huyền, dấu sắc đặt trên âm chính.</w:t>
            </w:r>
          </w:p>
        </w:tc>
      </w:tr>
      <w:tr w:rsidR="002566DD" w14:paraId="74F58DF6" w14:textId="77777777" w:rsidTr="004138E1">
        <w:trPr>
          <w:cantSplit/>
          <w:jc w:val="center"/>
        </w:trPr>
        <w:tc>
          <w:tcPr>
            <w:tcW w:w="5112" w:type="dxa"/>
            <w:tcMar>
              <w:top w:w="80" w:type="dxa"/>
              <w:left w:w="80" w:type="dxa"/>
              <w:bottom w:w="80" w:type="dxa"/>
              <w:right w:w="80" w:type="dxa"/>
            </w:tcMar>
          </w:tcPr>
          <w:p w14:paraId="37AA3A58" w14:textId="77777777" w:rsidR="002566DD" w:rsidRDefault="00623220" w:rsidP="004138E1">
            <w:pPr>
              <w:shd w:val="clear" w:color="auto" w:fill="FFFFFF" w:themeFill="background1"/>
            </w:pPr>
            <w:r>
              <w:rPr>
                <w:color w:val="000000"/>
              </w:rPr>
              <w:t>- GV yêu cầu HS viết câu ứng dụng vào vở Tập viết.</w:t>
            </w:r>
          </w:p>
        </w:tc>
        <w:tc>
          <w:tcPr>
            <w:tcW w:w="5112" w:type="dxa"/>
            <w:tcMar>
              <w:top w:w="80" w:type="dxa"/>
              <w:left w:w="80" w:type="dxa"/>
              <w:bottom w:w="80" w:type="dxa"/>
              <w:right w:w="80" w:type="dxa"/>
            </w:tcMar>
          </w:tcPr>
          <w:p w14:paraId="188D0495" w14:textId="77777777" w:rsidR="002566DD" w:rsidRDefault="00623220" w:rsidP="004138E1">
            <w:pPr>
              <w:shd w:val="clear" w:color="auto" w:fill="FFFFFF" w:themeFill="background1"/>
            </w:pPr>
            <w:r>
              <w:rPr>
                <w:color w:val="000000"/>
              </w:rPr>
              <w:t>- HS viết vào vở: Rừng U Minh có nhiều loài chim quý.</w:t>
            </w:r>
          </w:p>
        </w:tc>
      </w:tr>
      <w:tr w:rsidR="002566DD" w14:paraId="34565F2D"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B53FB4D" w14:textId="77777777" w:rsidR="002566DD" w:rsidRDefault="00623220" w:rsidP="004138E1">
            <w:pPr>
              <w:shd w:val="clear" w:color="auto" w:fill="FFFFFF" w:themeFill="background1"/>
            </w:pPr>
            <w:r>
              <w:rPr>
                <w:color w:val="000000"/>
              </w:rPr>
              <w:lastRenderedPageBreak/>
              <w:t>- GV quan sát, hỗ trợ HS viết chậm; nhắc HS ngồi thẳng, cầm bút đúng, trình bày sạch đẹp.</w:t>
            </w:r>
          </w:p>
        </w:tc>
        <w:tc>
          <w:tcPr>
            <w:tcW w:w="5112" w:type="dxa"/>
            <w:tcBorders>
              <w:bottom w:val="single" w:sz="4" w:space="0" w:color="auto"/>
            </w:tcBorders>
            <w:tcMar>
              <w:top w:w="80" w:type="dxa"/>
              <w:left w:w="80" w:type="dxa"/>
              <w:bottom w:w="80" w:type="dxa"/>
              <w:right w:w="80" w:type="dxa"/>
            </w:tcMar>
          </w:tcPr>
          <w:p w14:paraId="2FDC5FDD" w14:textId="77777777" w:rsidR="002566DD" w:rsidRDefault="00623220" w:rsidP="004138E1">
            <w:pPr>
              <w:shd w:val="clear" w:color="auto" w:fill="FFFFFF" w:themeFill="background1"/>
            </w:pPr>
            <w:r>
              <w:rPr>
                <w:color w:val="000000"/>
              </w:rPr>
              <w:t>- HS chỉnh tư thế ngồi, đặt vở nghiêng vừa phải, viết cẩn thận.</w:t>
            </w:r>
          </w:p>
        </w:tc>
      </w:tr>
      <w:tr w:rsidR="002566DD" w14:paraId="16E98FC9"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708E1C88" w14:textId="77777777" w:rsidR="002566DD" w:rsidRDefault="00623220" w:rsidP="004138E1">
            <w:pPr>
              <w:shd w:val="clear" w:color="auto" w:fill="FFFFFF" w:themeFill="background1"/>
            </w:pPr>
            <w:r>
              <w:rPr>
                <w:b/>
              </w:rPr>
              <w:t>3. VẬN DỤNG (3 phút)</w:t>
            </w:r>
            <w:r>
              <w:br/>
            </w:r>
            <w:r>
              <w:rPr>
                <w:b/>
              </w:rPr>
              <w:t>Mục tiêu: HS tự nhận xét chữ viết và chuẩn bị cho tiết kể chuyện.</w:t>
            </w:r>
          </w:p>
        </w:tc>
      </w:tr>
      <w:tr w:rsidR="002566DD" w14:paraId="2697F587"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193DC799" w14:textId="77777777" w:rsidR="002566DD" w:rsidRDefault="00623220" w:rsidP="004138E1">
            <w:pPr>
              <w:shd w:val="clear" w:color="auto" w:fill="FFFFFF" w:themeFill="background1"/>
            </w:pPr>
            <w:r>
              <w:rPr>
                <w:color w:val="000000"/>
              </w:rPr>
              <w:t>- GV chọn một số vở, nhận xét chữ viết đúng, đẹp và lỗi cần sửa.</w:t>
            </w:r>
          </w:p>
        </w:tc>
        <w:tc>
          <w:tcPr>
            <w:tcW w:w="5112" w:type="dxa"/>
            <w:tcBorders>
              <w:top w:val="single" w:sz="4" w:space="0" w:color="auto"/>
            </w:tcBorders>
            <w:tcMar>
              <w:top w:w="80" w:type="dxa"/>
              <w:left w:w="80" w:type="dxa"/>
              <w:bottom w:w="80" w:type="dxa"/>
              <w:right w:w="80" w:type="dxa"/>
            </w:tcMar>
          </w:tcPr>
          <w:p w14:paraId="721EE72F" w14:textId="77777777" w:rsidR="002566DD" w:rsidRDefault="00623220" w:rsidP="004138E1">
            <w:pPr>
              <w:shd w:val="clear" w:color="auto" w:fill="FFFFFF" w:themeFill="background1"/>
            </w:pPr>
            <w:r>
              <w:rPr>
                <w:color w:val="000000"/>
              </w:rPr>
              <w:t>- HS quan sát bài bạn, tự đối chiếu với bài của mình.</w:t>
            </w:r>
          </w:p>
        </w:tc>
      </w:tr>
      <w:tr w:rsidR="002566DD" w14:paraId="6D5CCAD9"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EB314D6" w14:textId="77777777" w:rsidR="002566DD" w:rsidRDefault="00623220" w:rsidP="004138E1">
            <w:pPr>
              <w:shd w:val="clear" w:color="auto" w:fill="FFFFFF" w:themeFill="background1"/>
            </w:pPr>
            <w:r>
              <w:rPr>
                <w:color w:val="000000"/>
              </w:rPr>
              <w:t>- GV dặn HS chuẩn bị tiết Nói và nghe: quan sát 4 tranh Cảm ơn họa mi.</w:t>
            </w:r>
          </w:p>
        </w:tc>
        <w:tc>
          <w:tcPr>
            <w:tcW w:w="5112" w:type="dxa"/>
            <w:tcBorders>
              <w:bottom w:val="single" w:sz="4" w:space="0" w:color="auto"/>
            </w:tcBorders>
            <w:tcMar>
              <w:top w:w="80" w:type="dxa"/>
              <w:left w:w="80" w:type="dxa"/>
              <w:bottom w:w="80" w:type="dxa"/>
              <w:right w:w="80" w:type="dxa"/>
            </w:tcMar>
          </w:tcPr>
          <w:p w14:paraId="27331296" w14:textId="77777777" w:rsidR="002566DD" w:rsidRDefault="00623220" w:rsidP="004138E1">
            <w:pPr>
              <w:shd w:val="clear" w:color="auto" w:fill="FFFFFF" w:themeFill="background1"/>
            </w:pPr>
            <w:r>
              <w:rPr>
                <w:color w:val="000000"/>
              </w:rPr>
              <w:t>- HS ghi nhớ, quan sát trước tranh trong SGK.</w:t>
            </w:r>
          </w:p>
        </w:tc>
      </w:tr>
      <w:tr w:rsidR="002566DD" w14:paraId="4ECB5330" w14:textId="77777777" w:rsidTr="004138E1">
        <w:trPr>
          <w:cantSplit/>
          <w:jc w:val="center"/>
        </w:trPr>
        <w:tc>
          <w:tcPr>
            <w:tcW w:w="10324" w:type="dxa"/>
            <w:gridSpan w:val="2"/>
            <w:tcBorders>
              <w:top w:val="single" w:sz="4" w:space="0" w:color="auto"/>
              <w:bottom w:val="nil"/>
            </w:tcBorders>
            <w:shd w:val="clear" w:color="auto" w:fill="E2F0D9"/>
            <w:tcMar>
              <w:top w:w="80" w:type="dxa"/>
              <w:left w:w="80" w:type="dxa"/>
              <w:bottom w:w="80" w:type="dxa"/>
              <w:right w:w="80" w:type="dxa"/>
            </w:tcMar>
          </w:tcPr>
          <w:p w14:paraId="1BDED62E" w14:textId="77777777" w:rsidR="002566DD" w:rsidRDefault="00623220" w:rsidP="004138E1">
            <w:pPr>
              <w:shd w:val="clear" w:color="auto" w:fill="FFFFFF" w:themeFill="background1"/>
            </w:pPr>
            <w:r>
              <w:rPr>
                <w:b/>
              </w:rPr>
              <w:t>TIẾT 4</w:t>
            </w:r>
          </w:p>
        </w:tc>
      </w:tr>
      <w:tr w:rsidR="002566DD" w14:paraId="54EC1CEF" w14:textId="77777777" w:rsidTr="004138E1">
        <w:trPr>
          <w:cantSplit/>
          <w:jc w:val="center"/>
        </w:trPr>
        <w:tc>
          <w:tcPr>
            <w:tcW w:w="10324" w:type="dxa"/>
            <w:gridSpan w:val="2"/>
            <w:tcBorders>
              <w:top w:val="nil"/>
              <w:bottom w:val="single" w:sz="4" w:space="0" w:color="auto"/>
            </w:tcBorders>
            <w:shd w:val="clear" w:color="auto" w:fill="E2F0D9"/>
            <w:tcMar>
              <w:top w:w="80" w:type="dxa"/>
              <w:left w:w="80" w:type="dxa"/>
              <w:bottom w:w="80" w:type="dxa"/>
              <w:right w:w="80" w:type="dxa"/>
            </w:tcMar>
          </w:tcPr>
          <w:p w14:paraId="69434648" w14:textId="77777777" w:rsidR="002566DD" w:rsidRDefault="00623220" w:rsidP="004138E1">
            <w:pPr>
              <w:shd w:val="clear" w:color="auto" w:fill="FFFFFF" w:themeFill="background1"/>
            </w:pPr>
            <w:r>
              <w:rPr>
                <w:b/>
              </w:rPr>
              <w:t>1. KHỞI ĐỘNG (3 phút)</w:t>
            </w:r>
            <w:r>
              <w:br/>
            </w:r>
            <w:r>
              <w:rPr>
                <w:b/>
              </w:rPr>
              <w:t>Mục tiêu: HS nhớ lại yêu cầu kể chuyện theo tranh.</w:t>
            </w:r>
          </w:p>
        </w:tc>
      </w:tr>
      <w:tr w:rsidR="002566DD" w14:paraId="5F677841"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011EE26E" w14:textId="77777777" w:rsidR="002566DD" w:rsidRDefault="00623220" w:rsidP="004138E1">
            <w:pPr>
              <w:shd w:val="clear" w:color="auto" w:fill="FFFFFF" w:themeFill="background1"/>
            </w:pPr>
            <w:r>
              <w:rPr>
                <w:color w:val="000000"/>
              </w:rPr>
              <w:t>- GV cho HS quan sát 4 tranh câu chuyện Cảm ơn họa mi và hỏi: Em thấy những nhân vật nào trong tranh?</w:t>
            </w:r>
          </w:p>
          <w:p w14:paraId="18E15521" w14:textId="4961771D" w:rsidR="002566DD" w:rsidRDefault="002566DD" w:rsidP="004138E1">
            <w:pPr>
              <w:shd w:val="clear" w:color="auto" w:fill="FFFFFF" w:themeFill="background1"/>
            </w:pPr>
          </w:p>
        </w:tc>
        <w:tc>
          <w:tcPr>
            <w:tcW w:w="5112" w:type="dxa"/>
            <w:tcBorders>
              <w:top w:val="single" w:sz="4" w:space="0" w:color="auto"/>
              <w:bottom w:val="single" w:sz="4" w:space="0" w:color="auto"/>
            </w:tcBorders>
            <w:tcMar>
              <w:top w:w="80" w:type="dxa"/>
              <w:left w:w="80" w:type="dxa"/>
              <w:bottom w:w="80" w:type="dxa"/>
              <w:right w:w="80" w:type="dxa"/>
            </w:tcMar>
          </w:tcPr>
          <w:p w14:paraId="178B8B30" w14:textId="77777777" w:rsidR="002566DD" w:rsidRDefault="00623220" w:rsidP="004138E1">
            <w:pPr>
              <w:shd w:val="clear" w:color="auto" w:fill="FFFFFF" w:themeFill="background1"/>
            </w:pPr>
            <w:r>
              <w:rPr>
                <w:color w:val="000000"/>
              </w:rPr>
              <w:t>- HS trả lời: Có nhà vua, chim họa mi, người hầu, bác đầu bếp và những người trong cung.</w:t>
            </w:r>
          </w:p>
        </w:tc>
      </w:tr>
      <w:tr w:rsidR="002566DD" w14:paraId="24090EE1"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1F7D4692" w14:textId="77777777" w:rsidR="002566DD" w:rsidRDefault="00623220" w:rsidP="004138E1">
            <w:pPr>
              <w:shd w:val="clear" w:color="auto" w:fill="FFFFFF" w:themeFill="background1"/>
            </w:pPr>
            <w:r>
              <w:rPr>
                <w:b/>
              </w:rPr>
              <w:t>2. KHÁM PHÁ</w:t>
            </w:r>
            <w:r>
              <w:br/>
            </w:r>
            <w:r>
              <w:rPr>
                <w:b/>
              </w:rPr>
              <w:t>HOẠT ĐỘNG 1: NGHE KỂ CHUYỆN (10 phút)</w:t>
            </w:r>
            <w:r>
              <w:br/>
            </w:r>
            <w:r>
              <w:rPr>
                <w:b/>
              </w:rPr>
              <w:t>Mục tiêu: HS nghe hiểu nội dung câu chuyện, nắm được trình tự các sự việc theo tranh.</w:t>
            </w:r>
          </w:p>
        </w:tc>
      </w:tr>
      <w:tr w:rsidR="002566DD" w14:paraId="774D19A2"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0A8C9E4A" w14:textId="77777777" w:rsidR="002566DD" w:rsidRDefault="00623220" w:rsidP="004138E1">
            <w:pPr>
              <w:shd w:val="clear" w:color="auto" w:fill="FFFFFF" w:themeFill="background1"/>
            </w:pPr>
            <w:r>
              <w:rPr>
                <w:color w:val="000000"/>
              </w:rPr>
              <w:t>- GV kể lần 1 toàn bộ câu chuyện với giọng chậm rãi, rõ lời nhân vật.</w:t>
            </w:r>
          </w:p>
        </w:tc>
        <w:tc>
          <w:tcPr>
            <w:tcW w:w="5112" w:type="dxa"/>
            <w:tcBorders>
              <w:top w:val="single" w:sz="4" w:space="0" w:color="auto"/>
            </w:tcBorders>
            <w:tcMar>
              <w:top w:w="80" w:type="dxa"/>
              <w:left w:w="80" w:type="dxa"/>
              <w:bottom w:w="80" w:type="dxa"/>
              <w:right w:w="80" w:type="dxa"/>
            </w:tcMar>
          </w:tcPr>
          <w:p w14:paraId="4FA13A79" w14:textId="77777777" w:rsidR="002566DD" w:rsidRDefault="00623220" w:rsidP="004138E1">
            <w:pPr>
              <w:shd w:val="clear" w:color="auto" w:fill="FFFFFF" w:themeFill="background1"/>
            </w:pPr>
            <w:r>
              <w:rPr>
                <w:color w:val="000000"/>
              </w:rPr>
              <w:t>- HS lắng nghe, quan sát tranh và ghi nhớ sự việc chính.</w:t>
            </w:r>
          </w:p>
        </w:tc>
      </w:tr>
      <w:tr w:rsidR="002566DD" w14:paraId="55B3609F" w14:textId="77777777" w:rsidTr="004138E1">
        <w:trPr>
          <w:cantSplit/>
          <w:jc w:val="center"/>
        </w:trPr>
        <w:tc>
          <w:tcPr>
            <w:tcW w:w="5112" w:type="dxa"/>
            <w:tcMar>
              <w:top w:w="80" w:type="dxa"/>
              <w:left w:w="80" w:type="dxa"/>
              <w:bottom w:w="80" w:type="dxa"/>
              <w:right w:w="80" w:type="dxa"/>
            </w:tcMar>
          </w:tcPr>
          <w:p w14:paraId="63DD4859" w14:textId="77777777" w:rsidR="002566DD" w:rsidRDefault="00623220" w:rsidP="004138E1">
            <w:pPr>
              <w:shd w:val="clear" w:color="auto" w:fill="FFFFFF" w:themeFill="background1"/>
            </w:pPr>
            <w:r>
              <w:rPr>
                <w:color w:val="000000"/>
              </w:rPr>
              <w:t>- GV kể lần 2, dừng ở từng tranh và đặt câu hỏi: Tranh 1 cho thấy điều gì khiến nhà vua tự hào?</w:t>
            </w:r>
          </w:p>
        </w:tc>
        <w:tc>
          <w:tcPr>
            <w:tcW w:w="5112" w:type="dxa"/>
            <w:tcMar>
              <w:top w:w="80" w:type="dxa"/>
              <w:left w:w="80" w:type="dxa"/>
              <w:bottom w:w="80" w:type="dxa"/>
              <w:right w:w="80" w:type="dxa"/>
            </w:tcMar>
          </w:tcPr>
          <w:p w14:paraId="3B2D58C5" w14:textId="77777777" w:rsidR="002566DD" w:rsidRDefault="00623220" w:rsidP="004138E1">
            <w:pPr>
              <w:shd w:val="clear" w:color="auto" w:fill="FFFFFF" w:themeFill="background1"/>
            </w:pPr>
            <w:r>
              <w:rPr>
                <w:color w:val="000000"/>
              </w:rPr>
              <w:t>- HS trả lời: Nhà vua tự hào vì trong vương quốc của mình có chim họa mi hót rất hay.</w:t>
            </w:r>
          </w:p>
        </w:tc>
      </w:tr>
      <w:tr w:rsidR="002566DD" w14:paraId="1F59B993" w14:textId="77777777" w:rsidTr="004138E1">
        <w:trPr>
          <w:cantSplit/>
          <w:jc w:val="center"/>
        </w:trPr>
        <w:tc>
          <w:tcPr>
            <w:tcW w:w="5112" w:type="dxa"/>
            <w:tcMar>
              <w:top w:w="80" w:type="dxa"/>
              <w:left w:w="80" w:type="dxa"/>
              <w:bottom w:w="80" w:type="dxa"/>
              <w:right w:w="80" w:type="dxa"/>
            </w:tcMar>
          </w:tcPr>
          <w:p w14:paraId="5D8E928B" w14:textId="77777777" w:rsidR="002566DD" w:rsidRDefault="00623220" w:rsidP="004138E1">
            <w:pPr>
              <w:shd w:val="clear" w:color="auto" w:fill="FFFFFF" w:themeFill="background1"/>
            </w:pPr>
            <w:r>
              <w:rPr>
                <w:color w:val="000000"/>
              </w:rPr>
              <w:t>- GV hỏi: Tranh 2, nhà vua được tặng gì? Vì sao họa mi trở về rừng xanh?</w:t>
            </w:r>
          </w:p>
        </w:tc>
        <w:tc>
          <w:tcPr>
            <w:tcW w:w="5112" w:type="dxa"/>
            <w:tcMar>
              <w:top w:w="80" w:type="dxa"/>
              <w:left w:w="80" w:type="dxa"/>
              <w:bottom w:w="80" w:type="dxa"/>
              <w:right w:w="80" w:type="dxa"/>
            </w:tcMar>
          </w:tcPr>
          <w:p w14:paraId="4198D615" w14:textId="77777777" w:rsidR="002566DD" w:rsidRDefault="00623220" w:rsidP="004138E1">
            <w:pPr>
              <w:shd w:val="clear" w:color="auto" w:fill="FFFFFF" w:themeFill="background1"/>
            </w:pPr>
            <w:r>
              <w:rPr>
                <w:color w:val="000000"/>
              </w:rPr>
              <w:t>- HS trả lời: Nhà vua được tặng chim họa mi máy/đồ chơi. Họa mi thật trở về rừng vì không còn được yêu quý như trước.</w:t>
            </w:r>
          </w:p>
        </w:tc>
      </w:tr>
      <w:tr w:rsidR="002566DD" w14:paraId="2D5B6467" w14:textId="77777777" w:rsidTr="004138E1">
        <w:trPr>
          <w:cantSplit/>
          <w:jc w:val="center"/>
        </w:trPr>
        <w:tc>
          <w:tcPr>
            <w:tcW w:w="5112" w:type="dxa"/>
            <w:tcMar>
              <w:top w:w="80" w:type="dxa"/>
              <w:left w:w="80" w:type="dxa"/>
              <w:bottom w:w="80" w:type="dxa"/>
              <w:right w:w="80" w:type="dxa"/>
            </w:tcMar>
          </w:tcPr>
          <w:p w14:paraId="5030FCFD" w14:textId="77777777" w:rsidR="002566DD" w:rsidRDefault="00623220" w:rsidP="004138E1">
            <w:pPr>
              <w:shd w:val="clear" w:color="auto" w:fill="FFFFFF" w:themeFill="background1"/>
            </w:pPr>
            <w:r>
              <w:rPr>
                <w:color w:val="000000"/>
              </w:rPr>
              <w:t>- GV hỏi: Tranh 3, chuyện gì xảy ra với món quà nhà vua được tặng?</w:t>
            </w:r>
          </w:p>
        </w:tc>
        <w:tc>
          <w:tcPr>
            <w:tcW w:w="5112" w:type="dxa"/>
            <w:tcMar>
              <w:top w:w="80" w:type="dxa"/>
              <w:left w:w="80" w:type="dxa"/>
              <w:bottom w:w="80" w:type="dxa"/>
              <w:right w:w="80" w:type="dxa"/>
            </w:tcMar>
          </w:tcPr>
          <w:p w14:paraId="026665C8" w14:textId="77777777" w:rsidR="002566DD" w:rsidRDefault="00623220" w:rsidP="004138E1">
            <w:pPr>
              <w:shd w:val="clear" w:color="auto" w:fill="FFFFFF" w:themeFill="background1"/>
            </w:pPr>
            <w:r>
              <w:rPr>
                <w:color w:val="000000"/>
              </w:rPr>
              <w:t>- HS trả lời: Món quà bị hỏng, không còn hát được nữa.</w:t>
            </w:r>
          </w:p>
        </w:tc>
      </w:tr>
      <w:tr w:rsidR="002566DD" w14:paraId="381B793B"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627867C" w14:textId="77777777" w:rsidR="002566DD" w:rsidRDefault="00623220" w:rsidP="004138E1">
            <w:pPr>
              <w:shd w:val="clear" w:color="auto" w:fill="FFFFFF" w:themeFill="background1"/>
            </w:pPr>
            <w:r>
              <w:rPr>
                <w:color w:val="000000"/>
              </w:rPr>
              <w:t>- GV hỏi: Tranh 4, vì sao họa mi quay trở về hoàng cung cất tiếng hót đầy xúc cảm?</w:t>
            </w:r>
          </w:p>
        </w:tc>
        <w:tc>
          <w:tcPr>
            <w:tcW w:w="5112" w:type="dxa"/>
            <w:tcBorders>
              <w:bottom w:val="single" w:sz="4" w:space="0" w:color="auto"/>
            </w:tcBorders>
            <w:tcMar>
              <w:top w:w="80" w:type="dxa"/>
              <w:left w:w="80" w:type="dxa"/>
              <w:bottom w:w="80" w:type="dxa"/>
              <w:right w:w="80" w:type="dxa"/>
            </w:tcMar>
          </w:tcPr>
          <w:p w14:paraId="555EFCF7" w14:textId="77777777" w:rsidR="002566DD" w:rsidRDefault="00623220" w:rsidP="004138E1">
            <w:pPr>
              <w:shd w:val="clear" w:color="auto" w:fill="FFFFFF" w:themeFill="background1"/>
            </w:pPr>
            <w:r>
              <w:rPr>
                <w:color w:val="000000"/>
              </w:rPr>
              <w:t>- HS trả lời: Vì họa mi thương nhà vua đang buồn/ốm, muốn giúp nhà vua vui và khỏe lại.</w:t>
            </w:r>
          </w:p>
        </w:tc>
      </w:tr>
      <w:tr w:rsidR="002566DD" w14:paraId="45B5ADA8"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11069CAF" w14:textId="77777777" w:rsidR="002566DD" w:rsidRDefault="00623220" w:rsidP="004138E1">
            <w:pPr>
              <w:shd w:val="clear" w:color="auto" w:fill="FFFFFF" w:themeFill="background1"/>
            </w:pPr>
            <w:r>
              <w:rPr>
                <w:b/>
              </w:rPr>
              <w:t>HOẠT ĐỘNG 2: KỂ CHUYỆN THEO TRANH (15 phút)</w:t>
            </w:r>
            <w:r>
              <w:br/>
            </w:r>
            <w:r>
              <w:rPr>
                <w:b/>
              </w:rPr>
              <w:t>Mục tiêu: HS kể lại được từng đoạn câu chuyện theo tranh, biết dùng lời kể của mình.</w:t>
            </w:r>
          </w:p>
        </w:tc>
      </w:tr>
      <w:tr w:rsidR="002566DD" w14:paraId="5EFC889D"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65D3D5D4" w14:textId="77777777" w:rsidR="002566DD" w:rsidRDefault="00623220" w:rsidP="004138E1">
            <w:pPr>
              <w:shd w:val="clear" w:color="auto" w:fill="FFFFFF" w:themeFill="background1"/>
            </w:pPr>
            <w:r>
              <w:rPr>
                <w:color w:val="000000"/>
              </w:rPr>
              <w:t>- GV giao nhiệm vụ: Nhóm 4, mỗi bạn chọn một tranh, kể lại đoạn tương ứng.</w:t>
            </w:r>
          </w:p>
        </w:tc>
        <w:tc>
          <w:tcPr>
            <w:tcW w:w="5112" w:type="dxa"/>
            <w:tcBorders>
              <w:top w:val="single" w:sz="4" w:space="0" w:color="auto"/>
            </w:tcBorders>
            <w:tcMar>
              <w:top w:w="80" w:type="dxa"/>
              <w:left w:w="80" w:type="dxa"/>
              <w:bottom w:w="80" w:type="dxa"/>
              <w:right w:w="80" w:type="dxa"/>
            </w:tcMar>
          </w:tcPr>
          <w:p w14:paraId="0ABF1104" w14:textId="77777777" w:rsidR="002566DD" w:rsidRDefault="00623220" w:rsidP="004138E1">
            <w:pPr>
              <w:shd w:val="clear" w:color="auto" w:fill="FFFFFF" w:themeFill="background1"/>
            </w:pPr>
            <w:r>
              <w:rPr>
                <w:color w:val="000000"/>
              </w:rPr>
              <w:t>- HS làm việc nhóm 4; mỗi bạn kể một tranh, các bạn góp ý thứ tự và lời kể.</w:t>
            </w:r>
          </w:p>
        </w:tc>
      </w:tr>
      <w:tr w:rsidR="002566DD" w14:paraId="1DF4F4FE" w14:textId="77777777" w:rsidTr="004138E1">
        <w:trPr>
          <w:cantSplit/>
          <w:jc w:val="center"/>
        </w:trPr>
        <w:tc>
          <w:tcPr>
            <w:tcW w:w="5112" w:type="dxa"/>
            <w:tcMar>
              <w:top w:w="80" w:type="dxa"/>
              <w:left w:w="80" w:type="dxa"/>
              <w:bottom w:w="80" w:type="dxa"/>
              <w:right w:w="80" w:type="dxa"/>
            </w:tcMar>
          </w:tcPr>
          <w:p w14:paraId="1911D7CA" w14:textId="77777777" w:rsidR="002566DD" w:rsidRDefault="00623220" w:rsidP="004138E1">
            <w:pPr>
              <w:shd w:val="clear" w:color="auto" w:fill="FFFFFF" w:themeFill="background1"/>
            </w:pPr>
            <w:r>
              <w:rPr>
                <w:color w:val="000000"/>
              </w:rPr>
              <w:t>- GV mời đại diện nhóm kể nối tiếp 4 tranh trước lớp.</w:t>
            </w:r>
          </w:p>
        </w:tc>
        <w:tc>
          <w:tcPr>
            <w:tcW w:w="5112" w:type="dxa"/>
            <w:tcMar>
              <w:top w:w="80" w:type="dxa"/>
              <w:left w:w="80" w:type="dxa"/>
              <w:bottom w:w="80" w:type="dxa"/>
              <w:right w:w="80" w:type="dxa"/>
            </w:tcMar>
          </w:tcPr>
          <w:p w14:paraId="5C90114F" w14:textId="77777777" w:rsidR="002566DD" w:rsidRDefault="00623220" w:rsidP="004138E1">
            <w:pPr>
              <w:shd w:val="clear" w:color="auto" w:fill="FFFFFF" w:themeFill="background1"/>
            </w:pPr>
            <w:r>
              <w:rPr>
                <w:color w:val="000000"/>
              </w:rPr>
              <w:t>- HS kể nối tiếp: Tranh 1 nhà vua tự hào về chim họa mi; tranh 2 nhà vua nhận món quà và họa mi về rừng; tranh 3 món quà bị hỏng; tranh 4 họa mi trở lại cất tiếng hót.</w:t>
            </w:r>
          </w:p>
        </w:tc>
      </w:tr>
      <w:tr w:rsidR="002566DD" w14:paraId="52156EC3" w14:textId="77777777" w:rsidTr="004138E1">
        <w:trPr>
          <w:cantSplit/>
          <w:jc w:val="center"/>
        </w:trPr>
        <w:tc>
          <w:tcPr>
            <w:tcW w:w="5112" w:type="dxa"/>
            <w:tcMar>
              <w:top w:w="80" w:type="dxa"/>
              <w:left w:w="80" w:type="dxa"/>
              <w:bottom w:w="80" w:type="dxa"/>
              <w:right w:w="80" w:type="dxa"/>
            </w:tcMar>
          </w:tcPr>
          <w:p w14:paraId="59678053" w14:textId="77777777" w:rsidR="002566DD" w:rsidRDefault="00623220" w:rsidP="004138E1">
            <w:pPr>
              <w:shd w:val="clear" w:color="auto" w:fill="FFFFFF" w:themeFill="background1"/>
            </w:pPr>
            <w:r>
              <w:rPr>
                <w:color w:val="000000"/>
              </w:rPr>
              <w:t>- GV yêu cầu HS đóng vai chim họa mi, kể cho người thân các sự việc trong câu chuyện.</w:t>
            </w:r>
          </w:p>
        </w:tc>
        <w:tc>
          <w:tcPr>
            <w:tcW w:w="5112" w:type="dxa"/>
            <w:tcMar>
              <w:top w:w="80" w:type="dxa"/>
              <w:left w:w="80" w:type="dxa"/>
              <w:bottom w:w="80" w:type="dxa"/>
              <w:right w:w="80" w:type="dxa"/>
            </w:tcMar>
          </w:tcPr>
          <w:p w14:paraId="72B2D800" w14:textId="77777777" w:rsidR="002566DD" w:rsidRDefault="00623220" w:rsidP="004138E1">
            <w:pPr>
              <w:shd w:val="clear" w:color="auto" w:fill="FFFFFF" w:themeFill="background1"/>
            </w:pPr>
            <w:r>
              <w:rPr>
                <w:color w:val="000000"/>
              </w:rPr>
              <w:t>- HS kể theo vai: Tôi là chim họa mi. Tôi từng hót cho nhà vua nghe. Khi nhà vua buồn, tôi quay lại cất tiếng hót để giúp nhà vua vui hơn.</w:t>
            </w:r>
          </w:p>
        </w:tc>
      </w:tr>
      <w:tr w:rsidR="002566DD" w14:paraId="081424F6" w14:textId="77777777" w:rsidTr="004138E1">
        <w:trPr>
          <w:cantSplit/>
          <w:jc w:val="center"/>
        </w:trPr>
        <w:tc>
          <w:tcPr>
            <w:tcW w:w="5112" w:type="dxa"/>
            <w:tcMar>
              <w:top w:w="80" w:type="dxa"/>
              <w:left w:w="80" w:type="dxa"/>
              <w:bottom w:w="80" w:type="dxa"/>
              <w:right w:w="80" w:type="dxa"/>
            </w:tcMar>
          </w:tcPr>
          <w:p w14:paraId="1B4704EF" w14:textId="77777777" w:rsidR="002566DD" w:rsidRDefault="00623220" w:rsidP="004138E1">
            <w:pPr>
              <w:shd w:val="clear" w:color="auto" w:fill="FFFFFF" w:themeFill="background1"/>
            </w:pPr>
            <w:r>
              <w:rPr>
                <w:color w:val="C00000"/>
              </w:rPr>
              <w:lastRenderedPageBreak/>
              <w:t>- GV hỏi dẫn tích hợp: Nếu cô cho xem một gợi ý kể chuyện do ChatGPT/Gemini tạo, em cần làm gì trước khi dùng?</w:t>
            </w:r>
          </w:p>
        </w:tc>
        <w:tc>
          <w:tcPr>
            <w:tcW w:w="5112" w:type="dxa"/>
            <w:tcMar>
              <w:top w:w="80" w:type="dxa"/>
              <w:left w:w="80" w:type="dxa"/>
              <w:bottom w:w="80" w:type="dxa"/>
              <w:right w:w="80" w:type="dxa"/>
            </w:tcMar>
          </w:tcPr>
          <w:p w14:paraId="0E95135A" w14:textId="77777777" w:rsidR="002566DD" w:rsidRDefault="00623220" w:rsidP="004138E1">
            <w:pPr>
              <w:shd w:val="clear" w:color="auto" w:fill="FFFFFF" w:themeFill="background1"/>
            </w:pPr>
            <w:r>
              <w:rPr>
                <w:color w:val="000000"/>
              </w:rPr>
              <w:t>- HS trả lời: Em phải so sánh với tranh SGK, kiểm tra xem chi tiết có đúng không, rồi tự kể bằng lời của mình.</w:t>
            </w:r>
          </w:p>
        </w:tc>
      </w:tr>
      <w:tr w:rsidR="002566DD" w14:paraId="38C9B4C5"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7DAACDD" w14:textId="77777777" w:rsidR="002566DD" w:rsidRDefault="00623220" w:rsidP="004138E1">
            <w:pPr>
              <w:shd w:val="clear" w:color="auto" w:fill="FFFFFF" w:themeFill="background1"/>
            </w:pPr>
            <w:r>
              <w:rPr>
                <w:color w:val="C00000"/>
              </w:rPr>
              <w:t>- Tích hợp AI 2.A1.2: GV giải thích AI có thể gợi ý thứ tự tranh hoặc từ ngữ kể chuyện, nhưng AI có thể thêm chi tiết không có trong tranh. HS không chép nguyên văn, không nhập tên, địa chỉ hay thông tin riêng của gia đình vào công cụ AI.</w:t>
            </w:r>
          </w:p>
        </w:tc>
        <w:tc>
          <w:tcPr>
            <w:tcW w:w="5112" w:type="dxa"/>
            <w:tcBorders>
              <w:bottom w:val="single" w:sz="4" w:space="0" w:color="auto"/>
            </w:tcBorders>
            <w:tcMar>
              <w:top w:w="80" w:type="dxa"/>
              <w:left w:w="80" w:type="dxa"/>
              <w:bottom w:w="80" w:type="dxa"/>
              <w:right w:w="80" w:type="dxa"/>
            </w:tcMar>
          </w:tcPr>
          <w:p w14:paraId="6B26564D" w14:textId="77777777" w:rsidR="002566DD" w:rsidRDefault="00623220" w:rsidP="004138E1">
            <w:pPr>
              <w:shd w:val="clear" w:color="auto" w:fill="FFFFFF" w:themeFill="background1"/>
            </w:pPr>
            <w:r>
              <w:rPr>
                <w:color w:val="000000"/>
              </w:rPr>
              <w:t>- HS nêu quy tắc: dùng AI để tham khảo, kiểm tra lại với tranh, tự kể bằng lời của mình, không nhập thông tin riêng tư.</w:t>
            </w:r>
          </w:p>
        </w:tc>
      </w:tr>
      <w:tr w:rsidR="002566DD" w14:paraId="0E61CF87"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2D28B984" w14:textId="77777777" w:rsidR="002566DD" w:rsidRDefault="00623220" w:rsidP="004138E1">
            <w:pPr>
              <w:shd w:val="clear" w:color="auto" w:fill="FFFFFF" w:themeFill="background1"/>
            </w:pPr>
            <w:r>
              <w:rPr>
                <w:b/>
              </w:rPr>
              <w:t>3. VẬN DỤNG (7 phút)</w:t>
            </w:r>
            <w:r>
              <w:br/>
            </w:r>
            <w:r>
              <w:rPr>
                <w:b/>
              </w:rPr>
              <w:t>Mục tiêu: HS rút ra ý nghĩa câu chuyện và biết nói lời cảm ơn trong cuộc sống.</w:t>
            </w:r>
          </w:p>
        </w:tc>
      </w:tr>
      <w:tr w:rsidR="002566DD" w14:paraId="5B4BA1E5"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596327F6" w14:textId="77777777" w:rsidR="002566DD" w:rsidRDefault="00623220" w:rsidP="004138E1">
            <w:pPr>
              <w:shd w:val="clear" w:color="auto" w:fill="FFFFFF" w:themeFill="background1"/>
            </w:pPr>
            <w:r>
              <w:rPr>
                <w:color w:val="000000"/>
              </w:rPr>
              <w:t>- GV hỏi: Câu chuyện Cảm ơn họa mi nhắc em điều gì?</w:t>
            </w:r>
          </w:p>
        </w:tc>
        <w:tc>
          <w:tcPr>
            <w:tcW w:w="5112" w:type="dxa"/>
            <w:tcBorders>
              <w:top w:val="single" w:sz="4" w:space="0" w:color="auto"/>
            </w:tcBorders>
            <w:tcMar>
              <w:top w:w="80" w:type="dxa"/>
              <w:left w:w="80" w:type="dxa"/>
              <w:bottom w:w="80" w:type="dxa"/>
              <w:right w:w="80" w:type="dxa"/>
            </w:tcMar>
          </w:tcPr>
          <w:p w14:paraId="4C00F1DE" w14:textId="77777777" w:rsidR="002566DD" w:rsidRDefault="00623220" w:rsidP="004138E1">
            <w:pPr>
              <w:shd w:val="clear" w:color="auto" w:fill="FFFFFF" w:themeFill="background1"/>
            </w:pPr>
            <w:r>
              <w:rPr>
                <w:color w:val="000000"/>
              </w:rPr>
              <w:t>- HS trả lời: Câu chuyện nhắc em biết trân trọng người/các loài vật đem niềm vui cho mình và biết nói lời cảm ơn.</w:t>
            </w:r>
          </w:p>
        </w:tc>
      </w:tr>
      <w:tr w:rsidR="002566DD" w14:paraId="4A802329" w14:textId="77777777" w:rsidTr="004138E1">
        <w:trPr>
          <w:cantSplit/>
          <w:jc w:val="center"/>
        </w:trPr>
        <w:tc>
          <w:tcPr>
            <w:tcW w:w="5112" w:type="dxa"/>
            <w:tcMar>
              <w:top w:w="80" w:type="dxa"/>
              <w:left w:w="80" w:type="dxa"/>
              <w:bottom w:w="80" w:type="dxa"/>
              <w:right w:w="80" w:type="dxa"/>
            </w:tcMar>
          </w:tcPr>
          <w:p w14:paraId="7F8EBCA2" w14:textId="77777777" w:rsidR="002566DD" w:rsidRDefault="00623220" w:rsidP="004138E1">
            <w:pPr>
              <w:shd w:val="clear" w:color="auto" w:fill="FFFFFF" w:themeFill="background1"/>
            </w:pPr>
            <w:r>
              <w:rPr>
                <w:color w:val="000000"/>
              </w:rPr>
              <w:t>- GV yêu cầu HS nói một câu cảm ơn phù hợp với người đã giúp mình.</w:t>
            </w:r>
          </w:p>
        </w:tc>
        <w:tc>
          <w:tcPr>
            <w:tcW w:w="5112" w:type="dxa"/>
            <w:tcMar>
              <w:top w:w="80" w:type="dxa"/>
              <w:left w:w="80" w:type="dxa"/>
              <w:bottom w:w="80" w:type="dxa"/>
              <w:right w:w="80" w:type="dxa"/>
            </w:tcMar>
          </w:tcPr>
          <w:p w14:paraId="21E78904" w14:textId="77777777" w:rsidR="002566DD" w:rsidRDefault="00623220" w:rsidP="004138E1">
            <w:pPr>
              <w:shd w:val="clear" w:color="auto" w:fill="FFFFFF" w:themeFill="background1"/>
            </w:pPr>
            <w:r>
              <w:rPr>
                <w:color w:val="000000"/>
              </w:rPr>
              <w:t>- HS nói: Em cảm ơn bạn đã cho em mượn bút. Con cảm ơn mẹ đã chăm sóc con.</w:t>
            </w:r>
          </w:p>
        </w:tc>
      </w:tr>
      <w:tr w:rsidR="002566DD" w14:paraId="3E6993E3" w14:textId="77777777" w:rsidTr="004138E1">
        <w:trPr>
          <w:cantSplit/>
          <w:jc w:val="center"/>
        </w:trPr>
        <w:tc>
          <w:tcPr>
            <w:tcW w:w="5112" w:type="dxa"/>
            <w:tcMar>
              <w:top w:w="80" w:type="dxa"/>
              <w:left w:w="80" w:type="dxa"/>
              <w:bottom w:w="80" w:type="dxa"/>
              <w:right w:w="80" w:type="dxa"/>
            </w:tcMar>
          </w:tcPr>
          <w:p w14:paraId="30D1CB64" w14:textId="77777777" w:rsidR="002566DD" w:rsidRDefault="00623220" w:rsidP="004138E1">
            <w:pPr>
              <w:shd w:val="clear" w:color="auto" w:fill="FFFFFF" w:themeFill="background1"/>
            </w:pPr>
            <w:r>
              <w:rPr>
                <w:color w:val="000000"/>
              </w:rPr>
              <w:t>- GV nhận xét tiết học và dặn HS chuẩn bị bài Khủng long.</w:t>
            </w:r>
          </w:p>
        </w:tc>
        <w:tc>
          <w:tcPr>
            <w:tcW w:w="5112" w:type="dxa"/>
            <w:tcMar>
              <w:top w:w="80" w:type="dxa"/>
              <w:left w:w="80" w:type="dxa"/>
              <w:bottom w:w="80" w:type="dxa"/>
              <w:right w:w="80" w:type="dxa"/>
            </w:tcMar>
          </w:tcPr>
          <w:p w14:paraId="7B747997" w14:textId="77777777" w:rsidR="002566DD" w:rsidRDefault="00623220" w:rsidP="004138E1">
            <w:pPr>
              <w:shd w:val="clear" w:color="auto" w:fill="FFFFFF" w:themeFill="background1"/>
            </w:pPr>
            <w:r>
              <w:rPr>
                <w:color w:val="000000"/>
              </w:rPr>
              <w:t>- HS lắng nghe và ghi nhớ.</w:t>
            </w:r>
          </w:p>
        </w:tc>
      </w:tr>
    </w:tbl>
    <w:p w14:paraId="735B3305" w14:textId="77777777" w:rsidR="002566DD" w:rsidRDefault="00623220" w:rsidP="004138E1">
      <w:pPr>
        <w:shd w:val="clear" w:color="auto" w:fill="FFFFFF" w:themeFill="background1"/>
        <w:spacing w:after="0" w:line="240" w:lineRule="auto"/>
        <w:jc w:val="both"/>
      </w:pPr>
      <w:r>
        <w:rPr>
          <w:b/>
        </w:rPr>
        <w:t>IV. ĐIỀU CHỈNH SAU TIẾT HỌC (NẾU CÓ)</w:t>
      </w:r>
    </w:p>
    <w:p w14:paraId="0CC13291" w14:textId="5266DBC0" w:rsidR="002566DD" w:rsidRDefault="002566DD" w:rsidP="004138E1">
      <w:pPr>
        <w:shd w:val="clear" w:color="auto" w:fill="FFFFFF" w:themeFill="background1"/>
        <w:spacing w:after="0" w:line="240" w:lineRule="auto"/>
        <w:jc w:val="both"/>
      </w:pPr>
    </w:p>
    <w:p w14:paraId="2FD6F6D0" w14:textId="77777777" w:rsidR="004138E1" w:rsidRDefault="004138E1" w:rsidP="004138E1">
      <w:pPr>
        <w:shd w:val="clear" w:color="auto" w:fill="FFFFFF" w:themeFill="background1"/>
        <w:spacing w:after="0" w:line="240" w:lineRule="auto"/>
        <w:jc w:val="both"/>
      </w:pPr>
    </w:p>
    <w:p w14:paraId="6ABD9FF1" w14:textId="77777777" w:rsidR="002566DD" w:rsidRDefault="00623220" w:rsidP="004138E1">
      <w:pPr>
        <w:shd w:val="clear" w:color="auto" w:fill="FFFFFF" w:themeFill="background1"/>
        <w:spacing w:after="0" w:line="240" w:lineRule="auto"/>
        <w:jc w:val="center"/>
      </w:pPr>
      <w:r>
        <w:rPr>
          <w:b/>
        </w:rPr>
        <w:t>KẾ HOẠCH BÀI DẠY MÔN TIẾNG VIỆT LỚP 2 – TUẦN 23</w:t>
      </w:r>
    </w:p>
    <w:p w14:paraId="07ADD465" w14:textId="77777777" w:rsidR="002566DD" w:rsidRDefault="00623220" w:rsidP="004138E1">
      <w:pPr>
        <w:shd w:val="clear" w:color="auto" w:fill="FFFFFF" w:themeFill="background1"/>
        <w:spacing w:after="0" w:line="240" w:lineRule="auto"/>
        <w:jc w:val="center"/>
      </w:pPr>
      <w:r>
        <w:rPr>
          <w:b/>
        </w:rPr>
        <w:t>CHỦ ĐỀ: HÀNH TINH XANH CỦA EM</w:t>
      </w:r>
    </w:p>
    <w:p w14:paraId="32B9D320" w14:textId="77777777" w:rsidR="002566DD" w:rsidRDefault="00623220" w:rsidP="004138E1">
      <w:pPr>
        <w:shd w:val="clear" w:color="auto" w:fill="FFFFFF" w:themeFill="background1"/>
        <w:spacing w:after="0" w:line="240" w:lineRule="auto"/>
        <w:jc w:val="center"/>
      </w:pPr>
      <w:r>
        <w:rPr>
          <w:b/>
        </w:rPr>
        <w:t>BÀI 10: KHỦNG LONG</w:t>
      </w:r>
    </w:p>
    <w:p w14:paraId="1DE54174" w14:textId="77777777" w:rsidR="002566DD" w:rsidRDefault="00623220" w:rsidP="004138E1">
      <w:pPr>
        <w:shd w:val="clear" w:color="auto" w:fill="FFFFFF" w:themeFill="background1"/>
        <w:spacing w:after="0" w:line="240" w:lineRule="auto"/>
        <w:jc w:val="center"/>
      </w:pPr>
      <w:r>
        <w:rPr>
          <w:b/>
        </w:rPr>
        <w:t>TIẾT 1 – 2: ĐỌC – KHỦNG LONG</w:t>
      </w:r>
    </w:p>
    <w:p w14:paraId="7F0CB5E9" w14:textId="77777777" w:rsidR="002566DD" w:rsidRDefault="00623220" w:rsidP="004138E1">
      <w:pPr>
        <w:shd w:val="clear" w:color="auto" w:fill="FFFFFF" w:themeFill="background1"/>
        <w:spacing w:after="0" w:line="240" w:lineRule="auto"/>
        <w:jc w:val="both"/>
      </w:pPr>
      <w:r>
        <w:rPr>
          <w:b/>
        </w:rPr>
        <w:t>I. YÊU CẦU CẦN ĐẠT</w:t>
      </w:r>
    </w:p>
    <w:p w14:paraId="25ABA362" w14:textId="77777777" w:rsidR="002566DD" w:rsidRDefault="00623220" w:rsidP="004138E1">
      <w:pPr>
        <w:shd w:val="clear" w:color="auto" w:fill="FFFFFF" w:themeFill="background1"/>
        <w:spacing w:after="0" w:line="240" w:lineRule="auto"/>
        <w:jc w:val="both"/>
      </w:pPr>
      <w:r>
        <w:rPr>
          <w:b/>
        </w:rPr>
        <w:t>1. Năng lực đặc thù</w:t>
      </w:r>
    </w:p>
    <w:p w14:paraId="44A7A445" w14:textId="77777777" w:rsidR="002566DD" w:rsidRDefault="00623220" w:rsidP="004138E1">
      <w:pPr>
        <w:shd w:val="clear" w:color="auto" w:fill="FFFFFF" w:themeFill="background1"/>
        <w:spacing w:after="0" w:line="240" w:lineRule="auto"/>
        <w:jc w:val="both"/>
      </w:pPr>
      <w:r>
        <w:t>- Đọc đúng, rõ ràng văn bản thông tin Khủng long; biết ngắt nghỉ ở dấu câu; đọc đúng các từ khó: khổng lồ, vùng đất khô, hung dữ, tuyệt chủng, tự vệ.</w:t>
      </w:r>
    </w:p>
    <w:p w14:paraId="6E55B159" w14:textId="77777777" w:rsidR="002566DD" w:rsidRDefault="00623220" w:rsidP="004138E1">
      <w:pPr>
        <w:shd w:val="clear" w:color="auto" w:fill="FFFFFF" w:themeFill="background1"/>
        <w:spacing w:after="0" w:line="240" w:lineRule="auto"/>
        <w:jc w:val="both"/>
      </w:pPr>
      <w:r>
        <w:t>- Hiểu nội dung bài: biết một số thông tin về nơi sống, kích thước, thức ăn, bộ phận giúp khủng long săn mồi/tự vệ và lí do không thể gặp khủng long thật.</w:t>
      </w:r>
    </w:p>
    <w:p w14:paraId="68818BB4" w14:textId="77777777" w:rsidR="002566DD" w:rsidRDefault="00623220" w:rsidP="004138E1">
      <w:pPr>
        <w:shd w:val="clear" w:color="auto" w:fill="FFFFFF" w:themeFill="background1"/>
        <w:spacing w:after="0" w:line="240" w:lineRule="auto"/>
        <w:jc w:val="both"/>
      </w:pPr>
      <w:r>
        <w:t>- Tìm được từ ngữ chỉ bộ phận của khủng long; hỏi – đáp được về đặc điểm của các bộ phận.</w:t>
      </w:r>
    </w:p>
    <w:p w14:paraId="4CD979A4" w14:textId="77777777" w:rsidR="002566DD" w:rsidRDefault="00623220" w:rsidP="004138E1">
      <w:pPr>
        <w:shd w:val="clear" w:color="auto" w:fill="FFFFFF" w:themeFill="background1"/>
        <w:spacing w:after="0" w:line="240" w:lineRule="auto"/>
        <w:jc w:val="both"/>
      </w:pPr>
      <w:r>
        <w:rPr>
          <w:b/>
        </w:rPr>
        <w:t>2. Năng lực chung</w:t>
      </w:r>
    </w:p>
    <w:p w14:paraId="4E1C6F14" w14:textId="77777777" w:rsidR="002566DD" w:rsidRDefault="00623220" w:rsidP="004138E1">
      <w:pPr>
        <w:shd w:val="clear" w:color="auto" w:fill="FFFFFF" w:themeFill="background1"/>
        <w:spacing w:after="0" w:line="240" w:lineRule="auto"/>
        <w:jc w:val="both"/>
      </w:pPr>
      <w:r>
        <w:t>- Tự chủ và tự học: Chủ động đọc văn bản thông tin, tìm chi tiết trong bài để trả lời câu hỏi.</w:t>
      </w:r>
    </w:p>
    <w:p w14:paraId="33DE3EB0" w14:textId="77777777" w:rsidR="002566DD" w:rsidRDefault="00623220" w:rsidP="004138E1">
      <w:pPr>
        <w:shd w:val="clear" w:color="auto" w:fill="FFFFFF" w:themeFill="background1"/>
        <w:spacing w:after="0" w:line="240" w:lineRule="auto"/>
        <w:jc w:val="both"/>
      </w:pPr>
      <w:r>
        <w:t>- Giao tiếp và hợp tác: Biết thảo luận nhóm đôi, trình bày câu trả lời rõ ràng.</w:t>
      </w:r>
    </w:p>
    <w:p w14:paraId="7017B968" w14:textId="77777777" w:rsidR="002566DD" w:rsidRDefault="00623220" w:rsidP="004138E1">
      <w:pPr>
        <w:shd w:val="clear" w:color="auto" w:fill="FFFFFF" w:themeFill="background1"/>
        <w:spacing w:after="0" w:line="240" w:lineRule="auto"/>
        <w:jc w:val="both"/>
      </w:pPr>
      <w:r>
        <w:t>- Giải quyết vấn đề và sáng tạo: Biết đối chiếu thông tin trong bài đọc với tranh minh hoạ, nhận xét thông tin đúng/sai.</w:t>
      </w:r>
    </w:p>
    <w:p w14:paraId="5930B1F5" w14:textId="77777777" w:rsidR="002566DD" w:rsidRDefault="00623220" w:rsidP="004138E1">
      <w:pPr>
        <w:shd w:val="clear" w:color="auto" w:fill="FFFFFF" w:themeFill="background1"/>
        <w:spacing w:after="0" w:line="240" w:lineRule="auto"/>
        <w:jc w:val="both"/>
      </w:pPr>
      <w:r>
        <w:rPr>
          <w:b/>
        </w:rPr>
        <w:t>3. Phẩm chất</w:t>
      </w:r>
    </w:p>
    <w:p w14:paraId="3C27E27D" w14:textId="77777777" w:rsidR="002566DD" w:rsidRDefault="00623220" w:rsidP="004138E1">
      <w:pPr>
        <w:shd w:val="clear" w:color="auto" w:fill="FFFFFF" w:themeFill="background1"/>
        <w:spacing w:after="0" w:line="240" w:lineRule="auto"/>
        <w:jc w:val="both"/>
      </w:pPr>
      <w:r>
        <w:t>- Trách nhiệm: Có ý thức bảo vệ động vật, không săn bắt, không mua bán động vật quý hiếm; yêu thiên nhiên.</w:t>
      </w:r>
    </w:p>
    <w:p w14:paraId="6128B11F" w14:textId="77777777" w:rsidR="002566DD" w:rsidRDefault="00623220" w:rsidP="004138E1">
      <w:pPr>
        <w:shd w:val="clear" w:color="auto" w:fill="FFFFFF" w:themeFill="background1"/>
        <w:spacing w:after="0" w:line="240" w:lineRule="auto"/>
        <w:jc w:val="both"/>
      </w:pPr>
      <w:r>
        <w:rPr>
          <w:b/>
          <w:color w:val="C00000"/>
        </w:rPr>
        <w:t>4. Tích hợp</w:t>
      </w:r>
    </w:p>
    <w:p w14:paraId="711FD8B0" w14:textId="77777777" w:rsidR="002566DD" w:rsidRDefault="00623220" w:rsidP="004138E1">
      <w:pPr>
        <w:shd w:val="clear" w:color="auto" w:fill="FFFFFF" w:themeFill="background1"/>
        <w:spacing w:after="0" w:line="240" w:lineRule="auto"/>
        <w:jc w:val="both"/>
      </w:pPr>
      <w:r>
        <w:rPr>
          <w:color w:val="C00000"/>
        </w:rPr>
        <w:t>- Tích hợp bảo vệ môi trường: Giáo dục HS bảo vệ các loài động vật và môi trường sống của chúng.</w:t>
      </w:r>
    </w:p>
    <w:p w14:paraId="6DC8BD63" w14:textId="77777777" w:rsidR="002566DD" w:rsidRDefault="00623220" w:rsidP="004138E1">
      <w:pPr>
        <w:shd w:val="clear" w:color="auto" w:fill="FFFFFF" w:themeFill="background1"/>
        <w:spacing w:after="0" w:line="240" w:lineRule="auto"/>
        <w:jc w:val="both"/>
      </w:pPr>
      <w:r>
        <w:rPr>
          <w:color w:val="C00000"/>
        </w:rPr>
        <w:t>- Tích hợp năng lực số 1.2.CB1a: HS bước đầu biết kiểm tra độ tin cậy của thông tin số về khủng long/động vật bằng cách đối chiếu với bài đọc, tranh ảnh và nguồn do GV cung cấp.</w:t>
      </w:r>
    </w:p>
    <w:p w14:paraId="49167D12" w14:textId="77777777" w:rsidR="002566DD" w:rsidRDefault="00623220" w:rsidP="004138E1">
      <w:pPr>
        <w:shd w:val="clear" w:color="auto" w:fill="FFFFFF" w:themeFill="background1"/>
        <w:spacing w:after="0" w:line="240" w:lineRule="auto"/>
        <w:jc w:val="both"/>
      </w:pPr>
      <w:r>
        <w:rPr>
          <w:b/>
        </w:rPr>
        <w:t>II. ĐỒ DÙNG DẠY HỌC</w:t>
      </w:r>
    </w:p>
    <w:p w14:paraId="7EC8E9FC" w14:textId="77777777" w:rsidR="002566DD" w:rsidRDefault="00623220" w:rsidP="004138E1">
      <w:pPr>
        <w:shd w:val="clear" w:color="auto" w:fill="FFFFFF" w:themeFill="background1"/>
        <w:spacing w:after="0" w:line="240" w:lineRule="auto"/>
        <w:jc w:val="both"/>
      </w:pPr>
      <w:r>
        <w:lastRenderedPageBreak/>
        <w:t>- GV: Máy tính, máy chiếu/tivi, tranh minh hoạ Khủng long, phiếu đọc hiểu, thẻ từ bộ phận/đặc điểm.</w:t>
      </w:r>
    </w:p>
    <w:p w14:paraId="7CC56F90" w14:textId="77777777" w:rsidR="002566DD" w:rsidRDefault="00623220" w:rsidP="004138E1">
      <w:pPr>
        <w:shd w:val="clear" w:color="auto" w:fill="FFFFFF" w:themeFill="background1"/>
        <w:spacing w:after="0" w:line="240" w:lineRule="auto"/>
        <w:jc w:val="both"/>
      </w:pPr>
      <w:r>
        <w:t>- HS: SGK, vở ghi, bút, bảng con.</w:t>
      </w:r>
    </w:p>
    <w:p w14:paraId="3D55F3CE" w14:textId="77777777" w:rsidR="002566DD" w:rsidRDefault="00623220" w:rsidP="004138E1">
      <w:pPr>
        <w:shd w:val="clear" w:color="auto" w:fill="FFFFFF" w:themeFill="background1"/>
        <w:spacing w:after="0" w:line="240" w:lineRule="auto"/>
        <w:jc w:val="both"/>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2566DD" w14:paraId="32AFAC53" w14:textId="77777777" w:rsidTr="004138E1">
        <w:trPr>
          <w:jc w:val="center"/>
        </w:trPr>
        <w:tc>
          <w:tcPr>
            <w:tcW w:w="5112" w:type="dxa"/>
            <w:tcBorders>
              <w:bottom w:val="single" w:sz="4" w:space="0" w:color="auto"/>
            </w:tcBorders>
            <w:shd w:val="clear" w:color="auto" w:fill="DDEBF7"/>
            <w:tcMar>
              <w:top w:w="80" w:type="dxa"/>
              <w:left w:w="80" w:type="dxa"/>
              <w:bottom w:w="80" w:type="dxa"/>
              <w:right w:w="80" w:type="dxa"/>
            </w:tcMar>
          </w:tcPr>
          <w:p w14:paraId="2576EF7E" w14:textId="77777777" w:rsidR="002566DD" w:rsidRDefault="00623220" w:rsidP="004138E1">
            <w:pPr>
              <w:shd w:val="clear" w:color="auto" w:fill="FFFFFF" w:themeFill="background1"/>
            </w:pPr>
            <w:r>
              <w:rPr>
                <w:b/>
              </w:rPr>
              <w:t>Hoạt động của GV</w:t>
            </w:r>
          </w:p>
        </w:tc>
        <w:tc>
          <w:tcPr>
            <w:tcW w:w="5112" w:type="dxa"/>
            <w:tcBorders>
              <w:bottom w:val="single" w:sz="4" w:space="0" w:color="auto"/>
            </w:tcBorders>
            <w:shd w:val="clear" w:color="auto" w:fill="DDEBF7"/>
            <w:tcMar>
              <w:top w:w="80" w:type="dxa"/>
              <w:left w:w="80" w:type="dxa"/>
              <w:bottom w:w="80" w:type="dxa"/>
              <w:right w:w="80" w:type="dxa"/>
            </w:tcMar>
          </w:tcPr>
          <w:p w14:paraId="5ECE7D74" w14:textId="77777777" w:rsidR="002566DD" w:rsidRDefault="00623220" w:rsidP="004138E1">
            <w:pPr>
              <w:shd w:val="clear" w:color="auto" w:fill="FFFFFF" w:themeFill="background1"/>
            </w:pPr>
            <w:r>
              <w:rPr>
                <w:b/>
              </w:rPr>
              <w:t>Hoạt động của HS</w:t>
            </w:r>
          </w:p>
        </w:tc>
      </w:tr>
      <w:tr w:rsidR="002566DD" w14:paraId="03C3EE3D"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1872B62F" w14:textId="77777777" w:rsidR="002566DD" w:rsidRDefault="00623220" w:rsidP="004138E1">
            <w:pPr>
              <w:shd w:val="clear" w:color="auto" w:fill="FFFFFF" w:themeFill="background1"/>
            </w:pPr>
            <w:r>
              <w:rPr>
                <w:b/>
              </w:rPr>
              <w:t>TIẾT 1</w:t>
            </w:r>
          </w:p>
        </w:tc>
      </w:tr>
      <w:tr w:rsidR="002566DD" w14:paraId="5B8D6EC7"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E974060" w14:textId="77777777" w:rsidR="002566DD" w:rsidRDefault="00623220" w:rsidP="004138E1">
            <w:pPr>
              <w:shd w:val="clear" w:color="auto" w:fill="FFFFFF" w:themeFill="background1"/>
            </w:pPr>
            <w:r>
              <w:rPr>
                <w:b/>
              </w:rPr>
              <w:t>1. KHỞI ĐỘNG (5 phút)</w:t>
            </w:r>
            <w:r>
              <w:br/>
            </w:r>
            <w:r>
              <w:rPr>
                <w:b/>
              </w:rPr>
              <w:t>Mục tiêu: HS huy động hiểu biết ban đầu về khủng long và chuẩn bị đọc văn bản thông tin.</w:t>
            </w:r>
          </w:p>
        </w:tc>
      </w:tr>
      <w:tr w:rsidR="002566DD" w14:paraId="15884678"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5BDFA235" w14:textId="77777777" w:rsidR="002566DD" w:rsidRDefault="00623220" w:rsidP="004138E1">
            <w:pPr>
              <w:shd w:val="clear" w:color="auto" w:fill="FFFFFF" w:themeFill="background1"/>
            </w:pPr>
            <w:r>
              <w:rPr>
                <w:color w:val="000000"/>
              </w:rPr>
              <w:t>- GV yêu cầu HS quan sát tranh và trả lời: Em đã nhìn thấy loài vật này ở đâu? Em biết gì về chúng?</w:t>
            </w:r>
          </w:p>
          <w:p w14:paraId="2D5EA3E5" w14:textId="03727AB1"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22C25D76" w14:textId="77777777" w:rsidR="002566DD" w:rsidRDefault="00623220" w:rsidP="004138E1">
            <w:pPr>
              <w:shd w:val="clear" w:color="auto" w:fill="FFFFFF" w:themeFill="background1"/>
            </w:pPr>
            <w:r>
              <w:rPr>
                <w:color w:val="000000"/>
              </w:rPr>
              <w:t>- HS trả lời: Em nhìn thấy khủng long trong sách, phim hoạt hình, bảo tàng hoặc đồ chơi. Em biết khủng long rất to và đã tuyệt chủng.</w:t>
            </w:r>
          </w:p>
        </w:tc>
      </w:tr>
      <w:tr w:rsidR="002566DD" w14:paraId="27243DB9"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80431D4" w14:textId="77777777" w:rsidR="002566DD" w:rsidRDefault="00623220" w:rsidP="004138E1">
            <w:pPr>
              <w:shd w:val="clear" w:color="auto" w:fill="FFFFFF" w:themeFill="background1"/>
            </w:pPr>
            <w:r>
              <w:rPr>
                <w:color w:val="000000"/>
              </w:rPr>
              <w:t>- GV nhận xét, dẫn vào bài: Văn bản hôm nay giúp chúng ta biết một số thông tin thật về khủng long.</w:t>
            </w:r>
          </w:p>
        </w:tc>
        <w:tc>
          <w:tcPr>
            <w:tcW w:w="5112" w:type="dxa"/>
            <w:tcBorders>
              <w:bottom w:val="single" w:sz="4" w:space="0" w:color="auto"/>
            </w:tcBorders>
            <w:tcMar>
              <w:top w:w="80" w:type="dxa"/>
              <w:left w:w="80" w:type="dxa"/>
              <w:bottom w:w="80" w:type="dxa"/>
              <w:right w:w="80" w:type="dxa"/>
            </w:tcMar>
          </w:tcPr>
          <w:p w14:paraId="43F84963" w14:textId="77777777" w:rsidR="002566DD" w:rsidRDefault="00623220" w:rsidP="004138E1">
            <w:pPr>
              <w:shd w:val="clear" w:color="auto" w:fill="FFFFFF" w:themeFill="background1"/>
            </w:pPr>
            <w:r>
              <w:rPr>
                <w:color w:val="000000"/>
              </w:rPr>
              <w:t>- HS lắng nghe, ghi tên bài: Khủng long.</w:t>
            </w:r>
          </w:p>
        </w:tc>
      </w:tr>
      <w:tr w:rsidR="002566DD" w14:paraId="19667BC1"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460A51E" w14:textId="77777777" w:rsidR="002566DD" w:rsidRDefault="00623220" w:rsidP="004138E1">
            <w:pPr>
              <w:shd w:val="clear" w:color="auto" w:fill="FFFFFF" w:themeFill="background1"/>
            </w:pPr>
            <w:r>
              <w:rPr>
                <w:b/>
              </w:rPr>
              <w:t>2. KHÁM PHÁ KIẾN THỨC (25 phút)</w:t>
            </w:r>
          </w:p>
          <w:p w14:paraId="7AAB519A" w14:textId="77777777" w:rsidR="002566DD" w:rsidRDefault="00623220" w:rsidP="004138E1">
            <w:pPr>
              <w:shd w:val="clear" w:color="auto" w:fill="FFFFFF" w:themeFill="background1"/>
            </w:pPr>
            <w:r>
              <w:rPr>
                <w:b/>
              </w:rPr>
              <w:t>Mục tiêu: HS đọc đúng văn bản thông tin; biết ngắt nghỉ ở câu dài; hiểu nghĩa từ khó trong bài.</w:t>
            </w:r>
          </w:p>
        </w:tc>
      </w:tr>
      <w:tr w:rsidR="002566DD" w14:paraId="25354CA3"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BA669DE" w14:textId="77777777" w:rsidR="002566DD" w:rsidRDefault="00623220" w:rsidP="004138E1">
            <w:pPr>
              <w:shd w:val="clear" w:color="auto" w:fill="FFFFFF" w:themeFill="background1"/>
            </w:pPr>
            <w:r>
              <w:rPr>
                <w:b/>
              </w:rPr>
              <w:t>HOẠT ĐỘNG 1: ĐỌC VĂN BẢN (25 phút)</w:t>
            </w:r>
          </w:p>
          <w:p w14:paraId="0A381975" w14:textId="77777777" w:rsidR="002566DD" w:rsidRDefault="00623220" w:rsidP="004138E1">
            <w:pPr>
              <w:shd w:val="clear" w:color="auto" w:fill="FFFFFF" w:themeFill="background1"/>
            </w:pPr>
            <w:r>
              <w:rPr>
                <w:b/>
              </w:rPr>
              <w:t>Mục tiêu: HS đọc đúng văn bản Khủng long, hiểu nghĩa từ khó và bước đầu nắm thông tin chính.</w:t>
            </w:r>
          </w:p>
        </w:tc>
      </w:tr>
      <w:tr w:rsidR="002566DD" w14:paraId="18DF9D37"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08C9C65C" w14:textId="77777777" w:rsidR="002566DD" w:rsidRDefault="00623220" w:rsidP="004138E1">
            <w:pPr>
              <w:shd w:val="clear" w:color="auto" w:fill="FFFFFF" w:themeFill="background1"/>
            </w:pPr>
            <w:r>
              <w:rPr>
                <w:b/>
                <w:color w:val="000000"/>
              </w:rPr>
              <w:t>- a. GV đọc mẫu. GV yêu cầu HS theo dõi văn bản Khủng long trong SGK.</w:t>
            </w:r>
          </w:p>
          <w:p w14:paraId="3FCB734A" w14:textId="70D3ABCB"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7B12BCBD" w14:textId="77777777" w:rsidR="002566DD" w:rsidRDefault="00623220" w:rsidP="004138E1">
            <w:pPr>
              <w:shd w:val="clear" w:color="auto" w:fill="FFFFFF" w:themeFill="background1"/>
            </w:pPr>
            <w:r>
              <w:rPr>
                <w:color w:val="000000"/>
              </w:rPr>
              <w:t>- HS mở SGK, quan sát tranh và theo dõi bài đọc.</w:t>
            </w:r>
          </w:p>
        </w:tc>
      </w:tr>
      <w:tr w:rsidR="002566DD" w14:paraId="78868358" w14:textId="77777777" w:rsidTr="004138E1">
        <w:trPr>
          <w:cantSplit/>
          <w:jc w:val="center"/>
        </w:trPr>
        <w:tc>
          <w:tcPr>
            <w:tcW w:w="5112" w:type="dxa"/>
            <w:tcMar>
              <w:top w:w="80" w:type="dxa"/>
              <w:left w:w="80" w:type="dxa"/>
              <w:bottom w:w="80" w:type="dxa"/>
              <w:right w:w="80" w:type="dxa"/>
            </w:tcMar>
          </w:tcPr>
          <w:p w14:paraId="559F18E0" w14:textId="77777777" w:rsidR="002566DD" w:rsidRDefault="00623220" w:rsidP="004138E1">
            <w:pPr>
              <w:shd w:val="clear" w:color="auto" w:fill="FFFFFF" w:themeFill="background1"/>
            </w:pPr>
            <w:r>
              <w:rPr>
                <w:color w:val="000000"/>
              </w:rPr>
              <w:t>- GV đọc mẫu toàn bài với giọng rõ ràng, chậm vừa phải, nhấn ở các thông tin: vùng đất khô, khổng lồ, săn mồi, tự vệ, tuyệt chủng.</w:t>
            </w:r>
          </w:p>
        </w:tc>
        <w:tc>
          <w:tcPr>
            <w:tcW w:w="5112" w:type="dxa"/>
            <w:tcMar>
              <w:top w:w="80" w:type="dxa"/>
              <w:left w:w="80" w:type="dxa"/>
              <w:bottom w:w="80" w:type="dxa"/>
              <w:right w:w="80" w:type="dxa"/>
            </w:tcMar>
          </w:tcPr>
          <w:p w14:paraId="538A37AB" w14:textId="77777777" w:rsidR="002566DD" w:rsidRDefault="00623220" w:rsidP="004138E1">
            <w:pPr>
              <w:shd w:val="clear" w:color="auto" w:fill="FFFFFF" w:themeFill="background1"/>
            </w:pPr>
            <w:r>
              <w:rPr>
                <w:color w:val="000000"/>
              </w:rPr>
              <w:t>- HS lắng nghe, đọc thầm theo và chú ý cách ngắt nghỉ ở các câu dài.</w:t>
            </w:r>
          </w:p>
        </w:tc>
      </w:tr>
      <w:tr w:rsidR="002566DD" w14:paraId="24319B14" w14:textId="77777777" w:rsidTr="004138E1">
        <w:trPr>
          <w:cantSplit/>
          <w:jc w:val="center"/>
        </w:trPr>
        <w:tc>
          <w:tcPr>
            <w:tcW w:w="5112" w:type="dxa"/>
            <w:tcMar>
              <w:top w:w="80" w:type="dxa"/>
              <w:left w:w="80" w:type="dxa"/>
              <w:bottom w:w="80" w:type="dxa"/>
              <w:right w:w="80" w:type="dxa"/>
            </w:tcMar>
          </w:tcPr>
          <w:p w14:paraId="5B69BA35" w14:textId="77777777" w:rsidR="002566DD" w:rsidRDefault="00623220" w:rsidP="004138E1">
            <w:pPr>
              <w:shd w:val="clear" w:color="auto" w:fill="FFFFFF" w:themeFill="background1"/>
            </w:pPr>
            <w:r>
              <w:rPr>
                <w:b/>
                <w:color w:val="000000"/>
              </w:rPr>
              <w:t>- b. HS luyện đọc từng đoạn. GV hỏi: Văn bản có thể chia làm mấy đoạn?</w:t>
            </w:r>
          </w:p>
        </w:tc>
        <w:tc>
          <w:tcPr>
            <w:tcW w:w="5112" w:type="dxa"/>
            <w:tcMar>
              <w:top w:w="80" w:type="dxa"/>
              <w:left w:w="80" w:type="dxa"/>
              <w:bottom w:w="80" w:type="dxa"/>
              <w:right w:w="80" w:type="dxa"/>
            </w:tcMar>
          </w:tcPr>
          <w:p w14:paraId="02196B2F" w14:textId="77777777" w:rsidR="002566DD" w:rsidRDefault="00623220" w:rsidP="004138E1">
            <w:pPr>
              <w:shd w:val="clear" w:color="auto" w:fill="FFFFFF" w:themeFill="background1"/>
            </w:pPr>
            <w:r>
              <w:rPr>
                <w:color w:val="000000"/>
              </w:rPr>
              <w:t>- HS trả lời: Văn bản có thể chia làm 4 đoạn: đoạn 1 giới thiệu nơi sống; đoạn 2 nói kích thước; đoạn 3 nói chân, răng, sừng và tự vệ; đoạn 4 nói khủng long đã tuyệt chủng.</w:t>
            </w:r>
          </w:p>
        </w:tc>
      </w:tr>
      <w:tr w:rsidR="002566DD" w14:paraId="5C0E98F5" w14:textId="77777777" w:rsidTr="004138E1">
        <w:trPr>
          <w:cantSplit/>
          <w:jc w:val="center"/>
        </w:trPr>
        <w:tc>
          <w:tcPr>
            <w:tcW w:w="5112" w:type="dxa"/>
            <w:tcMar>
              <w:top w:w="80" w:type="dxa"/>
              <w:left w:w="80" w:type="dxa"/>
              <w:bottom w:w="80" w:type="dxa"/>
              <w:right w:w="80" w:type="dxa"/>
            </w:tcMar>
          </w:tcPr>
          <w:p w14:paraId="1E17202B" w14:textId="77777777" w:rsidR="002566DD" w:rsidRDefault="00623220" w:rsidP="004138E1">
            <w:pPr>
              <w:shd w:val="clear" w:color="auto" w:fill="FFFFFF" w:themeFill="background1"/>
            </w:pPr>
            <w:r>
              <w:rPr>
                <w:color w:val="000000"/>
              </w:rPr>
              <w:t>- GV tổ chức HS đọc nối tiếp từng đoạn lần 1 và tìm từ khó đọc.</w:t>
            </w:r>
          </w:p>
        </w:tc>
        <w:tc>
          <w:tcPr>
            <w:tcW w:w="5112" w:type="dxa"/>
            <w:tcMar>
              <w:top w:w="80" w:type="dxa"/>
              <w:left w:w="80" w:type="dxa"/>
              <w:bottom w:w="80" w:type="dxa"/>
              <w:right w:w="80" w:type="dxa"/>
            </w:tcMar>
          </w:tcPr>
          <w:p w14:paraId="7839CA30" w14:textId="77777777" w:rsidR="002566DD" w:rsidRDefault="00623220" w:rsidP="004138E1">
            <w:pPr>
              <w:shd w:val="clear" w:color="auto" w:fill="FFFFFF" w:themeFill="background1"/>
            </w:pPr>
            <w:r>
              <w:rPr>
                <w:color w:val="000000"/>
              </w:rPr>
              <w:t>- HS đọc nối tiếp; nêu từ khó: khủng long, khổng lồ, vùng đất khô, hung dữ, tự vệ, tuyệt chủng.</w:t>
            </w:r>
          </w:p>
        </w:tc>
      </w:tr>
      <w:tr w:rsidR="002566DD" w14:paraId="2CB14FFC" w14:textId="77777777" w:rsidTr="004138E1">
        <w:trPr>
          <w:cantSplit/>
          <w:jc w:val="center"/>
        </w:trPr>
        <w:tc>
          <w:tcPr>
            <w:tcW w:w="5112" w:type="dxa"/>
            <w:tcMar>
              <w:top w:w="80" w:type="dxa"/>
              <w:left w:w="80" w:type="dxa"/>
              <w:bottom w:w="80" w:type="dxa"/>
              <w:right w:w="80" w:type="dxa"/>
            </w:tcMar>
          </w:tcPr>
          <w:p w14:paraId="370EE338" w14:textId="77777777" w:rsidR="002566DD" w:rsidRDefault="00623220" w:rsidP="004138E1">
            <w:pPr>
              <w:shd w:val="clear" w:color="auto" w:fill="FFFFFF" w:themeFill="background1"/>
            </w:pPr>
            <w:r>
              <w:rPr>
                <w:color w:val="000000"/>
              </w:rPr>
              <w:t>- GV hướng dẫn HS luyện đọc từ khó và câu dài: “Khủng long thường ăn thịt, cũng có một số loài ăn cỏ.”</w:t>
            </w:r>
          </w:p>
        </w:tc>
        <w:tc>
          <w:tcPr>
            <w:tcW w:w="5112" w:type="dxa"/>
            <w:tcMar>
              <w:top w:w="80" w:type="dxa"/>
              <w:left w:w="80" w:type="dxa"/>
              <w:bottom w:w="80" w:type="dxa"/>
              <w:right w:w="80" w:type="dxa"/>
            </w:tcMar>
          </w:tcPr>
          <w:p w14:paraId="512FAA9E" w14:textId="77777777" w:rsidR="002566DD" w:rsidRDefault="00623220" w:rsidP="004138E1">
            <w:pPr>
              <w:shd w:val="clear" w:color="auto" w:fill="FFFFFF" w:themeFill="background1"/>
            </w:pPr>
            <w:r>
              <w:rPr>
                <w:color w:val="000000"/>
              </w:rPr>
              <w:t>- HS đọc cá nhân, nhóm, đồng thanh; luyện ngắt nghỉ sau dấu phẩy.</w:t>
            </w:r>
          </w:p>
        </w:tc>
      </w:tr>
      <w:tr w:rsidR="002566DD" w14:paraId="18F6840B" w14:textId="77777777" w:rsidTr="004138E1">
        <w:trPr>
          <w:cantSplit/>
          <w:jc w:val="center"/>
        </w:trPr>
        <w:tc>
          <w:tcPr>
            <w:tcW w:w="5112" w:type="dxa"/>
            <w:tcMar>
              <w:top w:w="80" w:type="dxa"/>
              <w:left w:w="80" w:type="dxa"/>
              <w:bottom w:w="80" w:type="dxa"/>
              <w:right w:w="80" w:type="dxa"/>
            </w:tcMar>
          </w:tcPr>
          <w:p w14:paraId="29562F32" w14:textId="77777777" w:rsidR="002566DD" w:rsidRDefault="00623220" w:rsidP="004138E1">
            <w:pPr>
              <w:shd w:val="clear" w:color="auto" w:fill="FFFFFF" w:themeFill="background1"/>
            </w:pPr>
            <w:r>
              <w:rPr>
                <w:color w:val="000000"/>
              </w:rPr>
              <w:t>- GV yêu cầu HS đọc phần Từ ngữ: tự vệ, dũng mãnh, tuyệt chủng.</w:t>
            </w:r>
          </w:p>
        </w:tc>
        <w:tc>
          <w:tcPr>
            <w:tcW w:w="5112" w:type="dxa"/>
            <w:tcMar>
              <w:top w:w="80" w:type="dxa"/>
              <w:left w:w="80" w:type="dxa"/>
              <w:bottom w:w="80" w:type="dxa"/>
              <w:right w:w="80" w:type="dxa"/>
            </w:tcMar>
          </w:tcPr>
          <w:p w14:paraId="6A5D50ED" w14:textId="77777777" w:rsidR="002566DD" w:rsidRDefault="00623220" w:rsidP="004138E1">
            <w:pPr>
              <w:shd w:val="clear" w:color="auto" w:fill="FFFFFF" w:themeFill="background1"/>
            </w:pPr>
            <w:r>
              <w:rPr>
                <w:color w:val="000000"/>
              </w:rPr>
              <w:t>- HS nêu nghĩa: tự vệ là tự bảo vệ mình; dũng mãnh là có sức mạnh trên mức bình thường; tuyệt chủng là mất hẳn nòi giống.</w:t>
            </w:r>
          </w:p>
        </w:tc>
      </w:tr>
      <w:tr w:rsidR="002566DD" w14:paraId="02A14D1C" w14:textId="77777777" w:rsidTr="004138E1">
        <w:trPr>
          <w:cantSplit/>
          <w:jc w:val="center"/>
        </w:trPr>
        <w:tc>
          <w:tcPr>
            <w:tcW w:w="5112" w:type="dxa"/>
            <w:tcMar>
              <w:top w:w="80" w:type="dxa"/>
              <w:left w:w="80" w:type="dxa"/>
              <w:bottom w:w="80" w:type="dxa"/>
              <w:right w:w="80" w:type="dxa"/>
            </w:tcMar>
          </w:tcPr>
          <w:p w14:paraId="44345BB5" w14:textId="77777777" w:rsidR="002566DD" w:rsidRDefault="00623220" w:rsidP="004138E1">
            <w:pPr>
              <w:shd w:val="clear" w:color="auto" w:fill="FFFFFF" w:themeFill="background1"/>
            </w:pPr>
            <w:r>
              <w:rPr>
                <w:color w:val="000000"/>
              </w:rPr>
              <w:t>- GV tổ chức HS đọc nối tiếp lần 2, chú ý đọc rõ các thông tin trong bài.</w:t>
            </w:r>
          </w:p>
        </w:tc>
        <w:tc>
          <w:tcPr>
            <w:tcW w:w="5112" w:type="dxa"/>
            <w:tcMar>
              <w:top w:w="80" w:type="dxa"/>
              <w:left w:w="80" w:type="dxa"/>
              <w:bottom w:w="80" w:type="dxa"/>
              <w:right w:w="80" w:type="dxa"/>
            </w:tcMar>
          </w:tcPr>
          <w:p w14:paraId="27AF140F" w14:textId="77777777" w:rsidR="002566DD" w:rsidRDefault="00623220" w:rsidP="004138E1">
            <w:pPr>
              <w:shd w:val="clear" w:color="auto" w:fill="FFFFFF" w:themeFill="background1"/>
            </w:pPr>
            <w:r>
              <w:rPr>
                <w:color w:val="000000"/>
              </w:rPr>
              <w:t>- HS đọc nối tiếp lần 2; HS khác theo dõi, nhận xét bạn đọc.</w:t>
            </w:r>
          </w:p>
        </w:tc>
      </w:tr>
      <w:tr w:rsidR="002566DD" w14:paraId="07D04940" w14:textId="77777777" w:rsidTr="004138E1">
        <w:trPr>
          <w:cantSplit/>
          <w:jc w:val="center"/>
        </w:trPr>
        <w:tc>
          <w:tcPr>
            <w:tcW w:w="5112" w:type="dxa"/>
            <w:tcMar>
              <w:top w:w="80" w:type="dxa"/>
              <w:left w:w="80" w:type="dxa"/>
              <w:bottom w:w="80" w:type="dxa"/>
              <w:right w:w="80" w:type="dxa"/>
            </w:tcMar>
          </w:tcPr>
          <w:p w14:paraId="0117CD7E" w14:textId="77777777" w:rsidR="002566DD" w:rsidRDefault="00623220" w:rsidP="004138E1">
            <w:pPr>
              <w:shd w:val="clear" w:color="auto" w:fill="FFFFFF" w:themeFill="background1"/>
            </w:pPr>
            <w:r>
              <w:rPr>
                <w:b/>
                <w:color w:val="000000"/>
              </w:rPr>
              <w:lastRenderedPageBreak/>
              <w:t>- c. HS luyện đọc trong nhóm. GV giao nhiệm vụ nhóm 4 luyện đọc nối tiếp và góp ý cho nhau.</w:t>
            </w:r>
          </w:p>
        </w:tc>
        <w:tc>
          <w:tcPr>
            <w:tcW w:w="5112" w:type="dxa"/>
            <w:tcMar>
              <w:top w:w="80" w:type="dxa"/>
              <w:left w:w="80" w:type="dxa"/>
              <w:bottom w:w="80" w:type="dxa"/>
              <w:right w:w="80" w:type="dxa"/>
            </w:tcMar>
          </w:tcPr>
          <w:p w14:paraId="09331599" w14:textId="77777777" w:rsidR="002566DD" w:rsidRDefault="00623220" w:rsidP="004138E1">
            <w:pPr>
              <w:shd w:val="clear" w:color="auto" w:fill="FFFFFF" w:themeFill="background1"/>
            </w:pPr>
            <w:r>
              <w:rPr>
                <w:color w:val="000000"/>
              </w:rPr>
              <w:t>- HS đọc nhóm 4; bạn trong nhóm góp ý phát âm và ngắt nghỉ.</w:t>
            </w:r>
          </w:p>
        </w:tc>
      </w:tr>
      <w:tr w:rsidR="002566DD" w14:paraId="134C74C5" w14:textId="77777777" w:rsidTr="004138E1">
        <w:trPr>
          <w:cantSplit/>
          <w:jc w:val="center"/>
        </w:trPr>
        <w:tc>
          <w:tcPr>
            <w:tcW w:w="5112" w:type="dxa"/>
            <w:tcMar>
              <w:top w:w="80" w:type="dxa"/>
              <w:left w:w="80" w:type="dxa"/>
              <w:bottom w:w="80" w:type="dxa"/>
              <w:right w:w="80" w:type="dxa"/>
            </w:tcMar>
          </w:tcPr>
          <w:p w14:paraId="5C96C537" w14:textId="77777777" w:rsidR="002566DD" w:rsidRDefault="00623220" w:rsidP="004138E1">
            <w:pPr>
              <w:shd w:val="clear" w:color="auto" w:fill="FFFFFF" w:themeFill="background1"/>
            </w:pPr>
            <w:r>
              <w:rPr>
                <w:color w:val="000000"/>
              </w:rPr>
              <w:t>- GV mời 2 nhóm thi đọc.</w:t>
            </w:r>
          </w:p>
        </w:tc>
        <w:tc>
          <w:tcPr>
            <w:tcW w:w="5112" w:type="dxa"/>
            <w:tcMar>
              <w:top w:w="80" w:type="dxa"/>
              <w:left w:w="80" w:type="dxa"/>
              <w:bottom w:w="80" w:type="dxa"/>
              <w:right w:w="80" w:type="dxa"/>
            </w:tcMar>
          </w:tcPr>
          <w:p w14:paraId="1F18BE62" w14:textId="77777777" w:rsidR="002566DD" w:rsidRDefault="00623220" w:rsidP="004138E1">
            <w:pPr>
              <w:shd w:val="clear" w:color="auto" w:fill="FFFFFF" w:themeFill="background1"/>
            </w:pPr>
            <w:r>
              <w:rPr>
                <w:color w:val="000000"/>
              </w:rPr>
              <w:t>- Đại diện nhóm thi đọc; lớp nhận xét nhóm đọc rõ ràng, đúng tốc độ.</w:t>
            </w:r>
          </w:p>
        </w:tc>
      </w:tr>
      <w:tr w:rsidR="002566DD" w14:paraId="76BFC8B2"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772861C2" w14:textId="77777777" w:rsidR="002566DD" w:rsidRDefault="00623220" w:rsidP="004138E1">
            <w:pPr>
              <w:shd w:val="clear" w:color="auto" w:fill="FFFFFF" w:themeFill="background1"/>
            </w:pPr>
            <w:r>
              <w:rPr>
                <w:b/>
                <w:color w:val="000000"/>
              </w:rPr>
              <w:t>- d. Đọc toàn bài. GV mời 1 HS đọc toàn bài.</w:t>
            </w:r>
          </w:p>
        </w:tc>
        <w:tc>
          <w:tcPr>
            <w:tcW w:w="5112" w:type="dxa"/>
            <w:tcBorders>
              <w:bottom w:val="single" w:sz="4" w:space="0" w:color="auto"/>
            </w:tcBorders>
            <w:tcMar>
              <w:top w:w="80" w:type="dxa"/>
              <w:left w:w="80" w:type="dxa"/>
              <w:bottom w:w="80" w:type="dxa"/>
              <w:right w:w="80" w:type="dxa"/>
            </w:tcMar>
          </w:tcPr>
          <w:p w14:paraId="633B5885" w14:textId="77777777" w:rsidR="002566DD" w:rsidRDefault="00623220" w:rsidP="004138E1">
            <w:pPr>
              <w:shd w:val="clear" w:color="auto" w:fill="FFFFFF" w:themeFill="background1"/>
            </w:pPr>
            <w:r>
              <w:rPr>
                <w:color w:val="000000"/>
              </w:rPr>
              <w:t>- 1 HS đọc toàn bài, lớp đọc thầm theo.</w:t>
            </w:r>
          </w:p>
        </w:tc>
      </w:tr>
      <w:tr w:rsidR="002566DD" w14:paraId="2EFEF380"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6834176" w14:textId="77777777" w:rsidR="002566DD" w:rsidRDefault="00623220" w:rsidP="004138E1">
            <w:pPr>
              <w:shd w:val="clear" w:color="auto" w:fill="FFFFFF" w:themeFill="background1"/>
            </w:pPr>
            <w:r>
              <w:rPr>
                <w:b/>
              </w:rPr>
              <w:t>3. VẬN DỤNG (5 phút)</w:t>
            </w:r>
          </w:p>
          <w:p w14:paraId="64731BD0" w14:textId="77777777" w:rsidR="002566DD" w:rsidRDefault="00623220" w:rsidP="004138E1">
            <w:pPr>
              <w:shd w:val="clear" w:color="auto" w:fill="FFFFFF" w:themeFill="background1"/>
            </w:pPr>
            <w:r>
              <w:rPr>
                <w:b/>
              </w:rPr>
              <w:t>Mục tiêu: HS củng cố nội dung vừa đọc và chuẩn bị cho hoạt động trả lời câu hỏi ở tiết 2.</w:t>
            </w:r>
          </w:p>
        </w:tc>
      </w:tr>
      <w:tr w:rsidR="002566DD" w14:paraId="14B2DDC3" w14:textId="77777777" w:rsidTr="004138E1">
        <w:trPr>
          <w:cantSplit/>
          <w:jc w:val="center"/>
        </w:trPr>
        <w:tc>
          <w:tcPr>
            <w:tcW w:w="5112" w:type="dxa"/>
            <w:tcBorders>
              <w:top w:val="single" w:sz="4" w:space="0" w:color="auto"/>
            </w:tcBorders>
            <w:shd w:val="clear" w:color="auto" w:fill="FFFFFF"/>
            <w:tcMar>
              <w:top w:w="80" w:type="dxa"/>
              <w:left w:w="80" w:type="dxa"/>
              <w:bottom w:w="80" w:type="dxa"/>
              <w:right w:w="80" w:type="dxa"/>
            </w:tcMar>
          </w:tcPr>
          <w:p w14:paraId="05D02F6C" w14:textId="77777777" w:rsidR="002566DD" w:rsidRDefault="00623220" w:rsidP="004138E1">
            <w:pPr>
              <w:shd w:val="clear" w:color="auto" w:fill="FFFFFF" w:themeFill="background1"/>
              <w:jc w:val="both"/>
            </w:pPr>
            <w:r>
              <w:t>- GV yêu cầu HS nêu một thông tin về khủng long em nhớ nhất sau khi đọc văn bản.</w:t>
            </w:r>
          </w:p>
        </w:tc>
        <w:tc>
          <w:tcPr>
            <w:tcW w:w="5112" w:type="dxa"/>
            <w:tcBorders>
              <w:top w:val="single" w:sz="4" w:space="0" w:color="auto"/>
            </w:tcBorders>
            <w:shd w:val="clear" w:color="auto" w:fill="FFFFFF"/>
            <w:tcMar>
              <w:top w:w="80" w:type="dxa"/>
              <w:left w:w="80" w:type="dxa"/>
              <w:bottom w:w="80" w:type="dxa"/>
              <w:right w:w="80" w:type="dxa"/>
            </w:tcMar>
          </w:tcPr>
          <w:p w14:paraId="1EB8055F" w14:textId="77777777" w:rsidR="002566DD" w:rsidRDefault="00623220" w:rsidP="004138E1">
            <w:pPr>
              <w:shd w:val="clear" w:color="auto" w:fill="FFFFFF" w:themeFill="background1"/>
              <w:jc w:val="both"/>
            </w:pPr>
            <w:r>
              <w:t>- HS nêu: Khủng long đã tuyệt chủng; có loài ăn cỏ, có loài ăn thịt; chân khủng long rất khỏe.</w:t>
            </w:r>
          </w:p>
        </w:tc>
      </w:tr>
      <w:tr w:rsidR="002566DD" w14:paraId="436FF667" w14:textId="77777777" w:rsidTr="004138E1">
        <w:trPr>
          <w:cantSplit/>
          <w:jc w:val="center"/>
        </w:trPr>
        <w:tc>
          <w:tcPr>
            <w:tcW w:w="5112" w:type="dxa"/>
            <w:tcBorders>
              <w:bottom w:val="single" w:sz="4" w:space="0" w:color="auto"/>
            </w:tcBorders>
            <w:shd w:val="clear" w:color="auto" w:fill="FFFFFF"/>
            <w:tcMar>
              <w:top w:w="80" w:type="dxa"/>
              <w:left w:w="80" w:type="dxa"/>
              <w:bottom w:w="80" w:type="dxa"/>
              <w:right w:w="80" w:type="dxa"/>
            </w:tcMar>
          </w:tcPr>
          <w:p w14:paraId="2CF249EC" w14:textId="77777777" w:rsidR="002566DD" w:rsidRDefault="00623220" w:rsidP="004138E1">
            <w:pPr>
              <w:shd w:val="clear" w:color="auto" w:fill="FFFFFF" w:themeFill="background1"/>
              <w:jc w:val="both"/>
            </w:pPr>
            <w:r>
              <w:t>- GV dặn HS chuẩn bị tiết 2: đọc lại bài và suy nghĩ câu trả lời cho các câu hỏi trong SGK.</w:t>
            </w:r>
          </w:p>
        </w:tc>
        <w:tc>
          <w:tcPr>
            <w:tcW w:w="5112" w:type="dxa"/>
            <w:tcBorders>
              <w:bottom w:val="single" w:sz="4" w:space="0" w:color="auto"/>
            </w:tcBorders>
            <w:shd w:val="clear" w:color="auto" w:fill="FFFFFF"/>
            <w:tcMar>
              <w:top w:w="80" w:type="dxa"/>
              <w:left w:w="80" w:type="dxa"/>
              <w:bottom w:w="80" w:type="dxa"/>
              <w:right w:w="80" w:type="dxa"/>
            </w:tcMar>
          </w:tcPr>
          <w:p w14:paraId="660AB288" w14:textId="77777777" w:rsidR="002566DD" w:rsidRDefault="00623220" w:rsidP="004138E1">
            <w:pPr>
              <w:shd w:val="clear" w:color="auto" w:fill="FFFFFF" w:themeFill="background1"/>
              <w:jc w:val="both"/>
            </w:pPr>
            <w:r>
              <w:t>- HS lắng nghe, ghi nhớ nhiệm vụ chuẩn bị cho tiết 2.</w:t>
            </w:r>
          </w:p>
        </w:tc>
      </w:tr>
      <w:tr w:rsidR="002566DD" w14:paraId="4EECC74D"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94CB5F2" w14:textId="77777777" w:rsidR="002566DD" w:rsidRDefault="00623220" w:rsidP="004138E1">
            <w:pPr>
              <w:shd w:val="clear" w:color="auto" w:fill="FFFFFF" w:themeFill="background1"/>
            </w:pPr>
            <w:r>
              <w:rPr>
                <w:b/>
              </w:rPr>
              <w:t>TIẾT 2</w:t>
            </w:r>
          </w:p>
        </w:tc>
      </w:tr>
      <w:tr w:rsidR="002566DD" w14:paraId="0B994DE8"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6CA6AC43" w14:textId="77777777" w:rsidR="002566DD" w:rsidRDefault="00623220" w:rsidP="004138E1">
            <w:pPr>
              <w:shd w:val="clear" w:color="auto" w:fill="FFFFFF" w:themeFill="background1"/>
            </w:pPr>
            <w:r>
              <w:rPr>
                <w:b/>
              </w:rPr>
              <w:t>HOẠT ĐỘNG 2: TRẢ LỜI CÂU HỎI (17 phút)</w:t>
            </w:r>
          </w:p>
          <w:p w14:paraId="512B77A1" w14:textId="77777777" w:rsidR="002566DD" w:rsidRDefault="00623220" w:rsidP="004138E1">
            <w:pPr>
              <w:shd w:val="clear" w:color="auto" w:fill="FFFFFF" w:themeFill="background1"/>
            </w:pPr>
            <w:r>
              <w:rPr>
                <w:b/>
              </w:rPr>
              <w:t>Mục tiêu: HS trả lời được câu hỏi về nội dung bài, tìm chi tiết trong văn bản thông tin và biết kiểm tra thông tin đọc được.</w:t>
            </w:r>
          </w:p>
        </w:tc>
      </w:tr>
      <w:tr w:rsidR="002566DD" w14:paraId="482E4F98"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134E7EC6" w14:textId="77777777" w:rsidR="002566DD" w:rsidRDefault="00623220" w:rsidP="004138E1">
            <w:pPr>
              <w:shd w:val="clear" w:color="auto" w:fill="FFFFFF" w:themeFill="background1"/>
            </w:pPr>
            <w:r>
              <w:rPr>
                <w:color w:val="000000"/>
              </w:rPr>
              <w:t>- GV yêu cầu HS đọc thầm đoạn 1 và trả lời câu 1: Bài đọc cho biết những thông tin nào về khủng long?</w:t>
            </w:r>
          </w:p>
          <w:p w14:paraId="45621BF7" w14:textId="77777777" w:rsidR="002566DD" w:rsidRDefault="00623220" w:rsidP="004138E1">
            <w:pPr>
              <w:shd w:val="clear" w:color="auto" w:fill="FFFFFF" w:themeFill="background1"/>
            </w:pPr>
            <w:r>
              <w:rPr>
                <w:b/>
              </w:rPr>
              <w:t>- a. thường sống ở các vùng đất khô.</w:t>
            </w:r>
          </w:p>
          <w:p w14:paraId="5FD7A8BF" w14:textId="77777777" w:rsidR="002566DD" w:rsidRDefault="00623220" w:rsidP="004138E1">
            <w:pPr>
              <w:shd w:val="clear" w:color="auto" w:fill="FFFFFF" w:themeFill="background1"/>
            </w:pPr>
            <w:r>
              <w:rPr>
                <w:b/>
              </w:rPr>
              <w:t>- b. có kích thước khổng lồ.</w:t>
            </w:r>
          </w:p>
          <w:p w14:paraId="6F71954E" w14:textId="77777777" w:rsidR="002566DD" w:rsidRDefault="00623220" w:rsidP="004138E1">
            <w:pPr>
              <w:shd w:val="clear" w:color="auto" w:fill="FFFFFF" w:themeFill="background1"/>
            </w:pPr>
            <w:r>
              <w:rPr>
                <w:b/>
              </w:rPr>
              <w:t>- c. ăn cỏ hoặc ăn thịt.</w:t>
            </w:r>
          </w:p>
          <w:p w14:paraId="7379BD14" w14:textId="77777777" w:rsidR="002566DD" w:rsidRDefault="00623220" w:rsidP="004138E1">
            <w:pPr>
              <w:shd w:val="clear" w:color="auto" w:fill="FFFFFF" w:themeFill="background1"/>
            </w:pPr>
            <w:r>
              <w:rPr>
                <w:b/>
              </w:rPr>
              <w:t>- d. hung dữ.</w:t>
            </w:r>
          </w:p>
          <w:p w14:paraId="2057B043" w14:textId="572264D3"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5F11C7E4" w14:textId="77777777" w:rsidR="002566DD" w:rsidRDefault="00623220" w:rsidP="004138E1">
            <w:pPr>
              <w:shd w:val="clear" w:color="auto" w:fill="FFFFFF" w:themeFill="background1"/>
            </w:pPr>
            <w:r>
              <w:rPr>
                <w:color w:val="000000"/>
              </w:rPr>
              <w:t>- HS trả lời: Bài đọc cho biết khủng long thường sống ở các vùng đất khô, có kích thước khổng lồ, ăn cỏ hoặc ăn thịt, có loài hung dữ.</w:t>
            </w:r>
          </w:p>
        </w:tc>
      </w:tr>
      <w:tr w:rsidR="002566DD" w14:paraId="17F711BD" w14:textId="77777777" w:rsidTr="004138E1">
        <w:trPr>
          <w:cantSplit/>
          <w:jc w:val="center"/>
        </w:trPr>
        <w:tc>
          <w:tcPr>
            <w:tcW w:w="5112" w:type="dxa"/>
            <w:tcMar>
              <w:top w:w="80" w:type="dxa"/>
              <w:left w:w="80" w:type="dxa"/>
              <w:bottom w:w="80" w:type="dxa"/>
              <w:right w:w="80" w:type="dxa"/>
            </w:tcMar>
          </w:tcPr>
          <w:p w14:paraId="33B044EC" w14:textId="77777777" w:rsidR="002566DD" w:rsidRDefault="00623220" w:rsidP="004138E1">
            <w:pPr>
              <w:shd w:val="clear" w:color="auto" w:fill="FFFFFF" w:themeFill="background1"/>
            </w:pPr>
            <w:r>
              <w:rPr>
                <w:color w:val="000000"/>
              </w:rPr>
              <w:t>- GV yêu cầu HS đọc đoạn 3 và trả lời câu 2: Những bộ phận nào giúp khủng long săn mồi tốt?</w:t>
            </w:r>
          </w:p>
        </w:tc>
        <w:tc>
          <w:tcPr>
            <w:tcW w:w="5112" w:type="dxa"/>
            <w:tcMar>
              <w:top w:w="80" w:type="dxa"/>
              <w:left w:w="80" w:type="dxa"/>
              <w:bottom w:w="80" w:type="dxa"/>
              <w:right w:w="80" w:type="dxa"/>
            </w:tcMar>
          </w:tcPr>
          <w:p w14:paraId="0C50EF40" w14:textId="77777777" w:rsidR="002566DD" w:rsidRDefault="00623220" w:rsidP="004138E1">
            <w:pPr>
              <w:shd w:val="clear" w:color="auto" w:fill="FFFFFF" w:themeFill="background1"/>
            </w:pPr>
            <w:r>
              <w:rPr>
                <w:color w:val="000000"/>
              </w:rPr>
              <w:t>- HS trả lời: Chân khủng long thẳng và rất khỏe; răng sắc giúp khủng long săn mồi tốt.</w:t>
            </w:r>
          </w:p>
        </w:tc>
      </w:tr>
      <w:tr w:rsidR="002566DD" w14:paraId="05D5FFDE" w14:textId="77777777" w:rsidTr="004138E1">
        <w:trPr>
          <w:cantSplit/>
          <w:jc w:val="center"/>
        </w:trPr>
        <w:tc>
          <w:tcPr>
            <w:tcW w:w="5112" w:type="dxa"/>
            <w:tcMar>
              <w:top w:w="80" w:type="dxa"/>
              <w:left w:w="80" w:type="dxa"/>
              <w:bottom w:w="80" w:type="dxa"/>
              <w:right w:w="80" w:type="dxa"/>
            </w:tcMar>
          </w:tcPr>
          <w:p w14:paraId="7C704EEE" w14:textId="77777777" w:rsidR="002566DD" w:rsidRDefault="00623220" w:rsidP="004138E1">
            <w:pPr>
              <w:shd w:val="clear" w:color="auto" w:fill="FFFFFF" w:themeFill="background1"/>
            </w:pPr>
            <w:r>
              <w:rPr>
                <w:color w:val="000000"/>
              </w:rPr>
              <w:t>- GV hỏi câu 3: Nhờ đâu khủng long có khả năng tự vệ tốt?</w:t>
            </w:r>
          </w:p>
        </w:tc>
        <w:tc>
          <w:tcPr>
            <w:tcW w:w="5112" w:type="dxa"/>
            <w:tcMar>
              <w:top w:w="80" w:type="dxa"/>
              <w:left w:w="80" w:type="dxa"/>
              <w:bottom w:w="80" w:type="dxa"/>
              <w:right w:w="80" w:type="dxa"/>
            </w:tcMar>
          </w:tcPr>
          <w:p w14:paraId="7B910767" w14:textId="77777777" w:rsidR="002566DD" w:rsidRDefault="00623220" w:rsidP="004138E1">
            <w:pPr>
              <w:shd w:val="clear" w:color="auto" w:fill="FFFFFF" w:themeFill="background1"/>
            </w:pPr>
            <w:r>
              <w:rPr>
                <w:color w:val="000000"/>
              </w:rPr>
              <w:t>- HS trả lời: Khủng long có khả năng tự vệ tốt nhờ cái đầu cứng và cái đuôi dũng mãnh.</w:t>
            </w:r>
          </w:p>
        </w:tc>
      </w:tr>
      <w:tr w:rsidR="002566DD" w14:paraId="7958B0C9" w14:textId="77777777" w:rsidTr="004138E1">
        <w:trPr>
          <w:cantSplit/>
          <w:jc w:val="center"/>
        </w:trPr>
        <w:tc>
          <w:tcPr>
            <w:tcW w:w="5112" w:type="dxa"/>
            <w:tcMar>
              <w:top w:w="80" w:type="dxa"/>
              <w:left w:w="80" w:type="dxa"/>
              <w:bottom w:w="80" w:type="dxa"/>
              <w:right w:w="80" w:type="dxa"/>
            </w:tcMar>
          </w:tcPr>
          <w:p w14:paraId="7DC5AE74" w14:textId="77777777" w:rsidR="002566DD" w:rsidRDefault="00623220" w:rsidP="004138E1">
            <w:pPr>
              <w:shd w:val="clear" w:color="auto" w:fill="FFFFFF" w:themeFill="background1"/>
            </w:pPr>
            <w:r>
              <w:rPr>
                <w:color w:val="000000"/>
              </w:rPr>
              <w:t>- GV hỏi câu 4: Vì sao chúng ta không thể gặp khủng long thật?</w:t>
            </w:r>
          </w:p>
        </w:tc>
        <w:tc>
          <w:tcPr>
            <w:tcW w:w="5112" w:type="dxa"/>
            <w:tcMar>
              <w:top w:w="80" w:type="dxa"/>
              <w:left w:w="80" w:type="dxa"/>
              <w:bottom w:w="80" w:type="dxa"/>
              <w:right w:w="80" w:type="dxa"/>
            </w:tcMar>
          </w:tcPr>
          <w:p w14:paraId="23C28AEF" w14:textId="77777777" w:rsidR="002566DD" w:rsidRDefault="00623220" w:rsidP="004138E1">
            <w:pPr>
              <w:shd w:val="clear" w:color="auto" w:fill="FFFFFF" w:themeFill="background1"/>
            </w:pPr>
            <w:r>
              <w:rPr>
                <w:color w:val="000000"/>
              </w:rPr>
              <w:t>- HS trả lời: Vì trước khi con người xuất hiện, khủng long đã bị tuyệt chủng.</w:t>
            </w:r>
          </w:p>
        </w:tc>
      </w:tr>
      <w:tr w:rsidR="002566DD" w14:paraId="720D3F3B" w14:textId="77777777" w:rsidTr="004138E1">
        <w:trPr>
          <w:cantSplit/>
          <w:jc w:val="center"/>
        </w:trPr>
        <w:tc>
          <w:tcPr>
            <w:tcW w:w="5112" w:type="dxa"/>
            <w:tcMar>
              <w:top w:w="80" w:type="dxa"/>
              <w:left w:w="80" w:type="dxa"/>
              <w:bottom w:w="80" w:type="dxa"/>
              <w:right w:w="80" w:type="dxa"/>
            </w:tcMar>
          </w:tcPr>
          <w:p w14:paraId="5A83178A" w14:textId="77777777" w:rsidR="002566DD" w:rsidRDefault="00623220" w:rsidP="004138E1">
            <w:pPr>
              <w:shd w:val="clear" w:color="auto" w:fill="FFFFFF" w:themeFill="background1"/>
            </w:pPr>
            <w:r>
              <w:rPr>
                <w:color w:val="C00000"/>
              </w:rPr>
              <w:t>- GV hỏi dẫn tích hợp: Nếu xem trên mạng một thông tin nói “khủng long vẫn còn sống trong rừng”, em có tin ngay không? Vì sao?</w:t>
            </w:r>
          </w:p>
        </w:tc>
        <w:tc>
          <w:tcPr>
            <w:tcW w:w="5112" w:type="dxa"/>
            <w:tcMar>
              <w:top w:w="80" w:type="dxa"/>
              <w:left w:w="80" w:type="dxa"/>
              <w:bottom w:w="80" w:type="dxa"/>
              <w:right w:w="80" w:type="dxa"/>
            </w:tcMar>
          </w:tcPr>
          <w:p w14:paraId="722AE12C" w14:textId="77777777" w:rsidR="002566DD" w:rsidRDefault="00623220" w:rsidP="004138E1">
            <w:pPr>
              <w:shd w:val="clear" w:color="auto" w:fill="FFFFFF" w:themeFill="background1"/>
            </w:pPr>
            <w:r>
              <w:rPr>
                <w:color w:val="000000"/>
              </w:rPr>
              <w:t>- HS trả lời: Em không tin ngay. Em cần kiểm tra lại với bài đọc, sách hoặc nguồn cô giáo/cha mẹ cho phép, vì bài đọc nói khủng long đã tuyệt chủng.</w:t>
            </w:r>
          </w:p>
        </w:tc>
      </w:tr>
      <w:tr w:rsidR="002566DD" w14:paraId="07C54DC9" w14:textId="77777777" w:rsidTr="004138E1">
        <w:trPr>
          <w:cantSplit/>
          <w:jc w:val="center"/>
        </w:trPr>
        <w:tc>
          <w:tcPr>
            <w:tcW w:w="5112" w:type="dxa"/>
            <w:tcMar>
              <w:top w:w="80" w:type="dxa"/>
              <w:left w:w="80" w:type="dxa"/>
              <w:bottom w:w="80" w:type="dxa"/>
              <w:right w:w="80" w:type="dxa"/>
            </w:tcMar>
          </w:tcPr>
          <w:p w14:paraId="013FAA28" w14:textId="77777777" w:rsidR="002566DD" w:rsidRDefault="00623220" w:rsidP="004138E1">
            <w:pPr>
              <w:shd w:val="clear" w:color="auto" w:fill="FFFFFF" w:themeFill="background1"/>
            </w:pPr>
            <w:r>
              <w:rPr>
                <w:color w:val="C00000"/>
              </w:rPr>
              <w:t>- Tích hợp NLS 1.2.CB1a: GV hướng dẫn HS đối chiếu thông tin số với bài đọc và nguồn tin đáng tin cậy. GV nhắc HS không chia sẻ thông tin khi chưa kiểm tra, không bấm vào video/đường link giật gân về khủng long.</w:t>
            </w:r>
          </w:p>
        </w:tc>
        <w:tc>
          <w:tcPr>
            <w:tcW w:w="5112" w:type="dxa"/>
            <w:tcMar>
              <w:top w:w="80" w:type="dxa"/>
              <w:left w:w="80" w:type="dxa"/>
              <w:bottom w:w="80" w:type="dxa"/>
              <w:right w:w="80" w:type="dxa"/>
            </w:tcMar>
          </w:tcPr>
          <w:p w14:paraId="026F6D6B" w14:textId="77777777" w:rsidR="002566DD" w:rsidRDefault="00623220" w:rsidP="004138E1">
            <w:pPr>
              <w:shd w:val="clear" w:color="auto" w:fill="FFFFFF" w:themeFill="background1"/>
            </w:pPr>
            <w:r>
              <w:rPr>
                <w:color w:val="000000"/>
              </w:rPr>
              <w:t>- HS nêu quy tắc: đọc kĩ nguồn, so sánh với sách, hỏi người lớn/cô giáo, không chia sẻ thông tin chưa chắc chắn.</w:t>
            </w:r>
          </w:p>
        </w:tc>
      </w:tr>
      <w:tr w:rsidR="002566DD" w14:paraId="7ABB2BC0"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3745C191" w14:textId="77777777" w:rsidR="002566DD" w:rsidRDefault="00623220" w:rsidP="004138E1">
            <w:pPr>
              <w:shd w:val="clear" w:color="auto" w:fill="FFFFFF" w:themeFill="background1"/>
            </w:pPr>
            <w:r>
              <w:rPr>
                <w:color w:val="000000"/>
              </w:rPr>
              <w:lastRenderedPageBreak/>
              <w:t>- GV kết luận: Khủng long là loài vật đã tuyệt chủng. Tìm hiểu khủng long giúp chúng ta yêu hơn thế giới tự nhiên và biết bảo vệ các loài động vật đang sống hiện nay.</w:t>
            </w:r>
          </w:p>
        </w:tc>
        <w:tc>
          <w:tcPr>
            <w:tcW w:w="5112" w:type="dxa"/>
            <w:tcBorders>
              <w:bottom w:val="single" w:sz="4" w:space="0" w:color="auto"/>
            </w:tcBorders>
            <w:tcMar>
              <w:top w:w="80" w:type="dxa"/>
              <w:left w:w="80" w:type="dxa"/>
              <w:bottom w:w="80" w:type="dxa"/>
              <w:right w:w="80" w:type="dxa"/>
            </w:tcMar>
          </w:tcPr>
          <w:p w14:paraId="0A1FA2F4" w14:textId="77777777" w:rsidR="002566DD" w:rsidRDefault="00623220" w:rsidP="004138E1">
            <w:pPr>
              <w:shd w:val="clear" w:color="auto" w:fill="FFFFFF" w:themeFill="background1"/>
            </w:pPr>
            <w:r>
              <w:rPr>
                <w:color w:val="000000"/>
              </w:rPr>
              <w:t>- HS lắng nghe và nêu việc làm: không săn bắt động vật, không mua bán động vật quý hiếm, bảo vệ rừng và môi trường sống.</w:t>
            </w:r>
          </w:p>
        </w:tc>
      </w:tr>
      <w:tr w:rsidR="002566DD" w14:paraId="7E574729"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798A5F08" w14:textId="77777777" w:rsidR="002566DD" w:rsidRDefault="00623220" w:rsidP="004138E1">
            <w:pPr>
              <w:shd w:val="clear" w:color="auto" w:fill="FFFFFF" w:themeFill="background1"/>
            </w:pPr>
            <w:r>
              <w:rPr>
                <w:b/>
              </w:rPr>
              <w:t>HOẠT ĐỘNG 3: LUYỆN ĐỌC LẠI (6 phút)</w:t>
            </w:r>
          </w:p>
          <w:p w14:paraId="4C6CA087" w14:textId="77777777" w:rsidR="002566DD" w:rsidRDefault="00623220" w:rsidP="004138E1">
            <w:pPr>
              <w:shd w:val="clear" w:color="auto" w:fill="FFFFFF" w:themeFill="background1"/>
            </w:pPr>
            <w:r>
              <w:rPr>
                <w:b/>
              </w:rPr>
              <w:t>Mục tiêu: HS luyện đọc diễn cảm hơn, biết điều chỉnh giọng đọc và ngắt nghỉ phù hợp sau khi đã hiểu bài.</w:t>
            </w:r>
          </w:p>
        </w:tc>
      </w:tr>
      <w:tr w:rsidR="002566DD" w14:paraId="423A054E" w14:textId="77777777" w:rsidTr="004138E1">
        <w:trPr>
          <w:cantSplit/>
          <w:jc w:val="center"/>
        </w:trPr>
        <w:tc>
          <w:tcPr>
            <w:tcW w:w="5112" w:type="dxa"/>
            <w:tcBorders>
              <w:top w:val="single" w:sz="4" w:space="0" w:color="auto"/>
            </w:tcBorders>
            <w:shd w:val="clear" w:color="auto" w:fill="FFFFFF"/>
            <w:tcMar>
              <w:top w:w="80" w:type="dxa"/>
              <w:left w:w="80" w:type="dxa"/>
              <w:bottom w:w="80" w:type="dxa"/>
              <w:right w:w="80" w:type="dxa"/>
            </w:tcMar>
          </w:tcPr>
          <w:p w14:paraId="7551F437" w14:textId="77777777" w:rsidR="002566DD" w:rsidRDefault="00623220" w:rsidP="004138E1">
            <w:pPr>
              <w:shd w:val="clear" w:color="auto" w:fill="FFFFFF" w:themeFill="background1"/>
              <w:jc w:val="both"/>
            </w:pPr>
            <w:r>
              <w:t>- GV tổ chức cho HS luyện đọc lại các đoạn nêu thông tin quan trọng về khủng long, chú ý đọc rõ câu dài.</w:t>
            </w:r>
          </w:p>
        </w:tc>
        <w:tc>
          <w:tcPr>
            <w:tcW w:w="5112" w:type="dxa"/>
            <w:tcBorders>
              <w:top w:val="single" w:sz="4" w:space="0" w:color="auto"/>
            </w:tcBorders>
            <w:shd w:val="clear" w:color="auto" w:fill="FFFFFF"/>
            <w:tcMar>
              <w:top w:w="80" w:type="dxa"/>
              <w:left w:w="80" w:type="dxa"/>
              <w:bottom w:w="80" w:type="dxa"/>
              <w:right w:w="80" w:type="dxa"/>
            </w:tcMar>
          </w:tcPr>
          <w:p w14:paraId="6412D9CA" w14:textId="77777777" w:rsidR="002566DD" w:rsidRDefault="00623220" w:rsidP="004138E1">
            <w:pPr>
              <w:shd w:val="clear" w:color="auto" w:fill="FFFFFF" w:themeFill="background1"/>
              <w:jc w:val="both"/>
            </w:pPr>
            <w:r>
              <w:t>- HS luyện đọc theo nhóm 4; mỗi bạn đọc một đoạn và góp ý cách ngắt nghỉ sau dấu phẩy, dấu chấm.</w:t>
            </w:r>
          </w:p>
        </w:tc>
      </w:tr>
      <w:tr w:rsidR="002566DD" w14:paraId="4F0DF6F2" w14:textId="77777777" w:rsidTr="004138E1">
        <w:trPr>
          <w:cantSplit/>
          <w:jc w:val="center"/>
        </w:trPr>
        <w:tc>
          <w:tcPr>
            <w:tcW w:w="5112" w:type="dxa"/>
            <w:tcBorders>
              <w:bottom w:val="single" w:sz="4" w:space="0" w:color="auto"/>
            </w:tcBorders>
            <w:shd w:val="clear" w:color="auto" w:fill="FFFFFF"/>
            <w:tcMar>
              <w:top w:w="80" w:type="dxa"/>
              <w:left w:w="80" w:type="dxa"/>
              <w:bottom w:w="80" w:type="dxa"/>
              <w:right w:w="80" w:type="dxa"/>
            </w:tcMar>
          </w:tcPr>
          <w:p w14:paraId="46EA62E4" w14:textId="77777777" w:rsidR="002566DD" w:rsidRDefault="00623220" w:rsidP="004138E1">
            <w:pPr>
              <w:shd w:val="clear" w:color="auto" w:fill="FFFFFF" w:themeFill="background1"/>
              <w:jc w:val="both"/>
            </w:pPr>
            <w:r>
              <w:t>- GV mời 1–2 HS đọc lại đoạn em đọc tốt nhất và nêu một thông tin em nhớ trong đoạn đó.</w:t>
            </w:r>
          </w:p>
        </w:tc>
        <w:tc>
          <w:tcPr>
            <w:tcW w:w="5112" w:type="dxa"/>
            <w:tcBorders>
              <w:bottom w:val="single" w:sz="4" w:space="0" w:color="auto"/>
            </w:tcBorders>
            <w:shd w:val="clear" w:color="auto" w:fill="FFFFFF"/>
            <w:tcMar>
              <w:top w:w="80" w:type="dxa"/>
              <w:left w:w="80" w:type="dxa"/>
              <w:bottom w:w="80" w:type="dxa"/>
              <w:right w:w="80" w:type="dxa"/>
            </w:tcMar>
          </w:tcPr>
          <w:p w14:paraId="28E0B1B3" w14:textId="77777777" w:rsidR="002566DD" w:rsidRDefault="00623220" w:rsidP="004138E1">
            <w:pPr>
              <w:shd w:val="clear" w:color="auto" w:fill="FFFFFF" w:themeFill="background1"/>
              <w:jc w:val="both"/>
            </w:pPr>
            <w:r>
              <w:t>- HS đọc lại đoạn đã chọn và nêu thông tin: khủng long sống ở vùng đất khô; khủng long có chân khỏe, răng sắc.</w:t>
            </w:r>
          </w:p>
        </w:tc>
      </w:tr>
      <w:tr w:rsidR="002566DD" w14:paraId="26025508"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65C7705D" w14:textId="77777777" w:rsidR="002566DD" w:rsidRDefault="00623220" w:rsidP="004138E1">
            <w:pPr>
              <w:shd w:val="clear" w:color="auto" w:fill="FFFFFF" w:themeFill="background1"/>
            </w:pPr>
            <w:r>
              <w:rPr>
                <w:b/>
              </w:rPr>
              <w:t>HOẠT ĐỘNG 4: LUYỆN TẬP THEO VĂN BẢN ĐỌC (9 phút)</w:t>
            </w:r>
          </w:p>
          <w:p w14:paraId="2F2E8072" w14:textId="77777777" w:rsidR="002566DD" w:rsidRDefault="00623220" w:rsidP="004138E1">
            <w:pPr>
              <w:shd w:val="clear" w:color="auto" w:fill="FFFFFF" w:themeFill="background1"/>
            </w:pPr>
            <w:r>
              <w:rPr>
                <w:b/>
              </w:rPr>
              <w:t>Mục tiêu: HS tìm từ chỉ bộ phận, đặc điểm và hỏi – đáp về đặc điểm bộ phận của khủng long.</w:t>
            </w:r>
          </w:p>
        </w:tc>
      </w:tr>
      <w:tr w:rsidR="002566DD" w14:paraId="33CDD6C4"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4284CF8D" w14:textId="77777777" w:rsidR="002566DD" w:rsidRDefault="00623220" w:rsidP="004138E1">
            <w:pPr>
              <w:shd w:val="clear" w:color="auto" w:fill="FFFFFF" w:themeFill="background1"/>
            </w:pPr>
            <w:r>
              <w:rPr>
                <w:b/>
              </w:rPr>
              <w:t>- Bài tập 1:</w:t>
            </w:r>
            <w:r>
              <w:t xml:space="preserve"> GV yêu cầu HS quan sát tranh và tìm trong bài từ ngữ dùng để tả các bộ phận của khủng long.</w:t>
            </w:r>
          </w:p>
          <w:p w14:paraId="7C1B1E2C" w14:textId="3B235FE3"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376188E7" w14:textId="77777777" w:rsidR="002566DD" w:rsidRDefault="00623220" w:rsidP="004138E1">
            <w:pPr>
              <w:shd w:val="clear" w:color="auto" w:fill="FFFFFF" w:themeFill="background1"/>
            </w:pPr>
            <w:r>
              <w:rPr>
                <w:color w:val="000000"/>
              </w:rPr>
              <w:t>- HS quan sát tranh, tìm từ: tai, mắt, đầu, chân.</w:t>
            </w:r>
          </w:p>
        </w:tc>
      </w:tr>
      <w:tr w:rsidR="002566DD" w14:paraId="29229222" w14:textId="77777777" w:rsidTr="004138E1">
        <w:trPr>
          <w:cantSplit/>
          <w:jc w:val="center"/>
        </w:trPr>
        <w:tc>
          <w:tcPr>
            <w:tcW w:w="5112" w:type="dxa"/>
            <w:tcMar>
              <w:top w:w="80" w:type="dxa"/>
              <w:left w:w="80" w:type="dxa"/>
              <w:bottom w:w="80" w:type="dxa"/>
              <w:right w:w="80" w:type="dxa"/>
            </w:tcMar>
          </w:tcPr>
          <w:p w14:paraId="7AB4F6AA" w14:textId="77777777" w:rsidR="002566DD" w:rsidRDefault="00623220" w:rsidP="004138E1">
            <w:pPr>
              <w:shd w:val="clear" w:color="auto" w:fill="FFFFFF" w:themeFill="background1"/>
            </w:pPr>
            <w:r>
              <w:rPr>
                <w:color w:val="000000"/>
              </w:rPr>
              <w:t>- GV yêu cầu HS đọc các từ ngữ chỉ đặc điểm gắn với bộ phận.</w:t>
            </w:r>
          </w:p>
        </w:tc>
        <w:tc>
          <w:tcPr>
            <w:tcW w:w="5112" w:type="dxa"/>
            <w:tcMar>
              <w:top w:w="80" w:type="dxa"/>
              <w:left w:w="80" w:type="dxa"/>
              <w:bottom w:w="80" w:type="dxa"/>
              <w:right w:w="80" w:type="dxa"/>
            </w:tcMar>
          </w:tcPr>
          <w:p w14:paraId="0B67D351" w14:textId="77777777" w:rsidR="002566DD" w:rsidRDefault="00623220" w:rsidP="004138E1">
            <w:pPr>
              <w:shd w:val="clear" w:color="auto" w:fill="FFFFFF" w:themeFill="background1"/>
            </w:pPr>
            <w:r>
              <w:rPr>
                <w:color w:val="000000"/>
              </w:rPr>
              <w:t>- HS nêu: chân khủng long rất khỏe; răng sắc; đầu rất cứng; đuôi dũng mãnh.</w:t>
            </w:r>
          </w:p>
        </w:tc>
      </w:tr>
      <w:tr w:rsidR="002566DD" w14:paraId="2A17BFDC"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E4CF5AC" w14:textId="77777777" w:rsidR="002566DD" w:rsidRDefault="00623220" w:rsidP="004138E1">
            <w:pPr>
              <w:shd w:val="clear" w:color="auto" w:fill="FFFFFF" w:themeFill="background1"/>
            </w:pPr>
            <w:r>
              <w:rPr>
                <w:b/>
              </w:rPr>
              <w:t>- Bài tập 2:</w:t>
            </w:r>
            <w:r>
              <w:t xml:space="preserve"> GV tổ chức hỏi – đáp về đặc điểm các bộ phận của khủng long theo mẫu: Đầu khủng long thế nào?</w:t>
            </w:r>
          </w:p>
        </w:tc>
        <w:tc>
          <w:tcPr>
            <w:tcW w:w="5112" w:type="dxa"/>
            <w:tcBorders>
              <w:bottom w:val="single" w:sz="4" w:space="0" w:color="auto"/>
            </w:tcBorders>
            <w:tcMar>
              <w:top w:w="80" w:type="dxa"/>
              <w:left w:w="80" w:type="dxa"/>
              <w:bottom w:w="80" w:type="dxa"/>
              <w:right w:w="80" w:type="dxa"/>
            </w:tcMar>
          </w:tcPr>
          <w:p w14:paraId="5979A0B9" w14:textId="77777777" w:rsidR="002566DD" w:rsidRDefault="00623220" w:rsidP="004138E1">
            <w:pPr>
              <w:shd w:val="clear" w:color="auto" w:fill="FFFFFF" w:themeFill="background1"/>
            </w:pPr>
            <w:r>
              <w:rPr>
                <w:color w:val="000000"/>
              </w:rPr>
              <w:t>- HS hỏi – đáp: Đầu khủng long rất cứng. Chân khủng long rất khỏe. Đuôi khủng long dũng mãnh.</w:t>
            </w:r>
          </w:p>
        </w:tc>
      </w:tr>
      <w:tr w:rsidR="002566DD" w14:paraId="0362AD83"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6C282EEA" w14:textId="77777777" w:rsidR="002566DD" w:rsidRDefault="00623220" w:rsidP="004138E1">
            <w:pPr>
              <w:shd w:val="clear" w:color="auto" w:fill="FFFFFF" w:themeFill="background1"/>
            </w:pPr>
            <w:r>
              <w:rPr>
                <w:b/>
              </w:rPr>
              <w:t>4. VẬN DỤNG (3 phút)</w:t>
            </w:r>
          </w:p>
          <w:p w14:paraId="5C9CB899" w14:textId="77777777" w:rsidR="002566DD" w:rsidRDefault="00623220" w:rsidP="004138E1">
            <w:pPr>
              <w:shd w:val="clear" w:color="auto" w:fill="FFFFFF" w:themeFill="background1"/>
            </w:pPr>
            <w:r>
              <w:rPr>
                <w:b/>
              </w:rPr>
              <w:t>Mục tiêu: HS biết liên hệ việc bảo vệ động vật và môi trường sống của động vật.</w:t>
            </w:r>
          </w:p>
        </w:tc>
      </w:tr>
      <w:tr w:rsidR="002566DD" w14:paraId="55B59EE7"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7BA72B97" w14:textId="77777777" w:rsidR="002566DD" w:rsidRDefault="00623220" w:rsidP="004138E1">
            <w:pPr>
              <w:shd w:val="clear" w:color="auto" w:fill="FFFFFF" w:themeFill="background1"/>
            </w:pPr>
            <w:r>
              <w:rPr>
                <w:color w:val="000000"/>
              </w:rPr>
              <w:t>- GV hỏi: Sau bài học, em cần làm gì để góp phần bảo vệ động vật?</w:t>
            </w:r>
          </w:p>
        </w:tc>
        <w:tc>
          <w:tcPr>
            <w:tcW w:w="5112" w:type="dxa"/>
            <w:tcBorders>
              <w:top w:val="single" w:sz="4" w:space="0" w:color="auto"/>
            </w:tcBorders>
            <w:tcMar>
              <w:top w:w="80" w:type="dxa"/>
              <w:left w:w="80" w:type="dxa"/>
              <w:bottom w:w="80" w:type="dxa"/>
              <w:right w:w="80" w:type="dxa"/>
            </w:tcMar>
          </w:tcPr>
          <w:p w14:paraId="5740381D" w14:textId="77777777" w:rsidR="002566DD" w:rsidRDefault="00623220" w:rsidP="004138E1">
            <w:pPr>
              <w:shd w:val="clear" w:color="auto" w:fill="FFFFFF" w:themeFill="background1"/>
            </w:pPr>
            <w:r>
              <w:rPr>
                <w:color w:val="000000"/>
              </w:rPr>
              <w:t>- HS trả lời: Em không trêu chọc, không bắt nhốt động vật; em giữ vệ sinh môi trường, bảo vệ cây xanh và nơi sống của các loài vật.</w:t>
            </w:r>
          </w:p>
        </w:tc>
      </w:tr>
      <w:tr w:rsidR="002566DD" w14:paraId="6BA1C708" w14:textId="77777777" w:rsidTr="004138E1">
        <w:trPr>
          <w:cantSplit/>
          <w:jc w:val="center"/>
        </w:trPr>
        <w:tc>
          <w:tcPr>
            <w:tcW w:w="5112" w:type="dxa"/>
            <w:tcMar>
              <w:top w:w="80" w:type="dxa"/>
              <w:left w:w="80" w:type="dxa"/>
              <w:bottom w:w="80" w:type="dxa"/>
              <w:right w:w="80" w:type="dxa"/>
            </w:tcMar>
          </w:tcPr>
          <w:p w14:paraId="339DF31D" w14:textId="77777777" w:rsidR="002566DD" w:rsidRDefault="00623220" w:rsidP="004138E1">
            <w:pPr>
              <w:shd w:val="clear" w:color="auto" w:fill="FFFFFF" w:themeFill="background1"/>
            </w:pPr>
            <w:r>
              <w:rPr>
                <w:color w:val="000000"/>
              </w:rPr>
              <w:t>- GV dặn HS chuẩn bị tiết Viết: Nghe – viết Khủng long.</w:t>
            </w:r>
          </w:p>
        </w:tc>
        <w:tc>
          <w:tcPr>
            <w:tcW w:w="5112" w:type="dxa"/>
            <w:tcMar>
              <w:top w:w="80" w:type="dxa"/>
              <w:left w:w="80" w:type="dxa"/>
              <w:bottom w:w="80" w:type="dxa"/>
              <w:right w:w="80" w:type="dxa"/>
            </w:tcMar>
          </w:tcPr>
          <w:p w14:paraId="4D84684A" w14:textId="77777777" w:rsidR="002566DD" w:rsidRDefault="00623220" w:rsidP="004138E1">
            <w:pPr>
              <w:shd w:val="clear" w:color="auto" w:fill="FFFFFF" w:themeFill="background1"/>
            </w:pPr>
            <w:r>
              <w:rPr>
                <w:color w:val="000000"/>
              </w:rPr>
              <w:t>- HS ghi nhớ nhiệm vụ.</w:t>
            </w:r>
          </w:p>
        </w:tc>
      </w:tr>
    </w:tbl>
    <w:p w14:paraId="385D6A2E" w14:textId="77777777" w:rsidR="002566DD" w:rsidRDefault="00623220" w:rsidP="004138E1">
      <w:pPr>
        <w:shd w:val="clear" w:color="auto" w:fill="FFFFFF" w:themeFill="background1"/>
        <w:spacing w:after="0" w:line="240" w:lineRule="auto"/>
        <w:jc w:val="both"/>
      </w:pPr>
      <w:r>
        <w:rPr>
          <w:b/>
        </w:rPr>
        <w:t>IV. ĐIỀU CHỈNH SAU TIẾT HỌC (NẾU CÓ)</w:t>
      </w:r>
    </w:p>
    <w:p w14:paraId="72BF2C51" w14:textId="77777777" w:rsidR="002566DD" w:rsidRDefault="00623220" w:rsidP="004138E1">
      <w:pPr>
        <w:shd w:val="clear" w:color="auto" w:fill="FFFFFF" w:themeFill="background1"/>
        <w:spacing w:after="0" w:line="240" w:lineRule="auto"/>
        <w:jc w:val="both"/>
      </w:pPr>
      <w:r>
        <w:br w:type="page"/>
      </w:r>
    </w:p>
    <w:p w14:paraId="2B1415D0" w14:textId="77777777" w:rsidR="002566DD" w:rsidRDefault="00623220" w:rsidP="004138E1">
      <w:pPr>
        <w:shd w:val="clear" w:color="auto" w:fill="FFFFFF" w:themeFill="background1"/>
        <w:spacing w:after="0" w:line="240" w:lineRule="auto"/>
        <w:jc w:val="center"/>
      </w:pPr>
      <w:r>
        <w:rPr>
          <w:b/>
        </w:rPr>
        <w:lastRenderedPageBreak/>
        <w:t>KẾ HOẠCH BÀI DẠY MÔN TIẾNG VIỆT LỚP 2 – TUẦN 23</w:t>
      </w:r>
    </w:p>
    <w:p w14:paraId="3C95A61A" w14:textId="77777777" w:rsidR="002566DD" w:rsidRDefault="00623220" w:rsidP="004138E1">
      <w:pPr>
        <w:shd w:val="clear" w:color="auto" w:fill="FFFFFF" w:themeFill="background1"/>
        <w:spacing w:after="0" w:line="240" w:lineRule="auto"/>
        <w:jc w:val="center"/>
      </w:pPr>
      <w:r>
        <w:rPr>
          <w:b/>
        </w:rPr>
        <w:t>CHỦ ĐỀ: HÀNH TINH XANH CỦA EM</w:t>
      </w:r>
    </w:p>
    <w:p w14:paraId="54120F9B" w14:textId="77777777" w:rsidR="002566DD" w:rsidRDefault="00623220" w:rsidP="004138E1">
      <w:pPr>
        <w:shd w:val="clear" w:color="auto" w:fill="FFFFFF" w:themeFill="background1"/>
        <w:spacing w:after="0" w:line="240" w:lineRule="auto"/>
        <w:jc w:val="center"/>
      </w:pPr>
      <w:r>
        <w:rPr>
          <w:b/>
        </w:rPr>
        <w:t>BÀI 10: KHỦNG LONG</w:t>
      </w:r>
    </w:p>
    <w:p w14:paraId="53ED972E" w14:textId="77777777" w:rsidR="002566DD" w:rsidRDefault="00623220" w:rsidP="004138E1">
      <w:pPr>
        <w:shd w:val="clear" w:color="auto" w:fill="FFFFFF" w:themeFill="background1"/>
        <w:spacing w:after="0" w:line="240" w:lineRule="auto"/>
        <w:jc w:val="center"/>
      </w:pPr>
      <w:r>
        <w:rPr>
          <w:b/>
        </w:rPr>
        <w:t>TIẾT 3: VIẾT; TIẾT 4: LUYỆN TẬP; TIẾT 5 – 6: VIẾT ĐOẠN VĂN – ĐỌC MỞ RỘNG</w:t>
      </w:r>
    </w:p>
    <w:p w14:paraId="5CCDB2CD" w14:textId="77777777" w:rsidR="002566DD" w:rsidRDefault="00623220" w:rsidP="004138E1">
      <w:pPr>
        <w:shd w:val="clear" w:color="auto" w:fill="FFFFFF" w:themeFill="background1"/>
        <w:spacing w:after="0" w:line="240" w:lineRule="auto"/>
        <w:jc w:val="both"/>
      </w:pPr>
      <w:r>
        <w:rPr>
          <w:b/>
        </w:rPr>
        <w:t>I. YÊU CẦU CẦN ĐẠT</w:t>
      </w:r>
    </w:p>
    <w:p w14:paraId="5A513C4F" w14:textId="77777777" w:rsidR="002566DD" w:rsidRDefault="00623220" w:rsidP="004138E1">
      <w:pPr>
        <w:shd w:val="clear" w:color="auto" w:fill="FFFFFF" w:themeFill="background1"/>
        <w:spacing w:after="0" w:line="240" w:lineRule="auto"/>
        <w:jc w:val="both"/>
      </w:pPr>
      <w:r>
        <w:rPr>
          <w:b/>
        </w:rPr>
        <w:t>1. Năng lực đặc thù</w:t>
      </w:r>
    </w:p>
    <w:p w14:paraId="79839ABB" w14:textId="77777777" w:rsidR="002566DD" w:rsidRDefault="00623220" w:rsidP="004138E1">
      <w:pPr>
        <w:shd w:val="clear" w:color="auto" w:fill="FFFFFF" w:themeFill="background1"/>
        <w:spacing w:after="0" w:line="240" w:lineRule="auto"/>
        <w:jc w:val="both"/>
      </w:pPr>
      <w:r>
        <w:t>- Nghe – viết đúng đoạn văn Khủng long; làm đúng các bài tập phân biệt uya/uyu, iêu/ươu, uôt/ươc.</w:t>
      </w:r>
    </w:p>
    <w:p w14:paraId="48D3F7B0" w14:textId="77777777" w:rsidR="002566DD" w:rsidRDefault="00623220" w:rsidP="004138E1">
      <w:pPr>
        <w:shd w:val="clear" w:color="auto" w:fill="FFFFFF" w:themeFill="background1"/>
        <w:spacing w:after="0" w:line="240" w:lineRule="auto"/>
        <w:jc w:val="both"/>
      </w:pPr>
      <w:r>
        <w:t>- Mở rộng vốn từ về muông thú; tìm được từ chỉ hoạt động của con vật; đặt câu với từ chỉ hoạt động; điền đúng dấu chấm, dấu chấm hỏi, dấu chấm than.</w:t>
      </w:r>
    </w:p>
    <w:p w14:paraId="06D1E93E" w14:textId="77777777" w:rsidR="002566DD" w:rsidRDefault="00623220" w:rsidP="004138E1">
      <w:pPr>
        <w:shd w:val="clear" w:color="auto" w:fill="FFFFFF" w:themeFill="background1"/>
        <w:spacing w:after="0" w:line="240" w:lineRule="auto"/>
        <w:jc w:val="both"/>
      </w:pPr>
      <w:r>
        <w:t>- Nói được tên con vật trong ảnh; viết 3–5 câu giới thiệu tranh/ảnh về một con vật em yêu thích; biết tìm đọc và chia sẻ thông tin về động vật hoang dã.</w:t>
      </w:r>
    </w:p>
    <w:p w14:paraId="3DED9BE2" w14:textId="77777777" w:rsidR="002566DD" w:rsidRDefault="00623220" w:rsidP="004138E1">
      <w:pPr>
        <w:shd w:val="clear" w:color="auto" w:fill="FFFFFF" w:themeFill="background1"/>
        <w:spacing w:after="0" w:line="240" w:lineRule="auto"/>
        <w:jc w:val="both"/>
      </w:pPr>
      <w:r>
        <w:rPr>
          <w:b/>
        </w:rPr>
        <w:t>2. Năng lực chung</w:t>
      </w:r>
    </w:p>
    <w:p w14:paraId="5F81F4F5" w14:textId="77777777" w:rsidR="002566DD" w:rsidRDefault="00623220" w:rsidP="004138E1">
      <w:pPr>
        <w:shd w:val="clear" w:color="auto" w:fill="FFFFFF" w:themeFill="background1"/>
        <w:spacing w:after="0" w:line="240" w:lineRule="auto"/>
        <w:jc w:val="both"/>
      </w:pPr>
      <w:r>
        <w:t>- Tự chủ và tự học: Chủ động soát lỗi chính tả, hoàn thành bài tập theo hướng dẫn.</w:t>
      </w:r>
    </w:p>
    <w:p w14:paraId="179F3C43" w14:textId="77777777" w:rsidR="002566DD" w:rsidRDefault="00623220" w:rsidP="004138E1">
      <w:pPr>
        <w:shd w:val="clear" w:color="auto" w:fill="FFFFFF" w:themeFill="background1"/>
        <w:spacing w:after="0" w:line="240" w:lineRule="auto"/>
        <w:jc w:val="both"/>
      </w:pPr>
      <w:r>
        <w:t>- Giao tiếp và hợp tác: Biết trao đổi nhóm đôi/nhóm 4 khi tìm từ, đặt câu và giới thiệu tranh ảnh.</w:t>
      </w:r>
    </w:p>
    <w:p w14:paraId="52D7A756" w14:textId="77777777" w:rsidR="002566DD" w:rsidRDefault="00623220" w:rsidP="004138E1">
      <w:pPr>
        <w:shd w:val="clear" w:color="auto" w:fill="FFFFFF" w:themeFill="background1"/>
        <w:spacing w:after="0" w:line="240" w:lineRule="auto"/>
        <w:jc w:val="both"/>
      </w:pPr>
      <w:r>
        <w:t>- Giải quyết vấn đề và sáng tạo: Biết lựa chọn từ ngữ phù hợp để viết câu, viết đoạn văn về con vật.</w:t>
      </w:r>
    </w:p>
    <w:p w14:paraId="363B75A5" w14:textId="77777777" w:rsidR="002566DD" w:rsidRDefault="00623220" w:rsidP="004138E1">
      <w:pPr>
        <w:shd w:val="clear" w:color="auto" w:fill="FFFFFF" w:themeFill="background1"/>
        <w:spacing w:after="0" w:line="240" w:lineRule="auto"/>
        <w:jc w:val="both"/>
      </w:pPr>
      <w:r>
        <w:rPr>
          <w:b/>
        </w:rPr>
        <w:t>3. Phẩm chất</w:t>
      </w:r>
    </w:p>
    <w:p w14:paraId="221D07E5" w14:textId="77777777" w:rsidR="002566DD" w:rsidRDefault="00623220" w:rsidP="004138E1">
      <w:pPr>
        <w:shd w:val="clear" w:color="auto" w:fill="FFFFFF" w:themeFill="background1"/>
        <w:spacing w:after="0" w:line="240" w:lineRule="auto"/>
        <w:jc w:val="both"/>
      </w:pPr>
      <w:r>
        <w:t>- Chăm chỉ, trách nhiệm: Cẩn thận khi viết; biết yêu quý và bảo vệ động vật.</w:t>
      </w:r>
    </w:p>
    <w:p w14:paraId="4EC4A492" w14:textId="77777777" w:rsidR="002566DD" w:rsidRDefault="00623220" w:rsidP="004138E1">
      <w:pPr>
        <w:shd w:val="clear" w:color="auto" w:fill="FFFFFF" w:themeFill="background1"/>
        <w:spacing w:after="0" w:line="240" w:lineRule="auto"/>
        <w:jc w:val="both"/>
      </w:pPr>
      <w:r>
        <w:rPr>
          <w:b/>
          <w:color w:val="C00000"/>
        </w:rPr>
        <w:t>4. Tích hợp</w:t>
      </w:r>
    </w:p>
    <w:p w14:paraId="68EA60B5" w14:textId="77777777" w:rsidR="002566DD" w:rsidRDefault="00623220" w:rsidP="004138E1">
      <w:pPr>
        <w:shd w:val="clear" w:color="auto" w:fill="FFFFFF" w:themeFill="background1"/>
        <w:spacing w:after="0" w:line="240" w:lineRule="auto"/>
        <w:jc w:val="both"/>
      </w:pPr>
      <w:r>
        <w:rPr>
          <w:color w:val="C00000"/>
        </w:rPr>
        <w:t>- Tích hợp AI 2.C3.1: HS nhận biết AI có thể hỗ trợ nhận diện hoặc phân loại con vật qua hình ảnh nhưng có thể nhầm; HS cần quan sát đặc điểm và kiểm tra lại với nguồn tin đáng tin cậy.</w:t>
      </w:r>
    </w:p>
    <w:p w14:paraId="028D00A2" w14:textId="77777777" w:rsidR="002566DD" w:rsidRDefault="00623220" w:rsidP="004138E1">
      <w:pPr>
        <w:shd w:val="clear" w:color="auto" w:fill="FFFFFF" w:themeFill="background1"/>
        <w:spacing w:after="0" w:line="240" w:lineRule="auto"/>
        <w:jc w:val="both"/>
      </w:pPr>
      <w:r>
        <w:rPr>
          <w:color w:val="C00000"/>
        </w:rPr>
        <w:t>- Tích hợp năng lực số 1.1.CB1a: HS biết tìm kiếm nội dung đơn giản về động vật hoang dã trên nguồn học liệu an toàn; biết ghi tên loài vật, thức ăn, nơi sống theo sơ đồ gợi ý.</w:t>
      </w:r>
    </w:p>
    <w:p w14:paraId="765E0A82" w14:textId="77777777" w:rsidR="002566DD" w:rsidRDefault="00623220" w:rsidP="004138E1">
      <w:pPr>
        <w:shd w:val="clear" w:color="auto" w:fill="FFFFFF" w:themeFill="background1"/>
        <w:spacing w:after="0" w:line="240" w:lineRule="auto"/>
        <w:jc w:val="both"/>
      </w:pPr>
      <w:r>
        <w:rPr>
          <w:b/>
        </w:rPr>
        <w:t>II. ĐỒ DÙNG DẠY HỌC</w:t>
      </w:r>
    </w:p>
    <w:p w14:paraId="10C61E42" w14:textId="77777777" w:rsidR="002566DD" w:rsidRDefault="00623220" w:rsidP="004138E1">
      <w:pPr>
        <w:shd w:val="clear" w:color="auto" w:fill="FFFFFF" w:themeFill="background1"/>
        <w:spacing w:after="0" w:line="240" w:lineRule="auto"/>
        <w:jc w:val="both"/>
      </w:pPr>
      <w:r>
        <w:t>- GV: Máy tính, máy chiếu/tivi, tranh bài tập, phiếu viết đoạn văn, thẻ từ về muông thú.</w:t>
      </w:r>
    </w:p>
    <w:p w14:paraId="1B838C4A" w14:textId="77777777" w:rsidR="002566DD" w:rsidRDefault="00623220" w:rsidP="004138E1">
      <w:pPr>
        <w:shd w:val="clear" w:color="auto" w:fill="FFFFFF" w:themeFill="background1"/>
        <w:spacing w:after="0" w:line="240" w:lineRule="auto"/>
        <w:jc w:val="both"/>
      </w:pPr>
      <w:r>
        <w:t>- HS: SGK, vở ô li, vở bài tập, bút, bảng con, tranh/ảnh con vật sưu tầm được.</w:t>
      </w:r>
    </w:p>
    <w:p w14:paraId="20A9C335" w14:textId="77777777" w:rsidR="002566DD" w:rsidRDefault="00623220" w:rsidP="004138E1">
      <w:pPr>
        <w:shd w:val="clear" w:color="auto" w:fill="FFFFFF" w:themeFill="background1"/>
        <w:spacing w:after="0" w:line="240" w:lineRule="auto"/>
        <w:jc w:val="both"/>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12"/>
        <w:gridCol w:w="5212"/>
      </w:tblGrid>
      <w:tr w:rsidR="002566DD" w14:paraId="670DF976" w14:textId="77777777" w:rsidTr="004138E1">
        <w:trPr>
          <w:jc w:val="center"/>
        </w:trPr>
        <w:tc>
          <w:tcPr>
            <w:tcW w:w="5112" w:type="dxa"/>
            <w:tcBorders>
              <w:bottom w:val="single" w:sz="4" w:space="0" w:color="auto"/>
            </w:tcBorders>
            <w:shd w:val="clear" w:color="auto" w:fill="DDEBF7"/>
            <w:tcMar>
              <w:top w:w="80" w:type="dxa"/>
              <w:left w:w="80" w:type="dxa"/>
              <w:bottom w:w="80" w:type="dxa"/>
              <w:right w:w="80" w:type="dxa"/>
            </w:tcMar>
          </w:tcPr>
          <w:p w14:paraId="2BB2974E" w14:textId="77777777" w:rsidR="002566DD" w:rsidRDefault="00623220" w:rsidP="004138E1">
            <w:pPr>
              <w:shd w:val="clear" w:color="auto" w:fill="FFFFFF" w:themeFill="background1"/>
            </w:pPr>
            <w:r>
              <w:rPr>
                <w:b/>
              </w:rPr>
              <w:t>Hoạt động của GV</w:t>
            </w:r>
          </w:p>
        </w:tc>
        <w:tc>
          <w:tcPr>
            <w:tcW w:w="5112" w:type="dxa"/>
            <w:tcBorders>
              <w:bottom w:val="single" w:sz="4" w:space="0" w:color="auto"/>
            </w:tcBorders>
            <w:shd w:val="clear" w:color="auto" w:fill="DDEBF7"/>
            <w:tcMar>
              <w:top w:w="80" w:type="dxa"/>
              <w:left w:w="80" w:type="dxa"/>
              <w:bottom w:w="80" w:type="dxa"/>
              <w:right w:w="80" w:type="dxa"/>
            </w:tcMar>
          </w:tcPr>
          <w:p w14:paraId="7D635703" w14:textId="77777777" w:rsidR="002566DD" w:rsidRDefault="00623220" w:rsidP="004138E1">
            <w:pPr>
              <w:shd w:val="clear" w:color="auto" w:fill="FFFFFF" w:themeFill="background1"/>
            </w:pPr>
            <w:r>
              <w:rPr>
                <w:b/>
              </w:rPr>
              <w:t>Hoạt động của HS</w:t>
            </w:r>
          </w:p>
        </w:tc>
      </w:tr>
      <w:tr w:rsidR="002566DD" w14:paraId="00EC0708" w14:textId="77777777" w:rsidTr="004138E1">
        <w:trPr>
          <w:cantSplit/>
          <w:jc w:val="center"/>
        </w:trPr>
        <w:tc>
          <w:tcPr>
            <w:tcW w:w="10324" w:type="dxa"/>
            <w:gridSpan w:val="2"/>
            <w:tcBorders>
              <w:top w:val="single" w:sz="4" w:space="0" w:color="auto"/>
              <w:bottom w:val="nil"/>
            </w:tcBorders>
            <w:shd w:val="clear" w:color="auto" w:fill="E2F0D9"/>
            <w:tcMar>
              <w:top w:w="80" w:type="dxa"/>
              <w:left w:w="80" w:type="dxa"/>
              <w:bottom w:w="80" w:type="dxa"/>
              <w:right w:w="80" w:type="dxa"/>
            </w:tcMar>
          </w:tcPr>
          <w:p w14:paraId="1E2808F3" w14:textId="77777777" w:rsidR="002566DD" w:rsidRDefault="00623220" w:rsidP="004138E1">
            <w:pPr>
              <w:shd w:val="clear" w:color="auto" w:fill="FFFFFF" w:themeFill="background1"/>
            </w:pPr>
            <w:r>
              <w:rPr>
                <w:b/>
              </w:rPr>
              <w:t>TIẾT 3</w:t>
            </w:r>
          </w:p>
        </w:tc>
      </w:tr>
      <w:tr w:rsidR="002566DD" w14:paraId="3210968D" w14:textId="77777777" w:rsidTr="004138E1">
        <w:trPr>
          <w:cantSplit/>
          <w:jc w:val="center"/>
        </w:trPr>
        <w:tc>
          <w:tcPr>
            <w:tcW w:w="10324" w:type="dxa"/>
            <w:gridSpan w:val="2"/>
            <w:tcBorders>
              <w:top w:val="nil"/>
              <w:bottom w:val="single" w:sz="4" w:space="0" w:color="auto"/>
            </w:tcBorders>
            <w:shd w:val="clear" w:color="auto" w:fill="E2F0D9"/>
            <w:tcMar>
              <w:top w:w="80" w:type="dxa"/>
              <w:left w:w="80" w:type="dxa"/>
              <w:bottom w:w="80" w:type="dxa"/>
              <w:right w:w="80" w:type="dxa"/>
            </w:tcMar>
          </w:tcPr>
          <w:p w14:paraId="79D66C95" w14:textId="77777777" w:rsidR="002566DD" w:rsidRDefault="00623220" w:rsidP="004138E1">
            <w:pPr>
              <w:shd w:val="clear" w:color="auto" w:fill="FFFFFF" w:themeFill="background1"/>
            </w:pPr>
            <w:r>
              <w:rPr>
                <w:b/>
              </w:rPr>
              <w:t>1. KHỞI ĐỘNG (3 phút)</w:t>
            </w:r>
            <w:r>
              <w:br/>
            </w:r>
            <w:r>
              <w:rPr>
                <w:b/>
              </w:rPr>
              <w:t>Mục tiêu: HS nhớ lại nội dung bài Khủng long và chuẩn bị nghe – viết.</w:t>
            </w:r>
          </w:p>
        </w:tc>
      </w:tr>
      <w:tr w:rsidR="002566DD" w14:paraId="1B6B2941"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416C7F5B" w14:textId="77777777" w:rsidR="002566DD" w:rsidRDefault="00623220" w:rsidP="004138E1">
            <w:pPr>
              <w:shd w:val="clear" w:color="auto" w:fill="FFFFFF" w:themeFill="background1"/>
            </w:pPr>
            <w:r>
              <w:rPr>
                <w:color w:val="000000"/>
              </w:rPr>
              <w:t>- GV hỏi: Bài Khủng long cho em biết điều gì về loài vật này?</w:t>
            </w:r>
          </w:p>
        </w:tc>
        <w:tc>
          <w:tcPr>
            <w:tcW w:w="5112" w:type="dxa"/>
            <w:tcBorders>
              <w:top w:val="single" w:sz="4" w:space="0" w:color="auto"/>
              <w:bottom w:val="single" w:sz="4" w:space="0" w:color="auto"/>
            </w:tcBorders>
            <w:tcMar>
              <w:top w:w="80" w:type="dxa"/>
              <w:left w:w="80" w:type="dxa"/>
              <w:bottom w:w="80" w:type="dxa"/>
              <w:right w:w="80" w:type="dxa"/>
            </w:tcMar>
          </w:tcPr>
          <w:p w14:paraId="7A5EA19E" w14:textId="77777777" w:rsidR="002566DD" w:rsidRDefault="00623220" w:rsidP="004138E1">
            <w:pPr>
              <w:shd w:val="clear" w:color="auto" w:fill="FFFFFF" w:themeFill="background1"/>
            </w:pPr>
            <w:r>
              <w:rPr>
                <w:color w:val="000000"/>
              </w:rPr>
              <w:t>- HS trả lời: Khủng long sống ở vùng đất khô, có loài rất to, có loài ăn thịt hoặc ăn cỏ, khủng long đã tuyệt chủng.</w:t>
            </w:r>
          </w:p>
        </w:tc>
      </w:tr>
      <w:tr w:rsidR="002566DD" w14:paraId="05621FA1"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791A6A04" w14:textId="77777777" w:rsidR="002566DD" w:rsidRDefault="00623220" w:rsidP="004138E1">
            <w:pPr>
              <w:shd w:val="clear" w:color="auto" w:fill="FFFFFF" w:themeFill="background1"/>
            </w:pPr>
            <w:r>
              <w:rPr>
                <w:b/>
              </w:rPr>
              <w:t>2. KHÁM PHÁ</w:t>
            </w:r>
            <w:r>
              <w:br/>
            </w:r>
            <w:r>
              <w:rPr>
                <w:b/>
              </w:rPr>
              <w:t>HOẠT ĐỘNG 1: NGHE – VIẾT (20 phút)</w:t>
            </w:r>
            <w:r>
              <w:br/>
            </w:r>
            <w:r>
              <w:rPr>
                <w:b/>
              </w:rPr>
              <w:t>Mục tiêu: HS nghe – viết đúng đoạn văn, trình bày sạch đẹp và biết soát lỗi.</w:t>
            </w:r>
          </w:p>
        </w:tc>
      </w:tr>
      <w:tr w:rsidR="002566DD" w14:paraId="66DA1169"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206426DA" w14:textId="77777777" w:rsidR="002566DD" w:rsidRDefault="00623220" w:rsidP="004138E1">
            <w:pPr>
              <w:shd w:val="clear" w:color="auto" w:fill="FFFFFF" w:themeFill="background1"/>
            </w:pPr>
            <w:r>
              <w:rPr>
                <w:color w:val="000000"/>
              </w:rPr>
              <w:t>- GV đọc đoạn chính tả từ “Chân khủng long” đến “đôi tai thính”.</w:t>
            </w:r>
          </w:p>
          <w:p w14:paraId="3D3337FC" w14:textId="7FC8F9F9"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70F7A0A0" w14:textId="77777777" w:rsidR="002566DD" w:rsidRDefault="00623220" w:rsidP="004138E1">
            <w:pPr>
              <w:shd w:val="clear" w:color="auto" w:fill="FFFFFF" w:themeFill="background1"/>
            </w:pPr>
            <w:r>
              <w:rPr>
                <w:color w:val="000000"/>
              </w:rPr>
              <w:t>- HS lắng nghe và đọc thầm theo.</w:t>
            </w:r>
          </w:p>
        </w:tc>
      </w:tr>
      <w:tr w:rsidR="002566DD" w14:paraId="57C4171C" w14:textId="77777777" w:rsidTr="004138E1">
        <w:trPr>
          <w:cantSplit/>
          <w:jc w:val="center"/>
        </w:trPr>
        <w:tc>
          <w:tcPr>
            <w:tcW w:w="5112" w:type="dxa"/>
            <w:tcMar>
              <w:top w:w="80" w:type="dxa"/>
              <w:left w:w="80" w:type="dxa"/>
              <w:bottom w:w="80" w:type="dxa"/>
              <w:right w:w="80" w:type="dxa"/>
            </w:tcMar>
          </w:tcPr>
          <w:p w14:paraId="56DAC994" w14:textId="77777777" w:rsidR="002566DD" w:rsidRDefault="00623220" w:rsidP="004138E1">
            <w:pPr>
              <w:shd w:val="clear" w:color="auto" w:fill="FFFFFF" w:themeFill="background1"/>
            </w:pPr>
            <w:r>
              <w:rPr>
                <w:color w:val="000000"/>
              </w:rPr>
              <w:t>- GV mời 1 HS đọc lại đoạn chính tả.</w:t>
            </w:r>
          </w:p>
        </w:tc>
        <w:tc>
          <w:tcPr>
            <w:tcW w:w="5112" w:type="dxa"/>
            <w:tcMar>
              <w:top w:w="80" w:type="dxa"/>
              <w:left w:w="80" w:type="dxa"/>
              <w:bottom w:w="80" w:type="dxa"/>
              <w:right w:w="80" w:type="dxa"/>
            </w:tcMar>
          </w:tcPr>
          <w:p w14:paraId="227403D7" w14:textId="77777777" w:rsidR="002566DD" w:rsidRDefault="00623220" w:rsidP="004138E1">
            <w:pPr>
              <w:shd w:val="clear" w:color="auto" w:fill="FFFFFF" w:themeFill="background1"/>
            </w:pPr>
            <w:r>
              <w:rPr>
                <w:color w:val="000000"/>
              </w:rPr>
              <w:t>- 1 HS đọc đoạn chính tả, lớp theo dõi trong SGK.</w:t>
            </w:r>
          </w:p>
        </w:tc>
      </w:tr>
      <w:tr w:rsidR="002566DD" w14:paraId="53828811" w14:textId="77777777" w:rsidTr="004138E1">
        <w:trPr>
          <w:cantSplit/>
          <w:jc w:val="center"/>
        </w:trPr>
        <w:tc>
          <w:tcPr>
            <w:tcW w:w="5112" w:type="dxa"/>
            <w:tcMar>
              <w:top w:w="80" w:type="dxa"/>
              <w:left w:w="80" w:type="dxa"/>
              <w:bottom w:w="80" w:type="dxa"/>
              <w:right w:w="80" w:type="dxa"/>
            </w:tcMar>
          </w:tcPr>
          <w:p w14:paraId="18B77C5E" w14:textId="77777777" w:rsidR="002566DD" w:rsidRDefault="00623220" w:rsidP="004138E1">
            <w:pPr>
              <w:shd w:val="clear" w:color="auto" w:fill="FFFFFF" w:themeFill="background1"/>
            </w:pPr>
            <w:r>
              <w:rPr>
                <w:color w:val="000000"/>
              </w:rPr>
              <w:t>- GV hỏi: Đoạn viết có những từ nào dễ viết sai?</w:t>
            </w:r>
          </w:p>
        </w:tc>
        <w:tc>
          <w:tcPr>
            <w:tcW w:w="5112" w:type="dxa"/>
            <w:tcMar>
              <w:top w:w="80" w:type="dxa"/>
              <w:left w:w="80" w:type="dxa"/>
              <w:bottom w:w="80" w:type="dxa"/>
              <w:right w:w="80" w:type="dxa"/>
            </w:tcMar>
          </w:tcPr>
          <w:p w14:paraId="522AEAE7" w14:textId="77777777" w:rsidR="002566DD" w:rsidRDefault="00623220" w:rsidP="004138E1">
            <w:pPr>
              <w:shd w:val="clear" w:color="auto" w:fill="FFFFFF" w:themeFill="background1"/>
            </w:pPr>
            <w:r>
              <w:rPr>
                <w:color w:val="000000"/>
              </w:rPr>
              <w:t>- HS nêu: khủng long, thẳng, khỏe, săn mồi, sắc, đôi tai thính.</w:t>
            </w:r>
          </w:p>
        </w:tc>
      </w:tr>
      <w:tr w:rsidR="002566DD" w14:paraId="4FAF031E" w14:textId="77777777" w:rsidTr="004138E1">
        <w:trPr>
          <w:cantSplit/>
          <w:jc w:val="center"/>
        </w:trPr>
        <w:tc>
          <w:tcPr>
            <w:tcW w:w="5112" w:type="dxa"/>
            <w:tcMar>
              <w:top w:w="80" w:type="dxa"/>
              <w:left w:w="80" w:type="dxa"/>
              <w:bottom w:w="80" w:type="dxa"/>
              <w:right w:w="80" w:type="dxa"/>
            </w:tcMar>
          </w:tcPr>
          <w:p w14:paraId="51AAE072" w14:textId="77777777" w:rsidR="002566DD" w:rsidRDefault="00623220" w:rsidP="004138E1">
            <w:pPr>
              <w:shd w:val="clear" w:color="auto" w:fill="FFFFFF" w:themeFill="background1"/>
            </w:pPr>
            <w:r>
              <w:rPr>
                <w:color w:val="000000"/>
              </w:rPr>
              <w:lastRenderedPageBreak/>
              <w:t>- GV đọc từ khó cho HS viết bảng con.</w:t>
            </w:r>
          </w:p>
        </w:tc>
        <w:tc>
          <w:tcPr>
            <w:tcW w:w="5112" w:type="dxa"/>
            <w:tcMar>
              <w:top w:w="80" w:type="dxa"/>
              <w:left w:w="80" w:type="dxa"/>
              <w:bottom w:w="80" w:type="dxa"/>
              <w:right w:w="80" w:type="dxa"/>
            </w:tcMar>
          </w:tcPr>
          <w:p w14:paraId="23716150" w14:textId="77777777" w:rsidR="002566DD" w:rsidRDefault="00623220" w:rsidP="004138E1">
            <w:pPr>
              <w:shd w:val="clear" w:color="auto" w:fill="FFFFFF" w:themeFill="background1"/>
            </w:pPr>
            <w:r>
              <w:rPr>
                <w:color w:val="000000"/>
              </w:rPr>
              <w:t>- HS viết bảng con: khủng long, săn mồi, đôi tai thính.</w:t>
            </w:r>
          </w:p>
        </w:tc>
      </w:tr>
      <w:tr w:rsidR="002566DD" w14:paraId="04C3E9B2" w14:textId="77777777" w:rsidTr="004138E1">
        <w:trPr>
          <w:cantSplit/>
          <w:jc w:val="center"/>
        </w:trPr>
        <w:tc>
          <w:tcPr>
            <w:tcW w:w="5112" w:type="dxa"/>
            <w:tcMar>
              <w:top w:w="80" w:type="dxa"/>
              <w:left w:w="80" w:type="dxa"/>
              <w:bottom w:w="80" w:type="dxa"/>
              <w:right w:w="80" w:type="dxa"/>
            </w:tcMar>
          </w:tcPr>
          <w:p w14:paraId="08177390" w14:textId="77777777" w:rsidR="002566DD" w:rsidRDefault="00623220" w:rsidP="004138E1">
            <w:pPr>
              <w:shd w:val="clear" w:color="auto" w:fill="FFFFFF" w:themeFill="background1"/>
            </w:pPr>
            <w:r>
              <w:rPr>
                <w:color w:val="000000"/>
              </w:rPr>
              <w:t>- GV nhắc HS cách trình bày đoạn văn: chữ đầu câu viết hoa, cuối câu có dấu chấm, ngồi viết đúng tư thế.</w:t>
            </w:r>
          </w:p>
        </w:tc>
        <w:tc>
          <w:tcPr>
            <w:tcW w:w="5112" w:type="dxa"/>
            <w:tcMar>
              <w:top w:w="80" w:type="dxa"/>
              <w:left w:w="80" w:type="dxa"/>
              <w:bottom w:w="80" w:type="dxa"/>
              <w:right w:w="80" w:type="dxa"/>
            </w:tcMar>
          </w:tcPr>
          <w:p w14:paraId="06B910BD" w14:textId="77777777" w:rsidR="002566DD" w:rsidRDefault="00623220" w:rsidP="004138E1">
            <w:pPr>
              <w:shd w:val="clear" w:color="auto" w:fill="FFFFFF" w:themeFill="background1"/>
            </w:pPr>
            <w:r>
              <w:rPr>
                <w:color w:val="000000"/>
              </w:rPr>
              <w:t>- HS nhắc lại: đầu câu viết hoa, cuối câu đặt dấu chấm, viết ngay ngắn.</w:t>
            </w:r>
          </w:p>
        </w:tc>
      </w:tr>
      <w:tr w:rsidR="002566DD" w14:paraId="6CF2875A" w14:textId="77777777" w:rsidTr="004138E1">
        <w:trPr>
          <w:cantSplit/>
          <w:jc w:val="center"/>
        </w:trPr>
        <w:tc>
          <w:tcPr>
            <w:tcW w:w="5112" w:type="dxa"/>
            <w:tcMar>
              <w:top w:w="80" w:type="dxa"/>
              <w:left w:w="80" w:type="dxa"/>
              <w:bottom w:w="80" w:type="dxa"/>
              <w:right w:w="80" w:type="dxa"/>
            </w:tcMar>
          </w:tcPr>
          <w:p w14:paraId="6AE90CA1" w14:textId="77777777" w:rsidR="002566DD" w:rsidRDefault="00623220" w:rsidP="004138E1">
            <w:pPr>
              <w:shd w:val="clear" w:color="auto" w:fill="FFFFFF" w:themeFill="background1"/>
            </w:pPr>
            <w:r>
              <w:rPr>
                <w:color w:val="000000"/>
              </w:rPr>
              <w:t>- GV đọc từng cụm từ cho HS viết vào vở.</w:t>
            </w:r>
          </w:p>
        </w:tc>
        <w:tc>
          <w:tcPr>
            <w:tcW w:w="5112" w:type="dxa"/>
            <w:tcMar>
              <w:top w:w="80" w:type="dxa"/>
              <w:left w:w="80" w:type="dxa"/>
              <w:bottom w:w="80" w:type="dxa"/>
              <w:right w:w="80" w:type="dxa"/>
            </w:tcMar>
          </w:tcPr>
          <w:p w14:paraId="09967AD2" w14:textId="77777777" w:rsidR="002566DD" w:rsidRDefault="00623220" w:rsidP="004138E1">
            <w:pPr>
              <w:shd w:val="clear" w:color="auto" w:fill="FFFFFF" w:themeFill="background1"/>
            </w:pPr>
            <w:r>
              <w:rPr>
                <w:color w:val="000000"/>
              </w:rPr>
              <w:t>- HS nghe – viết đoạn chính tả vào vở.</w:t>
            </w:r>
          </w:p>
        </w:tc>
      </w:tr>
      <w:tr w:rsidR="002566DD" w14:paraId="67E4AA1F"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F3F8953" w14:textId="77777777" w:rsidR="002566DD" w:rsidRDefault="00623220" w:rsidP="004138E1">
            <w:pPr>
              <w:shd w:val="clear" w:color="auto" w:fill="FFFFFF" w:themeFill="background1"/>
            </w:pPr>
            <w:r>
              <w:rPr>
                <w:color w:val="000000"/>
              </w:rPr>
              <w:t>- GV đọc lại toàn đoạn để HS soát lỗi.</w:t>
            </w:r>
          </w:p>
        </w:tc>
        <w:tc>
          <w:tcPr>
            <w:tcW w:w="5112" w:type="dxa"/>
            <w:tcBorders>
              <w:bottom w:val="single" w:sz="4" w:space="0" w:color="auto"/>
            </w:tcBorders>
            <w:tcMar>
              <w:top w:w="80" w:type="dxa"/>
              <w:left w:w="80" w:type="dxa"/>
              <w:bottom w:w="80" w:type="dxa"/>
              <w:right w:w="80" w:type="dxa"/>
            </w:tcMar>
          </w:tcPr>
          <w:p w14:paraId="3383F1EC" w14:textId="77777777" w:rsidR="002566DD" w:rsidRDefault="00623220" w:rsidP="004138E1">
            <w:pPr>
              <w:shd w:val="clear" w:color="auto" w:fill="FFFFFF" w:themeFill="background1"/>
            </w:pPr>
            <w:r>
              <w:rPr>
                <w:color w:val="000000"/>
              </w:rPr>
              <w:t>- HS đổi vở soát lỗi theo cặp, dùng bút chì gạch lỗi và sửa.</w:t>
            </w:r>
          </w:p>
        </w:tc>
      </w:tr>
      <w:tr w:rsidR="002566DD" w14:paraId="472867E3"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A5F5ABA" w14:textId="77777777" w:rsidR="002566DD" w:rsidRDefault="00623220" w:rsidP="004138E1">
            <w:pPr>
              <w:shd w:val="clear" w:color="auto" w:fill="FFFFFF" w:themeFill="background1"/>
            </w:pPr>
            <w:r>
              <w:rPr>
                <w:b/>
              </w:rPr>
              <w:t>HOẠT ĐỘNG 2: BÀI TẬP CHÍNH TẢ (10 phút)</w:t>
            </w:r>
            <w:r>
              <w:br/>
            </w:r>
            <w:r>
              <w:rPr>
                <w:b/>
              </w:rPr>
              <w:t>Mục tiêu: HS phân biệt đúng uya/uyu, iêu/ươu, uôt/ươc.</w:t>
            </w:r>
          </w:p>
        </w:tc>
      </w:tr>
      <w:tr w:rsidR="002566DD" w14:paraId="4BA79889"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742652E4" w14:textId="77777777" w:rsidR="002566DD" w:rsidRDefault="00623220" w:rsidP="004138E1">
            <w:pPr>
              <w:shd w:val="clear" w:color="auto" w:fill="FFFFFF" w:themeFill="background1"/>
            </w:pPr>
            <w:r>
              <w:rPr>
                <w:b/>
              </w:rPr>
              <w:t>- Bài tập 1:</w:t>
            </w:r>
            <w:r>
              <w:t xml:space="preserve"> GV yêu cầu HS đọc yêu cầu chọn uya hoặc uyu thay cho ô vuông.</w:t>
            </w:r>
          </w:p>
          <w:p w14:paraId="7D46F673" w14:textId="77777777" w:rsidR="002566DD" w:rsidRDefault="00623220" w:rsidP="004138E1">
            <w:pPr>
              <w:shd w:val="clear" w:color="auto" w:fill="FFFFFF" w:themeFill="background1"/>
            </w:pPr>
            <w:r>
              <w:rPr>
                <w:b/>
              </w:rPr>
              <w:t>- a. Đường lên núi quanh co, khúc khuỷu.</w:t>
            </w:r>
          </w:p>
          <w:p w14:paraId="2669A346" w14:textId="77777777" w:rsidR="002566DD" w:rsidRDefault="00623220" w:rsidP="004138E1">
            <w:pPr>
              <w:shd w:val="clear" w:color="auto" w:fill="FFFFFF" w:themeFill="background1"/>
            </w:pPr>
            <w:r>
              <w:rPr>
                <w:b/>
              </w:rPr>
              <w:t>- b. Mẹ tôi thức khuya dậy sớm làm mọi việc.</w:t>
            </w:r>
          </w:p>
          <w:p w14:paraId="3DA973E5" w14:textId="5D82D8EE"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28CFEC43" w14:textId="77777777" w:rsidR="002566DD" w:rsidRDefault="00623220" w:rsidP="004138E1">
            <w:pPr>
              <w:shd w:val="clear" w:color="auto" w:fill="FFFFFF" w:themeFill="background1"/>
            </w:pPr>
            <w:r>
              <w:rPr>
                <w:color w:val="000000"/>
              </w:rPr>
              <w:t>- HS đọc yêu cầu và làm: Đường lên núi quanh co, khúc khuỷu. Mẹ tôi thức khuya dậy sớm làm mọi việc.</w:t>
            </w:r>
          </w:p>
        </w:tc>
      </w:tr>
      <w:tr w:rsidR="002566DD" w14:paraId="23FBA8E6" w14:textId="77777777" w:rsidTr="004138E1">
        <w:trPr>
          <w:cantSplit/>
          <w:jc w:val="center"/>
        </w:trPr>
        <w:tc>
          <w:tcPr>
            <w:tcW w:w="5112" w:type="dxa"/>
            <w:tcMar>
              <w:top w:w="80" w:type="dxa"/>
              <w:left w:w="80" w:type="dxa"/>
              <w:bottom w:w="80" w:type="dxa"/>
              <w:right w:w="80" w:type="dxa"/>
            </w:tcMar>
          </w:tcPr>
          <w:p w14:paraId="7793A392" w14:textId="77777777" w:rsidR="002566DD" w:rsidRDefault="00623220" w:rsidP="004138E1">
            <w:pPr>
              <w:shd w:val="clear" w:color="auto" w:fill="FFFFFF" w:themeFill="background1"/>
            </w:pPr>
            <w:r>
              <w:rPr>
                <w:b/>
              </w:rPr>
              <w:t>- Bài tập 2:</w:t>
            </w:r>
            <w:r>
              <w:t xml:space="preserve"> GV yêu cầu HS đọc yêu cầu chọn a hoặc b, tìm từ ngữ chứa iêu/ươu hoặc uôt/ươc.</w:t>
            </w:r>
          </w:p>
          <w:p w14:paraId="75F71624" w14:textId="77777777" w:rsidR="002566DD" w:rsidRDefault="00623220" w:rsidP="004138E1">
            <w:pPr>
              <w:shd w:val="clear" w:color="auto" w:fill="FFFFFF" w:themeFill="background1"/>
            </w:pPr>
            <w:r>
              <w:rPr>
                <w:b/>
              </w:rPr>
              <w:t>- a. Nhìn hình, tìm từ ngữ chứa iêu hoặc ươu để gọi tên loài vật.</w:t>
            </w:r>
          </w:p>
          <w:p w14:paraId="231957E5" w14:textId="77777777" w:rsidR="002566DD" w:rsidRDefault="00623220" w:rsidP="004138E1">
            <w:pPr>
              <w:shd w:val="clear" w:color="auto" w:fill="FFFFFF" w:themeFill="background1"/>
            </w:pPr>
            <w:r>
              <w:rPr>
                <w:b/>
              </w:rPr>
              <w:t>- b. Nhìn hình, tìm từ ngữ chứa ươc hoặc uôt để gọi tên loài vật.</w:t>
            </w:r>
          </w:p>
        </w:tc>
        <w:tc>
          <w:tcPr>
            <w:tcW w:w="5112" w:type="dxa"/>
            <w:tcMar>
              <w:top w:w="80" w:type="dxa"/>
              <w:left w:w="80" w:type="dxa"/>
              <w:bottom w:w="80" w:type="dxa"/>
              <w:right w:w="80" w:type="dxa"/>
            </w:tcMar>
          </w:tcPr>
          <w:p w14:paraId="1E4DA690" w14:textId="77777777" w:rsidR="002566DD" w:rsidRDefault="00623220" w:rsidP="004138E1">
            <w:pPr>
              <w:shd w:val="clear" w:color="auto" w:fill="FFFFFF" w:themeFill="background1"/>
            </w:pPr>
            <w:r>
              <w:rPr>
                <w:color w:val="000000"/>
              </w:rPr>
              <w:t>- HS làm bài: diều hâu, đà điểu, hươu; chuột, bạch tuộc, chim cuốc.</w:t>
            </w:r>
          </w:p>
        </w:tc>
      </w:tr>
      <w:tr w:rsidR="002566DD" w14:paraId="4D9EDC40"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88B3715" w14:textId="77777777" w:rsidR="002566DD" w:rsidRDefault="00623220" w:rsidP="004138E1">
            <w:pPr>
              <w:shd w:val="clear" w:color="auto" w:fill="FFFFFF" w:themeFill="background1"/>
            </w:pPr>
            <w:r>
              <w:rPr>
                <w:color w:val="000000"/>
              </w:rPr>
              <w:t>- GV nhận xét, sửa lỗi chính tả và yêu cầu HS đọc lại các từ đúng.</w:t>
            </w:r>
          </w:p>
        </w:tc>
        <w:tc>
          <w:tcPr>
            <w:tcW w:w="5112" w:type="dxa"/>
            <w:tcBorders>
              <w:bottom w:val="single" w:sz="4" w:space="0" w:color="auto"/>
            </w:tcBorders>
            <w:tcMar>
              <w:top w:w="80" w:type="dxa"/>
              <w:left w:w="80" w:type="dxa"/>
              <w:bottom w:w="80" w:type="dxa"/>
              <w:right w:w="80" w:type="dxa"/>
            </w:tcMar>
          </w:tcPr>
          <w:p w14:paraId="5FCCC498" w14:textId="77777777" w:rsidR="002566DD" w:rsidRDefault="00623220" w:rsidP="004138E1">
            <w:pPr>
              <w:shd w:val="clear" w:color="auto" w:fill="FFFFFF" w:themeFill="background1"/>
            </w:pPr>
            <w:r>
              <w:rPr>
                <w:color w:val="000000"/>
              </w:rPr>
              <w:t>- HS đọc lại: khúc khuỷu, thức khuya, diều hâu, đà điểu, hươu, chuột, bạch tuộc, chim cuốc.</w:t>
            </w:r>
          </w:p>
        </w:tc>
      </w:tr>
      <w:tr w:rsidR="002566DD" w14:paraId="266E9E28"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627465B4" w14:textId="77777777" w:rsidR="002566DD" w:rsidRDefault="00623220" w:rsidP="004138E1">
            <w:pPr>
              <w:shd w:val="clear" w:color="auto" w:fill="FFFFFF" w:themeFill="background1"/>
            </w:pPr>
            <w:r>
              <w:rPr>
                <w:b/>
              </w:rPr>
              <w:t>3. VẬN DỤNG (2 phút)</w:t>
            </w:r>
            <w:r>
              <w:br/>
            </w:r>
            <w:r>
              <w:rPr>
                <w:b/>
              </w:rPr>
              <w:t>Mục tiêu: HS tự nhận xét bài viết.</w:t>
            </w:r>
          </w:p>
        </w:tc>
      </w:tr>
      <w:tr w:rsidR="002566DD" w14:paraId="23694EFD"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7CB6305B" w14:textId="77777777" w:rsidR="002566DD" w:rsidRDefault="00623220" w:rsidP="004138E1">
            <w:pPr>
              <w:shd w:val="clear" w:color="auto" w:fill="FFFFFF" w:themeFill="background1"/>
            </w:pPr>
            <w:r>
              <w:rPr>
                <w:color w:val="000000"/>
              </w:rPr>
              <w:t>- GV yêu cầu HS tự đánh dấu một từ mình đã viết đúng đẹp và một từ cần luyện thêm.</w:t>
            </w:r>
          </w:p>
        </w:tc>
        <w:tc>
          <w:tcPr>
            <w:tcW w:w="5112" w:type="dxa"/>
            <w:tcBorders>
              <w:top w:val="single" w:sz="4" w:space="0" w:color="auto"/>
              <w:bottom w:val="single" w:sz="4" w:space="0" w:color="auto"/>
            </w:tcBorders>
            <w:tcMar>
              <w:top w:w="80" w:type="dxa"/>
              <w:left w:w="80" w:type="dxa"/>
              <w:bottom w:w="80" w:type="dxa"/>
              <w:right w:w="80" w:type="dxa"/>
            </w:tcMar>
          </w:tcPr>
          <w:p w14:paraId="746A0C5D" w14:textId="77777777" w:rsidR="002566DD" w:rsidRDefault="00623220" w:rsidP="004138E1">
            <w:pPr>
              <w:shd w:val="clear" w:color="auto" w:fill="FFFFFF" w:themeFill="background1"/>
            </w:pPr>
            <w:r>
              <w:rPr>
                <w:color w:val="000000"/>
              </w:rPr>
              <w:t>- HS tự rà soát vở và nêu: Em viết đúng từ khủng long; em cần luyện thêm từ khúc khuỷu.</w:t>
            </w:r>
          </w:p>
        </w:tc>
      </w:tr>
      <w:tr w:rsidR="002566DD" w14:paraId="3E616B04"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1A07F57D" w14:textId="77777777" w:rsidR="002566DD" w:rsidRDefault="00623220" w:rsidP="004138E1">
            <w:pPr>
              <w:shd w:val="clear" w:color="auto" w:fill="FFFFFF" w:themeFill="background1"/>
            </w:pPr>
            <w:r>
              <w:rPr>
                <w:b/>
              </w:rPr>
              <w:t>TIẾT 4</w:t>
            </w:r>
          </w:p>
        </w:tc>
      </w:tr>
      <w:tr w:rsidR="002566DD" w14:paraId="296C1A37"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A53518B" w14:textId="77777777" w:rsidR="002566DD" w:rsidRDefault="00623220" w:rsidP="004138E1">
            <w:pPr>
              <w:shd w:val="clear" w:color="auto" w:fill="FFFFFF" w:themeFill="background1"/>
            </w:pPr>
            <w:r>
              <w:rPr>
                <w:b/>
              </w:rPr>
              <w:t>1. KHỞI ĐỘNG (3 phút)</w:t>
            </w:r>
            <w:r>
              <w:br/>
            </w:r>
            <w:r>
              <w:rPr>
                <w:b/>
              </w:rPr>
              <w:t>Mục tiêu: HS chuẩn bị vốn từ về muông thú.</w:t>
            </w:r>
          </w:p>
        </w:tc>
      </w:tr>
      <w:tr w:rsidR="002566DD" w14:paraId="790E413C"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333665DB" w14:textId="77777777" w:rsidR="002566DD" w:rsidRDefault="00623220" w:rsidP="004138E1">
            <w:pPr>
              <w:shd w:val="clear" w:color="auto" w:fill="FFFFFF" w:themeFill="background1"/>
            </w:pPr>
            <w:r>
              <w:rPr>
                <w:color w:val="000000"/>
              </w:rPr>
              <w:t>- GV tổ chức trò chơi “Gọi tên con vật”: HS nói nhanh tên một con vật sống trong rừng.</w:t>
            </w:r>
          </w:p>
        </w:tc>
        <w:tc>
          <w:tcPr>
            <w:tcW w:w="5112" w:type="dxa"/>
            <w:tcBorders>
              <w:top w:val="single" w:sz="4" w:space="0" w:color="auto"/>
              <w:bottom w:val="single" w:sz="4" w:space="0" w:color="auto"/>
            </w:tcBorders>
            <w:tcMar>
              <w:top w:w="80" w:type="dxa"/>
              <w:left w:w="80" w:type="dxa"/>
              <w:bottom w:w="80" w:type="dxa"/>
              <w:right w:w="80" w:type="dxa"/>
            </w:tcMar>
          </w:tcPr>
          <w:p w14:paraId="48EE4D09" w14:textId="77777777" w:rsidR="002566DD" w:rsidRDefault="00623220" w:rsidP="004138E1">
            <w:pPr>
              <w:shd w:val="clear" w:color="auto" w:fill="FFFFFF" w:themeFill="background1"/>
            </w:pPr>
            <w:r>
              <w:rPr>
                <w:color w:val="000000"/>
              </w:rPr>
              <w:t>- HS nói: voi, hổ, báo, khỉ, sóc, công, chim gõ kiến.</w:t>
            </w:r>
          </w:p>
        </w:tc>
      </w:tr>
      <w:tr w:rsidR="002566DD" w14:paraId="46FA8006"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32E99B60" w14:textId="77777777" w:rsidR="002566DD" w:rsidRDefault="00623220" w:rsidP="004138E1">
            <w:pPr>
              <w:shd w:val="clear" w:color="auto" w:fill="FFFFFF" w:themeFill="background1"/>
            </w:pPr>
            <w:r>
              <w:rPr>
                <w:b/>
              </w:rPr>
              <w:t>2. KHÁM PHÁ</w:t>
            </w:r>
            <w:r>
              <w:br/>
            </w:r>
            <w:r>
              <w:rPr>
                <w:b/>
              </w:rPr>
              <w:t>HOẠT ĐỘNG 1: MỞ RỘNG VỐN TỪ VỀ MUÔNG THÚ (17 phút)</w:t>
            </w:r>
            <w:r>
              <w:br/>
            </w:r>
            <w:r>
              <w:rPr>
                <w:b/>
              </w:rPr>
              <w:t>Mục tiêu: HS gọi tên được con vật, tìm từ chỉ hoạt động và đặt câu phù hợp.</w:t>
            </w:r>
          </w:p>
        </w:tc>
      </w:tr>
      <w:tr w:rsidR="002566DD" w14:paraId="5173C289"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130E5155" w14:textId="77777777" w:rsidR="002566DD" w:rsidRDefault="00623220" w:rsidP="004138E1">
            <w:pPr>
              <w:shd w:val="clear" w:color="auto" w:fill="FFFFFF" w:themeFill="background1"/>
            </w:pPr>
            <w:r>
              <w:rPr>
                <w:b/>
              </w:rPr>
              <w:t>- Bài tập 1:</w:t>
            </w:r>
            <w:r>
              <w:t xml:space="preserve"> GV yêu cầu HS quan sát tranh rừng và nói tên các con vật ẩn trong tranh.</w:t>
            </w:r>
          </w:p>
          <w:p w14:paraId="2752D39E" w14:textId="5C2ACBA7"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2F8D0E8B" w14:textId="77777777" w:rsidR="002566DD" w:rsidRDefault="00623220" w:rsidP="004138E1">
            <w:pPr>
              <w:shd w:val="clear" w:color="auto" w:fill="FFFFFF" w:themeFill="background1"/>
            </w:pPr>
            <w:r>
              <w:rPr>
                <w:color w:val="000000"/>
              </w:rPr>
              <w:t>- HS quan sát và nêu: voi, khỉ, chim gõ kiến, công, gà rừng, sóc.</w:t>
            </w:r>
          </w:p>
        </w:tc>
      </w:tr>
      <w:tr w:rsidR="002566DD" w14:paraId="6A8DBC69" w14:textId="77777777" w:rsidTr="004138E1">
        <w:trPr>
          <w:cantSplit/>
          <w:jc w:val="center"/>
        </w:trPr>
        <w:tc>
          <w:tcPr>
            <w:tcW w:w="5112" w:type="dxa"/>
            <w:tcMar>
              <w:top w:w="80" w:type="dxa"/>
              <w:left w:w="80" w:type="dxa"/>
              <w:bottom w:w="80" w:type="dxa"/>
              <w:right w:w="80" w:type="dxa"/>
            </w:tcMar>
          </w:tcPr>
          <w:p w14:paraId="60FAEC04" w14:textId="77777777" w:rsidR="002566DD" w:rsidRDefault="00623220" w:rsidP="004138E1">
            <w:pPr>
              <w:shd w:val="clear" w:color="auto" w:fill="FFFFFF" w:themeFill="background1"/>
            </w:pPr>
            <w:r>
              <w:rPr>
                <w:color w:val="000000"/>
              </w:rPr>
              <w:t>- GV yêu cầu HS làm việc nhóm đôi: tìm thêm tên con vật sống trong rừng.</w:t>
            </w:r>
          </w:p>
        </w:tc>
        <w:tc>
          <w:tcPr>
            <w:tcW w:w="5112" w:type="dxa"/>
            <w:tcMar>
              <w:top w:w="80" w:type="dxa"/>
              <w:left w:w="80" w:type="dxa"/>
              <w:bottom w:w="80" w:type="dxa"/>
              <w:right w:w="80" w:type="dxa"/>
            </w:tcMar>
          </w:tcPr>
          <w:p w14:paraId="153D4506" w14:textId="77777777" w:rsidR="002566DD" w:rsidRDefault="00623220" w:rsidP="004138E1">
            <w:pPr>
              <w:shd w:val="clear" w:color="auto" w:fill="FFFFFF" w:themeFill="background1"/>
            </w:pPr>
            <w:r>
              <w:rPr>
                <w:color w:val="000000"/>
              </w:rPr>
              <w:t>- HS nêu thêm: hổ, báo, gấu, nai, hươu, vượn.</w:t>
            </w:r>
          </w:p>
        </w:tc>
      </w:tr>
      <w:tr w:rsidR="002566DD" w14:paraId="2E6310F0" w14:textId="77777777" w:rsidTr="004138E1">
        <w:trPr>
          <w:cantSplit/>
          <w:jc w:val="center"/>
        </w:trPr>
        <w:tc>
          <w:tcPr>
            <w:tcW w:w="5112" w:type="dxa"/>
            <w:tcMar>
              <w:top w:w="80" w:type="dxa"/>
              <w:left w:w="80" w:type="dxa"/>
              <w:bottom w:w="80" w:type="dxa"/>
              <w:right w:w="80" w:type="dxa"/>
            </w:tcMar>
          </w:tcPr>
          <w:p w14:paraId="5A82020D" w14:textId="77777777" w:rsidR="002566DD" w:rsidRDefault="00623220" w:rsidP="004138E1">
            <w:pPr>
              <w:shd w:val="clear" w:color="auto" w:fill="FFFFFF" w:themeFill="background1"/>
            </w:pPr>
            <w:r>
              <w:rPr>
                <w:b/>
              </w:rPr>
              <w:lastRenderedPageBreak/>
              <w:t>- Bài tập 2:</w:t>
            </w:r>
            <w:r>
              <w:t xml:space="preserve"> GV yêu cầu HS tìm từ chỉ hoạt động của các con vật sống trong rừng và đặt câu.</w:t>
            </w:r>
          </w:p>
        </w:tc>
        <w:tc>
          <w:tcPr>
            <w:tcW w:w="5112" w:type="dxa"/>
            <w:tcMar>
              <w:top w:w="80" w:type="dxa"/>
              <w:left w:w="80" w:type="dxa"/>
              <w:bottom w:w="80" w:type="dxa"/>
              <w:right w:w="80" w:type="dxa"/>
            </w:tcMar>
          </w:tcPr>
          <w:p w14:paraId="48959ADE" w14:textId="77777777" w:rsidR="002566DD" w:rsidRDefault="00623220" w:rsidP="004138E1">
            <w:pPr>
              <w:shd w:val="clear" w:color="auto" w:fill="FFFFFF" w:themeFill="background1"/>
            </w:pPr>
            <w:r>
              <w:rPr>
                <w:color w:val="000000"/>
              </w:rPr>
              <w:t>- HS nêu: leo, chạy, nhảy, bay, hót, gõ, kiếm ăn. HS đặt câu: Khỉ leo cây rất nhanh.</w:t>
            </w:r>
          </w:p>
        </w:tc>
      </w:tr>
      <w:tr w:rsidR="002566DD" w14:paraId="29CF1743" w14:textId="77777777" w:rsidTr="004138E1">
        <w:trPr>
          <w:cantSplit/>
          <w:jc w:val="center"/>
        </w:trPr>
        <w:tc>
          <w:tcPr>
            <w:tcW w:w="5112" w:type="dxa"/>
            <w:tcMar>
              <w:top w:w="80" w:type="dxa"/>
              <w:left w:w="80" w:type="dxa"/>
              <w:bottom w:w="80" w:type="dxa"/>
              <w:right w:w="80" w:type="dxa"/>
            </w:tcMar>
          </w:tcPr>
          <w:p w14:paraId="298D9C4F" w14:textId="77777777" w:rsidR="002566DD" w:rsidRDefault="00623220" w:rsidP="004138E1">
            <w:pPr>
              <w:shd w:val="clear" w:color="auto" w:fill="FFFFFF" w:themeFill="background1"/>
            </w:pPr>
            <w:r>
              <w:rPr>
                <w:color w:val="C00000"/>
              </w:rPr>
              <w:t>- GV hỏi dẫn tích hợp: Nếu dùng ứng dụng nhận diện con vật qua ảnh, em có nên tin ngay kết quả không?</w:t>
            </w:r>
          </w:p>
        </w:tc>
        <w:tc>
          <w:tcPr>
            <w:tcW w:w="5112" w:type="dxa"/>
            <w:tcMar>
              <w:top w:w="80" w:type="dxa"/>
              <w:left w:w="80" w:type="dxa"/>
              <w:bottom w:w="80" w:type="dxa"/>
              <w:right w:w="80" w:type="dxa"/>
            </w:tcMar>
          </w:tcPr>
          <w:p w14:paraId="38B2435D" w14:textId="77777777" w:rsidR="002566DD" w:rsidRDefault="00623220" w:rsidP="004138E1">
            <w:pPr>
              <w:shd w:val="clear" w:color="auto" w:fill="FFFFFF" w:themeFill="background1"/>
            </w:pPr>
            <w:r>
              <w:rPr>
                <w:color w:val="000000"/>
              </w:rPr>
              <w:t>- HS trả lời: Không nên tin ngay. Em cần quan sát đặc điểm con vật và kiểm tra lại với sách hoặc hỏi người lớn.</w:t>
            </w:r>
          </w:p>
        </w:tc>
      </w:tr>
      <w:tr w:rsidR="002566DD" w14:paraId="4052B561"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8BC1BF7" w14:textId="77777777" w:rsidR="002566DD" w:rsidRDefault="00623220" w:rsidP="004138E1">
            <w:pPr>
              <w:shd w:val="clear" w:color="auto" w:fill="FFFFFF" w:themeFill="background1"/>
            </w:pPr>
            <w:r>
              <w:rPr>
                <w:color w:val="C00000"/>
              </w:rPr>
              <w:t>- Tích hợp AI 2.C3.1: GV giải thích AI có thể nhận diện hoặc phân loại con vật qua hình ảnh, nhưng nếu ảnh mờ hoặc con vật bị che khuất, AI có thể nhầm. HS cần dùng AI như công cụ tham khảo, không thay cho quan sát và kiểm tra.</w:t>
            </w:r>
          </w:p>
        </w:tc>
        <w:tc>
          <w:tcPr>
            <w:tcW w:w="5112" w:type="dxa"/>
            <w:tcBorders>
              <w:bottom w:val="single" w:sz="4" w:space="0" w:color="auto"/>
            </w:tcBorders>
            <w:tcMar>
              <w:top w:w="80" w:type="dxa"/>
              <w:left w:w="80" w:type="dxa"/>
              <w:bottom w:w="80" w:type="dxa"/>
              <w:right w:w="80" w:type="dxa"/>
            </w:tcMar>
          </w:tcPr>
          <w:p w14:paraId="3389962B" w14:textId="77777777" w:rsidR="002566DD" w:rsidRDefault="00623220" w:rsidP="004138E1">
            <w:pPr>
              <w:shd w:val="clear" w:color="auto" w:fill="FFFFFF" w:themeFill="background1"/>
            </w:pPr>
            <w:r>
              <w:rPr>
                <w:color w:val="000000"/>
              </w:rPr>
              <w:t>- HS nêu quy tắc: quan sát kĩ đặc điểm, kiểm tra lại với sách/nguồn cô giáo cho phép, không tin hoàn toàn vào kết quả AI.</w:t>
            </w:r>
          </w:p>
        </w:tc>
      </w:tr>
      <w:tr w:rsidR="002566DD" w14:paraId="20E3FDD4"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0052833" w14:textId="77777777" w:rsidR="002566DD" w:rsidRDefault="00623220" w:rsidP="004138E1">
            <w:pPr>
              <w:shd w:val="clear" w:color="auto" w:fill="FFFFFF" w:themeFill="background1"/>
            </w:pPr>
            <w:r>
              <w:rPr>
                <w:b/>
              </w:rPr>
              <w:t>HOẠT ĐỘNG 2: DẤU CHẤM, DẤU CHẤM HỎI, DẤU CHẤM THAN (12 phút)</w:t>
            </w:r>
            <w:r>
              <w:br/>
            </w:r>
            <w:r>
              <w:rPr>
                <w:b/>
              </w:rPr>
              <w:t>Mục tiêu: HS điền đúng dấu câu theo mục đích nói.</w:t>
            </w:r>
          </w:p>
        </w:tc>
      </w:tr>
      <w:tr w:rsidR="002566DD" w14:paraId="4139544A"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658D6490" w14:textId="77777777" w:rsidR="002566DD" w:rsidRDefault="00623220" w:rsidP="004138E1">
            <w:pPr>
              <w:shd w:val="clear" w:color="auto" w:fill="FFFFFF" w:themeFill="background1"/>
            </w:pPr>
            <w:r>
              <w:rPr>
                <w:b/>
              </w:rPr>
              <w:t>- Bài tập 3:</w:t>
            </w:r>
            <w:r>
              <w:t xml:space="preserve"> GV yêu cầu HS đọc các câu còn thiếu dấu và xác định câu kể, câu hỏi, câu cảm.</w:t>
            </w:r>
          </w:p>
          <w:p w14:paraId="7C57CB24" w14:textId="77777777" w:rsidR="002566DD" w:rsidRDefault="00623220" w:rsidP="004138E1">
            <w:pPr>
              <w:shd w:val="clear" w:color="auto" w:fill="FFFFFF" w:themeFill="background1"/>
            </w:pPr>
            <w:r>
              <w:rPr>
                <w:b/>
              </w:rPr>
              <w:t>- a. Con gì có cái vòi rất dài</w:t>
            </w:r>
          </w:p>
          <w:p w14:paraId="4F191452" w14:textId="77777777" w:rsidR="002566DD" w:rsidRDefault="00623220" w:rsidP="004138E1">
            <w:pPr>
              <w:shd w:val="clear" w:color="auto" w:fill="FFFFFF" w:themeFill="background1"/>
            </w:pPr>
            <w:r>
              <w:rPr>
                <w:b/>
              </w:rPr>
              <w:t>- b. Con mèo đang trèo cây cau</w:t>
            </w:r>
          </w:p>
          <w:p w14:paraId="102D6B87" w14:textId="77777777" w:rsidR="002566DD" w:rsidRDefault="00623220" w:rsidP="004138E1">
            <w:pPr>
              <w:shd w:val="clear" w:color="auto" w:fill="FFFFFF" w:themeFill="background1"/>
            </w:pPr>
            <w:r>
              <w:rPr>
                <w:b/>
              </w:rPr>
              <w:t>- c. Con gì phi nhanh như gió</w:t>
            </w:r>
          </w:p>
          <w:p w14:paraId="3982D670" w14:textId="77777777" w:rsidR="002566DD" w:rsidRDefault="00623220" w:rsidP="004138E1">
            <w:pPr>
              <w:shd w:val="clear" w:color="auto" w:fill="FFFFFF" w:themeFill="background1"/>
            </w:pPr>
            <w:r>
              <w:rPr>
                <w:b/>
              </w:rPr>
              <w:t>- d. Ôi, con công múa đẹp quá</w:t>
            </w:r>
          </w:p>
        </w:tc>
        <w:tc>
          <w:tcPr>
            <w:tcW w:w="5112" w:type="dxa"/>
            <w:tcBorders>
              <w:top w:val="single" w:sz="4" w:space="0" w:color="auto"/>
            </w:tcBorders>
            <w:tcMar>
              <w:top w:w="80" w:type="dxa"/>
              <w:left w:w="80" w:type="dxa"/>
              <w:bottom w:w="80" w:type="dxa"/>
              <w:right w:w="80" w:type="dxa"/>
            </w:tcMar>
          </w:tcPr>
          <w:p w14:paraId="6B694999" w14:textId="77777777" w:rsidR="002566DD" w:rsidRDefault="00623220" w:rsidP="004138E1">
            <w:pPr>
              <w:shd w:val="clear" w:color="auto" w:fill="FFFFFF" w:themeFill="background1"/>
            </w:pPr>
            <w:r>
              <w:rPr>
                <w:color w:val="000000"/>
              </w:rPr>
              <w:t>- HS đọc và nêu: “Con gì có cái vòi rất dài” là câu hỏi; “Con mèo đang trèo cây cau” là câu kể; “Ôi, con công múa đẹp quá” là câu cảm.</w:t>
            </w:r>
          </w:p>
        </w:tc>
      </w:tr>
      <w:tr w:rsidR="002566DD" w14:paraId="4750FF00" w14:textId="77777777" w:rsidTr="004138E1">
        <w:trPr>
          <w:cantSplit/>
          <w:jc w:val="center"/>
        </w:trPr>
        <w:tc>
          <w:tcPr>
            <w:tcW w:w="5112" w:type="dxa"/>
            <w:tcMar>
              <w:top w:w="80" w:type="dxa"/>
              <w:left w:w="80" w:type="dxa"/>
              <w:bottom w:w="80" w:type="dxa"/>
              <w:right w:w="80" w:type="dxa"/>
            </w:tcMar>
          </w:tcPr>
          <w:p w14:paraId="4F636F54" w14:textId="77777777" w:rsidR="002566DD" w:rsidRDefault="00623220" w:rsidP="004138E1">
            <w:pPr>
              <w:shd w:val="clear" w:color="auto" w:fill="FFFFFF" w:themeFill="background1"/>
            </w:pPr>
            <w:r>
              <w:rPr>
                <w:color w:val="000000"/>
              </w:rPr>
              <w:t>- GV yêu cầu HS chọn dấu chấm, dấu chấm hỏi hoặc dấu chấm than thay cho ô vuông.</w:t>
            </w:r>
          </w:p>
        </w:tc>
        <w:tc>
          <w:tcPr>
            <w:tcW w:w="5112" w:type="dxa"/>
            <w:tcMar>
              <w:top w:w="80" w:type="dxa"/>
              <w:left w:w="80" w:type="dxa"/>
              <w:bottom w:w="80" w:type="dxa"/>
              <w:right w:w="80" w:type="dxa"/>
            </w:tcMar>
          </w:tcPr>
          <w:p w14:paraId="34B2B831" w14:textId="77777777" w:rsidR="002566DD" w:rsidRDefault="00623220" w:rsidP="004138E1">
            <w:pPr>
              <w:shd w:val="clear" w:color="auto" w:fill="FFFFFF" w:themeFill="background1"/>
            </w:pPr>
            <w:r>
              <w:rPr>
                <w:color w:val="000000"/>
              </w:rPr>
              <w:t>- HS điền: Con gì có cái vòi rất dài? Con mèo đang trèo cây cau. Con gì phi nhanh như gió? Ôi, con công múa đẹp quá!</w:t>
            </w:r>
          </w:p>
        </w:tc>
      </w:tr>
      <w:tr w:rsidR="002566DD" w14:paraId="58220F02"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09537C9E" w14:textId="77777777" w:rsidR="002566DD" w:rsidRDefault="00623220" w:rsidP="004138E1">
            <w:pPr>
              <w:shd w:val="clear" w:color="auto" w:fill="FFFFFF" w:themeFill="background1"/>
            </w:pPr>
            <w:r>
              <w:rPr>
                <w:color w:val="000000"/>
              </w:rPr>
              <w:t>- GV kết luận: Dấu chấm dùng cuối câu kể, dấu chấm hỏi dùng cuối câu hỏi, dấu chấm than dùng cuối câu bộc lộ cảm xúc hoặc lời gọi.</w:t>
            </w:r>
          </w:p>
        </w:tc>
        <w:tc>
          <w:tcPr>
            <w:tcW w:w="5112" w:type="dxa"/>
            <w:tcBorders>
              <w:bottom w:val="single" w:sz="4" w:space="0" w:color="auto"/>
            </w:tcBorders>
            <w:tcMar>
              <w:top w:w="80" w:type="dxa"/>
              <w:left w:w="80" w:type="dxa"/>
              <w:bottom w:w="80" w:type="dxa"/>
              <w:right w:w="80" w:type="dxa"/>
            </w:tcMar>
          </w:tcPr>
          <w:p w14:paraId="62E0762A" w14:textId="77777777" w:rsidR="002566DD" w:rsidRDefault="00623220" w:rsidP="004138E1">
            <w:pPr>
              <w:shd w:val="clear" w:color="auto" w:fill="FFFFFF" w:themeFill="background1"/>
            </w:pPr>
            <w:r>
              <w:rPr>
                <w:color w:val="000000"/>
              </w:rPr>
              <w:t>- HS lắng nghe và nhắc lại quy tắc sử dụng dấu câu.</w:t>
            </w:r>
          </w:p>
        </w:tc>
      </w:tr>
      <w:tr w:rsidR="002566DD" w14:paraId="6F35351E"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2DA6B331" w14:textId="77777777" w:rsidR="002566DD" w:rsidRDefault="00623220" w:rsidP="004138E1">
            <w:pPr>
              <w:shd w:val="clear" w:color="auto" w:fill="FFFFFF" w:themeFill="background1"/>
            </w:pPr>
            <w:r>
              <w:rPr>
                <w:b/>
              </w:rPr>
              <w:t>3. VẬN DỤNG (3 phút)</w:t>
            </w:r>
            <w:r>
              <w:br/>
            </w:r>
            <w:r>
              <w:rPr>
                <w:b/>
              </w:rPr>
              <w:t>Mục tiêu: HS vận dụng từ ngữ về con vật để đặt câu.</w:t>
            </w:r>
          </w:p>
        </w:tc>
      </w:tr>
      <w:tr w:rsidR="002566DD" w14:paraId="5AA39D25"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6743A354" w14:textId="77777777" w:rsidR="002566DD" w:rsidRDefault="00623220" w:rsidP="004138E1">
            <w:pPr>
              <w:shd w:val="clear" w:color="auto" w:fill="FFFFFF" w:themeFill="background1"/>
            </w:pPr>
            <w:r>
              <w:rPr>
                <w:color w:val="000000"/>
              </w:rPr>
              <w:t>- GV yêu cầu HS đặt một câu có tên con vật và một từ chỉ hoạt động.</w:t>
            </w:r>
          </w:p>
        </w:tc>
        <w:tc>
          <w:tcPr>
            <w:tcW w:w="5112" w:type="dxa"/>
            <w:tcBorders>
              <w:top w:val="single" w:sz="4" w:space="0" w:color="auto"/>
              <w:bottom w:val="single" w:sz="4" w:space="0" w:color="auto"/>
            </w:tcBorders>
            <w:tcMar>
              <w:top w:w="80" w:type="dxa"/>
              <w:left w:w="80" w:type="dxa"/>
              <w:bottom w:w="80" w:type="dxa"/>
              <w:right w:w="80" w:type="dxa"/>
            </w:tcMar>
          </w:tcPr>
          <w:p w14:paraId="28DDA8DB" w14:textId="77777777" w:rsidR="002566DD" w:rsidRDefault="00623220" w:rsidP="004138E1">
            <w:pPr>
              <w:shd w:val="clear" w:color="auto" w:fill="FFFFFF" w:themeFill="background1"/>
            </w:pPr>
            <w:r>
              <w:rPr>
                <w:color w:val="000000"/>
              </w:rPr>
              <w:t>- HS đặt câu: Con sóc chuyền cành rất nhanh. Chim công xòe đuôi rực rỡ.</w:t>
            </w:r>
          </w:p>
        </w:tc>
      </w:tr>
      <w:tr w:rsidR="002566DD" w14:paraId="4337DC6F"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51D06823" w14:textId="77777777" w:rsidR="002566DD" w:rsidRDefault="00623220" w:rsidP="004138E1">
            <w:pPr>
              <w:shd w:val="clear" w:color="auto" w:fill="FFFFFF" w:themeFill="background1"/>
            </w:pPr>
            <w:r>
              <w:rPr>
                <w:b/>
              </w:rPr>
              <w:t>TIẾT 5 – 6</w:t>
            </w:r>
          </w:p>
        </w:tc>
      </w:tr>
      <w:tr w:rsidR="002566DD" w14:paraId="7C4DF260"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5110605F" w14:textId="77777777" w:rsidR="002566DD" w:rsidRDefault="00623220" w:rsidP="004138E1">
            <w:pPr>
              <w:shd w:val="clear" w:color="auto" w:fill="FFFFFF" w:themeFill="background1"/>
            </w:pPr>
            <w:r>
              <w:rPr>
                <w:b/>
              </w:rPr>
              <w:t>1. KHỞI ĐỘNG (3 phút)</w:t>
            </w:r>
            <w:r>
              <w:br/>
            </w:r>
            <w:r>
              <w:rPr>
                <w:b/>
              </w:rPr>
              <w:t>Mục tiêu: HS chuẩn bị nói, viết về tranh/ảnh con vật.</w:t>
            </w:r>
          </w:p>
        </w:tc>
      </w:tr>
      <w:tr w:rsidR="002566DD" w14:paraId="71527781" w14:textId="77777777" w:rsidTr="004138E1">
        <w:trPr>
          <w:cantSplit/>
          <w:jc w:val="center"/>
        </w:trPr>
        <w:tc>
          <w:tcPr>
            <w:tcW w:w="5112" w:type="dxa"/>
            <w:tcBorders>
              <w:top w:val="single" w:sz="4" w:space="0" w:color="auto"/>
              <w:bottom w:val="single" w:sz="4" w:space="0" w:color="auto"/>
            </w:tcBorders>
            <w:tcMar>
              <w:top w:w="80" w:type="dxa"/>
              <w:left w:w="80" w:type="dxa"/>
              <w:bottom w:w="80" w:type="dxa"/>
              <w:right w:w="80" w:type="dxa"/>
            </w:tcMar>
          </w:tcPr>
          <w:p w14:paraId="55585338" w14:textId="77777777" w:rsidR="002566DD" w:rsidRDefault="00623220" w:rsidP="004138E1">
            <w:pPr>
              <w:shd w:val="clear" w:color="auto" w:fill="FFFFFF" w:themeFill="background1"/>
            </w:pPr>
            <w:r>
              <w:rPr>
                <w:color w:val="000000"/>
              </w:rPr>
              <w:t>- GV yêu cầu HS quan sát ba bức ảnh và nói tên con vật trong mỗi bức ảnh.</w:t>
            </w:r>
          </w:p>
          <w:p w14:paraId="387D7F69" w14:textId="59D99A29" w:rsidR="002566DD" w:rsidRDefault="002566DD" w:rsidP="004138E1">
            <w:pPr>
              <w:shd w:val="clear" w:color="auto" w:fill="FFFFFF" w:themeFill="background1"/>
            </w:pPr>
          </w:p>
        </w:tc>
        <w:tc>
          <w:tcPr>
            <w:tcW w:w="5112" w:type="dxa"/>
            <w:tcBorders>
              <w:top w:val="single" w:sz="4" w:space="0" w:color="auto"/>
              <w:bottom w:val="single" w:sz="4" w:space="0" w:color="auto"/>
            </w:tcBorders>
            <w:tcMar>
              <w:top w:w="80" w:type="dxa"/>
              <w:left w:w="80" w:type="dxa"/>
              <w:bottom w:w="80" w:type="dxa"/>
              <w:right w:w="80" w:type="dxa"/>
            </w:tcMar>
          </w:tcPr>
          <w:p w14:paraId="418DA07B" w14:textId="77777777" w:rsidR="002566DD" w:rsidRDefault="00623220" w:rsidP="004138E1">
            <w:pPr>
              <w:shd w:val="clear" w:color="auto" w:fill="FFFFFF" w:themeFill="background1"/>
            </w:pPr>
            <w:r>
              <w:rPr>
                <w:color w:val="000000"/>
              </w:rPr>
              <w:t>- HS trả lời: Bức ảnh 1 là hươu/nai, ảnh 2 là sóc, ảnh 3 là chim công.</w:t>
            </w:r>
          </w:p>
        </w:tc>
      </w:tr>
      <w:tr w:rsidR="002566DD" w14:paraId="67B0465D"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03BF947E" w14:textId="77777777" w:rsidR="002566DD" w:rsidRDefault="00623220" w:rsidP="004138E1">
            <w:pPr>
              <w:shd w:val="clear" w:color="auto" w:fill="FFFFFF" w:themeFill="background1"/>
            </w:pPr>
            <w:r>
              <w:rPr>
                <w:b/>
              </w:rPr>
              <w:t>2. KHÁM PHÁ</w:t>
            </w:r>
            <w:r>
              <w:br/>
            </w:r>
            <w:r>
              <w:rPr>
                <w:b/>
              </w:rPr>
              <w:t>HOẠT ĐỘNG 1: NÓI VỀ TRANH/ẢNH CON VẬT (10 phút)</w:t>
            </w:r>
            <w:r>
              <w:br/>
            </w:r>
            <w:r>
              <w:rPr>
                <w:b/>
              </w:rPr>
              <w:t>Mục tiêu: HS nói được các ý chính trước khi viết đoạn văn.</w:t>
            </w:r>
          </w:p>
        </w:tc>
      </w:tr>
      <w:tr w:rsidR="002566DD" w14:paraId="72FA06D3"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70885E82" w14:textId="77777777" w:rsidR="002566DD" w:rsidRDefault="00623220" w:rsidP="004138E1">
            <w:pPr>
              <w:shd w:val="clear" w:color="auto" w:fill="FFFFFF" w:themeFill="background1"/>
            </w:pPr>
            <w:r>
              <w:rPr>
                <w:color w:val="000000"/>
              </w:rPr>
              <w:lastRenderedPageBreak/>
              <w:t>- GV yêu cầu HS đọc gợi ý: Em nhìn thấy tranh/ảnh ở đâu? Trong tranh có con vật nào? Con vật đó đang làm gì? Nó có đặc điểm gì nổi bật? Em có thích tranh/ảnh đó không? Vì sao?</w:t>
            </w:r>
          </w:p>
        </w:tc>
        <w:tc>
          <w:tcPr>
            <w:tcW w:w="5112" w:type="dxa"/>
            <w:tcBorders>
              <w:top w:val="single" w:sz="4" w:space="0" w:color="auto"/>
            </w:tcBorders>
            <w:tcMar>
              <w:top w:w="80" w:type="dxa"/>
              <w:left w:w="80" w:type="dxa"/>
              <w:bottom w:w="80" w:type="dxa"/>
              <w:right w:w="80" w:type="dxa"/>
            </w:tcMar>
          </w:tcPr>
          <w:p w14:paraId="3A9EA3AD" w14:textId="77777777" w:rsidR="002566DD" w:rsidRDefault="00623220" w:rsidP="004138E1">
            <w:pPr>
              <w:shd w:val="clear" w:color="auto" w:fill="FFFFFF" w:themeFill="background1"/>
            </w:pPr>
            <w:r>
              <w:rPr>
                <w:color w:val="000000"/>
              </w:rPr>
              <w:t>- HS đọc gợi ý và chuẩn bị nói theo từng câu hỏi.</w:t>
            </w:r>
          </w:p>
        </w:tc>
      </w:tr>
      <w:tr w:rsidR="002566DD" w14:paraId="4DAEE8D9" w14:textId="77777777" w:rsidTr="004138E1">
        <w:trPr>
          <w:cantSplit/>
          <w:jc w:val="center"/>
        </w:trPr>
        <w:tc>
          <w:tcPr>
            <w:tcW w:w="5112" w:type="dxa"/>
            <w:tcMar>
              <w:top w:w="80" w:type="dxa"/>
              <w:left w:w="80" w:type="dxa"/>
              <w:bottom w:w="80" w:type="dxa"/>
              <w:right w:w="80" w:type="dxa"/>
            </w:tcMar>
          </w:tcPr>
          <w:p w14:paraId="7CE4CAD4" w14:textId="77777777" w:rsidR="002566DD" w:rsidRDefault="00623220" w:rsidP="004138E1">
            <w:pPr>
              <w:shd w:val="clear" w:color="auto" w:fill="FFFFFF" w:themeFill="background1"/>
            </w:pPr>
            <w:r>
              <w:rPr>
                <w:color w:val="000000"/>
              </w:rPr>
              <w:t>- GV tổ chức cho HS nói trong nhóm đôi về tranh/ảnh con vật mình chọn.</w:t>
            </w:r>
          </w:p>
        </w:tc>
        <w:tc>
          <w:tcPr>
            <w:tcW w:w="5112" w:type="dxa"/>
            <w:tcMar>
              <w:top w:w="80" w:type="dxa"/>
              <w:left w:w="80" w:type="dxa"/>
              <w:bottom w:w="80" w:type="dxa"/>
              <w:right w:w="80" w:type="dxa"/>
            </w:tcMar>
          </w:tcPr>
          <w:p w14:paraId="704622B8" w14:textId="77777777" w:rsidR="002566DD" w:rsidRDefault="00623220" w:rsidP="004138E1">
            <w:pPr>
              <w:shd w:val="clear" w:color="auto" w:fill="FFFFFF" w:themeFill="background1"/>
            </w:pPr>
            <w:r>
              <w:rPr>
                <w:color w:val="000000"/>
              </w:rPr>
              <w:t>- HS nói trong nhóm: Em chọn ảnh chim công. Chim công đang đứng bên cây. Nó có bộ lông đuôi dài và đẹp. Em thích chim công vì nó rất rực rỡ.</w:t>
            </w:r>
          </w:p>
        </w:tc>
      </w:tr>
      <w:tr w:rsidR="002566DD" w14:paraId="2A421B5F"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4A27BE59" w14:textId="77777777" w:rsidR="002566DD" w:rsidRDefault="00623220" w:rsidP="004138E1">
            <w:pPr>
              <w:shd w:val="clear" w:color="auto" w:fill="FFFFFF" w:themeFill="background1"/>
            </w:pPr>
            <w:r>
              <w:rPr>
                <w:color w:val="000000"/>
              </w:rPr>
              <w:t>- GV mời 2–3 HS nói trước lớp.</w:t>
            </w:r>
          </w:p>
        </w:tc>
        <w:tc>
          <w:tcPr>
            <w:tcW w:w="5112" w:type="dxa"/>
            <w:tcBorders>
              <w:bottom w:val="single" w:sz="4" w:space="0" w:color="auto"/>
            </w:tcBorders>
            <w:tcMar>
              <w:top w:w="80" w:type="dxa"/>
              <w:left w:w="80" w:type="dxa"/>
              <w:bottom w:w="80" w:type="dxa"/>
              <w:right w:w="80" w:type="dxa"/>
            </w:tcMar>
          </w:tcPr>
          <w:p w14:paraId="71BE3D49" w14:textId="77777777" w:rsidR="002566DD" w:rsidRDefault="00623220" w:rsidP="004138E1">
            <w:pPr>
              <w:shd w:val="clear" w:color="auto" w:fill="FFFFFF" w:themeFill="background1"/>
            </w:pPr>
            <w:r>
              <w:rPr>
                <w:color w:val="000000"/>
              </w:rPr>
              <w:t>- HS trình bày trước lớp; bạn khác nhận xét: nói đủ ý, rõ ràng, dùng từ phù hợp.</w:t>
            </w:r>
          </w:p>
        </w:tc>
      </w:tr>
      <w:tr w:rsidR="002566DD" w14:paraId="18CF4D99"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4520DD1C" w14:textId="77777777" w:rsidR="002566DD" w:rsidRDefault="00623220" w:rsidP="004138E1">
            <w:pPr>
              <w:shd w:val="clear" w:color="auto" w:fill="FFFFFF" w:themeFill="background1"/>
            </w:pPr>
            <w:r>
              <w:rPr>
                <w:b/>
              </w:rPr>
              <w:t>HOẠT ĐỘNG 2: VIẾT 3 – 5 CÂU GIỚI THIỆU TRANH/ẢNH VỀ MỘT CON VẬT (17 phút)</w:t>
            </w:r>
            <w:r>
              <w:br/>
            </w:r>
            <w:r>
              <w:rPr>
                <w:b/>
              </w:rPr>
              <w:t>Mục tiêu: HS viết được đoạn văn ngắn đủ ý, đúng chính tả, có dấu câu.</w:t>
            </w:r>
          </w:p>
        </w:tc>
      </w:tr>
      <w:tr w:rsidR="002566DD" w14:paraId="3B9A3896"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63E09290" w14:textId="77777777" w:rsidR="002566DD" w:rsidRDefault="00623220" w:rsidP="004138E1">
            <w:pPr>
              <w:shd w:val="clear" w:color="auto" w:fill="FFFFFF" w:themeFill="background1"/>
            </w:pPr>
            <w:r>
              <w:rPr>
                <w:color w:val="000000"/>
              </w:rPr>
              <w:t>- GV hướng dẫn HS viết theo gợi ý: giới thiệu tranh/ảnh, nêu con vật, hoạt động/đặc điểm, cảm xúc của em.</w:t>
            </w:r>
          </w:p>
        </w:tc>
        <w:tc>
          <w:tcPr>
            <w:tcW w:w="5112" w:type="dxa"/>
            <w:tcBorders>
              <w:top w:val="single" w:sz="4" w:space="0" w:color="auto"/>
            </w:tcBorders>
            <w:tcMar>
              <w:top w:w="80" w:type="dxa"/>
              <w:left w:w="80" w:type="dxa"/>
              <w:bottom w:w="80" w:type="dxa"/>
              <w:right w:w="80" w:type="dxa"/>
            </w:tcMar>
          </w:tcPr>
          <w:p w14:paraId="3963900E" w14:textId="77777777" w:rsidR="002566DD" w:rsidRDefault="00623220" w:rsidP="004138E1">
            <w:pPr>
              <w:shd w:val="clear" w:color="auto" w:fill="FFFFFF" w:themeFill="background1"/>
            </w:pPr>
            <w:r>
              <w:rPr>
                <w:color w:val="000000"/>
              </w:rPr>
              <w:t>- HS nắm dàn ý: Em chọn ảnh con gì? Con vật đang làm gì? Nó có đặc điểm gì? Em có thích không?</w:t>
            </w:r>
          </w:p>
        </w:tc>
      </w:tr>
      <w:tr w:rsidR="002566DD" w14:paraId="02AD7640" w14:textId="77777777" w:rsidTr="004138E1">
        <w:trPr>
          <w:cantSplit/>
          <w:jc w:val="center"/>
        </w:trPr>
        <w:tc>
          <w:tcPr>
            <w:tcW w:w="5112" w:type="dxa"/>
            <w:tcMar>
              <w:top w:w="80" w:type="dxa"/>
              <w:left w:w="80" w:type="dxa"/>
              <w:bottom w:w="80" w:type="dxa"/>
              <w:right w:w="80" w:type="dxa"/>
            </w:tcMar>
          </w:tcPr>
          <w:p w14:paraId="2679A19E" w14:textId="77777777" w:rsidR="002566DD" w:rsidRDefault="00623220" w:rsidP="004138E1">
            <w:pPr>
              <w:shd w:val="clear" w:color="auto" w:fill="FFFFFF" w:themeFill="background1"/>
            </w:pPr>
            <w:r>
              <w:rPr>
                <w:color w:val="000000"/>
              </w:rPr>
              <w:t>- GV viết mẫu mở đầu trên bảng: “Em rất thích bức ảnh chụp chim công.”</w:t>
            </w:r>
          </w:p>
        </w:tc>
        <w:tc>
          <w:tcPr>
            <w:tcW w:w="5112" w:type="dxa"/>
            <w:tcMar>
              <w:top w:w="80" w:type="dxa"/>
              <w:left w:w="80" w:type="dxa"/>
              <w:bottom w:w="80" w:type="dxa"/>
              <w:right w:w="80" w:type="dxa"/>
            </w:tcMar>
          </w:tcPr>
          <w:p w14:paraId="2339FD0C" w14:textId="77777777" w:rsidR="002566DD" w:rsidRDefault="00623220" w:rsidP="004138E1">
            <w:pPr>
              <w:shd w:val="clear" w:color="auto" w:fill="FFFFFF" w:themeFill="background1"/>
            </w:pPr>
            <w:r>
              <w:rPr>
                <w:color w:val="000000"/>
              </w:rPr>
              <w:t>- HS đọc câu mẫu và viết tiếp các câu của mình.</w:t>
            </w:r>
          </w:p>
        </w:tc>
      </w:tr>
      <w:tr w:rsidR="002566DD" w14:paraId="1C35A315" w14:textId="77777777" w:rsidTr="004138E1">
        <w:trPr>
          <w:cantSplit/>
          <w:jc w:val="center"/>
        </w:trPr>
        <w:tc>
          <w:tcPr>
            <w:tcW w:w="5112" w:type="dxa"/>
            <w:tcMar>
              <w:top w:w="80" w:type="dxa"/>
              <w:left w:w="80" w:type="dxa"/>
              <w:bottom w:w="80" w:type="dxa"/>
              <w:right w:w="80" w:type="dxa"/>
            </w:tcMar>
          </w:tcPr>
          <w:p w14:paraId="539E3444" w14:textId="77777777" w:rsidR="002566DD" w:rsidRDefault="00623220" w:rsidP="004138E1">
            <w:pPr>
              <w:shd w:val="clear" w:color="auto" w:fill="FFFFFF" w:themeFill="background1"/>
            </w:pPr>
            <w:r>
              <w:rPr>
                <w:color w:val="000000"/>
              </w:rPr>
              <w:t>- GV yêu cầu HS viết 3–5 câu vào vở.</w:t>
            </w:r>
          </w:p>
        </w:tc>
        <w:tc>
          <w:tcPr>
            <w:tcW w:w="5112" w:type="dxa"/>
            <w:tcMar>
              <w:top w:w="80" w:type="dxa"/>
              <w:left w:w="80" w:type="dxa"/>
              <w:bottom w:w="80" w:type="dxa"/>
              <w:right w:w="80" w:type="dxa"/>
            </w:tcMar>
          </w:tcPr>
          <w:p w14:paraId="7747E553" w14:textId="77777777" w:rsidR="002566DD" w:rsidRDefault="00623220" w:rsidP="004138E1">
            <w:pPr>
              <w:shd w:val="clear" w:color="auto" w:fill="FFFFFF" w:themeFill="background1"/>
            </w:pPr>
            <w:r>
              <w:rPr>
                <w:color w:val="000000"/>
              </w:rPr>
              <w:t>- HS viết đoạn văn. Ví dụ: Em rất thích bức ảnh chụp chim công. Chim công đang đứng trong vườn. Nó có bộ lông đuôi dài, màu sắc rực rỡ. Em thích chim công vì nó rất đẹp.</w:t>
            </w:r>
          </w:p>
        </w:tc>
      </w:tr>
      <w:tr w:rsidR="002566DD" w14:paraId="33B182D3" w14:textId="77777777" w:rsidTr="004138E1">
        <w:trPr>
          <w:cantSplit/>
          <w:jc w:val="center"/>
        </w:trPr>
        <w:tc>
          <w:tcPr>
            <w:tcW w:w="5112" w:type="dxa"/>
            <w:tcMar>
              <w:top w:w="80" w:type="dxa"/>
              <w:left w:w="80" w:type="dxa"/>
              <w:bottom w:w="80" w:type="dxa"/>
              <w:right w:w="80" w:type="dxa"/>
            </w:tcMar>
          </w:tcPr>
          <w:p w14:paraId="50BE0EE8" w14:textId="77777777" w:rsidR="002566DD" w:rsidRDefault="00623220" w:rsidP="004138E1">
            <w:pPr>
              <w:shd w:val="clear" w:color="auto" w:fill="FFFFFF" w:themeFill="background1"/>
            </w:pPr>
            <w:r>
              <w:rPr>
                <w:color w:val="000000"/>
              </w:rPr>
              <w:t>- GV quan sát, hỗ trợ HS: nhắc viết hoa đầu câu, dùng dấu chấm cuối câu, chọn từ chỉ đặc điểm phù hợp.</w:t>
            </w:r>
          </w:p>
        </w:tc>
        <w:tc>
          <w:tcPr>
            <w:tcW w:w="5112" w:type="dxa"/>
            <w:tcMar>
              <w:top w:w="80" w:type="dxa"/>
              <w:left w:w="80" w:type="dxa"/>
              <w:bottom w:w="80" w:type="dxa"/>
              <w:right w:w="80" w:type="dxa"/>
            </w:tcMar>
          </w:tcPr>
          <w:p w14:paraId="264EAF8D" w14:textId="77777777" w:rsidR="002566DD" w:rsidRDefault="00623220" w:rsidP="004138E1">
            <w:pPr>
              <w:shd w:val="clear" w:color="auto" w:fill="FFFFFF" w:themeFill="background1"/>
            </w:pPr>
            <w:r>
              <w:rPr>
                <w:color w:val="000000"/>
              </w:rPr>
              <w:t>- HS chỉnh bài: viết hoa đầu câu, thêm dấu chấm, sửa lỗi chính tả nếu có.</w:t>
            </w:r>
          </w:p>
        </w:tc>
      </w:tr>
      <w:tr w:rsidR="002566DD" w14:paraId="781A837F"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3BF4A0E2" w14:textId="77777777" w:rsidR="002566DD" w:rsidRDefault="00623220" w:rsidP="004138E1">
            <w:pPr>
              <w:shd w:val="clear" w:color="auto" w:fill="FFFFFF" w:themeFill="background1"/>
            </w:pPr>
            <w:r>
              <w:rPr>
                <w:color w:val="000000"/>
              </w:rPr>
              <w:t>- GV mời HS đọc đoạn văn trước lớp.</w:t>
            </w:r>
          </w:p>
        </w:tc>
        <w:tc>
          <w:tcPr>
            <w:tcW w:w="5112" w:type="dxa"/>
            <w:tcBorders>
              <w:bottom w:val="single" w:sz="4" w:space="0" w:color="auto"/>
            </w:tcBorders>
            <w:tcMar>
              <w:top w:w="80" w:type="dxa"/>
              <w:left w:w="80" w:type="dxa"/>
              <w:bottom w:w="80" w:type="dxa"/>
              <w:right w:w="80" w:type="dxa"/>
            </w:tcMar>
          </w:tcPr>
          <w:p w14:paraId="32CCDBD7" w14:textId="77777777" w:rsidR="002566DD" w:rsidRDefault="00623220" w:rsidP="004138E1">
            <w:pPr>
              <w:shd w:val="clear" w:color="auto" w:fill="FFFFFF" w:themeFill="background1"/>
            </w:pPr>
            <w:r>
              <w:rPr>
                <w:color w:val="000000"/>
              </w:rPr>
              <w:t>- HS đọc đoạn văn; lớp nhận xét bạn viết đủ 3–5 câu, đúng nội dung và có cảm xúc.</w:t>
            </w:r>
          </w:p>
        </w:tc>
      </w:tr>
      <w:tr w:rsidR="002566DD" w14:paraId="500505ED"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2C33886A" w14:textId="77777777" w:rsidR="002566DD" w:rsidRDefault="00623220" w:rsidP="004138E1">
            <w:pPr>
              <w:shd w:val="clear" w:color="auto" w:fill="FFFFFF" w:themeFill="background1"/>
            </w:pPr>
            <w:r>
              <w:rPr>
                <w:b/>
              </w:rPr>
              <w:t>HOẠT ĐỘNG 3: ĐỌC MỞ RỘNG (7 phút)</w:t>
            </w:r>
            <w:r>
              <w:br/>
            </w:r>
            <w:r>
              <w:rPr>
                <w:b/>
              </w:rPr>
              <w:t>Mục tiêu: HS tìm đọc và chia sẻ thông tin về động vật hoang dã an toàn, đúng nguồn.</w:t>
            </w:r>
          </w:p>
        </w:tc>
      </w:tr>
      <w:tr w:rsidR="002566DD" w14:paraId="12B41A7F"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6BC13082" w14:textId="77777777" w:rsidR="002566DD" w:rsidRDefault="00623220" w:rsidP="004138E1">
            <w:pPr>
              <w:shd w:val="clear" w:color="auto" w:fill="FFFFFF" w:themeFill="background1"/>
            </w:pPr>
            <w:r>
              <w:rPr>
                <w:color w:val="000000"/>
              </w:rPr>
              <w:t>- GV yêu cầu HS đọc yêu cầu Đọc mở rộng: Tìm đọc sách, báo viết về động vật hoang dã; giới thiệu một số thông tin về loài động vật đó.</w:t>
            </w:r>
          </w:p>
          <w:p w14:paraId="6D6EDC24" w14:textId="03E3E941" w:rsidR="002566DD" w:rsidRDefault="002566DD" w:rsidP="004138E1">
            <w:pPr>
              <w:shd w:val="clear" w:color="auto" w:fill="FFFFFF" w:themeFill="background1"/>
            </w:pPr>
          </w:p>
        </w:tc>
        <w:tc>
          <w:tcPr>
            <w:tcW w:w="5112" w:type="dxa"/>
            <w:tcBorders>
              <w:top w:val="single" w:sz="4" w:space="0" w:color="auto"/>
            </w:tcBorders>
            <w:tcMar>
              <w:top w:w="80" w:type="dxa"/>
              <w:left w:w="80" w:type="dxa"/>
              <w:bottom w:w="80" w:type="dxa"/>
              <w:right w:w="80" w:type="dxa"/>
            </w:tcMar>
          </w:tcPr>
          <w:p w14:paraId="51004717" w14:textId="77777777" w:rsidR="002566DD" w:rsidRDefault="00623220" w:rsidP="004138E1">
            <w:pPr>
              <w:shd w:val="clear" w:color="auto" w:fill="FFFFFF" w:themeFill="background1"/>
            </w:pPr>
            <w:r>
              <w:rPr>
                <w:color w:val="000000"/>
              </w:rPr>
              <w:t>- HS đọc yêu cầu và nêu các thông tin cần tìm: tên loài vật, thức ăn, nơi sống.</w:t>
            </w:r>
          </w:p>
        </w:tc>
      </w:tr>
      <w:tr w:rsidR="002566DD" w14:paraId="6D24887F" w14:textId="77777777" w:rsidTr="004138E1">
        <w:trPr>
          <w:cantSplit/>
          <w:jc w:val="center"/>
        </w:trPr>
        <w:tc>
          <w:tcPr>
            <w:tcW w:w="5112" w:type="dxa"/>
            <w:tcMar>
              <w:top w:w="80" w:type="dxa"/>
              <w:left w:w="80" w:type="dxa"/>
              <w:bottom w:w="80" w:type="dxa"/>
              <w:right w:w="80" w:type="dxa"/>
            </w:tcMar>
          </w:tcPr>
          <w:p w14:paraId="22692526" w14:textId="77777777" w:rsidR="002566DD" w:rsidRDefault="00623220" w:rsidP="004138E1">
            <w:pPr>
              <w:shd w:val="clear" w:color="auto" w:fill="FFFFFF" w:themeFill="background1"/>
            </w:pPr>
            <w:r>
              <w:rPr>
                <w:color w:val="C00000"/>
              </w:rPr>
              <w:t>- GV hỏi dẫn tích hợp: Khi tìm đọc bài viết về động vật trên mạng, em cần chú ý điều gì?</w:t>
            </w:r>
          </w:p>
        </w:tc>
        <w:tc>
          <w:tcPr>
            <w:tcW w:w="5112" w:type="dxa"/>
            <w:tcMar>
              <w:top w:w="80" w:type="dxa"/>
              <w:left w:w="80" w:type="dxa"/>
              <w:bottom w:w="80" w:type="dxa"/>
              <w:right w:w="80" w:type="dxa"/>
            </w:tcMar>
          </w:tcPr>
          <w:p w14:paraId="36C2E052" w14:textId="77777777" w:rsidR="002566DD" w:rsidRDefault="00623220" w:rsidP="004138E1">
            <w:pPr>
              <w:shd w:val="clear" w:color="auto" w:fill="FFFFFF" w:themeFill="background1"/>
            </w:pPr>
            <w:r>
              <w:rPr>
                <w:color w:val="000000"/>
              </w:rPr>
              <w:t>- HS trả lời: Em tìm trên trang cô giáo/cha mẹ cho phép, không bấm quảng cáo, không tải tệp lạ, ghi lại tên loài vật, thức ăn và nơi sống.</w:t>
            </w:r>
          </w:p>
        </w:tc>
      </w:tr>
      <w:tr w:rsidR="002566DD" w14:paraId="5ECFD2CB" w14:textId="77777777" w:rsidTr="004138E1">
        <w:trPr>
          <w:cantSplit/>
          <w:jc w:val="center"/>
        </w:trPr>
        <w:tc>
          <w:tcPr>
            <w:tcW w:w="5112" w:type="dxa"/>
            <w:tcBorders>
              <w:bottom w:val="single" w:sz="4" w:space="0" w:color="auto"/>
            </w:tcBorders>
            <w:tcMar>
              <w:top w:w="80" w:type="dxa"/>
              <w:left w:w="80" w:type="dxa"/>
              <w:bottom w:w="80" w:type="dxa"/>
              <w:right w:w="80" w:type="dxa"/>
            </w:tcMar>
          </w:tcPr>
          <w:p w14:paraId="2D9560C1" w14:textId="77777777" w:rsidR="002566DD" w:rsidRDefault="00623220" w:rsidP="004138E1">
            <w:pPr>
              <w:shd w:val="clear" w:color="auto" w:fill="FFFFFF" w:themeFill="background1"/>
            </w:pPr>
            <w:r>
              <w:rPr>
                <w:color w:val="C00000"/>
              </w:rPr>
              <w:t>- Tích hợp NLS 1.1.CB1a: GV hướng dẫn HS dùng từ khóa đơn giản như “động vật hoang dã cho học sinh lớp 2”, “sóc ăn gì”, “chim công sống ở đâu” trên nguồn học liệu an toàn; ghi thông tin theo sơ đồ: Tên loài vật – Thức ăn – Nơi sống.</w:t>
            </w:r>
          </w:p>
        </w:tc>
        <w:tc>
          <w:tcPr>
            <w:tcW w:w="5112" w:type="dxa"/>
            <w:tcBorders>
              <w:bottom w:val="single" w:sz="4" w:space="0" w:color="auto"/>
            </w:tcBorders>
            <w:tcMar>
              <w:top w:w="80" w:type="dxa"/>
              <w:left w:w="80" w:type="dxa"/>
              <w:bottom w:w="80" w:type="dxa"/>
              <w:right w:w="80" w:type="dxa"/>
            </w:tcMar>
          </w:tcPr>
          <w:p w14:paraId="56ADA640" w14:textId="77777777" w:rsidR="002566DD" w:rsidRDefault="00623220" w:rsidP="004138E1">
            <w:pPr>
              <w:shd w:val="clear" w:color="auto" w:fill="FFFFFF" w:themeFill="background1"/>
            </w:pPr>
            <w:r>
              <w:rPr>
                <w:color w:val="000000"/>
              </w:rPr>
              <w:t>- HS nhắc lại cách làm: chọn nguồn an toàn, tìm từ khóa ngắn, ghi thông tin đúng sơ đồ, không chia sẻ thông tin cá nhân.</w:t>
            </w:r>
          </w:p>
        </w:tc>
      </w:tr>
      <w:tr w:rsidR="002566DD" w14:paraId="76855A2C" w14:textId="77777777" w:rsidTr="004138E1">
        <w:trPr>
          <w:cantSplit/>
          <w:jc w:val="center"/>
        </w:trPr>
        <w:tc>
          <w:tcPr>
            <w:tcW w:w="10324" w:type="dxa"/>
            <w:gridSpan w:val="2"/>
            <w:tcBorders>
              <w:top w:val="single" w:sz="4" w:space="0" w:color="auto"/>
              <w:bottom w:val="single" w:sz="4" w:space="0" w:color="auto"/>
            </w:tcBorders>
            <w:shd w:val="clear" w:color="auto" w:fill="E2F0D9"/>
            <w:tcMar>
              <w:top w:w="80" w:type="dxa"/>
              <w:left w:w="80" w:type="dxa"/>
              <w:bottom w:w="80" w:type="dxa"/>
              <w:right w:w="80" w:type="dxa"/>
            </w:tcMar>
          </w:tcPr>
          <w:p w14:paraId="65D6A503" w14:textId="77777777" w:rsidR="002566DD" w:rsidRDefault="00623220" w:rsidP="004138E1">
            <w:pPr>
              <w:shd w:val="clear" w:color="auto" w:fill="FFFFFF" w:themeFill="background1"/>
            </w:pPr>
            <w:r>
              <w:rPr>
                <w:b/>
              </w:rPr>
              <w:lastRenderedPageBreak/>
              <w:t>3. VẬN DỤNG (3 phút)</w:t>
            </w:r>
            <w:r>
              <w:br/>
            </w:r>
            <w:r>
              <w:rPr>
                <w:b/>
              </w:rPr>
              <w:t>Mục tiêu: HS biết vận dụng kiến thức để yêu quý và bảo vệ động vật.</w:t>
            </w:r>
          </w:p>
        </w:tc>
      </w:tr>
      <w:tr w:rsidR="002566DD" w14:paraId="4DB85DA3" w14:textId="77777777" w:rsidTr="004138E1">
        <w:trPr>
          <w:cantSplit/>
          <w:jc w:val="center"/>
        </w:trPr>
        <w:tc>
          <w:tcPr>
            <w:tcW w:w="5112" w:type="dxa"/>
            <w:tcBorders>
              <w:top w:val="single" w:sz="4" w:space="0" w:color="auto"/>
            </w:tcBorders>
            <w:tcMar>
              <w:top w:w="80" w:type="dxa"/>
              <w:left w:w="80" w:type="dxa"/>
              <w:bottom w:w="80" w:type="dxa"/>
              <w:right w:w="80" w:type="dxa"/>
            </w:tcMar>
          </w:tcPr>
          <w:p w14:paraId="74E15460" w14:textId="77777777" w:rsidR="002566DD" w:rsidRDefault="00623220" w:rsidP="004138E1">
            <w:pPr>
              <w:shd w:val="clear" w:color="auto" w:fill="FFFFFF" w:themeFill="background1"/>
            </w:pPr>
            <w:r>
              <w:rPr>
                <w:color w:val="000000"/>
              </w:rPr>
              <w:t>- GV hỏi: Em sẽ làm gì để thể hiện tình yêu với động vật?</w:t>
            </w:r>
          </w:p>
        </w:tc>
        <w:tc>
          <w:tcPr>
            <w:tcW w:w="5112" w:type="dxa"/>
            <w:tcBorders>
              <w:top w:val="single" w:sz="4" w:space="0" w:color="auto"/>
            </w:tcBorders>
            <w:tcMar>
              <w:top w:w="80" w:type="dxa"/>
              <w:left w:w="80" w:type="dxa"/>
              <w:bottom w:w="80" w:type="dxa"/>
              <w:right w:w="80" w:type="dxa"/>
            </w:tcMar>
          </w:tcPr>
          <w:p w14:paraId="036ED39A" w14:textId="77777777" w:rsidR="002566DD" w:rsidRDefault="00623220" w:rsidP="004138E1">
            <w:pPr>
              <w:shd w:val="clear" w:color="auto" w:fill="FFFFFF" w:themeFill="background1"/>
            </w:pPr>
            <w:r>
              <w:rPr>
                <w:color w:val="000000"/>
              </w:rPr>
              <w:t>- HS trả lời: Em không trêu chọc, không bắt nhốt động vật; em bảo vệ cây xanh, không xả rác, nhắc mọi người không mua bán động vật hoang dã.</w:t>
            </w:r>
          </w:p>
        </w:tc>
      </w:tr>
      <w:tr w:rsidR="002566DD" w14:paraId="2149964B" w14:textId="77777777" w:rsidTr="004138E1">
        <w:trPr>
          <w:cantSplit/>
          <w:jc w:val="center"/>
        </w:trPr>
        <w:tc>
          <w:tcPr>
            <w:tcW w:w="5112" w:type="dxa"/>
            <w:tcMar>
              <w:top w:w="80" w:type="dxa"/>
              <w:left w:w="80" w:type="dxa"/>
              <w:bottom w:w="80" w:type="dxa"/>
              <w:right w:w="80" w:type="dxa"/>
            </w:tcMar>
          </w:tcPr>
          <w:p w14:paraId="34ED13E0" w14:textId="77777777" w:rsidR="002566DD" w:rsidRDefault="00623220" w:rsidP="004138E1">
            <w:pPr>
              <w:shd w:val="clear" w:color="auto" w:fill="FFFFFF" w:themeFill="background1"/>
            </w:pPr>
            <w:r>
              <w:rPr>
                <w:color w:val="000000"/>
              </w:rPr>
              <w:t>- GV nhận xét tuần học, dặn HS hoàn thiện đoạn văn và chuẩn bị bài tuần sau.</w:t>
            </w:r>
          </w:p>
        </w:tc>
        <w:tc>
          <w:tcPr>
            <w:tcW w:w="5112" w:type="dxa"/>
            <w:tcMar>
              <w:top w:w="80" w:type="dxa"/>
              <w:left w:w="80" w:type="dxa"/>
              <w:bottom w:w="80" w:type="dxa"/>
              <w:right w:w="80" w:type="dxa"/>
            </w:tcMar>
          </w:tcPr>
          <w:p w14:paraId="0620542A" w14:textId="77777777" w:rsidR="002566DD" w:rsidRDefault="00623220" w:rsidP="004138E1">
            <w:pPr>
              <w:shd w:val="clear" w:color="auto" w:fill="FFFFFF" w:themeFill="background1"/>
            </w:pPr>
            <w:r>
              <w:rPr>
                <w:color w:val="000000"/>
              </w:rPr>
              <w:t>- HS lắng nghe, ghi nhớ nhiệm vụ.</w:t>
            </w:r>
          </w:p>
        </w:tc>
      </w:tr>
    </w:tbl>
    <w:p w14:paraId="1F177638" w14:textId="77777777" w:rsidR="002566DD" w:rsidRDefault="00623220" w:rsidP="004138E1">
      <w:pPr>
        <w:shd w:val="clear" w:color="auto" w:fill="FFFFFF" w:themeFill="background1"/>
        <w:spacing w:after="0" w:line="240" w:lineRule="auto"/>
        <w:jc w:val="both"/>
      </w:pPr>
      <w:r>
        <w:rPr>
          <w:b/>
        </w:rPr>
        <w:t>IV. ĐIỀU CHỈNH SAU TIẾT HỌC (NẾU CÓ)</w:t>
      </w:r>
    </w:p>
    <w:sectPr w:rsidR="002566DD" w:rsidSect="00034616">
      <w:pgSz w:w="11909" w:h="16834"/>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4569195">
    <w:abstractNumId w:val="8"/>
  </w:num>
  <w:num w:numId="2" w16cid:durableId="1506631725">
    <w:abstractNumId w:val="6"/>
  </w:num>
  <w:num w:numId="3" w16cid:durableId="1618442415">
    <w:abstractNumId w:val="5"/>
  </w:num>
  <w:num w:numId="4" w16cid:durableId="1470057056">
    <w:abstractNumId w:val="4"/>
  </w:num>
  <w:num w:numId="5" w16cid:durableId="741679569">
    <w:abstractNumId w:val="7"/>
  </w:num>
  <w:num w:numId="6" w16cid:durableId="876435723">
    <w:abstractNumId w:val="3"/>
  </w:num>
  <w:num w:numId="7" w16cid:durableId="183786540">
    <w:abstractNumId w:val="2"/>
  </w:num>
  <w:num w:numId="8" w16cid:durableId="1839735108">
    <w:abstractNumId w:val="1"/>
  </w:num>
  <w:num w:numId="9" w16cid:durableId="456072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66DD"/>
    <w:rsid w:val="0029639D"/>
    <w:rsid w:val="00326F90"/>
    <w:rsid w:val="004138E1"/>
    <w:rsid w:val="00623220"/>
    <w:rsid w:val="00AA1D8D"/>
    <w:rsid w:val="00AE723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EC088D"/>
  <w14:defaultImageDpi w14:val="300"/>
  <w15:docId w15:val="{267A734E-7B2F-4C7E-AF20-AA4804DE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D4F91-D711-48C1-A588-DB859A60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4921</Words>
  <Characters>28051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2026-06-08T06:11:00Z</dcterms:created>
  <dcterms:modified xsi:type="dcterms:W3CDTF">2026-08-17T14:22:00Z</dcterms:modified>
  <cp:category/>
</cp:coreProperties>
</file>