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F0BCD" w14:textId="77777777" w:rsidR="00425151" w:rsidRDefault="0033237D" w:rsidP="00717C79">
      <w:pPr>
        <w:shd w:val="clear" w:color="auto" w:fill="FFFFFF" w:themeFill="background1"/>
        <w:spacing w:after="0" w:line="240" w:lineRule="auto"/>
        <w:jc w:val="center"/>
      </w:pPr>
      <w:r>
        <w:rPr>
          <w:b/>
          <w:sz w:val="28"/>
        </w:rPr>
        <w:t>KẾ HOẠCH BÀI DẠY MÔN TIẾNG VIỆT LỚP 2 – TUẦN 20</w:t>
      </w:r>
    </w:p>
    <w:p w14:paraId="3694A146" w14:textId="77777777" w:rsidR="00425151" w:rsidRDefault="0033237D" w:rsidP="00717C79">
      <w:pPr>
        <w:shd w:val="clear" w:color="auto" w:fill="FFFFFF" w:themeFill="background1"/>
        <w:spacing w:after="0" w:line="240" w:lineRule="auto"/>
        <w:jc w:val="center"/>
      </w:pPr>
      <w:r>
        <w:rPr>
          <w:b/>
          <w:sz w:val="28"/>
        </w:rPr>
        <w:t>CHỦ ĐỀ 5: VẺ ĐẸP QUANH EM</w:t>
      </w:r>
    </w:p>
    <w:p w14:paraId="7EFBC02F" w14:textId="77777777" w:rsidR="00425151" w:rsidRDefault="0033237D" w:rsidP="00717C79">
      <w:pPr>
        <w:shd w:val="clear" w:color="auto" w:fill="FFFFFF" w:themeFill="background1"/>
        <w:spacing w:after="0" w:line="240" w:lineRule="auto"/>
        <w:jc w:val="center"/>
      </w:pPr>
      <w:r>
        <w:rPr>
          <w:b/>
          <w:sz w:val="28"/>
        </w:rPr>
        <w:t>BÀI 3: HỌA MI HÓT</w:t>
      </w:r>
    </w:p>
    <w:p w14:paraId="1B08CF66" w14:textId="77777777" w:rsidR="00425151" w:rsidRDefault="0033237D" w:rsidP="00717C79">
      <w:pPr>
        <w:shd w:val="clear" w:color="auto" w:fill="FFFFFF" w:themeFill="background1"/>
        <w:spacing w:after="0" w:line="240" w:lineRule="auto"/>
        <w:jc w:val="center"/>
      </w:pPr>
      <w:r>
        <w:rPr>
          <w:b/>
          <w:sz w:val="28"/>
        </w:rPr>
        <w:t>TIẾT 1 – 2: ĐỌC: HỌA MI HÓT</w:t>
      </w:r>
    </w:p>
    <w:p w14:paraId="3C094D81" w14:textId="77777777" w:rsidR="00425151" w:rsidRDefault="0033237D" w:rsidP="00717C79">
      <w:pPr>
        <w:shd w:val="clear" w:color="auto" w:fill="FFFFFF" w:themeFill="background1"/>
        <w:spacing w:after="0" w:line="240" w:lineRule="auto"/>
        <w:jc w:val="both"/>
      </w:pPr>
      <w:r>
        <w:rPr>
          <w:b/>
        </w:rPr>
        <w:t>I. YÊU CẦU CẦN ĐẠT</w:t>
      </w:r>
    </w:p>
    <w:p w14:paraId="4BEF1259" w14:textId="77777777" w:rsidR="00425151" w:rsidRDefault="0033237D" w:rsidP="00717C79">
      <w:pPr>
        <w:shd w:val="clear" w:color="auto" w:fill="FFFFFF" w:themeFill="background1"/>
        <w:spacing w:after="0" w:line="240" w:lineRule="auto"/>
        <w:jc w:val="both"/>
      </w:pPr>
      <w:r>
        <w:t>Sau bài học, HS sẽ:</w:t>
      </w:r>
    </w:p>
    <w:p w14:paraId="2D9FBAEC" w14:textId="77777777" w:rsidR="00425151" w:rsidRDefault="0033237D" w:rsidP="00717C79">
      <w:pPr>
        <w:shd w:val="clear" w:color="auto" w:fill="FFFFFF" w:themeFill="background1"/>
        <w:spacing w:after="0" w:line="240" w:lineRule="auto"/>
        <w:jc w:val="both"/>
      </w:pPr>
      <w:r>
        <w:rPr>
          <w:b/>
        </w:rPr>
        <w:t>1. Năng lực đặc thù</w:t>
      </w:r>
    </w:p>
    <w:p w14:paraId="63D2BA5C" w14:textId="77777777" w:rsidR="00425151" w:rsidRDefault="0033237D" w:rsidP="00717C79">
      <w:pPr>
        <w:shd w:val="clear" w:color="auto" w:fill="FFFFFF" w:themeFill="background1"/>
        <w:spacing w:after="0" w:line="240" w:lineRule="auto"/>
        <w:jc w:val="both"/>
      </w:pPr>
      <w:r>
        <w:t>- Đọc đúng, rõ ràng văn bản Họa mi hót; biết ngắt nghỉ hơi ở câu dài; đọc với giọng nhẹ nhàng, vui tươi, gợi tả không khí mùa xuân.</w:t>
      </w:r>
    </w:p>
    <w:p w14:paraId="26445854" w14:textId="77777777" w:rsidR="00425151" w:rsidRDefault="0033237D" w:rsidP="00717C79">
      <w:pPr>
        <w:shd w:val="clear" w:color="auto" w:fill="FFFFFF" w:themeFill="background1"/>
        <w:spacing w:after="0" w:line="240" w:lineRule="auto"/>
        <w:jc w:val="both"/>
      </w:pPr>
      <w:r>
        <w:t>- Hiểu nghĩa các từ ngữ: luồng sáng, lộc, dìu dặt; hiểu nội dung bài đọc: Tiếng hót kì diệu của họa mi làm bừng tỉnh cảnh vật, đem đến sức sống và niềm vui cho mùa xuân.</w:t>
      </w:r>
    </w:p>
    <w:p w14:paraId="26FD607D" w14:textId="77777777" w:rsidR="00425151" w:rsidRDefault="0033237D" w:rsidP="00717C79">
      <w:pPr>
        <w:shd w:val="clear" w:color="auto" w:fill="FFFFFF" w:themeFill="background1"/>
        <w:spacing w:after="0" w:line="240" w:lineRule="auto"/>
        <w:jc w:val="both"/>
      </w:pPr>
      <w:r>
        <w:t>- Trả lời được các câu hỏi trong SGK; tìm được từ ngữ tả tiếng hót của họa mi và đặt câu với từ ngữ vừa tìm được.</w:t>
      </w:r>
    </w:p>
    <w:p w14:paraId="616B6A4F" w14:textId="77777777" w:rsidR="00425151" w:rsidRDefault="0033237D" w:rsidP="00717C79">
      <w:pPr>
        <w:shd w:val="clear" w:color="auto" w:fill="FFFFFF" w:themeFill="background1"/>
        <w:spacing w:after="0" w:line="240" w:lineRule="auto"/>
        <w:jc w:val="both"/>
      </w:pPr>
      <w:r>
        <w:rPr>
          <w:b/>
        </w:rPr>
        <w:t>2. Năng lực chung</w:t>
      </w:r>
    </w:p>
    <w:p w14:paraId="70DA3CCD" w14:textId="77777777" w:rsidR="00425151" w:rsidRDefault="0033237D" w:rsidP="00717C79">
      <w:pPr>
        <w:shd w:val="clear" w:color="auto" w:fill="FFFFFF" w:themeFill="background1"/>
        <w:spacing w:after="0" w:line="240" w:lineRule="auto"/>
        <w:jc w:val="both"/>
      </w:pPr>
      <w:r>
        <w:t>- Tự chủ và tự học: chủ động luyện đọc, đọc thầm để tìm thông tin trong bài.</w:t>
      </w:r>
    </w:p>
    <w:p w14:paraId="7F5B7815" w14:textId="77777777" w:rsidR="00425151" w:rsidRDefault="0033237D" w:rsidP="00717C79">
      <w:pPr>
        <w:shd w:val="clear" w:color="auto" w:fill="FFFFFF" w:themeFill="background1"/>
        <w:spacing w:after="0" w:line="240" w:lineRule="auto"/>
        <w:jc w:val="both"/>
      </w:pPr>
      <w:r>
        <w:t>- Giao tiếp và hợp tác: trao đổi nhóm, lắng nghe bạn đọc và góp ý lịch sự.</w:t>
      </w:r>
    </w:p>
    <w:p w14:paraId="731AC852" w14:textId="77777777" w:rsidR="00425151" w:rsidRDefault="0033237D" w:rsidP="00717C79">
      <w:pPr>
        <w:shd w:val="clear" w:color="auto" w:fill="FFFFFF" w:themeFill="background1"/>
        <w:spacing w:after="0" w:line="240" w:lineRule="auto"/>
        <w:jc w:val="both"/>
      </w:pPr>
      <w:r>
        <w:t>- Giải quyết vấn đề và sáng tạo: biết lựa chọn tên khác cho bài đọc và nêu lí do.</w:t>
      </w:r>
    </w:p>
    <w:p w14:paraId="6583D405" w14:textId="77777777" w:rsidR="00425151" w:rsidRDefault="0033237D" w:rsidP="00717C79">
      <w:pPr>
        <w:shd w:val="clear" w:color="auto" w:fill="FFFFFF" w:themeFill="background1"/>
        <w:spacing w:after="0" w:line="240" w:lineRule="auto"/>
        <w:jc w:val="both"/>
      </w:pPr>
      <w:r>
        <w:rPr>
          <w:b/>
        </w:rPr>
        <w:t>3. Phẩm chất</w:t>
      </w:r>
    </w:p>
    <w:p w14:paraId="0D69A2C1" w14:textId="77777777" w:rsidR="00425151" w:rsidRDefault="0033237D" w:rsidP="00717C79">
      <w:pPr>
        <w:shd w:val="clear" w:color="auto" w:fill="FFFFFF" w:themeFill="background1"/>
        <w:spacing w:after="0" w:line="240" w:lineRule="auto"/>
        <w:jc w:val="both"/>
      </w:pPr>
      <w:r>
        <w:t>- Nhân ái: biết yêu quý thiên nhiên, yêu tiếng chim, hoa lá và cảnh vật quanh em.</w:t>
      </w:r>
    </w:p>
    <w:p w14:paraId="28957EE9" w14:textId="77777777" w:rsidR="00425151" w:rsidRDefault="0033237D" w:rsidP="00717C79">
      <w:pPr>
        <w:shd w:val="clear" w:color="auto" w:fill="FFFFFF" w:themeFill="background1"/>
        <w:spacing w:after="0" w:line="240" w:lineRule="auto"/>
        <w:jc w:val="both"/>
      </w:pPr>
      <w:r>
        <w:t>- Trách nhiệm: có ý thức bảo vệ cây xanh, chim muông và môi trường sống trong lành.</w:t>
      </w:r>
    </w:p>
    <w:p w14:paraId="0A327E59" w14:textId="77777777" w:rsidR="00425151" w:rsidRDefault="0033237D" w:rsidP="00717C79">
      <w:pPr>
        <w:shd w:val="clear" w:color="auto" w:fill="FFFFFF" w:themeFill="background1"/>
        <w:spacing w:after="0" w:line="240" w:lineRule="auto"/>
        <w:jc w:val="both"/>
      </w:pPr>
      <w:r>
        <w:rPr>
          <w:b/>
          <w:color w:val="C00000"/>
        </w:rPr>
        <w:t>4. Tích hợp</w:t>
      </w:r>
    </w:p>
    <w:p w14:paraId="4E25DDAB" w14:textId="77777777" w:rsidR="00425151" w:rsidRDefault="0033237D" w:rsidP="00717C79">
      <w:pPr>
        <w:shd w:val="clear" w:color="auto" w:fill="FFFFFF" w:themeFill="background1"/>
        <w:spacing w:after="0" w:line="240" w:lineRule="auto"/>
        <w:jc w:val="both"/>
      </w:pPr>
      <w:r>
        <w:rPr>
          <w:color w:val="C00000"/>
        </w:rPr>
        <w:t>- Tích hợp năng lực số 1.1.CB1a: HS biết tìm kiếm thông tin, dữ liệu và nội dung đơn giản trong môi trường số; biết xem, nghe học liệu số về chim họa mi theo đường dẫn an toàn do GV cung cấp, chọn thông tin phù hợp và không bấm vào liên kết lạ.</w:t>
      </w:r>
    </w:p>
    <w:p w14:paraId="1DB5D1F3" w14:textId="77777777" w:rsidR="00425151" w:rsidRDefault="0033237D" w:rsidP="00717C79">
      <w:pPr>
        <w:shd w:val="clear" w:color="auto" w:fill="FFFFFF" w:themeFill="background1"/>
        <w:spacing w:after="0" w:line="240" w:lineRule="auto"/>
        <w:jc w:val="both"/>
      </w:pPr>
      <w:r>
        <w:rPr>
          <w:b/>
        </w:rPr>
        <w:t>II. ĐỒ DÙNG DẠY HỌC</w:t>
      </w:r>
    </w:p>
    <w:p w14:paraId="63440F2C" w14:textId="77777777" w:rsidR="00425151" w:rsidRDefault="0033237D" w:rsidP="00717C79">
      <w:pPr>
        <w:shd w:val="clear" w:color="auto" w:fill="FFFFFF" w:themeFill="background1"/>
        <w:spacing w:after="0" w:line="240" w:lineRule="auto"/>
        <w:jc w:val="both"/>
      </w:pPr>
      <w:r>
        <w:rPr>
          <w:b/>
        </w:rPr>
        <w:t>1. Giáo viên</w:t>
      </w:r>
    </w:p>
    <w:p w14:paraId="4506F828" w14:textId="77777777" w:rsidR="00425151" w:rsidRDefault="0033237D" w:rsidP="00717C79">
      <w:pPr>
        <w:shd w:val="clear" w:color="auto" w:fill="FFFFFF" w:themeFill="background1"/>
        <w:spacing w:after="0" w:line="240" w:lineRule="auto"/>
        <w:jc w:val="both"/>
      </w:pPr>
      <w:r>
        <w:t>- SGK Tiếng Việt 2 tập hai; máy tính, máy chiếu; tranh minh họa bài Họa mi hót; thẻ từ khó; phiếu thảo luận nhóm.</w:t>
      </w:r>
    </w:p>
    <w:p w14:paraId="376AE2F5" w14:textId="77777777" w:rsidR="00425151" w:rsidRDefault="0033237D" w:rsidP="00717C79">
      <w:pPr>
        <w:shd w:val="clear" w:color="auto" w:fill="FFFFFF" w:themeFill="background1"/>
        <w:spacing w:after="0" w:line="240" w:lineRule="auto"/>
        <w:jc w:val="both"/>
      </w:pPr>
      <w:r>
        <w:t>- Đoạn âm thanh ngắn tiếng chim hót hoặc video/hình ảnh chim họa mi từ nguồn học liệu an toàn do GV chọn.</w:t>
      </w:r>
    </w:p>
    <w:p w14:paraId="1A91B556" w14:textId="77777777" w:rsidR="00425151" w:rsidRDefault="0033237D" w:rsidP="00717C79">
      <w:pPr>
        <w:shd w:val="clear" w:color="auto" w:fill="FFFFFF" w:themeFill="background1"/>
        <w:spacing w:after="0" w:line="240" w:lineRule="auto"/>
        <w:jc w:val="both"/>
      </w:pPr>
      <w:r>
        <w:rPr>
          <w:b/>
        </w:rPr>
        <w:t>2. Học sinh</w:t>
      </w:r>
    </w:p>
    <w:p w14:paraId="62E66008" w14:textId="77777777" w:rsidR="00425151" w:rsidRDefault="0033237D" w:rsidP="00717C79">
      <w:pPr>
        <w:shd w:val="clear" w:color="auto" w:fill="FFFFFF" w:themeFill="background1"/>
        <w:spacing w:after="0" w:line="240" w:lineRule="auto"/>
        <w:jc w:val="both"/>
      </w:pPr>
      <w:r>
        <w:t>- SGK, vở ghi, bút; chuẩn bị một câu nói về mùa xuân hoặc tiếng chim em từng nghe.</w:t>
      </w:r>
    </w:p>
    <w:p w14:paraId="3AFF1129" w14:textId="77777777" w:rsidR="00425151" w:rsidRDefault="0033237D" w:rsidP="00717C79">
      <w:pPr>
        <w:shd w:val="clear" w:color="auto" w:fill="FFFFFF" w:themeFill="background1"/>
        <w:spacing w:after="0" w:line="240" w:lineRule="auto"/>
        <w:jc w:val="both"/>
      </w:pPr>
      <w:r>
        <w:rPr>
          <w:b/>
        </w:rPr>
        <w:t>III. CÁC HOẠT ĐỘNG DẠY HỌC CHỦ YẾU</w:t>
      </w:r>
    </w:p>
    <w:tbl>
      <w:tblPr>
        <w:tblStyle w:val="TableGrid"/>
        <w:tblW w:w="0" w:type="auto"/>
        <w:jc w:val="center"/>
        <w:tblLook w:val="04A0" w:firstRow="1" w:lastRow="0" w:firstColumn="1" w:lastColumn="0" w:noHBand="0" w:noVBand="1"/>
      </w:tblPr>
      <w:tblGrid>
        <w:gridCol w:w="5188"/>
        <w:gridCol w:w="5188"/>
      </w:tblGrid>
      <w:tr w:rsidR="00425151" w14:paraId="7E6A55DF" w14:textId="77777777" w:rsidTr="00717C79">
        <w:trPr>
          <w:jc w:val="center"/>
        </w:trPr>
        <w:tc>
          <w:tcPr>
            <w:tcW w:w="5188" w:type="dxa"/>
            <w:tcBorders>
              <w:top w:val="single" w:sz="6" w:space="0" w:color="000000"/>
              <w:left w:val="single" w:sz="6" w:space="0" w:color="000000"/>
              <w:bottom w:val="single" w:sz="4" w:space="0" w:color="000000"/>
              <w:right w:val="single" w:sz="6" w:space="0" w:color="000000"/>
            </w:tcBorders>
            <w:shd w:val="clear" w:color="auto" w:fill="D9EAF7"/>
          </w:tcPr>
          <w:p w14:paraId="66422E34" w14:textId="77777777" w:rsidR="00425151" w:rsidRDefault="0033237D" w:rsidP="00717C79">
            <w:pPr>
              <w:shd w:val="clear" w:color="auto" w:fill="FFFFFF" w:themeFill="background1"/>
              <w:jc w:val="both"/>
            </w:pPr>
            <w:r>
              <w:rPr>
                <w:b/>
              </w:rPr>
              <w:t>Hoạt động của GV</w:t>
            </w:r>
          </w:p>
        </w:tc>
        <w:tc>
          <w:tcPr>
            <w:tcW w:w="5188" w:type="dxa"/>
            <w:tcBorders>
              <w:top w:val="single" w:sz="6" w:space="0" w:color="000000"/>
              <w:left w:val="single" w:sz="6" w:space="0" w:color="000000"/>
              <w:bottom w:val="single" w:sz="4" w:space="0" w:color="000000"/>
              <w:right w:val="single" w:sz="6" w:space="0" w:color="000000"/>
            </w:tcBorders>
            <w:shd w:val="clear" w:color="auto" w:fill="D9EAF7"/>
          </w:tcPr>
          <w:p w14:paraId="13F378B4" w14:textId="77777777" w:rsidR="00425151" w:rsidRDefault="0033237D" w:rsidP="00717C79">
            <w:pPr>
              <w:shd w:val="clear" w:color="auto" w:fill="FFFFFF" w:themeFill="background1"/>
              <w:jc w:val="both"/>
            </w:pPr>
            <w:r>
              <w:rPr>
                <w:b/>
              </w:rPr>
              <w:t>Hoạt động của HS</w:t>
            </w:r>
          </w:p>
        </w:tc>
      </w:tr>
      <w:tr w:rsidR="00425151" w14:paraId="0C2E6A70"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506D4CF6" w14:textId="77777777" w:rsidR="00425151" w:rsidRDefault="0033237D" w:rsidP="00717C79">
            <w:pPr>
              <w:shd w:val="clear" w:color="auto" w:fill="FFFFFF" w:themeFill="background1"/>
            </w:pPr>
            <w:r>
              <w:rPr>
                <w:b/>
              </w:rPr>
              <w:t>TIẾT 1</w:t>
            </w:r>
          </w:p>
        </w:tc>
      </w:tr>
      <w:tr w:rsidR="00425151" w14:paraId="532E6291"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6BB601D5" w14:textId="77777777" w:rsidR="00425151" w:rsidRDefault="0033237D" w:rsidP="00717C79">
            <w:pPr>
              <w:shd w:val="clear" w:color="auto" w:fill="FFFFFF" w:themeFill="background1"/>
            </w:pPr>
            <w:r>
              <w:rPr>
                <w:b/>
              </w:rPr>
              <w:t>1. KHỞI ĐỘNG (5 phút)</w:t>
            </w:r>
          </w:p>
          <w:p w14:paraId="40713C98" w14:textId="77777777" w:rsidR="00425151" w:rsidRDefault="0033237D" w:rsidP="00717C79">
            <w:pPr>
              <w:shd w:val="clear" w:color="auto" w:fill="FFFFFF" w:themeFill="background1"/>
            </w:pPr>
            <w:r>
              <w:rPr>
                <w:b/>
              </w:rPr>
              <w:t>Mục tiêu: HS huy động hiểu biết về mùa xuân, quan sát tranh và tạo tâm thế vào bài đọc.</w:t>
            </w:r>
          </w:p>
        </w:tc>
      </w:tr>
      <w:tr w:rsidR="00425151" w14:paraId="52AB5729" w14:textId="77777777" w:rsidTr="00717C79">
        <w:trPr>
          <w:jc w:val="center"/>
        </w:trPr>
        <w:tc>
          <w:tcPr>
            <w:tcW w:w="5188" w:type="dxa"/>
            <w:tcBorders>
              <w:top w:val="single" w:sz="4" w:space="0" w:color="000000"/>
              <w:bottom w:val="single" w:sz="4" w:space="0" w:color="000000"/>
            </w:tcBorders>
          </w:tcPr>
          <w:p w14:paraId="35883C3A" w14:textId="77777777" w:rsidR="00425151" w:rsidRDefault="0033237D" w:rsidP="00717C79">
            <w:pPr>
              <w:shd w:val="clear" w:color="auto" w:fill="FFFFFF" w:themeFill="background1"/>
              <w:jc w:val="both"/>
            </w:pPr>
            <w:r>
              <w:t>- GV yêu cầu HS trao đổi nhóm đôi: Hình ảnh trong bức tranh thể hiện mùa nào trong năm? Vì sao em biết?</w:t>
            </w:r>
          </w:p>
          <w:p w14:paraId="467B57F5" w14:textId="77777777" w:rsidR="00425151" w:rsidRDefault="0033237D" w:rsidP="00717C79">
            <w:pPr>
              <w:shd w:val="clear" w:color="auto" w:fill="FFFFFF" w:themeFill="background1"/>
              <w:jc w:val="both"/>
            </w:pPr>
            <w:r>
              <w:t>- GV mời một số HS chia sẻ trước lớp.</w:t>
            </w:r>
          </w:p>
          <w:p w14:paraId="04EA3882" w14:textId="77777777" w:rsidR="00425151" w:rsidRDefault="0033237D" w:rsidP="00717C79">
            <w:pPr>
              <w:shd w:val="clear" w:color="auto" w:fill="FFFFFF" w:themeFill="background1"/>
              <w:jc w:val="both"/>
            </w:pPr>
            <w:r>
              <w:t>- GV dẫn vào bài: Mùa xuân thường gắn với hoa nở, chim hót, ánh nắng ấm áp. Bài đọc hôm nay giúp các em cảm nhận tiếng hót kì diệu của họa mi.</w:t>
            </w:r>
          </w:p>
          <w:p w14:paraId="28869949" w14:textId="64393726" w:rsidR="00425151" w:rsidRDefault="00425151" w:rsidP="00717C79">
            <w:pPr>
              <w:shd w:val="clear" w:color="auto" w:fill="FFFFFF" w:themeFill="background1"/>
              <w:jc w:val="center"/>
            </w:pPr>
          </w:p>
        </w:tc>
        <w:tc>
          <w:tcPr>
            <w:tcW w:w="5188" w:type="dxa"/>
            <w:tcBorders>
              <w:top w:val="single" w:sz="4" w:space="0" w:color="000000"/>
              <w:bottom w:val="single" w:sz="4" w:space="0" w:color="000000"/>
            </w:tcBorders>
          </w:tcPr>
          <w:p w14:paraId="4EB358FD" w14:textId="77777777" w:rsidR="00425151" w:rsidRDefault="0033237D" w:rsidP="00717C79">
            <w:pPr>
              <w:shd w:val="clear" w:color="auto" w:fill="FFFFFF" w:themeFill="background1"/>
              <w:jc w:val="both"/>
            </w:pPr>
            <w:r>
              <w:t>- HS quan sát tranh, trao đổi nhóm đôi.</w:t>
            </w:r>
          </w:p>
          <w:p w14:paraId="5169C916" w14:textId="77777777" w:rsidR="00425151" w:rsidRDefault="0033237D" w:rsidP="00717C79">
            <w:pPr>
              <w:shd w:val="clear" w:color="auto" w:fill="FFFFFF" w:themeFill="background1"/>
              <w:jc w:val="both"/>
            </w:pPr>
            <w:r>
              <w:t>- HS trả lời: Tranh thể hiện mùa xuân vì có hoa đào/hoa hồng nở, cây cối xanh tươi, chim bay trên bầu trời.</w:t>
            </w:r>
          </w:p>
          <w:p w14:paraId="62542F66" w14:textId="77777777" w:rsidR="00425151" w:rsidRDefault="0033237D" w:rsidP="00717C79">
            <w:pPr>
              <w:shd w:val="clear" w:color="auto" w:fill="FFFFFF" w:themeFill="background1"/>
              <w:jc w:val="both"/>
            </w:pPr>
            <w:r>
              <w:t>- HS lắng nghe, ghi tên bài.</w:t>
            </w:r>
          </w:p>
        </w:tc>
      </w:tr>
      <w:tr w:rsidR="00425151" w14:paraId="15BA4B1B"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123BAA72" w14:textId="77777777" w:rsidR="00425151" w:rsidRDefault="0033237D" w:rsidP="00717C79">
            <w:pPr>
              <w:shd w:val="clear" w:color="auto" w:fill="FFFFFF" w:themeFill="background1"/>
            </w:pPr>
            <w:r>
              <w:rPr>
                <w:b/>
              </w:rPr>
              <w:t>2. ĐỌC VĂN BẢN (30 phút)</w:t>
            </w:r>
          </w:p>
          <w:p w14:paraId="16069622" w14:textId="77777777" w:rsidR="00425151" w:rsidRDefault="0033237D" w:rsidP="00717C79">
            <w:pPr>
              <w:shd w:val="clear" w:color="auto" w:fill="FFFFFF" w:themeFill="background1"/>
            </w:pPr>
            <w:r>
              <w:rPr>
                <w:b/>
              </w:rPr>
              <w:t>Mục tiêu: HS đọc đúng, trôi chảy văn bản; hiểu nghĩa từ khó; bước đầu nắm được hình ảnh tiếng chim họa mi làm bừng tỉnh cảnh vật.</w:t>
            </w:r>
          </w:p>
        </w:tc>
      </w:tr>
      <w:tr w:rsidR="00425151" w14:paraId="7C5773B0" w14:textId="77777777" w:rsidTr="00717C79">
        <w:trPr>
          <w:jc w:val="center"/>
        </w:trPr>
        <w:tc>
          <w:tcPr>
            <w:tcW w:w="5188" w:type="dxa"/>
            <w:tcBorders>
              <w:top w:val="single" w:sz="4" w:space="0" w:color="000000"/>
              <w:bottom w:val="nil"/>
            </w:tcBorders>
          </w:tcPr>
          <w:p w14:paraId="26DFF97E" w14:textId="77777777" w:rsidR="00425151" w:rsidRDefault="0033237D" w:rsidP="00717C79">
            <w:pPr>
              <w:shd w:val="clear" w:color="auto" w:fill="FFFFFF" w:themeFill="background1"/>
              <w:jc w:val="both"/>
            </w:pPr>
            <w:r>
              <w:rPr>
                <w:b/>
              </w:rPr>
              <w:t>- a. GV đọc mẫu.</w:t>
            </w:r>
          </w:p>
          <w:p w14:paraId="79731077" w14:textId="77777777" w:rsidR="00425151" w:rsidRDefault="0033237D" w:rsidP="00717C79">
            <w:pPr>
              <w:shd w:val="clear" w:color="auto" w:fill="FFFFFF" w:themeFill="background1"/>
              <w:jc w:val="both"/>
            </w:pPr>
            <w:r>
              <w:t xml:space="preserve">- GV giới thiệu ngắn gọn: Bài Họa mi hót miêu </w:t>
            </w:r>
            <w:r>
              <w:lastRenderedPageBreak/>
              <w:t>tả tiếng hót trong trẻo, dìu dặt của chim họa mi và sự thay đổi của cảnh vật khi mùa xuân về.</w:t>
            </w:r>
          </w:p>
          <w:p w14:paraId="4E4BA030" w14:textId="77777777" w:rsidR="00425151" w:rsidRDefault="0033237D" w:rsidP="00717C79">
            <w:pPr>
              <w:shd w:val="clear" w:color="auto" w:fill="FFFFFF" w:themeFill="background1"/>
              <w:jc w:val="both"/>
            </w:pPr>
            <w:r>
              <w:t>- GV đọc mẫu toàn bài, giọng nhẹ nhàng, vui tươi; nhấn giọng ở các từ: vang lừng, kì diệu, luồng sáng, rực rỡ, dìu dặt, tưng bừng.</w:t>
            </w:r>
          </w:p>
          <w:p w14:paraId="464D2E20" w14:textId="77777777" w:rsidR="00425151" w:rsidRDefault="0033237D" w:rsidP="00717C79">
            <w:pPr>
              <w:shd w:val="clear" w:color="auto" w:fill="FFFFFF" w:themeFill="background1"/>
              <w:jc w:val="both"/>
            </w:pPr>
            <w:r>
              <w:t>- GV yêu cầu HS đọc thầm theo.</w:t>
            </w:r>
          </w:p>
        </w:tc>
        <w:tc>
          <w:tcPr>
            <w:tcW w:w="5188" w:type="dxa"/>
            <w:tcBorders>
              <w:top w:val="single" w:sz="4" w:space="0" w:color="000000"/>
              <w:bottom w:val="nil"/>
            </w:tcBorders>
          </w:tcPr>
          <w:p w14:paraId="19EF4F8E" w14:textId="77777777" w:rsidR="00425151" w:rsidRDefault="0033237D" w:rsidP="00717C79">
            <w:pPr>
              <w:shd w:val="clear" w:color="auto" w:fill="FFFFFF" w:themeFill="background1"/>
              <w:jc w:val="both"/>
            </w:pPr>
            <w:r>
              <w:lastRenderedPageBreak/>
              <w:t>- HS lắng nghe GV giới thiệu.</w:t>
            </w:r>
          </w:p>
          <w:p w14:paraId="0CCBAA78" w14:textId="77777777" w:rsidR="00425151" w:rsidRDefault="0033237D" w:rsidP="00717C79">
            <w:pPr>
              <w:shd w:val="clear" w:color="auto" w:fill="FFFFFF" w:themeFill="background1"/>
              <w:jc w:val="both"/>
            </w:pPr>
            <w:r>
              <w:t xml:space="preserve">- HS đọc thầm theo, chú ý cách ngắt nghỉ ở câu </w:t>
            </w:r>
            <w:r>
              <w:lastRenderedPageBreak/>
              <w:t>dài và các từ gợi tả âm thanh, ánh sáng.</w:t>
            </w:r>
          </w:p>
        </w:tc>
      </w:tr>
      <w:tr w:rsidR="00425151" w14:paraId="4D0CCFC7" w14:textId="77777777" w:rsidTr="00717C79">
        <w:trPr>
          <w:jc w:val="center"/>
        </w:trPr>
        <w:tc>
          <w:tcPr>
            <w:tcW w:w="5188" w:type="dxa"/>
            <w:tcBorders>
              <w:top w:val="nil"/>
              <w:bottom w:val="nil"/>
            </w:tcBorders>
          </w:tcPr>
          <w:p w14:paraId="41FE2CAF" w14:textId="77777777" w:rsidR="00425151" w:rsidRDefault="0033237D" w:rsidP="00717C79">
            <w:pPr>
              <w:shd w:val="clear" w:color="auto" w:fill="FFFFFF" w:themeFill="background1"/>
              <w:jc w:val="both"/>
            </w:pPr>
            <w:r>
              <w:rPr>
                <w:b/>
              </w:rPr>
              <w:lastRenderedPageBreak/>
              <w:t>- b. HS luyện đọc từng đoạn, kết hợp đọc từ khó và giải nghĩa từ.</w:t>
            </w:r>
          </w:p>
          <w:p w14:paraId="4F051841" w14:textId="77777777" w:rsidR="00425151" w:rsidRDefault="0033237D" w:rsidP="00717C79">
            <w:pPr>
              <w:shd w:val="clear" w:color="auto" w:fill="FFFFFF" w:themeFill="background1"/>
              <w:jc w:val="both"/>
            </w:pPr>
            <w:r>
              <w:t>- GV hỏi: Bài đọc có thể chia làm mấy đoạn?</w:t>
            </w:r>
          </w:p>
          <w:p w14:paraId="118057EC" w14:textId="77777777" w:rsidR="00425151" w:rsidRDefault="0033237D" w:rsidP="00717C79">
            <w:pPr>
              <w:shd w:val="clear" w:color="auto" w:fill="FFFFFF" w:themeFill="background1"/>
              <w:jc w:val="both"/>
            </w:pPr>
            <w:r>
              <w:t>- GV tổ chức HS đọc nối tiếp từng đoạn lần 1.</w:t>
            </w:r>
          </w:p>
        </w:tc>
        <w:tc>
          <w:tcPr>
            <w:tcW w:w="5188" w:type="dxa"/>
            <w:tcBorders>
              <w:top w:val="nil"/>
              <w:bottom w:val="nil"/>
            </w:tcBorders>
          </w:tcPr>
          <w:p w14:paraId="03B9B834" w14:textId="77777777" w:rsidR="00425151" w:rsidRDefault="0033237D" w:rsidP="00717C79">
            <w:pPr>
              <w:shd w:val="clear" w:color="auto" w:fill="FFFFFF" w:themeFill="background1"/>
              <w:jc w:val="both"/>
            </w:pPr>
            <w:r>
              <w:t>- HS trả lời: Bài đọc có thể chia làm 3 đoạn: Đoạn 1 từ đầu đến “đổi kì diệu”; đoạn 2 từ “Trời bừng sáng thêm ra” đến “đang đổi mới”; đoạn 3 còn lại.</w:t>
            </w:r>
          </w:p>
          <w:p w14:paraId="06DC509A" w14:textId="77777777" w:rsidR="00425151" w:rsidRDefault="0033237D" w:rsidP="00717C79">
            <w:pPr>
              <w:shd w:val="clear" w:color="auto" w:fill="FFFFFF" w:themeFill="background1"/>
              <w:jc w:val="both"/>
            </w:pPr>
            <w:r>
              <w:t>- HS đọc nối tiếp từng đoạn lần 1.</w:t>
            </w:r>
          </w:p>
        </w:tc>
      </w:tr>
      <w:tr w:rsidR="00425151" w14:paraId="42DA1E7A" w14:textId="77777777" w:rsidTr="00717C79">
        <w:trPr>
          <w:jc w:val="center"/>
        </w:trPr>
        <w:tc>
          <w:tcPr>
            <w:tcW w:w="5188" w:type="dxa"/>
            <w:tcBorders>
              <w:top w:val="nil"/>
              <w:bottom w:val="nil"/>
            </w:tcBorders>
          </w:tcPr>
          <w:p w14:paraId="7F8BE918" w14:textId="77777777" w:rsidR="00425151" w:rsidRDefault="0033237D" w:rsidP="00717C79">
            <w:pPr>
              <w:shd w:val="clear" w:color="auto" w:fill="FFFFFF" w:themeFill="background1"/>
              <w:jc w:val="both"/>
            </w:pPr>
            <w:r>
              <w:t>- GV yêu cầu HS tìm tiếng, từ khó đọc.</w:t>
            </w:r>
          </w:p>
          <w:p w14:paraId="357A3BD3" w14:textId="77777777" w:rsidR="00425151" w:rsidRDefault="0033237D" w:rsidP="00717C79">
            <w:pPr>
              <w:shd w:val="clear" w:color="auto" w:fill="FFFFFF" w:themeFill="background1"/>
              <w:jc w:val="both"/>
            </w:pPr>
            <w:r>
              <w:t>- GV hướng dẫn HS luyện đọc: họa mi, vang lừng, kì diệu, luồng sáng, lấp lánh, trăng trắng, xốp hơn, dìu dặt, tưng bừng.</w:t>
            </w:r>
          </w:p>
          <w:p w14:paraId="2D55DC1B" w14:textId="77777777" w:rsidR="00425151" w:rsidRDefault="0033237D" w:rsidP="00717C79">
            <w:pPr>
              <w:shd w:val="clear" w:color="auto" w:fill="FFFFFF" w:themeFill="background1"/>
              <w:jc w:val="both"/>
            </w:pPr>
            <w:r>
              <w:t>- GV hướng dẫn đọc câu dài: “Các loài hoa nghe tiếng hót trong suốt của họa mi chợt bừng giấc, xòe những cánh hoa đẹp, bày đủ các màu sắc xanh tươi.”</w:t>
            </w:r>
          </w:p>
        </w:tc>
        <w:tc>
          <w:tcPr>
            <w:tcW w:w="5188" w:type="dxa"/>
            <w:tcBorders>
              <w:top w:val="nil"/>
              <w:bottom w:val="nil"/>
            </w:tcBorders>
          </w:tcPr>
          <w:p w14:paraId="51E9B21A" w14:textId="77777777" w:rsidR="00425151" w:rsidRDefault="0033237D" w:rsidP="00717C79">
            <w:pPr>
              <w:shd w:val="clear" w:color="auto" w:fill="FFFFFF" w:themeFill="background1"/>
              <w:jc w:val="both"/>
            </w:pPr>
            <w:r>
              <w:t>- HS nêu từ khó đọc.</w:t>
            </w:r>
          </w:p>
          <w:p w14:paraId="0D62756D" w14:textId="77777777" w:rsidR="00425151" w:rsidRDefault="0033237D" w:rsidP="00717C79">
            <w:pPr>
              <w:shd w:val="clear" w:color="auto" w:fill="FFFFFF" w:themeFill="background1"/>
              <w:jc w:val="both"/>
            </w:pPr>
            <w:r>
              <w:t>- HS luyện đọc cá nhân, nhóm, đồng thanh.</w:t>
            </w:r>
          </w:p>
          <w:p w14:paraId="153F923E" w14:textId="77777777" w:rsidR="00425151" w:rsidRDefault="0033237D" w:rsidP="00717C79">
            <w:pPr>
              <w:shd w:val="clear" w:color="auto" w:fill="FFFFFF" w:themeFill="background1"/>
              <w:jc w:val="both"/>
            </w:pPr>
            <w:r>
              <w:t>- HS luyện đọc câu dài, biết ngắt hơi sau các cụm từ.</w:t>
            </w:r>
          </w:p>
        </w:tc>
      </w:tr>
      <w:tr w:rsidR="00425151" w14:paraId="26EBC503" w14:textId="77777777" w:rsidTr="00717C79">
        <w:trPr>
          <w:jc w:val="center"/>
        </w:trPr>
        <w:tc>
          <w:tcPr>
            <w:tcW w:w="5188" w:type="dxa"/>
            <w:tcBorders>
              <w:top w:val="nil"/>
              <w:bottom w:val="nil"/>
            </w:tcBorders>
          </w:tcPr>
          <w:p w14:paraId="44D012E0" w14:textId="77777777" w:rsidR="00425151" w:rsidRDefault="0033237D" w:rsidP="00717C79">
            <w:pPr>
              <w:shd w:val="clear" w:color="auto" w:fill="FFFFFF" w:themeFill="background1"/>
              <w:jc w:val="both"/>
            </w:pPr>
            <w:r>
              <w:t>- GV yêu cầu HS đọc chú giải: luồng sáng, lộc, dìu dặt.</w:t>
            </w:r>
          </w:p>
          <w:p w14:paraId="7D70EC12" w14:textId="77777777" w:rsidR="00425151" w:rsidRDefault="0033237D" w:rsidP="00717C79">
            <w:pPr>
              <w:shd w:val="clear" w:color="auto" w:fill="FFFFFF" w:themeFill="background1"/>
              <w:jc w:val="both"/>
            </w:pPr>
            <w:r>
              <w:t>- GV yêu cầu HS đặt câu với một từ vừa giải nghĩa.</w:t>
            </w:r>
          </w:p>
        </w:tc>
        <w:tc>
          <w:tcPr>
            <w:tcW w:w="5188" w:type="dxa"/>
            <w:tcBorders>
              <w:top w:val="nil"/>
              <w:bottom w:val="nil"/>
            </w:tcBorders>
          </w:tcPr>
          <w:p w14:paraId="701D606D" w14:textId="77777777" w:rsidR="00425151" w:rsidRDefault="0033237D" w:rsidP="00717C79">
            <w:pPr>
              <w:shd w:val="clear" w:color="auto" w:fill="FFFFFF" w:themeFill="background1"/>
              <w:jc w:val="both"/>
            </w:pPr>
            <w:r>
              <w:t>- HS đọc chú giải: Luồng sáng là ánh sáng di chuyển theo một chiều nhất định; lộc là lá mới bắt đầu mọc vào mùa xuân; dìu dặt là âm thanh lúc nhanh, lúc chậm một cách nhịp nhàng và êm nhẹ.</w:t>
            </w:r>
          </w:p>
          <w:p w14:paraId="32093966" w14:textId="77777777" w:rsidR="00425151" w:rsidRDefault="0033237D" w:rsidP="00717C79">
            <w:pPr>
              <w:shd w:val="clear" w:color="auto" w:fill="FFFFFF" w:themeFill="background1"/>
              <w:jc w:val="both"/>
            </w:pPr>
            <w:r>
              <w:t>- HS đặt câu: Tiếng sáo dìu dặt vang lên trong buổi chiều. Cành cây đâm lộc non.</w:t>
            </w:r>
          </w:p>
        </w:tc>
      </w:tr>
      <w:tr w:rsidR="00425151" w14:paraId="19437EFC" w14:textId="77777777" w:rsidTr="00717C79">
        <w:trPr>
          <w:jc w:val="center"/>
        </w:trPr>
        <w:tc>
          <w:tcPr>
            <w:tcW w:w="5188" w:type="dxa"/>
            <w:tcBorders>
              <w:top w:val="nil"/>
              <w:bottom w:val="nil"/>
            </w:tcBorders>
          </w:tcPr>
          <w:p w14:paraId="3DF1DE74" w14:textId="77777777" w:rsidR="00425151" w:rsidRDefault="0033237D" w:rsidP="00717C79">
            <w:pPr>
              <w:shd w:val="clear" w:color="auto" w:fill="FFFFFF" w:themeFill="background1"/>
              <w:jc w:val="both"/>
            </w:pPr>
            <w:r>
              <w:rPr>
                <w:b/>
              </w:rPr>
              <w:t>- c. HS luyện đọc trong nhóm.</w:t>
            </w:r>
          </w:p>
          <w:p w14:paraId="02EFE43B" w14:textId="77777777" w:rsidR="00425151" w:rsidRDefault="0033237D" w:rsidP="00717C79">
            <w:pPr>
              <w:shd w:val="clear" w:color="auto" w:fill="FFFFFF" w:themeFill="background1"/>
              <w:jc w:val="both"/>
            </w:pPr>
            <w:r>
              <w:t>- GV tổ chức HS luyện đọc nhóm 3, mỗi bạn đọc một đoạn; nhắc HS góp ý cho bạn về phát âm và ngắt nghỉ.</w:t>
            </w:r>
          </w:p>
          <w:p w14:paraId="481367FA" w14:textId="77777777" w:rsidR="00425151" w:rsidRDefault="0033237D" w:rsidP="00717C79">
            <w:pPr>
              <w:shd w:val="clear" w:color="auto" w:fill="FFFFFF" w:themeFill="background1"/>
              <w:jc w:val="both"/>
            </w:pPr>
            <w:r>
              <w:t>- GV mời 2 nhóm thi đọc nối tiếp.</w:t>
            </w:r>
          </w:p>
        </w:tc>
        <w:tc>
          <w:tcPr>
            <w:tcW w:w="5188" w:type="dxa"/>
            <w:tcBorders>
              <w:top w:val="nil"/>
              <w:bottom w:val="nil"/>
            </w:tcBorders>
          </w:tcPr>
          <w:p w14:paraId="2B88B2AC" w14:textId="77777777" w:rsidR="00425151" w:rsidRDefault="0033237D" w:rsidP="00717C79">
            <w:pPr>
              <w:shd w:val="clear" w:color="auto" w:fill="FFFFFF" w:themeFill="background1"/>
              <w:jc w:val="both"/>
            </w:pPr>
            <w:r>
              <w:t>- HS luyện đọc nhóm 3, góp ý cho nhau.</w:t>
            </w:r>
          </w:p>
          <w:p w14:paraId="363B3A97" w14:textId="77777777" w:rsidR="00425151" w:rsidRDefault="0033237D" w:rsidP="00717C79">
            <w:pPr>
              <w:shd w:val="clear" w:color="auto" w:fill="FFFFFF" w:themeFill="background1"/>
              <w:jc w:val="both"/>
            </w:pPr>
            <w:r>
              <w:t>- 2 nhóm thi đọc nối tiếp; HS nhận xét nhóm đọc đúng, rõ ràng, giọng đọc phù hợp.</w:t>
            </w:r>
          </w:p>
        </w:tc>
      </w:tr>
      <w:tr w:rsidR="00425151" w14:paraId="6E1A19EA" w14:textId="77777777" w:rsidTr="00717C79">
        <w:trPr>
          <w:jc w:val="center"/>
        </w:trPr>
        <w:tc>
          <w:tcPr>
            <w:tcW w:w="5188" w:type="dxa"/>
            <w:tcBorders>
              <w:top w:val="nil"/>
              <w:bottom w:val="single" w:sz="4" w:space="0" w:color="000000"/>
            </w:tcBorders>
          </w:tcPr>
          <w:p w14:paraId="4D6B5201" w14:textId="77777777" w:rsidR="00425151" w:rsidRDefault="0033237D" w:rsidP="00717C79">
            <w:pPr>
              <w:shd w:val="clear" w:color="auto" w:fill="FFFFFF" w:themeFill="background1"/>
              <w:jc w:val="both"/>
            </w:pPr>
            <w:r>
              <w:rPr>
                <w:b/>
              </w:rPr>
              <w:t>- d. Đọc toàn bài.</w:t>
            </w:r>
          </w:p>
          <w:p w14:paraId="2935BCA4" w14:textId="77777777" w:rsidR="00425151" w:rsidRDefault="0033237D" w:rsidP="00717C79">
            <w:pPr>
              <w:shd w:val="clear" w:color="auto" w:fill="FFFFFF" w:themeFill="background1"/>
              <w:jc w:val="both"/>
            </w:pPr>
            <w:r>
              <w:t>- GV gọi 1 HS đọc toàn bài; nhận xét và tuyên dương HS đọc tiến bộ.</w:t>
            </w:r>
          </w:p>
        </w:tc>
        <w:tc>
          <w:tcPr>
            <w:tcW w:w="5188" w:type="dxa"/>
            <w:tcBorders>
              <w:top w:val="nil"/>
              <w:bottom w:val="single" w:sz="4" w:space="0" w:color="000000"/>
            </w:tcBorders>
          </w:tcPr>
          <w:p w14:paraId="0D92B5F9" w14:textId="77777777" w:rsidR="00425151" w:rsidRDefault="0033237D" w:rsidP="00717C79">
            <w:pPr>
              <w:shd w:val="clear" w:color="auto" w:fill="FFFFFF" w:themeFill="background1"/>
              <w:jc w:val="both"/>
            </w:pPr>
            <w:r>
              <w:t>- 1 HS đọc toàn bài.</w:t>
            </w:r>
          </w:p>
          <w:p w14:paraId="505BD57E" w14:textId="77777777" w:rsidR="00425151" w:rsidRDefault="0033237D" w:rsidP="00717C79">
            <w:pPr>
              <w:shd w:val="clear" w:color="auto" w:fill="FFFFFF" w:themeFill="background1"/>
              <w:jc w:val="both"/>
            </w:pPr>
            <w:r>
              <w:t>- HS khác theo dõi, nhận xét bạn đọc đúng, rõ, biết ngắt nghỉ.</w:t>
            </w:r>
          </w:p>
        </w:tc>
      </w:tr>
      <w:tr w:rsidR="00425151" w14:paraId="77B1093A" w14:textId="77777777" w:rsidTr="00717C79">
        <w:trPr>
          <w:jc w:val="center"/>
        </w:trPr>
        <w:tc>
          <w:tcPr>
            <w:tcW w:w="10376" w:type="dxa"/>
            <w:gridSpan w:val="2"/>
            <w:tcBorders>
              <w:top w:val="single" w:sz="4" w:space="0" w:color="000000"/>
              <w:left w:val="single" w:sz="4" w:space="0" w:color="000000"/>
              <w:bottom w:val="nil"/>
              <w:right w:val="single" w:sz="4" w:space="0" w:color="000000"/>
            </w:tcBorders>
            <w:shd w:val="clear" w:color="auto" w:fill="E2F0D9"/>
          </w:tcPr>
          <w:p w14:paraId="7A61095C" w14:textId="77777777" w:rsidR="00425151" w:rsidRDefault="0033237D" w:rsidP="00717C79">
            <w:pPr>
              <w:shd w:val="clear" w:color="auto" w:fill="FFFFFF" w:themeFill="background1"/>
            </w:pPr>
            <w:r>
              <w:rPr>
                <w:b/>
              </w:rPr>
              <w:t>TIẾT 2</w:t>
            </w:r>
          </w:p>
        </w:tc>
      </w:tr>
      <w:tr w:rsidR="00425151" w14:paraId="0EC23FE4" w14:textId="77777777" w:rsidTr="00717C79">
        <w:trPr>
          <w:jc w:val="center"/>
        </w:trPr>
        <w:tc>
          <w:tcPr>
            <w:tcW w:w="10376" w:type="dxa"/>
            <w:gridSpan w:val="2"/>
            <w:tcBorders>
              <w:top w:val="nil"/>
              <w:left w:val="single" w:sz="4" w:space="0" w:color="000000"/>
              <w:bottom w:val="single" w:sz="4" w:space="0" w:color="000000"/>
              <w:right w:val="single" w:sz="4" w:space="0" w:color="000000"/>
            </w:tcBorders>
            <w:shd w:val="clear" w:color="auto" w:fill="E2F0D9"/>
          </w:tcPr>
          <w:p w14:paraId="5DBBEB2F" w14:textId="77777777" w:rsidR="00425151" w:rsidRDefault="0033237D" w:rsidP="00717C79">
            <w:pPr>
              <w:shd w:val="clear" w:color="auto" w:fill="FFFFFF" w:themeFill="background1"/>
            </w:pPr>
            <w:r>
              <w:rPr>
                <w:b/>
              </w:rPr>
              <w:t>3. ĐỌC HIỂU (20 phút)</w:t>
            </w:r>
          </w:p>
          <w:p w14:paraId="0D3A4052" w14:textId="77777777" w:rsidR="00425151" w:rsidRDefault="0033237D" w:rsidP="00717C79">
            <w:pPr>
              <w:shd w:val="clear" w:color="auto" w:fill="FFFFFF" w:themeFill="background1"/>
            </w:pPr>
            <w:r>
              <w:rPr>
                <w:b/>
              </w:rPr>
              <w:t>Mục tiêu: HS trả lời đúng câu hỏi trong SGK; hiểu nội dung bài; biết tìm kiếm, nghe/xem học liệu số về chim họa mi an toàn theo hướng dẫn.</w:t>
            </w:r>
          </w:p>
        </w:tc>
      </w:tr>
      <w:tr w:rsidR="00425151" w14:paraId="7A62A28E" w14:textId="77777777" w:rsidTr="00717C79">
        <w:trPr>
          <w:jc w:val="center"/>
        </w:trPr>
        <w:tc>
          <w:tcPr>
            <w:tcW w:w="5188" w:type="dxa"/>
            <w:tcBorders>
              <w:top w:val="single" w:sz="4" w:space="0" w:color="000000"/>
              <w:bottom w:val="nil"/>
            </w:tcBorders>
          </w:tcPr>
          <w:p w14:paraId="4D19C6D9" w14:textId="77777777" w:rsidR="00425151" w:rsidRDefault="0033237D" w:rsidP="00717C79">
            <w:pPr>
              <w:shd w:val="clear" w:color="auto" w:fill="FFFFFF" w:themeFill="background1"/>
              <w:jc w:val="both"/>
            </w:pPr>
            <w:r>
              <w:rPr>
                <w:b/>
              </w:rPr>
              <w:t>- Câu 1: Tiếng hót kì diệu của họa mi đã làm cho những sự vật trên bầu trời thay đổi như thế nào?</w:t>
            </w:r>
          </w:p>
          <w:p w14:paraId="70EE556F" w14:textId="77777777" w:rsidR="00425151" w:rsidRDefault="0033237D" w:rsidP="00717C79">
            <w:pPr>
              <w:shd w:val="clear" w:color="auto" w:fill="FFFFFF" w:themeFill="background1"/>
              <w:jc w:val="both"/>
            </w:pPr>
            <w:r>
              <w:t>- GV yêu cầu HS đọc thầm đoạn 2, gạch dưới các chi tiết nói về bầu trời.</w:t>
            </w:r>
          </w:p>
        </w:tc>
        <w:tc>
          <w:tcPr>
            <w:tcW w:w="5188" w:type="dxa"/>
            <w:tcBorders>
              <w:top w:val="single" w:sz="4" w:space="0" w:color="000000"/>
              <w:bottom w:val="nil"/>
            </w:tcBorders>
          </w:tcPr>
          <w:p w14:paraId="02508507" w14:textId="77777777" w:rsidR="00425151" w:rsidRDefault="0033237D" w:rsidP="00717C79">
            <w:pPr>
              <w:shd w:val="clear" w:color="auto" w:fill="FFFFFF" w:themeFill="background1"/>
              <w:jc w:val="both"/>
            </w:pPr>
            <w:r>
              <w:t>- HS đọc thầm đoạn 2.</w:t>
            </w:r>
          </w:p>
          <w:p w14:paraId="660C2134" w14:textId="77777777" w:rsidR="00425151" w:rsidRDefault="0033237D" w:rsidP="00717C79">
            <w:pPr>
              <w:shd w:val="clear" w:color="auto" w:fill="FFFFFF" w:themeFill="background1"/>
              <w:jc w:val="both"/>
            </w:pPr>
            <w:r>
              <w:t>- HS trả lời: Trời bừng sáng thêm ra; những luồng sáng chiếu qua các chùm lộc mới nhú rực rỡ hơn; những gợn sóng trên hồ hòa nhịp với tiếng họa mi hót, lấp lánh thêm.</w:t>
            </w:r>
          </w:p>
        </w:tc>
      </w:tr>
      <w:tr w:rsidR="00425151" w14:paraId="143A04AD" w14:textId="77777777" w:rsidTr="00717C79">
        <w:trPr>
          <w:jc w:val="center"/>
        </w:trPr>
        <w:tc>
          <w:tcPr>
            <w:tcW w:w="5188" w:type="dxa"/>
            <w:tcBorders>
              <w:top w:val="nil"/>
              <w:bottom w:val="nil"/>
            </w:tcBorders>
          </w:tcPr>
          <w:p w14:paraId="35030A30" w14:textId="77777777" w:rsidR="00425151" w:rsidRDefault="0033237D" w:rsidP="00717C79">
            <w:pPr>
              <w:shd w:val="clear" w:color="auto" w:fill="FFFFFF" w:themeFill="background1"/>
              <w:jc w:val="both"/>
            </w:pPr>
            <w:r>
              <w:rPr>
                <w:b/>
              </w:rPr>
              <w:t>- Câu 2: Những gợn sóng trên hồ có thay đổi gì khi hòa nhịp với tiếng họa mi hót?</w:t>
            </w:r>
          </w:p>
          <w:p w14:paraId="50AA9CCB" w14:textId="77777777" w:rsidR="00425151" w:rsidRDefault="0033237D" w:rsidP="00717C79">
            <w:pPr>
              <w:shd w:val="clear" w:color="auto" w:fill="FFFFFF" w:themeFill="background1"/>
              <w:jc w:val="both"/>
            </w:pPr>
            <w:r>
              <w:t>- GV gọi HS trả lời và nhận xét.</w:t>
            </w:r>
          </w:p>
        </w:tc>
        <w:tc>
          <w:tcPr>
            <w:tcW w:w="5188" w:type="dxa"/>
            <w:tcBorders>
              <w:top w:val="nil"/>
              <w:bottom w:val="nil"/>
            </w:tcBorders>
          </w:tcPr>
          <w:p w14:paraId="3C4DEAEB" w14:textId="77777777" w:rsidR="00425151" w:rsidRDefault="0033237D" w:rsidP="00717C79">
            <w:pPr>
              <w:shd w:val="clear" w:color="auto" w:fill="FFFFFF" w:themeFill="background1"/>
              <w:jc w:val="both"/>
            </w:pPr>
            <w:r>
              <w:t>- HS trả lời: Những gợn sóng trên hồ hòa nhịp với tiếng họa mi hót và lấp lánh thêm.</w:t>
            </w:r>
          </w:p>
        </w:tc>
      </w:tr>
      <w:tr w:rsidR="00425151" w14:paraId="6B7294CF" w14:textId="77777777" w:rsidTr="00717C79">
        <w:trPr>
          <w:jc w:val="center"/>
        </w:trPr>
        <w:tc>
          <w:tcPr>
            <w:tcW w:w="5188" w:type="dxa"/>
            <w:tcBorders>
              <w:top w:val="nil"/>
              <w:bottom w:val="nil"/>
            </w:tcBorders>
          </w:tcPr>
          <w:p w14:paraId="10D22962" w14:textId="77777777" w:rsidR="00425151" w:rsidRDefault="0033237D" w:rsidP="00717C79">
            <w:pPr>
              <w:shd w:val="clear" w:color="auto" w:fill="FFFFFF" w:themeFill="background1"/>
              <w:jc w:val="both"/>
            </w:pPr>
            <w:r>
              <w:rPr>
                <w:b/>
              </w:rPr>
              <w:t>- Câu 3: Nói tiếp sự thay đổi của các sự vật trên mặt đất khi nghe họa mi hót.</w:t>
            </w:r>
          </w:p>
          <w:p w14:paraId="698A417B" w14:textId="77777777" w:rsidR="00425151" w:rsidRDefault="0033237D" w:rsidP="00717C79">
            <w:pPr>
              <w:shd w:val="clear" w:color="auto" w:fill="FFFFFF" w:themeFill="background1"/>
              <w:jc w:val="both"/>
            </w:pPr>
            <w:r>
              <w:rPr>
                <w:b/>
              </w:rPr>
              <w:t>- a. Các loài hoa (...).</w:t>
            </w:r>
          </w:p>
          <w:p w14:paraId="77FF0451" w14:textId="77777777" w:rsidR="00425151" w:rsidRDefault="0033237D" w:rsidP="00717C79">
            <w:pPr>
              <w:shd w:val="clear" w:color="auto" w:fill="FFFFFF" w:themeFill="background1"/>
              <w:jc w:val="both"/>
            </w:pPr>
            <w:r>
              <w:rPr>
                <w:b/>
              </w:rPr>
              <w:t>- b. Các loài chim (...).</w:t>
            </w:r>
          </w:p>
          <w:p w14:paraId="0D558234" w14:textId="77777777" w:rsidR="00425151" w:rsidRDefault="0033237D" w:rsidP="00717C79">
            <w:pPr>
              <w:shd w:val="clear" w:color="auto" w:fill="FFFFFF" w:themeFill="background1"/>
              <w:jc w:val="both"/>
            </w:pPr>
            <w:r>
              <w:t>- GV tổ chức HS thảo luận nhóm đôi.</w:t>
            </w:r>
          </w:p>
        </w:tc>
        <w:tc>
          <w:tcPr>
            <w:tcW w:w="5188" w:type="dxa"/>
            <w:tcBorders>
              <w:top w:val="nil"/>
              <w:bottom w:val="nil"/>
            </w:tcBorders>
          </w:tcPr>
          <w:p w14:paraId="2470B239" w14:textId="77777777" w:rsidR="00425151" w:rsidRDefault="0033237D" w:rsidP="00717C79">
            <w:pPr>
              <w:shd w:val="clear" w:color="auto" w:fill="FFFFFF" w:themeFill="background1"/>
              <w:jc w:val="both"/>
            </w:pPr>
            <w:r>
              <w:t>- HS thảo luận nhóm đôi.</w:t>
            </w:r>
          </w:p>
          <w:p w14:paraId="12720A6E" w14:textId="77777777" w:rsidR="00425151" w:rsidRDefault="0033237D" w:rsidP="00717C79">
            <w:pPr>
              <w:shd w:val="clear" w:color="auto" w:fill="FFFFFF" w:themeFill="background1"/>
              <w:jc w:val="both"/>
            </w:pPr>
            <w:r>
              <w:t>- HS trả lời: a. Các loài hoa chợt bừng giấc, xòe những cánh hoa đẹp, bày đủ các màu sắc xanh tươi.</w:t>
            </w:r>
          </w:p>
          <w:p w14:paraId="3C06C9A5" w14:textId="77777777" w:rsidR="00425151" w:rsidRDefault="0033237D" w:rsidP="00717C79">
            <w:pPr>
              <w:shd w:val="clear" w:color="auto" w:fill="FFFFFF" w:themeFill="background1"/>
              <w:jc w:val="both"/>
            </w:pPr>
            <w:r>
              <w:rPr>
                <w:b/>
              </w:rPr>
              <w:t xml:space="preserve">- b. Các loài chim dạo lên những khúc nhạc </w:t>
            </w:r>
            <w:r>
              <w:rPr>
                <w:b/>
              </w:rPr>
              <w:lastRenderedPageBreak/>
              <w:t>tưng bừng, ngợi ca núi sông đang đổi mới.</w:t>
            </w:r>
          </w:p>
        </w:tc>
      </w:tr>
      <w:tr w:rsidR="00425151" w14:paraId="116382F6" w14:textId="77777777" w:rsidTr="00717C79">
        <w:trPr>
          <w:jc w:val="center"/>
        </w:trPr>
        <w:tc>
          <w:tcPr>
            <w:tcW w:w="5188" w:type="dxa"/>
            <w:tcBorders>
              <w:top w:val="nil"/>
              <w:bottom w:val="nil"/>
            </w:tcBorders>
          </w:tcPr>
          <w:p w14:paraId="25C3A92F" w14:textId="77777777" w:rsidR="00425151" w:rsidRDefault="0033237D" w:rsidP="00717C79">
            <w:pPr>
              <w:shd w:val="clear" w:color="auto" w:fill="FFFFFF" w:themeFill="background1"/>
              <w:jc w:val="both"/>
            </w:pPr>
            <w:r>
              <w:rPr>
                <w:b/>
              </w:rPr>
              <w:lastRenderedPageBreak/>
              <w:t>- Câu 4: Nếu được đặt tên cho bài đọc, em sẽ chọn tên nào? Vì sao?</w:t>
            </w:r>
          </w:p>
          <w:p w14:paraId="5E3E3DC6" w14:textId="77777777" w:rsidR="00425151" w:rsidRDefault="0033237D" w:rsidP="00717C79">
            <w:pPr>
              <w:shd w:val="clear" w:color="auto" w:fill="FFFFFF" w:themeFill="background1"/>
              <w:jc w:val="both"/>
            </w:pPr>
            <w:r>
              <w:t>- GV nêu các lựa chọn: Sứ giả của mùa xuân; Họa mi và mùa xuân; Họa mi hót.</w:t>
            </w:r>
          </w:p>
          <w:p w14:paraId="14D4BCA2" w14:textId="77777777" w:rsidR="00425151" w:rsidRDefault="0033237D" w:rsidP="00717C79">
            <w:pPr>
              <w:shd w:val="clear" w:color="auto" w:fill="FFFFFF" w:themeFill="background1"/>
              <w:jc w:val="both"/>
            </w:pPr>
            <w:r>
              <w:t>- GV khuyến khích HS nêu lí do riêng.</w:t>
            </w:r>
          </w:p>
        </w:tc>
        <w:tc>
          <w:tcPr>
            <w:tcW w:w="5188" w:type="dxa"/>
            <w:tcBorders>
              <w:top w:val="nil"/>
              <w:bottom w:val="nil"/>
            </w:tcBorders>
          </w:tcPr>
          <w:p w14:paraId="40555550" w14:textId="77777777" w:rsidR="00425151" w:rsidRDefault="0033237D" w:rsidP="00717C79">
            <w:pPr>
              <w:shd w:val="clear" w:color="auto" w:fill="FFFFFF" w:themeFill="background1"/>
              <w:jc w:val="both"/>
            </w:pPr>
            <w:r>
              <w:t>- HS chọn tên và nêu lí do.</w:t>
            </w:r>
          </w:p>
          <w:p w14:paraId="24B6BC53" w14:textId="77777777" w:rsidR="00425151" w:rsidRDefault="0033237D" w:rsidP="00717C79">
            <w:pPr>
              <w:shd w:val="clear" w:color="auto" w:fill="FFFFFF" w:themeFill="background1"/>
              <w:jc w:val="both"/>
            </w:pPr>
            <w:r>
              <w:t>- Ví dụ: Em chọn “Họa mi và mùa xuân” vì tiếng hót của họa mi làm cảnh vật mùa xuân trở nên tươi đẹp hơn.</w:t>
            </w:r>
          </w:p>
        </w:tc>
      </w:tr>
      <w:tr w:rsidR="00425151" w14:paraId="33E7B6A9" w14:textId="77777777" w:rsidTr="00717C79">
        <w:trPr>
          <w:jc w:val="center"/>
        </w:trPr>
        <w:tc>
          <w:tcPr>
            <w:tcW w:w="5188" w:type="dxa"/>
            <w:tcBorders>
              <w:top w:val="nil"/>
              <w:bottom w:val="nil"/>
            </w:tcBorders>
          </w:tcPr>
          <w:p w14:paraId="31A3E3CC" w14:textId="77777777" w:rsidR="00425151" w:rsidRDefault="0033237D" w:rsidP="00717C79">
            <w:pPr>
              <w:shd w:val="clear" w:color="auto" w:fill="FFFFFF" w:themeFill="background1"/>
              <w:jc w:val="both"/>
            </w:pPr>
            <w:r>
              <w:rPr>
                <w:color w:val="C00000"/>
              </w:rPr>
              <w:t>- GV hỏi dẫn tích hợp NLS: Nếu muốn nghe tiếng chim họa mi hót hoặc xem hình ảnh chim họa mi trên thiết bị số, em cần làm thế nào để tìm đúng và an toàn?</w:t>
            </w:r>
          </w:p>
          <w:p w14:paraId="7766C712" w14:textId="77777777" w:rsidR="00425151" w:rsidRDefault="0033237D" w:rsidP="00717C79">
            <w:pPr>
              <w:shd w:val="clear" w:color="auto" w:fill="FFFFFF" w:themeFill="background1"/>
              <w:jc w:val="both"/>
            </w:pPr>
            <w:r>
              <w:rPr>
                <w:color w:val="C00000"/>
              </w:rPr>
              <w:t>- GV diễn giải tích hợp NLS: Các em chỉ mở đường dẫn học liệu số do thầy cô hoặc cha mẹ cung cấp, gõ từ khóa đơn giản như “tiếng chim họa mi hót”, “hình ảnh chim họa mi”. Khi xem kết quả, các em chọn hình ảnh, âm thanh phù hợp với bài học, không bấm vào quảng cáo, không tự tải tệp lạ, không chia sẻ thông tin cá nhân như họ tên đầy đủ, địa chỉ, số điện thoại. Nếu chưa chắc chắn, cần hỏi người lớn trước khi tiếp tục.</w:t>
            </w:r>
          </w:p>
        </w:tc>
        <w:tc>
          <w:tcPr>
            <w:tcW w:w="5188" w:type="dxa"/>
            <w:tcBorders>
              <w:top w:val="nil"/>
              <w:bottom w:val="nil"/>
            </w:tcBorders>
          </w:tcPr>
          <w:p w14:paraId="3CF0060F" w14:textId="77777777" w:rsidR="00425151" w:rsidRDefault="0033237D" w:rsidP="00717C79">
            <w:pPr>
              <w:shd w:val="clear" w:color="auto" w:fill="FFFFFF" w:themeFill="background1"/>
              <w:jc w:val="both"/>
            </w:pPr>
            <w:r>
              <w:rPr>
                <w:color w:val="C00000"/>
              </w:rPr>
              <w:t>- HS trả lời: Em vào nguồn do GV/cha mẹ cho phép, gõ từ khóa phù hợp, chọn kết quả liên quan và không bấm liên kết lạ.</w:t>
            </w:r>
          </w:p>
          <w:p w14:paraId="5F25457D" w14:textId="77777777" w:rsidR="00425151" w:rsidRDefault="0033237D" w:rsidP="00717C79">
            <w:pPr>
              <w:shd w:val="clear" w:color="auto" w:fill="FFFFFF" w:themeFill="background1"/>
              <w:jc w:val="both"/>
            </w:pPr>
            <w:r>
              <w:rPr>
                <w:color w:val="C00000"/>
              </w:rPr>
              <w:t>- HS nhắc lại: Không tự tải tệp lạ, không chia sẻ thông tin cá nhân, cần hỏi người lớn khi chưa chắc chắn.</w:t>
            </w:r>
          </w:p>
        </w:tc>
      </w:tr>
      <w:tr w:rsidR="00425151" w14:paraId="2C9E1742" w14:textId="77777777" w:rsidTr="00717C79">
        <w:trPr>
          <w:jc w:val="center"/>
        </w:trPr>
        <w:tc>
          <w:tcPr>
            <w:tcW w:w="5188" w:type="dxa"/>
            <w:tcBorders>
              <w:top w:val="nil"/>
              <w:bottom w:val="single" w:sz="4" w:space="0" w:color="000000"/>
            </w:tcBorders>
          </w:tcPr>
          <w:p w14:paraId="5B573A99" w14:textId="77777777" w:rsidR="00425151" w:rsidRDefault="0033237D" w:rsidP="00717C79">
            <w:pPr>
              <w:shd w:val="clear" w:color="auto" w:fill="FFFFFF" w:themeFill="background1"/>
              <w:jc w:val="both"/>
            </w:pPr>
            <w:r>
              <w:t>- GV kết luận: Tiếng hót của họa mi làm cảnh vật bừng sáng, rực rỡ và tràn đầy sức sống. Qua bài đọc, các em thêm yêu mùa xuân, yêu tiếng chim và biết bảo vệ thiên nhiên.</w:t>
            </w:r>
          </w:p>
        </w:tc>
        <w:tc>
          <w:tcPr>
            <w:tcW w:w="5188" w:type="dxa"/>
            <w:tcBorders>
              <w:top w:val="nil"/>
              <w:bottom w:val="single" w:sz="4" w:space="0" w:color="000000"/>
            </w:tcBorders>
          </w:tcPr>
          <w:p w14:paraId="3C6FEB2E" w14:textId="77777777" w:rsidR="00425151" w:rsidRDefault="0033237D" w:rsidP="00717C79">
            <w:pPr>
              <w:shd w:val="clear" w:color="auto" w:fill="FFFFFF" w:themeFill="background1"/>
              <w:jc w:val="both"/>
            </w:pPr>
            <w:r>
              <w:t>- HS lắng nghe và nhắc lại nội dung bài.</w:t>
            </w:r>
          </w:p>
        </w:tc>
      </w:tr>
      <w:tr w:rsidR="00425151" w14:paraId="1E86A653"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47EF06C2" w14:textId="77777777" w:rsidR="00425151" w:rsidRDefault="0033237D" w:rsidP="00717C79">
            <w:pPr>
              <w:shd w:val="clear" w:color="auto" w:fill="FFFFFF" w:themeFill="background1"/>
            </w:pPr>
            <w:r>
              <w:rPr>
                <w:b/>
              </w:rPr>
              <w:t>4. LUYỆN TẬP (10 phút)</w:t>
            </w:r>
          </w:p>
          <w:p w14:paraId="37E31AC4" w14:textId="77777777" w:rsidR="00425151" w:rsidRDefault="0033237D" w:rsidP="00717C79">
            <w:pPr>
              <w:shd w:val="clear" w:color="auto" w:fill="FFFFFF" w:themeFill="background1"/>
            </w:pPr>
            <w:r>
              <w:rPr>
                <w:b/>
              </w:rPr>
              <w:t>Mục tiêu: HS tìm được từ ngữ tả tiếng hót của họa mi và đặt câu với từ ngữ vừa tìm được.</w:t>
            </w:r>
          </w:p>
        </w:tc>
      </w:tr>
      <w:tr w:rsidR="00425151" w14:paraId="40F3EB15" w14:textId="77777777" w:rsidTr="00717C79">
        <w:trPr>
          <w:jc w:val="center"/>
        </w:trPr>
        <w:tc>
          <w:tcPr>
            <w:tcW w:w="5188" w:type="dxa"/>
            <w:tcBorders>
              <w:top w:val="single" w:sz="4" w:space="0" w:color="000000"/>
              <w:bottom w:val="nil"/>
            </w:tcBorders>
          </w:tcPr>
          <w:p w14:paraId="2EA77ED1" w14:textId="77777777" w:rsidR="00425151" w:rsidRDefault="0033237D" w:rsidP="00717C79">
            <w:pPr>
              <w:shd w:val="clear" w:color="auto" w:fill="FFFFFF" w:themeFill="background1"/>
              <w:jc w:val="both"/>
            </w:pPr>
            <w:r>
              <w:rPr>
                <w:b/>
              </w:rPr>
              <w:t>- Hoạt động 1: Tìm trong bài đọc từ ngữ tả tiếng hót của họa mi.</w:t>
            </w:r>
          </w:p>
          <w:p w14:paraId="6AB8E866" w14:textId="77777777" w:rsidR="00425151" w:rsidRDefault="0033237D" w:rsidP="00717C79">
            <w:pPr>
              <w:shd w:val="clear" w:color="auto" w:fill="FFFFFF" w:themeFill="background1"/>
              <w:jc w:val="both"/>
            </w:pPr>
            <w:r>
              <w:t>- GV yêu cầu HS đọc thầm bài, tìm từ ngữ và chia sẻ nhóm đôi.</w:t>
            </w:r>
          </w:p>
        </w:tc>
        <w:tc>
          <w:tcPr>
            <w:tcW w:w="5188" w:type="dxa"/>
            <w:tcBorders>
              <w:top w:val="single" w:sz="4" w:space="0" w:color="000000"/>
              <w:bottom w:val="nil"/>
            </w:tcBorders>
          </w:tcPr>
          <w:p w14:paraId="52B86E0A" w14:textId="77777777" w:rsidR="00425151" w:rsidRDefault="0033237D" w:rsidP="00717C79">
            <w:pPr>
              <w:shd w:val="clear" w:color="auto" w:fill="FFFFFF" w:themeFill="background1"/>
              <w:jc w:val="both"/>
            </w:pPr>
            <w:r>
              <w:t>- HS đọc thầm, tìm từ.</w:t>
            </w:r>
          </w:p>
          <w:p w14:paraId="08625F6F" w14:textId="77777777" w:rsidR="00425151" w:rsidRDefault="0033237D" w:rsidP="00717C79">
            <w:pPr>
              <w:shd w:val="clear" w:color="auto" w:fill="FFFFFF" w:themeFill="background1"/>
              <w:jc w:val="both"/>
            </w:pPr>
            <w:r>
              <w:t>- HS trả lời: vang lừng, trong suốt, dìu dặt, tưng bừng.</w:t>
            </w:r>
          </w:p>
        </w:tc>
      </w:tr>
      <w:tr w:rsidR="00425151" w14:paraId="7C1FFBF5" w14:textId="77777777" w:rsidTr="00717C79">
        <w:trPr>
          <w:jc w:val="center"/>
        </w:trPr>
        <w:tc>
          <w:tcPr>
            <w:tcW w:w="5188" w:type="dxa"/>
            <w:tcBorders>
              <w:top w:val="nil"/>
              <w:bottom w:val="single" w:sz="4" w:space="0" w:color="000000"/>
            </w:tcBorders>
          </w:tcPr>
          <w:p w14:paraId="688E6296" w14:textId="77777777" w:rsidR="00425151" w:rsidRDefault="0033237D" w:rsidP="00717C79">
            <w:pPr>
              <w:shd w:val="clear" w:color="auto" w:fill="FFFFFF" w:themeFill="background1"/>
              <w:jc w:val="both"/>
            </w:pPr>
            <w:r>
              <w:rPr>
                <w:b/>
              </w:rPr>
              <w:t>- Hoạt động 2: Đặt một câu với từ ngữ vừa tìm được.</w:t>
            </w:r>
          </w:p>
          <w:p w14:paraId="39690C27" w14:textId="77777777" w:rsidR="00425151" w:rsidRDefault="0033237D" w:rsidP="00717C79">
            <w:pPr>
              <w:shd w:val="clear" w:color="auto" w:fill="FFFFFF" w:themeFill="background1"/>
              <w:jc w:val="both"/>
            </w:pPr>
            <w:r>
              <w:t>- GV hướng dẫn HS chọn một từ ngữ và đặt câu đầy đủ, đầu câu viết hoa, cuối câu có dấu chấm.</w:t>
            </w:r>
          </w:p>
        </w:tc>
        <w:tc>
          <w:tcPr>
            <w:tcW w:w="5188" w:type="dxa"/>
            <w:tcBorders>
              <w:top w:val="nil"/>
              <w:bottom w:val="single" w:sz="4" w:space="0" w:color="000000"/>
            </w:tcBorders>
          </w:tcPr>
          <w:p w14:paraId="0E041115" w14:textId="77777777" w:rsidR="00425151" w:rsidRDefault="0033237D" w:rsidP="00717C79">
            <w:pPr>
              <w:shd w:val="clear" w:color="auto" w:fill="FFFFFF" w:themeFill="background1"/>
              <w:jc w:val="both"/>
            </w:pPr>
            <w:r>
              <w:t>- HS đặt câu.</w:t>
            </w:r>
          </w:p>
          <w:p w14:paraId="4D100F18" w14:textId="77777777" w:rsidR="00425151" w:rsidRDefault="0033237D" w:rsidP="00717C79">
            <w:pPr>
              <w:shd w:val="clear" w:color="auto" w:fill="FFFFFF" w:themeFill="background1"/>
              <w:jc w:val="both"/>
            </w:pPr>
            <w:r>
              <w:t>- Ví dụ: Tiếng chim họa mi vang lừng trong khu vườn. Tiếng hát của bạn Lan rất trong suốt và dìu dặt.</w:t>
            </w:r>
          </w:p>
        </w:tc>
      </w:tr>
      <w:tr w:rsidR="00425151" w14:paraId="7125FBF7"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7211E9F3" w14:textId="77777777" w:rsidR="00425151" w:rsidRDefault="0033237D" w:rsidP="00717C79">
            <w:pPr>
              <w:shd w:val="clear" w:color="auto" w:fill="FFFFFF" w:themeFill="background1"/>
            </w:pPr>
            <w:r>
              <w:rPr>
                <w:b/>
              </w:rPr>
              <w:t>5. VẬN DỤNG (5 phút)</w:t>
            </w:r>
          </w:p>
          <w:p w14:paraId="34490A89" w14:textId="77777777" w:rsidR="00425151" w:rsidRDefault="0033237D" w:rsidP="00717C79">
            <w:pPr>
              <w:shd w:val="clear" w:color="auto" w:fill="FFFFFF" w:themeFill="background1"/>
            </w:pPr>
            <w:r>
              <w:rPr>
                <w:b/>
              </w:rPr>
              <w:t>Mục tiêu: HS liên hệ bài học với việc bảo vệ thiên nhiên.</w:t>
            </w:r>
          </w:p>
        </w:tc>
      </w:tr>
      <w:tr w:rsidR="00425151" w14:paraId="3F7D33F8" w14:textId="77777777" w:rsidTr="00717C79">
        <w:trPr>
          <w:jc w:val="center"/>
        </w:trPr>
        <w:tc>
          <w:tcPr>
            <w:tcW w:w="5188" w:type="dxa"/>
            <w:tcBorders>
              <w:top w:val="single" w:sz="4" w:space="0" w:color="000000"/>
            </w:tcBorders>
          </w:tcPr>
          <w:p w14:paraId="59401689" w14:textId="77777777" w:rsidR="00425151" w:rsidRDefault="0033237D" w:rsidP="00717C79">
            <w:pPr>
              <w:shd w:val="clear" w:color="auto" w:fill="FFFFFF" w:themeFill="background1"/>
              <w:jc w:val="both"/>
            </w:pPr>
            <w:r>
              <w:t>- GV yêu cầu HS nói một việc em có thể làm để bảo vệ chim muông, cây cối quanh em.</w:t>
            </w:r>
          </w:p>
          <w:p w14:paraId="0AAD5D84" w14:textId="77777777" w:rsidR="00425151" w:rsidRDefault="0033237D" w:rsidP="00717C79">
            <w:pPr>
              <w:shd w:val="clear" w:color="auto" w:fill="FFFFFF" w:themeFill="background1"/>
              <w:jc w:val="both"/>
            </w:pPr>
            <w:r>
              <w:t>- GV dặn HS đọc lại bài, chuẩn bị tiết viết chữ hoa R.</w:t>
            </w:r>
          </w:p>
        </w:tc>
        <w:tc>
          <w:tcPr>
            <w:tcW w:w="5188" w:type="dxa"/>
            <w:tcBorders>
              <w:top w:val="single" w:sz="4" w:space="0" w:color="000000"/>
            </w:tcBorders>
          </w:tcPr>
          <w:p w14:paraId="37E938F7" w14:textId="77777777" w:rsidR="00425151" w:rsidRDefault="0033237D" w:rsidP="00717C79">
            <w:pPr>
              <w:shd w:val="clear" w:color="auto" w:fill="FFFFFF" w:themeFill="background1"/>
              <w:jc w:val="both"/>
            </w:pPr>
            <w:r>
              <w:t>- HS nói: Em không phá tổ chim, không bẻ cành, chăm sóc cây, không xả rác trong vườn trường.</w:t>
            </w:r>
          </w:p>
          <w:p w14:paraId="093B356C" w14:textId="77777777" w:rsidR="00425151" w:rsidRDefault="0033237D" w:rsidP="00717C79">
            <w:pPr>
              <w:shd w:val="clear" w:color="auto" w:fill="FFFFFF" w:themeFill="background1"/>
              <w:jc w:val="both"/>
            </w:pPr>
            <w:r>
              <w:t>- HS ghi nhớ nhiệm vụ.</w:t>
            </w:r>
          </w:p>
        </w:tc>
      </w:tr>
    </w:tbl>
    <w:p w14:paraId="413F92BA" w14:textId="77777777" w:rsidR="00425151" w:rsidRDefault="0033237D" w:rsidP="00717C79">
      <w:pPr>
        <w:shd w:val="clear" w:color="auto" w:fill="FFFFFF" w:themeFill="background1"/>
        <w:spacing w:after="0" w:line="240" w:lineRule="auto"/>
        <w:jc w:val="both"/>
      </w:pPr>
      <w:r>
        <w:rPr>
          <w:b/>
        </w:rPr>
        <w:t>IV. ĐIỀU CHỈNH SAU TIẾT HỌC (NẾU CÓ)</w:t>
      </w:r>
    </w:p>
    <w:p w14:paraId="3EECB70C" w14:textId="77777777" w:rsidR="00425151" w:rsidRDefault="00425151" w:rsidP="00717C79">
      <w:pPr>
        <w:shd w:val="clear" w:color="auto" w:fill="FFFFFF" w:themeFill="background1"/>
        <w:spacing w:after="0" w:line="240" w:lineRule="auto"/>
        <w:jc w:val="both"/>
      </w:pPr>
    </w:p>
    <w:p w14:paraId="1A371A28" w14:textId="77777777" w:rsidR="00425151" w:rsidRDefault="0033237D" w:rsidP="00717C79">
      <w:pPr>
        <w:shd w:val="clear" w:color="auto" w:fill="FFFFFF" w:themeFill="background1"/>
        <w:spacing w:after="0" w:line="240" w:lineRule="auto"/>
        <w:jc w:val="center"/>
      </w:pPr>
      <w:r>
        <w:rPr>
          <w:b/>
          <w:sz w:val="28"/>
        </w:rPr>
        <w:t>KẾ HOẠCH BÀI DẠY MÔN TIẾNG VIỆT LỚP 2 – TUẦN 20</w:t>
      </w:r>
    </w:p>
    <w:p w14:paraId="4EF33F5B" w14:textId="77777777" w:rsidR="00425151" w:rsidRDefault="0033237D" w:rsidP="00717C79">
      <w:pPr>
        <w:shd w:val="clear" w:color="auto" w:fill="FFFFFF" w:themeFill="background1"/>
        <w:spacing w:after="0" w:line="240" w:lineRule="auto"/>
        <w:jc w:val="center"/>
      </w:pPr>
      <w:r>
        <w:rPr>
          <w:b/>
          <w:sz w:val="28"/>
        </w:rPr>
        <w:t>CHỦ ĐỀ 5: VẺ ĐẸP QUANH EM</w:t>
      </w:r>
    </w:p>
    <w:p w14:paraId="64D26331" w14:textId="77777777" w:rsidR="00425151" w:rsidRDefault="0033237D" w:rsidP="00717C79">
      <w:pPr>
        <w:shd w:val="clear" w:color="auto" w:fill="FFFFFF" w:themeFill="background1"/>
        <w:spacing w:after="0" w:line="240" w:lineRule="auto"/>
        <w:jc w:val="center"/>
      </w:pPr>
      <w:r>
        <w:rPr>
          <w:b/>
          <w:sz w:val="28"/>
        </w:rPr>
        <w:t>BÀI 3: HỌA MI HÓT</w:t>
      </w:r>
    </w:p>
    <w:p w14:paraId="76344689" w14:textId="77777777" w:rsidR="00425151" w:rsidRDefault="0033237D" w:rsidP="00717C79">
      <w:pPr>
        <w:shd w:val="clear" w:color="auto" w:fill="FFFFFF" w:themeFill="background1"/>
        <w:spacing w:after="0" w:line="240" w:lineRule="auto"/>
        <w:jc w:val="center"/>
      </w:pPr>
      <w:r>
        <w:rPr>
          <w:b/>
          <w:sz w:val="28"/>
        </w:rPr>
        <w:t>TIẾT 3: VIẾT CHỮ HOA R; TIẾT 4: NÓI VÀ NGHE</w:t>
      </w:r>
    </w:p>
    <w:p w14:paraId="4E82D9A6" w14:textId="77777777" w:rsidR="00425151" w:rsidRDefault="0033237D" w:rsidP="00717C79">
      <w:pPr>
        <w:shd w:val="clear" w:color="auto" w:fill="FFFFFF" w:themeFill="background1"/>
        <w:spacing w:after="0" w:line="240" w:lineRule="auto"/>
        <w:jc w:val="both"/>
      </w:pPr>
      <w:r>
        <w:rPr>
          <w:b/>
        </w:rPr>
        <w:t>I. YÊU CẦU CẦN ĐẠT</w:t>
      </w:r>
    </w:p>
    <w:p w14:paraId="0CE49418" w14:textId="77777777" w:rsidR="00425151" w:rsidRDefault="0033237D" w:rsidP="00717C79">
      <w:pPr>
        <w:shd w:val="clear" w:color="auto" w:fill="FFFFFF" w:themeFill="background1"/>
        <w:spacing w:after="0" w:line="240" w:lineRule="auto"/>
        <w:jc w:val="both"/>
      </w:pPr>
      <w:r>
        <w:t>Sau bài học, HS sẽ:</w:t>
      </w:r>
    </w:p>
    <w:p w14:paraId="38120794" w14:textId="77777777" w:rsidR="00425151" w:rsidRDefault="0033237D" w:rsidP="00717C79">
      <w:pPr>
        <w:shd w:val="clear" w:color="auto" w:fill="FFFFFF" w:themeFill="background1"/>
        <w:spacing w:after="0" w:line="240" w:lineRule="auto"/>
        <w:jc w:val="both"/>
      </w:pPr>
      <w:r>
        <w:rPr>
          <w:b/>
        </w:rPr>
        <w:t>1. Năng lực đặc thù</w:t>
      </w:r>
    </w:p>
    <w:p w14:paraId="26B98EB6" w14:textId="77777777" w:rsidR="00425151" w:rsidRDefault="0033237D" w:rsidP="00717C79">
      <w:pPr>
        <w:shd w:val="clear" w:color="auto" w:fill="FFFFFF" w:themeFill="background1"/>
        <w:spacing w:after="0" w:line="240" w:lineRule="auto"/>
        <w:jc w:val="both"/>
      </w:pPr>
      <w:r>
        <w:lastRenderedPageBreak/>
        <w:t>- Viết đúng chữ hoa R cỡ vừa và cỡ nhỏ; viết đúng câu ứng dụng Rừng cây vươn mình đón nắng mai.</w:t>
      </w:r>
    </w:p>
    <w:p w14:paraId="37A49CB5" w14:textId="77777777" w:rsidR="00425151" w:rsidRDefault="0033237D" w:rsidP="00717C79">
      <w:pPr>
        <w:shd w:val="clear" w:color="auto" w:fill="FFFFFF" w:themeFill="background1"/>
        <w:spacing w:after="0" w:line="240" w:lineRule="auto"/>
        <w:jc w:val="both"/>
      </w:pPr>
      <w:r>
        <w:t>- Dựa vào tranh và câu hỏi gợi ý, đoán nội dung từng tranh; nghe kể và kể lại được từng đoạn câu chuyện Hồ nước và mây.</w:t>
      </w:r>
    </w:p>
    <w:p w14:paraId="411C9542" w14:textId="77777777" w:rsidR="00425151" w:rsidRDefault="0033237D" w:rsidP="00717C79">
      <w:pPr>
        <w:shd w:val="clear" w:color="auto" w:fill="FFFFFF" w:themeFill="background1"/>
        <w:spacing w:after="0" w:line="240" w:lineRule="auto"/>
        <w:jc w:val="both"/>
      </w:pPr>
      <w:r>
        <w:t>- Biết nói với người thân về điều em học được từ câu chuyện.</w:t>
      </w:r>
    </w:p>
    <w:p w14:paraId="0096E616" w14:textId="77777777" w:rsidR="00425151" w:rsidRDefault="0033237D" w:rsidP="00717C79">
      <w:pPr>
        <w:shd w:val="clear" w:color="auto" w:fill="FFFFFF" w:themeFill="background1"/>
        <w:spacing w:after="0" w:line="240" w:lineRule="auto"/>
        <w:jc w:val="both"/>
      </w:pPr>
      <w:r>
        <w:rPr>
          <w:b/>
        </w:rPr>
        <w:t>2. Năng lực chung</w:t>
      </w:r>
    </w:p>
    <w:p w14:paraId="38059D0E" w14:textId="77777777" w:rsidR="00425151" w:rsidRDefault="0033237D" w:rsidP="00717C79">
      <w:pPr>
        <w:shd w:val="clear" w:color="auto" w:fill="FFFFFF" w:themeFill="background1"/>
        <w:spacing w:after="0" w:line="240" w:lineRule="auto"/>
        <w:jc w:val="both"/>
      </w:pPr>
      <w:r>
        <w:t>- Tự chủ và tự học: chủ động luyện viết chữ, chuẩn bị lời kể.</w:t>
      </w:r>
    </w:p>
    <w:p w14:paraId="4A66EB5E" w14:textId="77777777" w:rsidR="00425151" w:rsidRDefault="0033237D" w:rsidP="00717C79">
      <w:pPr>
        <w:shd w:val="clear" w:color="auto" w:fill="FFFFFF" w:themeFill="background1"/>
        <w:spacing w:after="0" w:line="240" w:lineRule="auto"/>
        <w:jc w:val="both"/>
      </w:pPr>
      <w:r>
        <w:t>- Giao tiếp và hợp tác: trao đổi nhóm, kể chuyện theo tranh, lắng nghe và nhận xét bạn.</w:t>
      </w:r>
    </w:p>
    <w:p w14:paraId="69604CD0" w14:textId="77777777" w:rsidR="00425151" w:rsidRDefault="0033237D" w:rsidP="00717C79">
      <w:pPr>
        <w:shd w:val="clear" w:color="auto" w:fill="FFFFFF" w:themeFill="background1"/>
        <w:spacing w:after="0" w:line="240" w:lineRule="auto"/>
        <w:jc w:val="both"/>
      </w:pPr>
      <w:r>
        <w:t>- Giải quyết vấn đề và sáng tạo: dự đoán nội dung tranh, kể lại câu chuyện bằng lời của mình.</w:t>
      </w:r>
    </w:p>
    <w:p w14:paraId="2E6FB555" w14:textId="77777777" w:rsidR="00425151" w:rsidRDefault="0033237D" w:rsidP="00717C79">
      <w:pPr>
        <w:shd w:val="clear" w:color="auto" w:fill="FFFFFF" w:themeFill="background1"/>
        <w:spacing w:after="0" w:line="240" w:lineRule="auto"/>
        <w:jc w:val="both"/>
      </w:pPr>
      <w:r>
        <w:rPr>
          <w:b/>
        </w:rPr>
        <w:t>3. Phẩm chất</w:t>
      </w:r>
    </w:p>
    <w:p w14:paraId="0E8C5BB1" w14:textId="77777777" w:rsidR="00425151" w:rsidRDefault="0033237D" w:rsidP="00717C79">
      <w:pPr>
        <w:shd w:val="clear" w:color="auto" w:fill="FFFFFF" w:themeFill="background1"/>
        <w:spacing w:after="0" w:line="240" w:lineRule="auto"/>
        <w:jc w:val="both"/>
      </w:pPr>
      <w:r>
        <w:t>- Chăm chỉ: rèn chữ viết cẩn thận, trình bày sạch đẹp.</w:t>
      </w:r>
    </w:p>
    <w:p w14:paraId="39A658A9" w14:textId="77777777" w:rsidR="00425151" w:rsidRDefault="0033237D" w:rsidP="00717C79">
      <w:pPr>
        <w:shd w:val="clear" w:color="auto" w:fill="FFFFFF" w:themeFill="background1"/>
        <w:spacing w:after="0" w:line="240" w:lineRule="auto"/>
        <w:jc w:val="both"/>
      </w:pPr>
      <w:r>
        <w:t>- Nhân ái: biết quan tâm, giúp đỡ người khác qua nội dung câu chuyện Hồ nước và mây.</w:t>
      </w:r>
    </w:p>
    <w:p w14:paraId="3DA4308C" w14:textId="77777777" w:rsidR="00425151" w:rsidRDefault="0033237D" w:rsidP="00717C79">
      <w:pPr>
        <w:shd w:val="clear" w:color="auto" w:fill="FFFFFF" w:themeFill="background1"/>
        <w:spacing w:after="0" w:line="240" w:lineRule="auto"/>
        <w:jc w:val="both"/>
      </w:pPr>
      <w:r>
        <w:rPr>
          <w:b/>
        </w:rPr>
        <w:t>II. ĐỒ DÙNG DẠY HỌC</w:t>
      </w:r>
    </w:p>
    <w:p w14:paraId="5EE74CF0" w14:textId="77777777" w:rsidR="00425151" w:rsidRDefault="0033237D" w:rsidP="00717C79">
      <w:pPr>
        <w:shd w:val="clear" w:color="auto" w:fill="FFFFFF" w:themeFill="background1"/>
        <w:spacing w:after="0" w:line="240" w:lineRule="auto"/>
        <w:jc w:val="both"/>
      </w:pPr>
      <w:r>
        <w:rPr>
          <w:b/>
        </w:rPr>
        <w:t>1. Giáo viên</w:t>
      </w:r>
    </w:p>
    <w:p w14:paraId="6A7F8A79" w14:textId="77777777" w:rsidR="00425151" w:rsidRDefault="0033237D" w:rsidP="00717C79">
      <w:pPr>
        <w:shd w:val="clear" w:color="auto" w:fill="FFFFFF" w:themeFill="background1"/>
        <w:spacing w:after="0" w:line="240" w:lineRule="auto"/>
        <w:jc w:val="both"/>
      </w:pPr>
      <w:r>
        <w:t>- Mẫu chữ hoa R; bảng phụ câu ứng dụng; tranh kể chuyện Hồ nước và mây; máy chiếu.</w:t>
      </w:r>
    </w:p>
    <w:p w14:paraId="39F02464" w14:textId="77777777" w:rsidR="00425151" w:rsidRDefault="0033237D" w:rsidP="00717C79">
      <w:pPr>
        <w:shd w:val="clear" w:color="auto" w:fill="FFFFFF" w:themeFill="background1"/>
        <w:spacing w:after="0" w:line="240" w:lineRule="auto"/>
        <w:jc w:val="both"/>
      </w:pPr>
      <w:r>
        <w:rPr>
          <w:b/>
        </w:rPr>
        <w:t>2. Học sinh</w:t>
      </w:r>
    </w:p>
    <w:p w14:paraId="4CB0E166" w14:textId="77777777" w:rsidR="00425151" w:rsidRDefault="0033237D" w:rsidP="00717C79">
      <w:pPr>
        <w:shd w:val="clear" w:color="auto" w:fill="FFFFFF" w:themeFill="background1"/>
        <w:spacing w:after="0" w:line="240" w:lineRule="auto"/>
        <w:jc w:val="both"/>
      </w:pPr>
      <w:r>
        <w:t>- Vở tập viết, bảng con, phấn/bút; SGK.</w:t>
      </w:r>
    </w:p>
    <w:p w14:paraId="38C3F46D" w14:textId="77777777" w:rsidR="00425151" w:rsidRDefault="0033237D" w:rsidP="00717C79">
      <w:pPr>
        <w:shd w:val="clear" w:color="auto" w:fill="FFFFFF" w:themeFill="background1"/>
        <w:spacing w:after="0" w:line="240" w:lineRule="auto"/>
        <w:jc w:val="both"/>
      </w:pPr>
      <w:r>
        <w:rPr>
          <w:b/>
        </w:rPr>
        <w:t>III. CÁC HOẠT ĐỘNG DẠY HỌC CHỦ YẾU</w:t>
      </w:r>
    </w:p>
    <w:tbl>
      <w:tblPr>
        <w:tblStyle w:val="TableGrid"/>
        <w:tblW w:w="0" w:type="auto"/>
        <w:jc w:val="center"/>
        <w:tblLook w:val="04A0" w:firstRow="1" w:lastRow="0" w:firstColumn="1" w:lastColumn="0" w:noHBand="0" w:noVBand="1"/>
      </w:tblPr>
      <w:tblGrid>
        <w:gridCol w:w="5188"/>
        <w:gridCol w:w="5188"/>
      </w:tblGrid>
      <w:tr w:rsidR="00425151" w14:paraId="46585AA1" w14:textId="77777777" w:rsidTr="00717C79">
        <w:trPr>
          <w:jc w:val="center"/>
        </w:trPr>
        <w:tc>
          <w:tcPr>
            <w:tcW w:w="5188" w:type="dxa"/>
            <w:tcBorders>
              <w:top w:val="single" w:sz="6" w:space="0" w:color="000000"/>
              <w:left w:val="single" w:sz="6" w:space="0" w:color="000000"/>
              <w:bottom w:val="single" w:sz="4" w:space="0" w:color="000000"/>
              <w:right w:val="single" w:sz="6" w:space="0" w:color="000000"/>
            </w:tcBorders>
            <w:shd w:val="clear" w:color="auto" w:fill="D9EAF7"/>
          </w:tcPr>
          <w:p w14:paraId="5084C26D" w14:textId="77777777" w:rsidR="00425151" w:rsidRDefault="0033237D" w:rsidP="00717C79">
            <w:pPr>
              <w:shd w:val="clear" w:color="auto" w:fill="FFFFFF" w:themeFill="background1"/>
              <w:jc w:val="both"/>
            </w:pPr>
            <w:r>
              <w:rPr>
                <w:b/>
              </w:rPr>
              <w:t>Hoạt động của GV</w:t>
            </w:r>
          </w:p>
        </w:tc>
        <w:tc>
          <w:tcPr>
            <w:tcW w:w="5188" w:type="dxa"/>
            <w:tcBorders>
              <w:top w:val="single" w:sz="6" w:space="0" w:color="000000"/>
              <w:left w:val="single" w:sz="6" w:space="0" w:color="000000"/>
              <w:bottom w:val="single" w:sz="4" w:space="0" w:color="000000"/>
              <w:right w:val="single" w:sz="6" w:space="0" w:color="000000"/>
            </w:tcBorders>
            <w:shd w:val="clear" w:color="auto" w:fill="D9EAF7"/>
          </w:tcPr>
          <w:p w14:paraId="1023BEB8" w14:textId="77777777" w:rsidR="00425151" w:rsidRDefault="0033237D" w:rsidP="00717C79">
            <w:pPr>
              <w:shd w:val="clear" w:color="auto" w:fill="FFFFFF" w:themeFill="background1"/>
              <w:jc w:val="both"/>
            </w:pPr>
            <w:r>
              <w:rPr>
                <w:b/>
              </w:rPr>
              <w:t>Hoạt động của HS</w:t>
            </w:r>
          </w:p>
        </w:tc>
      </w:tr>
      <w:tr w:rsidR="00425151" w14:paraId="13380460"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4699BEC2" w14:textId="77777777" w:rsidR="00425151" w:rsidRDefault="0033237D" w:rsidP="00717C79">
            <w:pPr>
              <w:shd w:val="clear" w:color="auto" w:fill="FFFFFF" w:themeFill="background1"/>
            </w:pPr>
            <w:r>
              <w:rPr>
                <w:b/>
              </w:rPr>
              <w:t>TIẾT 3</w:t>
            </w:r>
          </w:p>
        </w:tc>
      </w:tr>
      <w:tr w:rsidR="00425151" w14:paraId="0B2EC00D"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670C9FEE" w14:textId="77777777" w:rsidR="00425151" w:rsidRDefault="0033237D" w:rsidP="00717C79">
            <w:pPr>
              <w:shd w:val="clear" w:color="auto" w:fill="FFFFFF" w:themeFill="background1"/>
            </w:pPr>
            <w:r>
              <w:rPr>
                <w:b/>
              </w:rPr>
              <w:t>1. KHỞI ĐỘNG (3 phút)</w:t>
            </w:r>
          </w:p>
          <w:p w14:paraId="6A604B1E" w14:textId="77777777" w:rsidR="00425151" w:rsidRDefault="0033237D" w:rsidP="00717C79">
            <w:pPr>
              <w:shd w:val="clear" w:color="auto" w:fill="FFFFFF" w:themeFill="background1"/>
            </w:pPr>
            <w:r>
              <w:rPr>
                <w:b/>
              </w:rPr>
              <w:t>Mục tiêu: HS nhận diện chữ hoa R và tạo tâm thế luyện viết.</w:t>
            </w:r>
          </w:p>
        </w:tc>
      </w:tr>
      <w:tr w:rsidR="00425151" w14:paraId="354BD6A5" w14:textId="77777777" w:rsidTr="00717C79">
        <w:trPr>
          <w:jc w:val="center"/>
        </w:trPr>
        <w:tc>
          <w:tcPr>
            <w:tcW w:w="5188" w:type="dxa"/>
            <w:tcBorders>
              <w:top w:val="single" w:sz="4" w:space="0" w:color="000000"/>
              <w:bottom w:val="single" w:sz="4" w:space="0" w:color="000000"/>
            </w:tcBorders>
          </w:tcPr>
          <w:p w14:paraId="1B8A79C2" w14:textId="77777777" w:rsidR="00425151" w:rsidRDefault="0033237D" w:rsidP="00717C79">
            <w:pPr>
              <w:shd w:val="clear" w:color="auto" w:fill="FFFFFF" w:themeFill="background1"/>
              <w:jc w:val="both"/>
            </w:pPr>
            <w:r>
              <w:t>- GV cho HS quan sát nhanh chữ hoa đã học và hỏi: Chữ cái nào dùng để viết tiếng Rừng trong câu ứng dụng hôm nay?</w:t>
            </w:r>
          </w:p>
          <w:p w14:paraId="2A6DC272" w14:textId="77777777" w:rsidR="00425151" w:rsidRDefault="0033237D" w:rsidP="00717C79">
            <w:pPr>
              <w:shd w:val="clear" w:color="auto" w:fill="FFFFFF" w:themeFill="background1"/>
              <w:jc w:val="both"/>
            </w:pPr>
            <w:r>
              <w:t>- GV giới thiệu tiết viết chữ hoa R.</w:t>
            </w:r>
          </w:p>
        </w:tc>
        <w:tc>
          <w:tcPr>
            <w:tcW w:w="5188" w:type="dxa"/>
            <w:tcBorders>
              <w:top w:val="single" w:sz="4" w:space="0" w:color="000000"/>
              <w:bottom w:val="single" w:sz="4" w:space="0" w:color="000000"/>
            </w:tcBorders>
          </w:tcPr>
          <w:p w14:paraId="4FC96761" w14:textId="77777777" w:rsidR="00425151" w:rsidRDefault="0033237D" w:rsidP="00717C79">
            <w:pPr>
              <w:shd w:val="clear" w:color="auto" w:fill="FFFFFF" w:themeFill="background1"/>
              <w:jc w:val="both"/>
            </w:pPr>
            <w:r>
              <w:t>- HS trả lời: Chữ hoa R dùng để viết tiếng Rừng.</w:t>
            </w:r>
          </w:p>
          <w:p w14:paraId="7C8FD784" w14:textId="77777777" w:rsidR="00425151" w:rsidRDefault="0033237D" w:rsidP="00717C79">
            <w:pPr>
              <w:shd w:val="clear" w:color="auto" w:fill="FFFFFF" w:themeFill="background1"/>
              <w:jc w:val="both"/>
            </w:pPr>
            <w:r>
              <w:t>- HS chuẩn bị bảng con, vở tập viết.</w:t>
            </w:r>
          </w:p>
        </w:tc>
      </w:tr>
      <w:tr w:rsidR="00425151" w14:paraId="1D4F9986"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39763CCD" w14:textId="77777777" w:rsidR="00425151" w:rsidRDefault="0033237D" w:rsidP="00717C79">
            <w:pPr>
              <w:shd w:val="clear" w:color="auto" w:fill="FFFFFF" w:themeFill="background1"/>
            </w:pPr>
            <w:r>
              <w:rPr>
                <w:b/>
              </w:rPr>
              <w:t>2. VIẾT CHỮ HOA R (15 phút)</w:t>
            </w:r>
          </w:p>
          <w:p w14:paraId="08075B8B" w14:textId="77777777" w:rsidR="00425151" w:rsidRDefault="0033237D" w:rsidP="00717C79">
            <w:pPr>
              <w:shd w:val="clear" w:color="auto" w:fill="FFFFFF" w:themeFill="background1"/>
            </w:pPr>
            <w:r>
              <w:rPr>
                <w:b/>
              </w:rPr>
              <w:t>Mục tiêu: HS nắm được cấu tạo, quy trình viết và viết đúng chữ hoa R.</w:t>
            </w:r>
          </w:p>
        </w:tc>
      </w:tr>
      <w:tr w:rsidR="00425151" w14:paraId="67619BD0" w14:textId="77777777" w:rsidTr="00717C79">
        <w:trPr>
          <w:jc w:val="center"/>
        </w:trPr>
        <w:tc>
          <w:tcPr>
            <w:tcW w:w="5188" w:type="dxa"/>
            <w:tcBorders>
              <w:top w:val="single" w:sz="4" w:space="0" w:color="000000"/>
              <w:bottom w:val="nil"/>
            </w:tcBorders>
          </w:tcPr>
          <w:p w14:paraId="11C15BBC" w14:textId="77777777" w:rsidR="00425151" w:rsidRDefault="0033237D" w:rsidP="00717C79">
            <w:pPr>
              <w:shd w:val="clear" w:color="auto" w:fill="FFFFFF" w:themeFill="background1"/>
              <w:jc w:val="both"/>
            </w:pPr>
            <w:r>
              <w:rPr>
                <w:b/>
              </w:rPr>
              <w:t>- Hoạt động 1: Viết chữ hoa R.</w:t>
            </w:r>
          </w:p>
          <w:p w14:paraId="41E8FBA9" w14:textId="77777777" w:rsidR="00425151" w:rsidRDefault="0033237D" w:rsidP="00717C79">
            <w:pPr>
              <w:shd w:val="clear" w:color="auto" w:fill="FFFFFF" w:themeFill="background1"/>
              <w:jc w:val="both"/>
            </w:pPr>
            <w:r>
              <w:t>- GV cho HS quan sát chữ mẫu R trong SGK, nhận xét độ cao, độ rộng và cấu tạo chữ.</w:t>
            </w:r>
          </w:p>
          <w:p w14:paraId="220B5D5C" w14:textId="02058706" w:rsidR="00425151" w:rsidRDefault="00425151" w:rsidP="00717C79">
            <w:pPr>
              <w:shd w:val="clear" w:color="auto" w:fill="FFFFFF" w:themeFill="background1"/>
              <w:jc w:val="center"/>
            </w:pPr>
          </w:p>
        </w:tc>
        <w:tc>
          <w:tcPr>
            <w:tcW w:w="5188" w:type="dxa"/>
            <w:tcBorders>
              <w:top w:val="single" w:sz="4" w:space="0" w:color="000000"/>
              <w:bottom w:val="nil"/>
            </w:tcBorders>
          </w:tcPr>
          <w:p w14:paraId="29095988" w14:textId="77777777" w:rsidR="00425151" w:rsidRDefault="0033237D" w:rsidP="00717C79">
            <w:pPr>
              <w:shd w:val="clear" w:color="auto" w:fill="FFFFFF" w:themeFill="background1"/>
              <w:jc w:val="both"/>
            </w:pPr>
            <w:r>
              <w:t>- HS quan sát chữ mẫu.</w:t>
            </w:r>
          </w:p>
          <w:p w14:paraId="66BC7857" w14:textId="77777777" w:rsidR="00425151" w:rsidRDefault="0033237D" w:rsidP="00717C79">
            <w:pPr>
              <w:shd w:val="clear" w:color="auto" w:fill="FFFFFF" w:themeFill="background1"/>
              <w:jc w:val="both"/>
            </w:pPr>
            <w:r>
              <w:t>- HS nêu: Chữ hoa R cao 5 ô li, rộng khoảng 4 ô li; gồm nét móc ngược trái, nét cong trên và nét thắt/chân phải tạo dáng chữ R.</w:t>
            </w:r>
          </w:p>
        </w:tc>
      </w:tr>
      <w:tr w:rsidR="00425151" w14:paraId="2F4FDD21" w14:textId="77777777" w:rsidTr="00717C79">
        <w:trPr>
          <w:jc w:val="center"/>
        </w:trPr>
        <w:tc>
          <w:tcPr>
            <w:tcW w:w="5188" w:type="dxa"/>
            <w:tcBorders>
              <w:top w:val="nil"/>
              <w:bottom w:val="nil"/>
            </w:tcBorders>
          </w:tcPr>
          <w:p w14:paraId="26A35E38" w14:textId="77777777" w:rsidR="00425151" w:rsidRDefault="0033237D" w:rsidP="00717C79">
            <w:pPr>
              <w:shd w:val="clear" w:color="auto" w:fill="FFFFFF" w:themeFill="background1"/>
              <w:jc w:val="both"/>
            </w:pPr>
            <w:r>
              <w:t>- GV hướng dẫn quy trình viết: Đặt bút gần đường kẻ 6, viết nét móc ngược trái xuống đường kẻ 1; lia bút lên viết nét cong trên tạo vòng đầu chữ; tiếp tục viết nét thắt và chân phải, dừng bút gần đường kẻ 2.</w:t>
            </w:r>
          </w:p>
          <w:p w14:paraId="64625425" w14:textId="77777777" w:rsidR="00425151" w:rsidRDefault="0033237D" w:rsidP="00717C79">
            <w:pPr>
              <w:shd w:val="clear" w:color="auto" w:fill="FFFFFF" w:themeFill="background1"/>
              <w:jc w:val="both"/>
            </w:pPr>
            <w:r>
              <w:t>- GV viết mẫu trên bảng.</w:t>
            </w:r>
          </w:p>
        </w:tc>
        <w:tc>
          <w:tcPr>
            <w:tcW w:w="5188" w:type="dxa"/>
            <w:tcBorders>
              <w:top w:val="nil"/>
              <w:bottom w:val="nil"/>
            </w:tcBorders>
          </w:tcPr>
          <w:p w14:paraId="2B430C6C" w14:textId="77777777" w:rsidR="00425151" w:rsidRDefault="0033237D" w:rsidP="00717C79">
            <w:pPr>
              <w:shd w:val="clear" w:color="auto" w:fill="FFFFFF" w:themeFill="background1"/>
              <w:jc w:val="both"/>
            </w:pPr>
            <w:r>
              <w:t>- HS quan sát GV viết mẫu.</w:t>
            </w:r>
          </w:p>
          <w:p w14:paraId="4640642D" w14:textId="77777777" w:rsidR="00425151" w:rsidRDefault="0033237D" w:rsidP="00717C79">
            <w:pPr>
              <w:shd w:val="clear" w:color="auto" w:fill="FFFFFF" w:themeFill="background1"/>
              <w:jc w:val="both"/>
            </w:pPr>
            <w:r>
              <w:t>- HS viết chữ R trên không, sau đó viết vào bảng con.</w:t>
            </w:r>
          </w:p>
        </w:tc>
      </w:tr>
      <w:tr w:rsidR="00425151" w14:paraId="3C225540" w14:textId="77777777" w:rsidTr="00717C79">
        <w:trPr>
          <w:jc w:val="center"/>
        </w:trPr>
        <w:tc>
          <w:tcPr>
            <w:tcW w:w="5188" w:type="dxa"/>
            <w:tcBorders>
              <w:top w:val="nil"/>
              <w:bottom w:val="single" w:sz="4" w:space="0" w:color="000000"/>
            </w:tcBorders>
          </w:tcPr>
          <w:p w14:paraId="25E2F91B" w14:textId="77777777" w:rsidR="00425151" w:rsidRDefault="0033237D" w:rsidP="00717C79">
            <w:pPr>
              <w:shd w:val="clear" w:color="auto" w:fill="FFFFFF" w:themeFill="background1"/>
              <w:jc w:val="both"/>
            </w:pPr>
            <w:r>
              <w:t>- GV nhận xét bảng con: độ cao, độ rộng, nét cong và chân chữ.</w:t>
            </w:r>
          </w:p>
          <w:p w14:paraId="0F7B4A8B" w14:textId="77777777" w:rsidR="00425151" w:rsidRDefault="0033237D" w:rsidP="00717C79">
            <w:pPr>
              <w:shd w:val="clear" w:color="auto" w:fill="FFFFFF" w:themeFill="background1"/>
              <w:jc w:val="both"/>
            </w:pPr>
            <w:r>
              <w:t>- GV yêu cầu HS viết chữ R cỡ vừa, cỡ nhỏ vào vở.</w:t>
            </w:r>
          </w:p>
        </w:tc>
        <w:tc>
          <w:tcPr>
            <w:tcW w:w="5188" w:type="dxa"/>
            <w:tcBorders>
              <w:top w:val="nil"/>
              <w:bottom w:val="single" w:sz="4" w:space="0" w:color="000000"/>
            </w:tcBorders>
          </w:tcPr>
          <w:p w14:paraId="07E75FC9" w14:textId="77777777" w:rsidR="00425151" w:rsidRDefault="0033237D" w:rsidP="00717C79">
            <w:pPr>
              <w:shd w:val="clear" w:color="auto" w:fill="FFFFFF" w:themeFill="background1"/>
              <w:jc w:val="both"/>
            </w:pPr>
            <w:r>
              <w:t>- HS chỉnh sửa chữ trên bảng con.</w:t>
            </w:r>
          </w:p>
          <w:p w14:paraId="525258B7" w14:textId="77777777" w:rsidR="00425151" w:rsidRDefault="0033237D" w:rsidP="00717C79">
            <w:pPr>
              <w:shd w:val="clear" w:color="auto" w:fill="FFFFFF" w:themeFill="background1"/>
              <w:jc w:val="both"/>
            </w:pPr>
            <w:r>
              <w:t>- HS viết chữ R vào vở theo yêu cầu.</w:t>
            </w:r>
          </w:p>
        </w:tc>
      </w:tr>
      <w:tr w:rsidR="00425151" w14:paraId="6A56613F"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0C2D39E4" w14:textId="77777777" w:rsidR="00425151" w:rsidRDefault="0033237D" w:rsidP="00717C79">
            <w:pPr>
              <w:shd w:val="clear" w:color="auto" w:fill="FFFFFF" w:themeFill="background1"/>
            </w:pPr>
            <w:r>
              <w:rPr>
                <w:b/>
              </w:rPr>
              <w:t>3. VIẾT CÂU ỨNG DỤNG (14 phút)</w:t>
            </w:r>
          </w:p>
          <w:p w14:paraId="3E1297CD" w14:textId="77777777" w:rsidR="00425151" w:rsidRDefault="0033237D" w:rsidP="00717C79">
            <w:pPr>
              <w:shd w:val="clear" w:color="auto" w:fill="FFFFFF" w:themeFill="background1"/>
            </w:pPr>
            <w:r>
              <w:rPr>
                <w:b/>
              </w:rPr>
              <w:t>Mục tiêu: HS viết đúng câu ứng dụng, biết nối chữ hoa với chữ thường, đặt dấu thanh đúng vị trí.</w:t>
            </w:r>
          </w:p>
        </w:tc>
      </w:tr>
      <w:tr w:rsidR="00425151" w14:paraId="5BB5D421" w14:textId="77777777" w:rsidTr="00717C79">
        <w:trPr>
          <w:jc w:val="center"/>
        </w:trPr>
        <w:tc>
          <w:tcPr>
            <w:tcW w:w="5188" w:type="dxa"/>
            <w:tcBorders>
              <w:top w:val="single" w:sz="4" w:space="0" w:color="000000"/>
              <w:bottom w:val="nil"/>
            </w:tcBorders>
          </w:tcPr>
          <w:p w14:paraId="0EDD9C8F" w14:textId="77777777" w:rsidR="00425151" w:rsidRDefault="0033237D" w:rsidP="00717C79">
            <w:pPr>
              <w:shd w:val="clear" w:color="auto" w:fill="FFFFFF" w:themeFill="background1"/>
              <w:jc w:val="both"/>
            </w:pPr>
            <w:r>
              <w:rPr>
                <w:b/>
              </w:rPr>
              <w:t>- Hoạt động 2: Viết ứng dụng: Rừng cây vươn mình đón nắng mai.</w:t>
            </w:r>
          </w:p>
          <w:p w14:paraId="66CBD84A" w14:textId="77777777" w:rsidR="00425151" w:rsidRDefault="0033237D" w:rsidP="00717C79">
            <w:pPr>
              <w:shd w:val="clear" w:color="auto" w:fill="FFFFFF" w:themeFill="background1"/>
              <w:jc w:val="both"/>
            </w:pPr>
            <w:r>
              <w:t>- GV yêu cầu HS đọc câu ứng dụng và nêu nghĩa của câu.</w:t>
            </w:r>
          </w:p>
        </w:tc>
        <w:tc>
          <w:tcPr>
            <w:tcW w:w="5188" w:type="dxa"/>
            <w:tcBorders>
              <w:top w:val="single" w:sz="4" w:space="0" w:color="000000"/>
              <w:bottom w:val="nil"/>
            </w:tcBorders>
          </w:tcPr>
          <w:p w14:paraId="35356D85" w14:textId="77777777" w:rsidR="00425151" w:rsidRDefault="0033237D" w:rsidP="00717C79">
            <w:pPr>
              <w:shd w:val="clear" w:color="auto" w:fill="FFFFFF" w:themeFill="background1"/>
              <w:jc w:val="both"/>
            </w:pPr>
            <w:r>
              <w:t>- HS đọc: Rừng cây vươn mình đón nắng mai.</w:t>
            </w:r>
          </w:p>
          <w:p w14:paraId="5DB74A9A" w14:textId="77777777" w:rsidR="00425151" w:rsidRDefault="0033237D" w:rsidP="00717C79">
            <w:pPr>
              <w:shd w:val="clear" w:color="auto" w:fill="FFFFFF" w:themeFill="background1"/>
              <w:jc w:val="both"/>
            </w:pPr>
            <w:r>
              <w:t>- HS nêu: Câu tả rừng cây trong buổi sáng, cây cối như đang vươn lên đón ánh nắng.</w:t>
            </w:r>
          </w:p>
        </w:tc>
      </w:tr>
      <w:tr w:rsidR="00425151" w14:paraId="740E2DA9" w14:textId="77777777" w:rsidTr="00717C79">
        <w:trPr>
          <w:jc w:val="center"/>
        </w:trPr>
        <w:tc>
          <w:tcPr>
            <w:tcW w:w="5188" w:type="dxa"/>
            <w:tcBorders>
              <w:top w:val="nil"/>
              <w:bottom w:val="nil"/>
            </w:tcBorders>
          </w:tcPr>
          <w:p w14:paraId="6997DC30" w14:textId="77777777" w:rsidR="00425151" w:rsidRDefault="0033237D" w:rsidP="00717C79">
            <w:pPr>
              <w:shd w:val="clear" w:color="auto" w:fill="FFFFFF" w:themeFill="background1"/>
              <w:jc w:val="both"/>
            </w:pPr>
            <w:r>
              <w:t xml:space="preserve">- GV hướng dẫn: Viết chữ R nối với ư trong tiếng Rừng; các chữ cách nhau một con chữ o; </w:t>
            </w:r>
            <w:r>
              <w:lastRenderedPageBreak/>
              <w:t>dấu huyền đặt trên ư trong Rừng, dấu sắc đặt trên o trong đón, dấu sắc đặt trên ă trong nắng; cuối câu có dấu chấm.</w:t>
            </w:r>
          </w:p>
          <w:p w14:paraId="01E7145A" w14:textId="77777777" w:rsidR="00425151" w:rsidRDefault="0033237D" w:rsidP="00717C79">
            <w:pPr>
              <w:shd w:val="clear" w:color="auto" w:fill="FFFFFF" w:themeFill="background1"/>
              <w:jc w:val="both"/>
            </w:pPr>
            <w:r>
              <w:t>- GV yêu cầu HS viết câu vào vở.</w:t>
            </w:r>
          </w:p>
        </w:tc>
        <w:tc>
          <w:tcPr>
            <w:tcW w:w="5188" w:type="dxa"/>
            <w:tcBorders>
              <w:top w:val="nil"/>
              <w:bottom w:val="nil"/>
            </w:tcBorders>
          </w:tcPr>
          <w:p w14:paraId="19047E4A" w14:textId="77777777" w:rsidR="00425151" w:rsidRDefault="0033237D" w:rsidP="00717C79">
            <w:pPr>
              <w:shd w:val="clear" w:color="auto" w:fill="FFFFFF" w:themeFill="background1"/>
              <w:jc w:val="both"/>
            </w:pPr>
            <w:r>
              <w:lastRenderedPageBreak/>
              <w:t>- HS lắng nghe cách viết.</w:t>
            </w:r>
          </w:p>
          <w:p w14:paraId="5C6D9C33" w14:textId="77777777" w:rsidR="00425151" w:rsidRDefault="0033237D" w:rsidP="00717C79">
            <w:pPr>
              <w:shd w:val="clear" w:color="auto" w:fill="FFFFFF" w:themeFill="background1"/>
              <w:jc w:val="both"/>
            </w:pPr>
            <w:r>
              <w:t xml:space="preserve">- HS viết câu ứng dụng vào vở, chú ý khoảng </w:t>
            </w:r>
            <w:r>
              <w:lastRenderedPageBreak/>
              <w:t>cách, dấu thanh và dấu chấm cuối câu.</w:t>
            </w:r>
          </w:p>
        </w:tc>
      </w:tr>
      <w:tr w:rsidR="00425151" w14:paraId="102B081A" w14:textId="77777777" w:rsidTr="00717C79">
        <w:trPr>
          <w:jc w:val="center"/>
        </w:trPr>
        <w:tc>
          <w:tcPr>
            <w:tcW w:w="5188" w:type="dxa"/>
            <w:tcBorders>
              <w:top w:val="nil"/>
              <w:bottom w:val="single" w:sz="4" w:space="0" w:color="000000"/>
            </w:tcBorders>
          </w:tcPr>
          <w:p w14:paraId="5EFAA421" w14:textId="77777777" w:rsidR="00425151" w:rsidRDefault="0033237D" w:rsidP="00717C79">
            <w:pPr>
              <w:shd w:val="clear" w:color="auto" w:fill="FFFFFF" w:themeFill="background1"/>
              <w:jc w:val="both"/>
            </w:pPr>
            <w:r>
              <w:lastRenderedPageBreak/>
              <w:t>- GV thu nhanh một số vở, nhận xét chữ viết và cách trình bày.</w:t>
            </w:r>
          </w:p>
        </w:tc>
        <w:tc>
          <w:tcPr>
            <w:tcW w:w="5188" w:type="dxa"/>
            <w:tcBorders>
              <w:top w:val="nil"/>
              <w:bottom w:val="single" w:sz="4" w:space="0" w:color="000000"/>
            </w:tcBorders>
          </w:tcPr>
          <w:p w14:paraId="50776A04" w14:textId="77777777" w:rsidR="00425151" w:rsidRDefault="0033237D" w:rsidP="00717C79">
            <w:pPr>
              <w:shd w:val="clear" w:color="auto" w:fill="FFFFFF" w:themeFill="background1"/>
              <w:jc w:val="both"/>
            </w:pPr>
            <w:r>
              <w:t>- HS lắng nghe, sửa lỗi nếu có.</w:t>
            </w:r>
          </w:p>
        </w:tc>
      </w:tr>
      <w:tr w:rsidR="00425151" w14:paraId="234A40F6"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5DE28F75" w14:textId="77777777" w:rsidR="00425151" w:rsidRDefault="0033237D" w:rsidP="00717C79">
            <w:pPr>
              <w:shd w:val="clear" w:color="auto" w:fill="FFFFFF" w:themeFill="background1"/>
            </w:pPr>
            <w:r>
              <w:rPr>
                <w:b/>
              </w:rPr>
              <w:t>4. VẬN DỤNG (3 phút)</w:t>
            </w:r>
          </w:p>
          <w:p w14:paraId="57A65651" w14:textId="77777777" w:rsidR="00425151" w:rsidRDefault="0033237D" w:rsidP="00717C79">
            <w:pPr>
              <w:shd w:val="clear" w:color="auto" w:fill="FFFFFF" w:themeFill="background1"/>
            </w:pPr>
            <w:r>
              <w:rPr>
                <w:b/>
              </w:rPr>
              <w:t>Mục tiêu: HS biết tự rèn chữ viết ở nhà.</w:t>
            </w:r>
          </w:p>
        </w:tc>
      </w:tr>
      <w:tr w:rsidR="00425151" w14:paraId="08A1536B" w14:textId="77777777" w:rsidTr="00717C79">
        <w:trPr>
          <w:jc w:val="center"/>
        </w:trPr>
        <w:tc>
          <w:tcPr>
            <w:tcW w:w="5188" w:type="dxa"/>
            <w:tcBorders>
              <w:top w:val="single" w:sz="4" w:space="0" w:color="000000"/>
              <w:bottom w:val="single" w:sz="4" w:space="0" w:color="000000"/>
            </w:tcBorders>
          </w:tcPr>
          <w:p w14:paraId="72AAE78B" w14:textId="77777777" w:rsidR="00425151" w:rsidRDefault="0033237D" w:rsidP="00717C79">
            <w:pPr>
              <w:shd w:val="clear" w:color="auto" w:fill="FFFFFF" w:themeFill="background1"/>
              <w:jc w:val="both"/>
            </w:pPr>
            <w:r>
              <w:t>- GV dặn HS luyện viết thêm một dòng chữ R và đọc trước phần Nói và nghe.</w:t>
            </w:r>
          </w:p>
        </w:tc>
        <w:tc>
          <w:tcPr>
            <w:tcW w:w="5188" w:type="dxa"/>
            <w:tcBorders>
              <w:top w:val="single" w:sz="4" w:space="0" w:color="000000"/>
              <w:bottom w:val="single" w:sz="4" w:space="0" w:color="000000"/>
            </w:tcBorders>
          </w:tcPr>
          <w:p w14:paraId="2181B8F5" w14:textId="77777777" w:rsidR="00425151" w:rsidRDefault="0033237D" w:rsidP="00717C79">
            <w:pPr>
              <w:shd w:val="clear" w:color="auto" w:fill="FFFFFF" w:themeFill="background1"/>
              <w:jc w:val="both"/>
            </w:pPr>
            <w:r>
              <w:t>- HS ghi nhớ nhiệm vụ.</w:t>
            </w:r>
          </w:p>
        </w:tc>
      </w:tr>
      <w:tr w:rsidR="00425151" w14:paraId="057509BE" w14:textId="77777777" w:rsidTr="00717C79">
        <w:trPr>
          <w:jc w:val="center"/>
        </w:trPr>
        <w:tc>
          <w:tcPr>
            <w:tcW w:w="10376" w:type="dxa"/>
            <w:gridSpan w:val="2"/>
            <w:tcBorders>
              <w:top w:val="single" w:sz="4" w:space="0" w:color="000000"/>
              <w:left w:val="single" w:sz="4" w:space="0" w:color="000000"/>
              <w:bottom w:val="nil"/>
              <w:right w:val="single" w:sz="4" w:space="0" w:color="000000"/>
            </w:tcBorders>
            <w:shd w:val="clear" w:color="auto" w:fill="E2F0D9"/>
          </w:tcPr>
          <w:p w14:paraId="3009DD21" w14:textId="77777777" w:rsidR="00425151" w:rsidRDefault="0033237D" w:rsidP="00717C79">
            <w:pPr>
              <w:shd w:val="clear" w:color="auto" w:fill="FFFFFF" w:themeFill="background1"/>
            </w:pPr>
            <w:r>
              <w:rPr>
                <w:b/>
              </w:rPr>
              <w:t>TIẾT 4</w:t>
            </w:r>
          </w:p>
        </w:tc>
      </w:tr>
      <w:tr w:rsidR="00425151" w14:paraId="1C59E5CF" w14:textId="77777777" w:rsidTr="00717C79">
        <w:trPr>
          <w:jc w:val="center"/>
        </w:trPr>
        <w:tc>
          <w:tcPr>
            <w:tcW w:w="10376" w:type="dxa"/>
            <w:gridSpan w:val="2"/>
            <w:tcBorders>
              <w:top w:val="nil"/>
              <w:left w:val="single" w:sz="4" w:space="0" w:color="000000"/>
              <w:bottom w:val="single" w:sz="4" w:space="0" w:color="000000"/>
              <w:right w:val="single" w:sz="4" w:space="0" w:color="000000"/>
            </w:tcBorders>
            <w:shd w:val="clear" w:color="auto" w:fill="E2F0D9"/>
          </w:tcPr>
          <w:p w14:paraId="76036DD3" w14:textId="77777777" w:rsidR="00425151" w:rsidRDefault="0033237D" w:rsidP="00717C79">
            <w:pPr>
              <w:shd w:val="clear" w:color="auto" w:fill="FFFFFF" w:themeFill="background1"/>
            </w:pPr>
            <w:r>
              <w:rPr>
                <w:b/>
              </w:rPr>
              <w:t>1. KHỞI ĐỘNG (3 phút)</w:t>
            </w:r>
          </w:p>
          <w:p w14:paraId="7C993381" w14:textId="77777777" w:rsidR="00425151" w:rsidRDefault="0033237D" w:rsidP="00717C79">
            <w:pPr>
              <w:shd w:val="clear" w:color="auto" w:fill="FFFFFF" w:themeFill="background1"/>
            </w:pPr>
            <w:r>
              <w:rPr>
                <w:b/>
              </w:rPr>
              <w:t>Mục tiêu: HS nhớ lại hình ảnh hồ nước, mây và tạo hứng thú nghe kể.</w:t>
            </w:r>
          </w:p>
        </w:tc>
      </w:tr>
      <w:tr w:rsidR="00425151" w14:paraId="4948DDD2" w14:textId="77777777" w:rsidTr="00717C79">
        <w:trPr>
          <w:jc w:val="center"/>
        </w:trPr>
        <w:tc>
          <w:tcPr>
            <w:tcW w:w="5188" w:type="dxa"/>
            <w:tcBorders>
              <w:top w:val="single" w:sz="4" w:space="0" w:color="000000"/>
              <w:bottom w:val="single" w:sz="4" w:space="0" w:color="000000"/>
            </w:tcBorders>
          </w:tcPr>
          <w:p w14:paraId="3FD1F91C" w14:textId="77777777" w:rsidR="00425151" w:rsidRDefault="0033237D" w:rsidP="00717C79">
            <w:pPr>
              <w:shd w:val="clear" w:color="auto" w:fill="FFFFFF" w:themeFill="background1"/>
              <w:jc w:val="both"/>
            </w:pPr>
            <w:r>
              <w:t>- GV hỏi: Mây và hồ nước có liên quan gì đến mưa?</w:t>
            </w:r>
          </w:p>
          <w:p w14:paraId="754E88E0" w14:textId="77777777" w:rsidR="00425151" w:rsidRDefault="0033237D" w:rsidP="00717C79">
            <w:pPr>
              <w:shd w:val="clear" w:color="auto" w:fill="FFFFFF" w:themeFill="background1"/>
              <w:jc w:val="both"/>
            </w:pPr>
            <w:r>
              <w:t>- GV dẫn vào câu chuyện Hồ nước và mây.</w:t>
            </w:r>
          </w:p>
        </w:tc>
        <w:tc>
          <w:tcPr>
            <w:tcW w:w="5188" w:type="dxa"/>
            <w:tcBorders>
              <w:top w:val="single" w:sz="4" w:space="0" w:color="000000"/>
              <w:bottom w:val="single" w:sz="4" w:space="0" w:color="000000"/>
            </w:tcBorders>
          </w:tcPr>
          <w:p w14:paraId="60E5F42E" w14:textId="77777777" w:rsidR="00425151" w:rsidRDefault="0033237D" w:rsidP="00717C79">
            <w:pPr>
              <w:shd w:val="clear" w:color="auto" w:fill="FFFFFF" w:themeFill="background1"/>
              <w:jc w:val="both"/>
            </w:pPr>
            <w:r>
              <w:t>- HS trả lời: Mây có thể tạo mưa; mưa làm hồ nước có thêm nước; nước bốc hơi tạo mây.</w:t>
            </w:r>
          </w:p>
          <w:p w14:paraId="70D57DD2" w14:textId="77777777" w:rsidR="00425151" w:rsidRDefault="0033237D" w:rsidP="00717C79">
            <w:pPr>
              <w:shd w:val="clear" w:color="auto" w:fill="FFFFFF" w:themeFill="background1"/>
              <w:jc w:val="both"/>
            </w:pPr>
            <w:r>
              <w:t>- HS lắng nghe.</w:t>
            </w:r>
          </w:p>
        </w:tc>
      </w:tr>
      <w:tr w:rsidR="00425151" w14:paraId="328F8CE8"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0B7296F0" w14:textId="77777777" w:rsidR="00425151" w:rsidRDefault="0033237D" w:rsidP="00717C79">
            <w:pPr>
              <w:shd w:val="clear" w:color="auto" w:fill="FFFFFF" w:themeFill="background1"/>
            </w:pPr>
            <w:r>
              <w:rPr>
                <w:b/>
              </w:rPr>
              <w:t>2. DỰA VÀO TRANH, ĐOÁN NỘI DUNG TỪNG TRANH (12 phút)</w:t>
            </w:r>
          </w:p>
          <w:p w14:paraId="461519E7" w14:textId="77777777" w:rsidR="00425151" w:rsidRDefault="0033237D" w:rsidP="00717C79">
            <w:pPr>
              <w:shd w:val="clear" w:color="auto" w:fill="FFFFFF" w:themeFill="background1"/>
            </w:pPr>
            <w:r>
              <w:rPr>
                <w:b/>
              </w:rPr>
              <w:t>Mục tiêu: HS dựa vào tranh và câu hỏi gợi ý, đoán được nội dung từng tranh.</w:t>
            </w:r>
          </w:p>
        </w:tc>
      </w:tr>
      <w:tr w:rsidR="00425151" w14:paraId="6D28E77F" w14:textId="77777777" w:rsidTr="00717C79">
        <w:trPr>
          <w:jc w:val="center"/>
        </w:trPr>
        <w:tc>
          <w:tcPr>
            <w:tcW w:w="5188" w:type="dxa"/>
            <w:tcBorders>
              <w:top w:val="single" w:sz="4" w:space="0" w:color="000000"/>
              <w:bottom w:val="single" w:sz="4" w:space="0" w:color="000000"/>
            </w:tcBorders>
          </w:tcPr>
          <w:p w14:paraId="481D7FE4" w14:textId="77777777" w:rsidR="00425151" w:rsidRDefault="0033237D" w:rsidP="00717C79">
            <w:pPr>
              <w:shd w:val="clear" w:color="auto" w:fill="FFFFFF" w:themeFill="background1"/>
              <w:jc w:val="both"/>
            </w:pPr>
            <w:r>
              <w:rPr>
                <w:b/>
              </w:rPr>
              <w:t>- Hoạt động 1: Dựa vào tranh và câu hỏi gợi ý, đoán nội dung của từng tranh.</w:t>
            </w:r>
          </w:p>
          <w:p w14:paraId="2EC01EFA" w14:textId="77777777" w:rsidR="00425151" w:rsidRDefault="0033237D" w:rsidP="00717C79">
            <w:pPr>
              <w:shd w:val="clear" w:color="auto" w:fill="FFFFFF" w:themeFill="background1"/>
              <w:jc w:val="both"/>
            </w:pPr>
            <w:r>
              <w:t>- GV yêu cầu HS quan sát 4 tranh, đọc câu hỏi dưới tranh và thảo luận nhóm 4.</w:t>
            </w:r>
          </w:p>
          <w:p w14:paraId="1B712BCC" w14:textId="291998F8" w:rsidR="00425151" w:rsidRDefault="00425151" w:rsidP="00717C79">
            <w:pPr>
              <w:shd w:val="clear" w:color="auto" w:fill="FFFFFF" w:themeFill="background1"/>
              <w:jc w:val="center"/>
            </w:pPr>
          </w:p>
        </w:tc>
        <w:tc>
          <w:tcPr>
            <w:tcW w:w="5188" w:type="dxa"/>
            <w:tcBorders>
              <w:top w:val="single" w:sz="4" w:space="0" w:color="000000"/>
              <w:bottom w:val="single" w:sz="4" w:space="0" w:color="000000"/>
            </w:tcBorders>
          </w:tcPr>
          <w:p w14:paraId="5FA9F5D1" w14:textId="77777777" w:rsidR="00425151" w:rsidRDefault="0033237D" w:rsidP="00717C79">
            <w:pPr>
              <w:shd w:val="clear" w:color="auto" w:fill="FFFFFF" w:themeFill="background1"/>
              <w:jc w:val="both"/>
            </w:pPr>
            <w:r>
              <w:t>- HS quan sát tranh và thảo luận nhóm 4.</w:t>
            </w:r>
          </w:p>
          <w:p w14:paraId="1648426C" w14:textId="77777777" w:rsidR="00425151" w:rsidRDefault="0033237D" w:rsidP="00717C79">
            <w:pPr>
              <w:shd w:val="clear" w:color="auto" w:fill="FFFFFF" w:themeFill="background1"/>
              <w:jc w:val="both"/>
            </w:pPr>
            <w:r>
              <w:t>- HS dự đoán: Tranh 1: Hồ nước và mây nói về vẻ đẹp của mình. Tranh 2: Trời nắng gắt, hồ nước cầu cứu mây. Tranh 3: Mây kéo đến làm mưa. Tranh 4: Qua mùa thu, sang mùa đông, mây trở nên nhỏ bé/dần tan đi.</w:t>
            </w:r>
          </w:p>
        </w:tc>
      </w:tr>
      <w:tr w:rsidR="00425151" w14:paraId="315C9819"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5545F12A" w14:textId="77777777" w:rsidR="00425151" w:rsidRDefault="0033237D" w:rsidP="00717C79">
            <w:pPr>
              <w:shd w:val="clear" w:color="auto" w:fill="FFFFFF" w:themeFill="background1"/>
            </w:pPr>
            <w:r>
              <w:rPr>
                <w:b/>
              </w:rPr>
              <w:t>3. NGHE KỂ VÀ KỂ LẠI CÂU CHUYỆN (15 phút)</w:t>
            </w:r>
          </w:p>
          <w:p w14:paraId="7741C62D" w14:textId="77777777" w:rsidR="00425151" w:rsidRDefault="0033237D" w:rsidP="00717C79">
            <w:pPr>
              <w:shd w:val="clear" w:color="auto" w:fill="FFFFFF" w:themeFill="background1"/>
            </w:pPr>
            <w:r>
              <w:rPr>
                <w:b/>
              </w:rPr>
              <w:t>Mục tiêu: HS nghe hiểu câu chuyện và kể lại được từng đoạn theo tranh.</w:t>
            </w:r>
          </w:p>
        </w:tc>
      </w:tr>
      <w:tr w:rsidR="00425151" w14:paraId="1AFF0DAA" w14:textId="77777777" w:rsidTr="00717C79">
        <w:trPr>
          <w:jc w:val="center"/>
        </w:trPr>
        <w:tc>
          <w:tcPr>
            <w:tcW w:w="5188" w:type="dxa"/>
            <w:tcBorders>
              <w:top w:val="single" w:sz="4" w:space="0" w:color="000000"/>
              <w:bottom w:val="nil"/>
            </w:tcBorders>
          </w:tcPr>
          <w:p w14:paraId="4843B25A" w14:textId="77777777" w:rsidR="00425151" w:rsidRDefault="0033237D" w:rsidP="00717C79">
            <w:pPr>
              <w:shd w:val="clear" w:color="auto" w:fill="FFFFFF" w:themeFill="background1"/>
              <w:jc w:val="both"/>
            </w:pPr>
            <w:r>
              <w:rPr>
                <w:b/>
              </w:rPr>
              <w:t>- Hoạt động 2: Nghe kể chuyện.</w:t>
            </w:r>
          </w:p>
          <w:p w14:paraId="681DF42B" w14:textId="77777777" w:rsidR="00425151" w:rsidRDefault="0033237D" w:rsidP="00717C79">
            <w:pPr>
              <w:shd w:val="clear" w:color="auto" w:fill="FFFFFF" w:themeFill="background1"/>
              <w:jc w:val="both"/>
            </w:pPr>
            <w:r>
              <w:t>- GV kể câu chuyện lần 1, giọng kể rõ ràng, nhấn vào lời thoại của hồ nước và mây.</w:t>
            </w:r>
          </w:p>
          <w:p w14:paraId="602D0EC7" w14:textId="77777777" w:rsidR="00425151" w:rsidRDefault="0033237D" w:rsidP="00717C79">
            <w:pPr>
              <w:shd w:val="clear" w:color="auto" w:fill="FFFFFF" w:themeFill="background1"/>
              <w:jc w:val="both"/>
            </w:pPr>
            <w:r>
              <w:t>- GV kể lần 2, kết hợp chỉ tranh để HS ghi nhớ trình tự sự việc.</w:t>
            </w:r>
          </w:p>
        </w:tc>
        <w:tc>
          <w:tcPr>
            <w:tcW w:w="5188" w:type="dxa"/>
            <w:tcBorders>
              <w:top w:val="single" w:sz="4" w:space="0" w:color="000000"/>
              <w:bottom w:val="nil"/>
            </w:tcBorders>
          </w:tcPr>
          <w:p w14:paraId="3B9CDD7B" w14:textId="77777777" w:rsidR="00425151" w:rsidRDefault="0033237D" w:rsidP="00717C79">
            <w:pPr>
              <w:shd w:val="clear" w:color="auto" w:fill="FFFFFF" w:themeFill="background1"/>
              <w:jc w:val="both"/>
            </w:pPr>
            <w:r>
              <w:t>- HS lắng nghe lần 1, ghi nhớ nhân vật.</w:t>
            </w:r>
          </w:p>
          <w:p w14:paraId="0BE994D3" w14:textId="77777777" w:rsidR="00425151" w:rsidRDefault="0033237D" w:rsidP="00717C79">
            <w:pPr>
              <w:shd w:val="clear" w:color="auto" w:fill="FFFFFF" w:themeFill="background1"/>
              <w:jc w:val="both"/>
            </w:pPr>
            <w:r>
              <w:t>- HS nghe lần 2, quan sát tranh và ghi nhớ trình tự câu chuyện.</w:t>
            </w:r>
          </w:p>
        </w:tc>
      </w:tr>
      <w:tr w:rsidR="00425151" w14:paraId="5CD2AC95" w14:textId="77777777" w:rsidTr="00717C79">
        <w:trPr>
          <w:jc w:val="center"/>
        </w:trPr>
        <w:tc>
          <w:tcPr>
            <w:tcW w:w="5188" w:type="dxa"/>
            <w:tcBorders>
              <w:top w:val="nil"/>
              <w:bottom w:val="single" w:sz="4" w:space="0" w:color="000000"/>
            </w:tcBorders>
          </w:tcPr>
          <w:p w14:paraId="45BBF046" w14:textId="77777777" w:rsidR="00425151" w:rsidRDefault="0033237D" w:rsidP="00717C79">
            <w:pPr>
              <w:shd w:val="clear" w:color="auto" w:fill="FFFFFF" w:themeFill="background1"/>
              <w:jc w:val="both"/>
            </w:pPr>
            <w:r>
              <w:rPr>
                <w:b/>
              </w:rPr>
              <w:t>- Hoạt động 3: Kể lại từng đoạn của câu chuyện theo tranh.</w:t>
            </w:r>
          </w:p>
          <w:p w14:paraId="55FD8C23" w14:textId="77777777" w:rsidR="00425151" w:rsidRDefault="0033237D" w:rsidP="00717C79">
            <w:pPr>
              <w:shd w:val="clear" w:color="auto" w:fill="FFFFFF" w:themeFill="background1"/>
              <w:jc w:val="both"/>
            </w:pPr>
            <w:r>
              <w:t>- GV tổ chức HS kể trong nhóm 4, mỗi bạn kể một tranh.</w:t>
            </w:r>
          </w:p>
          <w:p w14:paraId="7AF60B54" w14:textId="77777777" w:rsidR="00425151" w:rsidRDefault="0033237D" w:rsidP="00717C79">
            <w:pPr>
              <w:shd w:val="clear" w:color="auto" w:fill="FFFFFF" w:themeFill="background1"/>
              <w:jc w:val="both"/>
            </w:pPr>
            <w:r>
              <w:t>- GV mời 2 nhóm kể trước lớp.</w:t>
            </w:r>
          </w:p>
        </w:tc>
        <w:tc>
          <w:tcPr>
            <w:tcW w:w="5188" w:type="dxa"/>
            <w:tcBorders>
              <w:top w:val="nil"/>
              <w:bottom w:val="single" w:sz="4" w:space="0" w:color="000000"/>
            </w:tcBorders>
          </w:tcPr>
          <w:p w14:paraId="4C1D95F1" w14:textId="77777777" w:rsidR="00425151" w:rsidRDefault="0033237D" w:rsidP="00717C79">
            <w:pPr>
              <w:shd w:val="clear" w:color="auto" w:fill="FFFFFF" w:themeFill="background1"/>
              <w:jc w:val="both"/>
            </w:pPr>
            <w:r>
              <w:t>- HS kể trong nhóm 4.</w:t>
            </w:r>
          </w:p>
          <w:p w14:paraId="260E2548" w14:textId="77777777" w:rsidR="00425151" w:rsidRDefault="0033237D" w:rsidP="00717C79">
            <w:pPr>
              <w:shd w:val="clear" w:color="auto" w:fill="FFFFFF" w:themeFill="background1"/>
              <w:jc w:val="both"/>
            </w:pPr>
            <w:r>
              <w:t>- HS kể trước lớp: nói đủ nhân vật, sự việc chính; giọng kể tự nhiên.</w:t>
            </w:r>
          </w:p>
          <w:p w14:paraId="07B8EFC2" w14:textId="77777777" w:rsidR="00425151" w:rsidRDefault="0033237D" w:rsidP="00717C79">
            <w:pPr>
              <w:shd w:val="clear" w:color="auto" w:fill="FFFFFF" w:themeFill="background1"/>
              <w:jc w:val="both"/>
            </w:pPr>
            <w:r>
              <w:t>- HS nhận xét bạn kể đúng tranh, rõ nội dung.</w:t>
            </w:r>
          </w:p>
        </w:tc>
      </w:tr>
      <w:tr w:rsidR="00425151" w14:paraId="0EFEED7E"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1933B86F" w14:textId="77777777" w:rsidR="00425151" w:rsidRDefault="0033237D" w:rsidP="00717C79">
            <w:pPr>
              <w:shd w:val="clear" w:color="auto" w:fill="FFFFFF" w:themeFill="background1"/>
            </w:pPr>
            <w:r>
              <w:rPr>
                <w:b/>
              </w:rPr>
              <w:t>4. VẬN DỤNG (5 phút)</w:t>
            </w:r>
          </w:p>
          <w:p w14:paraId="703727CE" w14:textId="77777777" w:rsidR="00425151" w:rsidRDefault="0033237D" w:rsidP="00717C79">
            <w:pPr>
              <w:shd w:val="clear" w:color="auto" w:fill="FFFFFF" w:themeFill="background1"/>
            </w:pPr>
            <w:r>
              <w:rPr>
                <w:b/>
              </w:rPr>
              <w:t>Mục tiêu: HS rút ra điều học được từ câu chuyện và chia sẻ với người thân.</w:t>
            </w:r>
          </w:p>
        </w:tc>
      </w:tr>
      <w:tr w:rsidR="00425151" w14:paraId="34B69385" w14:textId="77777777" w:rsidTr="00717C79">
        <w:trPr>
          <w:jc w:val="center"/>
        </w:trPr>
        <w:tc>
          <w:tcPr>
            <w:tcW w:w="5188" w:type="dxa"/>
            <w:tcBorders>
              <w:top w:val="single" w:sz="4" w:space="0" w:color="000000"/>
            </w:tcBorders>
          </w:tcPr>
          <w:p w14:paraId="64E9C4BA" w14:textId="77777777" w:rsidR="00425151" w:rsidRDefault="0033237D" w:rsidP="00717C79">
            <w:pPr>
              <w:shd w:val="clear" w:color="auto" w:fill="FFFFFF" w:themeFill="background1"/>
              <w:jc w:val="both"/>
            </w:pPr>
            <w:r>
              <w:t>- GV hỏi: Qua câu chuyện, em học được điều gì?</w:t>
            </w:r>
          </w:p>
          <w:p w14:paraId="772CF81F" w14:textId="77777777" w:rsidR="00425151" w:rsidRDefault="0033237D" w:rsidP="00717C79">
            <w:pPr>
              <w:shd w:val="clear" w:color="auto" w:fill="FFFFFF" w:themeFill="background1"/>
              <w:jc w:val="both"/>
            </w:pPr>
            <w:r>
              <w:t>- GV dặn HS kể lại câu chuyện cho người thân nghe và chuẩn bị bài Tết đến rồi.</w:t>
            </w:r>
          </w:p>
        </w:tc>
        <w:tc>
          <w:tcPr>
            <w:tcW w:w="5188" w:type="dxa"/>
            <w:tcBorders>
              <w:top w:val="single" w:sz="4" w:space="0" w:color="000000"/>
            </w:tcBorders>
          </w:tcPr>
          <w:p w14:paraId="1337B453" w14:textId="77777777" w:rsidR="00425151" w:rsidRDefault="0033237D" w:rsidP="00717C79">
            <w:pPr>
              <w:shd w:val="clear" w:color="auto" w:fill="FFFFFF" w:themeFill="background1"/>
              <w:jc w:val="both"/>
            </w:pPr>
            <w:r>
              <w:t>- HS trả lời: Em học được rằng mọi sự vật đều có ích và cần giúp đỡ nhau; không nên chỉ tự khen mình.</w:t>
            </w:r>
          </w:p>
          <w:p w14:paraId="5B0D9FC1" w14:textId="77777777" w:rsidR="00425151" w:rsidRDefault="0033237D" w:rsidP="00717C79">
            <w:pPr>
              <w:shd w:val="clear" w:color="auto" w:fill="FFFFFF" w:themeFill="background1"/>
              <w:jc w:val="both"/>
            </w:pPr>
            <w:r>
              <w:t>- HS ghi nhớ nhiệm vụ.</w:t>
            </w:r>
          </w:p>
        </w:tc>
      </w:tr>
    </w:tbl>
    <w:p w14:paraId="5B461814" w14:textId="77777777" w:rsidR="00425151" w:rsidRDefault="0033237D" w:rsidP="00717C79">
      <w:pPr>
        <w:shd w:val="clear" w:color="auto" w:fill="FFFFFF" w:themeFill="background1"/>
        <w:spacing w:after="0" w:line="240" w:lineRule="auto"/>
        <w:jc w:val="both"/>
      </w:pPr>
      <w:r>
        <w:rPr>
          <w:b/>
        </w:rPr>
        <w:t>IV. ĐIỀU CHỈNH SAU TIẾT HỌC (NẾU CÓ)</w:t>
      </w:r>
    </w:p>
    <w:p w14:paraId="2B168B09" w14:textId="77777777" w:rsidR="00425151" w:rsidRDefault="00425151" w:rsidP="00717C79">
      <w:pPr>
        <w:shd w:val="clear" w:color="auto" w:fill="FFFFFF" w:themeFill="background1"/>
        <w:spacing w:after="0" w:line="240" w:lineRule="auto"/>
        <w:jc w:val="both"/>
      </w:pPr>
    </w:p>
    <w:p w14:paraId="1AE0B4F5" w14:textId="77777777" w:rsidR="00425151" w:rsidRDefault="0033237D" w:rsidP="00717C79">
      <w:pPr>
        <w:shd w:val="clear" w:color="auto" w:fill="FFFFFF" w:themeFill="background1"/>
        <w:spacing w:after="0" w:line="240" w:lineRule="auto"/>
        <w:jc w:val="center"/>
      </w:pPr>
      <w:r>
        <w:rPr>
          <w:b/>
          <w:sz w:val="28"/>
        </w:rPr>
        <w:t>KẾ HOẠCH BÀI DẠY MÔN TIẾNG VIỆT LỚP 2 – TUẦN 20</w:t>
      </w:r>
    </w:p>
    <w:p w14:paraId="398AE8EE" w14:textId="77777777" w:rsidR="00425151" w:rsidRDefault="0033237D" w:rsidP="00717C79">
      <w:pPr>
        <w:shd w:val="clear" w:color="auto" w:fill="FFFFFF" w:themeFill="background1"/>
        <w:spacing w:after="0" w:line="240" w:lineRule="auto"/>
        <w:jc w:val="center"/>
      </w:pPr>
      <w:r>
        <w:rPr>
          <w:b/>
          <w:sz w:val="28"/>
        </w:rPr>
        <w:t>CHỦ ĐỀ 5: VẺ ĐẸP QUANH EM</w:t>
      </w:r>
    </w:p>
    <w:p w14:paraId="2116C8B5" w14:textId="77777777" w:rsidR="00425151" w:rsidRDefault="0033237D" w:rsidP="00717C79">
      <w:pPr>
        <w:shd w:val="clear" w:color="auto" w:fill="FFFFFF" w:themeFill="background1"/>
        <w:spacing w:after="0" w:line="240" w:lineRule="auto"/>
        <w:jc w:val="center"/>
      </w:pPr>
      <w:r>
        <w:rPr>
          <w:b/>
          <w:sz w:val="28"/>
        </w:rPr>
        <w:t>BÀI 4: TẾT ĐẾN RỒI</w:t>
      </w:r>
    </w:p>
    <w:p w14:paraId="021E7DDB" w14:textId="77777777" w:rsidR="00425151" w:rsidRDefault="0033237D" w:rsidP="00717C79">
      <w:pPr>
        <w:shd w:val="clear" w:color="auto" w:fill="FFFFFF" w:themeFill="background1"/>
        <w:spacing w:after="0" w:line="240" w:lineRule="auto"/>
        <w:jc w:val="center"/>
      </w:pPr>
      <w:r>
        <w:rPr>
          <w:b/>
          <w:sz w:val="28"/>
        </w:rPr>
        <w:t>TIẾT 1 – 2: ĐỌC: TẾT ĐẾN RỒI</w:t>
      </w:r>
    </w:p>
    <w:p w14:paraId="66CEF394" w14:textId="77777777" w:rsidR="00425151" w:rsidRDefault="0033237D" w:rsidP="00717C79">
      <w:pPr>
        <w:shd w:val="clear" w:color="auto" w:fill="FFFFFF" w:themeFill="background1"/>
        <w:spacing w:after="0" w:line="240" w:lineRule="auto"/>
        <w:jc w:val="both"/>
      </w:pPr>
      <w:r>
        <w:rPr>
          <w:b/>
        </w:rPr>
        <w:t>I. YÊU CẦU CẦN ĐẠT</w:t>
      </w:r>
    </w:p>
    <w:p w14:paraId="2C635760" w14:textId="77777777" w:rsidR="00425151" w:rsidRDefault="0033237D" w:rsidP="00717C79">
      <w:pPr>
        <w:shd w:val="clear" w:color="auto" w:fill="FFFFFF" w:themeFill="background1"/>
        <w:spacing w:after="0" w:line="240" w:lineRule="auto"/>
        <w:jc w:val="both"/>
      </w:pPr>
      <w:r>
        <w:t>Sau bài học, HS sẽ:</w:t>
      </w:r>
    </w:p>
    <w:p w14:paraId="7A1BC9D9" w14:textId="77777777" w:rsidR="00425151" w:rsidRDefault="0033237D" w:rsidP="00717C79">
      <w:pPr>
        <w:shd w:val="clear" w:color="auto" w:fill="FFFFFF" w:themeFill="background1"/>
        <w:spacing w:after="0" w:line="240" w:lineRule="auto"/>
        <w:jc w:val="both"/>
      </w:pPr>
      <w:r>
        <w:rPr>
          <w:b/>
        </w:rPr>
        <w:t>1. Năng lực đặc thù</w:t>
      </w:r>
    </w:p>
    <w:p w14:paraId="171B9115" w14:textId="77777777" w:rsidR="00425151" w:rsidRDefault="0033237D" w:rsidP="00717C79">
      <w:pPr>
        <w:shd w:val="clear" w:color="auto" w:fill="FFFFFF" w:themeFill="background1"/>
        <w:spacing w:after="0" w:line="240" w:lineRule="auto"/>
        <w:jc w:val="both"/>
      </w:pPr>
      <w:r>
        <w:lastRenderedPageBreak/>
        <w:t>- Đọc đúng, rõ ràng văn bản Tết đến rồi; biết ngắt nghỉ hơi ở câu dài; đọc với giọng vui tươi, ấm áp.</w:t>
      </w:r>
    </w:p>
    <w:p w14:paraId="179980DD" w14:textId="77777777" w:rsidR="00425151" w:rsidRDefault="0033237D" w:rsidP="00717C79">
      <w:pPr>
        <w:shd w:val="clear" w:color="auto" w:fill="FFFFFF" w:themeFill="background1"/>
        <w:spacing w:after="0" w:line="240" w:lineRule="auto"/>
        <w:jc w:val="both"/>
      </w:pPr>
      <w:r>
        <w:t>- Hiểu nghĩa từ đặc trưng; hiểu nội dung bài đọc: Tết là dịp khởi đầu năm mới, có nhiều phong tục đẹp như gói bánh, chưng hoa, chúc Tết, lì xì và sum họp gia đình.</w:t>
      </w:r>
    </w:p>
    <w:p w14:paraId="76F15488" w14:textId="77777777" w:rsidR="00425151" w:rsidRDefault="0033237D" w:rsidP="00717C79">
      <w:pPr>
        <w:shd w:val="clear" w:color="auto" w:fill="FFFFFF" w:themeFill="background1"/>
        <w:spacing w:after="0" w:line="240" w:lineRule="auto"/>
        <w:jc w:val="both"/>
      </w:pPr>
      <w:r>
        <w:t>- Trả lời được câu hỏi trong SGK; tìm được từ ngữ miêu tả hoa mai, hoa đào và đặt câu giới thiệu về loài hoa em thích.</w:t>
      </w:r>
    </w:p>
    <w:p w14:paraId="2344D2BB" w14:textId="77777777" w:rsidR="00425151" w:rsidRDefault="0033237D" w:rsidP="00717C79">
      <w:pPr>
        <w:shd w:val="clear" w:color="auto" w:fill="FFFFFF" w:themeFill="background1"/>
        <w:spacing w:after="0" w:line="240" w:lineRule="auto"/>
        <w:jc w:val="both"/>
      </w:pPr>
      <w:r>
        <w:rPr>
          <w:b/>
        </w:rPr>
        <w:t>2. Năng lực chung</w:t>
      </w:r>
    </w:p>
    <w:p w14:paraId="22550403" w14:textId="77777777" w:rsidR="00425151" w:rsidRDefault="0033237D" w:rsidP="00717C79">
      <w:pPr>
        <w:shd w:val="clear" w:color="auto" w:fill="FFFFFF" w:themeFill="background1"/>
        <w:spacing w:after="0" w:line="240" w:lineRule="auto"/>
        <w:jc w:val="both"/>
      </w:pPr>
      <w:r>
        <w:t>- Tự chủ và tự học: chủ động đọc thầm, tìm thông tin trong bài.</w:t>
      </w:r>
    </w:p>
    <w:p w14:paraId="3287A3C8" w14:textId="77777777" w:rsidR="00425151" w:rsidRDefault="0033237D" w:rsidP="00717C79">
      <w:pPr>
        <w:shd w:val="clear" w:color="auto" w:fill="FFFFFF" w:themeFill="background1"/>
        <w:spacing w:after="0" w:line="240" w:lineRule="auto"/>
        <w:jc w:val="both"/>
      </w:pPr>
      <w:r>
        <w:t>- Giao tiếp và hợp tác: trao đổi nhóm về phong tục Tết, lắng nghe và chia sẻ ý kiến.</w:t>
      </w:r>
    </w:p>
    <w:p w14:paraId="18A30E71" w14:textId="77777777" w:rsidR="00425151" w:rsidRDefault="0033237D" w:rsidP="00717C79">
      <w:pPr>
        <w:shd w:val="clear" w:color="auto" w:fill="FFFFFF" w:themeFill="background1"/>
        <w:spacing w:after="0" w:line="240" w:lineRule="auto"/>
        <w:jc w:val="both"/>
      </w:pPr>
      <w:r>
        <w:t>- Giải quyết vấn đề và sáng tạo: biết sắp xếp ý theo trình tự các đoạn trong bài.</w:t>
      </w:r>
    </w:p>
    <w:p w14:paraId="426DD646" w14:textId="77777777" w:rsidR="00425151" w:rsidRDefault="0033237D" w:rsidP="00717C79">
      <w:pPr>
        <w:shd w:val="clear" w:color="auto" w:fill="FFFFFF" w:themeFill="background1"/>
        <w:spacing w:after="0" w:line="240" w:lineRule="auto"/>
        <w:jc w:val="both"/>
      </w:pPr>
      <w:r>
        <w:rPr>
          <w:b/>
        </w:rPr>
        <w:t>3. Phẩm chất</w:t>
      </w:r>
    </w:p>
    <w:p w14:paraId="0AC21160" w14:textId="77777777" w:rsidR="00425151" w:rsidRDefault="0033237D" w:rsidP="00717C79">
      <w:pPr>
        <w:shd w:val="clear" w:color="auto" w:fill="FFFFFF" w:themeFill="background1"/>
        <w:spacing w:after="0" w:line="240" w:lineRule="auto"/>
        <w:jc w:val="both"/>
      </w:pPr>
      <w:r>
        <w:t>- Nhân ái: biết yêu thương, kính trọng ông bà, cha mẹ và người thân trong dịp Tết.</w:t>
      </w:r>
    </w:p>
    <w:p w14:paraId="52215076" w14:textId="77777777" w:rsidR="00425151" w:rsidRDefault="0033237D" w:rsidP="00717C79">
      <w:pPr>
        <w:shd w:val="clear" w:color="auto" w:fill="FFFFFF" w:themeFill="background1"/>
        <w:spacing w:after="0" w:line="240" w:lineRule="auto"/>
        <w:jc w:val="both"/>
      </w:pPr>
      <w:r>
        <w:t>- Trách nhiệm: trân trọng truyền thống gia đình, biết ứng xử lễ phép khi nhận lời chúc, nhận lì xì.</w:t>
      </w:r>
    </w:p>
    <w:p w14:paraId="6318AEBC" w14:textId="77777777" w:rsidR="00425151" w:rsidRDefault="0033237D" w:rsidP="00717C79">
      <w:pPr>
        <w:shd w:val="clear" w:color="auto" w:fill="FFFFFF" w:themeFill="background1"/>
        <w:spacing w:after="0" w:line="240" w:lineRule="auto"/>
        <w:jc w:val="both"/>
      </w:pPr>
      <w:r>
        <w:rPr>
          <w:b/>
          <w:color w:val="C00000"/>
        </w:rPr>
        <w:t>4. Tích hợp</w:t>
      </w:r>
    </w:p>
    <w:p w14:paraId="44F44367" w14:textId="77777777" w:rsidR="00425151" w:rsidRDefault="0033237D" w:rsidP="00717C79">
      <w:pPr>
        <w:shd w:val="clear" w:color="auto" w:fill="FFFFFF" w:themeFill="background1"/>
        <w:spacing w:after="0" w:line="240" w:lineRule="auto"/>
        <w:jc w:val="both"/>
      </w:pPr>
      <w:r>
        <w:rPr>
          <w:color w:val="C00000"/>
        </w:rPr>
        <w:t>- Tích hợp lý tưởng cách mạng, đạo đức, lối sống: HS thêm yêu quê hương, trân trọng Tết cổ truyền; biết ứng xử lễ phép, sống tiết kiệm, sẻ chia và có ý thức rèn luyện để trở thành người có ích cho gia đình, cộng đồng.</w:t>
      </w:r>
    </w:p>
    <w:p w14:paraId="69CAAFD7" w14:textId="77777777" w:rsidR="00425151" w:rsidRDefault="0033237D" w:rsidP="00717C79">
      <w:pPr>
        <w:shd w:val="clear" w:color="auto" w:fill="FFFFFF" w:themeFill="background1"/>
        <w:spacing w:after="0" w:line="240" w:lineRule="auto"/>
        <w:jc w:val="both"/>
      </w:pPr>
      <w:r>
        <w:rPr>
          <w:b/>
        </w:rPr>
        <w:t>II. ĐỒ DÙNG DẠY HỌC</w:t>
      </w:r>
    </w:p>
    <w:p w14:paraId="1FC8BAC0" w14:textId="77777777" w:rsidR="00425151" w:rsidRDefault="0033237D" w:rsidP="00717C79">
      <w:pPr>
        <w:shd w:val="clear" w:color="auto" w:fill="FFFFFF" w:themeFill="background1"/>
        <w:spacing w:after="0" w:line="240" w:lineRule="auto"/>
        <w:jc w:val="both"/>
      </w:pPr>
      <w:r>
        <w:rPr>
          <w:b/>
        </w:rPr>
        <w:t>1. Giáo viên</w:t>
      </w:r>
    </w:p>
    <w:p w14:paraId="72B123F3" w14:textId="77777777" w:rsidR="00425151" w:rsidRDefault="0033237D" w:rsidP="00717C79">
      <w:pPr>
        <w:shd w:val="clear" w:color="auto" w:fill="FFFFFF" w:themeFill="background1"/>
        <w:spacing w:after="0" w:line="240" w:lineRule="auto"/>
        <w:jc w:val="both"/>
      </w:pPr>
      <w:r>
        <w:t>- SGK, máy chiếu; tranh minh họa bài Tết đến rồi; thẻ từ khó; phiếu sắp xếp ý; hình ảnh bánh chưng, bánh tét, hoa mai, hoa đào.</w:t>
      </w:r>
    </w:p>
    <w:p w14:paraId="10BD1711" w14:textId="77777777" w:rsidR="00425151" w:rsidRDefault="0033237D" w:rsidP="00717C79">
      <w:pPr>
        <w:shd w:val="clear" w:color="auto" w:fill="FFFFFF" w:themeFill="background1"/>
        <w:spacing w:after="0" w:line="240" w:lineRule="auto"/>
        <w:jc w:val="both"/>
      </w:pPr>
      <w:r>
        <w:rPr>
          <w:b/>
        </w:rPr>
        <w:t>2. Học sinh</w:t>
      </w:r>
    </w:p>
    <w:p w14:paraId="412AAF55" w14:textId="77777777" w:rsidR="00425151" w:rsidRDefault="0033237D" w:rsidP="00717C79">
      <w:pPr>
        <w:shd w:val="clear" w:color="auto" w:fill="FFFFFF" w:themeFill="background1"/>
        <w:spacing w:after="0" w:line="240" w:lineRule="auto"/>
        <w:jc w:val="both"/>
      </w:pPr>
      <w:r>
        <w:t>- SGK, vở ghi, bút; chuẩn bị một điều em biết về ngày Tết.</w:t>
      </w:r>
    </w:p>
    <w:p w14:paraId="1D9526A6" w14:textId="77777777" w:rsidR="00425151" w:rsidRDefault="0033237D" w:rsidP="00717C79">
      <w:pPr>
        <w:shd w:val="clear" w:color="auto" w:fill="FFFFFF" w:themeFill="background1"/>
        <w:spacing w:after="0" w:line="240" w:lineRule="auto"/>
        <w:jc w:val="both"/>
      </w:pPr>
      <w:r>
        <w:rPr>
          <w:b/>
        </w:rPr>
        <w:t>III. CÁC HOẠT ĐỘNG DẠY HỌC CHỦ YẾU</w:t>
      </w:r>
    </w:p>
    <w:tbl>
      <w:tblPr>
        <w:tblStyle w:val="TableGrid"/>
        <w:tblW w:w="0" w:type="auto"/>
        <w:jc w:val="center"/>
        <w:tblLook w:val="04A0" w:firstRow="1" w:lastRow="0" w:firstColumn="1" w:lastColumn="0" w:noHBand="0" w:noVBand="1"/>
      </w:tblPr>
      <w:tblGrid>
        <w:gridCol w:w="5188"/>
        <w:gridCol w:w="5188"/>
      </w:tblGrid>
      <w:tr w:rsidR="00425151" w14:paraId="6E1DF3E1" w14:textId="77777777" w:rsidTr="00717C79">
        <w:trPr>
          <w:jc w:val="center"/>
        </w:trPr>
        <w:tc>
          <w:tcPr>
            <w:tcW w:w="5188" w:type="dxa"/>
            <w:tcBorders>
              <w:top w:val="single" w:sz="6" w:space="0" w:color="000000"/>
              <w:left w:val="single" w:sz="6" w:space="0" w:color="000000"/>
              <w:bottom w:val="single" w:sz="4" w:space="0" w:color="000000"/>
              <w:right w:val="single" w:sz="6" w:space="0" w:color="000000"/>
            </w:tcBorders>
            <w:shd w:val="clear" w:color="auto" w:fill="D9EAF7"/>
          </w:tcPr>
          <w:p w14:paraId="7DF86ED1" w14:textId="77777777" w:rsidR="00425151" w:rsidRDefault="0033237D" w:rsidP="00717C79">
            <w:pPr>
              <w:shd w:val="clear" w:color="auto" w:fill="FFFFFF" w:themeFill="background1"/>
              <w:jc w:val="both"/>
            </w:pPr>
            <w:r>
              <w:rPr>
                <w:b/>
              </w:rPr>
              <w:t>Hoạt động của GV</w:t>
            </w:r>
          </w:p>
        </w:tc>
        <w:tc>
          <w:tcPr>
            <w:tcW w:w="5188" w:type="dxa"/>
            <w:tcBorders>
              <w:top w:val="single" w:sz="6" w:space="0" w:color="000000"/>
              <w:left w:val="single" w:sz="6" w:space="0" w:color="000000"/>
              <w:bottom w:val="single" w:sz="4" w:space="0" w:color="000000"/>
              <w:right w:val="single" w:sz="6" w:space="0" w:color="000000"/>
            </w:tcBorders>
            <w:shd w:val="clear" w:color="auto" w:fill="D9EAF7"/>
          </w:tcPr>
          <w:p w14:paraId="3EC030D3" w14:textId="77777777" w:rsidR="00425151" w:rsidRDefault="0033237D" w:rsidP="00717C79">
            <w:pPr>
              <w:shd w:val="clear" w:color="auto" w:fill="FFFFFF" w:themeFill="background1"/>
              <w:jc w:val="both"/>
            </w:pPr>
            <w:r>
              <w:rPr>
                <w:b/>
              </w:rPr>
              <w:t>Hoạt động của HS</w:t>
            </w:r>
          </w:p>
        </w:tc>
      </w:tr>
      <w:tr w:rsidR="00425151" w14:paraId="45C5FD56"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0E21E7CB" w14:textId="77777777" w:rsidR="00425151" w:rsidRDefault="0033237D" w:rsidP="00717C79">
            <w:pPr>
              <w:shd w:val="clear" w:color="auto" w:fill="FFFFFF" w:themeFill="background1"/>
            </w:pPr>
            <w:r>
              <w:rPr>
                <w:b/>
              </w:rPr>
              <w:t>TIẾT 1</w:t>
            </w:r>
          </w:p>
        </w:tc>
      </w:tr>
      <w:tr w:rsidR="00425151" w14:paraId="4CBD13D6"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5794949F" w14:textId="77777777" w:rsidR="00425151" w:rsidRDefault="0033237D" w:rsidP="00717C79">
            <w:pPr>
              <w:shd w:val="clear" w:color="auto" w:fill="FFFFFF" w:themeFill="background1"/>
            </w:pPr>
            <w:r>
              <w:rPr>
                <w:b/>
              </w:rPr>
              <w:t>1. KHỞI ĐỘNG (5 phút)</w:t>
            </w:r>
          </w:p>
          <w:p w14:paraId="7A16836E" w14:textId="77777777" w:rsidR="00425151" w:rsidRDefault="0033237D" w:rsidP="00717C79">
            <w:pPr>
              <w:shd w:val="clear" w:color="auto" w:fill="FFFFFF" w:themeFill="background1"/>
            </w:pPr>
            <w:r>
              <w:rPr>
                <w:b/>
              </w:rPr>
              <w:t>Mục tiêu: HS chia sẻ hiểu biết về ngày Tết và tạo tâm thế vào bài đọc.</w:t>
            </w:r>
          </w:p>
        </w:tc>
      </w:tr>
      <w:tr w:rsidR="00425151" w14:paraId="42469FC8" w14:textId="77777777" w:rsidTr="00717C79">
        <w:trPr>
          <w:jc w:val="center"/>
        </w:trPr>
        <w:tc>
          <w:tcPr>
            <w:tcW w:w="5188" w:type="dxa"/>
            <w:tcBorders>
              <w:top w:val="single" w:sz="4" w:space="0" w:color="000000"/>
              <w:bottom w:val="single" w:sz="4" w:space="0" w:color="000000"/>
            </w:tcBorders>
          </w:tcPr>
          <w:p w14:paraId="0CAEE2C5" w14:textId="77777777" w:rsidR="00425151" w:rsidRDefault="0033237D" w:rsidP="00717C79">
            <w:pPr>
              <w:shd w:val="clear" w:color="auto" w:fill="FFFFFF" w:themeFill="background1"/>
              <w:jc w:val="both"/>
            </w:pPr>
            <w:r>
              <w:t>- GV yêu cầu HS trao đổi nhóm đôi: Nói những điều em biết về ngày Tết.</w:t>
            </w:r>
          </w:p>
          <w:p w14:paraId="2C3E53DE" w14:textId="77777777" w:rsidR="00425151" w:rsidRDefault="0033237D" w:rsidP="00717C79">
            <w:pPr>
              <w:shd w:val="clear" w:color="auto" w:fill="FFFFFF" w:themeFill="background1"/>
              <w:jc w:val="both"/>
            </w:pPr>
            <w:r>
              <w:t>- GV mời một số HS chia sẻ trước lớp.</w:t>
            </w:r>
          </w:p>
          <w:p w14:paraId="6E243D3E" w14:textId="77777777" w:rsidR="00425151" w:rsidRDefault="0033237D" w:rsidP="00717C79">
            <w:pPr>
              <w:shd w:val="clear" w:color="auto" w:fill="FFFFFF" w:themeFill="background1"/>
              <w:jc w:val="both"/>
            </w:pPr>
            <w:r>
              <w:t>- GV dẫn vào bài: Tết là dịp khởi đầu năm mới và là ngày lễ được nhiều người mong chờ. Chúng ta cùng đọc bài Tết đến rồi.</w:t>
            </w:r>
          </w:p>
          <w:p w14:paraId="7F4E6C4E" w14:textId="560E26E1" w:rsidR="00425151" w:rsidRDefault="00425151" w:rsidP="00717C79">
            <w:pPr>
              <w:shd w:val="clear" w:color="auto" w:fill="FFFFFF" w:themeFill="background1"/>
              <w:jc w:val="center"/>
            </w:pPr>
          </w:p>
        </w:tc>
        <w:tc>
          <w:tcPr>
            <w:tcW w:w="5188" w:type="dxa"/>
            <w:tcBorders>
              <w:top w:val="single" w:sz="4" w:space="0" w:color="000000"/>
              <w:bottom w:val="single" w:sz="4" w:space="0" w:color="000000"/>
            </w:tcBorders>
          </w:tcPr>
          <w:p w14:paraId="7E9DE50B" w14:textId="77777777" w:rsidR="00425151" w:rsidRDefault="0033237D" w:rsidP="00717C79">
            <w:pPr>
              <w:shd w:val="clear" w:color="auto" w:fill="FFFFFF" w:themeFill="background1"/>
              <w:jc w:val="both"/>
            </w:pPr>
            <w:r>
              <w:t>- HS trao đổi nhóm đôi.</w:t>
            </w:r>
          </w:p>
          <w:p w14:paraId="0A68C8D1" w14:textId="77777777" w:rsidR="00425151" w:rsidRDefault="0033237D" w:rsidP="00717C79">
            <w:pPr>
              <w:shd w:val="clear" w:color="auto" w:fill="FFFFFF" w:themeFill="background1"/>
              <w:jc w:val="both"/>
            </w:pPr>
            <w:r>
              <w:t>- HS chia sẻ: Ngày Tết có bánh chưng, bánh tét, hoa mai, hoa đào, lì xì, chúc Tết ông bà, sum họp gia đình.</w:t>
            </w:r>
          </w:p>
          <w:p w14:paraId="70ECAA1A" w14:textId="77777777" w:rsidR="00425151" w:rsidRDefault="0033237D" w:rsidP="00717C79">
            <w:pPr>
              <w:shd w:val="clear" w:color="auto" w:fill="FFFFFF" w:themeFill="background1"/>
              <w:jc w:val="both"/>
            </w:pPr>
            <w:r>
              <w:t>- HS lắng nghe, ghi tên bài.</w:t>
            </w:r>
          </w:p>
        </w:tc>
      </w:tr>
      <w:tr w:rsidR="00425151" w14:paraId="4C9A2055"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2A6C8AB5" w14:textId="77777777" w:rsidR="00425151" w:rsidRDefault="0033237D" w:rsidP="00717C79">
            <w:pPr>
              <w:shd w:val="clear" w:color="auto" w:fill="FFFFFF" w:themeFill="background1"/>
            </w:pPr>
            <w:r>
              <w:rPr>
                <w:b/>
              </w:rPr>
              <w:t>2. ĐỌC VĂN BẢN (30 phút)</w:t>
            </w:r>
          </w:p>
          <w:p w14:paraId="21120D6F" w14:textId="77777777" w:rsidR="00425151" w:rsidRDefault="0033237D" w:rsidP="00717C79">
            <w:pPr>
              <w:shd w:val="clear" w:color="auto" w:fill="FFFFFF" w:themeFill="background1"/>
            </w:pPr>
            <w:r>
              <w:rPr>
                <w:b/>
              </w:rPr>
              <w:t>Mục tiêu: HS đọc đúng, rõ ràng văn bản; hiểu nghĩa từ khó; bước đầu nắm nội dung bài đọc.</w:t>
            </w:r>
          </w:p>
        </w:tc>
      </w:tr>
      <w:tr w:rsidR="00425151" w14:paraId="04F8B73B" w14:textId="77777777" w:rsidTr="00717C79">
        <w:trPr>
          <w:jc w:val="center"/>
        </w:trPr>
        <w:tc>
          <w:tcPr>
            <w:tcW w:w="5188" w:type="dxa"/>
            <w:tcBorders>
              <w:top w:val="single" w:sz="4" w:space="0" w:color="000000"/>
              <w:bottom w:val="nil"/>
            </w:tcBorders>
          </w:tcPr>
          <w:p w14:paraId="4FD741E2" w14:textId="77777777" w:rsidR="00425151" w:rsidRDefault="0033237D" w:rsidP="00717C79">
            <w:pPr>
              <w:shd w:val="clear" w:color="auto" w:fill="FFFFFF" w:themeFill="background1"/>
              <w:jc w:val="both"/>
            </w:pPr>
            <w:r>
              <w:rPr>
                <w:b/>
              </w:rPr>
              <w:t>- a. GV đọc mẫu.</w:t>
            </w:r>
          </w:p>
          <w:p w14:paraId="10074F40" w14:textId="77777777" w:rsidR="00425151" w:rsidRDefault="0033237D" w:rsidP="00717C79">
            <w:pPr>
              <w:shd w:val="clear" w:color="auto" w:fill="FFFFFF" w:themeFill="background1"/>
              <w:jc w:val="both"/>
            </w:pPr>
            <w:r>
              <w:t>- GV giới thiệu ngắn gọn: Bài đọc giới thiệu một số nét đẹp trong ngày Tết cổ truyền.</w:t>
            </w:r>
          </w:p>
          <w:p w14:paraId="0377FD0E" w14:textId="77777777" w:rsidR="00425151" w:rsidRDefault="0033237D" w:rsidP="00717C79">
            <w:pPr>
              <w:shd w:val="clear" w:color="auto" w:fill="FFFFFF" w:themeFill="background1"/>
              <w:jc w:val="both"/>
            </w:pPr>
            <w:r>
              <w:t>- GV đọc mẫu toàn bài, giọng vui tươi, ấm áp; nhấn giọng ở các từ: khởi đầu, mong chờ, bánh chưng, bánh tét, hoa mai, hoa đào, lì xì, lời chúc tốt đẹp.</w:t>
            </w:r>
          </w:p>
          <w:p w14:paraId="2D33BB68" w14:textId="77777777" w:rsidR="00425151" w:rsidRDefault="0033237D" w:rsidP="00717C79">
            <w:pPr>
              <w:shd w:val="clear" w:color="auto" w:fill="FFFFFF" w:themeFill="background1"/>
              <w:jc w:val="both"/>
            </w:pPr>
            <w:r>
              <w:t>- GV yêu cầu HS đọc thầm theo.</w:t>
            </w:r>
          </w:p>
        </w:tc>
        <w:tc>
          <w:tcPr>
            <w:tcW w:w="5188" w:type="dxa"/>
            <w:tcBorders>
              <w:top w:val="single" w:sz="4" w:space="0" w:color="000000"/>
              <w:bottom w:val="nil"/>
            </w:tcBorders>
          </w:tcPr>
          <w:p w14:paraId="34A95CE6" w14:textId="77777777" w:rsidR="00425151" w:rsidRDefault="0033237D" w:rsidP="00717C79">
            <w:pPr>
              <w:shd w:val="clear" w:color="auto" w:fill="FFFFFF" w:themeFill="background1"/>
              <w:jc w:val="both"/>
            </w:pPr>
            <w:r>
              <w:t>- HS lắng nghe GV giới thiệu.</w:t>
            </w:r>
          </w:p>
          <w:p w14:paraId="605DAE68" w14:textId="77777777" w:rsidR="00425151" w:rsidRDefault="0033237D" w:rsidP="00717C79">
            <w:pPr>
              <w:shd w:val="clear" w:color="auto" w:fill="FFFFFF" w:themeFill="background1"/>
              <w:jc w:val="both"/>
            </w:pPr>
            <w:r>
              <w:t>- HS đọc thầm theo, chú ý cách ngắt nghỉ ở câu dài.</w:t>
            </w:r>
          </w:p>
        </w:tc>
      </w:tr>
      <w:tr w:rsidR="00425151" w14:paraId="6A53C911" w14:textId="77777777" w:rsidTr="00717C79">
        <w:trPr>
          <w:jc w:val="center"/>
        </w:trPr>
        <w:tc>
          <w:tcPr>
            <w:tcW w:w="5188" w:type="dxa"/>
            <w:tcBorders>
              <w:top w:val="nil"/>
              <w:bottom w:val="nil"/>
            </w:tcBorders>
          </w:tcPr>
          <w:p w14:paraId="549A180B" w14:textId="77777777" w:rsidR="00425151" w:rsidRDefault="0033237D" w:rsidP="00717C79">
            <w:pPr>
              <w:shd w:val="clear" w:color="auto" w:fill="FFFFFF" w:themeFill="background1"/>
              <w:jc w:val="both"/>
            </w:pPr>
            <w:r>
              <w:rPr>
                <w:b/>
              </w:rPr>
              <w:t>- b. HS luyện đọc từng đoạn, kết hợp đọc từ khó và giải nghĩa từ.</w:t>
            </w:r>
          </w:p>
          <w:p w14:paraId="36992E05" w14:textId="77777777" w:rsidR="00425151" w:rsidRDefault="0033237D" w:rsidP="00717C79">
            <w:pPr>
              <w:shd w:val="clear" w:color="auto" w:fill="FFFFFF" w:themeFill="background1"/>
              <w:jc w:val="both"/>
            </w:pPr>
            <w:r>
              <w:t>- GV hỏi: Bài đọc có thể chia làm mấy đoạn?</w:t>
            </w:r>
          </w:p>
          <w:p w14:paraId="2D874F5B" w14:textId="77777777" w:rsidR="00425151" w:rsidRDefault="0033237D" w:rsidP="00717C79">
            <w:pPr>
              <w:shd w:val="clear" w:color="auto" w:fill="FFFFFF" w:themeFill="background1"/>
              <w:jc w:val="both"/>
            </w:pPr>
            <w:r>
              <w:t>- GV tổ chức HS đọc nối tiếp từng đoạn lần 1.</w:t>
            </w:r>
          </w:p>
        </w:tc>
        <w:tc>
          <w:tcPr>
            <w:tcW w:w="5188" w:type="dxa"/>
            <w:tcBorders>
              <w:top w:val="nil"/>
              <w:bottom w:val="nil"/>
            </w:tcBorders>
          </w:tcPr>
          <w:p w14:paraId="3AFC3239" w14:textId="77777777" w:rsidR="00425151" w:rsidRDefault="0033237D" w:rsidP="00717C79">
            <w:pPr>
              <w:shd w:val="clear" w:color="auto" w:fill="FFFFFF" w:themeFill="background1"/>
              <w:jc w:val="both"/>
            </w:pPr>
            <w:r>
              <w:t>- HS trả lời: Bài đọc có thể chia làm 4 đoạn: Đoạn 1 giới thiệu chung về Tết; đoạn 2 nói về bánh chưng, bánh tét; đoạn 3 nói về hoa mai, hoa đào; đoạn 4 nói về lì xì, chúc Tết, sum họp gia đình.</w:t>
            </w:r>
          </w:p>
          <w:p w14:paraId="781F7837" w14:textId="77777777" w:rsidR="00425151" w:rsidRDefault="0033237D" w:rsidP="00717C79">
            <w:pPr>
              <w:shd w:val="clear" w:color="auto" w:fill="FFFFFF" w:themeFill="background1"/>
              <w:jc w:val="both"/>
            </w:pPr>
            <w:r>
              <w:lastRenderedPageBreak/>
              <w:t>- HS đọc nối tiếp từng đoạn lần 1.</w:t>
            </w:r>
          </w:p>
        </w:tc>
      </w:tr>
      <w:tr w:rsidR="00425151" w14:paraId="40B20AB8" w14:textId="77777777" w:rsidTr="00717C79">
        <w:trPr>
          <w:jc w:val="center"/>
        </w:trPr>
        <w:tc>
          <w:tcPr>
            <w:tcW w:w="5188" w:type="dxa"/>
            <w:tcBorders>
              <w:top w:val="nil"/>
              <w:bottom w:val="nil"/>
            </w:tcBorders>
          </w:tcPr>
          <w:p w14:paraId="2B559161" w14:textId="77777777" w:rsidR="00425151" w:rsidRDefault="0033237D" w:rsidP="00717C79">
            <w:pPr>
              <w:shd w:val="clear" w:color="auto" w:fill="FFFFFF" w:themeFill="background1"/>
              <w:jc w:val="both"/>
            </w:pPr>
            <w:r>
              <w:lastRenderedPageBreak/>
              <w:t>- GV yêu cầu HS tìm tiếng, từ khó đọc.</w:t>
            </w:r>
          </w:p>
          <w:p w14:paraId="0CB707EA" w14:textId="77777777" w:rsidR="00425151" w:rsidRDefault="0033237D" w:rsidP="00717C79">
            <w:pPr>
              <w:shd w:val="clear" w:color="auto" w:fill="FFFFFF" w:themeFill="background1"/>
              <w:jc w:val="both"/>
            </w:pPr>
            <w:r>
              <w:t>- GV hướng dẫn HS luyện đọc: khởi đầu, mong chờ, bánh chưng, bánh tét, lá dong, lá chuối, nụ hồng, chùm chím, lì xì, mạnh khỏe, giỏi giang.</w:t>
            </w:r>
          </w:p>
          <w:p w14:paraId="64B74F08" w14:textId="77777777" w:rsidR="00425151" w:rsidRDefault="0033237D" w:rsidP="00717C79">
            <w:pPr>
              <w:shd w:val="clear" w:color="auto" w:fill="FFFFFF" w:themeFill="background1"/>
              <w:jc w:val="both"/>
            </w:pPr>
            <w:r>
              <w:t>- GV hướng dẫn đọc câu dài: “Bánh tét hình trụ, thường gói bằng lá chuối.”</w:t>
            </w:r>
          </w:p>
        </w:tc>
        <w:tc>
          <w:tcPr>
            <w:tcW w:w="5188" w:type="dxa"/>
            <w:tcBorders>
              <w:top w:val="nil"/>
              <w:bottom w:val="nil"/>
            </w:tcBorders>
          </w:tcPr>
          <w:p w14:paraId="675FDA7E" w14:textId="77777777" w:rsidR="00425151" w:rsidRDefault="0033237D" w:rsidP="00717C79">
            <w:pPr>
              <w:shd w:val="clear" w:color="auto" w:fill="FFFFFF" w:themeFill="background1"/>
              <w:jc w:val="both"/>
            </w:pPr>
            <w:r>
              <w:t>- HS nêu từ khó đọc.</w:t>
            </w:r>
          </w:p>
          <w:p w14:paraId="634E05E3" w14:textId="77777777" w:rsidR="00425151" w:rsidRDefault="0033237D" w:rsidP="00717C79">
            <w:pPr>
              <w:shd w:val="clear" w:color="auto" w:fill="FFFFFF" w:themeFill="background1"/>
              <w:jc w:val="both"/>
            </w:pPr>
            <w:r>
              <w:t>- HS luyện đọc cá nhân, nhóm, đồng thanh.</w:t>
            </w:r>
          </w:p>
          <w:p w14:paraId="4344C7CE" w14:textId="77777777" w:rsidR="00425151" w:rsidRDefault="0033237D" w:rsidP="00717C79">
            <w:pPr>
              <w:shd w:val="clear" w:color="auto" w:fill="FFFFFF" w:themeFill="background1"/>
              <w:jc w:val="both"/>
            </w:pPr>
            <w:r>
              <w:t>- HS luyện đọc câu dài, biết ngắt hơi đúng.</w:t>
            </w:r>
          </w:p>
        </w:tc>
      </w:tr>
      <w:tr w:rsidR="00425151" w14:paraId="7EFEF95E" w14:textId="77777777" w:rsidTr="00717C79">
        <w:trPr>
          <w:jc w:val="center"/>
        </w:trPr>
        <w:tc>
          <w:tcPr>
            <w:tcW w:w="5188" w:type="dxa"/>
            <w:tcBorders>
              <w:top w:val="nil"/>
              <w:bottom w:val="nil"/>
            </w:tcBorders>
          </w:tcPr>
          <w:p w14:paraId="0952095E" w14:textId="77777777" w:rsidR="00425151" w:rsidRDefault="0033237D" w:rsidP="00717C79">
            <w:pPr>
              <w:shd w:val="clear" w:color="auto" w:fill="FFFFFF" w:themeFill="background1"/>
              <w:jc w:val="both"/>
            </w:pPr>
            <w:r>
              <w:t>- GV yêu cầu HS đọc chú giải: đặc trưng.</w:t>
            </w:r>
          </w:p>
          <w:p w14:paraId="2B3E0A6E" w14:textId="77777777" w:rsidR="00425151" w:rsidRDefault="0033237D" w:rsidP="00717C79">
            <w:pPr>
              <w:shd w:val="clear" w:color="auto" w:fill="FFFFFF" w:themeFill="background1"/>
              <w:jc w:val="both"/>
            </w:pPr>
            <w:r>
              <w:t>- GV yêu cầu HS đặt câu với từ đặc trưng.</w:t>
            </w:r>
          </w:p>
        </w:tc>
        <w:tc>
          <w:tcPr>
            <w:tcW w:w="5188" w:type="dxa"/>
            <w:tcBorders>
              <w:top w:val="nil"/>
              <w:bottom w:val="nil"/>
            </w:tcBorders>
          </w:tcPr>
          <w:p w14:paraId="0622E90B" w14:textId="77777777" w:rsidR="00425151" w:rsidRDefault="0033237D" w:rsidP="00717C79">
            <w:pPr>
              <w:shd w:val="clear" w:color="auto" w:fill="FFFFFF" w:themeFill="background1"/>
              <w:jc w:val="both"/>
            </w:pPr>
            <w:r>
              <w:t>- HS đọc: Đặc trưng là đặc điểm riêng, tiêu biểu.</w:t>
            </w:r>
          </w:p>
          <w:p w14:paraId="0452FEA0" w14:textId="77777777" w:rsidR="00425151" w:rsidRDefault="0033237D" w:rsidP="00717C79">
            <w:pPr>
              <w:shd w:val="clear" w:color="auto" w:fill="FFFFFF" w:themeFill="background1"/>
              <w:jc w:val="both"/>
            </w:pPr>
            <w:r>
              <w:t>- HS đặt câu: Hoa đào là loài hoa đặc trưng cho Tết ở miền Bắc.</w:t>
            </w:r>
          </w:p>
        </w:tc>
      </w:tr>
      <w:tr w:rsidR="00425151" w14:paraId="0B89757F" w14:textId="77777777" w:rsidTr="00717C79">
        <w:trPr>
          <w:jc w:val="center"/>
        </w:trPr>
        <w:tc>
          <w:tcPr>
            <w:tcW w:w="5188" w:type="dxa"/>
            <w:tcBorders>
              <w:top w:val="nil"/>
              <w:bottom w:val="nil"/>
            </w:tcBorders>
          </w:tcPr>
          <w:p w14:paraId="16B182A9" w14:textId="77777777" w:rsidR="00425151" w:rsidRDefault="0033237D" w:rsidP="00717C79">
            <w:pPr>
              <w:shd w:val="clear" w:color="auto" w:fill="FFFFFF" w:themeFill="background1"/>
              <w:jc w:val="both"/>
            </w:pPr>
            <w:r>
              <w:rPr>
                <w:b/>
              </w:rPr>
              <w:t>- c. HS luyện đọc trong nhóm.</w:t>
            </w:r>
          </w:p>
          <w:p w14:paraId="32EE5C72" w14:textId="77777777" w:rsidR="00425151" w:rsidRDefault="0033237D" w:rsidP="00717C79">
            <w:pPr>
              <w:shd w:val="clear" w:color="auto" w:fill="FFFFFF" w:themeFill="background1"/>
              <w:jc w:val="both"/>
            </w:pPr>
            <w:r>
              <w:t>- GV tổ chức HS luyện đọc nhóm 4, mỗi bạn đọc một đoạn.</w:t>
            </w:r>
          </w:p>
          <w:p w14:paraId="7D5D4D17" w14:textId="77777777" w:rsidR="00425151" w:rsidRDefault="0033237D" w:rsidP="00717C79">
            <w:pPr>
              <w:shd w:val="clear" w:color="auto" w:fill="FFFFFF" w:themeFill="background1"/>
              <w:jc w:val="both"/>
            </w:pPr>
            <w:r>
              <w:t>- GV mời 2 nhóm thi đọc nối tiếp.</w:t>
            </w:r>
          </w:p>
        </w:tc>
        <w:tc>
          <w:tcPr>
            <w:tcW w:w="5188" w:type="dxa"/>
            <w:tcBorders>
              <w:top w:val="nil"/>
              <w:bottom w:val="nil"/>
            </w:tcBorders>
          </w:tcPr>
          <w:p w14:paraId="7F6356B9" w14:textId="77777777" w:rsidR="00425151" w:rsidRDefault="0033237D" w:rsidP="00717C79">
            <w:pPr>
              <w:shd w:val="clear" w:color="auto" w:fill="FFFFFF" w:themeFill="background1"/>
              <w:jc w:val="both"/>
            </w:pPr>
            <w:r>
              <w:t>- HS luyện đọc nhóm 4, góp ý cho bạn.</w:t>
            </w:r>
          </w:p>
          <w:p w14:paraId="210302A7" w14:textId="77777777" w:rsidR="00425151" w:rsidRDefault="0033237D" w:rsidP="00717C79">
            <w:pPr>
              <w:shd w:val="clear" w:color="auto" w:fill="FFFFFF" w:themeFill="background1"/>
              <w:jc w:val="both"/>
            </w:pPr>
            <w:r>
              <w:t>- 2 nhóm thi đọc nối tiếp; HS nhận xét nhóm đọc đúng, rõ, giọng đọc vui tươi.</w:t>
            </w:r>
          </w:p>
        </w:tc>
      </w:tr>
      <w:tr w:rsidR="00425151" w14:paraId="6A3E6713" w14:textId="77777777" w:rsidTr="00717C79">
        <w:trPr>
          <w:jc w:val="center"/>
        </w:trPr>
        <w:tc>
          <w:tcPr>
            <w:tcW w:w="5188" w:type="dxa"/>
            <w:tcBorders>
              <w:top w:val="nil"/>
              <w:bottom w:val="single" w:sz="4" w:space="0" w:color="000000"/>
            </w:tcBorders>
          </w:tcPr>
          <w:p w14:paraId="336D3EC9" w14:textId="77777777" w:rsidR="00425151" w:rsidRDefault="0033237D" w:rsidP="00717C79">
            <w:pPr>
              <w:shd w:val="clear" w:color="auto" w:fill="FFFFFF" w:themeFill="background1"/>
              <w:jc w:val="both"/>
            </w:pPr>
            <w:r>
              <w:rPr>
                <w:b/>
              </w:rPr>
              <w:t>- d. Đọc toàn bài.</w:t>
            </w:r>
          </w:p>
          <w:p w14:paraId="010E80F6" w14:textId="77777777" w:rsidR="00425151" w:rsidRDefault="0033237D" w:rsidP="00717C79">
            <w:pPr>
              <w:shd w:val="clear" w:color="auto" w:fill="FFFFFF" w:themeFill="background1"/>
              <w:jc w:val="both"/>
            </w:pPr>
            <w:r>
              <w:t>- GV gọi 1 HS đọc toàn bài; nhận xét và tuyên dương.</w:t>
            </w:r>
          </w:p>
        </w:tc>
        <w:tc>
          <w:tcPr>
            <w:tcW w:w="5188" w:type="dxa"/>
            <w:tcBorders>
              <w:top w:val="nil"/>
              <w:bottom w:val="single" w:sz="4" w:space="0" w:color="000000"/>
            </w:tcBorders>
          </w:tcPr>
          <w:p w14:paraId="24760BF9" w14:textId="77777777" w:rsidR="00425151" w:rsidRDefault="0033237D" w:rsidP="00717C79">
            <w:pPr>
              <w:shd w:val="clear" w:color="auto" w:fill="FFFFFF" w:themeFill="background1"/>
              <w:jc w:val="both"/>
            </w:pPr>
            <w:r>
              <w:t>- 1 HS đọc toàn bài.</w:t>
            </w:r>
          </w:p>
          <w:p w14:paraId="5FB6288C" w14:textId="77777777" w:rsidR="00425151" w:rsidRDefault="0033237D" w:rsidP="00717C79">
            <w:pPr>
              <w:shd w:val="clear" w:color="auto" w:fill="FFFFFF" w:themeFill="background1"/>
              <w:jc w:val="both"/>
            </w:pPr>
            <w:r>
              <w:t>- HS khác theo dõi, nhận xét.</w:t>
            </w:r>
          </w:p>
        </w:tc>
      </w:tr>
      <w:tr w:rsidR="00425151" w14:paraId="1CDF5657"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77052EBF" w14:textId="77777777" w:rsidR="00425151" w:rsidRDefault="0033237D" w:rsidP="00717C79">
            <w:pPr>
              <w:shd w:val="clear" w:color="auto" w:fill="FFFFFF" w:themeFill="background1"/>
            </w:pPr>
            <w:r>
              <w:rPr>
                <w:b/>
              </w:rPr>
              <w:t>TIẾT 2</w:t>
            </w:r>
          </w:p>
        </w:tc>
      </w:tr>
      <w:tr w:rsidR="00425151" w14:paraId="101E6B79"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3F00124F" w14:textId="77777777" w:rsidR="00425151" w:rsidRDefault="0033237D" w:rsidP="00717C79">
            <w:pPr>
              <w:shd w:val="clear" w:color="auto" w:fill="FFFFFF" w:themeFill="background1"/>
            </w:pPr>
            <w:r>
              <w:rPr>
                <w:b/>
              </w:rPr>
              <w:t>3. ĐỌC HIỂU (20 phút)</w:t>
            </w:r>
          </w:p>
          <w:p w14:paraId="00CB3E37" w14:textId="77777777" w:rsidR="00425151" w:rsidRDefault="0033237D" w:rsidP="00717C79">
            <w:pPr>
              <w:shd w:val="clear" w:color="auto" w:fill="FFFFFF" w:themeFill="background1"/>
            </w:pPr>
            <w:r>
              <w:rPr>
                <w:b/>
              </w:rPr>
              <w:t>Mục tiêu: HS trả lời câu hỏi trong SGK; hiểu ý nghĩa của ngày Tết và biết trân trọng phong tục truyền thống.</w:t>
            </w:r>
          </w:p>
        </w:tc>
      </w:tr>
      <w:tr w:rsidR="00425151" w14:paraId="0B56AF4C" w14:textId="77777777" w:rsidTr="00717C79">
        <w:trPr>
          <w:jc w:val="center"/>
        </w:trPr>
        <w:tc>
          <w:tcPr>
            <w:tcW w:w="5188" w:type="dxa"/>
            <w:tcBorders>
              <w:top w:val="single" w:sz="4" w:space="0" w:color="000000"/>
              <w:bottom w:val="nil"/>
            </w:tcBorders>
          </w:tcPr>
          <w:p w14:paraId="7A0DA9DE" w14:textId="77777777" w:rsidR="00425151" w:rsidRDefault="0033237D" w:rsidP="00717C79">
            <w:pPr>
              <w:shd w:val="clear" w:color="auto" w:fill="FFFFFF" w:themeFill="background1"/>
              <w:jc w:val="both"/>
            </w:pPr>
            <w:r>
              <w:rPr>
                <w:b/>
              </w:rPr>
              <w:t>- Câu 1: Sắp xếp các ý dưới đây theo trình tự các đoạn trong bài đọc.</w:t>
            </w:r>
          </w:p>
          <w:p w14:paraId="793A95BB" w14:textId="77777777" w:rsidR="00425151" w:rsidRDefault="0033237D" w:rsidP="00717C79">
            <w:pPr>
              <w:shd w:val="clear" w:color="auto" w:fill="FFFFFF" w:themeFill="background1"/>
              <w:jc w:val="both"/>
            </w:pPr>
            <w:r>
              <w:t>- GV yêu cầu HS đọc 4 ý, làm việc nhóm đôi để sắp xếp.</w:t>
            </w:r>
          </w:p>
          <w:p w14:paraId="578F14B4" w14:textId="77F66CD6" w:rsidR="00425151" w:rsidRDefault="00425151" w:rsidP="00717C79">
            <w:pPr>
              <w:shd w:val="clear" w:color="auto" w:fill="FFFFFF" w:themeFill="background1"/>
              <w:jc w:val="center"/>
            </w:pPr>
          </w:p>
        </w:tc>
        <w:tc>
          <w:tcPr>
            <w:tcW w:w="5188" w:type="dxa"/>
            <w:tcBorders>
              <w:top w:val="single" w:sz="4" w:space="0" w:color="000000"/>
              <w:bottom w:val="nil"/>
            </w:tcBorders>
          </w:tcPr>
          <w:p w14:paraId="271A1B47" w14:textId="77777777" w:rsidR="00425151" w:rsidRDefault="0033237D" w:rsidP="00717C79">
            <w:pPr>
              <w:shd w:val="clear" w:color="auto" w:fill="FFFFFF" w:themeFill="background1"/>
              <w:jc w:val="both"/>
            </w:pPr>
            <w:r>
              <w:t>- HS đọc 4 ý và thảo luận nhóm đôi.</w:t>
            </w:r>
          </w:p>
          <w:p w14:paraId="2F953D20" w14:textId="77777777" w:rsidR="00425151" w:rsidRDefault="0033237D" w:rsidP="00717C79">
            <w:pPr>
              <w:shd w:val="clear" w:color="auto" w:fill="FFFFFF" w:themeFill="background1"/>
              <w:jc w:val="both"/>
            </w:pPr>
            <w:r>
              <w:t>- HS trả lời: Thứ tự đúng là 2. Giới thiệu chung về Tết; 4. Nói về bánh chưng, bánh tét; 1. Nói về hoa mai, hoa đào; 3. Nói về hoạt động của mọi người trong dịp Tết.</w:t>
            </w:r>
          </w:p>
        </w:tc>
      </w:tr>
      <w:tr w:rsidR="00425151" w14:paraId="020DC419" w14:textId="77777777" w:rsidTr="00717C79">
        <w:trPr>
          <w:jc w:val="center"/>
        </w:trPr>
        <w:tc>
          <w:tcPr>
            <w:tcW w:w="5188" w:type="dxa"/>
            <w:tcBorders>
              <w:top w:val="nil"/>
              <w:bottom w:val="nil"/>
            </w:tcBorders>
          </w:tcPr>
          <w:p w14:paraId="178FB2B4" w14:textId="77777777" w:rsidR="00425151" w:rsidRDefault="0033237D" w:rsidP="00717C79">
            <w:pPr>
              <w:shd w:val="clear" w:color="auto" w:fill="FFFFFF" w:themeFill="background1"/>
              <w:jc w:val="both"/>
            </w:pPr>
            <w:r>
              <w:rPr>
                <w:b/>
              </w:rPr>
              <w:t>- Câu 2: Người ta dùng những gì để làm bánh chưng, bánh tét?</w:t>
            </w:r>
          </w:p>
          <w:p w14:paraId="7EC770CA" w14:textId="77777777" w:rsidR="00425151" w:rsidRDefault="0033237D" w:rsidP="00717C79">
            <w:pPr>
              <w:shd w:val="clear" w:color="auto" w:fill="FFFFFF" w:themeFill="background1"/>
              <w:jc w:val="both"/>
            </w:pPr>
            <w:r>
              <w:t>- GV yêu cầu HS đọc thầm đoạn 2 và trả lời.</w:t>
            </w:r>
          </w:p>
        </w:tc>
        <w:tc>
          <w:tcPr>
            <w:tcW w:w="5188" w:type="dxa"/>
            <w:tcBorders>
              <w:top w:val="nil"/>
              <w:bottom w:val="nil"/>
            </w:tcBorders>
          </w:tcPr>
          <w:p w14:paraId="443EE793" w14:textId="77777777" w:rsidR="00425151" w:rsidRDefault="0033237D" w:rsidP="00717C79">
            <w:pPr>
              <w:shd w:val="clear" w:color="auto" w:fill="FFFFFF" w:themeFill="background1"/>
              <w:jc w:val="both"/>
            </w:pPr>
            <w:r>
              <w:t>- HS đọc thầm đoạn 2.</w:t>
            </w:r>
          </w:p>
          <w:p w14:paraId="3C46C559" w14:textId="77777777" w:rsidR="00425151" w:rsidRDefault="0033237D" w:rsidP="00717C79">
            <w:pPr>
              <w:shd w:val="clear" w:color="auto" w:fill="FFFFFF" w:themeFill="background1"/>
              <w:jc w:val="both"/>
            </w:pPr>
            <w:r>
              <w:t>- HS trả lời: Người ta dùng gạo nếp, đỗ xanh, thịt lợn; bánh chưng thường gói bằng lá dong, bánh tét thường gói bằng lá chuối.</w:t>
            </w:r>
          </w:p>
        </w:tc>
      </w:tr>
      <w:tr w:rsidR="00425151" w14:paraId="37BAFF4F" w14:textId="77777777" w:rsidTr="00717C79">
        <w:trPr>
          <w:jc w:val="center"/>
        </w:trPr>
        <w:tc>
          <w:tcPr>
            <w:tcW w:w="5188" w:type="dxa"/>
            <w:tcBorders>
              <w:top w:val="nil"/>
              <w:bottom w:val="nil"/>
            </w:tcBorders>
          </w:tcPr>
          <w:p w14:paraId="6528A19C" w14:textId="77777777" w:rsidR="00425151" w:rsidRDefault="0033237D" w:rsidP="00717C79">
            <w:pPr>
              <w:shd w:val="clear" w:color="auto" w:fill="FFFFFF" w:themeFill="background1"/>
              <w:jc w:val="both"/>
            </w:pPr>
            <w:r>
              <w:rPr>
                <w:b/>
              </w:rPr>
              <w:t>- Câu 3: Người lớn mong ước điều gì khi tặng bao lì xì cho trẻ em?</w:t>
            </w:r>
          </w:p>
          <w:p w14:paraId="62CCD628" w14:textId="77777777" w:rsidR="00425151" w:rsidRDefault="0033237D" w:rsidP="00717C79">
            <w:pPr>
              <w:shd w:val="clear" w:color="auto" w:fill="FFFFFF" w:themeFill="background1"/>
              <w:jc w:val="both"/>
            </w:pPr>
            <w:r>
              <w:t>- GV gọi HS trả lời và nhận xét.</w:t>
            </w:r>
          </w:p>
        </w:tc>
        <w:tc>
          <w:tcPr>
            <w:tcW w:w="5188" w:type="dxa"/>
            <w:tcBorders>
              <w:top w:val="nil"/>
              <w:bottom w:val="nil"/>
            </w:tcBorders>
          </w:tcPr>
          <w:p w14:paraId="6740B05E" w14:textId="77777777" w:rsidR="00425151" w:rsidRDefault="0033237D" w:rsidP="00717C79">
            <w:pPr>
              <w:shd w:val="clear" w:color="auto" w:fill="FFFFFF" w:themeFill="background1"/>
              <w:jc w:val="both"/>
            </w:pPr>
            <w:r>
              <w:t>- HS trả lời: Người lớn mong ước các em mạnh khỏe, giỏi giang.</w:t>
            </w:r>
          </w:p>
        </w:tc>
      </w:tr>
      <w:tr w:rsidR="00425151" w14:paraId="58C39F7D" w14:textId="77777777" w:rsidTr="00717C79">
        <w:trPr>
          <w:jc w:val="center"/>
        </w:trPr>
        <w:tc>
          <w:tcPr>
            <w:tcW w:w="5188" w:type="dxa"/>
            <w:tcBorders>
              <w:top w:val="nil"/>
              <w:bottom w:val="nil"/>
            </w:tcBorders>
          </w:tcPr>
          <w:p w14:paraId="1BE14887" w14:textId="77777777" w:rsidR="00425151" w:rsidRDefault="0033237D" w:rsidP="00717C79">
            <w:pPr>
              <w:shd w:val="clear" w:color="auto" w:fill="FFFFFF" w:themeFill="background1"/>
              <w:jc w:val="both"/>
            </w:pPr>
            <w:r>
              <w:rPr>
                <w:b/>
              </w:rPr>
              <w:t>- Câu 4: Em thích những hoạt động nào của gia đình em trong dịp Tết?</w:t>
            </w:r>
          </w:p>
          <w:p w14:paraId="2CA819D1" w14:textId="77777777" w:rsidR="00425151" w:rsidRDefault="0033237D" w:rsidP="00717C79">
            <w:pPr>
              <w:shd w:val="clear" w:color="auto" w:fill="FFFFFF" w:themeFill="background1"/>
              <w:jc w:val="both"/>
            </w:pPr>
            <w:r>
              <w:t>- GV khuyến khích HS nói rõ lí do.</w:t>
            </w:r>
          </w:p>
        </w:tc>
        <w:tc>
          <w:tcPr>
            <w:tcW w:w="5188" w:type="dxa"/>
            <w:tcBorders>
              <w:top w:val="nil"/>
              <w:bottom w:val="nil"/>
            </w:tcBorders>
          </w:tcPr>
          <w:p w14:paraId="47F3384C" w14:textId="77777777" w:rsidR="00425151" w:rsidRDefault="0033237D" w:rsidP="00717C79">
            <w:pPr>
              <w:shd w:val="clear" w:color="auto" w:fill="FFFFFF" w:themeFill="background1"/>
              <w:jc w:val="both"/>
            </w:pPr>
            <w:r>
              <w:t>- HS trả lời theo trải nghiệm: Em thích cùng mẹ dọn nhà, gói bánh, chúc Tết ông bà, nhận lì xì, đi thăm họ hàng vì gia đình được sum họp vui vẻ.</w:t>
            </w:r>
          </w:p>
        </w:tc>
      </w:tr>
      <w:tr w:rsidR="00425151" w14:paraId="58DEC9EE" w14:textId="77777777" w:rsidTr="00717C79">
        <w:trPr>
          <w:jc w:val="center"/>
        </w:trPr>
        <w:tc>
          <w:tcPr>
            <w:tcW w:w="5188" w:type="dxa"/>
            <w:tcBorders>
              <w:top w:val="nil"/>
              <w:bottom w:val="nil"/>
            </w:tcBorders>
          </w:tcPr>
          <w:p w14:paraId="63CA5D1E" w14:textId="77777777" w:rsidR="00425151" w:rsidRDefault="0033237D" w:rsidP="00717C79">
            <w:pPr>
              <w:shd w:val="clear" w:color="auto" w:fill="FFFFFF" w:themeFill="background1"/>
              <w:jc w:val="both"/>
            </w:pPr>
            <w:r>
              <w:rPr>
                <w:color w:val="C00000"/>
              </w:rPr>
              <w:t>- GV hỏi dẫn tích hợp: Khi nhận lời chúc hoặc bao lì xì trong ngày Tết, em nên nói và làm gì để thể hiện sự lễ phép, trân trọng?</w:t>
            </w:r>
          </w:p>
          <w:p w14:paraId="65633884" w14:textId="77777777" w:rsidR="00425151" w:rsidRDefault="0033237D" w:rsidP="00717C79">
            <w:pPr>
              <w:shd w:val="clear" w:color="auto" w:fill="FFFFFF" w:themeFill="background1"/>
              <w:jc w:val="both"/>
            </w:pPr>
            <w:r>
              <w:rPr>
                <w:color w:val="C00000"/>
              </w:rPr>
              <w:t>- GV diễn giải tích hợp lý tưởng cách mạng, đạo đức, lối sống: Tết cổ truyền là nét đẹp văn hóa của dân tộc. Khi chúc Tết, nhận lời chúc hoặc nhận lì xì, các em cần khoanh tay, nói lời cảm ơn, chúc lại người lớn bằng lời chân thành, không so bì tiền lì xì, biết tiết kiệm và chia sẻ. Yêu Tết không chỉ là thích bánh mứt, hoa đẹp mà còn là biết yêu gia đình, quê hương, giữ nếp sống lễ phép, nhân ái để trở thành người con ngoan, học sinh tốt.</w:t>
            </w:r>
          </w:p>
        </w:tc>
        <w:tc>
          <w:tcPr>
            <w:tcW w:w="5188" w:type="dxa"/>
            <w:tcBorders>
              <w:top w:val="nil"/>
              <w:bottom w:val="nil"/>
            </w:tcBorders>
          </w:tcPr>
          <w:p w14:paraId="2A7BFA05" w14:textId="77777777" w:rsidR="00425151" w:rsidRDefault="0033237D" w:rsidP="00717C79">
            <w:pPr>
              <w:shd w:val="clear" w:color="auto" w:fill="FFFFFF" w:themeFill="background1"/>
              <w:jc w:val="both"/>
            </w:pPr>
            <w:r>
              <w:rPr>
                <w:color w:val="C00000"/>
              </w:rPr>
              <w:t>- HS trả lời: Em khoanh tay cảm ơn, chúc lại ông bà, cha mẹ; không so sánh tiền lì xì; giữ gìn phong tục đẹp của gia đình.</w:t>
            </w:r>
          </w:p>
          <w:p w14:paraId="71335207" w14:textId="77777777" w:rsidR="00425151" w:rsidRDefault="0033237D" w:rsidP="00717C79">
            <w:pPr>
              <w:shd w:val="clear" w:color="auto" w:fill="FFFFFF" w:themeFill="background1"/>
              <w:jc w:val="both"/>
            </w:pPr>
            <w:r>
              <w:rPr>
                <w:color w:val="C00000"/>
              </w:rPr>
              <w:t>- HS nêu thêm việc làm: giúp dọn nhà, nói lời chúc tốt đẹp, không lãng phí.</w:t>
            </w:r>
          </w:p>
        </w:tc>
      </w:tr>
      <w:tr w:rsidR="00425151" w14:paraId="69C012CE" w14:textId="77777777" w:rsidTr="00717C79">
        <w:trPr>
          <w:jc w:val="center"/>
        </w:trPr>
        <w:tc>
          <w:tcPr>
            <w:tcW w:w="5188" w:type="dxa"/>
            <w:tcBorders>
              <w:top w:val="nil"/>
              <w:bottom w:val="single" w:sz="4" w:space="0" w:color="000000"/>
            </w:tcBorders>
          </w:tcPr>
          <w:p w14:paraId="75F5A52C" w14:textId="77777777" w:rsidR="00425151" w:rsidRDefault="0033237D" w:rsidP="00717C79">
            <w:pPr>
              <w:shd w:val="clear" w:color="auto" w:fill="FFFFFF" w:themeFill="background1"/>
              <w:jc w:val="both"/>
            </w:pPr>
            <w:r>
              <w:lastRenderedPageBreak/>
              <w:t>- GV kết luận: Bài đọc giúp các em hiểu thêm về ngày Tết cổ truyền với những phong tục đẹp: gói bánh, chưng hoa, chúc Tết, lì xì và sum họp gia đình.</w:t>
            </w:r>
          </w:p>
        </w:tc>
        <w:tc>
          <w:tcPr>
            <w:tcW w:w="5188" w:type="dxa"/>
            <w:tcBorders>
              <w:top w:val="nil"/>
              <w:bottom w:val="single" w:sz="4" w:space="0" w:color="000000"/>
            </w:tcBorders>
          </w:tcPr>
          <w:p w14:paraId="6BCE7088" w14:textId="77777777" w:rsidR="00425151" w:rsidRDefault="0033237D" w:rsidP="00717C79">
            <w:pPr>
              <w:shd w:val="clear" w:color="auto" w:fill="FFFFFF" w:themeFill="background1"/>
              <w:jc w:val="both"/>
            </w:pPr>
            <w:r>
              <w:t>- HS lắng nghe và nhắc lại nội dung bài.</w:t>
            </w:r>
          </w:p>
        </w:tc>
      </w:tr>
      <w:tr w:rsidR="00425151" w14:paraId="6B4EE0C8"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089E5D5A" w14:textId="77777777" w:rsidR="00425151" w:rsidRDefault="0033237D" w:rsidP="00717C79">
            <w:pPr>
              <w:shd w:val="clear" w:color="auto" w:fill="FFFFFF" w:themeFill="background1"/>
            </w:pPr>
            <w:r>
              <w:rPr>
                <w:b/>
              </w:rPr>
              <w:t>4. LUYỆN TẬP (10 phút)</w:t>
            </w:r>
          </w:p>
          <w:p w14:paraId="3E700A7B" w14:textId="77777777" w:rsidR="00425151" w:rsidRDefault="0033237D" w:rsidP="00717C79">
            <w:pPr>
              <w:shd w:val="clear" w:color="auto" w:fill="FFFFFF" w:themeFill="background1"/>
            </w:pPr>
            <w:r>
              <w:rPr>
                <w:b/>
              </w:rPr>
              <w:t>Mục tiêu: HS tìm được từ ngữ miêu tả hoa mai, hoa đào và đặt câu giới thiệu về loài hoa em thích.</w:t>
            </w:r>
          </w:p>
        </w:tc>
      </w:tr>
      <w:tr w:rsidR="00425151" w14:paraId="74849FEB" w14:textId="77777777" w:rsidTr="00717C79">
        <w:trPr>
          <w:jc w:val="center"/>
        </w:trPr>
        <w:tc>
          <w:tcPr>
            <w:tcW w:w="5188" w:type="dxa"/>
            <w:tcBorders>
              <w:top w:val="single" w:sz="4" w:space="0" w:color="000000"/>
              <w:bottom w:val="nil"/>
            </w:tcBorders>
          </w:tcPr>
          <w:p w14:paraId="4C12392A" w14:textId="77777777" w:rsidR="00425151" w:rsidRDefault="0033237D" w:rsidP="00717C79">
            <w:pPr>
              <w:shd w:val="clear" w:color="auto" w:fill="FFFFFF" w:themeFill="background1"/>
              <w:jc w:val="both"/>
            </w:pPr>
            <w:r>
              <w:rPr>
                <w:b/>
              </w:rPr>
              <w:t>- Hoạt động 1: Tìm trong bài những từ ngữ miêu tả hoa mai, hoa đào.</w:t>
            </w:r>
          </w:p>
          <w:p w14:paraId="7227D84C" w14:textId="77777777" w:rsidR="00425151" w:rsidRDefault="0033237D" w:rsidP="00717C79">
            <w:pPr>
              <w:shd w:val="clear" w:color="auto" w:fill="FFFFFF" w:themeFill="background1"/>
              <w:jc w:val="both"/>
            </w:pPr>
            <w:r>
              <w:rPr>
                <w:b/>
              </w:rPr>
              <w:t>- a. hoa mai</w:t>
            </w:r>
          </w:p>
          <w:p w14:paraId="7DA1C5DB" w14:textId="77777777" w:rsidR="00425151" w:rsidRDefault="0033237D" w:rsidP="00717C79">
            <w:pPr>
              <w:shd w:val="clear" w:color="auto" w:fill="FFFFFF" w:themeFill="background1"/>
              <w:jc w:val="both"/>
            </w:pPr>
            <w:r>
              <w:rPr>
                <w:b/>
              </w:rPr>
              <w:t>- b. hoa đào</w:t>
            </w:r>
          </w:p>
          <w:p w14:paraId="42305247" w14:textId="77777777" w:rsidR="00425151" w:rsidRDefault="0033237D" w:rsidP="00717C79">
            <w:pPr>
              <w:shd w:val="clear" w:color="auto" w:fill="FFFFFF" w:themeFill="background1"/>
              <w:jc w:val="both"/>
            </w:pPr>
            <w:r>
              <w:t>- GV yêu cầu HS đọc thầm đoạn 3 và tìm từ ngữ.</w:t>
            </w:r>
          </w:p>
        </w:tc>
        <w:tc>
          <w:tcPr>
            <w:tcW w:w="5188" w:type="dxa"/>
            <w:tcBorders>
              <w:top w:val="single" w:sz="4" w:space="0" w:color="000000"/>
              <w:bottom w:val="nil"/>
            </w:tcBorders>
          </w:tcPr>
          <w:p w14:paraId="52D1410A" w14:textId="77777777" w:rsidR="00425151" w:rsidRDefault="0033237D" w:rsidP="00717C79">
            <w:pPr>
              <w:shd w:val="clear" w:color="auto" w:fill="FFFFFF" w:themeFill="background1"/>
              <w:jc w:val="both"/>
            </w:pPr>
            <w:r>
              <w:t>- HS đọc thầm đoạn 3.</w:t>
            </w:r>
          </w:p>
          <w:p w14:paraId="40B8EEE8" w14:textId="77777777" w:rsidR="00425151" w:rsidRDefault="0033237D" w:rsidP="00717C79">
            <w:pPr>
              <w:shd w:val="clear" w:color="auto" w:fill="FFFFFF" w:themeFill="background1"/>
              <w:jc w:val="both"/>
            </w:pPr>
            <w:r>
              <w:t>- HS trả lời: a. Hoa mai: rực rỡ sắc vàng.</w:t>
            </w:r>
          </w:p>
          <w:p w14:paraId="11B1FEB2" w14:textId="77777777" w:rsidR="00425151" w:rsidRDefault="0033237D" w:rsidP="00717C79">
            <w:pPr>
              <w:shd w:val="clear" w:color="auto" w:fill="FFFFFF" w:themeFill="background1"/>
              <w:jc w:val="both"/>
            </w:pPr>
            <w:r>
              <w:rPr>
                <w:b/>
              </w:rPr>
              <w:t>- b. Hoa đào: thường có màu hồng tươi, xen lá xanh và nụ hồng chúm chím.</w:t>
            </w:r>
          </w:p>
        </w:tc>
      </w:tr>
      <w:tr w:rsidR="00425151" w14:paraId="735F0C4F" w14:textId="77777777" w:rsidTr="00717C79">
        <w:trPr>
          <w:jc w:val="center"/>
        </w:trPr>
        <w:tc>
          <w:tcPr>
            <w:tcW w:w="5188" w:type="dxa"/>
            <w:tcBorders>
              <w:top w:val="nil"/>
              <w:bottom w:val="single" w:sz="4" w:space="0" w:color="000000"/>
            </w:tcBorders>
          </w:tcPr>
          <w:p w14:paraId="1EF7EF7D" w14:textId="77777777" w:rsidR="00425151" w:rsidRDefault="0033237D" w:rsidP="00717C79">
            <w:pPr>
              <w:shd w:val="clear" w:color="auto" w:fill="FFFFFF" w:themeFill="background1"/>
              <w:jc w:val="both"/>
            </w:pPr>
            <w:r>
              <w:rPr>
                <w:b/>
              </w:rPr>
              <w:t>- Hoạt động 2: Đặt một câu giới thiệu về loài hoa em thích.</w:t>
            </w:r>
          </w:p>
          <w:p w14:paraId="28AB3E4B" w14:textId="77777777" w:rsidR="00425151" w:rsidRDefault="0033237D" w:rsidP="00717C79">
            <w:pPr>
              <w:shd w:val="clear" w:color="auto" w:fill="FFFFFF" w:themeFill="background1"/>
              <w:jc w:val="both"/>
            </w:pPr>
            <w:r>
              <w:t>- GV nêu mẫu: Đào là loài hoa đặc trưng cho Tết ở miền Bắc.</w:t>
            </w:r>
          </w:p>
          <w:p w14:paraId="4C817958" w14:textId="77777777" w:rsidR="00425151" w:rsidRDefault="0033237D" w:rsidP="00717C79">
            <w:pPr>
              <w:shd w:val="clear" w:color="auto" w:fill="FFFFFF" w:themeFill="background1"/>
              <w:jc w:val="both"/>
            </w:pPr>
            <w:r>
              <w:t>- GV yêu cầu HS đặt câu và chia sẻ nhóm đôi.</w:t>
            </w:r>
          </w:p>
        </w:tc>
        <w:tc>
          <w:tcPr>
            <w:tcW w:w="5188" w:type="dxa"/>
            <w:tcBorders>
              <w:top w:val="nil"/>
              <w:bottom w:val="single" w:sz="4" w:space="0" w:color="000000"/>
            </w:tcBorders>
          </w:tcPr>
          <w:p w14:paraId="1E19045B" w14:textId="77777777" w:rsidR="00425151" w:rsidRDefault="0033237D" w:rsidP="00717C79">
            <w:pPr>
              <w:shd w:val="clear" w:color="auto" w:fill="FFFFFF" w:themeFill="background1"/>
              <w:jc w:val="both"/>
            </w:pPr>
            <w:r>
              <w:t>- HS đặt câu.</w:t>
            </w:r>
          </w:p>
          <w:p w14:paraId="40C8D34D" w14:textId="77777777" w:rsidR="00425151" w:rsidRDefault="0033237D" w:rsidP="00717C79">
            <w:pPr>
              <w:shd w:val="clear" w:color="auto" w:fill="FFFFFF" w:themeFill="background1"/>
              <w:jc w:val="both"/>
            </w:pPr>
            <w:r>
              <w:t>- Ví dụ: Mai là loài hoa đặc trưng cho Tết ở miền Nam. Hoa cúc vàng làm cho ngày Tết thêm rực rỡ. Em thích hoa đào vì hoa có màu hồng tươi.</w:t>
            </w:r>
          </w:p>
        </w:tc>
      </w:tr>
      <w:tr w:rsidR="00425151" w14:paraId="42E6F576"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20681CA6" w14:textId="77777777" w:rsidR="00425151" w:rsidRDefault="0033237D" w:rsidP="00717C79">
            <w:pPr>
              <w:shd w:val="clear" w:color="auto" w:fill="FFFFFF" w:themeFill="background1"/>
            </w:pPr>
            <w:r>
              <w:rPr>
                <w:b/>
              </w:rPr>
              <w:t>5. VẬN DỤNG (5 phút)</w:t>
            </w:r>
          </w:p>
          <w:p w14:paraId="551FE026" w14:textId="77777777" w:rsidR="00425151" w:rsidRDefault="0033237D" w:rsidP="00717C79">
            <w:pPr>
              <w:shd w:val="clear" w:color="auto" w:fill="FFFFFF" w:themeFill="background1"/>
            </w:pPr>
            <w:r>
              <w:rPr>
                <w:b/>
              </w:rPr>
              <w:t>Mục tiêu: HS liên hệ phong tục Tết của gia đình.</w:t>
            </w:r>
          </w:p>
        </w:tc>
      </w:tr>
      <w:tr w:rsidR="00425151" w14:paraId="7DAB8580" w14:textId="77777777" w:rsidTr="00717C79">
        <w:trPr>
          <w:jc w:val="center"/>
        </w:trPr>
        <w:tc>
          <w:tcPr>
            <w:tcW w:w="5188" w:type="dxa"/>
            <w:tcBorders>
              <w:top w:val="single" w:sz="4" w:space="0" w:color="000000"/>
            </w:tcBorders>
          </w:tcPr>
          <w:p w14:paraId="316379AC" w14:textId="77777777" w:rsidR="00425151" w:rsidRDefault="0033237D" w:rsidP="00717C79">
            <w:pPr>
              <w:shd w:val="clear" w:color="auto" w:fill="FFFFFF" w:themeFill="background1"/>
              <w:jc w:val="both"/>
            </w:pPr>
            <w:r>
              <w:t>- GV yêu cầu HS nói một việc em có thể làm để phụ giúp gia đình chuẩn bị Tết.</w:t>
            </w:r>
          </w:p>
          <w:p w14:paraId="503F921A" w14:textId="77777777" w:rsidR="00425151" w:rsidRDefault="0033237D" w:rsidP="00717C79">
            <w:pPr>
              <w:shd w:val="clear" w:color="auto" w:fill="FFFFFF" w:themeFill="background1"/>
              <w:jc w:val="both"/>
            </w:pPr>
            <w:r>
              <w:t>- GV dặn HS đọc lại bài, chuẩn bị tiết nghe - viết.</w:t>
            </w:r>
          </w:p>
        </w:tc>
        <w:tc>
          <w:tcPr>
            <w:tcW w:w="5188" w:type="dxa"/>
            <w:tcBorders>
              <w:top w:val="single" w:sz="4" w:space="0" w:color="000000"/>
            </w:tcBorders>
          </w:tcPr>
          <w:p w14:paraId="31D4C863" w14:textId="77777777" w:rsidR="00425151" w:rsidRDefault="0033237D" w:rsidP="00717C79">
            <w:pPr>
              <w:shd w:val="clear" w:color="auto" w:fill="FFFFFF" w:themeFill="background1"/>
              <w:jc w:val="both"/>
            </w:pPr>
            <w:r>
              <w:t>- HS nói: Em có thể quét nhà, lau bàn ghế, phụ mẹ cắm hoa, viết thiệp chúc Tết.</w:t>
            </w:r>
          </w:p>
          <w:p w14:paraId="4B1848BE" w14:textId="77777777" w:rsidR="00425151" w:rsidRDefault="0033237D" w:rsidP="00717C79">
            <w:pPr>
              <w:shd w:val="clear" w:color="auto" w:fill="FFFFFF" w:themeFill="background1"/>
              <w:jc w:val="both"/>
            </w:pPr>
            <w:r>
              <w:t>- HS ghi nhớ nhiệm vụ.</w:t>
            </w:r>
          </w:p>
        </w:tc>
      </w:tr>
    </w:tbl>
    <w:p w14:paraId="382D6F98" w14:textId="77777777" w:rsidR="00425151" w:rsidRDefault="0033237D" w:rsidP="00717C79">
      <w:pPr>
        <w:shd w:val="clear" w:color="auto" w:fill="FFFFFF" w:themeFill="background1"/>
        <w:spacing w:after="0" w:line="240" w:lineRule="auto"/>
        <w:jc w:val="both"/>
      </w:pPr>
      <w:r>
        <w:rPr>
          <w:b/>
        </w:rPr>
        <w:t>IV. ĐIỀU CHỈNH SAU TIẾT HỌC (NẾU CÓ)</w:t>
      </w:r>
    </w:p>
    <w:p w14:paraId="421EE9DE" w14:textId="77777777" w:rsidR="00425151" w:rsidRDefault="00425151" w:rsidP="00717C79">
      <w:pPr>
        <w:shd w:val="clear" w:color="auto" w:fill="FFFFFF" w:themeFill="background1"/>
        <w:spacing w:after="0" w:line="240" w:lineRule="auto"/>
        <w:jc w:val="both"/>
      </w:pPr>
    </w:p>
    <w:p w14:paraId="36FEC6B6" w14:textId="77777777" w:rsidR="00425151" w:rsidRDefault="0033237D" w:rsidP="00717C79">
      <w:pPr>
        <w:shd w:val="clear" w:color="auto" w:fill="FFFFFF" w:themeFill="background1"/>
        <w:spacing w:after="0" w:line="240" w:lineRule="auto"/>
        <w:jc w:val="center"/>
      </w:pPr>
      <w:r>
        <w:rPr>
          <w:b/>
          <w:sz w:val="28"/>
        </w:rPr>
        <w:t>KẾ HOẠCH BÀI DẠY MÔN TIẾNG VIỆT LỚP 2 – TUẦN 20</w:t>
      </w:r>
    </w:p>
    <w:p w14:paraId="6719FE85" w14:textId="77777777" w:rsidR="00425151" w:rsidRDefault="0033237D" w:rsidP="00717C79">
      <w:pPr>
        <w:shd w:val="clear" w:color="auto" w:fill="FFFFFF" w:themeFill="background1"/>
        <w:spacing w:after="0" w:line="240" w:lineRule="auto"/>
        <w:jc w:val="center"/>
      </w:pPr>
      <w:r>
        <w:rPr>
          <w:b/>
          <w:sz w:val="28"/>
        </w:rPr>
        <w:t>CHỦ ĐỀ 5: VẺ ĐẸP QUANH EM</w:t>
      </w:r>
    </w:p>
    <w:p w14:paraId="6B461C51" w14:textId="77777777" w:rsidR="00425151" w:rsidRDefault="0033237D" w:rsidP="00717C79">
      <w:pPr>
        <w:shd w:val="clear" w:color="auto" w:fill="FFFFFF" w:themeFill="background1"/>
        <w:spacing w:after="0" w:line="240" w:lineRule="auto"/>
        <w:jc w:val="center"/>
      </w:pPr>
      <w:r>
        <w:rPr>
          <w:b/>
          <w:sz w:val="28"/>
        </w:rPr>
        <w:t>BÀI 4: TẾT ĐẾN RỒI</w:t>
      </w:r>
    </w:p>
    <w:p w14:paraId="7BB92DC2" w14:textId="77777777" w:rsidR="00425151" w:rsidRDefault="0033237D" w:rsidP="00717C79">
      <w:pPr>
        <w:shd w:val="clear" w:color="auto" w:fill="FFFFFF" w:themeFill="background1"/>
        <w:spacing w:after="0" w:line="240" w:lineRule="auto"/>
        <w:jc w:val="center"/>
      </w:pPr>
      <w:r>
        <w:rPr>
          <w:b/>
          <w:sz w:val="28"/>
        </w:rPr>
        <w:t>TIẾT 3: NGHE – VIẾT; TIẾT 4: LUYỆN TẬP</w:t>
      </w:r>
    </w:p>
    <w:p w14:paraId="0A1D5FB2" w14:textId="77777777" w:rsidR="00425151" w:rsidRDefault="0033237D" w:rsidP="00717C79">
      <w:pPr>
        <w:shd w:val="clear" w:color="auto" w:fill="FFFFFF" w:themeFill="background1"/>
        <w:spacing w:after="0" w:line="240" w:lineRule="auto"/>
        <w:jc w:val="both"/>
      </w:pPr>
      <w:r>
        <w:rPr>
          <w:b/>
        </w:rPr>
        <w:t>I. YÊU CẦU CẦN ĐẠT</w:t>
      </w:r>
    </w:p>
    <w:p w14:paraId="23ECD8A7" w14:textId="77777777" w:rsidR="00425151" w:rsidRDefault="0033237D" w:rsidP="00717C79">
      <w:pPr>
        <w:shd w:val="clear" w:color="auto" w:fill="FFFFFF" w:themeFill="background1"/>
        <w:spacing w:after="0" w:line="240" w:lineRule="auto"/>
        <w:jc w:val="both"/>
      </w:pPr>
      <w:r>
        <w:t>Sau bài học, HS sẽ:</w:t>
      </w:r>
    </w:p>
    <w:p w14:paraId="50403FDB" w14:textId="77777777" w:rsidR="00425151" w:rsidRDefault="0033237D" w:rsidP="00717C79">
      <w:pPr>
        <w:shd w:val="clear" w:color="auto" w:fill="FFFFFF" w:themeFill="background1"/>
        <w:spacing w:after="0" w:line="240" w:lineRule="auto"/>
        <w:jc w:val="both"/>
      </w:pPr>
      <w:r>
        <w:rPr>
          <w:b/>
        </w:rPr>
        <w:t>1. Năng lực đặc thù</w:t>
      </w:r>
    </w:p>
    <w:p w14:paraId="4BDE8F72" w14:textId="77777777" w:rsidR="00425151" w:rsidRDefault="0033237D" w:rsidP="00717C79">
      <w:pPr>
        <w:shd w:val="clear" w:color="auto" w:fill="FFFFFF" w:themeFill="background1"/>
        <w:spacing w:after="0" w:line="240" w:lineRule="auto"/>
        <w:jc w:val="both"/>
      </w:pPr>
      <w:r>
        <w:t>- Nghe - viết đúng đoạn văn Tết đến rồi; trình bày sạch đẹp, đúng chính tả.</w:t>
      </w:r>
    </w:p>
    <w:p w14:paraId="3431EEEB" w14:textId="77777777" w:rsidR="00425151" w:rsidRDefault="0033237D" w:rsidP="00717C79">
      <w:pPr>
        <w:shd w:val="clear" w:color="auto" w:fill="FFFFFF" w:themeFill="background1"/>
        <w:spacing w:after="0" w:line="240" w:lineRule="auto"/>
        <w:jc w:val="both"/>
      </w:pPr>
      <w:r>
        <w:t>- Làm đúng bài tập phân biệt g/gh, s/x, uc/ut.</w:t>
      </w:r>
    </w:p>
    <w:p w14:paraId="7AA7736D" w14:textId="77777777" w:rsidR="00425151" w:rsidRDefault="0033237D" w:rsidP="00717C79">
      <w:pPr>
        <w:shd w:val="clear" w:color="auto" w:fill="FFFFFF" w:themeFill="background1"/>
        <w:spacing w:after="0" w:line="240" w:lineRule="auto"/>
        <w:jc w:val="both"/>
      </w:pPr>
      <w:r>
        <w:t>- Mở rộng vốn từ về ngày Tết; biết tìm từ chỉ sự vật, từ chỉ hoạt động; hỏi đáp về việc thường làm trong dịp Tết.</w:t>
      </w:r>
    </w:p>
    <w:p w14:paraId="0504166F" w14:textId="77777777" w:rsidR="00425151" w:rsidRDefault="0033237D" w:rsidP="00717C79">
      <w:pPr>
        <w:shd w:val="clear" w:color="auto" w:fill="FFFFFF" w:themeFill="background1"/>
        <w:spacing w:after="0" w:line="240" w:lineRule="auto"/>
        <w:jc w:val="both"/>
      </w:pPr>
      <w:r>
        <w:rPr>
          <w:b/>
        </w:rPr>
        <w:t>2. Năng lực chung</w:t>
      </w:r>
    </w:p>
    <w:p w14:paraId="08DD614A" w14:textId="77777777" w:rsidR="00425151" w:rsidRDefault="0033237D" w:rsidP="00717C79">
      <w:pPr>
        <w:shd w:val="clear" w:color="auto" w:fill="FFFFFF" w:themeFill="background1"/>
        <w:spacing w:after="0" w:line="240" w:lineRule="auto"/>
        <w:jc w:val="both"/>
      </w:pPr>
      <w:r>
        <w:t>- Tự chủ và tự học: tự soát lỗi chính tả, chủ động hoàn thành bài tập.</w:t>
      </w:r>
    </w:p>
    <w:p w14:paraId="2FEA19DE" w14:textId="77777777" w:rsidR="00425151" w:rsidRDefault="0033237D" w:rsidP="00717C79">
      <w:pPr>
        <w:shd w:val="clear" w:color="auto" w:fill="FFFFFF" w:themeFill="background1"/>
        <w:spacing w:after="0" w:line="240" w:lineRule="auto"/>
        <w:jc w:val="both"/>
      </w:pPr>
      <w:r>
        <w:t>- Giao tiếp và hợp tác: trao đổi nhóm, hỏi đáp theo tình huống.</w:t>
      </w:r>
    </w:p>
    <w:p w14:paraId="42EF2626" w14:textId="77777777" w:rsidR="00425151" w:rsidRDefault="0033237D" w:rsidP="00717C79">
      <w:pPr>
        <w:shd w:val="clear" w:color="auto" w:fill="FFFFFF" w:themeFill="background1"/>
        <w:spacing w:after="0" w:line="240" w:lineRule="auto"/>
        <w:jc w:val="both"/>
      </w:pPr>
      <w:r>
        <w:t>- Giải quyết vấn đề và sáng tạo: biết sắp xếp hoạt động làm bánh chưng theo trình tự hợp lí.</w:t>
      </w:r>
    </w:p>
    <w:p w14:paraId="6B976B1A" w14:textId="77777777" w:rsidR="00425151" w:rsidRDefault="0033237D" w:rsidP="00717C79">
      <w:pPr>
        <w:shd w:val="clear" w:color="auto" w:fill="FFFFFF" w:themeFill="background1"/>
        <w:spacing w:after="0" w:line="240" w:lineRule="auto"/>
        <w:jc w:val="both"/>
      </w:pPr>
      <w:r>
        <w:rPr>
          <w:b/>
        </w:rPr>
        <w:t>3. Phẩm chất</w:t>
      </w:r>
    </w:p>
    <w:p w14:paraId="2AF4A27B" w14:textId="77777777" w:rsidR="00425151" w:rsidRDefault="0033237D" w:rsidP="00717C79">
      <w:pPr>
        <w:shd w:val="clear" w:color="auto" w:fill="FFFFFF" w:themeFill="background1"/>
        <w:spacing w:after="0" w:line="240" w:lineRule="auto"/>
        <w:jc w:val="both"/>
      </w:pPr>
      <w:r>
        <w:t>- Chăm chỉ: viết bài cẩn thận, trình bày sạch đẹp.</w:t>
      </w:r>
    </w:p>
    <w:p w14:paraId="060A2107" w14:textId="77777777" w:rsidR="00425151" w:rsidRDefault="0033237D" w:rsidP="00717C79">
      <w:pPr>
        <w:shd w:val="clear" w:color="auto" w:fill="FFFFFF" w:themeFill="background1"/>
        <w:spacing w:after="0" w:line="240" w:lineRule="auto"/>
        <w:jc w:val="both"/>
      </w:pPr>
      <w:r>
        <w:t>- Trách nhiệm: biết phụ giúp gia đình việc phù hợp trong dịp Tết.</w:t>
      </w:r>
    </w:p>
    <w:p w14:paraId="4DA1C2F0" w14:textId="77777777" w:rsidR="00425151" w:rsidRDefault="0033237D" w:rsidP="00717C79">
      <w:pPr>
        <w:shd w:val="clear" w:color="auto" w:fill="FFFFFF" w:themeFill="background1"/>
        <w:spacing w:after="0" w:line="240" w:lineRule="auto"/>
        <w:jc w:val="both"/>
      </w:pPr>
      <w:r>
        <w:rPr>
          <w:b/>
        </w:rPr>
        <w:t>II. ĐỒ DÙNG DẠY HỌC</w:t>
      </w:r>
    </w:p>
    <w:p w14:paraId="51C05045" w14:textId="77777777" w:rsidR="00425151" w:rsidRDefault="0033237D" w:rsidP="00717C79">
      <w:pPr>
        <w:shd w:val="clear" w:color="auto" w:fill="FFFFFF" w:themeFill="background1"/>
        <w:spacing w:after="0" w:line="240" w:lineRule="auto"/>
        <w:jc w:val="both"/>
      </w:pPr>
      <w:r>
        <w:rPr>
          <w:b/>
        </w:rPr>
        <w:t>1. Giáo viên</w:t>
      </w:r>
    </w:p>
    <w:p w14:paraId="59D45429" w14:textId="77777777" w:rsidR="00425151" w:rsidRDefault="0033237D" w:rsidP="00717C79">
      <w:pPr>
        <w:shd w:val="clear" w:color="auto" w:fill="FFFFFF" w:themeFill="background1"/>
        <w:spacing w:after="0" w:line="240" w:lineRule="auto"/>
        <w:jc w:val="both"/>
      </w:pPr>
      <w:r>
        <w:t>- SGK, bảng phụ đoạn chính tả; thẻ từ g/gh, s/x, uc/ut; tranh hoạt động làm bánh chưng.</w:t>
      </w:r>
    </w:p>
    <w:p w14:paraId="41AD94B7" w14:textId="77777777" w:rsidR="00425151" w:rsidRDefault="0033237D" w:rsidP="00717C79">
      <w:pPr>
        <w:shd w:val="clear" w:color="auto" w:fill="FFFFFF" w:themeFill="background1"/>
        <w:spacing w:after="0" w:line="240" w:lineRule="auto"/>
        <w:jc w:val="both"/>
      </w:pPr>
      <w:r>
        <w:rPr>
          <w:b/>
        </w:rPr>
        <w:t>2. Học sinh</w:t>
      </w:r>
    </w:p>
    <w:p w14:paraId="3B2F18EE" w14:textId="77777777" w:rsidR="00425151" w:rsidRDefault="0033237D" w:rsidP="00717C79">
      <w:pPr>
        <w:shd w:val="clear" w:color="auto" w:fill="FFFFFF" w:themeFill="background1"/>
        <w:spacing w:after="0" w:line="240" w:lineRule="auto"/>
        <w:jc w:val="both"/>
      </w:pPr>
      <w:r>
        <w:t>- Vở ô li, bảng con, bút; SGK.</w:t>
      </w:r>
    </w:p>
    <w:p w14:paraId="18DC443F" w14:textId="77777777" w:rsidR="00425151" w:rsidRDefault="0033237D" w:rsidP="00717C79">
      <w:pPr>
        <w:shd w:val="clear" w:color="auto" w:fill="FFFFFF" w:themeFill="background1"/>
        <w:spacing w:after="0" w:line="240" w:lineRule="auto"/>
        <w:jc w:val="both"/>
      </w:pPr>
      <w:r>
        <w:rPr>
          <w:b/>
        </w:rPr>
        <w:t>III. CÁC HOẠT ĐỘNG DẠY HỌC CHỦ YẾU</w:t>
      </w:r>
    </w:p>
    <w:tbl>
      <w:tblPr>
        <w:tblStyle w:val="TableGrid"/>
        <w:tblW w:w="0" w:type="auto"/>
        <w:jc w:val="center"/>
        <w:tblLook w:val="04A0" w:firstRow="1" w:lastRow="0" w:firstColumn="1" w:lastColumn="0" w:noHBand="0" w:noVBand="1"/>
      </w:tblPr>
      <w:tblGrid>
        <w:gridCol w:w="5188"/>
        <w:gridCol w:w="5188"/>
      </w:tblGrid>
      <w:tr w:rsidR="00425151" w14:paraId="0EA6C69A" w14:textId="77777777" w:rsidTr="00717C79">
        <w:trPr>
          <w:jc w:val="center"/>
        </w:trPr>
        <w:tc>
          <w:tcPr>
            <w:tcW w:w="5188" w:type="dxa"/>
            <w:tcBorders>
              <w:top w:val="single" w:sz="4" w:space="0" w:color="000000"/>
              <w:left w:val="single" w:sz="4" w:space="0" w:color="000000"/>
              <w:bottom w:val="single" w:sz="4" w:space="0" w:color="000000"/>
              <w:right w:val="single" w:sz="6" w:space="0" w:color="000000"/>
            </w:tcBorders>
            <w:shd w:val="clear" w:color="auto" w:fill="D9EAF7"/>
          </w:tcPr>
          <w:p w14:paraId="5532D9EF" w14:textId="77777777" w:rsidR="00425151" w:rsidRDefault="0033237D" w:rsidP="00717C79">
            <w:pPr>
              <w:shd w:val="clear" w:color="auto" w:fill="FFFFFF" w:themeFill="background1"/>
              <w:jc w:val="both"/>
            </w:pPr>
            <w:r>
              <w:rPr>
                <w:b/>
              </w:rPr>
              <w:t>Hoạt động của GV</w:t>
            </w:r>
          </w:p>
        </w:tc>
        <w:tc>
          <w:tcPr>
            <w:tcW w:w="5188" w:type="dxa"/>
            <w:tcBorders>
              <w:top w:val="single" w:sz="4" w:space="0" w:color="000000"/>
              <w:left w:val="single" w:sz="6" w:space="0" w:color="000000"/>
              <w:bottom w:val="single" w:sz="4" w:space="0" w:color="000000"/>
              <w:right w:val="single" w:sz="4" w:space="0" w:color="000000"/>
            </w:tcBorders>
            <w:shd w:val="clear" w:color="auto" w:fill="D9EAF7"/>
          </w:tcPr>
          <w:p w14:paraId="1ADF96BE" w14:textId="77777777" w:rsidR="00425151" w:rsidRDefault="0033237D" w:rsidP="00717C79">
            <w:pPr>
              <w:shd w:val="clear" w:color="auto" w:fill="FFFFFF" w:themeFill="background1"/>
              <w:jc w:val="both"/>
            </w:pPr>
            <w:r>
              <w:rPr>
                <w:b/>
              </w:rPr>
              <w:t>Hoạt động của HS</w:t>
            </w:r>
          </w:p>
        </w:tc>
      </w:tr>
      <w:tr w:rsidR="00425151" w14:paraId="21360860"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2F1DB1AD" w14:textId="77777777" w:rsidR="00425151" w:rsidRDefault="0033237D" w:rsidP="00717C79">
            <w:pPr>
              <w:shd w:val="clear" w:color="auto" w:fill="FFFFFF" w:themeFill="background1"/>
            </w:pPr>
            <w:r>
              <w:rPr>
                <w:b/>
              </w:rPr>
              <w:lastRenderedPageBreak/>
              <w:t>TIẾT 3</w:t>
            </w:r>
          </w:p>
        </w:tc>
      </w:tr>
      <w:tr w:rsidR="00425151" w14:paraId="43A9CF6C"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30EC0C24" w14:textId="77777777" w:rsidR="00425151" w:rsidRDefault="0033237D" w:rsidP="00717C79">
            <w:pPr>
              <w:shd w:val="clear" w:color="auto" w:fill="FFFFFF" w:themeFill="background1"/>
            </w:pPr>
            <w:r>
              <w:rPr>
                <w:b/>
              </w:rPr>
              <w:t>1. KHỞI ĐỘNG (3 phút)</w:t>
            </w:r>
          </w:p>
          <w:p w14:paraId="6A9A7C92" w14:textId="77777777" w:rsidR="00425151" w:rsidRDefault="0033237D" w:rsidP="00717C79">
            <w:pPr>
              <w:shd w:val="clear" w:color="auto" w:fill="FFFFFF" w:themeFill="background1"/>
            </w:pPr>
            <w:r>
              <w:rPr>
                <w:b/>
              </w:rPr>
              <w:t>Mục tiêu: HS nhớ lại nội dung bài Tết đến rồi và chuẩn bị viết chính tả.</w:t>
            </w:r>
          </w:p>
        </w:tc>
      </w:tr>
      <w:tr w:rsidR="00425151" w14:paraId="3B0E1AA4" w14:textId="77777777" w:rsidTr="00717C79">
        <w:trPr>
          <w:jc w:val="center"/>
        </w:trPr>
        <w:tc>
          <w:tcPr>
            <w:tcW w:w="5188" w:type="dxa"/>
            <w:tcBorders>
              <w:top w:val="single" w:sz="4" w:space="0" w:color="000000"/>
              <w:left w:val="single" w:sz="4" w:space="0" w:color="000000"/>
              <w:bottom w:val="single" w:sz="4" w:space="0" w:color="000000"/>
            </w:tcBorders>
          </w:tcPr>
          <w:p w14:paraId="648728AA" w14:textId="77777777" w:rsidR="00425151" w:rsidRDefault="0033237D" w:rsidP="00717C79">
            <w:pPr>
              <w:shd w:val="clear" w:color="auto" w:fill="FFFFFF" w:themeFill="background1"/>
              <w:jc w:val="both"/>
            </w:pPr>
            <w:r>
              <w:t>- GV hỏi: Trong bài Tết đến rồi, em nhớ những hình ảnh nào?</w:t>
            </w:r>
          </w:p>
          <w:p w14:paraId="302FF812" w14:textId="77777777" w:rsidR="00425151" w:rsidRDefault="0033237D" w:rsidP="00717C79">
            <w:pPr>
              <w:shd w:val="clear" w:color="auto" w:fill="FFFFFF" w:themeFill="background1"/>
              <w:jc w:val="both"/>
            </w:pPr>
            <w:r>
              <w:t>- GV dẫn vào hoạt động nghe - viết.</w:t>
            </w:r>
          </w:p>
        </w:tc>
        <w:tc>
          <w:tcPr>
            <w:tcW w:w="5188" w:type="dxa"/>
            <w:tcBorders>
              <w:top w:val="single" w:sz="4" w:space="0" w:color="000000"/>
              <w:bottom w:val="single" w:sz="4" w:space="0" w:color="000000"/>
              <w:right w:val="single" w:sz="4" w:space="0" w:color="000000"/>
            </w:tcBorders>
          </w:tcPr>
          <w:p w14:paraId="3B4C9D1C" w14:textId="77777777" w:rsidR="00425151" w:rsidRDefault="0033237D" w:rsidP="00717C79">
            <w:pPr>
              <w:shd w:val="clear" w:color="auto" w:fill="FFFFFF" w:themeFill="background1"/>
              <w:jc w:val="both"/>
            </w:pPr>
            <w:r>
              <w:t>- HS trả lời: Em nhớ bánh chưng, bánh tét, hoa mai, hoa đào, lì xì, lời chúc Tết.</w:t>
            </w:r>
          </w:p>
          <w:p w14:paraId="05341B75" w14:textId="77777777" w:rsidR="00425151" w:rsidRDefault="0033237D" w:rsidP="00717C79">
            <w:pPr>
              <w:shd w:val="clear" w:color="auto" w:fill="FFFFFF" w:themeFill="background1"/>
              <w:jc w:val="both"/>
            </w:pPr>
            <w:r>
              <w:t>- HS chuẩn bị vở viết.</w:t>
            </w:r>
          </w:p>
        </w:tc>
      </w:tr>
      <w:tr w:rsidR="00425151" w14:paraId="783604E1"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2720D5D4" w14:textId="77777777" w:rsidR="00425151" w:rsidRDefault="0033237D" w:rsidP="00717C79">
            <w:pPr>
              <w:shd w:val="clear" w:color="auto" w:fill="FFFFFF" w:themeFill="background1"/>
            </w:pPr>
            <w:r>
              <w:rPr>
                <w:b/>
              </w:rPr>
              <w:t>2. NGHE – VIẾT CHÍNH TẢ (20 phút)</w:t>
            </w:r>
          </w:p>
          <w:p w14:paraId="31B7EE19" w14:textId="77777777" w:rsidR="00425151" w:rsidRDefault="0033237D" w:rsidP="00717C79">
            <w:pPr>
              <w:shd w:val="clear" w:color="auto" w:fill="FFFFFF" w:themeFill="background1"/>
            </w:pPr>
            <w:r>
              <w:rPr>
                <w:b/>
              </w:rPr>
              <w:t>Mục tiêu: HS nghe - viết đúng đoạn văn Tết đến rồi, trình bày sạch đẹp.</w:t>
            </w:r>
          </w:p>
        </w:tc>
      </w:tr>
      <w:tr w:rsidR="00425151" w14:paraId="5CC5B711" w14:textId="77777777" w:rsidTr="00717C79">
        <w:trPr>
          <w:jc w:val="center"/>
        </w:trPr>
        <w:tc>
          <w:tcPr>
            <w:tcW w:w="5188" w:type="dxa"/>
            <w:tcBorders>
              <w:top w:val="single" w:sz="4" w:space="0" w:color="000000"/>
              <w:left w:val="single" w:sz="4" w:space="0" w:color="000000"/>
              <w:bottom w:val="nil"/>
            </w:tcBorders>
          </w:tcPr>
          <w:p w14:paraId="4B6616BC" w14:textId="77777777" w:rsidR="00425151" w:rsidRDefault="0033237D" w:rsidP="00717C79">
            <w:pPr>
              <w:shd w:val="clear" w:color="auto" w:fill="FFFFFF" w:themeFill="background1"/>
              <w:jc w:val="both"/>
            </w:pPr>
            <w:r>
              <w:rPr>
                <w:b/>
              </w:rPr>
              <w:t>- Hoạt động 1: Nghe – viết: Tết đến rồi.</w:t>
            </w:r>
          </w:p>
          <w:p w14:paraId="268312D3" w14:textId="77777777" w:rsidR="00425151" w:rsidRDefault="0033237D" w:rsidP="00717C79">
            <w:pPr>
              <w:shd w:val="clear" w:color="auto" w:fill="FFFFFF" w:themeFill="background1"/>
              <w:jc w:val="both"/>
            </w:pPr>
            <w:r>
              <w:t>- GV đọc đoạn chính tả một lượt, yêu cầu HS đọc thầm theo.</w:t>
            </w:r>
          </w:p>
          <w:p w14:paraId="0D75EB0B" w14:textId="77777777" w:rsidR="00425151" w:rsidRDefault="0033237D" w:rsidP="00717C79">
            <w:pPr>
              <w:shd w:val="clear" w:color="auto" w:fill="FFFFFF" w:themeFill="background1"/>
              <w:jc w:val="both"/>
            </w:pPr>
            <w:r>
              <w:t>- GV hỏi: Đoạn viết nói về điều gì?</w:t>
            </w:r>
          </w:p>
          <w:p w14:paraId="7FC6B5EC" w14:textId="276B0D41" w:rsidR="00425151" w:rsidRDefault="00425151" w:rsidP="00717C79">
            <w:pPr>
              <w:shd w:val="clear" w:color="auto" w:fill="FFFFFF" w:themeFill="background1"/>
              <w:jc w:val="center"/>
            </w:pPr>
          </w:p>
        </w:tc>
        <w:tc>
          <w:tcPr>
            <w:tcW w:w="5188" w:type="dxa"/>
            <w:tcBorders>
              <w:top w:val="single" w:sz="4" w:space="0" w:color="000000"/>
              <w:bottom w:val="nil"/>
              <w:right w:val="single" w:sz="4" w:space="0" w:color="000000"/>
            </w:tcBorders>
          </w:tcPr>
          <w:p w14:paraId="053E1008" w14:textId="77777777" w:rsidR="00425151" w:rsidRDefault="0033237D" w:rsidP="00717C79">
            <w:pPr>
              <w:shd w:val="clear" w:color="auto" w:fill="FFFFFF" w:themeFill="background1"/>
              <w:jc w:val="both"/>
            </w:pPr>
            <w:r>
              <w:t>- HS lắng nghe, đọc thầm theo.</w:t>
            </w:r>
          </w:p>
          <w:p w14:paraId="38F9A899" w14:textId="77777777" w:rsidR="00425151" w:rsidRDefault="0033237D" w:rsidP="00717C79">
            <w:pPr>
              <w:shd w:val="clear" w:color="auto" w:fill="FFFFFF" w:themeFill="background1"/>
              <w:jc w:val="both"/>
            </w:pPr>
            <w:r>
              <w:t>- HS trả lời: Đoạn viết nói về việc các gia đình gói bánh chưng, bánh tét và người lớn tặng trẻ em lì xì, chúc các em mạnh khỏe, giỏi giang.</w:t>
            </w:r>
          </w:p>
        </w:tc>
      </w:tr>
      <w:tr w:rsidR="00425151" w14:paraId="02655B66" w14:textId="77777777" w:rsidTr="00717C79">
        <w:trPr>
          <w:jc w:val="center"/>
        </w:trPr>
        <w:tc>
          <w:tcPr>
            <w:tcW w:w="5188" w:type="dxa"/>
            <w:tcBorders>
              <w:top w:val="nil"/>
              <w:left w:val="single" w:sz="4" w:space="0" w:color="000000"/>
              <w:bottom w:val="nil"/>
            </w:tcBorders>
          </w:tcPr>
          <w:p w14:paraId="280CFDF0" w14:textId="77777777" w:rsidR="00425151" w:rsidRDefault="0033237D" w:rsidP="00717C79">
            <w:pPr>
              <w:shd w:val="clear" w:color="auto" w:fill="FFFFFF" w:themeFill="background1"/>
              <w:jc w:val="both"/>
            </w:pPr>
            <w:r>
              <w:t>- GV hướng dẫn HS viết từ khó: dịp Tết, bánh chưng, bánh tét, lì xì, mạnh khỏe, giỏi giang.</w:t>
            </w:r>
          </w:p>
          <w:p w14:paraId="1576B635" w14:textId="77777777" w:rsidR="00425151" w:rsidRDefault="0033237D" w:rsidP="00717C79">
            <w:pPr>
              <w:shd w:val="clear" w:color="auto" w:fill="FFFFFF" w:themeFill="background1"/>
              <w:jc w:val="both"/>
            </w:pPr>
            <w:r>
              <w:t>- GV nhắc HS cách trình bày: đầu đoạn lùi vào một ô, đầu câu viết hoa, cuối câu có dấu chấm.</w:t>
            </w:r>
          </w:p>
        </w:tc>
        <w:tc>
          <w:tcPr>
            <w:tcW w:w="5188" w:type="dxa"/>
            <w:tcBorders>
              <w:top w:val="nil"/>
              <w:bottom w:val="nil"/>
              <w:right w:val="single" w:sz="4" w:space="0" w:color="000000"/>
            </w:tcBorders>
          </w:tcPr>
          <w:p w14:paraId="0638D6D0" w14:textId="77777777" w:rsidR="00425151" w:rsidRDefault="0033237D" w:rsidP="00717C79">
            <w:pPr>
              <w:shd w:val="clear" w:color="auto" w:fill="FFFFFF" w:themeFill="background1"/>
              <w:jc w:val="both"/>
            </w:pPr>
            <w:r>
              <w:t>- HS viết từ khó vào bảng con.</w:t>
            </w:r>
          </w:p>
          <w:p w14:paraId="4D95AEF2" w14:textId="77777777" w:rsidR="00425151" w:rsidRDefault="0033237D" w:rsidP="00717C79">
            <w:pPr>
              <w:shd w:val="clear" w:color="auto" w:fill="FFFFFF" w:themeFill="background1"/>
              <w:jc w:val="both"/>
            </w:pPr>
            <w:r>
              <w:t>- HS nhắc lại cách trình bày đoạn văn.</w:t>
            </w:r>
          </w:p>
        </w:tc>
      </w:tr>
      <w:tr w:rsidR="00425151" w14:paraId="763FFE61" w14:textId="77777777" w:rsidTr="00717C79">
        <w:trPr>
          <w:jc w:val="center"/>
        </w:trPr>
        <w:tc>
          <w:tcPr>
            <w:tcW w:w="5188" w:type="dxa"/>
            <w:tcBorders>
              <w:top w:val="nil"/>
              <w:left w:val="single" w:sz="4" w:space="0" w:color="000000"/>
              <w:bottom w:val="nil"/>
            </w:tcBorders>
          </w:tcPr>
          <w:p w14:paraId="05701799" w14:textId="77777777" w:rsidR="00425151" w:rsidRDefault="0033237D" w:rsidP="00717C79">
            <w:pPr>
              <w:shd w:val="clear" w:color="auto" w:fill="FFFFFF" w:themeFill="background1"/>
              <w:jc w:val="both"/>
            </w:pPr>
            <w:r>
              <w:t>- GV đọc từng cụm từ cho HS viết vào vở.</w:t>
            </w:r>
          </w:p>
          <w:p w14:paraId="3845FD42" w14:textId="77777777" w:rsidR="00425151" w:rsidRDefault="0033237D" w:rsidP="00717C79">
            <w:pPr>
              <w:shd w:val="clear" w:color="auto" w:fill="FFFFFF" w:themeFill="background1"/>
              <w:jc w:val="both"/>
            </w:pPr>
            <w:r>
              <w:t>- GV đọc lại toàn đoạn cho HS soát lỗi.</w:t>
            </w:r>
          </w:p>
        </w:tc>
        <w:tc>
          <w:tcPr>
            <w:tcW w:w="5188" w:type="dxa"/>
            <w:tcBorders>
              <w:top w:val="nil"/>
              <w:bottom w:val="nil"/>
              <w:right w:val="single" w:sz="4" w:space="0" w:color="000000"/>
            </w:tcBorders>
          </w:tcPr>
          <w:p w14:paraId="7011B20B" w14:textId="77777777" w:rsidR="00425151" w:rsidRDefault="0033237D" w:rsidP="00717C79">
            <w:pPr>
              <w:shd w:val="clear" w:color="auto" w:fill="FFFFFF" w:themeFill="background1"/>
              <w:jc w:val="both"/>
            </w:pPr>
            <w:r>
              <w:t>- HS nghe và viết bài vào vở.</w:t>
            </w:r>
          </w:p>
          <w:p w14:paraId="71E8422F" w14:textId="77777777" w:rsidR="00425151" w:rsidRDefault="0033237D" w:rsidP="00717C79">
            <w:pPr>
              <w:shd w:val="clear" w:color="auto" w:fill="FFFFFF" w:themeFill="background1"/>
              <w:jc w:val="both"/>
            </w:pPr>
            <w:r>
              <w:t>- HS đổi vở, soát lỗi chính tả bằng bút chì.</w:t>
            </w:r>
          </w:p>
        </w:tc>
      </w:tr>
      <w:tr w:rsidR="00425151" w14:paraId="15EE4519" w14:textId="77777777" w:rsidTr="00717C79">
        <w:trPr>
          <w:jc w:val="center"/>
        </w:trPr>
        <w:tc>
          <w:tcPr>
            <w:tcW w:w="5188" w:type="dxa"/>
            <w:tcBorders>
              <w:top w:val="nil"/>
              <w:left w:val="single" w:sz="4" w:space="0" w:color="000000"/>
              <w:bottom w:val="single" w:sz="4" w:space="0" w:color="000000"/>
            </w:tcBorders>
          </w:tcPr>
          <w:p w14:paraId="100ED271" w14:textId="77777777" w:rsidR="00425151" w:rsidRDefault="0033237D" w:rsidP="00717C79">
            <w:pPr>
              <w:shd w:val="clear" w:color="auto" w:fill="FFFFFF" w:themeFill="background1"/>
              <w:jc w:val="both"/>
            </w:pPr>
            <w:r>
              <w:t>- GV nhận xét một số bài viết, tuyên dương HS viết đúng, sạch đẹp.</w:t>
            </w:r>
          </w:p>
        </w:tc>
        <w:tc>
          <w:tcPr>
            <w:tcW w:w="5188" w:type="dxa"/>
            <w:tcBorders>
              <w:top w:val="nil"/>
              <w:bottom w:val="single" w:sz="4" w:space="0" w:color="000000"/>
              <w:right w:val="single" w:sz="4" w:space="0" w:color="000000"/>
            </w:tcBorders>
          </w:tcPr>
          <w:p w14:paraId="23ABEEA0" w14:textId="77777777" w:rsidR="00425151" w:rsidRDefault="0033237D" w:rsidP="00717C79">
            <w:pPr>
              <w:shd w:val="clear" w:color="auto" w:fill="FFFFFF" w:themeFill="background1"/>
              <w:jc w:val="both"/>
            </w:pPr>
            <w:r>
              <w:t>- HS lắng nghe, sửa lỗi nếu có.</w:t>
            </w:r>
          </w:p>
        </w:tc>
      </w:tr>
      <w:tr w:rsidR="00425151" w14:paraId="21D2483F"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70DD82CE" w14:textId="77777777" w:rsidR="00425151" w:rsidRDefault="0033237D" w:rsidP="00717C79">
            <w:pPr>
              <w:shd w:val="clear" w:color="auto" w:fill="FFFFFF" w:themeFill="background1"/>
            </w:pPr>
            <w:r>
              <w:rPr>
                <w:b/>
              </w:rPr>
              <w:t>3. BÀI TẬP CHÍNH TẢ (10 phút)</w:t>
            </w:r>
          </w:p>
          <w:p w14:paraId="7CF017E9" w14:textId="77777777" w:rsidR="00425151" w:rsidRDefault="0033237D" w:rsidP="00717C79">
            <w:pPr>
              <w:shd w:val="clear" w:color="auto" w:fill="FFFFFF" w:themeFill="background1"/>
            </w:pPr>
            <w:r>
              <w:rPr>
                <w:b/>
              </w:rPr>
              <w:t>Mục tiêu: HS phân biệt đúng g/gh, s/x, uc/ut.</w:t>
            </w:r>
          </w:p>
        </w:tc>
      </w:tr>
      <w:tr w:rsidR="00425151" w14:paraId="32D7724A" w14:textId="77777777" w:rsidTr="00717C79">
        <w:trPr>
          <w:jc w:val="center"/>
        </w:trPr>
        <w:tc>
          <w:tcPr>
            <w:tcW w:w="5188" w:type="dxa"/>
            <w:tcBorders>
              <w:top w:val="single" w:sz="4" w:space="0" w:color="000000"/>
              <w:left w:val="single" w:sz="4" w:space="0" w:color="000000"/>
              <w:bottom w:val="nil"/>
            </w:tcBorders>
          </w:tcPr>
          <w:p w14:paraId="1B2A6371" w14:textId="77777777" w:rsidR="00425151" w:rsidRDefault="0033237D" w:rsidP="00717C79">
            <w:pPr>
              <w:shd w:val="clear" w:color="auto" w:fill="FFFFFF" w:themeFill="background1"/>
              <w:jc w:val="both"/>
            </w:pPr>
            <w:r>
              <w:rPr>
                <w:b/>
              </w:rPr>
              <w:t>- Hoạt động 2: Chọn g hoặc gh thay cho ô vuông.</w:t>
            </w:r>
          </w:p>
          <w:p w14:paraId="4435B5A0" w14:textId="77777777" w:rsidR="00425151" w:rsidRDefault="0033237D" w:rsidP="00717C79">
            <w:pPr>
              <w:shd w:val="clear" w:color="auto" w:fill="FFFFFF" w:themeFill="background1"/>
              <w:jc w:val="both"/>
            </w:pPr>
            <w:r>
              <w:t>- GV yêu cầu HS đọc câu thơ và làm bài vào vở.</w:t>
            </w:r>
          </w:p>
          <w:p w14:paraId="5B859137" w14:textId="5CF112CC" w:rsidR="00425151" w:rsidRDefault="00425151" w:rsidP="00717C79">
            <w:pPr>
              <w:shd w:val="clear" w:color="auto" w:fill="FFFFFF" w:themeFill="background1"/>
              <w:jc w:val="center"/>
            </w:pPr>
          </w:p>
        </w:tc>
        <w:tc>
          <w:tcPr>
            <w:tcW w:w="5188" w:type="dxa"/>
            <w:tcBorders>
              <w:top w:val="single" w:sz="4" w:space="0" w:color="000000"/>
              <w:bottom w:val="nil"/>
              <w:right w:val="single" w:sz="4" w:space="0" w:color="000000"/>
            </w:tcBorders>
          </w:tcPr>
          <w:p w14:paraId="2E20DFDF" w14:textId="77777777" w:rsidR="00425151" w:rsidRDefault="0033237D" w:rsidP="00717C79">
            <w:pPr>
              <w:shd w:val="clear" w:color="auto" w:fill="FFFFFF" w:themeFill="background1"/>
              <w:jc w:val="both"/>
            </w:pPr>
            <w:r>
              <w:t>- HS đọc và điền: “Chị tre chải tóc bên ao / Nàng mây áo trắng ghé vào soi gương.”</w:t>
            </w:r>
          </w:p>
          <w:p w14:paraId="3E392F46" w14:textId="77777777" w:rsidR="00425151" w:rsidRDefault="0033237D" w:rsidP="00717C79">
            <w:pPr>
              <w:shd w:val="clear" w:color="auto" w:fill="FFFFFF" w:themeFill="background1"/>
              <w:jc w:val="both"/>
            </w:pPr>
            <w:r>
              <w:t>- HS giải thích: gh đi với e, ê, i; g đi với các âm còn lại.</w:t>
            </w:r>
          </w:p>
        </w:tc>
      </w:tr>
      <w:tr w:rsidR="00425151" w14:paraId="13464815" w14:textId="77777777" w:rsidTr="00717C79">
        <w:trPr>
          <w:jc w:val="center"/>
        </w:trPr>
        <w:tc>
          <w:tcPr>
            <w:tcW w:w="5188" w:type="dxa"/>
            <w:tcBorders>
              <w:top w:val="nil"/>
              <w:left w:val="single" w:sz="4" w:space="0" w:color="000000"/>
              <w:bottom w:val="single" w:sz="4" w:space="0" w:color="000000"/>
            </w:tcBorders>
          </w:tcPr>
          <w:p w14:paraId="0E483CE7" w14:textId="77777777" w:rsidR="00425151" w:rsidRDefault="0033237D" w:rsidP="00717C79">
            <w:pPr>
              <w:shd w:val="clear" w:color="auto" w:fill="FFFFFF" w:themeFill="background1"/>
              <w:jc w:val="both"/>
            </w:pPr>
            <w:r>
              <w:rPr>
                <w:b/>
              </w:rPr>
              <w:t>- Hoạt động 3: Chọn a hoặc b.</w:t>
            </w:r>
          </w:p>
          <w:p w14:paraId="0455305B" w14:textId="77777777" w:rsidR="00425151" w:rsidRDefault="0033237D" w:rsidP="00717C79">
            <w:pPr>
              <w:shd w:val="clear" w:color="auto" w:fill="FFFFFF" w:themeFill="background1"/>
              <w:jc w:val="both"/>
            </w:pPr>
            <w:r>
              <w:rPr>
                <w:b/>
              </w:rPr>
              <w:t>- a. Tìm tiếng ghép được với sinh hoặc xinh.</w:t>
            </w:r>
          </w:p>
          <w:p w14:paraId="532CBCA5" w14:textId="77777777" w:rsidR="00425151" w:rsidRDefault="0033237D" w:rsidP="00717C79">
            <w:pPr>
              <w:shd w:val="clear" w:color="auto" w:fill="FFFFFF" w:themeFill="background1"/>
              <w:jc w:val="both"/>
            </w:pPr>
            <w:r>
              <w:rPr>
                <w:b/>
              </w:rPr>
              <w:t>- b. Tìm từ ngữ có tiếng chứa uc hoặc ut.</w:t>
            </w:r>
          </w:p>
          <w:p w14:paraId="764DD882" w14:textId="77777777" w:rsidR="00425151" w:rsidRDefault="0033237D" w:rsidP="00717C79">
            <w:pPr>
              <w:shd w:val="clear" w:color="auto" w:fill="FFFFFF" w:themeFill="background1"/>
              <w:jc w:val="both"/>
            </w:pPr>
            <w:r>
              <w:t>- GV tổ chức HS làm việc nhóm đôi.</w:t>
            </w:r>
          </w:p>
        </w:tc>
        <w:tc>
          <w:tcPr>
            <w:tcW w:w="5188" w:type="dxa"/>
            <w:tcBorders>
              <w:top w:val="nil"/>
              <w:bottom w:val="single" w:sz="4" w:space="0" w:color="000000"/>
              <w:right w:val="single" w:sz="4" w:space="0" w:color="000000"/>
            </w:tcBorders>
          </w:tcPr>
          <w:p w14:paraId="2377F9E0" w14:textId="77777777" w:rsidR="00425151" w:rsidRDefault="0033237D" w:rsidP="00717C79">
            <w:pPr>
              <w:shd w:val="clear" w:color="auto" w:fill="FFFFFF" w:themeFill="background1"/>
              <w:jc w:val="both"/>
            </w:pPr>
            <w:r>
              <w:t>- HS làm việc nhóm đôi.</w:t>
            </w:r>
          </w:p>
          <w:p w14:paraId="4CB9C996" w14:textId="77777777" w:rsidR="00425151" w:rsidRDefault="0033237D" w:rsidP="00717C79">
            <w:pPr>
              <w:shd w:val="clear" w:color="auto" w:fill="FFFFFF" w:themeFill="background1"/>
              <w:jc w:val="both"/>
            </w:pPr>
            <w:r>
              <w:t>- Đáp án: a. sinh sống, xinh đẹp.</w:t>
            </w:r>
          </w:p>
          <w:p w14:paraId="0E7756B6" w14:textId="77777777" w:rsidR="00425151" w:rsidRDefault="0033237D" w:rsidP="00717C79">
            <w:pPr>
              <w:shd w:val="clear" w:color="auto" w:fill="FFFFFF" w:themeFill="background1"/>
              <w:jc w:val="both"/>
            </w:pPr>
            <w:r>
              <w:rPr>
                <w:b/>
              </w:rPr>
              <w:t>- b. chúc mừng, sút bóng.</w:t>
            </w:r>
          </w:p>
        </w:tc>
      </w:tr>
      <w:tr w:rsidR="00425151" w14:paraId="59D7FE2D"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0A47F771" w14:textId="77777777" w:rsidR="00425151" w:rsidRDefault="0033237D" w:rsidP="00717C79">
            <w:pPr>
              <w:shd w:val="clear" w:color="auto" w:fill="FFFFFF" w:themeFill="background1"/>
            </w:pPr>
            <w:r>
              <w:rPr>
                <w:b/>
              </w:rPr>
              <w:t>4. VẬN DỤNG (2 phút)</w:t>
            </w:r>
          </w:p>
          <w:p w14:paraId="05EC6B2B" w14:textId="77777777" w:rsidR="00425151" w:rsidRDefault="0033237D" w:rsidP="00717C79">
            <w:pPr>
              <w:shd w:val="clear" w:color="auto" w:fill="FFFFFF" w:themeFill="background1"/>
            </w:pPr>
            <w:r>
              <w:rPr>
                <w:b/>
              </w:rPr>
              <w:t>Mục tiêu: HS tự luyện viết đúng chính tả ở nhà.</w:t>
            </w:r>
          </w:p>
        </w:tc>
      </w:tr>
      <w:tr w:rsidR="00425151" w14:paraId="62A71811" w14:textId="77777777" w:rsidTr="00717C79">
        <w:trPr>
          <w:jc w:val="center"/>
        </w:trPr>
        <w:tc>
          <w:tcPr>
            <w:tcW w:w="5188" w:type="dxa"/>
            <w:tcBorders>
              <w:top w:val="single" w:sz="4" w:space="0" w:color="000000"/>
              <w:left w:val="single" w:sz="4" w:space="0" w:color="000000"/>
              <w:bottom w:val="single" w:sz="4" w:space="0" w:color="000000"/>
            </w:tcBorders>
          </w:tcPr>
          <w:p w14:paraId="4E3EEEF8" w14:textId="77777777" w:rsidR="00425151" w:rsidRDefault="0033237D" w:rsidP="00717C79">
            <w:pPr>
              <w:shd w:val="clear" w:color="auto" w:fill="FFFFFF" w:themeFill="background1"/>
              <w:jc w:val="both"/>
            </w:pPr>
            <w:r>
              <w:t>- GV dặn HS viết lại những từ còn sai và chuẩn bị tiết luyện tập.</w:t>
            </w:r>
          </w:p>
        </w:tc>
        <w:tc>
          <w:tcPr>
            <w:tcW w:w="5188" w:type="dxa"/>
            <w:tcBorders>
              <w:top w:val="single" w:sz="4" w:space="0" w:color="000000"/>
              <w:bottom w:val="single" w:sz="4" w:space="0" w:color="000000"/>
              <w:right w:val="single" w:sz="4" w:space="0" w:color="000000"/>
            </w:tcBorders>
          </w:tcPr>
          <w:p w14:paraId="5F628C24" w14:textId="77777777" w:rsidR="00425151" w:rsidRDefault="0033237D" w:rsidP="00717C79">
            <w:pPr>
              <w:shd w:val="clear" w:color="auto" w:fill="FFFFFF" w:themeFill="background1"/>
              <w:jc w:val="both"/>
            </w:pPr>
            <w:r>
              <w:t>- HS ghi nhớ nhiệm vụ.</w:t>
            </w:r>
          </w:p>
        </w:tc>
      </w:tr>
      <w:tr w:rsidR="00425151" w14:paraId="77C9768A"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3F533FF5" w14:textId="77777777" w:rsidR="00425151" w:rsidRDefault="0033237D" w:rsidP="00717C79">
            <w:pPr>
              <w:shd w:val="clear" w:color="auto" w:fill="FFFFFF" w:themeFill="background1"/>
            </w:pPr>
            <w:r>
              <w:rPr>
                <w:b/>
              </w:rPr>
              <w:t>TIẾT 4</w:t>
            </w:r>
          </w:p>
        </w:tc>
      </w:tr>
      <w:tr w:rsidR="00425151" w14:paraId="216645DD"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06D5727D" w14:textId="77777777" w:rsidR="00425151" w:rsidRDefault="0033237D" w:rsidP="00717C79">
            <w:pPr>
              <w:shd w:val="clear" w:color="auto" w:fill="FFFFFF" w:themeFill="background1"/>
            </w:pPr>
            <w:r>
              <w:rPr>
                <w:b/>
              </w:rPr>
              <w:t>1. KHỞI ĐỘNG (3 phút)</w:t>
            </w:r>
          </w:p>
          <w:p w14:paraId="4595DDAE" w14:textId="77777777" w:rsidR="00425151" w:rsidRDefault="0033237D" w:rsidP="00717C79">
            <w:pPr>
              <w:shd w:val="clear" w:color="auto" w:fill="FFFFFF" w:themeFill="background1"/>
            </w:pPr>
            <w:r>
              <w:rPr>
                <w:b/>
              </w:rPr>
              <w:t>Mục tiêu: HS khởi động vốn từ về ngày Tết.</w:t>
            </w:r>
          </w:p>
        </w:tc>
      </w:tr>
      <w:tr w:rsidR="00425151" w14:paraId="0ECF902C" w14:textId="77777777" w:rsidTr="00717C79">
        <w:trPr>
          <w:jc w:val="center"/>
        </w:trPr>
        <w:tc>
          <w:tcPr>
            <w:tcW w:w="5188" w:type="dxa"/>
            <w:tcBorders>
              <w:top w:val="single" w:sz="4" w:space="0" w:color="000000"/>
              <w:left w:val="single" w:sz="4" w:space="0" w:color="000000"/>
              <w:bottom w:val="single" w:sz="4" w:space="0" w:color="000000"/>
            </w:tcBorders>
          </w:tcPr>
          <w:p w14:paraId="6B92E71B" w14:textId="77777777" w:rsidR="00425151" w:rsidRDefault="0033237D" w:rsidP="00717C79">
            <w:pPr>
              <w:shd w:val="clear" w:color="auto" w:fill="FFFFFF" w:themeFill="background1"/>
              <w:jc w:val="both"/>
            </w:pPr>
            <w:r>
              <w:t>- GV tổ chức trò chơi “Nói nhanh”: mỗi HS nêu một từ ngữ liên quan đến ngày Tết.</w:t>
            </w:r>
          </w:p>
          <w:p w14:paraId="7DB8DD02" w14:textId="77777777" w:rsidR="00425151" w:rsidRDefault="0033237D" w:rsidP="00717C79">
            <w:pPr>
              <w:shd w:val="clear" w:color="auto" w:fill="FFFFFF" w:themeFill="background1"/>
              <w:jc w:val="both"/>
            </w:pPr>
            <w:r>
              <w:t>- GV dẫn vào hoạt động luyện tập.</w:t>
            </w:r>
          </w:p>
        </w:tc>
        <w:tc>
          <w:tcPr>
            <w:tcW w:w="5188" w:type="dxa"/>
            <w:tcBorders>
              <w:top w:val="single" w:sz="4" w:space="0" w:color="000000"/>
              <w:bottom w:val="single" w:sz="4" w:space="0" w:color="000000"/>
              <w:right w:val="single" w:sz="4" w:space="0" w:color="000000"/>
            </w:tcBorders>
          </w:tcPr>
          <w:p w14:paraId="38038CA3" w14:textId="77777777" w:rsidR="00425151" w:rsidRDefault="0033237D" w:rsidP="00717C79">
            <w:pPr>
              <w:shd w:val="clear" w:color="auto" w:fill="FFFFFF" w:themeFill="background1"/>
              <w:jc w:val="both"/>
            </w:pPr>
            <w:r>
              <w:t>- HS nêu: bánh chưng, bánh tét, hoa mai, hoa đào, lì xì, chúc Tết, dọn nhà, sum họp.</w:t>
            </w:r>
          </w:p>
          <w:p w14:paraId="7B372D3E" w14:textId="77777777" w:rsidR="00425151" w:rsidRDefault="0033237D" w:rsidP="00717C79">
            <w:pPr>
              <w:shd w:val="clear" w:color="auto" w:fill="FFFFFF" w:themeFill="background1"/>
              <w:jc w:val="both"/>
            </w:pPr>
            <w:r>
              <w:t>- HS lắng nghe.</w:t>
            </w:r>
          </w:p>
        </w:tc>
      </w:tr>
      <w:tr w:rsidR="00425151" w14:paraId="0231CD19"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4BDAAA25" w14:textId="77777777" w:rsidR="00425151" w:rsidRDefault="0033237D" w:rsidP="00717C79">
            <w:pPr>
              <w:shd w:val="clear" w:color="auto" w:fill="FFFFFF" w:themeFill="background1"/>
            </w:pPr>
            <w:r>
              <w:rPr>
                <w:b/>
              </w:rPr>
              <w:t>2. MỞ RỘNG VỐN TỪ VỀ NGÀY TẾT (18 phút)</w:t>
            </w:r>
          </w:p>
          <w:p w14:paraId="1EBE3632" w14:textId="77777777" w:rsidR="00425151" w:rsidRDefault="0033237D" w:rsidP="00717C79">
            <w:pPr>
              <w:shd w:val="clear" w:color="auto" w:fill="FFFFFF" w:themeFill="background1"/>
            </w:pPr>
            <w:r>
              <w:rPr>
                <w:b/>
              </w:rPr>
              <w:t>Mục tiêu: HS tìm được từ chỉ sự vật, từ chỉ hoạt động và sắp xếp đúng trình tự làm bánh chưng.</w:t>
            </w:r>
          </w:p>
        </w:tc>
      </w:tr>
      <w:tr w:rsidR="00425151" w14:paraId="0021E913" w14:textId="77777777" w:rsidTr="00717C79">
        <w:trPr>
          <w:jc w:val="center"/>
        </w:trPr>
        <w:tc>
          <w:tcPr>
            <w:tcW w:w="5188" w:type="dxa"/>
            <w:tcBorders>
              <w:top w:val="single" w:sz="4" w:space="0" w:color="000000"/>
              <w:left w:val="single" w:sz="4" w:space="0" w:color="000000"/>
              <w:bottom w:val="nil"/>
            </w:tcBorders>
          </w:tcPr>
          <w:p w14:paraId="4B95DCA6" w14:textId="77777777" w:rsidR="00425151" w:rsidRDefault="0033237D" w:rsidP="00717C79">
            <w:pPr>
              <w:shd w:val="clear" w:color="auto" w:fill="FFFFFF" w:themeFill="background1"/>
              <w:jc w:val="both"/>
            </w:pPr>
            <w:r>
              <w:rPr>
                <w:b/>
              </w:rPr>
              <w:t>- Hoạt động 1: Quan sát tranh và thực hiện các yêu cầu.</w:t>
            </w:r>
          </w:p>
          <w:p w14:paraId="4F3E985C" w14:textId="77777777" w:rsidR="00425151" w:rsidRDefault="0033237D" w:rsidP="00717C79">
            <w:pPr>
              <w:shd w:val="clear" w:color="auto" w:fill="FFFFFF" w:themeFill="background1"/>
              <w:jc w:val="both"/>
            </w:pPr>
            <w:r>
              <w:rPr>
                <w:b/>
              </w:rPr>
              <w:t>- a. Tìm từ ngữ chỉ sự vật.</w:t>
            </w:r>
          </w:p>
          <w:p w14:paraId="2F67D9EA" w14:textId="77777777" w:rsidR="00425151" w:rsidRDefault="0033237D" w:rsidP="00717C79">
            <w:pPr>
              <w:shd w:val="clear" w:color="auto" w:fill="FFFFFF" w:themeFill="background1"/>
              <w:jc w:val="both"/>
            </w:pPr>
            <w:r>
              <w:rPr>
                <w:b/>
              </w:rPr>
              <w:t>- b. Tìm từ ngữ chỉ hoạt động.</w:t>
            </w:r>
          </w:p>
          <w:p w14:paraId="3E1FAD57" w14:textId="77777777" w:rsidR="00425151" w:rsidRDefault="0033237D" w:rsidP="00717C79">
            <w:pPr>
              <w:shd w:val="clear" w:color="auto" w:fill="FFFFFF" w:themeFill="background1"/>
              <w:jc w:val="both"/>
            </w:pPr>
            <w:r>
              <w:rPr>
                <w:b/>
              </w:rPr>
              <w:t>- c. Sắp xếp các hoạt động theo trình tự của việc làm bánh chưng.</w:t>
            </w:r>
          </w:p>
          <w:p w14:paraId="6049B972" w14:textId="77777777" w:rsidR="00425151" w:rsidRDefault="0033237D" w:rsidP="00717C79">
            <w:pPr>
              <w:shd w:val="clear" w:color="auto" w:fill="FFFFFF" w:themeFill="background1"/>
              <w:jc w:val="both"/>
            </w:pPr>
            <w:r>
              <w:lastRenderedPageBreak/>
              <w:t>- GV yêu cầu HS quan sát tranh, làm việc nhóm 4.</w:t>
            </w:r>
          </w:p>
          <w:p w14:paraId="075C3843" w14:textId="43BA4B8C" w:rsidR="00425151" w:rsidRDefault="00425151" w:rsidP="00717C79">
            <w:pPr>
              <w:shd w:val="clear" w:color="auto" w:fill="FFFFFF" w:themeFill="background1"/>
              <w:jc w:val="center"/>
            </w:pPr>
          </w:p>
        </w:tc>
        <w:tc>
          <w:tcPr>
            <w:tcW w:w="5188" w:type="dxa"/>
            <w:tcBorders>
              <w:top w:val="single" w:sz="4" w:space="0" w:color="000000"/>
              <w:bottom w:val="nil"/>
              <w:right w:val="single" w:sz="4" w:space="0" w:color="000000"/>
            </w:tcBorders>
          </w:tcPr>
          <w:p w14:paraId="77E720C1" w14:textId="77777777" w:rsidR="00425151" w:rsidRDefault="0033237D" w:rsidP="00717C79">
            <w:pPr>
              <w:shd w:val="clear" w:color="auto" w:fill="FFFFFF" w:themeFill="background1"/>
              <w:jc w:val="both"/>
            </w:pPr>
            <w:r>
              <w:lastRenderedPageBreak/>
              <w:t>- HS quan sát tranh, thảo luận nhóm 4.</w:t>
            </w:r>
          </w:p>
          <w:p w14:paraId="78E071B7" w14:textId="77777777" w:rsidR="00425151" w:rsidRDefault="0033237D" w:rsidP="00717C79">
            <w:pPr>
              <w:shd w:val="clear" w:color="auto" w:fill="FFFFFF" w:themeFill="background1"/>
              <w:jc w:val="both"/>
            </w:pPr>
            <w:r>
              <w:t>- Đáp án: a. Từ chỉ sự vật: lá dong, gạo nếp, đỗ xanh, thịt, nồi, bánh chưng.</w:t>
            </w:r>
          </w:p>
          <w:p w14:paraId="55775F02" w14:textId="77777777" w:rsidR="00425151" w:rsidRDefault="0033237D" w:rsidP="00717C79">
            <w:pPr>
              <w:shd w:val="clear" w:color="auto" w:fill="FFFFFF" w:themeFill="background1"/>
              <w:jc w:val="both"/>
            </w:pPr>
            <w:r>
              <w:rPr>
                <w:b/>
              </w:rPr>
              <w:t>- b. Từ chỉ hoạt động: lau lá dong, vo/đãi gạo, xếp lá, gói bánh, luộc bánh.</w:t>
            </w:r>
          </w:p>
          <w:p w14:paraId="5F84AE5C" w14:textId="77777777" w:rsidR="00425151" w:rsidRDefault="0033237D" w:rsidP="00717C79">
            <w:pPr>
              <w:shd w:val="clear" w:color="auto" w:fill="FFFFFF" w:themeFill="background1"/>
              <w:jc w:val="both"/>
            </w:pPr>
            <w:r>
              <w:rPr>
                <w:b/>
              </w:rPr>
              <w:t xml:space="preserve">- c. Trình tự: 1 lau lá dong; 2 chuẩn bị/vo </w:t>
            </w:r>
            <w:r>
              <w:rPr>
                <w:b/>
              </w:rPr>
              <w:lastRenderedPageBreak/>
              <w:t>gạo, nhân bánh; 3 xếp lá; 4 gói bánh; 5 luộc bánh.</w:t>
            </w:r>
          </w:p>
        </w:tc>
      </w:tr>
      <w:tr w:rsidR="00425151" w14:paraId="36B1FB14" w14:textId="77777777" w:rsidTr="00717C79">
        <w:trPr>
          <w:jc w:val="center"/>
        </w:trPr>
        <w:tc>
          <w:tcPr>
            <w:tcW w:w="5188" w:type="dxa"/>
            <w:tcBorders>
              <w:top w:val="nil"/>
              <w:left w:val="single" w:sz="4" w:space="0" w:color="000000"/>
              <w:bottom w:val="single" w:sz="4" w:space="0" w:color="000000"/>
            </w:tcBorders>
          </w:tcPr>
          <w:p w14:paraId="2FF735BA" w14:textId="77777777" w:rsidR="00425151" w:rsidRDefault="0033237D" w:rsidP="00717C79">
            <w:pPr>
              <w:shd w:val="clear" w:color="auto" w:fill="FFFFFF" w:themeFill="background1"/>
              <w:jc w:val="both"/>
            </w:pPr>
            <w:r>
              <w:lastRenderedPageBreak/>
              <w:t>- GV kết luận: Khi làm bánh chưng, mọi người cần chuẩn bị nguyên liệu, lau lá, xếp lá, gói bánh và luộc bánh theo trình tự. Đây là hoạt động thể hiện sự sum họp và nét đẹp ngày Tết.</w:t>
            </w:r>
          </w:p>
        </w:tc>
        <w:tc>
          <w:tcPr>
            <w:tcW w:w="5188" w:type="dxa"/>
            <w:tcBorders>
              <w:top w:val="nil"/>
              <w:bottom w:val="single" w:sz="4" w:space="0" w:color="000000"/>
              <w:right w:val="single" w:sz="4" w:space="0" w:color="000000"/>
            </w:tcBorders>
          </w:tcPr>
          <w:p w14:paraId="39D4E069" w14:textId="77777777" w:rsidR="00425151" w:rsidRDefault="0033237D" w:rsidP="00717C79">
            <w:pPr>
              <w:shd w:val="clear" w:color="auto" w:fill="FFFFFF" w:themeFill="background1"/>
              <w:jc w:val="both"/>
            </w:pPr>
            <w:r>
              <w:t>- HS lắng nghe và nhắc lại một số từ chỉ sự vật, từ chỉ hoạt động.</w:t>
            </w:r>
          </w:p>
        </w:tc>
      </w:tr>
      <w:tr w:rsidR="00425151" w14:paraId="5ECD374F"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64FA0D6C" w14:textId="77777777" w:rsidR="00425151" w:rsidRDefault="0033237D" w:rsidP="00717C79">
            <w:pPr>
              <w:shd w:val="clear" w:color="auto" w:fill="FFFFFF" w:themeFill="background1"/>
            </w:pPr>
            <w:r>
              <w:rPr>
                <w:b/>
              </w:rPr>
              <w:t>3. HỎI – ĐÁP VỀ VIỆC THƯỜNG LÀM TRONG DỊP TẾT (11 phút)</w:t>
            </w:r>
          </w:p>
          <w:p w14:paraId="67E1DC4C" w14:textId="77777777" w:rsidR="00425151" w:rsidRDefault="0033237D" w:rsidP="00717C79">
            <w:pPr>
              <w:shd w:val="clear" w:color="auto" w:fill="FFFFFF" w:themeFill="background1"/>
            </w:pPr>
            <w:r>
              <w:rPr>
                <w:b/>
              </w:rPr>
              <w:t>Mục tiêu: HS biết đặt câu hỏi và trả lời về việc thường làm trong dịp Tết.</w:t>
            </w:r>
          </w:p>
        </w:tc>
      </w:tr>
      <w:tr w:rsidR="00425151" w14:paraId="47E735DD" w14:textId="77777777" w:rsidTr="00717C79">
        <w:trPr>
          <w:jc w:val="center"/>
        </w:trPr>
        <w:tc>
          <w:tcPr>
            <w:tcW w:w="5188" w:type="dxa"/>
            <w:tcBorders>
              <w:top w:val="single" w:sz="4" w:space="0" w:color="000000"/>
              <w:left w:val="single" w:sz="4" w:space="0" w:color="000000"/>
              <w:bottom w:val="nil"/>
            </w:tcBorders>
          </w:tcPr>
          <w:p w14:paraId="01CFBA87" w14:textId="77777777" w:rsidR="00425151" w:rsidRDefault="0033237D" w:rsidP="00717C79">
            <w:pPr>
              <w:shd w:val="clear" w:color="auto" w:fill="FFFFFF" w:themeFill="background1"/>
              <w:jc w:val="both"/>
            </w:pPr>
            <w:r>
              <w:rPr>
                <w:b/>
              </w:rPr>
              <w:t>- Hoạt động 2: Hỏi – đáp về việc thường làm trong dịp Tết. Viết vào vở một câu hỏi và một câu trả lời.</w:t>
            </w:r>
          </w:p>
          <w:p w14:paraId="193384F1" w14:textId="77777777" w:rsidR="00425151" w:rsidRDefault="0033237D" w:rsidP="00717C79">
            <w:pPr>
              <w:shd w:val="clear" w:color="auto" w:fill="FFFFFF" w:themeFill="background1"/>
              <w:jc w:val="both"/>
            </w:pPr>
            <w:r>
              <w:t>- GV nêu mẫu: Bạn thường làm gì vào dịp Tết? – Vào dịp Tết, mình thường đi thăm họ hàng.</w:t>
            </w:r>
          </w:p>
          <w:p w14:paraId="687FD85C" w14:textId="77777777" w:rsidR="00425151" w:rsidRDefault="0033237D" w:rsidP="00717C79">
            <w:pPr>
              <w:shd w:val="clear" w:color="auto" w:fill="FFFFFF" w:themeFill="background1"/>
              <w:jc w:val="both"/>
            </w:pPr>
            <w:r>
              <w:t>- GV tổ chức HS hỏi đáp nhóm đôi.</w:t>
            </w:r>
          </w:p>
        </w:tc>
        <w:tc>
          <w:tcPr>
            <w:tcW w:w="5188" w:type="dxa"/>
            <w:tcBorders>
              <w:top w:val="single" w:sz="4" w:space="0" w:color="000000"/>
              <w:bottom w:val="nil"/>
              <w:right w:val="single" w:sz="4" w:space="0" w:color="000000"/>
            </w:tcBorders>
          </w:tcPr>
          <w:p w14:paraId="0B9C24DB" w14:textId="77777777" w:rsidR="00425151" w:rsidRDefault="0033237D" w:rsidP="00717C79">
            <w:pPr>
              <w:shd w:val="clear" w:color="auto" w:fill="FFFFFF" w:themeFill="background1"/>
              <w:jc w:val="both"/>
            </w:pPr>
            <w:r>
              <w:t>- HS hỏi đáp nhóm đôi.</w:t>
            </w:r>
          </w:p>
          <w:p w14:paraId="003E9A76" w14:textId="77777777" w:rsidR="00425151" w:rsidRDefault="0033237D" w:rsidP="00717C79">
            <w:pPr>
              <w:shd w:val="clear" w:color="auto" w:fill="FFFFFF" w:themeFill="background1"/>
              <w:jc w:val="both"/>
            </w:pPr>
            <w:r>
              <w:t>- Ví dụ: Bạn thường làm gì vào dịp Tết? – Mình thường chúc Tết ông bà.</w:t>
            </w:r>
          </w:p>
          <w:p w14:paraId="7CB85D7B" w14:textId="77777777" w:rsidR="00425151" w:rsidRDefault="0033237D" w:rsidP="00717C79">
            <w:pPr>
              <w:shd w:val="clear" w:color="auto" w:fill="FFFFFF" w:themeFill="background1"/>
              <w:jc w:val="both"/>
            </w:pPr>
            <w:r>
              <w:t>- HS viết vào vở một câu hỏi và một câu trả lời.</w:t>
            </w:r>
          </w:p>
        </w:tc>
      </w:tr>
      <w:tr w:rsidR="00425151" w14:paraId="57BAB3FE" w14:textId="77777777" w:rsidTr="00717C79">
        <w:trPr>
          <w:jc w:val="center"/>
        </w:trPr>
        <w:tc>
          <w:tcPr>
            <w:tcW w:w="5188" w:type="dxa"/>
            <w:tcBorders>
              <w:top w:val="nil"/>
              <w:left w:val="single" w:sz="4" w:space="0" w:color="000000"/>
              <w:bottom w:val="single" w:sz="4" w:space="0" w:color="000000"/>
            </w:tcBorders>
          </w:tcPr>
          <w:p w14:paraId="0C0A4305" w14:textId="77777777" w:rsidR="00425151" w:rsidRDefault="0033237D" w:rsidP="00717C79">
            <w:pPr>
              <w:shd w:val="clear" w:color="auto" w:fill="FFFFFF" w:themeFill="background1"/>
              <w:jc w:val="both"/>
            </w:pPr>
            <w:r>
              <w:t>- GV mời 2 – 3 cặp trình bày, nhận xét cách đặt câu hỏi, câu trả lời và dấu câu.</w:t>
            </w:r>
          </w:p>
        </w:tc>
        <w:tc>
          <w:tcPr>
            <w:tcW w:w="5188" w:type="dxa"/>
            <w:tcBorders>
              <w:top w:val="nil"/>
              <w:bottom w:val="single" w:sz="4" w:space="0" w:color="000000"/>
              <w:right w:val="single" w:sz="4" w:space="0" w:color="000000"/>
            </w:tcBorders>
          </w:tcPr>
          <w:p w14:paraId="00B9C13B" w14:textId="77777777" w:rsidR="00425151" w:rsidRDefault="0033237D" w:rsidP="00717C79">
            <w:pPr>
              <w:shd w:val="clear" w:color="auto" w:fill="FFFFFF" w:themeFill="background1"/>
              <w:jc w:val="both"/>
            </w:pPr>
            <w:r>
              <w:t>- HS trình bày trước lớp.</w:t>
            </w:r>
          </w:p>
          <w:p w14:paraId="7136A090" w14:textId="77777777" w:rsidR="00425151" w:rsidRDefault="0033237D" w:rsidP="00717C79">
            <w:pPr>
              <w:shd w:val="clear" w:color="auto" w:fill="FFFFFF" w:themeFill="background1"/>
              <w:jc w:val="both"/>
            </w:pPr>
            <w:r>
              <w:t>- HS khác nhận xét: câu hỏi có dấu chấm hỏi, câu trả lời có dấu chấm.</w:t>
            </w:r>
          </w:p>
        </w:tc>
      </w:tr>
      <w:tr w:rsidR="00425151" w14:paraId="21EB63EC"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3097EA12" w14:textId="77777777" w:rsidR="00425151" w:rsidRDefault="0033237D" w:rsidP="00717C79">
            <w:pPr>
              <w:shd w:val="clear" w:color="auto" w:fill="FFFFFF" w:themeFill="background1"/>
            </w:pPr>
            <w:r>
              <w:rPr>
                <w:b/>
              </w:rPr>
              <w:t>4. VẬN DỤNG (3 phút)</w:t>
            </w:r>
          </w:p>
          <w:p w14:paraId="4EFB835D" w14:textId="77777777" w:rsidR="00425151" w:rsidRDefault="0033237D" w:rsidP="00717C79">
            <w:pPr>
              <w:shd w:val="clear" w:color="auto" w:fill="FFFFFF" w:themeFill="background1"/>
            </w:pPr>
            <w:r>
              <w:rPr>
                <w:b/>
              </w:rPr>
              <w:t>Mục tiêu: HS liên hệ việc phụ giúp gia đình trong dịp Tết.</w:t>
            </w:r>
          </w:p>
        </w:tc>
      </w:tr>
      <w:tr w:rsidR="00425151" w14:paraId="5D8D6903" w14:textId="77777777" w:rsidTr="00717C79">
        <w:trPr>
          <w:jc w:val="center"/>
        </w:trPr>
        <w:tc>
          <w:tcPr>
            <w:tcW w:w="5188" w:type="dxa"/>
            <w:tcBorders>
              <w:top w:val="single" w:sz="4" w:space="0" w:color="000000"/>
              <w:left w:val="single" w:sz="4" w:space="0" w:color="000000"/>
              <w:bottom w:val="single" w:sz="4" w:space="0" w:color="000000"/>
            </w:tcBorders>
          </w:tcPr>
          <w:p w14:paraId="5E65261B" w14:textId="77777777" w:rsidR="00425151" w:rsidRDefault="0033237D" w:rsidP="00717C79">
            <w:pPr>
              <w:shd w:val="clear" w:color="auto" w:fill="FFFFFF" w:themeFill="background1"/>
              <w:jc w:val="both"/>
            </w:pPr>
            <w:r>
              <w:t>- GV yêu cầu HS nói một việc em sẽ làm để phụ gia đình chuẩn bị Tết.</w:t>
            </w:r>
          </w:p>
          <w:p w14:paraId="6973BDB0" w14:textId="77777777" w:rsidR="00425151" w:rsidRDefault="0033237D" w:rsidP="00717C79">
            <w:pPr>
              <w:shd w:val="clear" w:color="auto" w:fill="FFFFFF" w:themeFill="background1"/>
              <w:jc w:val="both"/>
            </w:pPr>
            <w:r>
              <w:t>- GV dặn HS chuẩn bị tiết đọc thiệp và viết thiệp chúc Tết.</w:t>
            </w:r>
          </w:p>
        </w:tc>
        <w:tc>
          <w:tcPr>
            <w:tcW w:w="5188" w:type="dxa"/>
            <w:tcBorders>
              <w:top w:val="single" w:sz="4" w:space="0" w:color="000000"/>
              <w:bottom w:val="single" w:sz="4" w:space="0" w:color="000000"/>
              <w:right w:val="single" w:sz="4" w:space="0" w:color="000000"/>
            </w:tcBorders>
          </w:tcPr>
          <w:p w14:paraId="1840E7A6" w14:textId="77777777" w:rsidR="00425151" w:rsidRDefault="0033237D" w:rsidP="00717C79">
            <w:pPr>
              <w:shd w:val="clear" w:color="auto" w:fill="FFFFFF" w:themeFill="background1"/>
              <w:jc w:val="both"/>
            </w:pPr>
            <w:r>
              <w:t>- HS nói: Em sẽ lau bàn ghế, phụ mẹ nhặt lá, chúc Tết ông bà.</w:t>
            </w:r>
          </w:p>
          <w:p w14:paraId="0D039590" w14:textId="77777777" w:rsidR="00425151" w:rsidRDefault="0033237D" w:rsidP="00717C79">
            <w:pPr>
              <w:shd w:val="clear" w:color="auto" w:fill="FFFFFF" w:themeFill="background1"/>
              <w:jc w:val="both"/>
            </w:pPr>
            <w:r>
              <w:t>- HS ghi nhớ nhiệm vụ.</w:t>
            </w:r>
          </w:p>
        </w:tc>
      </w:tr>
    </w:tbl>
    <w:p w14:paraId="15027EAB" w14:textId="77777777" w:rsidR="00425151" w:rsidRDefault="0033237D" w:rsidP="00717C79">
      <w:pPr>
        <w:shd w:val="clear" w:color="auto" w:fill="FFFFFF" w:themeFill="background1"/>
        <w:spacing w:after="0" w:line="240" w:lineRule="auto"/>
        <w:jc w:val="both"/>
      </w:pPr>
      <w:r>
        <w:rPr>
          <w:b/>
        </w:rPr>
        <w:t>IV. ĐIỀU CHỈNH SAU TIẾT HỌC (NẾU CÓ)</w:t>
      </w:r>
    </w:p>
    <w:p w14:paraId="1BC23326" w14:textId="77777777" w:rsidR="00425151" w:rsidRDefault="00425151" w:rsidP="00717C79">
      <w:pPr>
        <w:shd w:val="clear" w:color="auto" w:fill="FFFFFF" w:themeFill="background1"/>
        <w:spacing w:after="0" w:line="240" w:lineRule="auto"/>
        <w:jc w:val="both"/>
      </w:pPr>
    </w:p>
    <w:p w14:paraId="04310828" w14:textId="77777777" w:rsidR="00425151" w:rsidRDefault="0033237D" w:rsidP="00717C79">
      <w:pPr>
        <w:shd w:val="clear" w:color="auto" w:fill="FFFFFF" w:themeFill="background1"/>
        <w:spacing w:after="0" w:line="240" w:lineRule="auto"/>
        <w:jc w:val="center"/>
      </w:pPr>
      <w:r>
        <w:rPr>
          <w:b/>
          <w:sz w:val="28"/>
        </w:rPr>
        <w:t>KẾ HOẠCH BÀI DẠY MÔN TIẾNG VIỆT LỚP 2 – TUẦN 20</w:t>
      </w:r>
    </w:p>
    <w:p w14:paraId="6812A7B7" w14:textId="77777777" w:rsidR="00425151" w:rsidRDefault="0033237D" w:rsidP="00717C79">
      <w:pPr>
        <w:shd w:val="clear" w:color="auto" w:fill="FFFFFF" w:themeFill="background1"/>
        <w:spacing w:after="0" w:line="240" w:lineRule="auto"/>
        <w:jc w:val="center"/>
      </w:pPr>
      <w:r>
        <w:rPr>
          <w:b/>
          <w:sz w:val="28"/>
        </w:rPr>
        <w:t>CHỦ ĐỀ 5: VẺ ĐẸP QUANH EM</w:t>
      </w:r>
    </w:p>
    <w:p w14:paraId="2EB918BC" w14:textId="77777777" w:rsidR="00425151" w:rsidRDefault="0033237D" w:rsidP="00717C79">
      <w:pPr>
        <w:shd w:val="clear" w:color="auto" w:fill="FFFFFF" w:themeFill="background1"/>
        <w:spacing w:after="0" w:line="240" w:lineRule="auto"/>
        <w:jc w:val="center"/>
      </w:pPr>
      <w:r>
        <w:rPr>
          <w:b/>
          <w:sz w:val="28"/>
        </w:rPr>
        <w:t>BÀI 4: TẾT ĐẾN RỒI</w:t>
      </w:r>
    </w:p>
    <w:p w14:paraId="0DF6A470" w14:textId="77777777" w:rsidR="00425151" w:rsidRDefault="0033237D" w:rsidP="00717C79">
      <w:pPr>
        <w:shd w:val="clear" w:color="auto" w:fill="FFFFFF" w:themeFill="background1"/>
        <w:spacing w:after="0" w:line="240" w:lineRule="auto"/>
        <w:jc w:val="center"/>
      </w:pPr>
      <w:r>
        <w:rPr>
          <w:b/>
          <w:sz w:val="28"/>
        </w:rPr>
        <w:t>TIẾT 5 – 6: VIẾT THIỆP CHÚC TẾT; ĐỌC MỞ RỘNG</w:t>
      </w:r>
    </w:p>
    <w:p w14:paraId="4A0F22BF" w14:textId="77777777" w:rsidR="00425151" w:rsidRDefault="0033237D" w:rsidP="00717C79">
      <w:pPr>
        <w:shd w:val="clear" w:color="auto" w:fill="FFFFFF" w:themeFill="background1"/>
        <w:spacing w:after="0" w:line="240" w:lineRule="auto"/>
        <w:jc w:val="both"/>
      </w:pPr>
      <w:r>
        <w:rPr>
          <w:b/>
        </w:rPr>
        <w:t>I. YÊU CẦU CẦN ĐẠT</w:t>
      </w:r>
    </w:p>
    <w:p w14:paraId="41B4CCDB" w14:textId="77777777" w:rsidR="00425151" w:rsidRDefault="0033237D" w:rsidP="00717C79">
      <w:pPr>
        <w:shd w:val="clear" w:color="auto" w:fill="FFFFFF" w:themeFill="background1"/>
        <w:spacing w:after="0" w:line="240" w:lineRule="auto"/>
        <w:jc w:val="both"/>
      </w:pPr>
      <w:r>
        <w:t>Sau bài học, HS sẽ:</w:t>
      </w:r>
    </w:p>
    <w:p w14:paraId="5023D4BC" w14:textId="77777777" w:rsidR="00425151" w:rsidRDefault="0033237D" w:rsidP="00717C79">
      <w:pPr>
        <w:shd w:val="clear" w:color="auto" w:fill="FFFFFF" w:themeFill="background1"/>
        <w:spacing w:after="0" w:line="240" w:lineRule="auto"/>
        <w:jc w:val="both"/>
      </w:pPr>
      <w:r>
        <w:rPr>
          <w:b/>
        </w:rPr>
        <w:t>1. Năng lực đặc thù</w:t>
      </w:r>
    </w:p>
    <w:p w14:paraId="09A50EB6" w14:textId="77777777" w:rsidR="00425151" w:rsidRDefault="0033237D" w:rsidP="00717C79">
      <w:pPr>
        <w:shd w:val="clear" w:color="auto" w:fill="FFFFFF" w:themeFill="background1"/>
        <w:spacing w:after="0" w:line="240" w:lineRule="auto"/>
        <w:jc w:val="both"/>
      </w:pPr>
      <w:r>
        <w:t>- Đọc được các tấm thiệp, trả lời đúng câu hỏi về người viết, người nhận, dịp viết thiệp và lời chúc trong thiệp.</w:t>
      </w:r>
    </w:p>
    <w:p w14:paraId="1C320A80" w14:textId="77777777" w:rsidR="00425151" w:rsidRDefault="0033237D" w:rsidP="00717C79">
      <w:pPr>
        <w:shd w:val="clear" w:color="auto" w:fill="FFFFFF" w:themeFill="background1"/>
        <w:spacing w:after="0" w:line="240" w:lineRule="auto"/>
        <w:jc w:val="both"/>
      </w:pPr>
      <w:r>
        <w:t>- Viết được một tấm thiệp chúc Tết gửi một người bạn hoặc người thân ở xa; lời chúc rõ ràng, chân thành, phù hợp.</w:t>
      </w:r>
    </w:p>
    <w:p w14:paraId="46C994AF" w14:textId="77777777" w:rsidR="00425151" w:rsidRDefault="0033237D" w:rsidP="00717C79">
      <w:pPr>
        <w:shd w:val="clear" w:color="auto" w:fill="FFFFFF" w:themeFill="background1"/>
        <w:spacing w:after="0" w:line="240" w:lineRule="auto"/>
        <w:jc w:val="both"/>
      </w:pPr>
      <w:r>
        <w:t>- Tìm đọc được một bài thơ hoặc câu chuyện về ngày Tết và chia sẻ được điều em thích.</w:t>
      </w:r>
    </w:p>
    <w:p w14:paraId="3E59E2A7" w14:textId="77777777" w:rsidR="00425151" w:rsidRDefault="0033237D" w:rsidP="00717C79">
      <w:pPr>
        <w:shd w:val="clear" w:color="auto" w:fill="FFFFFF" w:themeFill="background1"/>
        <w:spacing w:after="0" w:line="240" w:lineRule="auto"/>
        <w:jc w:val="both"/>
      </w:pPr>
      <w:r>
        <w:rPr>
          <w:b/>
        </w:rPr>
        <w:t>2. Năng lực chung</w:t>
      </w:r>
    </w:p>
    <w:p w14:paraId="1958FBC9" w14:textId="77777777" w:rsidR="00425151" w:rsidRDefault="0033237D" w:rsidP="00717C79">
      <w:pPr>
        <w:shd w:val="clear" w:color="auto" w:fill="FFFFFF" w:themeFill="background1"/>
        <w:spacing w:after="0" w:line="240" w:lineRule="auto"/>
        <w:jc w:val="both"/>
      </w:pPr>
      <w:r>
        <w:t>- Tự chủ và tự học: chủ động hoàn thành thiệp chúc Tết, tự đọc mở rộng.</w:t>
      </w:r>
    </w:p>
    <w:p w14:paraId="05BFFCB4" w14:textId="77777777" w:rsidR="00425151" w:rsidRDefault="0033237D" w:rsidP="00717C79">
      <w:pPr>
        <w:shd w:val="clear" w:color="auto" w:fill="FFFFFF" w:themeFill="background1"/>
        <w:spacing w:after="0" w:line="240" w:lineRule="auto"/>
        <w:jc w:val="both"/>
      </w:pPr>
      <w:r>
        <w:t>- Giao tiếp và hợp tác: trao đổi nhóm, đọc thiệp, chia sẻ bài đọc mở rộng.</w:t>
      </w:r>
    </w:p>
    <w:p w14:paraId="314E3F16" w14:textId="77777777" w:rsidR="00425151" w:rsidRDefault="0033237D" w:rsidP="00717C79">
      <w:pPr>
        <w:shd w:val="clear" w:color="auto" w:fill="FFFFFF" w:themeFill="background1"/>
        <w:spacing w:after="0" w:line="240" w:lineRule="auto"/>
        <w:jc w:val="both"/>
      </w:pPr>
      <w:r>
        <w:t>- Giải quyết vấn đề và sáng tạo: lựa chọn lời chúc phù hợp, trình bày thiệp đẹp và lịch sự.</w:t>
      </w:r>
    </w:p>
    <w:p w14:paraId="21D70397" w14:textId="77777777" w:rsidR="00425151" w:rsidRDefault="0033237D" w:rsidP="00717C79">
      <w:pPr>
        <w:shd w:val="clear" w:color="auto" w:fill="FFFFFF" w:themeFill="background1"/>
        <w:spacing w:after="0" w:line="240" w:lineRule="auto"/>
        <w:jc w:val="both"/>
      </w:pPr>
      <w:r>
        <w:rPr>
          <w:b/>
        </w:rPr>
        <w:t>3. Phẩm chất</w:t>
      </w:r>
    </w:p>
    <w:p w14:paraId="50B16E1A" w14:textId="77777777" w:rsidR="00425151" w:rsidRDefault="0033237D" w:rsidP="00717C79">
      <w:pPr>
        <w:shd w:val="clear" w:color="auto" w:fill="FFFFFF" w:themeFill="background1"/>
        <w:spacing w:after="0" w:line="240" w:lineRule="auto"/>
        <w:jc w:val="both"/>
      </w:pPr>
      <w:r>
        <w:t>- Nhân ái: biết gửi lời chúc tốt đẹp đến người thân, bạn bè.</w:t>
      </w:r>
    </w:p>
    <w:p w14:paraId="41D9C8C4" w14:textId="77777777" w:rsidR="00425151" w:rsidRDefault="0033237D" w:rsidP="00717C79">
      <w:pPr>
        <w:shd w:val="clear" w:color="auto" w:fill="FFFFFF" w:themeFill="background1"/>
        <w:spacing w:after="0" w:line="240" w:lineRule="auto"/>
        <w:jc w:val="both"/>
      </w:pPr>
      <w:r>
        <w:t>- Trách nhiệm: biết sử dụng công cụ số/AI đúng cách, không sao chép máy móc, không chia sẻ thông tin riêng tư.</w:t>
      </w:r>
    </w:p>
    <w:p w14:paraId="5AF7E191" w14:textId="77777777" w:rsidR="00425151" w:rsidRDefault="0033237D" w:rsidP="00717C79">
      <w:pPr>
        <w:shd w:val="clear" w:color="auto" w:fill="FFFFFF" w:themeFill="background1"/>
        <w:spacing w:after="0" w:line="240" w:lineRule="auto"/>
        <w:jc w:val="both"/>
      </w:pPr>
      <w:r>
        <w:rPr>
          <w:b/>
          <w:color w:val="C00000"/>
        </w:rPr>
        <w:t>4. Tích hợp</w:t>
      </w:r>
    </w:p>
    <w:p w14:paraId="729553C3" w14:textId="77777777" w:rsidR="00425151" w:rsidRDefault="0033237D" w:rsidP="00717C79">
      <w:pPr>
        <w:shd w:val="clear" w:color="auto" w:fill="FFFFFF" w:themeFill="background1"/>
        <w:spacing w:after="0" w:line="240" w:lineRule="auto"/>
        <w:jc w:val="both"/>
      </w:pPr>
      <w:r>
        <w:rPr>
          <w:color w:val="C00000"/>
        </w:rPr>
        <w:t>- Tích hợp năng lực số 1.1.CB1a: HS biết tìm kiếm nội dung đơn giản trong môi trường số; biết tìm đọc bài thơ, câu chuyện về ngày Tết trên nguồn học liệu số do GV cung cấp, chọn nội dung phù hợp và không bấm vào liên kết lạ.</w:t>
      </w:r>
    </w:p>
    <w:p w14:paraId="65BB42BE" w14:textId="77777777" w:rsidR="00425151" w:rsidRDefault="0033237D" w:rsidP="00717C79">
      <w:pPr>
        <w:shd w:val="clear" w:color="auto" w:fill="FFFFFF" w:themeFill="background1"/>
        <w:spacing w:after="0" w:line="240" w:lineRule="auto"/>
        <w:jc w:val="both"/>
      </w:pPr>
      <w:r>
        <w:rPr>
          <w:color w:val="C00000"/>
        </w:rPr>
        <w:lastRenderedPageBreak/>
        <w:t>- Tích hợp AI 2.A1.2: HS nhận biết công cụ AI như ChatGPT/Gemini có thể gợi ý lời chúc Tết hoặc sửa lỗi chính tả; HS chỉ dùng để tham khảo, tự viết bằng lời chân thành, không sao chép nguyên văn và không nhập thông tin riêng tư.</w:t>
      </w:r>
    </w:p>
    <w:p w14:paraId="5BFC6A3C" w14:textId="77777777" w:rsidR="00425151" w:rsidRDefault="0033237D" w:rsidP="00717C79">
      <w:pPr>
        <w:shd w:val="clear" w:color="auto" w:fill="FFFFFF" w:themeFill="background1"/>
        <w:spacing w:after="0" w:line="240" w:lineRule="auto"/>
        <w:jc w:val="both"/>
      </w:pPr>
      <w:r>
        <w:rPr>
          <w:b/>
        </w:rPr>
        <w:t>II. ĐỒ DÙNG DẠY HỌC</w:t>
      </w:r>
    </w:p>
    <w:p w14:paraId="7D845942" w14:textId="77777777" w:rsidR="00425151" w:rsidRDefault="0033237D" w:rsidP="00717C79">
      <w:pPr>
        <w:shd w:val="clear" w:color="auto" w:fill="FFFFFF" w:themeFill="background1"/>
        <w:spacing w:after="0" w:line="240" w:lineRule="auto"/>
        <w:jc w:val="both"/>
      </w:pPr>
      <w:r>
        <w:rPr>
          <w:b/>
        </w:rPr>
        <w:t>1. Giáo viên</w:t>
      </w:r>
    </w:p>
    <w:p w14:paraId="59613488" w14:textId="77777777" w:rsidR="00425151" w:rsidRDefault="0033237D" w:rsidP="00717C79">
      <w:pPr>
        <w:shd w:val="clear" w:color="auto" w:fill="FFFFFF" w:themeFill="background1"/>
        <w:spacing w:after="0" w:line="240" w:lineRule="auto"/>
        <w:jc w:val="both"/>
      </w:pPr>
      <w:r>
        <w:t>- SGK, máy chiếu; tranh hai tấm thiệp chúc Tết; giấy màu/phiếu viết thiệp; mẫu khung thiệp; một số bài thơ, câu chuyện về ngày Tết từ nguồn học liệu an toàn.</w:t>
      </w:r>
    </w:p>
    <w:p w14:paraId="0129337B" w14:textId="77777777" w:rsidR="00425151" w:rsidRDefault="0033237D" w:rsidP="00717C79">
      <w:pPr>
        <w:shd w:val="clear" w:color="auto" w:fill="FFFFFF" w:themeFill="background1"/>
        <w:spacing w:after="0" w:line="240" w:lineRule="auto"/>
        <w:jc w:val="both"/>
      </w:pPr>
      <w:r>
        <w:rPr>
          <w:b/>
        </w:rPr>
        <w:t>2. Học sinh</w:t>
      </w:r>
    </w:p>
    <w:p w14:paraId="24A8A2A4" w14:textId="77777777" w:rsidR="00425151" w:rsidRDefault="0033237D" w:rsidP="00717C79">
      <w:pPr>
        <w:shd w:val="clear" w:color="auto" w:fill="FFFFFF" w:themeFill="background1"/>
        <w:spacing w:after="0" w:line="240" w:lineRule="auto"/>
        <w:jc w:val="both"/>
      </w:pPr>
      <w:r>
        <w:t>- SGK, vở, bút màu; chuẩn bị tên người em muốn gửi thiệp.</w:t>
      </w:r>
    </w:p>
    <w:p w14:paraId="747446D1" w14:textId="77777777" w:rsidR="00425151" w:rsidRDefault="0033237D" w:rsidP="00717C79">
      <w:pPr>
        <w:shd w:val="clear" w:color="auto" w:fill="FFFFFF" w:themeFill="background1"/>
        <w:spacing w:after="0" w:line="240" w:lineRule="auto"/>
        <w:jc w:val="both"/>
      </w:pPr>
      <w:r>
        <w:rPr>
          <w:b/>
        </w:rPr>
        <w:t>III. CÁC HOẠT ĐỘNG DẠY HỌC CHỦ YẾU</w:t>
      </w:r>
    </w:p>
    <w:tbl>
      <w:tblPr>
        <w:tblStyle w:val="TableGrid"/>
        <w:tblW w:w="0" w:type="auto"/>
        <w:jc w:val="center"/>
        <w:tblLook w:val="04A0" w:firstRow="1" w:lastRow="0" w:firstColumn="1" w:lastColumn="0" w:noHBand="0" w:noVBand="1"/>
      </w:tblPr>
      <w:tblGrid>
        <w:gridCol w:w="5188"/>
        <w:gridCol w:w="5188"/>
      </w:tblGrid>
      <w:tr w:rsidR="00425151" w14:paraId="5A46A538" w14:textId="77777777" w:rsidTr="00717C79">
        <w:trPr>
          <w:jc w:val="center"/>
        </w:trPr>
        <w:tc>
          <w:tcPr>
            <w:tcW w:w="5188" w:type="dxa"/>
            <w:tcBorders>
              <w:top w:val="single" w:sz="6" w:space="0" w:color="000000"/>
              <w:left w:val="single" w:sz="6" w:space="0" w:color="000000"/>
              <w:bottom w:val="single" w:sz="4" w:space="0" w:color="000000"/>
              <w:right w:val="single" w:sz="6" w:space="0" w:color="000000"/>
            </w:tcBorders>
            <w:shd w:val="clear" w:color="auto" w:fill="D9EAF7"/>
          </w:tcPr>
          <w:p w14:paraId="2BCDB215" w14:textId="77777777" w:rsidR="00425151" w:rsidRDefault="0033237D" w:rsidP="00717C79">
            <w:pPr>
              <w:shd w:val="clear" w:color="auto" w:fill="FFFFFF" w:themeFill="background1"/>
              <w:jc w:val="both"/>
            </w:pPr>
            <w:r>
              <w:rPr>
                <w:b/>
              </w:rPr>
              <w:t>Hoạt động của GV</w:t>
            </w:r>
          </w:p>
        </w:tc>
        <w:tc>
          <w:tcPr>
            <w:tcW w:w="5188" w:type="dxa"/>
            <w:tcBorders>
              <w:top w:val="single" w:sz="6" w:space="0" w:color="000000"/>
              <w:left w:val="single" w:sz="6" w:space="0" w:color="000000"/>
              <w:bottom w:val="single" w:sz="4" w:space="0" w:color="000000"/>
              <w:right w:val="single" w:sz="6" w:space="0" w:color="000000"/>
            </w:tcBorders>
            <w:shd w:val="clear" w:color="auto" w:fill="D9EAF7"/>
          </w:tcPr>
          <w:p w14:paraId="0D358BF3" w14:textId="77777777" w:rsidR="00425151" w:rsidRDefault="0033237D" w:rsidP="00717C79">
            <w:pPr>
              <w:shd w:val="clear" w:color="auto" w:fill="FFFFFF" w:themeFill="background1"/>
              <w:jc w:val="both"/>
            </w:pPr>
            <w:r>
              <w:rPr>
                <w:b/>
              </w:rPr>
              <w:t>Hoạt động của HS</w:t>
            </w:r>
          </w:p>
        </w:tc>
      </w:tr>
      <w:tr w:rsidR="00425151" w14:paraId="3F13DB0E"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633D3B2B" w14:textId="77777777" w:rsidR="00425151" w:rsidRDefault="0033237D" w:rsidP="00717C79">
            <w:pPr>
              <w:shd w:val="clear" w:color="auto" w:fill="FFFFFF" w:themeFill="background1"/>
            </w:pPr>
            <w:r>
              <w:rPr>
                <w:b/>
              </w:rPr>
              <w:t>TIẾT 5</w:t>
            </w:r>
          </w:p>
        </w:tc>
      </w:tr>
      <w:tr w:rsidR="00425151" w14:paraId="4D2A581C"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77C77A47" w14:textId="77777777" w:rsidR="00425151" w:rsidRDefault="0033237D" w:rsidP="00717C79">
            <w:pPr>
              <w:shd w:val="clear" w:color="auto" w:fill="FFFFFF" w:themeFill="background1"/>
            </w:pPr>
            <w:r>
              <w:rPr>
                <w:b/>
              </w:rPr>
              <w:t>1. KHỞI ĐỘNG (3 phút)</w:t>
            </w:r>
          </w:p>
          <w:p w14:paraId="3AAAFFF6" w14:textId="77777777" w:rsidR="00425151" w:rsidRDefault="0033237D" w:rsidP="00717C79">
            <w:pPr>
              <w:shd w:val="clear" w:color="auto" w:fill="FFFFFF" w:themeFill="background1"/>
            </w:pPr>
            <w:r>
              <w:rPr>
                <w:b/>
              </w:rPr>
              <w:t>Mục tiêu: HS chia sẻ lời chúc Tết và chuẩn bị đọc thiệp.</w:t>
            </w:r>
          </w:p>
        </w:tc>
      </w:tr>
      <w:tr w:rsidR="00425151" w14:paraId="2FF05C74" w14:textId="77777777" w:rsidTr="00717C79">
        <w:trPr>
          <w:jc w:val="center"/>
        </w:trPr>
        <w:tc>
          <w:tcPr>
            <w:tcW w:w="5188" w:type="dxa"/>
            <w:tcBorders>
              <w:top w:val="single" w:sz="4" w:space="0" w:color="000000"/>
              <w:bottom w:val="single" w:sz="4" w:space="0" w:color="000000"/>
            </w:tcBorders>
          </w:tcPr>
          <w:p w14:paraId="6C82F88B" w14:textId="77777777" w:rsidR="00425151" w:rsidRDefault="0033237D" w:rsidP="00717C79">
            <w:pPr>
              <w:shd w:val="clear" w:color="auto" w:fill="FFFFFF" w:themeFill="background1"/>
              <w:jc w:val="both"/>
            </w:pPr>
            <w:r>
              <w:t>- GV yêu cầu HS nói một lời chúc Tết em thường nghe hoặc thường nói.</w:t>
            </w:r>
          </w:p>
          <w:p w14:paraId="7785EC8C" w14:textId="77777777" w:rsidR="00425151" w:rsidRDefault="0033237D" w:rsidP="00717C79">
            <w:pPr>
              <w:shd w:val="clear" w:color="auto" w:fill="FFFFFF" w:themeFill="background1"/>
              <w:jc w:val="both"/>
            </w:pPr>
            <w:r>
              <w:t>- GV dẫn vào hoạt động đọc thiệp chúc Tết.</w:t>
            </w:r>
          </w:p>
        </w:tc>
        <w:tc>
          <w:tcPr>
            <w:tcW w:w="5188" w:type="dxa"/>
            <w:tcBorders>
              <w:top w:val="single" w:sz="4" w:space="0" w:color="000000"/>
              <w:bottom w:val="single" w:sz="4" w:space="0" w:color="000000"/>
            </w:tcBorders>
          </w:tcPr>
          <w:p w14:paraId="67D0A108" w14:textId="77777777" w:rsidR="00425151" w:rsidRDefault="0033237D" w:rsidP="00717C79">
            <w:pPr>
              <w:shd w:val="clear" w:color="auto" w:fill="FFFFFF" w:themeFill="background1"/>
              <w:jc w:val="both"/>
            </w:pPr>
            <w:r>
              <w:t>- HS nói: Chúc ông bà mạnh khỏe; chúc bố mẹ mọi điều tốt đẹp; chúc bạn học giỏi, vui vẻ.</w:t>
            </w:r>
          </w:p>
          <w:p w14:paraId="49BE9895" w14:textId="77777777" w:rsidR="00425151" w:rsidRDefault="0033237D" w:rsidP="00717C79">
            <w:pPr>
              <w:shd w:val="clear" w:color="auto" w:fill="FFFFFF" w:themeFill="background1"/>
              <w:jc w:val="both"/>
            </w:pPr>
            <w:r>
              <w:t>- HS lắng nghe.</w:t>
            </w:r>
          </w:p>
        </w:tc>
      </w:tr>
      <w:tr w:rsidR="00425151" w14:paraId="1E152FB2"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33179D31" w14:textId="77777777" w:rsidR="00425151" w:rsidRDefault="0033237D" w:rsidP="00717C79">
            <w:pPr>
              <w:shd w:val="clear" w:color="auto" w:fill="FFFFFF" w:themeFill="background1"/>
            </w:pPr>
            <w:r>
              <w:rPr>
                <w:b/>
              </w:rPr>
              <w:t>2. ĐỌC THIỆP VÀ TRẢ LỜI CÂU HỎI (15 phút)</w:t>
            </w:r>
          </w:p>
          <w:p w14:paraId="2BF62C7B" w14:textId="77777777" w:rsidR="00425151" w:rsidRDefault="0033237D" w:rsidP="00717C79">
            <w:pPr>
              <w:shd w:val="clear" w:color="auto" w:fill="FFFFFF" w:themeFill="background1"/>
            </w:pPr>
            <w:r>
              <w:rPr>
                <w:b/>
              </w:rPr>
              <w:t>Mục tiêu: HS đọc được thiệp, xác định người viết, người nhận, dịp viết và lời chúc trong thiệp.</w:t>
            </w:r>
          </w:p>
        </w:tc>
      </w:tr>
      <w:tr w:rsidR="00425151" w14:paraId="1CA8EE65" w14:textId="77777777" w:rsidTr="00717C79">
        <w:trPr>
          <w:jc w:val="center"/>
        </w:trPr>
        <w:tc>
          <w:tcPr>
            <w:tcW w:w="5188" w:type="dxa"/>
            <w:tcBorders>
              <w:top w:val="single" w:sz="4" w:space="0" w:color="000000"/>
              <w:bottom w:val="nil"/>
            </w:tcBorders>
          </w:tcPr>
          <w:p w14:paraId="2DD37E4E" w14:textId="77777777" w:rsidR="00425151" w:rsidRDefault="0033237D" w:rsidP="00717C79">
            <w:pPr>
              <w:shd w:val="clear" w:color="auto" w:fill="FFFFFF" w:themeFill="background1"/>
              <w:jc w:val="both"/>
            </w:pPr>
            <w:r>
              <w:rPr>
                <w:b/>
              </w:rPr>
              <w:t>- Hoạt động 1: Đọc các tấm thiệp dưới đây và trả lời câu hỏi.</w:t>
            </w:r>
          </w:p>
          <w:p w14:paraId="25A14A7B" w14:textId="77777777" w:rsidR="00425151" w:rsidRDefault="0033237D" w:rsidP="00717C79">
            <w:pPr>
              <w:shd w:val="clear" w:color="auto" w:fill="FFFFFF" w:themeFill="background1"/>
              <w:jc w:val="both"/>
            </w:pPr>
            <w:r>
              <w:t>- GV yêu cầu HS quan sát, đọc thầm hai tấm thiệp trong SGK.</w:t>
            </w:r>
          </w:p>
          <w:p w14:paraId="37B329D9" w14:textId="50E834BA" w:rsidR="00425151" w:rsidRDefault="00425151" w:rsidP="00717C79">
            <w:pPr>
              <w:shd w:val="clear" w:color="auto" w:fill="FFFFFF" w:themeFill="background1"/>
              <w:jc w:val="center"/>
            </w:pPr>
          </w:p>
        </w:tc>
        <w:tc>
          <w:tcPr>
            <w:tcW w:w="5188" w:type="dxa"/>
            <w:tcBorders>
              <w:top w:val="single" w:sz="4" w:space="0" w:color="000000"/>
              <w:bottom w:val="nil"/>
            </w:tcBorders>
          </w:tcPr>
          <w:p w14:paraId="6F594983" w14:textId="77777777" w:rsidR="00425151" w:rsidRDefault="0033237D" w:rsidP="00717C79">
            <w:pPr>
              <w:shd w:val="clear" w:color="auto" w:fill="FFFFFF" w:themeFill="background1"/>
              <w:jc w:val="both"/>
            </w:pPr>
            <w:r>
              <w:t>- HS quan sát và đọc thầm hai tấm thiệp.</w:t>
            </w:r>
          </w:p>
          <w:p w14:paraId="4F662511" w14:textId="77777777" w:rsidR="00425151" w:rsidRDefault="0033237D" w:rsidP="00717C79">
            <w:pPr>
              <w:shd w:val="clear" w:color="auto" w:fill="FFFFFF" w:themeFill="background1"/>
              <w:jc w:val="both"/>
            </w:pPr>
            <w:r>
              <w:t>- HS xác định nội dung chính của từng thiệp.</w:t>
            </w:r>
          </w:p>
        </w:tc>
      </w:tr>
      <w:tr w:rsidR="00425151" w14:paraId="4B34F017" w14:textId="77777777" w:rsidTr="00717C79">
        <w:trPr>
          <w:jc w:val="center"/>
        </w:trPr>
        <w:tc>
          <w:tcPr>
            <w:tcW w:w="5188" w:type="dxa"/>
            <w:tcBorders>
              <w:top w:val="nil"/>
              <w:bottom w:val="nil"/>
            </w:tcBorders>
          </w:tcPr>
          <w:p w14:paraId="17CE5DC7" w14:textId="77777777" w:rsidR="00425151" w:rsidRDefault="0033237D" w:rsidP="00717C79">
            <w:pPr>
              <w:shd w:val="clear" w:color="auto" w:fill="FFFFFF" w:themeFill="background1"/>
              <w:jc w:val="both"/>
            </w:pPr>
            <w:r>
              <w:rPr>
                <w:b/>
              </w:rPr>
              <w:t>- a. Mỗi tấm thiệp trên là của ai viết gửi đến ai?</w:t>
            </w:r>
          </w:p>
          <w:p w14:paraId="62F060E6" w14:textId="77777777" w:rsidR="00425151" w:rsidRDefault="0033237D" w:rsidP="00717C79">
            <w:pPr>
              <w:shd w:val="clear" w:color="auto" w:fill="FFFFFF" w:themeFill="background1"/>
              <w:jc w:val="both"/>
            </w:pPr>
            <w:r>
              <w:t>- GV gọi HS trả lời từng tấm thiệp.</w:t>
            </w:r>
          </w:p>
        </w:tc>
        <w:tc>
          <w:tcPr>
            <w:tcW w:w="5188" w:type="dxa"/>
            <w:tcBorders>
              <w:top w:val="nil"/>
              <w:bottom w:val="nil"/>
            </w:tcBorders>
          </w:tcPr>
          <w:p w14:paraId="3AC24DF1" w14:textId="77777777" w:rsidR="00425151" w:rsidRDefault="0033237D" w:rsidP="00717C79">
            <w:pPr>
              <w:shd w:val="clear" w:color="auto" w:fill="FFFFFF" w:themeFill="background1"/>
              <w:jc w:val="both"/>
            </w:pPr>
            <w:r>
              <w:t>- HS trả lời: Tấm thiệp thứ nhất do Lê Hiếu viết gửi ông bà. Tấm thiệp thứ hai do Phương Mai viết gửi bố mẹ.</w:t>
            </w:r>
          </w:p>
        </w:tc>
      </w:tr>
      <w:tr w:rsidR="00425151" w14:paraId="57416EDD" w14:textId="77777777" w:rsidTr="00717C79">
        <w:trPr>
          <w:jc w:val="center"/>
        </w:trPr>
        <w:tc>
          <w:tcPr>
            <w:tcW w:w="5188" w:type="dxa"/>
            <w:tcBorders>
              <w:top w:val="nil"/>
              <w:bottom w:val="nil"/>
            </w:tcBorders>
          </w:tcPr>
          <w:p w14:paraId="48EB7E84" w14:textId="77777777" w:rsidR="00425151" w:rsidRDefault="0033237D" w:rsidP="00717C79">
            <w:pPr>
              <w:shd w:val="clear" w:color="auto" w:fill="FFFFFF" w:themeFill="background1"/>
              <w:jc w:val="both"/>
            </w:pPr>
            <w:r>
              <w:rPr>
                <w:b/>
              </w:rPr>
              <w:t>- b. Mỗi tấm thiệp đó được viết trong dịp nào?</w:t>
            </w:r>
          </w:p>
          <w:p w14:paraId="0D6177D5" w14:textId="77777777" w:rsidR="00425151" w:rsidRDefault="0033237D" w:rsidP="00717C79">
            <w:pPr>
              <w:shd w:val="clear" w:color="auto" w:fill="FFFFFF" w:themeFill="background1"/>
              <w:jc w:val="both"/>
            </w:pPr>
            <w:r>
              <w:t>- GV gọi HS trả lời.</w:t>
            </w:r>
          </w:p>
        </w:tc>
        <w:tc>
          <w:tcPr>
            <w:tcW w:w="5188" w:type="dxa"/>
            <w:tcBorders>
              <w:top w:val="nil"/>
              <w:bottom w:val="nil"/>
            </w:tcBorders>
          </w:tcPr>
          <w:p w14:paraId="6F3ECCBD" w14:textId="77777777" w:rsidR="00425151" w:rsidRDefault="0033237D" w:rsidP="00717C79">
            <w:pPr>
              <w:shd w:val="clear" w:color="auto" w:fill="FFFFFF" w:themeFill="background1"/>
              <w:jc w:val="both"/>
            </w:pPr>
            <w:r>
              <w:t>- HS trả lời: Hai tấm thiệp được viết trong dịp Tết Nguyên đán/năm mới.</w:t>
            </w:r>
          </w:p>
        </w:tc>
      </w:tr>
      <w:tr w:rsidR="00425151" w14:paraId="35C70C54" w14:textId="77777777" w:rsidTr="00717C79">
        <w:trPr>
          <w:jc w:val="center"/>
        </w:trPr>
        <w:tc>
          <w:tcPr>
            <w:tcW w:w="5188" w:type="dxa"/>
            <w:tcBorders>
              <w:top w:val="nil"/>
              <w:bottom w:val="single" w:sz="4" w:space="0" w:color="000000"/>
            </w:tcBorders>
          </w:tcPr>
          <w:p w14:paraId="0446E609" w14:textId="77777777" w:rsidR="00425151" w:rsidRDefault="0033237D" w:rsidP="00717C79">
            <w:pPr>
              <w:shd w:val="clear" w:color="auto" w:fill="FFFFFF" w:themeFill="background1"/>
              <w:jc w:val="both"/>
            </w:pPr>
            <w:r>
              <w:rPr>
                <w:b/>
              </w:rPr>
              <w:t>- c. Người viết chúc điều gì?</w:t>
            </w:r>
          </w:p>
          <w:p w14:paraId="2EF3A144" w14:textId="77777777" w:rsidR="00425151" w:rsidRDefault="0033237D" w:rsidP="00717C79">
            <w:pPr>
              <w:shd w:val="clear" w:color="auto" w:fill="FFFFFF" w:themeFill="background1"/>
              <w:jc w:val="both"/>
            </w:pPr>
            <w:r>
              <w:t>- GV yêu cầu HS tìm lời chúc trong mỗi thiệp.</w:t>
            </w:r>
          </w:p>
        </w:tc>
        <w:tc>
          <w:tcPr>
            <w:tcW w:w="5188" w:type="dxa"/>
            <w:tcBorders>
              <w:top w:val="nil"/>
              <w:bottom w:val="single" w:sz="4" w:space="0" w:color="000000"/>
            </w:tcBorders>
          </w:tcPr>
          <w:p w14:paraId="537E77CE" w14:textId="77777777" w:rsidR="00425151" w:rsidRDefault="0033237D" w:rsidP="00717C79">
            <w:pPr>
              <w:shd w:val="clear" w:color="auto" w:fill="FFFFFF" w:themeFill="background1"/>
              <w:jc w:val="both"/>
            </w:pPr>
            <w:r>
              <w:t>- HS trả lời: Lê Hiếu chúc ông bà luôn mạnh khỏe và vui vẻ. Phương Mai chúc bố mẹ mọi điều tốt đẹp.</w:t>
            </w:r>
          </w:p>
        </w:tc>
      </w:tr>
      <w:tr w:rsidR="00425151" w14:paraId="021938B1"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3030BAF9" w14:textId="77777777" w:rsidR="00425151" w:rsidRDefault="0033237D" w:rsidP="00717C79">
            <w:pPr>
              <w:shd w:val="clear" w:color="auto" w:fill="FFFFFF" w:themeFill="background1"/>
            </w:pPr>
            <w:r>
              <w:rPr>
                <w:b/>
              </w:rPr>
              <w:t>3. VIẾT THIỆP CHÚC TẾT (14 phút)</w:t>
            </w:r>
          </w:p>
          <w:p w14:paraId="5881AEBC" w14:textId="77777777" w:rsidR="00425151" w:rsidRDefault="0033237D" w:rsidP="00717C79">
            <w:pPr>
              <w:shd w:val="clear" w:color="auto" w:fill="FFFFFF" w:themeFill="background1"/>
            </w:pPr>
            <w:r>
              <w:rPr>
                <w:b/>
              </w:rPr>
              <w:t>Mục tiêu: HS viết được tấm thiệp chúc Tết có lời chúc rõ ràng, phù hợp; biết sử dụng AI ở mức tham khảo, an toàn.</w:t>
            </w:r>
          </w:p>
        </w:tc>
      </w:tr>
      <w:tr w:rsidR="00425151" w14:paraId="72221D18" w14:textId="77777777" w:rsidTr="00717C79">
        <w:trPr>
          <w:jc w:val="center"/>
        </w:trPr>
        <w:tc>
          <w:tcPr>
            <w:tcW w:w="5188" w:type="dxa"/>
            <w:tcBorders>
              <w:top w:val="single" w:sz="4" w:space="0" w:color="000000"/>
              <w:bottom w:val="nil"/>
            </w:tcBorders>
          </w:tcPr>
          <w:p w14:paraId="1CA0A257" w14:textId="77777777" w:rsidR="00425151" w:rsidRDefault="0033237D" w:rsidP="00717C79">
            <w:pPr>
              <w:shd w:val="clear" w:color="auto" w:fill="FFFFFF" w:themeFill="background1"/>
              <w:jc w:val="both"/>
            </w:pPr>
            <w:r>
              <w:rPr>
                <w:b/>
              </w:rPr>
              <w:t>- Hoạt động 2: Em hãy viết một tấm thiệp chúc Tết gửi cho một người bạn hoặc người thân ở xa.</w:t>
            </w:r>
          </w:p>
          <w:p w14:paraId="59809463" w14:textId="77777777" w:rsidR="00425151" w:rsidRDefault="0033237D" w:rsidP="00717C79">
            <w:pPr>
              <w:shd w:val="clear" w:color="auto" w:fill="FFFFFF" w:themeFill="background1"/>
              <w:jc w:val="both"/>
            </w:pPr>
            <w:r>
              <w:t>- GV hướng dẫn cấu trúc thiệp: lời xưng hô, lời chúc, tên người viết.</w:t>
            </w:r>
          </w:p>
          <w:p w14:paraId="34C96DF6" w14:textId="77777777" w:rsidR="00425151" w:rsidRDefault="0033237D" w:rsidP="00717C79">
            <w:pPr>
              <w:shd w:val="clear" w:color="auto" w:fill="FFFFFF" w:themeFill="background1"/>
              <w:jc w:val="both"/>
            </w:pPr>
            <w:r>
              <w:t>- GV nhắc HS lời chúc cần chân thành, phù hợp với người nhận.</w:t>
            </w:r>
          </w:p>
        </w:tc>
        <w:tc>
          <w:tcPr>
            <w:tcW w:w="5188" w:type="dxa"/>
            <w:tcBorders>
              <w:top w:val="single" w:sz="4" w:space="0" w:color="000000"/>
              <w:bottom w:val="nil"/>
            </w:tcBorders>
          </w:tcPr>
          <w:p w14:paraId="2E8C4199" w14:textId="77777777" w:rsidR="00425151" w:rsidRDefault="0033237D" w:rsidP="00717C79">
            <w:pPr>
              <w:shd w:val="clear" w:color="auto" w:fill="FFFFFF" w:themeFill="background1"/>
              <w:jc w:val="both"/>
            </w:pPr>
            <w:r>
              <w:t>- HS đọc yêu cầu.</w:t>
            </w:r>
          </w:p>
          <w:p w14:paraId="55BD4C25" w14:textId="77777777" w:rsidR="00425151" w:rsidRDefault="0033237D" w:rsidP="00717C79">
            <w:pPr>
              <w:shd w:val="clear" w:color="auto" w:fill="FFFFFF" w:themeFill="background1"/>
              <w:jc w:val="both"/>
            </w:pPr>
            <w:r>
              <w:t>- HS nêu cấu trúc thiệp: gửi ai, chúc điều gì, người viết là ai.</w:t>
            </w:r>
          </w:p>
          <w:p w14:paraId="5A1EFECE" w14:textId="77777777" w:rsidR="00425151" w:rsidRDefault="0033237D" w:rsidP="00717C79">
            <w:pPr>
              <w:shd w:val="clear" w:color="auto" w:fill="FFFFFF" w:themeFill="background1"/>
              <w:jc w:val="both"/>
            </w:pPr>
            <w:r>
              <w:t>- HS chọn người nhận thiệp: ông bà, cô chú, bạn thân, người thân ở xa.</w:t>
            </w:r>
          </w:p>
        </w:tc>
      </w:tr>
      <w:tr w:rsidR="00425151" w14:paraId="569FE32E" w14:textId="77777777" w:rsidTr="00717C79">
        <w:trPr>
          <w:jc w:val="center"/>
        </w:trPr>
        <w:tc>
          <w:tcPr>
            <w:tcW w:w="5188" w:type="dxa"/>
            <w:tcBorders>
              <w:top w:val="nil"/>
              <w:bottom w:val="nil"/>
            </w:tcBorders>
          </w:tcPr>
          <w:p w14:paraId="21C31004" w14:textId="77777777" w:rsidR="00425151" w:rsidRDefault="0033237D" w:rsidP="00717C79">
            <w:pPr>
              <w:shd w:val="clear" w:color="auto" w:fill="FFFFFF" w:themeFill="background1"/>
              <w:jc w:val="both"/>
            </w:pPr>
            <w:r>
              <w:rPr>
                <w:color w:val="C00000"/>
              </w:rPr>
              <w:t>- GV hỏi dẫn tích hợp AI: Khi viết thiệp chúc Tết, em có thể dùng công cụ AI để hỗ trợ điều gì?</w:t>
            </w:r>
          </w:p>
          <w:p w14:paraId="534A2B50" w14:textId="77777777" w:rsidR="00425151" w:rsidRDefault="0033237D" w:rsidP="00717C79">
            <w:pPr>
              <w:shd w:val="clear" w:color="auto" w:fill="FFFFFF" w:themeFill="background1"/>
              <w:jc w:val="both"/>
            </w:pPr>
            <w:r>
              <w:rPr>
                <w:color w:val="C00000"/>
              </w:rPr>
              <w:t xml:space="preserve">- GV diễn giải tích hợp AI: Công cụ AI như ChatGPT hoặc Gemini trên máy của giáo viên có thể gợi ý vài lời chúc, ví dụ chúc sức khỏe, bình an, học tập tiến bộ, hoặc giúp kiểm tra lỗi </w:t>
            </w:r>
            <w:r>
              <w:rPr>
                <w:color w:val="C00000"/>
              </w:rPr>
              <w:lastRenderedPageBreak/>
              <w:t>chính tả trong lời chúc. Tuy nhiên, thiệp là tình cảm thật của em nên các em không chép nguyên văn câu do AI gợi ý. Các em phải tự chọn lời chúc phù hợp, không nhập thông tin riêng tư như địa chỉ nhà, số điện thoại, hình ảnh cá nhân hoặc thông tin gia đình vào công cụ AI.</w:t>
            </w:r>
          </w:p>
        </w:tc>
        <w:tc>
          <w:tcPr>
            <w:tcW w:w="5188" w:type="dxa"/>
            <w:tcBorders>
              <w:top w:val="nil"/>
              <w:bottom w:val="nil"/>
            </w:tcBorders>
          </w:tcPr>
          <w:p w14:paraId="5F6C8F4D" w14:textId="77777777" w:rsidR="00425151" w:rsidRDefault="0033237D" w:rsidP="00717C79">
            <w:pPr>
              <w:shd w:val="clear" w:color="auto" w:fill="FFFFFF" w:themeFill="background1"/>
              <w:jc w:val="both"/>
            </w:pPr>
            <w:r>
              <w:rPr>
                <w:color w:val="C00000"/>
              </w:rPr>
              <w:lastRenderedPageBreak/>
              <w:t>- HS trả lời: AI có thể gợi ý lời chúc hoặc giúp kiểm tra lỗi chính tả.</w:t>
            </w:r>
          </w:p>
          <w:p w14:paraId="62C264BF" w14:textId="77777777" w:rsidR="00425151" w:rsidRDefault="0033237D" w:rsidP="00717C79">
            <w:pPr>
              <w:shd w:val="clear" w:color="auto" w:fill="FFFFFF" w:themeFill="background1"/>
              <w:jc w:val="both"/>
            </w:pPr>
            <w:r>
              <w:rPr>
                <w:color w:val="C00000"/>
              </w:rPr>
              <w:t>- HS nhắc lại: Em chỉ tham khảo, tự viết bằng lời của mình, không nhập thông tin riêng tư và không sao chép nguyên văn.</w:t>
            </w:r>
          </w:p>
        </w:tc>
      </w:tr>
      <w:tr w:rsidR="00425151" w14:paraId="2E0F203E" w14:textId="77777777" w:rsidTr="00717C79">
        <w:trPr>
          <w:jc w:val="center"/>
        </w:trPr>
        <w:tc>
          <w:tcPr>
            <w:tcW w:w="5188" w:type="dxa"/>
            <w:tcBorders>
              <w:top w:val="nil"/>
              <w:bottom w:val="single" w:sz="4" w:space="0" w:color="000000"/>
            </w:tcBorders>
          </w:tcPr>
          <w:p w14:paraId="4EDB35D9" w14:textId="77777777" w:rsidR="00425151" w:rsidRDefault="0033237D" w:rsidP="00717C79">
            <w:pPr>
              <w:shd w:val="clear" w:color="auto" w:fill="FFFFFF" w:themeFill="background1"/>
              <w:jc w:val="both"/>
            </w:pPr>
            <w:r>
              <w:t>- GV yêu cầu HS viết thiệp vào phiếu hoặc vở.</w:t>
            </w:r>
          </w:p>
          <w:p w14:paraId="4AADB360" w14:textId="77777777" w:rsidR="00425151" w:rsidRDefault="0033237D" w:rsidP="00717C79">
            <w:pPr>
              <w:shd w:val="clear" w:color="auto" w:fill="FFFFFF" w:themeFill="background1"/>
              <w:jc w:val="both"/>
            </w:pPr>
            <w:r>
              <w:t>- GV mời 2 – 3 HS đọc thiệp trước lớp, nhận xét lời chúc và cách trình bày.</w:t>
            </w:r>
          </w:p>
        </w:tc>
        <w:tc>
          <w:tcPr>
            <w:tcW w:w="5188" w:type="dxa"/>
            <w:tcBorders>
              <w:top w:val="nil"/>
              <w:bottom w:val="single" w:sz="4" w:space="0" w:color="000000"/>
            </w:tcBorders>
          </w:tcPr>
          <w:p w14:paraId="04C75926" w14:textId="77777777" w:rsidR="00425151" w:rsidRDefault="0033237D" w:rsidP="00717C79">
            <w:pPr>
              <w:shd w:val="clear" w:color="auto" w:fill="FFFFFF" w:themeFill="background1"/>
              <w:jc w:val="both"/>
            </w:pPr>
            <w:r>
              <w:t>- HS viết thiệp.</w:t>
            </w:r>
          </w:p>
          <w:p w14:paraId="6EB3B02A" w14:textId="77777777" w:rsidR="00425151" w:rsidRDefault="0033237D" w:rsidP="00717C79">
            <w:pPr>
              <w:shd w:val="clear" w:color="auto" w:fill="FFFFFF" w:themeFill="background1"/>
              <w:jc w:val="both"/>
            </w:pPr>
            <w:r>
              <w:t>- Ví dụ: Ông bà kính yêu! Nhân dịp năm mới, cháu kính chúc ông bà luôn mạnh khỏe, vui vẻ và bình an. Cháu của ông bà: Bảo An.</w:t>
            </w:r>
          </w:p>
          <w:p w14:paraId="7E7A1F49" w14:textId="77777777" w:rsidR="00425151" w:rsidRDefault="0033237D" w:rsidP="00717C79">
            <w:pPr>
              <w:shd w:val="clear" w:color="auto" w:fill="FFFFFF" w:themeFill="background1"/>
              <w:jc w:val="both"/>
            </w:pPr>
            <w:r>
              <w:t>- HS đọc thiệp, nhận xét bạn viết lời chúc chân thành, đúng chính tả.</w:t>
            </w:r>
          </w:p>
        </w:tc>
      </w:tr>
      <w:tr w:rsidR="00425151" w14:paraId="7F21BB62"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1554B395" w14:textId="77777777" w:rsidR="00425151" w:rsidRDefault="0033237D" w:rsidP="00717C79">
            <w:pPr>
              <w:shd w:val="clear" w:color="auto" w:fill="FFFFFF" w:themeFill="background1"/>
            </w:pPr>
            <w:r>
              <w:rPr>
                <w:b/>
              </w:rPr>
              <w:t>4. VẬN DỤNG (3 phút)</w:t>
            </w:r>
          </w:p>
          <w:p w14:paraId="6D7A126C" w14:textId="77777777" w:rsidR="00425151" w:rsidRDefault="0033237D" w:rsidP="00717C79">
            <w:pPr>
              <w:shd w:val="clear" w:color="auto" w:fill="FFFFFF" w:themeFill="background1"/>
            </w:pPr>
            <w:r>
              <w:rPr>
                <w:b/>
              </w:rPr>
              <w:t>Mục tiêu: HS biết gửi lời chúc phù hợp đến người thân.</w:t>
            </w:r>
          </w:p>
        </w:tc>
      </w:tr>
      <w:tr w:rsidR="00425151" w14:paraId="060EC9D3" w14:textId="77777777" w:rsidTr="00717C79">
        <w:trPr>
          <w:jc w:val="center"/>
        </w:trPr>
        <w:tc>
          <w:tcPr>
            <w:tcW w:w="5188" w:type="dxa"/>
            <w:tcBorders>
              <w:top w:val="single" w:sz="4" w:space="0" w:color="000000"/>
              <w:bottom w:val="single" w:sz="4" w:space="0" w:color="000000"/>
            </w:tcBorders>
          </w:tcPr>
          <w:p w14:paraId="4C1E8C12" w14:textId="77777777" w:rsidR="00425151" w:rsidRDefault="0033237D" w:rsidP="00717C79">
            <w:pPr>
              <w:shd w:val="clear" w:color="auto" w:fill="FFFFFF" w:themeFill="background1"/>
              <w:jc w:val="both"/>
            </w:pPr>
            <w:r>
              <w:t>- GV dặn HS hoàn thiện thiệp, có thể gửi hoặc đọc lời chúc cho người thân nghe.</w:t>
            </w:r>
          </w:p>
        </w:tc>
        <w:tc>
          <w:tcPr>
            <w:tcW w:w="5188" w:type="dxa"/>
            <w:tcBorders>
              <w:top w:val="single" w:sz="4" w:space="0" w:color="000000"/>
              <w:bottom w:val="single" w:sz="4" w:space="0" w:color="000000"/>
            </w:tcBorders>
          </w:tcPr>
          <w:p w14:paraId="4AF076EA" w14:textId="77777777" w:rsidR="00425151" w:rsidRDefault="0033237D" w:rsidP="00717C79">
            <w:pPr>
              <w:shd w:val="clear" w:color="auto" w:fill="FFFFFF" w:themeFill="background1"/>
              <w:jc w:val="both"/>
            </w:pPr>
            <w:r>
              <w:t>- HS ghi nhớ nhiệm vụ.</w:t>
            </w:r>
          </w:p>
        </w:tc>
      </w:tr>
      <w:tr w:rsidR="00425151" w14:paraId="3232D4D5"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00615CD4" w14:textId="77777777" w:rsidR="00425151" w:rsidRDefault="0033237D" w:rsidP="00717C79">
            <w:pPr>
              <w:shd w:val="clear" w:color="auto" w:fill="FFFFFF" w:themeFill="background1"/>
            </w:pPr>
            <w:r>
              <w:rPr>
                <w:b/>
              </w:rPr>
              <w:t>TIẾT 6</w:t>
            </w:r>
          </w:p>
        </w:tc>
      </w:tr>
      <w:tr w:rsidR="00425151" w14:paraId="20628EDB"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631BC279" w14:textId="77777777" w:rsidR="00425151" w:rsidRDefault="0033237D" w:rsidP="00717C79">
            <w:pPr>
              <w:shd w:val="clear" w:color="auto" w:fill="FFFFFF" w:themeFill="background1"/>
            </w:pPr>
            <w:r>
              <w:rPr>
                <w:b/>
              </w:rPr>
              <w:t>1. KHỞI ĐỘNG (3 phút)</w:t>
            </w:r>
          </w:p>
          <w:p w14:paraId="3B00950B" w14:textId="77777777" w:rsidR="00425151" w:rsidRDefault="0033237D" w:rsidP="00717C79">
            <w:pPr>
              <w:shd w:val="clear" w:color="auto" w:fill="FFFFFF" w:themeFill="background1"/>
            </w:pPr>
            <w:r>
              <w:rPr>
                <w:b/>
              </w:rPr>
              <w:t>Mục tiêu: HS nhớ lại các câu chuyện, bài thơ về ngày Tết.</w:t>
            </w:r>
          </w:p>
        </w:tc>
      </w:tr>
      <w:tr w:rsidR="00425151" w14:paraId="1068720B" w14:textId="77777777" w:rsidTr="00717C79">
        <w:trPr>
          <w:jc w:val="center"/>
        </w:trPr>
        <w:tc>
          <w:tcPr>
            <w:tcW w:w="5188" w:type="dxa"/>
            <w:tcBorders>
              <w:top w:val="single" w:sz="4" w:space="0" w:color="000000"/>
              <w:bottom w:val="single" w:sz="4" w:space="0" w:color="000000"/>
            </w:tcBorders>
          </w:tcPr>
          <w:p w14:paraId="000F2275" w14:textId="77777777" w:rsidR="00425151" w:rsidRDefault="0033237D" w:rsidP="00717C79">
            <w:pPr>
              <w:shd w:val="clear" w:color="auto" w:fill="FFFFFF" w:themeFill="background1"/>
              <w:jc w:val="both"/>
            </w:pPr>
            <w:r>
              <w:t>- GV hỏi: Em biết bài thơ hoặc câu chuyện nào viết về ngày Tết?</w:t>
            </w:r>
          </w:p>
          <w:p w14:paraId="5FA98D23" w14:textId="77777777" w:rsidR="00425151" w:rsidRDefault="0033237D" w:rsidP="00717C79">
            <w:pPr>
              <w:shd w:val="clear" w:color="auto" w:fill="FFFFFF" w:themeFill="background1"/>
              <w:jc w:val="both"/>
            </w:pPr>
            <w:r>
              <w:t>- GV dẫn vào hoạt động Đọc mở rộng.</w:t>
            </w:r>
          </w:p>
        </w:tc>
        <w:tc>
          <w:tcPr>
            <w:tcW w:w="5188" w:type="dxa"/>
            <w:tcBorders>
              <w:top w:val="single" w:sz="4" w:space="0" w:color="000000"/>
              <w:bottom w:val="single" w:sz="4" w:space="0" w:color="000000"/>
            </w:tcBorders>
          </w:tcPr>
          <w:p w14:paraId="06985F1F" w14:textId="77777777" w:rsidR="00425151" w:rsidRDefault="0033237D" w:rsidP="00717C79">
            <w:pPr>
              <w:shd w:val="clear" w:color="auto" w:fill="FFFFFF" w:themeFill="background1"/>
              <w:jc w:val="both"/>
            </w:pPr>
            <w:r>
              <w:t>- HS nêu: Sự tích bánh chưng, bánh giầy; bài thơ Chúc Tết; câu chuyện về hoa đào, hoa mai.</w:t>
            </w:r>
          </w:p>
          <w:p w14:paraId="1E85DC7D" w14:textId="77777777" w:rsidR="00425151" w:rsidRDefault="0033237D" w:rsidP="00717C79">
            <w:pPr>
              <w:shd w:val="clear" w:color="auto" w:fill="FFFFFF" w:themeFill="background1"/>
              <w:jc w:val="both"/>
            </w:pPr>
            <w:r>
              <w:t>- HS lắng nghe.</w:t>
            </w:r>
          </w:p>
        </w:tc>
      </w:tr>
      <w:tr w:rsidR="00425151" w14:paraId="376E28B0"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11EBC02E" w14:textId="77777777" w:rsidR="00425151" w:rsidRDefault="0033237D" w:rsidP="00717C79">
            <w:pPr>
              <w:shd w:val="clear" w:color="auto" w:fill="FFFFFF" w:themeFill="background1"/>
            </w:pPr>
            <w:r>
              <w:rPr>
                <w:b/>
              </w:rPr>
              <w:t>2. ĐỌC MỞ RỘNG (25 phút)</w:t>
            </w:r>
          </w:p>
          <w:p w14:paraId="1C385052" w14:textId="77777777" w:rsidR="00425151" w:rsidRDefault="0033237D" w:rsidP="00717C79">
            <w:pPr>
              <w:shd w:val="clear" w:color="auto" w:fill="FFFFFF" w:themeFill="background1"/>
            </w:pPr>
            <w:r>
              <w:rPr>
                <w:b/>
              </w:rPr>
              <w:t>Mục tiêu: HS tìm đọc và chia sẻ được bài thơ/câu chuyện về ngày Tết; biết tìm kiếm nội dung số đơn giản, an toàn.</w:t>
            </w:r>
          </w:p>
        </w:tc>
      </w:tr>
      <w:tr w:rsidR="00425151" w14:paraId="68E52032" w14:textId="77777777" w:rsidTr="00717C79">
        <w:trPr>
          <w:jc w:val="center"/>
        </w:trPr>
        <w:tc>
          <w:tcPr>
            <w:tcW w:w="5188" w:type="dxa"/>
            <w:tcBorders>
              <w:top w:val="single" w:sz="4" w:space="0" w:color="000000"/>
              <w:bottom w:val="nil"/>
            </w:tcBorders>
          </w:tcPr>
          <w:p w14:paraId="181BCC0B" w14:textId="77777777" w:rsidR="00425151" w:rsidRDefault="0033237D" w:rsidP="00717C79">
            <w:pPr>
              <w:shd w:val="clear" w:color="auto" w:fill="FFFFFF" w:themeFill="background1"/>
              <w:jc w:val="both"/>
            </w:pPr>
            <w:r>
              <w:rPr>
                <w:b/>
              </w:rPr>
              <w:t>- Hoạt động 1: Tìm đọc một bài thơ hoặc một câu chuyện về ngày Tết.</w:t>
            </w:r>
          </w:p>
          <w:p w14:paraId="7D6F8F3E" w14:textId="77777777" w:rsidR="00425151" w:rsidRDefault="0033237D" w:rsidP="00717C79">
            <w:pPr>
              <w:shd w:val="clear" w:color="auto" w:fill="FFFFFF" w:themeFill="background1"/>
              <w:jc w:val="both"/>
            </w:pPr>
            <w:r>
              <w:t>- GV yêu cầu HS đọc nhiệm vụ trong SGK, nêu tên bài thơ/câu chuyện đã chuẩn bị hoặc muốn tìm đọc.</w:t>
            </w:r>
          </w:p>
          <w:p w14:paraId="3BD74824" w14:textId="773BB3A9" w:rsidR="00425151" w:rsidRDefault="00425151" w:rsidP="00717C79">
            <w:pPr>
              <w:shd w:val="clear" w:color="auto" w:fill="FFFFFF" w:themeFill="background1"/>
              <w:jc w:val="center"/>
            </w:pPr>
          </w:p>
        </w:tc>
        <w:tc>
          <w:tcPr>
            <w:tcW w:w="5188" w:type="dxa"/>
            <w:tcBorders>
              <w:top w:val="single" w:sz="4" w:space="0" w:color="000000"/>
              <w:bottom w:val="nil"/>
            </w:tcBorders>
          </w:tcPr>
          <w:p w14:paraId="4CF7686A" w14:textId="77777777" w:rsidR="00425151" w:rsidRDefault="0033237D" w:rsidP="00717C79">
            <w:pPr>
              <w:shd w:val="clear" w:color="auto" w:fill="FFFFFF" w:themeFill="background1"/>
              <w:jc w:val="both"/>
            </w:pPr>
            <w:r>
              <w:t>- HS đọc nhiệm vụ.</w:t>
            </w:r>
          </w:p>
          <w:p w14:paraId="4A6D9475" w14:textId="77777777" w:rsidR="00425151" w:rsidRDefault="0033237D" w:rsidP="00717C79">
            <w:pPr>
              <w:shd w:val="clear" w:color="auto" w:fill="FFFFFF" w:themeFill="background1"/>
              <w:jc w:val="both"/>
            </w:pPr>
            <w:r>
              <w:t>- HS nêu: Em muốn đọc Sự tích bánh chưng, bánh giầy; bài thơ Chúc Tết; câu chuyện về ngày Tết quê em.</w:t>
            </w:r>
          </w:p>
        </w:tc>
      </w:tr>
      <w:tr w:rsidR="00425151" w14:paraId="78B7A624" w14:textId="77777777" w:rsidTr="00717C79">
        <w:trPr>
          <w:jc w:val="center"/>
        </w:trPr>
        <w:tc>
          <w:tcPr>
            <w:tcW w:w="5188" w:type="dxa"/>
            <w:tcBorders>
              <w:top w:val="nil"/>
              <w:bottom w:val="nil"/>
            </w:tcBorders>
          </w:tcPr>
          <w:p w14:paraId="39111A3F" w14:textId="77777777" w:rsidR="00425151" w:rsidRDefault="0033237D" w:rsidP="00717C79">
            <w:pPr>
              <w:shd w:val="clear" w:color="auto" w:fill="FFFFFF" w:themeFill="background1"/>
              <w:jc w:val="both"/>
            </w:pPr>
            <w:r>
              <w:rPr>
                <w:color w:val="C00000"/>
              </w:rPr>
              <w:t>- GV hỏi dẫn tích hợp NLS: Khi muốn tìm đọc một câu chuyện hoặc bài thơ về ngày Tết trên thiết bị số, em cần làm gì để tìm đúng và an toàn?</w:t>
            </w:r>
          </w:p>
          <w:p w14:paraId="6028B4EE" w14:textId="77777777" w:rsidR="00425151" w:rsidRDefault="0033237D" w:rsidP="00717C79">
            <w:pPr>
              <w:shd w:val="clear" w:color="auto" w:fill="FFFFFF" w:themeFill="background1"/>
              <w:jc w:val="both"/>
            </w:pPr>
            <w:r>
              <w:rPr>
                <w:color w:val="C00000"/>
              </w:rPr>
              <w:t>- GV diễn giải tích hợp NLS: Dưới sự hướng dẫn của thầy cô hoặc cha mẹ, các em có thể vào thư viện số/website học tập do GV cung cấp, gõ từ khóa đơn giản như “truyện thiếu nhi về ngày Tết”, “bài thơ Tết cho học sinh lớp 2”. Các em đọc tên bài, xem nội dung có phù hợp không, không bấm vào quảng cáo, không chia sẻ thông tin cá nhân, không tự tải tệp lạ. Nếu gặp nội dung lạ hoặc chưa hiểu, cần hỏi người lớn.</w:t>
            </w:r>
          </w:p>
        </w:tc>
        <w:tc>
          <w:tcPr>
            <w:tcW w:w="5188" w:type="dxa"/>
            <w:tcBorders>
              <w:top w:val="nil"/>
              <w:bottom w:val="nil"/>
            </w:tcBorders>
          </w:tcPr>
          <w:p w14:paraId="14B20AB2" w14:textId="77777777" w:rsidR="00425151" w:rsidRDefault="0033237D" w:rsidP="00717C79">
            <w:pPr>
              <w:shd w:val="clear" w:color="auto" w:fill="FFFFFF" w:themeFill="background1"/>
              <w:jc w:val="both"/>
            </w:pPr>
            <w:r>
              <w:rPr>
                <w:color w:val="C00000"/>
              </w:rPr>
              <w:t>- HS trả lời: Em dùng nguồn do GV/cha mẹ cho phép, gõ từ khóa phù hợp, chọn bài đúng chủ đề và không bấm liên kết lạ.</w:t>
            </w:r>
          </w:p>
          <w:p w14:paraId="0D51084A" w14:textId="77777777" w:rsidR="00425151" w:rsidRDefault="0033237D" w:rsidP="00717C79">
            <w:pPr>
              <w:shd w:val="clear" w:color="auto" w:fill="FFFFFF" w:themeFill="background1"/>
              <w:jc w:val="both"/>
            </w:pPr>
            <w:r>
              <w:rPr>
                <w:color w:val="C00000"/>
              </w:rPr>
              <w:t>- HS nhắc lại: Không chia sẻ thông tin cá nhân, không tự tải tệp lạ, hỏi người lớn khi chưa chắc chắn.</w:t>
            </w:r>
          </w:p>
        </w:tc>
      </w:tr>
      <w:tr w:rsidR="00425151" w14:paraId="071F5AB5" w14:textId="77777777" w:rsidTr="00717C79">
        <w:trPr>
          <w:jc w:val="center"/>
        </w:trPr>
        <w:tc>
          <w:tcPr>
            <w:tcW w:w="5188" w:type="dxa"/>
            <w:tcBorders>
              <w:top w:val="nil"/>
              <w:bottom w:val="nil"/>
            </w:tcBorders>
          </w:tcPr>
          <w:p w14:paraId="386DBA2D" w14:textId="77777777" w:rsidR="00425151" w:rsidRDefault="0033237D" w:rsidP="00717C79">
            <w:pPr>
              <w:shd w:val="clear" w:color="auto" w:fill="FFFFFF" w:themeFill="background1"/>
              <w:jc w:val="both"/>
            </w:pPr>
            <w:r>
              <w:rPr>
                <w:b/>
              </w:rPr>
              <w:t>- Hoạt động 2: Chia sẻ với các bạn câu thơ hay trong bài thơ hoặc điều em thích trong câu chuyện.</w:t>
            </w:r>
          </w:p>
          <w:p w14:paraId="648C1701" w14:textId="77777777" w:rsidR="00425151" w:rsidRDefault="0033237D" w:rsidP="00717C79">
            <w:pPr>
              <w:shd w:val="clear" w:color="auto" w:fill="FFFFFF" w:themeFill="background1"/>
              <w:jc w:val="both"/>
            </w:pPr>
            <w:r>
              <w:t xml:space="preserve">- GV tổ chức HS chia sẻ nhóm 4 theo gợi ý: Tên bài thơ/câu chuyện là gì? Điều em thích </w:t>
            </w:r>
            <w:r>
              <w:lastRenderedPageBreak/>
              <w:t>nhất là gì?</w:t>
            </w:r>
          </w:p>
        </w:tc>
        <w:tc>
          <w:tcPr>
            <w:tcW w:w="5188" w:type="dxa"/>
            <w:tcBorders>
              <w:top w:val="nil"/>
              <w:bottom w:val="nil"/>
            </w:tcBorders>
          </w:tcPr>
          <w:p w14:paraId="6D5B6637" w14:textId="77777777" w:rsidR="00425151" w:rsidRDefault="0033237D" w:rsidP="00717C79">
            <w:pPr>
              <w:shd w:val="clear" w:color="auto" w:fill="FFFFFF" w:themeFill="background1"/>
              <w:jc w:val="both"/>
            </w:pPr>
            <w:r>
              <w:lastRenderedPageBreak/>
              <w:t>- HS chia sẻ nhóm 4.</w:t>
            </w:r>
          </w:p>
          <w:p w14:paraId="666D388D" w14:textId="77777777" w:rsidR="00425151" w:rsidRDefault="0033237D" w:rsidP="00717C79">
            <w:pPr>
              <w:shd w:val="clear" w:color="auto" w:fill="FFFFFF" w:themeFill="background1"/>
              <w:jc w:val="both"/>
            </w:pPr>
            <w:r>
              <w:t>- Ví dụ: Em đọc Sự tích bánh chưng, bánh giầy. Em thích chi tiết Lang Liêu làm bánh chưng, bánh giầy để thể hiện lòng biết ơn cha mẹ và đất trời.</w:t>
            </w:r>
          </w:p>
        </w:tc>
      </w:tr>
      <w:tr w:rsidR="00425151" w14:paraId="19685E67" w14:textId="77777777" w:rsidTr="00717C79">
        <w:trPr>
          <w:jc w:val="center"/>
        </w:trPr>
        <w:tc>
          <w:tcPr>
            <w:tcW w:w="5188" w:type="dxa"/>
            <w:tcBorders>
              <w:top w:val="nil"/>
              <w:bottom w:val="single" w:sz="4" w:space="0" w:color="000000"/>
            </w:tcBorders>
          </w:tcPr>
          <w:p w14:paraId="58E7914B" w14:textId="77777777" w:rsidR="00425151" w:rsidRDefault="0033237D" w:rsidP="00717C79">
            <w:pPr>
              <w:shd w:val="clear" w:color="auto" w:fill="FFFFFF" w:themeFill="background1"/>
              <w:jc w:val="both"/>
            </w:pPr>
            <w:r>
              <w:t>- GV mời 2 – 3 HS chia sẻ trước lớp; nhận xét cách trình bày, khen HS biết đọc mở rộng.</w:t>
            </w:r>
          </w:p>
        </w:tc>
        <w:tc>
          <w:tcPr>
            <w:tcW w:w="5188" w:type="dxa"/>
            <w:tcBorders>
              <w:top w:val="nil"/>
              <w:bottom w:val="single" w:sz="4" w:space="0" w:color="000000"/>
            </w:tcBorders>
          </w:tcPr>
          <w:p w14:paraId="46BDC549" w14:textId="77777777" w:rsidR="00425151" w:rsidRDefault="0033237D" w:rsidP="00717C79">
            <w:pPr>
              <w:shd w:val="clear" w:color="auto" w:fill="FFFFFF" w:themeFill="background1"/>
              <w:jc w:val="both"/>
            </w:pPr>
            <w:r>
              <w:t>- HS trình bày trước lớp.</w:t>
            </w:r>
          </w:p>
          <w:p w14:paraId="79464F97" w14:textId="77777777" w:rsidR="00425151" w:rsidRDefault="0033237D" w:rsidP="00717C79">
            <w:pPr>
              <w:shd w:val="clear" w:color="auto" w:fill="FFFFFF" w:themeFill="background1"/>
              <w:jc w:val="both"/>
            </w:pPr>
            <w:r>
              <w:t>- HS khác nhận xét: bạn nói rõ tên bài và điều yêu thích.</w:t>
            </w:r>
          </w:p>
        </w:tc>
      </w:tr>
      <w:tr w:rsidR="00425151" w14:paraId="08A93DC5" w14:textId="77777777" w:rsidTr="00717C79">
        <w:trPr>
          <w:jc w:val="center"/>
        </w:trPr>
        <w:tc>
          <w:tcPr>
            <w:tcW w:w="10376" w:type="dxa"/>
            <w:gridSpan w:val="2"/>
            <w:tcBorders>
              <w:top w:val="single" w:sz="4" w:space="0" w:color="000000"/>
              <w:left w:val="single" w:sz="4" w:space="0" w:color="000000"/>
              <w:bottom w:val="single" w:sz="4" w:space="0" w:color="000000"/>
              <w:right w:val="single" w:sz="4" w:space="0" w:color="000000"/>
            </w:tcBorders>
            <w:shd w:val="clear" w:color="auto" w:fill="E2F0D9"/>
          </w:tcPr>
          <w:p w14:paraId="53FA4359" w14:textId="77777777" w:rsidR="00425151" w:rsidRDefault="0033237D" w:rsidP="00717C79">
            <w:pPr>
              <w:shd w:val="clear" w:color="auto" w:fill="FFFFFF" w:themeFill="background1"/>
            </w:pPr>
            <w:r>
              <w:rPr>
                <w:b/>
              </w:rPr>
              <w:t>3. VẬN DỤNG (7 phút)</w:t>
            </w:r>
          </w:p>
          <w:p w14:paraId="42F6946F" w14:textId="77777777" w:rsidR="00425151" w:rsidRDefault="0033237D" w:rsidP="00717C79">
            <w:pPr>
              <w:shd w:val="clear" w:color="auto" w:fill="FFFFFF" w:themeFill="background1"/>
            </w:pPr>
            <w:r>
              <w:rPr>
                <w:b/>
              </w:rPr>
              <w:t>Mục tiêu: HS hình thành thói quen đọc mở rộng và chia sẻ với gia đình.</w:t>
            </w:r>
          </w:p>
        </w:tc>
      </w:tr>
      <w:tr w:rsidR="00425151" w14:paraId="66EED6E1" w14:textId="77777777" w:rsidTr="00717C79">
        <w:trPr>
          <w:jc w:val="center"/>
        </w:trPr>
        <w:tc>
          <w:tcPr>
            <w:tcW w:w="5188" w:type="dxa"/>
            <w:tcBorders>
              <w:top w:val="single" w:sz="4" w:space="0" w:color="000000"/>
            </w:tcBorders>
          </w:tcPr>
          <w:p w14:paraId="5FB36111" w14:textId="77777777" w:rsidR="00425151" w:rsidRDefault="0033237D" w:rsidP="00717C79">
            <w:pPr>
              <w:shd w:val="clear" w:color="auto" w:fill="FFFFFF" w:themeFill="background1"/>
              <w:jc w:val="both"/>
            </w:pPr>
            <w:r>
              <w:t>- GV yêu cầu HS ghi lại tên một bài thơ/câu chuyện về ngày Tết muốn đọc thêm.</w:t>
            </w:r>
          </w:p>
          <w:p w14:paraId="7F9FB358" w14:textId="77777777" w:rsidR="00425151" w:rsidRDefault="0033237D" w:rsidP="00717C79">
            <w:pPr>
              <w:shd w:val="clear" w:color="auto" w:fill="FFFFFF" w:themeFill="background1"/>
              <w:jc w:val="both"/>
            </w:pPr>
            <w:r>
              <w:t>- GV dặn HS đọc cho người thân nghe đoạn em thích và chuẩn bị bài học tuần sau.</w:t>
            </w:r>
          </w:p>
        </w:tc>
        <w:tc>
          <w:tcPr>
            <w:tcW w:w="5188" w:type="dxa"/>
            <w:tcBorders>
              <w:top w:val="single" w:sz="4" w:space="0" w:color="000000"/>
            </w:tcBorders>
          </w:tcPr>
          <w:p w14:paraId="2CB045EF" w14:textId="77777777" w:rsidR="00425151" w:rsidRDefault="0033237D" w:rsidP="00717C79">
            <w:pPr>
              <w:shd w:val="clear" w:color="auto" w:fill="FFFFFF" w:themeFill="background1"/>
              <w:jc w:val="both"/>
            </w:pPr>
            <w:r>
              <w:t>- HS ghi tên bài muốn đọc thêm.</w:t>
            </w:r>
          </w:p>
          <w:p w14:paraId="0177AB2F" w14:textId="77777777" w:rsidR="00425151" w:rsidRDefault="0033237D" w:rsidP="00717C79">
            <w:pPr>
              <w:shd w:val="clear" w:color="auto" w:fill="FFFFFF" w:themeFill="background1"/>
              <w:jc w:val="both"/>
            </w:pPr>
            <w:r>
              <w:t>- HS ghi nhớ nhiệm vụ.</w:t>
            </w:r>
          </w:p>
        </w:tc>
      </w:tr>
    </w:tbl>
    <w:p w14:paraId="73B66767" w14:textId="77777777" w:rsidR="00425151" w:rsidRDefault="0033237D" w:rsidP="00717C79">
      <w:pPr>
        <w:shd w:val="clear" w:color="auto" w:fill="FFFFFF" w:themeFill="background1"/>
        <w:spacing w:after="0" w:line="240" w:lineRule="auto"/>
        <w:jc w:val="both"/>
      </w:pPr>
      <w:r>
        <w:rPr>
          <w:b/>
        </w:rPr>
        <w:t>IV. ĐIỀU CHỈNH SAU TIẾT HỌC (NẾU CÓ)</w:t>
      </w:r>
    </w:p>
    <w:sectPr w:rsidR="00425151" w:rsidSect="00034616">
      <w:pgSz w:w="11906" w:h="16838"/>
      <w:pgMar w:top="680" w:right="765" w:bottom="680" w:left="76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43516793">
    <w:abstractNumId w:val="8"/>
  </w:num>
  <w:num w:numId="2" w16cid:durableId="757335174">
    <w:abstractNumId w:val="6"/>
  </w:num>
  <w:num w:numId="3" w16cid:durableId="193737114">
    <w:abstractNumId w:val="5"/>
  </w:num>
  <w:num w:numId="4" w16cid:durableId="1103450815">
    <w:abstractNumId w:val="4"/>
  </w:num>
  <w:num w:numId="5" w16cid:durableId="20278368">
    <w:abstractNumId w:val="7"/>
  </w:num>
  <w:num w:numId="6" w16cid:durableId="492992301">
    <w:abstractNumId w:val="3"/>
  </w:num>
  <w:num w:numId="7" w16cid:durableId="1733888751">
    <w:abstractNumId w:val="2"/>
  </w:num>
  <w:num w:numId="8" w16cid:durableId="1863083918">
    <w:abstractNumId w:val="1"/>
  </w:num>
  <w:num w:numId="9" w16cid:durableId="56053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6CFD"/>
    <w:rsid w:val="0006063C"/>
    <w:rsid w:val="0015074B"/>
    <w:rsid w:val="0029639D"/>
    <w:rsid w:val="00326F90"/>
    <w:rsid w:val="0033237D"/>
    <w:rsid w:val="00425151"/>
    <w:rsid w:val="00717C7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A5FAA0"/>
  <w14:defaultImageDpi w14:val="300"/>
  <w15:docId w15:val="{BEC217B4-1BB8-42CA-95EE-6F4E7A3F9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85887-120F-4B25-9D90-83BF9AA87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4830</Words>
  <Characters>27531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32297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2026-06-08T02:41:00Z</dcterms:created>
  <dcterms:modified xsi:type="dcterms:W3CDTF">2026-08-17T14:11:00Z</dcterms:modified>
  <cp:category/>
</cp:coreProperties>
</file>