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864" w:rsidRDefault="00BF6161">
      <w:pPr>
        <w:spacing w:after="120"/>
        <w:jc w:val="center"/>
      </w:pPr>
      <w:r>
        <w:rPr>
          <w:b/>
          <w:color w:val="1F4E79"/>
          <w:sz w:val="32"/>
        </w:rPr>
        <w:t>TUẦN MỞ ĐẦU</w:t>
      </w:r>
    </w:p>
    <w:p w:rsidR="003C6864" w:rsidRDefault="00BF6161">
      <w:pPr>
        <w:spacing w:before="40" w:after="40"/>
        <w:jc w:val="center"/>
      </w:pPr>
      <w:r>
        <w:rPr>
          <w:b/>
          <w:color w:val="1F4E79"/>
          <w:sz w:val="28"/>
        </w:rPr>
        <w:t>TIẾNG VIỆT</w:t>
      </w:r>
    </w:p>
    <w:p w:rsidR="003C6864" w:rsidRDefault="00BF6161">
      <w:pPr>
        <w:spacing w:after="120"/>
        <w:jc w:val="center"/>
      </w:pPr>
      <w:r>
        <w:rPr>
          <w:b/>
          <w:sz w:val="28"/>
        </w:rPr>
        <w:t>TIẾT 1 + 2: LÀM QUEN VỚI TRƯỜNG LỚP, BẠN BÈ; LÀM QUEN VỚI ĐỒ DÙNG HỌC TẬP</w:t>
      </w:r>
    </w:p>
    <w:p w:rsidR="003C6864" w:rsidRDefault="00BF6161">
      <w:pPr>
        <w:spacing w:before="80"/>
      </w:pPr>
      <w:r>
        <w:rPr>
          <w:b/>
          <w:sz w:val="28"/>
        </w:rPr>
        <w:t>I. YÊU CẦU CẦN ĐẠT</w:t>
      </w:r>
    </w:p>
    <w:p w:rsidR="003C6864" w:rsidRDefault="00BF6161">
      <w:pPr>
        <w:spacing w:before="40"/>
      </w:pPr>
      <w:r>
        <w:rPr>
          <w:b/>
        </w:rPr>
        <w:t>1. Năng lực đặc thù</w:t>
      </w:r>
    </w:p>
    <w:p w:rsidR="003C6864" w:rsidRDefault="00BF6161">
      <w:pPr>
        <w:spacing w:after="40"/>
      </w:pPr>
      <w:r>
        <w:t>- Quan sát tranh, nhận biết được trường lớp, thầy cô, bạn bè; biết giới thiệu bản thân và làm quen với bạn.</w:t>
      </w:r>
    </w:p>
    <w:p w:rsidR="003C6864" w:rsidRDefault="00BF6161">
      <w:pPr>
        <w:spacing w:after="40"/>
      </w:pPr>
      <w:r>
        <w:t>- Gọi đúng tên, nêu được công dụng và bước đầu biết sử dụng, giữ gìn một số đồ dùng học tập quen thuộc.</w:t>
      </w:r>
    </w:p>
    <w:p w:rsidR="003C6864" w:rsidRDefault="00BF6161">
      <w:pPr>
        <w:spacing w:after="40"/>
      </w:pPr>
      <w:r>
        <w:t>- Nghe hiểu câu hỏi, trả lời rõ ý; sử dụng lời chào, lời giới thiệu phù hợp trong tình huống gần gũi.</w:t>
      </w:r>
    </w:p>
    <w:p w:rsidR="003C6864" w:rsidRDefault="00BF6161">
      <w:pPr>
        <w:spacing w:before="40"/>
      </w:pPr>
      <w:r>
        <w:rPr>
          <w:b/>
        </w:rPr>
        <w:t>2. Năng lực chung</w:t>
      </w:r>
    </w:p>
    <w:p w:rsidR="003C6864" w:rsidRDefault="00BF6161">
      <w:pPr>
        <w:spacing w:after="40"/>
      </w:pPr>
      <w:r>
        <w:t>- Tự chủ và tự học: Chủ động chuẩn bị đồ dùng, thực hiện nền nếp học tập ban đầu.</w:t>
      </w:r>
    </w:p>
    <w:p w:rsidR="003C6864" w:rsidRDefault="00BF6161">
      <w:pPr>
        <w:spacing w:after="40"/>
      </w:pPr>
      <w:r>
        <w:t>- Giao tiếp và hợp tác: Biết chào hỏi, lắng nghe, trao đổi và phối hợp với bạn trong hoạt động nhóm đôi/nhóm 4.</w:t>
      </w:r>
    </w:p>
    <w:p w:rsidR="003C6864" w:rsidRDefault="00BF6161">
      <w:pPr>
        <w:spacing w:after="40"/>
      </w:pPr>
      <w:r>
        <w:t>- Giải quyết vấn đề và sáng tạo: Biết chọn cách ứng xử phù hợp khi gặp thầy cô, bạn bè hoặc khi sử dụng đồ dùng học tập.</w:t>
      </w:r>
    </w:p>
    <w:p w:rsidR="003C6864" w:rsidRDefault="00BF6161">
      <w:pPr>
        <w:spacing w:before="40"/>
      </w:pPr>
      <w:r>
        <w:rPr>
          <w:b/>
        </w:rPr>
        <w:t>3. Phẩm chất</w:t>
      </w:r>
    </w:p>
    <w:p w:rsidR="003C6864" w:rsidRDefault="00BF6161">
      <w:pPr>
        <w:spacing w:after="40"/>
      </w:pPr>
      <w:r>
        <w:t>- Nhân ái: Thân thiện, biết quan tâm và tôn trọng bạn bè.</w:t>
      </w:r>
    </w:p>
    <w:p w:rsidR="003C6864" w:rsidRDefault="00BF6161">
      <w:pPr>
        <w:spacing w:after="40"/>
      </w:pPr>
      <w:r>
        <w:t>- Trách nhiệm: Có ý thức giữ gìn lớp học, đồ dùng cá nhân và đồ dùng chung.</w:t>
      </w:r>
    </w:p>
    <w:p w:rsidR="003C6864" w:rsidRDefault="00BF6161">
      <w:pPr>
        <w:spacing w:after="40"/>
      </w:pPr>
      <w:r>
        <w:t>- Chăm chỉ: Tích cực tham gia các hoạt động đầu năm học.</w:t>
      </w:r>
    </w:p>
    <w:p w:rsidR="003C6864" w:rsidRDefault="00BF6161">
      <w:pPr>
        <w:spacing w:before="40"/>
      </w:pPr>
      <w:r>
        <w:rPr>
          <w:b/>
        </w:rPr>
        <w:t>4. Tích hợp</w:t>
      </w:r>
    </w:p>
    <w:p w:rsidR="003C6864" w:rsidRDefault="00BF6161">
      <w:pPr>
        <w:spacing w:after="40"/>
      </w:pPr>
      <w:r>
        <w:rPr>
          <w:color w:val="FF0000"/>
        </w:rPr>
        <w:t>- Quyền con người: Giúp học sinh nhận biết mình có quyền được học tập, vui chơi và kết bạn trong môi trường trường học an toàn; đồng thời biết tôn trọng thầy cô và bạn bè.</w:t>
      </w:r>
    </w:p>
    <w:p w:rsidR="003C6864" w:rsidRDefault="00BF6161">
      <w:pPr>
        <w:spacing w:after="40"/>
      </w:pPr>
      <w:r>
        <w:rPr>
          <w:color w:val="FF0000"/>
        </w:rPr>
        <w:t>- Kĩ năng sống: Rèn kĩ năng chào hỏi, giới thiệu bản thân, giữ gìn đồ dùng học tập, xếp hàng và thực hiện nền nếp lớp học.</w:t>
      </w:r>
    </w:p>
    <w:p w:rsidR="003C6864" w:rsidRDefault="00BF6161">
      <w:pPr>
        <w:spacing w:before="80"/>
      </w:pPr>
      <w:r>
        <w:rPr>
          <w:b/>
          <w:sz w:val="28"/>
        </w:rPr>
        <w:t>II. ĐỒ DÙNG DẠY HỌC</w:t>
      </w:r>
    </w:p>
    <w:p w:rsidR="003C6864" w:rsidRDefault="00BF6161">
      <w:pPr>
        <w:spacing w:after="40"/>
      </w:pPr>
      <w:r>
        <w:rPr>
          <w:b/>
        </w:rPr>
        <w:t xml:space="preserve">1. Giáo viên: </w:t>
      </w:r>
      <w:r>
        <w:t>SGK Tiếng Việt 1; tranh SGK trang 7 - 8; đồ dùng học tập thật; thẻ tên; hộp/túi bí mật; máy chiếu (nếu có).</w:t>
      </w:r>
    </w:p>
    <w:p w:rsidR="003C6864" w:rsidRDefault="00BF6161">
      <w:pPr>
        <w:spacing w:after="80"/>
      </w:pPr>
      <w:r>
        <w:rPr>
          <w:b/>
        </w:rPr>
        <w:t xml:space="preserve">2. Học sinh: </w:t>
      </w:r>
      <w:r>
        <w:t>SGK Tiếng Việt 1; bảng con; bút chì, thước, tẩy, vở; thẻ tên.</w:t>
      </w:r>
    </w:p>
    <w:p w:rsidR="002A65AE" w:rsidRDefault="002A65AE">
      <w:pPr>
        <w:spacing w:before="80"/>
        <w:rPr>
          <w:b/>
          <w:sz w:val="28"/>
        </w:rPr>
        <w:sectPr w:rsidR="002A65AE" w:rsidSect="00034616">
          <w:pgSz w:w="12240" w:h="15840"/>
          <w:pgMar w:top="1020" w:right="1134" w:bottom="1020" w:left="1134" w:header="720" w:footer="720" w:gutter="0"/>
          <w:cols w:space="720"/>
          <w:docGrid w:linePitch="360"/>
        </w:sectPr>
      </w:pPr>
    </w:p>
    <w:p w:rsidR="003C6864" w:rsidRDefault="00BF6161">
      <w:pPr>
        <w:spacing w:before="80"/>
      </w:pPr>
      <w:r>
        <w:rPr>
          <w:b/>
          <w:sz w:val="28"/>
        </w:rPr>
        <w:lastRenderedPageBreak/>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3C6864" w:rsidTr="002A65AE">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HỌC SINH</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TIẾT HỌC</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1. HOẠT ĐỘNG MỞ ĐẦU (KHỞI ĐỘNG)</w:t>
            </w:r>
            <w:r>
              <w:rPr>
                <w:b/>
                <w:color w:val="1F4E79"/>
                <w:sz w:val="25"/>
              </w:rPr>
              <w:br/>
              <w:t>Mục tiêu: Tạo tâm thế vui vẻ, sẵn sàng tham gia hoạt động làm quen với môi trường học tập.</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Kết luận - Giới thiệu bài: “Hôm nay, cô và các em cùng làm quen với trường lớp, bạn bè và đồ dùng học tập để mỗi ngày đến trường thật vui và an toàn.”</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HS lắng nghe, nhắc lại tên/nội dung bài học và sẵn sàng thực hiện nhiệm vụ.</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b/>
                <w:sz w:val="25"/>
              </w:rPr>
              <w:t>2. HOẠT ĐỘNG HÌNH THÀNH KIẾN THỨC MỚI (KHÁM PHÁ)</w:t>
            </w:r>
            <w:r>
              <w:rPr>
                <w:b/>
                <w:sz w:val="25"/>
              </w:rPr>
              <w:br/>
              <w:t>Mục tiêu: Quan sát, nhận biết và thực hiện đúng nội dung về trường lớp, bạn bè và đồ dùng học tập; Tích hợp: nhận biết quyền được học tập, vui chơi và kết bạn trong môi trường an toàn.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Các em quan sát tranh SGK trang 6 - 8, nói điều em nhìn thấy liên quan đến trường lớp, bạn bè và đồ dùng học tập.</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đúng nội dung tranh; nêu sự vật, hoạt động hoặc tư thế quan sát được.</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Tranh vẽ ở đâu?</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Tranh vẽ ở trường học, nơi có lớp học, thầy cô và các bạn.</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Hà và Nam đang làm gì?</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Hà và Nam đang gặp gỡ, chào hỏi và làm quen với nhau ở trường.</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thấy những đồ dùng học tập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Em thấy sách, vở, bút chì, thước kẻ, tẩy, bảng con và hộp bút.</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Đồ dùng đó dùng để làm gì?</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Sách dùng để đọc; vở và bảng con dùng để viết; bút chì dùng để viết, vẽ; thước dùng để kẻ; tẩy dùng để xóa.</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làm mẫu hoặc chốt cách thực hiện đúng; yêu cầu HS nhắc lại điểm cần nhớ.</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mẫu; nhắc lại điều cần nhớ và chuẩn bị thực hành.</w:t>
            </w:r>
          </w:p>
        </w:tc>
      </w:tr>
      <w:tr w:rsidR="003C6864" w:rsidTr="002A65AE">
        <w:trPr>
          <w:jc w:val="center"/>
        </w:trPr>
        <w:tc>
          <w:tcPr>
            <w:tcW w:w="4986" w:type="dxa"/>
            <w:shd w:val="clear" w:color="auto" w:fill="auto"/>
          </w:tcPr>
          <w:p w:rsidR="003C6864" w:rsidRDefault="00BF6161">
            <w:pPr>
              <w:spacing w:after="0"/>
            </w:pPr>
            <w:r>
              <w:rPr>
                <w:b/>
                <w:color w:val="FF0000"/>
                <w:sz w:val="25"/>
              </w:rPr>
              <w:t>Tích hợp - Quyền con người</w:t>
            </w:r>
          </w:p>
        </w:tc>
        <w:tc>
          <w:tcPr>
            <w:tcW w:w="4986" w:type="dxa"/>
            <w:shd w:val="clear" w:color="auto" w:fill="auto"/>
          </w:tcPr>
          <w:p w:rsidR="003C6864" w:rsidRDefault="00BF6161">
            <w:pPr>
              <w:spacing w:after="0"/>
            </w:pPr>
            <w:r>
              <w:rPr>
                <w:b/>
                <w:color w:val="FF0000"/>
                <w:sz w:val="25"/>
              </w:rPr>
              <w:t>Tích hợp - Quyền con người</w:t>
            </w:r>
          </w:p>
        </w:tc>
      </w:tr>
      <w:tr w:rsidR="003C6864" w:rsidTr="002A65AE">
        <w:trPr>
          <w:jc w:val="center"/>
        </w:trPr>
        <w:tc>
          <w:tcPr>
            <w:tcW w:w="4986" w:type="dxa"/>
            <w:shd w:val="clear" w:color="auto" w:fill="auto"/>
          </w:tcPr>
          <w:p w:rsidR="003C6864" w:rsidRDefault="00BF6161">
            <w:pPr>
              <w:spacing w:after="0"/>
            </w:pPr>
            <w:r>
              <w:rPr>
                <w:color w:val="FF0000"/>
                <w:sz w:val="25"/>
              </w:rPr>
              <w:t>- Câu hỏi dẫn: “Khi đến trường, em có quyền được tham gia những hoạt động nào cùng thầy cô và các bạn?”</w:t>
            </w:r>
          </w:p>
        </w:tc>
        <w:tc>
          <w:tcPr>
            <w:tcW w:w="4986" w:type="dxa"/>
            <w:shd w:val="clear" w:color="auto" w:fill="auto"/>
          </w:tcPr>
          <w:p w:rsidR="003C6864" w:rsidRDefault="00BF6161">
            <w:pPr>
              <w:spacing w:after="0"/>
            </w:pPr>
            <w:r>
              <w:rPr>
                <w:color w:val="FF0000"/>
                <w:sz w:val="25"/>
              </w:rPr>
              <w:t>- HS trả lời: Em được học tập, vui chơi, làm quen và kết bạn trong môi trường an toàn.</w:t>
            </w:r>
          </w:p>
        </w:tc>
      </w:tr>
      <w:tr w:rsidR="003C6864" w:rsidTr="002A65AE">
        <w:trPr>
          <w:jc w:val="center"/>
        </w:trPr>
        <w:tc>
          <w:tcPr>
            <w:tcW w:w="4986" w:type="dxa"/>
            <w:shd w:val="clear" w:color="auto" w:fill="auto"/>
          </w:tcPr>
          <w:p w:rsidR="003C6864" w:rsidRDefault="00BF6161" w:rsidP="002A65AE">
            <w:pPr>
              <w:spacing w:after="0"/>
            </w:pPr>
            <w:r>
              <w:rPr>
                <w:color w:val="FF0000"/>
                <w:sz w:val="25"/>
              </w:rPr>
              <w:t xml:space="preserve">- Diễn giải tích hợp: Mỗi học sinh đều được đến trường học tập, được vui chơi, kết bạn và được thầy cô, bạn bè tôn trọng. Không bạn nào </w:t>
            </w:r>
            <w:r>
              <w:rPr>
                <w:color w:val="FF0000"/>
                <w:sz w:val="25"/>
              </w:rPr>
              <w:lastRenderedPageBreak/>
              <w:t xml:space="preserve">bị trêu chọc, cô lập hoặc làm cho sợ hãi. Các em cũng cần tôn trọng bạn, biết lắng nghe, cùng nhau giữ lớp học vui vẻ, </w:t>
            </w:r>
            <w:proofErr w:type="gramStart"/>
            <w:r>
              <w:rPr>
                <w:color w:val="FF0000"/>
                <w:sz w:val="25"/>
              </w:rPr>
              <w:t>an</w:t>
            </w:r>
            <w:proofErr w:type="gramEnd"/>
            <w:r>
              <w:rPr>
                <w:color w:val="FF0000"/>
                <w:sz w:val="25"/>
              </w:rPr>
              <w:t xml:space="preserve"> toàn.</w:t>
            </w:r>
          </w:p>
        </w:tc>
        <w:tc>
          <w:tcPr>
            <w:tcW w:w="4986" w:type="dxa"/>
            <w:shd w:val="clear" w:color="auto" w:fill="auto"/>
          </w:tcPr>
          <w:p w:rsidR="003C6864" w:rsidRDefault="00BF6161">
            <w:pPr>
              <w:spacing w:after="0"/>
            </w:pPr>
            <w:r>
              <w:rPr>
                <w:color w:val="FF0000"/>
                <w:sz w:val="25"/>
              </w:rPr>
              <w:lastRenderedPageBreak/>
              <w:t>- HS thực hiện: Nêu quyền của mình và cam kết tôn trọng, thân thiện với bạn.</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lastRenderedPageBreak/>
              <w:t>- Kết luận: Các em đã quan sát và nhận biết được trường lớp, bạn bè và đồ dùng học tập.</w:t>
            </w:r>
          </w:p>
        </w:tc>
        <w:tc>
          <w:tcPr>
            <w:tcW w:w="4986" w:type="dxa"/>
            <w:tcBorders>
              <w:bottom w:val="single" w:sz="4" w:space="0" w:color="auto"/>
            </w:tcBorders>
            <w:shd w:val="clear" w:color="auto" w:fill="auto"/>
          </w:tcPr>
          <w:p w:rsidR="003C6864" w:rsidRDefault="00BF6161">
            <w:pPr>
              <w:spacing w:after="0"/>
            </w:pPr>
            <w:r>
              <w:rPr>
                <w:sz w:val="25"/>
              </w:rPr>
              <w:t>- HS nhắc lại điều đã nhận biết và thực hiện theo hướng dẫn.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3. HOẠT ĐỘNG LUYỆN TẬP - THỰC HÀNH</w:t>
            </w:r>
            <w:r>
              <w:rPr>
                <w:b/>
                <w:color w:val="1F4E79"/>
                <w:sz w:val="25"/>
              </w:rPr>
              <w:br/>
              <w:t>Mục tiêu: Thực hành hành vi, thao tác hoặc kĩ năng vừa được hướng dẫn; biết tự điều chỉnh khi cần.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Thực hành theo cá nhân/nhóm đôi; quan sát, hỗ trợ và sửa thao tác chưa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theo yêu cầu; tự điều chỉnh hoặc sửa theo góp ý.</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Mời một số HS thực hành trước lớp; nhận xét những điểm làm đúng và hướng dẫn sửa điểm chưa phù hợp.</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trước lớp; nhận xét bạn lịch sự và ghi nhớ cách làm đúng.</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thực hành đúng những yêu cầu cơ bản về trường lớp, bạn bè và đồ dùng học tập.</w:t>
            </w:r>
          </w:p>
        </w:tc>
        <w:tc>
          <w:tcPr>
            <w:tcW w:w="4986" w:type="dxa"/>
            <w:tcBorders>
              <w:bottom w:val="single" w:sz="4" w:space="0" w:color="auto"/>
            </w:tcBorders>
            <w:shd w:val="clear" w:color="auto" w:fill="auto"/>
          </w:tcPr>
          <w:p w:rsidR="003C6864" w:rsidRDefault="00BF6161">
            <w:pPr>
              <w:spacing w:after="0"/>
            </w:pPr>
            <w:r>
              <w:rPr>
                <w:sz w:val="25"/>
              </w:rPr>
              <w:t>- HS tự kiểm tra và sửa thao tác chưa đúng.</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b/>
                <w:sz w:val="25"/>
              </w:rPr>
              <w:t>4. HOẠT ĐỘNG VẬN DỤNG</w:t>
            </w:r>
            <w:r>
              <w:rPr>
                <w:b/>
                <w:sz w:val="25"/>
              </w:rPr>
              <w:br/>
              <w:t>Mục tiêu: Biết vận dụng kĩ năng làm quen vào sinh hoạt, học tập hằng ngày ở lớp và ở nhà; Tích hợp: thực hành chào hỏi, giới thiệu bản thân và giữ gìn đồ dùng học tập.</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tình huống gần gũi; yêu cầu HS nói hoặc thực hiện cách ứng xử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cách thực hiện hoặc đóng vai xử lí tình huống phù hợp.</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hoạt động; động viên HS thực hiện hằng ngày và chuẩn bị nội dung tiếp theo.</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Lắng nghe; ghi nhớ và vận dụng trong sinh hoạt hằng ngày.</w:t>
            </w:r>
          </w:p>
        </w:tc>
      </w:tr>
      <w:tr w:rsidR="003C6864" w:rsidTr="002A65AE">
        <w:trPr>
          <w:jc w:val="center"/>
        </w:trPr>
        <w:tc>
          <w:tcPr>
            <w:tcW w:w="4986" w:type="dxa"/>
            <w:shd w:val="clear" w:color="auto" w:fill="auto"/>
          </w:tcPr>
          <w:p w:rsidR="003C6864" w:rsidRDefault="00BF6161">
            <w:pPr>
              <w:spacing w:after="0"/>
            </w:pPr>
            <w:r>
              <w:rPr>
                <w:b/>
                <w:color w:val="FF0000"/>
                <w:sz w:val="25"/>
              </w:rPr>
              <w:t>Tích hợp - Kĩ năng sống</w:t>
            </w:r>
          </w:p>
        </w:tc>
        <w:tc>
          <w:tcPr>
            <w:tcW w:w="4986" w:type="dxa"/>
            <w:shd w:val="clear" w:color="auto" w:fill="auto"/>
          </w:tcPr>
          <w:p w:rsidR="003C6864" w:rsidRDefault="00BF6161">
            <w:pPr>
              <w:spacing w:after="0"/>
            </w:pPr>
            <w:r>
              <w:rPr>
                <w:b/>
                <w:color w:val="FF0000"/>
                <w:sz w:val="25"/>
              </w:rPr>
              <w:t>Tích hợp - Kĩ năng sống</w:t>
            </w:r>
          </w:p>
        </w:tc>
      </w:tr>
      <w:tr w:rsidR="003C6864" w:rsidTr="002A65AE">
        <w:trPr>
          <w:jc w:val="center"/>
        </w:trPr>
        <w:tc>
          <w:tcPr>
            <w:tcW w:w="4986" w:type="dxa"/>
            <w:shd w:val="clear" w:color="auto" w:fill="auto"/>
          </w:tcPr>
          <w:p w:rsidR="003C6864" w:rsidRDefault="00BF6161">
            <w:pPr>
              <w:spacing w:after="0"/>
            </w:pPr>
            <w:r>
              <w:rPr>
                <w:color w:val="FF0000"/>
                <w:sz w:val="25"/>
              </w:rPr>
              <w:t>- Câu hỏi dẫn: “Khi gặp cô giáo, bạn mới và khi sử dụng đồ dùng học tập, em cần làm gì?”</w:t>
            </w:r>
          </w:p>
        </w:tc>
        <w:tc>
          <w:tcPr>
            <w:tcW w:w="4986" w:type="dxa"/>
            <w:shd w:val="clear" w:color="auto" w:fill="auto"/>
          </w:tcPr>
          <w:p w:rsidR="003C6864" w:rsidRDefault="00BF6161">
            <w:pPr>
              <w:spacing w:after="0"/>
            </w:pPr>
            <w:r>
              <w:rPr>
                <w:color w:val="FF0000"/>
                <w:sz w:val="25"/>
              </w:rPr>
              <w:t>- HS trả lời: Em chào hỏi lễ phép, giới thiệu tên rõ ràng; dùng đồ dùng đúng cách và cất gọn sau khi học.</w:t>
            </w:r>
          </w:p>
        </w:tc>
      </w:tr>
      <w:tr w:rsidR="003C6864" w:rsidTr="002A65AE">
        <w:trPr>
          <w:jc w:val="center"/>
        </w:trPr>
        <w:tc>
          <w:tcPr>
            <w:tcW w:w="4986" w:type="dxa"/>
            <w:shd w:val="clear" w:color="auto" w:fill="auto"/>
          </w:tcPr>
          <w:p w:rsidR="003C6864" w:rsidRDefault="00BF6161">
            <w:pPr>
              <w:spacing w:after="0"/>
            </w:pPr>
            <w:r>
              <w:rPr>
                <w:color w:val="FF0000"/>
                <w:sz w:val="25"/>
              </w:rPr>
              <w:t>- Diễn giải tích hợp: Lời chào và lời giới thiệu giúp các em tự tin làm quen với bạn mới. Biết sử dụng, giữ gìn sách vở, bút thước là nếp học tập tốt, giúp em học an toàn và có trách nhiệm với đồ dùng của mình.</w:t>
            </w:r>
          </w:p>
        </w:tc>
        <w:tc>
          <w:tcPr>
            <w:tcW w:w="4986" w:type="dxa"/>
            <w:shd w:val="clear" w:color="auto" w:fill="auto"/>
          </w:tcPr>
          <w:p w:rsidR="003C6864" w:rsidRDefault="00BF6161">
            <w:pPr>
              <w:spacing w:after="0"/>
            </w:pPr>
            <w:r>
              <w:rPr>
                <w:color w:val="FF0000"/>
                <w:sz w:val="25"/>
              </w:rPr>
              <w:t>- HS thực hiện: Thực hành chào hỏi, giới thiệu và nêu cách giữ gìn đồ dùng.</w:t>
            </w:r>
          </w:p>
        </w:tc>
      </w:tr>
      <w:tr w:rsidR="003C6864" w:rsidTr="002A65AE">
        <w:trPr>
          <w:jc w:val="center"/>
        </w:trPr>
        <w:tc>
          <w:tcPr>
            <w:tcW w:w="4986" w:type="dxa"/>
            <w:shd w:val="clear" w:color="auto" w:fill="auto"/>
          </w:tcPr>
          <w:p w:rsidR="003C6864" w:rsidRDefault="00BF6161">
            <w:pPr>
              <w:spacing w:after="0"/>
            </w:pPr>
            <w:r>
              <w:rPr>
                <w:sz w:val="25"/>
              </w:rPr>
              <w:t>- Kết luận: Các em ghi nhớ cách thực hiện đúng về trường lớp, bạn bè và đồ dùng học tập để vận dụng trong mỗi giờ học.</w:t>
            </w:r>
          </w:p>
        </w:tc>
        <w:tc>
          <w:tcPr>
            <w:tcW w:w="4986" w:type="dxa"/>
            <w:shd w:val="clear" w:color="auto" w:fill="auto"/>
          </w:tcPr>
          <w:p w:rsidR="003C6864" w:rsidRDefault="00BF6161">
            <w:pPr>
              <w:spacing w:after="0"/>
            </w:pPr>
            <w:r>
              <w:rPr>
                <w:sz w:val="25"/>
              </w:rPr>
              <w:t>- HS nói điều em cần ghi nhớ và thực hiện.</w:t>
            </w:r>
          </w:p>
        </w:tc>
      </w:tr>
    </w:tbl>
    <w:p w:rsidR="003C6864" w:rsidRDefault="003C6864"/>
    <w:p w:rsidR="003C6864" w:rsidRDefault="00BF6161">
      <w:pPr>
        <w:spacing w:before="80"/>
      </w:pPr>
      <w:r>
        <w:rPr>
          <w:b/>
          <w:sz w:val="28"/>
        </w:rPr>
        <w:t>IV. ĐIỀU CHỈNH SAU BÀI DẠY</w:t>
      </w:r>
    </w:p>
    <w:p w:rsidR="003C6864" w:rsidRDefault="00BF6161">
      <w:pPr>
        <w:spacing w:after="20"/>
      </w:pPr>
      <w:r>
        <w:rPr>
          <w:sz w:val="24"/>
        </w:rPr>
        <w:t>............................................................................................................................................................</w:t>
      </w:r>
    </w:p>
    <w:p w:rsidR="003C6864" w:rsidRDefault="00BF6161">
      <w:pPr>
        <w:spacing w:after="20"/>
      </w:pPr>
      <w:r>
        <w:rPr>
          <w:sz w:val="24"/>
        </w:rPr>
        <w:t>............................................................................................................................................................</w:t>
      </w:r>
    </w:p>
    <w:p w:rsidR="003C6864" w:rsidRDefault="00BF6161">
      <w:pPr>
        <w:spacing w:after="20"/>
      </w:pPr>
      <w:r>
        <w:rPr>
          <w:sz w:val="24"/>
        </w:rPr>
        <w:t>............................................................................................................................................................</w:t>
      </w:r>
    </w:p>
    <w:p w:rsidR="003C6864" w:rsidRDefault="003C6864"/>
    <w:p w:rsidR="003C6864" w:rsidRDefault="00BF6161">
      <w:pPr>
        <w:spacing w:before="40" w:after="40"/>
        <w:jc w:val="center"/>
      </w:pPr>
      <w:r>
        <w:rPr>
          <w:b/>
          <w:color w:val="1F4E79"/>
          <w:sz w:val="28"/>
        </w:rPr>
        <w:t>TIẾNG VIỆT</w:t>
      </w:r>
    </w:p>
    <w:p w:rsidR="003C6864" w:rsidRDefault="00BF6161">
      <w:pPr>
        <w:spacing w:after="120"/>
        <w:jc w:val="center"/>
      </w:pPr>
      <w:r>
        <w:rPr>
          <w:b/>
          <w:sz w:val="28"/>
        </w:rPr>
        <w:t>TIẾT 3 + 4: LÀM QUEN VỚI TƯ THẾ ĐỌC, VIẾT, NÓI, NGHE</w:t>
      </w:r>
    </w:p>
    <w:p w:rsidR="003C6864" w:rsidRDefault="00BF6161">
      <w:pPr>
        <w:spacing w:before="80"/>
      </w:pPr>
      <w:r>
        <w:rPr>
          <w:b/>
          <w:sz w:val="28"/>
        </w:rPr>
        <w:t>I. YÊU CẦU CẦN ĐẠT</w:t>
      </w:r>
    </w:p>
    <w:p w:rsidR="003C6864" w:rsidRDefault="00BF6161">
      <w:pPr>
        <w:spacing w:before="40"/>
      </w:pPr>
      <w:r>
        <w:rPr>
          <w:b/>
        </w:rPr>
        <w:t>1. Năng lực đặc thù</w:t>
      </w:r>
    </w:p>
    <w:p w:rsidR="003C6864" w:rsidRDefault="00BF6161">
      <w:pPr>
        <w:spacing w:after="40"/>
      </w:pPr>
      <w:r>
        <w:t>- Quan sát tranh, nhận biết được tư thế đúng khi đọc, viết, nói, nghe.</w:t>
      </w:r>
    </w:p>
    <w:p w:rsidR="003C6864" w:rsidRDefault="00BF6161">
      <w:pPr>
        <w:spacing w:after="40"/>
      </w:pPr>
      <w:r>
        <w:t>- Thực hành ngồi viết đúng: lưng thẳng, đầu hơi cúi, mắt cách vở phù hợp; cầm bút và đặt vở đúng cách.</w:t>
      </w:r>
    </w:p>
    <w:p w:rsidR="003C6864" w:rsidRDefault="00BF6161">
      <w:pPr>
        <w:spacing w:after="40"/>
      </w:pPr>
      <w:r>
        <w:t>- Biết lắng nghe khi bạn nói, trình bày rõ ràng khi phát biểu và tự điều chỉnh tư thế khi được nhắc.</w:t>
      </w:r>
    </w:p>
    <w:p w:rsidR="003C6864" w:rsidRDefault="00BF6161">
      <w:pPr>
        <w:spacing w:before="40"/>
      </w:pPr>
      <w:r>
        <w:rPr>
          <w:b/>
        </w:rPr>
        <w:t>2. Năng lực chung</w:t>
      </w:r>
    </w:p>
    <w:p w:rsidR="003C6864" w:rsidRDefault="00BF6161">
      <w:pPr>
        <w:spacing w:after="40"/>
      </w:pPr>
      <w:r>
        <w:t>- Tự chủ và tự học: Tự kiểm tra và điều chỉnh tư thế học tập.</w:t>
      </w:r>
    </w:p>
    <w:p w:rsidR="003C6864" w:rsidRDefault="00BF6161">
      <w:pPr>
        <w:spacing w:after="40"/>
      </w:pPr>
      <w:r>
        <w:t>- Giao tiếp và hợp tác: Trao đổi, nhận xét nhẹ nhàng để cùng bạn thực hiện đúng.</w:t>
      </w:r>
    </w:p>
    <w:p w:rsidR="003C6864" w:rsidRDefault="00BF6161">
      <w:pPr>
        <w:spacing w:after="40"/>
      </w:pPr>
      <w:r>
        <w:t>- Giải quyết vấn đề và sáng tạo: Phân biệt tư thế đúng - sai qua tranh và xử lí tình huống.</w:t>
      </w:r>
    </w:p>
    <w:p w:rsidR="003C6864" w:rsidRDefault="00BF6161">
      <w:pPr>
        <w:spacing w:before="40"/>
      </w:pPr>
      <w:r>
        <w:rPr>
          <w:b/>
        </w:rPr>
        <w:t>3. Phẩm chất</w:t>
      </w:r>
    </w:p>
    <w:p w:rsidR="003C6864" w:rsidRDefault="00BF6161">
      <w:pPr>
        <w:spacing w:after="40"/>
      </w:pPr>
      <w:r>
        <w:t>- Trách nhiệm: Có ý thức giữ gìn sức khỏe trong học tập.</w:t>
      </w:r>
    </w:p>
    <w:p w:rsidR="003C6864" w:rsidRDefault="00BF6161">
      <w:pPr>
        <w:spacing w:after="40"/>
      </w:pPr>
      <w:r>
        <w:t>- Chăm chỉ: Kiên trì luyện tư thế đúng trong mỗi giờ học.</w:t>
      </w:r>
    </w:p>
    <w:p w:rsidR="003C6864" w:rsidRDefault="00BF6161">
      <w:pPr>
        <w:spacing w:after="40"/>
      </w:pPr>
      <w:r>
        <w:t>- Nhân ái: Biết nhắc bạn nhẹ nhàng, không chê cười bạn.</w:t>
      </w:r>
    </w:p>
    <w:p w:rsidR="003C6864" w:rsidRDefault="00BF6161">
      <w:pPr>
        <w:spacing w:before="40"/>
      </w:pPr>
      <w:r>
        <w:rPr>
          <w:b/>
        </w:rPr>
        <w:t>4. Tích hợp</w:t>
      </w:r>
    </w:p>
    <w:p w:rsidR="003C6864" w:rsidRDefault="00BF6161">
      <w:pPr>
        <w:spacing w:after="40"/>
      </w:pPr>
      <w:r>
        <w:rPr>
          <w:color w:val="FF0000"/>
        </w:rPr>
        <w:t>- Kĩ năng sống: Rèn kĩ năng tự điều chỉnh tư thế đọc, viết, nói, nghe; giữ khoảng cách mắt - vở phù hợp và biết nhắc bạn cùng thực hiện.</w:t>
      </w:r>
    </w:p>
    <w:p w:rsidR="003C6864" w:rsidRDefault="00BF6161">
      <w:pPr>
        <w:spacing w:after="40"/>
      </w:pPr>
      <w:r>
        <w:rPr>
          <w:color w:val="FF0000"/>
        </w:rPr>
        <w:t>- Quyền con người: Giáo dục học sinh về quyền được chăm sóc sức khỏe và được học tập trong điều kiện an toàn, phù hợp.</w:t>
      </w:r>
    </w:p>
    <w:p w:rsidR="003C6864" w:rsidRDefault="00BF6161">
      <w:pPr>
        <w:spacing w:before="80"/>
      </w:pPr>
      <w:r>
        <w:rPr>
          <w:b/>
          <w:sz w:val="28"/>
        </w:rPr>
        <w:t>II. ĐỒ DÙNG DẠY HỌC</w:t>
      </w:r>
    </w:p>
    <w:p w:rsidR="003C6864" w:rsidRDefault="00BF6161">
      <w:pPr>
        <w:spacing w:after="40"/>
      </w:pPr>
      <w:r>
        <w:rPr>
          <w:b/>
        </w:rPr>
        <w:t xml:space="preserve">1. Giáo viên: </w:t>
      </w:r>
      <w:r>
        <w:t>SGK Tiếng Việt 1; tranh SGK trang 9 - 11; bàn ghế mẫu; bút chì, vở; bảng phụ ghi quy tắc tư thế đúng.</w:t>
      </w:r>
    </w:p>
    <w:p w:rsidR="003C6864" w:rsidRDefault="00BF6161">
      <w:pPr>
        <w:spacing w:after="80"/>
      </w:pPr>
      <w:r>
        <w:rPr>
          <w:b/>
        </w:rPr>
        <w:t xml:space="preserve">2. Học sinh: </w:t>
      </w:r>
      <w:r>
        <w:t>SGK; vở, bút chì; bảng con.</w:t>
      </w:r>
    </w:p>
    <w:p w:rsidR="003C6864" w:rsidRDefault="00BF6161">
      <w:pPr>
        <w:spacing w:before="8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3C6864" w:rsidTr="002A65AE">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HỌC SINH</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TIẾT HỌC</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lastRenderedPageBreak/>
              <w:t>1. HOẠT ĐỘNG MỞ ĐẦU (KHỞI ĐỘNG)</w:t>
            </w:r>
            <w:r>
              <w:rPr>
                <w:b/>
                <w:color w:val="1F4E79"/>
                <w:sz w:val="25"/>
              </w:rPr>
              <w:br/>
              <w:t>Mục tiêu: Tạo tâm thế vui vẻ, sẵn sàng tham gia hoạt động làm quen với môi trường học tập.</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Kết luận - Giới thiệu bài: “Hôm nay, cô và các em cùng học tư thế đọc, viết, nói, nghe đúng để học tập tự tin và bảo vệ sức khoẻ.”</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HS lắng nghe, nhắc lại tên/nội dung bài học và sẵn sàng thực hiện nhiệm vụ.</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b/>
                <w:sz w:val="25"/>
              </w:rPr>
              <w:t>2. HOẠT ĐỘNG HÌNH THÀNH KIẾN THỨC MỚI (KHÁM PHÁ)</w:t>
            </w:r>
            <w:r>
              <w:rPr>
                <w:b/>
                <w:sz w:val="25"/>
              </w:rPr>
              <w:br/>
              <w:t>Mục tiêu: Quan sát, nhận biết và thực hiện đúng nội dung về tư thế đọc, viết, nói, nghe đúng; Tích hợp: nhận biết và tự điều chỉnh tư thế đọc, viết, nói, nghe đúng.</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xml:space="preserve">- Các em quan sát tranh SGK trang 9 - 11, nói điều em nhìn thấy liên quan đến tư thế đọc, viết, nói, </w:t>
            </w:r>
            <w:proofErr w:type="gramStart"/>
            <w:r>
              <w:rPr>
                <w:sz w:val="25"/>
              </w:rPr>
              <w:t>nghe</w:t>
            </w:r>
            <w:proofErr w:type="gramEnd"/>
            <w:r>
              <w:rPr>
                <w:sz w:val="25"/>
              </w:rPr>
              <w:t xml:space="preserve">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đúng nội dung tranh; nêu sự vật, hoạt động hoặc tư thế quan sát được.</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Bạn nào có tư thế đọc đúng?</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Bạn ngồi thẳng lưng, mắt cách sách khoảng 25 - 30 cm, hai tay giữ sách ngay ngắn là bạn có tư thế đọc đúng.</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Bạn nào ngồi viết đúng?</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Bạn ngồi ngay ngắn, lưng thẳng, mắt cách vở khoảng 25 - 30 cm và cầm bút bằng ba ngón tay là bạn ngồi viết đúng.</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Khi nói và nghe trong lớp em cần thực hiện thế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Khi nói, em nói rõ ràng, lễ phép; khi nghe, em nhìn người nói, ngồi ngay ngắn, không nói chuyện riêng và chờ đến lượt phát biểu.</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làm mẫu hoặc chốt cách thực hiện đúng; yêu cầu HS nhắc lại điểm cần nhớ.</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mẫu; nhắc lại điều cần nhớ và chuẩn bị thực hành.</w:t>
            </w:r>
          </w:p>
        </w:tc>
      </w:tr>
      <w:tr w:rsidR="003C6864" w:rsidTr="002A65AE">
        <w:trPr>
          <w:jc w:val="center"/>
        </w:trPr>
        <w:tc>
          <w:tcPr>
            <w:tcW w:w="4986" w:type="dxa"/>
            <w:shd w:val="clear" w:color="auto" w:fill="auto"/>
          </w:tcPr>
          <w:p w:rsidR="003C6864" w:rsidRDefault="00BF6161">
            <w:pPr>
              <w:spacing w:after="0"/>
            </w:pPr>
            <w:r>
              <w:rPr>
                <w:b/>
                <w:color w:val="FF0000"/>
                <w:sz w:val="25"/>
              </w:rPr>
              <w:t>Tích hợp - Kĩ năng sống</w:t>
            </w:r>
          </w:p>
        </w:tc>
        <w:tc>
          <w:tcPr>
            <w:tcW w:w="4986" w:type="dxa"/>
            <w:shd w:val="clear" w:color="auto" w:fill="auto"/>
          </w:tcPr>
          <w:p w:rsidR="003C6864" w:rsidRDefault="00BF6161">
            <w:pPr>
              <w:spacing w:after="0"/>
            </w:pPr>
            <w:r>
              <w:rPr>
                <w:b/>
                <w:color w:val="FF0000"/>
                <w:sz w:val="25"/>
              </w:rPr>
              <w:t>Tích hợp - Kĩ năng sống</w:t>
            </w:r>
          </w:p>
        </w:tc>
      </w:tr>
      <w:tr w:rsidR="003C6864" w:rsidTr="002A65AE">
        <w:trPr>
          <w:jc w:val="center"/>
        </w:trPr>
        <w:tc>
          <w:tcPr>
            <w:tcW w:w="4986" w:type="dxa"/>
            <w:shd w:val="clear" w:color="auto" w:fill="auto"/>
          </w:tcPr>
          <w:p w:rsidR="003C6864" w:rsidRDefault="00BF6161">
            <w:pPr>
              <w:spacing w:after="0"/>
            </w:pPr>
            <w:r>
              <w:rPr>
                <w:color w:val="FF0000"/>
                <w:sz w:val="25"/>
              </w:rPr>
              <w:t>- Câu hỏi dẫn: “Tư thế đọc, viết đúng giúp cơ thể em như thế nào?”</w:t>
            </w:r>
          </w:p>
        </w:tc>
        <w:tc>
          <w:tcPr>
            <w:tcW w:w="4986" w:type="dxa"/>
            <w:shd w:val="clear" w:color="auto" w:fill="auto"/>
          </w:tcPr>
          <w:p w:rsidR="003C6864" w:rsidRDefault="00BF6161">
            <w:pPr>
              <w:spacing w:after="0"/>
            </w:pPr>
            <w:r>
              <w:rPr>
                <w:color w:val="FF0000"/>
                <w:sz w:val="25"/>
              </w:rPr>
              <w:t>- HS trả lời: Tư thế đúng giúp em nhìn rõ, viết dễ hơn, bảo vệ mắt và giữ lưng thẳng.</w:t>
            </w:r>
          </w:p>
        </w:tc>
      </w:tr>
      <w:tr w:rsidR="003C6864" w:rsidTr="002A65AE">
        <w:trPr>
          <w:jc w:val="center"/>
        </w:trPr>
        <w:tc>
          <w:tcPr>
            <w:tcW w:w="4986" w:type="dxa"/>
            <w:shd w:val="clear" w:color="auto" w:fill="auto"/>
          </w:tcPr>
          <w:p w:rsidR="003C6864" w:rsidRDefault="00BF6161" w:rsidP="002A65AE">
            <w:pPr>
              <w:spacing w:after="0"/>
            </w:pPr>
            <w:r>
              <w:rPr>
                <w:color w:val="FF0000"/>
                <w:sz w:val="25"/>
              </w:rPr>
              <w:t>- Diễn giải tích hợp: Khi đọc và viết, các em cần ngồi ngay ngắn, giữ khoảng cách mắt với sách vở phù hợp, cầm bút đúng cách. Khi nói và nghe, cần hướng về người nói, tập trung và không chen ngang.</w:t>
            </w:r>
          </w:p>
        </w:tc>
        <w:tc>
          <w:tcPr>
            <w:tcW w:w="4986" w:type="dxa"/>
            <w:shd w:val="clear" w:color="auto" w:fill="auto"/>
          </w:tcPr>
          <w:p w:rsidR="003C6864" w:rsidRDefault="00BF6161">
            <w:pPr>
              <w:spacing w:after="0"/>
            </w:pPr>
            <w:r>
              <w:rPr>
                <w:color w:val="FF0000"/>
                <w:sz w:val="25"/>
              </w:rPr>
              <w:t>- HS thực hiện: Thực hành tư thế đúng và nhắc bạn bằng lời nhẹ nhàng.</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quan sát và nhận biết được tư thế đọc, viết, nói, nghe đúng.</w:t>
            </w:r>
          </w:p>
        </w:tc>
        <w:tc>
          <w:tcPr>
            <w:tcW w:w="4986" w:type="dxa"/>
            <w:tcBorders>
              <w:bottom w:val="single" w:sz="4" w:space="0" w:color="auto"/>
            </w:tcBorders>
            <w:shd w:val="clear" w:color="auto" w:fill="auto"/>
          </w:tcPr>
          <w:p w:rsidR="003C6864" w:rsidRDefault="00BF6161">
            <w:pPr>
              <w:spacing w:after="0"/>
            </w:pPr>
            <w:r>
              <w:rPr>
                <w:sz w:val="25"/>
              </w:rPr>
              <w:t>- HS nhắc lại điều đã nhận biết và thực hiện theo hướng dẫn.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lastRenderedPageBreak/>
              <w:t>3. HOẠT ĐỘNG LUYỆN TẬP - THỰC HÀNH</w:t>
            </w:r>
            <w:r>
              <w:rPr>
                <w:b/>
                <w:color w:val="1F4E79"/>
                <w:sz w:val="25"/>
              </w:rPr>
              <w:br/>
              <w:t>Mục tiêu: Thực hành hành vi, thao tác hoặc kĩ năng vừa được hướng dẫn; biết tự điều chỉnh khi cần.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Thực hành theo cá nhân/nhóm đôi; quan sát, hỗ trợ và sửa thao tác chưa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theo yêu cầu; tự điều chỉnh hoặc sửa theo góp ý.</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Mời một số HS thực hành trước lớp; nhận xét những điểm làm đúng và hướng dẫn sửa điểm chưa phù hợp.</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trước lớp; nhận xét bạn lịch sự và ghi nhớ cách làm đúng.</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thực hành đúng những yêu cầu cơ bản về tư thế đọc, viết, nói, nghe đúng.</w:t>
            </w:r>
          </w:p>
        </w:tc>
        <w:tc>
          <w:tcPr>
            <w:tcW w:w="4986" w:type="dxa"/>
            <w:tcBorders>
              <w:bottom w:val="single" w:sz="4" w:space="0" w:color="auto"/>
            </w:tcBorders>
            <w:shd w:val="clear" w:color="auto" w:fill="auto"/>
          </w:tcPr>
          <w:p w:rsidR="003C6864" w:rsidRDefault="00BF6161">
            <w:pPr>
              <w:spacing w:after="0"/>
            </w:pPr>
            <w:r>
              <w:rPr>
                <w:sz w:val="25"/>
              </w:rPr>
              <w:t>- HS tự kiểm tra và sửa thao tác chưa đúng.</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b/>
                <w:sz w:val="25"/>
              </w:rPr>
              <w:t>4. HOẠT ĐỘNG VẬN DỤNG</w:t>
            </w:r>
            <w:r>
              <w:rPr>
                <w:b/>
                <w:sz w:val="25"/>
              </w:rPr>
              <w:br/>
              <w:t>Mục tiêu: Biết vận dụng kĩ năng làm quen vào sinh hoạt, học tập hằng ngày ở lớp và ở nhà; Tích hợp: hiểu quyền được chăm sóc sức khoẻ và học tập trong điều kiện an toàn.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tình huống gần gũi; yêu cầu HS nói hoặc thực hiện cách ứng xử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cách thực hiện hoặc đóng vai xử lí tình huống phù hợp.</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hoạt động; động viên HS thực hiện hằng ngày và chuẩn bị nội dung tiếp theo.</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Lắng nghe; ghi nhớ và vận dụng trong sinh hoạt hằng ngày.</w:t>
            </w:r>
          </w:p>
        </w:tc>
      </w:tr>
      <w:tr w:rsidR="003C6864" w:rsidTr="002A65AE">
        <w:trPr>
          <w:jc w:val="center"/>
        </w:trPr>
        <w:tc>
          <w:tcPr>
            <w:tcW w:w="4986" w:type="dxa"/>
            <w:shd w:val="clear" w:color="auto" w:fill="auto"/>
          </w:tcPr>
          <w:p w:rsidR="003C6864" w:rsidRDefault="00BF6161">
            <w:pPr>
              <w:spacing w:after="0"/>
            </w:pPr>
            <w:r>
              <w:rPr>
                <w:b/>
                <w:color w:val="FF0000"/>
                <w:sz w:val="25"/>
              </w:rPr>
              <w:t>Tích hợp - Quyền con người</w:t>
            </w:r>
          </w:p>
        </w:tc>
        <w:tc>
          <w:tcPr>
            <w:tcW w:w="4986" w:type="dxa"/>
            <w:shd w:val="clear" w:color="auto" w:fill="auto"/>
          </w:tcPr>
          <w:p w:rsidR="003C6864" w:rsidRDefault="00BF6161">
            <w:pPr>
              <w:spacing w:after="0"/>
            </w:pPr>
            <w:r>
              <w:rPr>
                <w:b/>
                <w:color w:val="FF0000"/>
                <w:sz w:val="25"/>
              </w:rPr>
              <w:t>Tích hợp - Quyền con người</w:t>
            </w:r>
          </w:p>
        </w:tc>
      </w:tr>
      <w:tr w:rsidR="003C6864" w:rsidTr="002A65AE">
        <w:trPr>
          <w:jc w:val="center"/>
        </w:trPr>
        <w:tc>
          <w:tcPr>
            <w:tcW w:w="4986" w:type="dxa"/>
            <w:shd w:val="clear" w:color="auto" w:fill="auto"/>
          </w:tcPr>
          <w:p w:rsidR="003C6864" w:rsidRDefault="00BF6161">
            <w:pPr>
              <w:spacing w:after="0"/>
            </w:pPr>
            <w:r>
              <w:rPr>
                <w:color w:val="FF0000"/>
                <w:sz w:val="25"/>
              </w:rPr>
              <w:t>- Câu hỏi dẫn: “Vì sao mỗi bạn cần được ngồi học đúng tư thế và được nhắc sửa tư thế khi chưa đúng?”</w:t>
            </w:r>
          </w:p>
        </w:tc>
        <w:tc>
          <w:tcPr>
            <w:tcW w:w="4986" w:type="dxa"/>
            <w:shd w:val="clear" w:color="auto" w:fill="auto"/>
          </w:tcPr>
          <w:p w:rsidR="003C6864" w:rsidRDefault="00BF6161">
            <w:pPr>
              <w:spacing w:after="0"/>
            </w:pPr>
            <w:r>
              <w:rPr>
                <w:color w:val="FF0000"/>
                <w:sz w:val="25"/>
              </w:rPr>
              <w:t>- HS trả lời: Vì mỗi bạn có quyền được học tập an toàn và được bảo vệ sức khoẻ.</w:t>
            </w:r>
          </w:p>
        </w:tc>
      </w:tr>
      <w:tr w:rsidR="003C6864" w:rsidTr="002A65AE">
        <w:trPr>
          <w:jc w:val="center"/>
        </w:trPr>
        <w:tc>
          <w:tcPr>
            <w:tcW w:w="4986" w:type="dxa"/>
            <w:shd w:val="clear" w:color="auto" w:fill="auto"/>
          </w:tcPr>
          <w:p w:rsidR="003C6864" w:rsidRDefault="00BF6161">
            <w:pPr>
              <w:spacing w:after="0"/>
            </w:pPr>
            <w:r>
              <w:rPr>
                <w:color w:val="FF0000"/>
                <w:sz w:val="25"/>
              </w:rPr>
              <w:t>- Diễn giải tích hợp: Mỗi học sinh có quyền học tập trong điều kiện an toàn, được hướng dẫn để bảo vệ mắt, cột sống và sức khoẻ. Khi góp ý cho bạn, các em nói nhẹ nhàng, không chê cười bạn.</w:t>
            </w:r>
          </w:p>
        </w:tc>
        <w:tc>
          <w:tcPr>
            <w:tcW w:w="4986" w:type="dxa"/>
            <w:shd w:val="clear" w:color="auto" w:fill="auto"/>
          </w:tcPr>
          <w:p w:rsidR="003C6864" w:rsidRDefault="00BF6161">
            <w:pPr>
              <w:spacing w:after="0"/>
            </w:pPr>
            <w:r>
              <w:rPr>
                <w:color w:val="FF0000"/>
                <w:sz w:val="25"/>
              </w:rPr>
              <w:t>- HS thực hiện: Nêu một việc em sẽ làm để bảo vệ sức khoẻ khi học.</w:t>
            </w:r>
          </w:p>
        </w:tc>
      </w:tr>
      <w:tr w:rsidR="003C6864" w:rsidTr="002A65AE">
        <w:trPr>
          <w:jc w:val="center"/>
        </w:trPr>
        <w:tc>
          <w:tcPr>
            <w:tcW w:w="4986" w:type="dxa"/>
            <w:shd w:val="clear" w:color="auto" w:fill="auto"/>
          </w:tcPr>
          <w:p w:rsidR="003C6864" w:rsidRDefault="00BF6161">
            <w:pPr>
              <w:spacing w:after="0"/>
            </w:pPr>
            <w:r>
              <w:rPr>
                <w:sz w:val="25"/>
              </w:rPr>
              <w:t>- Kết luận: Các em ghi nhớ cách thực hiện đúng về tư thế đọc, viết, nói, nghe đúng để vận dụng trong mỗi giờ học.</w:t>
            </w:r>
          </w:p>
        </w:tc>
        <w:tc>
          <w:tcPr>
            <w:tcW w:w="4986" w:type="dxa"/>
            <w:shd w:val="clear" w:color="auto" w:fill="auto"/>
          </w:tcPr>
          <w:p w:rsidR="003C6864" w:rsidRDefault="00BF6161">
            <w:pPr>
              <w:spacing w:after="0"/>
            </w:pPr>
            <w:r>
              <w:rPr>
                <w:sz w:val="25"/>
              </w:rPr>
              <w:t>- HS nói điều em cần ghi nhớ và thực hiện.</w:t>
            </w:r>
          </w:p>
        </w:tc>
      </w:tr>
    </w:tbl>
    <w:p w:rsidR="003C6864" w:rsidRDefault="003C6864"/>
    <w:p w:rsidR="003C6864" w:rsidRDefault="00BF6161">
      <w:pPr>
        <w:spacing w:before="80"/>
      </w:pPr>
      <w:r>
        <w:rPr>
          <w:b/>
          <w:sz w:val="28"/>
        </w:rPr>
        <w:t>IV. ĐIỀU CHỈNH SAU BÀI DẠY</w:t>
      </w:r>
    </w:p>
    <w:p w:rsidR="003C6864" w:rsidRDefault="00BF6161">
      <w:pPr>
        <w:spacing w:after="20"/>
      </w:pPr>
      <w:r>
        <w:rPr>
          <w:sz w:val="24"/>
        </w:rPr>
        <w:t>............................................................................................................................................................</w:t>
      </w:r>
    </w:p>
    <w:p w:rsidR="003C6864" w:rsidRDefault="00BF6161">
      <w:pPr>
        <w:spacing w:after="20"/>
      </w:pPr>
      <w:r>
        <w:rPr>
          <w:sz w:val="24"/>
        </w:rPr>
        <w:t>............................................................................................................................................................</w:t>
      </w:r>
    </w:p>
    <w:p w:rsidR="003C6864" w:rsidRDefault="00BF6161">
      <w:pPr>
        <w:spacing w:after="20"/>
      </w:pPr>
      <w:r>
        <w:rPr>
          <w:sz w:val="24"/>
        </w:rPr>
        <w:t>............................................................................................................................................................</w:t>
      </w:r>
    </w:p>
    <w:p w:rsidR="003C6864" w:rsidRDefault="00BF6161">
      <w:pPr>
        <w:spacing w:before="40" w:after="40"/>
        <w:jc w:val="center"/>
      </w:pPr>
      <w:r>
        <w:rPr>
          <w:b/>
          <w:color w:val="1F4E79"/>
          <w:sz w:val="28"/>
        </w:rPr>
        <w:lastRenderedPageBreak/>
        <w:t>TIẾNG VIỆT</w:t>
      </w:r>
    </w:p>
    <w:p w:rsidR="003C6864" w:rsidRDefault="00BF6161">
      <w:pPr>
        <w:spacing w:after="120"/>
        <w:jc w:val="center"/>
      </w:pPr>
      <w:r>
        <w:rPr>
          <w:b/>
          <w:sz w:val="28"/>
        </w:rPr>
        <w:t>TIẾT 5 - 10: LÀM QUEN VỚI CÁC NÉT CƠ BẢN, CÁC CHỮ SỐ, BẢNG CHỮ CÁI VÀ DẤU THANH</w:t>
      </w:r>
    </w:p>
    <w:p w:rsidR="003C6864" w:rsidRDefault="00BF6161">
      <w:pPr>
        <w:spacing w:before="80"/>
      </w:pPr>
      <w:r>
        <w:rPr>
          <w:b/>
          <w:sz w:val="28"/>
        </w:rPr>
        <w:t>I. YÊU CẦU CẦN ĐẠT</w:t>
      </w:r>
    </w:p>
    <w:p w:rsidR="003C6864" w:rsidRDefault="00BF6161">
      <w:pPr>
        <w:spacing w:before="40"/>
      </w:pPr>
      <w:r>
        <w:rPr>
          <w:b/>
        </w:rPr>
        <w:t>1. Năng lực đặc thù</w:t>
      </w:r>
    </w:p>
    <w:p w:rsidR="003C6864" w:rsidRDefault="00BF6161">
      <w:pPr>
        <w:spacing w:after="40"/>
      </w:pPr>
      <w:r>
        <w:t>- Nhận diện và gọi tên được một số nét viết cơ bản; nhận biết chữ số và các dấu thanh trong tiếng Việt.</w:t>
      </w:r>
    </w:p>
    <w:p w:rsidR="003C6864" w:rsidRDefault="00BF6161">
      <w:pPr>
        <w:spacing w:after="40"/>
      </w:pPr>
      <w:r>
        <w:t>- Quan sát bảng chữ cái, bước đầu nhận biết hình dáng các chữ; tô, viết được một số nét cơ bản và chữ số theo hướng dẫn.</w:t>
      </w:r>
    </w:p>
    <w:p w:rsidR="003C6864" w:rsidRDefault="00BF6161">
      <w:pPr>
        <w:spacing w:after="40"/>
      </w:pPr>
      <w:r>
        <w:t>- Phát triển kĩ năng nghe - nói thông qua việc gọi tên nét, chữ số, dấu thanh và trình bày sản phẩm luyện viết.</w:t>
      </w:r>
    </w:p>
    <w:p w:rsidR="003C6864" w:rsidRDefault="00BF6161">
      <w:pPr>
        <w:spacing w:before="40"/>
      </w:pPr>
      <w:r>
        <w:rPr>
          <w:b/>
        </w:rPr>
        <w:t>2. Năng lực chung</w:t>
      </w:r>
    </w:p>
    <w:p w:rsidR="003C6864" w:rsidRDefault="00BF6161">
      <w:pPr>
        <w:spacing w:after="40"/>
      </w:pPr>
      <w:r>
        <w:t>- Tự chủ và tự học: Tập trung quan sát mẫu, luyện viết đúng quy trình.</w:t>
      </w:r>
    </w:p>
    <w:p w:rsidR="003C6864" w:rsidRDefault="00BF6161">
      <w:pPr>
        <w:spacing w:after="40"/>
      </w:pPr>
      <w:r>
        <w:t>- Giao tiếp và hợp tác: Trao đổi với bạn khi nhận diện nét, chữ số, dấu thanh.</w:t>
      </w:r>
    </w:p>
    <w:p w:rsidR="003C6864" w:rsidRDefault="00BF6161">
      <w:pPr>
        <w:spacing w:after="40"/>
      </w:pPr>
      <w:r>
        <w:t>- Giải quyết vấn đề và sáng tạo: Phân loại nét/chữ số/dấu thanh và vận dụng tạo hình đơn giản.</w:t>
      </w:r>
    </w:p>
    <w:p w:rsidR="003C6864" w:rsidRDefault="00BF6161">
      <w:pPr>
        <w:spacing w:before="40"/>
      </w:pPr>
      <w:r>
        <w:rPr>
          <w:b/>
        </w:rPr>
        <w:t>3. Phẩm chất</w:t>
      </w:r>
    </w:p>
    <w:p w:rsidR="003C6864" w:rsidRDefault="00BF6161">
      <w:pPr>
        <w:spacing w:after="40"/>
      </w:pPr>
      <w:r>
        <w:t>- Chăm chỉ: Kiên trì luyện nét và chữ số.</w:t>
      </w:r>
    </w:p>
    <w:p w:rsidR="003C6864" w:rsidRDefault="00BF6161">
      <w:pPr>
        <w:spacing w:after="40"/>
      </w:pPr>
      <w:r>
        <w:t>- Trách nhiệm: Giữ gìn vở, bảng con và đồ dùng học tập sạch đẹp.</w:t>
      </w:r>
    </w:p>
    <w:p w:rsidR="003C6864" w:rsidRDefault="00BF6161">
      <w:pPr>
        <w:spacing w:after="40"/>
      </w:pPr>
      <w:r>
        <w:t>- Trung thực: Tự nhận xét kết quả luyện viết của bản thân.</w:t>
      </w:r>
    </w:p>
    <w:p w:rsidR="003C6864" w:rsidRDefault="00BF6161">
      <w:pPr>
        <w:spacing w:before="80"/>
      </w:pPr>
      <w:r>
        <w:rPr>
          <w:b/>
          <w:sz w:val="28"/>
        </w:rPr>
        <w:t>II. ĐỒ DÙNG DẠY HỌC</w:t>
      </w:r>
    </w:p>
    <w:p w:rsidR="003C6864" w:rsidRDefault="00BF6161">
      <w:pPr>
        <w:spacing w:after="40"/>
      </w:pPr>
      <w:r>
        <w:rPr>
          <w:b/>
        </w:rPr>
        <w:t xml:space="preserve">1. Giáo viên: </w:t>
      </w:r>
      <w:r>
        <w:t>SGK Tiếng Việt 1; tranh SGK trang 12 - 13; bảng phụ viết nét cơ bản, chữ số và dấu thanh; chữ mẫu; phiếu luyện nét.</w:t>
      </w:r>
    </w:p>
    <w:p w:rsidR="003C6864" w:rsidRDefault="00BF6161">
      <w:pPr>
        <w:spacing w:after="80"/>
      </w:pPr>
      <w:r>
        <w:rPr>
          <w:b/>
        </w:rPr>
        <w:t xml:space="preserve">2. Học sinh: </w:t>
      </w:r>
      <w:r>
        <w:t>SGK; bảng con, phấn/bút; vở luyện viết; bộ chữ học vần.</w:t>
      </w:r>
    </w:p>
    <w:p w:rsidR="003C6864" w:rsidRDefault="00BF6161">
      <w:pPr>
        <w:spacing w:before="8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3C6864" w:rsidTr="002A65AE">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HỌC SINH</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TIẾT HỌC</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1. HOẠT ĐỘNG MỞ ĐẦU (KHỞI ĐỘNG)</w:t>
            </w:r>
            <w:r>
              <w:rPr>
                <w:b/>
                <w:color w:val="1F4E79"/>
                <w:sz w:val="25"/>
              </w:rPr>
              <w:br/>
              <w:t>Mục tiêu: Tạo tâm thế vui vẻ, sẵn sàng tham gia hoạt động làm quen với môi trường học tập.</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Kết luận - Giới thiệu bài: “Hôm nay, cô và các em cùng làm quen với các nét viết cơ bản, chữ số, dấu thanh và bảng chữ cái.”</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HS lắng nghe, nhắc lại tên/nội dung bài học và sẵn sàng thực hiện nhiệm vụ.</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lastRenderedPageBreak/>
              <w:t>2. HOẠT ĐỘNG HÌNH THÀNH KIẾN THỨC MỚI (KHÁM PHÁ)</w:t>
            </w:r>
            <w:r>
              <w:rPr>
                <w:b/>
                <w:color w:val="1F4E79"/>
                <w:sz w:val="25"/>
              </w:rPr>
              <w:br/>
              <w:t>Mục tiêu: Quan sát, nhận biết và thực hiện đúng nội dung về nét viết cơ bản, chữ số, dấu thanh và bảng chữ cái.</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xml:space="preserve">- Các em quan sát tranh SGK trang 12 - 13, nói điều em nhìn thấy liên quan đến nét viết cơ bản, chữ số, </w:t>
            </w:r>
            <w:proofErr w:type="gramStart"/>
            <w:r>
              <w:rPr>
                <w:sz w:val="25"/>
              </w:rPr>
              <w:t>dấu</w:t>
            </w:r>
            <w:proofErr w:type="gramEnd"/>
            <w:r>
              <w:rPr>
                <w:sz w:val="25"/>
              </w:rPr>
              <w:t xml:space="preserve"> thanh và bảng chữ cái.</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đúng nội dung tranh; nêu sự vật, hoạt động hoặc tư thế quan sát được.</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nhìn thấy những nét viết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Em nhìn thấy nét ngang, nét sổ, nét xiên, nét móc, nét cong và nét khuyết.</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nhận ra chữ số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Em nhận ra các chữ số 0, 1, 2, 3, 4, 5, 6, 7, 8, 9.</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đọc được chữ cái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Em đọc được một số chữ cái như a, b, c, d, đ, e, ê và các chữ cái quen thuộc khác trong bảng chữ cái.</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làm mẫu hoặc chốt cách thực hiện đúng; yêu cầu HS nhắc lại điểm cần nhớ.</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mẫu; nhắc lại điều cần nhớ và chuẩn bị thực hành.</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quan sát và nhận biết được nét viết cơ bản, chữ số, dấu thanh và bảng chữ cái.</w:t>
            </w:r>
          </w:p>
        </w:tc>
        <w:tc>
          <w:tcPr>
            <w:tcW w:w="4986" w:type="dxa"/>
            <w:tcBorders>
              <w:bottom w:val="single" w:sz="4" w:space="0" w:color="auto"/>
            </w:tcBorders>
            <w:shd w:val="clear" w:color="auto" w:fill="auto"/>
          </w:tcPr>
          <w:p w:rsidR="003C6864" w:rsidRDefault="00BF6161">
            <w:pPr>
              <w:spacing w:after="0"/>
            </w:pPr>
            <w:r>
              <w:rPr>
                <w:sz w:val="25"/>
              </w:rPr>
              <w:t>- HS nhắc lại điều đã nhận biết và thực hiện theo hướng dẫn.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3. HOẠT ĐỘNG LUYỆN TẬP - THỰC HÀNH</w:t>
            </w:r>
            <w:r>
              <w:rPr>
                <w:b/>
                <w:color w:val="1F4E79"/>
                <w:sz w:val="25"/>
              </w:rPr>
              <w:br/>
              <w:t>Mục tiêu: Thực hành hành vi, thao tác hoặc kĩ năng vừa được hướng dẫn; biết tự điều chỉnh khi cần.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rsidP="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Thực hành theo cá nhân/nhóm đôi; quan sát, hỗ trợ và sửa thao tác chưa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theo yêu cầu; tự điều chỉnh hoặc sửa theo góp ý.</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Mời một số HS thực hành trước lớp; nhận xét những điểm làm đúng và hướng dẫn sửa điểm chưa phù hợp.</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trước lớp; nhận xét bạn lịch sự và ghi nhớ cách làm đúng.</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thực hành đúng những yêu cầu cơ bản về nét viết cơ bản, chữ số, dấu thanh và bảng chữ cái.</w:t>
            </w:r>
          </w:p>
        </w:tc>
        <w:tc>
          <w:tcPr>
            <w:tcW w:w="4986" w:type="dxa"/>
            <w:tcBorders>
              <w:bottom w:val="single" w:sz="4" w:space="0" w:color="auto"/>
            </w:tcBorders>
            <w:shd w:val="clear" w:color="auto" w:fill="auto"/>
          </w:tcPr>
          <w:p w:rsidR="003C6864" w:rsidRDefault="00BF6161">
            <w:pPr>
              <w:spacing w:after="0"/>
            </w:pPr>
            <w:r>
              <w:rPr>
                <w:sz w:val="25"/>
              </w:rPr>
              <w:t>- HS tự kiểm tra và sửa thao tác chưa đúng.</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4. HOẠT ĐỘNG VẬN DỤNG</w:t>
            </w:r>
            <w:r>
              <w:rPr>
                <w:b/>
                <w:color w:val="1F4E79"/>
                <w:sz w:val="25"/>
              </w:rPr>
              <w:br/>
              <w:t>Mục tiêu: Biết vận dụng kĩ năng làm quen vào sinh hoạt, học tập hằng ngày ở lớp và ở nhà.</w:t>
            </w:r>
          </w:p>
        </w:tc>
      </w:tr>
      <w:tr w:rsidR="003C6864" w:rsidTr="002A65AE">
        <w:trPr>
          <w:cantSplit/>
          <w:jc w:val="center"/>
        </w:trPr>
        <w:tc>
          <w:tcPr>
            <w:tcW w:w="9972" w:type="dxa"/>
            <w:gridSpan w:val="2"/>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lastRenderedPageBreak/>
              <w:t>- Nêu tình huống gần gũi; yêu cầu HS nói hoặc thực hiện cách ứng xử đúng.</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cách thực hiện hoặc đóng vai xử lí tình huống phù hợp.</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hoạt động; động viên HS thực hiện hằng ngày và chuẩn bị nội dung tiếp theo.</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Lắng nghe; ghi nhớ và vận dụng trong sinh hoạt hằng ngày.</w:t>
            </w:r>
          </w:p>
        </w:tc>
      </w:tr>
      <w:tr w:rsidR="003C6864" w:rsidTr="002A65AE">
        <w:trPr>
          <w:jc w:val="center"/>
        </w:trPr>
        <w:tc>
          <w:tcPr>
            <w:tcW w:w="4986" w:type="dxa"/>
            <w:shd w:val="clear" w:color="auto" w:fill="auto"/>
          </w:tcPr>
          <w:p w:rsidR="003C6864" w:rsidRDefault="00BF6161">
            <w:pPr>
              <w:spacing w:after="0"/>
            </w:pPr>
            <w:r>
              <w:rPr>
                <w:sz w:val="25"/>
              </w:rPr>
              <w:t>- Kết luận: Các em ghi nhớ cách thực hiện đúng về nét viết cơ bản, chữ số, dấu thanh và bảng chữ cái để vận dụng trong mỗi giờ học.</w:t>
            </w:r>
          </w:p>
        </w:tc>
        <w:tc>
          <w:tcPr>
            <w:tcW w:w="4986" w:type="dxa"/>
            <w:shd w:val="clear" w:color="auto" w:fill="auto"/>
          </w:tcPr>
          <w:p w:rsidR="003C6864" w:rsidRDefault="00BF6161">
            <w:pPr>
              <w:spacing w:after="0"/>
            </w:pPr>
            <w:r>
              <w:rPr>
                <w:sz w:val="25"/>
              </w:rPr>
              <w:t>- HS nói điều em cần ghi nhớ và thực hiện.</w:t>
            </w:r>
          </w:p>
        </w:tc>
      </w:tr>
    </w:tbl>
    <w:p w:rsidR="003C6864" w:rsidRDefault="003C6864"/>
    <w:p w:rsidR="003C6864" w:rsidRDefault="00BF6161">
      <w:pPr>
        <w:spacing w:before="80"/>
      </w:pPr>
      <w:r>
        <w:rPr>
          <w:b/>
          <w:sz w:val="28"/>
        </w:rPr>
        <w:t>IV. ĐIỀU CHỈNH SAU BÀI DẠY</w:t>
      </w:r>
    </w:p>
    <w:p w:rsidR="003C6864" w:rsidRDefault="00BF6161">
      <w:pPr>
        <w:spacing w:after="20"/>
      </w:pPr>
      <w:r>
        <w:rPr>
          <w:sz w:val="24"/>
        </w:rPr>
        <w:t>............................................................................................................................................................</w:t>
      </w:r>
    </w:p>
    <w:p w:rsidR="003C6864" w:rsidRDefault="00BF6161">
      <w:pPr>
        <w:spacing w:after="20"/>
      </w:pPr>
      <w:r>
        <w:rPr>
          <w:sz w:val="24"/>
        </w:rPr>
        <w:t>............................................................................................................................................................</w:t>
      </w:r>
    </w:p>
    <w:p w:rsidR="003C6864" w:rsidRDefault="00BF6161">
      <w:pPr>
        <w:spacing w:after="20"/>
      </w:pPr>
      <w:r>
        <w:rPr>
          <w:sz w:val="24"/>
        </w:rPr>
        <w:t>............................................................................................................................................................</w:t>
      </w:r>
    </w:p>
    <w:p w:rsidR="003C6864" w:rsidRDefault="003C6864"/>
    <w:p w:rsidR="003C6864" w:rsidRDefault="00BF6161">
      <w:pPr>
        <w:spacing w:before="40" w:after="40"/>
        <w:jc w:val="center"/>
      </w:pPr>
      <w:r>
        <w:rPr>
          <w:b/>
          <w:color w:val="1F4E79"/>
          <w:sz w:val="28"/>
        </w:rPr>
        <w:t>TIẾNG VIỆT</w:t>
      </w:r>
    </w:p>
    <w:p w:rsidR="003C6864" w:rsidRDefault="00BF6161">
      <w:pPr>
        <w:spacing w:after="120"/>
        <w:jc w:val="center"/>
      </w:pPr>
      <w:r>
        <w:rPr>
          <w:b/>
          <w:sz w:val="28"/>
        </w:rPr>
        <w:t>TIẾT 11 + 12: ÔN LUYỆN VIẾT CÁC NÉT CƠ BẢN VÀ ĐỌC ÂM</w:t>
      </w:r>
    </w:p>
    <w:p w:rsidR="003C6864" w:rsidRDefault="00BF6161">
      <w:pPr>
        <w:spacing w:before="80"/>
      </w:pPr>
      <w:r>
        <w:rPr>
          <w:b/>
          <w:sz w:val="28"/>
        </w:rPr>
        <w:t>I. YÊU CẦU CẦN ĐẠT</w:t>
      </w:r>
    </w:p>
    <w:p w:rsidR="003C6864" w:rsidRDefault="00BF6161">
      <w:pPr>
        <w:spacing w:before="40"/>
      </w:pPr>
      <w:r>
        <w:rPr>
          <w:b/>
        </w:rPr>
        <w:t>1. Năng lực đặc thù</w:t>
      </w:r>
    </w:p>
    <w:p w:rsidR="003C6864" w:rsidRDefault="00BF6161">
      <w:pPr>
        <w:spacing w:after="40"/>
      </w:pPr>
      <w:r>
        <w:t>- Củng cố khả năng nhận diện các nét cơ bản, chữ số, dấu thanh và một số chữ cái đã làm quen.</w:t>
      </w:r>
    </w:p>
    <w:p w:rsidR="003C6864" w:rsidRDefault="00BF6161">
      <w:pPr>
        <w:spacing w:after="40"/>
      </w:pPr>
      <w:r>
        <w:t>- Tô, viết đúng hơn các nét cơ bản; bước đầu đọc rõ một số âm/chữ theo hướng dẫn của giáo viên.</w:t>
      </w:r>
    </w:p>
    <w:p w:rsidR="003C6864" w:rsidRDefault="00BF6161">
      <w:pPr>
        <w:spacing w:after="40"/>
      </w:pPr>
      <w:r>
        <w:t>- Biết quan sát sản phẩm của mình, sửa lỗi đơn giản và trình bày kết quả luyện tập.</w:t>
      </w:r>
    </w:p>
    <w:p w:rsidR="003C6864" w:rsidRDefault="00BF6161">
      <w:pPr>
        <w:spacing w:before="40"/>
      </w:pPr>
      <w:r>
        <w:rPr>
          <w:b/>
        </w:rPr>
        <w:t>2. Năng lực chung</w:t>
      </w:r>
    </w:p>
    <w:p w:rsidR="003C6864" w:rsidRDefault="00BF6161">
      <w:pPr>
        <w:spacing w:after="40"/>
      </w:pPr>
      <w:r>
        <w:t>- Tự chủ và tự học: Tự luyện và sửa nét viết theo mẫu.</w:t>
      </w:r>
    </w:p>
    <w:p w:rsidR="003C6864" w:rsidRDefault="00BF6161">
      <w:pPr>
        <w:spacing w:after="40"/>
      </w:pPr>
      <w:r>
        <w:t>- Giao tiếp và hợp tác: Đọc theo nhóm, nhận xét sản phẩm của bạn lịch sự.</w:t>
      </w:r>
    </w:p>
    <w:p w:rsidR="003C6864" w:rsidRDefault="00BF6161">
      <w:pPr>
        <w:spacing w:after="40"/>
      </w:pPr>
      <w:r>
        <w:t>- Giải quyết vấn đề và sáng tạo: Chọn nét phù hợp để hoàn thành mẫu luyện viết.</w:t>
      </w:r>
    </w:p>
    <w:p w:rsidR="003C6864" w:rsidRDefault="00BF6161">
      <w:pPr>
        <w:spacing w:before="40"/>
      </w:pPr>
      <w:r>
        <w:rPr>
          <w:b/>
        </w:rPr>
        <w:t>3. Phẩm chất</w:t>
      </w:r>
    </w:p>
    <w:p w:rsidR="003C6864" w:rsidRDefault="00BF6161">
      <w:pPr>
        <w:spacing w:after="40"/>
      </w:pPr>
      <w:r>
        <w:t>- Chăm chỉ: Tích cực ôn luyện.</w:t>
      </w:r>
    </w:p>
    <w:p w:rsidR="003C6864" w:rsidRDefault="00BF6161">
      <w:pPr>
        <w:spacing w:after="40"/>
      </w:pPr>
      <w:r>
        <w:t>- Trách nhiệm: Hoàn thành nhiệm vụ và giữ đồ dùng gọn gàng.</w:t>
      </w:r>
    </w:p>
    <w:p w:rsidR="003C6864" w:rsidRDefault="00BF6161">
      <w:pPr>
        <w:spacing w:after="40"/>
      </w:pPr>
      <w:r>
        <w:t>- Nhân ái: Khích lệ bạn cùng tiến bộ.</w:t>
      </w:r>
    </w:p>
    <w:p w:rsidR="003C6864" w:rsidRDefault="00BF6161">
      <w:pPr>
        <w:spacing w:before="80"/>
      </w:pPr>
      <w:r>
        <w:rPr>
          <w:b/>
          <w:sz w:val="28"/>
        </w:rPr>
        <w:t>II. ĐỒ DÙNG DẠY HỌC</w:t>
      </w:r>
    </w:p>
    <w:p w:rsidR="003C6864" w:rsidRDefault="00BF6161">
      <w:pPr>
        <w:spacing w:after="40"/>
      </w:pPr>
      <w:r>
        <w:rPr>
          <w:b/>
        </w:rPr>
        <w:t xml:space="preserve">1. Giáo viên: </w:t>
      </w:r>
      <w:r>
        <w:t>SGK Tiếng Việt 1; bảng mẫu nét/chữ số/bảng chữ cái; thẻ nét, thẻ chữ; phiếu luyện viết.</w:t>
      </w:r>
    </w:p>
    <w:p w:rsidR="003C6864" w:rsidRDefault="00BF6161">
      <w:pPr>
        <w:spacing w:after="80"/>
      </w:pPr>
      <w:r>
        <w:rPr>
          <w:b/>
        </w:rPr>
        <w:t xml:space="preserve">2. Học sinh: </w:t>
      </w:r>
      <w:r>
        <w:t>Bảng con; vở luyện viết; bút chì; SGK.</w:t>
      </w:r>
    </w:p>
    <w:p w:rsidR="003C6864" w:rsidRDefault="00BF6161">
      <w:pPr>
        <w:spacing w:before="80"/>
      </w:pPr>
      <w:r>
        <w:rPr>
          <w:b/>
          <w:sz w:val="28"/>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3C6864" w:rsidTr="002A65AE">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lastRenderedPageBreak/>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jc w:val="center"/>
            </w:pPr>
            <w:r>
              <w:rPr>
                <w:b/>
                <w:color w:val="000000"/>
              </w:rPr>
              <w:t>HOẠT ĐỘNG CỦA HỌC SINH</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TIẾT HỌC</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1. HOẠT ĐỘNG MỞ ĐẦU (KHỞI ĐỘNG)</w:t>
            </w:r>
            <w:r>
              <w:rPr>
                <w:b/>
                <w:color w:val="1F4E79"/>
                <w:sz w:val="25"/>
              </w:rPr>
              <w:br/>
              <w:t>Mục tiêu: Tạo tâm thế vui vẻ, sẵn sàng tham gia hoạt động làm quen với môi trường học tập.</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Kết luận - Giới thiệu bài: “Hôm nay, cô và các em cùng ôn lại các nét cơ bản, chữ số và âm đã làm quen để chuẩn bị học chữ thật tốt.”</w:t>
            </w:r>
          </w:p>
        </w:tc>
        <w:tc>
          <w:tcPr>
            <w:tcW w:w="4986" w:type="dxa"/>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HS lắng nghe, nhắc lại tên/nội dung bài học và sẵn sàng thực hiện nhiệm vụ.</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2. HOẠT ĐỘNG HÌNH THÀNH KIẾN THỨC MỚI (KHÁM PHÁ)</w:t>
            </w:r>
            <w:r>
              <w:rPr>
                <w:b/>
                <w:color w:val="1F4E79"/>
                <w:sz w:val="25"/>
              </w:rPr>
              <w:br/>
              <w:t>Mục tiêu: Quan sát, nhận biết và thực hiện đúng nội dung về các nét cơ bản, chữ số và âm đã làm quen.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rsidP="002A65AE">
            <w:pPr>
              <w:spacing w:after="0" w:line="252" w:lineRule="auto"/>
            </w:pPr>
            <w:r>
              <w:rPr>
                <w:sz w:val="25"/>
              </w:rPr>
              <w:t>- Các em quan sát tranh SGK trang 12 - 13, nói điều em nhìn thấy liên quan đến các nét cơ bản, chữ số và âm đã làm quen.</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đúng nội dung tranh; nêu sự vật, hoạt động hoặc tư thế quan sát được.</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đã nhớ tên nét nào?</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Em nhớ các nét: nét ngang, nét sổ, nét móc, nét cong kín và nét khuyết.</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0" w:line="252" w:lineRule="auto"/>
            </w:pPr>
            <w:r>
              <w:rPr>
                <w:sz w:val="25"/>
              </w:rPr>
              <w:t>- Em cần lưu ý điều gì khi viết?</w:t>
            </w:r>
          </w:p>
        </w:tc>
        <w:tc>
          <w:tcPr>
            <w:tcW w:w="4986" w:type="dxa"/>
            <w:shd w:val="clear" w:color="auto" w:fill="auto"/>
            <w:tcMar>
              <w:top w:w="85" w:type="dxa"/>
              <w:left w:w="100" w:type="dxa"/>
              <w:bottom w:w="85" w:type="dxa"/>
              <w:right w:w="100" w:type="dxa"/>
            </w:tcMar>
          </w:tcPr>
          <w:p w:rsidR="003C6864" w:rsidRDefault="00BF6161">
            <w:pPr>
              <w:spacing w:after="0" w:line="240" w:lineRule="auto"/>
            </w:pPr>
            <w:r>
              <w:rPr>
                <w:sz w:val="24"/>
              </w:rPr>
              <w:t>- HS trả lời: Khi viết, em ngồi đúng tư thế, cầm bút đúng cách, đặt bút đúng điểm, viết đều nét và giữ vở sạch.</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làm mẫu hoặc chốt cách thực hiện đúng; yêu cầu HS nhắc lại điểm cần nhớ.</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Quan sát mẫu; nhắc lại điều cần nhớ và chuẩn bị thực hành.</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Kết luận: Các em đã quan sát và nhận biết được các nét cơ bản, chữ số và âm đã làm quen.</w:t>
            </w:r>
          </w:p>
        </w:tc>
        <w:tc>
          <w:tcPr>
            <w:tcW w:w="4986" w:type="dxa"/>
            <w:tcBorders>
              <w:bottom w:val="single" w:sz="4" w:space="0" w:color="auto"/>
            </w:tcBorders>
            <w:shd w:val="clear" w:color="auto" w:fill="auto"/>
          </w:tcPr>
          <w:p w:rsidR="003C6864" w:rsidRDefault="00BF6161">
            <w:pPr>
              <w:spacing w:after="0"/>
            </w:pPr>
            <w:r>
              <w:rPr>
                <w:sz w:val="25"/>
              </w:rPr>
              <w:t>- HS nhắc lại điều đã nhận biết và thực hiện theo hướng dẫn.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t>3. HOẠT ĐỘNG LUYỆN TẬP - THỰC HÀNH</w:t>
            </w:r>
            <w:r>
              <w:rPr>
                <w:b/>
                <w:color w:val="1F4E79"/>
                <w:sz w:val="25"/>
              </w:rPr>
              <w:br/>
              <w:t>Mục tiêu: Thực hành hành vi, thao tác hoặc kĩ năng vừa được hướng dẫn; biết tự điều chỉnh khi cần.</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000000"/>
                <w:sz w:val="25"/>
              </w:rPr>
              <w:t>Cách tiến hành:</w:t>
            </w:r>
          </w:p>
        </w:tc>
      </w:tr>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0" w:line="252" w:lineRule="auto"/>
            </w:pPr>
            <w:r>
              <w:rPr>
                <w:sz w:val="25"/>
              </w:rPr>
              <w:t>- Thực hành theo cá nhân/nhóm đôi; quan sát, hỗ trợ và sửa thao tác chưa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theo yêu cầu; tự điều chỉnh hoặc sửa theo góp ý.</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Mời một số HS thực hành trước lớp; nhận xét những điểm làm đúng và hướng dẫn sửa điểm chưa phù hợp.</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Thực hành trước lớp; nhận xét bạn lịch sự và ghi nhớ cách làm đúng.</w:t>
            </w:r>
          </w:p>
        </w:tc>
      </w:tr>
      <w:tr w:rsidR="003C6864" w:rsidTr="002A65AE">
        <w:trPr>
          <w:jc w:val="center"/>
        </w:trPr>
        <w:tc>
          <w:tcPr>
            <w:tcW w:w="4986" w:type="dxa"/>
            <w:tcBorders>
              <w:bottom w:val="single" w:sz="4" w:space="0" w:color="auto"/>
            </w:tcBorders>
            <w:shd w:val="clear" w:color="auto" w:fill="auto"/>
          </w:tcPr>
          <w:p w:rsidR="003C6864" w:rsidRDefault="00BF6161">
            <w:pPr>
              <w:spacing w:after="0"/>
            </w:pPr>
            <w:r>
              <w:rPr>
                <w:sz w:val="25"/>
              </w:rPr>
              <w:t xml:space="preserve">- Kết luận: Các em đã thực hành đúng những </w:t>
            </w:r>
            <w:r>
              <w:rPr>
                <w:sz w:val="25"/>
              </w:rPr>
              <w:lastRenderedPageBreak/>
              <w:t>yêu cầu cơ bản về các nét cơ bản, chữ số và âm đã làm quen.</w:t>
            </w:r>
          </w:p>
        </w:tc>
        <w:tc>
          <w:tcPr>
            <w:tcW w:w="4986" w:type="dxa"/>
            <w:tcBorders>
              <w:bottom w:val="single" w:sz="4" w:space="0" w:color="auto"/>
            </w:tcBorders>
            <w:shd w:val="clear" w:color="auto" w:fill="auto"/>
          </w:tcPr>
          <w:p w:rsidR="003C6864" w:rsidRDefault="00BF6161">
            <w:pPr>
              <w:spacing w:after="0"/>
            </w:pPr>
            <w:r>
              <w:rPr>
                <w:sz w:val="25"/>
              </w:rPr>
              <w:lastRenderedPageBreak/>
              <w:t>- HS tự kiểm tra và sửa thao tác chưa đúng.</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b/>
                <w:color w:val="1F4E79"/>
                <w:sz w:val="25"/>
              </w:rPr>
              <w:lastRenderedPageBreak/>
              <w:t>4. HOẠT ĐỘNG VẬN DỤNG</w:t>
            </w:r>
            <w:r>
              <w:rPr>
                <w:b/>
                <w:color w:val="1F4E79"/>
                <w:sz w:val="25"/>
              </w:rPr>
              <w:br/>
              <w:t>Mục tiêu: Biết vận dụng kĩ năng làm quen vào sinh hoạt, học tập hằng ngày ở lớp và ở nhà.</w:t>
            </w:r>
          </w:p>
        </w:tc>
      </w:tr>
      <w:tr w:rsidR="003C6864" w:rsidTr="002A65AE">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3C6864" w:rsidRDefault="00BF6161">
            <w:pPr>
              <w:spacing w:after="20" w:line="252" w:lineRule="auto"/>
            </w:pPr>
            <w:bookmarkStart w:id="0" w:name="_GoBack"/>
            <w:r>
              <w:rPr>
                <w:b/>
                <w:color w:val="000000"/>
                <w:sz w:val="25"/>
              </w:rPr>
              <w:t>Cách tiến hành:</w:t>
            </w:r>
          </w:p>
        </w:tc>
      </w:tr>
      <w:bookmarkEnd w:id="0"/>
      <w:tr w:rsidR="003C6864" w:rsidTr="002A65AE">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tình huống gần gũi; yêu cầu HS nói hoặc thực hiện cách ứng xử đúng.</w:t>
            </w:r>
          </w:p>
        </w:tc>
        <w:tc>
          <w:tcPr>
            <w:tcW w:w="4986" w:type="dxa"/>
            <w:tcBorders>
              <w:top w:val="single" w:sz="4" w:space="0" w:color="auto"/>
            </w:tcBorders>
            <w:shd w:val="clear" w:color="auto" w:fill="auto"/>
            <w:tcMar>
              <w:top w:w="85" w:type="dxa"/>
              <w:left w:w="100" w:type="dxa"/>
              <w:bottom w:w="85" w:type="dxa"/>
              <w:right w:w="100" w:type="dxa"/>
            </w:tcMar>
          </w:tcPr>
          <w:p w:rsidR="003C6864" w:rsidRDefault="00BF6161">
            <w:pPr>
              <w:spacing w:after="20" w:line="252" w:lineRule="auto"/>
            </w:pPr>
            <w:r>
              <w:rPr>
                <w:color w:val="000000"/>
                <w:sz w:val="25"/>
              </w:rPr>
              <w:t>- Nêu cách thực hiện hoặc đóng vai xử lí tình huống phù hợp.</w:t>
            </w:r>
          </w:p>
        </w:tc>
      </w:tr>
      <w:tr w:rsidR="003C6864" w:rsidTr="002A65AE">
        <w:trPr>
          <w:cantSplit/>
          <w:jc w:val="center"/>
        </w:trPr>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Nhận xét hoạt động; động viên HS thực hiện hằng ngày và chuẩn bị nội dung tiếp theo.</w:t>
            </w:r>
          </w:p>
        </w:tc>
        <w:tc>
          <w:tcPr>
            <w:tcW w:w="4986" w:type="dxa"/>
            <w:shd w:val="clear" w:color="auto" w:fill="auto"/>
            <w:tcMar>
              <w:top w:w="85" w:type="dxa"/>
              <w:left w:w="100" w:type="dxa"/>
              <w:bottom w:w="85" w:type="dxa"/>
              <w:right w:w="100" w:type="dxa"/>
            </w:tcMar>
          </w:tcPr>
          <w:p w:rsidR="003C6864" w:rsidRDefault="00BF6161">
            <w:pPr>
              <w:spacing w:after="20" w:line="252" w:lineRule="auto"/>
            </w:pPr>
            <w:r>
              <w:rPr>
                <w:color w:val="000000"/>
                <w:sz w:val="25"/>
              </w:rPr>
              <w:t>- Lắng nghe; ghi nhớ và vận dụng trong sinh hoạt hằng ngày.</w:t>
            </w:r>
          </w:p>
        </w:tc>
      </w:tr>
      <w:tr w:rsidR="003C6864" w:rsidTr="002A65AE">
        <w:trPr>
          <w:jc w:val="center"/>
        </w:trPr>
        <w:tc>
          <w:tcPr>
            <w:tcW w:w="4986" w:type="dxa"/>
            <w:shd w:val="clear" w:color="auto" w:fill="auto"/>
          </w:tcPr>
          <w:p w:rsidR="003C6864" w:rsidRDefault="00BF6161">
            <w:pPr>
              <w:spacing w:after="0"/>
            </w:pPr>
            <w:r>
              <w:rPr>
                <w:sz w:val="25"/>
              </w:rPr>
              <w:t>- Kết luận: Các em ghi nhớ cách thực hiện đúng về các nét cơ bản, chữ số và âm đã làm quen để vận dụng trong mỗi giờ học.</w:t>
            </w:r>
          </w:p>
        </w:tc>
        <w:tc>
          <w:tcPr>
            <w:tcW w:w="4986" w:type="dxa"/>
            <w:shd w:val="clear" w:color="auto" w:fill="auto"/>
          </w:tcPr>
          <w:p w:rsidR="003C6864" w:rsidRDefault="00BF6161">
            <w:pPr>
              <w:spacing w:after="0"/>
            </w:pPr>
            <w:r>
              <w:rPr>
                <w:sz w:val="25"/>
              </w:rPr>
              <w:t>- HS nói điều em cần ghi nhớ và thực hiện.</w:t>
            </w:r>
          </w:p>
        </w:tc>
      </w:tr>
    </w:tbl>
    <w:p w:rsidR="003C6864" w:rsidRDefault="003C6864"/>
    <w:p w:rsidR="003C6864" w:rsidRDefault="00BF6161">
      <w:pPr>
        <w:spacing w:before="80"/>
      </w:pPr>
      <w:r>
        <w:rPr>
          <w:b/>
          <w:sz w:val="28"/>
        </w:rPr>
        <w:t>IV. ĐIỀU CHỈNH SAU BÀI DẠY</w:t>
      </w:r>
    </w:p>
    <w:p w:rsidR="003C6864" w:rsidRDefault="00BF6161">
      <w:pPr>
        <w:spacing w:after="20"/>
      </w:pPr>
      <w:r>
        <w:rPr>
          <w:sz w:val="24"/>
        </w:rPr>
        <w:t>............................................................................................................................................................</w:t>
      </w:r>
    </w:p>
    <w:p w:rsidR="003C6864" w:rsidRDefault="00BF6161">
      <w:pPr>
        <w:spacing w:after="20"/>
      </w:pPr>
      <w:r>
        <w:rPr>
          <w:sz w:val="24"/>
        </w:rPr>
        <w:t>............................................................................................................................................................</w:t>
      </w:r>
    </w:p>
    <w:p w:rsidR="003C6864" w:rsidRDefault="00BF6161">
      <w:pPr>
        <w:spacing w:after="20"/>
      </w:pPr>
      <w:r>
        <w:rPr>
          <w:sz w:val="24"/>
        </w:rPr>
        <w:t>............................................................................................................................................................</w:t>
      </w:r>
    </w:p>
    <w:sectPr w:rsidR="003C6864"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A65AE"/>
    <w:rsid w:val="00326F90"/>
    <w:rsid w:val="003C6864"/>
    <w:rsid w:val="00AA1D8D"/>
    <w:rsid w:val="00B47730"/>
    <w:rsid w:val="00BF616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64"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A6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5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64" w:lineRule="auto"/>
    </w:pPr>
    <w:rPr>
      <w:rFonts w:ascii="Times New Roman" w:hAnsi="Times New Roman" w:cs="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2A65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5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0941C-A731-43EF-95DA-B750BCE5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2987</Words>
  <Characters>17030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KHBD Tiếng Việt 1 KNTT Mo_Dau - CV2345 kết hợp quy trình SGV</vt:lpstr>
    </vt:vector>
  </TitlesOfParts>
  <Manager/>
  <Company/>
  <LinksUpToDate>false</LinksUpToDate>
  <CharactersWithSpaces>19978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Tiếng Việt 1 KNTT Mo_Dau - CV2345 kết hợp quy trình SGV</dc:title>
  <dc:subject>Giữ nguyên các mục; phần III trình bày theo CV2345, hai cột GV-HS chi tiết, mỗi câu tương ứng cùng hàng</dc:subject>
  <dc:creator>baotran</dc:creator>
  <cp:keywords/>
  <dc:description>generated by python-docx</dc:description>
  <cp:lastModifiedBy>Iamp Iamp</cp:lastModifiedBy>
  <cp:revision>3</cp:revision>
  <dcterms:created xsi:type="dcterms:W3CDTF">2026-06-03T07:19:00Z</dcterms:created>
  <dcterms:modified xsi:type="dcterms:W3CDTF">2026-08-18T08:16:00Z</dcterms:modified>
  <cp:category/>
</cp:coreProperties>
</file>