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153E" w:rsidRPr="00677BC5" w:rsidRDefault="00852135">
      <w:pPr>
        <w:jc w:val="center"/>
        <w:rPr>
          <w:sz w:val="28"/>
          <w:szCs w:val="28"/>
        </w:rPr>
      </w:pPr>
      <w:r w:rsidRPr="00677BC5">
        <w:rPr>
          <w:b/>
          <w:sz w:val="28"/>
          <w:szCs w:val="28"/>
        </w:rPr>
        <w:t>TOÁN (TIẾT 171)</w:t>
      </w:r>
    </w:p>
    <w:p w:rsidR="0007153E" w:rsidRPr="00677BC5" w:rsidRDefault="00852135">
      <w:pPr>
        <w:jc w:val="center"/>
        <w:rPr>
          <w:sz w:val="28"/>
          <w:szCs w:val="28"/>
        </w:rPr>
      </w:pPr>
      <w:r w:rsidRPr="00677BC5">
        <w:rPr>
          <w:b/>
          <w:sz w:val="28"/>
          <w:szCs w:val="28"/>
        </w:rPr>
        <w:t xml:space="preserve">BÀI 71: ÔN TẬP HÌNH HỌC VÀ </w:t>
      </w:r>
      <w:proofErr w:type="gramStart"/>
      <w:r w:rsidRPr="00677BC5">
        <w:rPr>
          <w:b/>
          <w:sz w:val="28"/>
          <w:szCs w:val="28"/>
        </w:rPr>
        <w:t>ĐO</w:t>
      </w:r>
      <w:proofErr w:type="gramEnd"/>
      <w:r w:rsidRPr="00677BC5">
        <w:rPr>
          <w:b/>
          <w:sz w:val="28"/>
          <w:szCs w:val="28"/>
        </w:rPr>
        <w:t xml:space="preserve"> LƯỜNG (TIẾT 2)</w:t>
      </w:r>
    </w:p>
    <w:p w:rsidR="0007153E" w:rsidRPr="00677BC5" w:rsidRDefault="00852135">
      <w:pPr>
        <w:rPr>
          <w:sz w:val="28"/>
          <w:szCs w:val="28"/>
        </w:rPr>
      </w:pPr>
      <w:r w:rsidRPr="00677BC5">
        <w:rPr>
          <w:b/>
          <w:sz w:val="28"/>
          <w:szCs w:val="28"/>
        </w:rPr>
        <w:t>I. YÊU CẦU CẦN ĐẠT</w:t>
      </w:r>
    </w:p>
    <w:p w:rsidR="0007153E" w:rsidRPr="00677BC5" w:rsidRDefault="00852135">
      <w:pPr>
        <w:rPr>
          <w:sz w:val="28"/>
          <w:szCs w:val="28"/>
        </w:rPr>
      </w:pPr>
      <w:r w:rsidRPr="00677BC5">
        <w:rPr>
          <w:b/>
          <w:sz w:val="28"/>
          <w:szCs w:val="28"/>
        </w:rPr>
        <w:t>1) Năng lực đặc thù</w:t>
      </w:r>
    </w:p>
    <w:p w:rsidR="0007153E" w:rsidRPr="00677BC5" w:rsidRDefault="00852135">
      <w:pPr>
        <w:rPr>
          <w:sz w:val="28"/>
          <w:szCs w:val="28"/>
        </w:rPr>
      </w:pPr>
      <w:r w:rsidRPr="00677BC5">
        <w:rPr>
          <w:sz w:val="28"/>
          <w:szCs w:val="28"/>
        </w:rPr>
        <w:t>- Nhận biết được hình bình hành và nêu được đặc điểm của hình bình hành; chuyển đổi các đơn vị đo thời gian, diện tích đã học.</w:t>
      </w:r>
    </w:p>
    <w:p w:rsidR="0007153E" w:rsidRPr="00677BC5" w:rsidRDefault="00852135">
      <w:pPr>
        <w:rPr>
          <w:sz w:val="28"/>
          <w:szCs w:val="28"/>
        </w:rPr>
      </w:pPr>
      <w:r w:rsidRPr="00677BC5">
        <w:rPr>
          <w:sz w:val="28"/>
          <w:szCs w:val="28"/>
        </w:rPr>
        <w:t>- Giải được các bài toán thực tế liên quan đến các phép tính với số đo thời gian, diện tích.</w:t>
      </w:r>
    </w:p>
    <w:p w:rsidR="0007153E" w:rsidRPr="00677BC5" w:rsidRDefault="00852135">
      <w:pPr>
        <w:rPr>
          <w:sz w:val="28"/>
          <w:szCs w:val="28"/>
        </w:rPr>
      </w:pPr>
      <w:r w:rsidRPr="00677BC5">
        <w:rPr>
          <w:b/>
          <w:sz w:val="28"/>
          <w:szCs w:val="28"/>
        </w:rPr>
        <w:t xml:space="preserve">2) Năng lực </w:t>
      </w:r>
      <w:proofErr w:type="gramStart"/>
      <w:r w:rsidRPr="00677BC5">
        <w:rPr>
          <w:b/>
          <w:sz w:val="28"/>
          <w:szCs w:val="28"/>
        </w:rPr>
        <w:t>chung</w:t>
      </w:r>
      <w:proofErr w:type="gramEnd"/>
    </w:p>
    <w:p w:rsidR="0007153E" w:rsidRPr="00677BC5" w:rsidRDefault="00852135">
      <w:pPr>
        <w:rPr>
          <w:sz w:val="28"/>
          <w:szCs w:val="28"/>
        </w:rPr>
      </w:pPr>
      <w:r w:rsidRPr="00677BC5">
        <w:rPr>
          <w:sz w:val="28"/>
          <w:szCs w:val="28"/>
        </w:rPr>
        <w:t>- Tự chủ và tự học: Chủ động nhận biết hình bình hành, thực hiện đổi đơn vị thời gian và diện tích; tự kiểm tra kết quả tính toán.</w:t>
      </w:r>
    </w:p>
    <w:p w:rsidR="0007153E" w:rsidRPr="00677BC5" w:rsidRDefault="00852135">
      <w:pPr>
        <w:rPr>
          <w:sz w:val="28"/>
          <w:szCs w:val="28"/>
        </w:rPr>
      </w:pPr>
      <w:r w:rsidRPr="00677BC5">
        <w:rPr>
          <w:sz w:val="28"/>
          <w:szCs w:val="28"/>
        </w:rPr>
        <w:t>- Giao tiếp và hợp tác: Trao đổi trong nhóm đôi về đặc điểm hình bình hành; trình bày rõ cách đổi đơn vị và giải bài toán lát nền.</w:t>
      </w:r>
    </w:p>
    <w:p w:rsidR="0007153E" w:rsidRPr="00677BC5" w:rsidRDefault="00852135">
      <w:pPr>
        <w:rPr>
          <w:sz w:val="28"/>
          <w:szCs w:val="28"/>
        </w:rPr>
      </w:pPr>
      <w:r w:rsidRPr="00677BC5">
        <w:rPr>
          <w:sz w:val="28"/>
          <w:szCs w:val="28"/>
        </w:rPr>
        <w:t>- Giải quyết vấn đề và sáng tạo: Lựa chọn cách đổi đơn vị, tính tuổi – năm sinh, tính số viên gạch phù hợp với từng tình huống thực tế.</w:t>
      </w:r>
    </w:p>
    <w:p w:rsidR="0007153E" w:rsidRPr="00677BC5" w:rsidRDefault="00852135">
      <w:pPr>
        <w:rPr>
          <w:sz w:val="28"/>
          <w:szCs w:val="28"/>
        </w:rPr>
      </w:pPr>
      <w:r w:rsidRPr="00677BC5">
        <w:rPr>
          <w:b/>
          <w:sz w:val="28"/>
          <w:szCs w:val="28"/>
        </w:rPr>
        <w:t>3) Phẩm chất</w:t>
      </w:r>
    </w:p>
    <w:p w:rsidR="0007153E" w:rsidRPr="00677BC5" w:rsidRDefault="00852135">
      <w:pPr>
        <w:rPr>
          <w:sz w:val="28"/>
          <w:szCs w:val="28"/>
        </w:rPr>
      </w:pPr>
      <w:r w:rsidRPr="00677BC5">
        <w:rPr>
          <w:sz w:val="28"/>
          <w:szCs w:val="28"/>
        </w:rPr>
        <w:t>- Chăm chỉ: Tích cực thực hành đổi đơn vị, quan sát hình và hoàn thành các bài toán đo lường cẩn thận.</w:t>
      </w:r>
    </w:p>
    <w:p w:rsidR="0007153E" w:rsidRPr="00677BC5" w:rsidRDefault="00852135">
      <w:pPr>
        <w:rPr>
          <w:sz w:val="28"/>
          <w:szCs w:val="28"/>
        </w:rPr>
      </w:pPr>
      <w:r w:rsidRPr="00677BC5">
        <w:rPr>
          <w:sz w:val="28"/>
          <w:szCs w:val="28"/>
        </w:rPr>
        <w:t>- Trách nhiệm: Trung thực khi tính toán, hợp tác nghiêm túc và tự giác kiểm tra đơn vị trong kết quả.</w:t>
      </w:r>
    </w:p>
    <w:p w:rsidR="0007153E" w:rsidRPr="00677BC5" w:rsidRDefault="00852135">
      <w:pPr>
        <w:rPr>
          <w:sz w:val="28"/>
          <w:szCs w:val="28"/>
        </w:rPr>
      </w:pPr>
      <w:r w:rsidRPr="00677BC5">
        <w:rPr>
          <w:b/>
          <w:sz w:val="28"/>
          <w:szCs w:val="28"/>
        </w:rPr>
        <w:t>II. ĐỒ DÙNG DẠY HỌC</w:t>
      </w:r>
    </w:p>
    <w:p w:rsidR="0007153E" w:rsidRPr="00677BC5" w:rsidRDefault="00852135">
      <w:pPr>
        <w:rPr>
          <w:sz w:val="28"/>
          <w:szCs w:val="28"/>
        </w:rPr>
      </w:pPr>
      <w:r w:rsidRPr="00677BC5">
        <w:rPr>
          <w:sz w:val="28"/>
          <w:szCs w:val="28"/>
        </w:rPr>
        <w:t>- GV: Bộ đồ dùng dạy, học Toán 4.</w:t>
      </w:r>
    </w:p>
    <w:p w:rsidR="0007153E" w:rsidRPr="00677BC5" w:rsidRDefault="00852135">
      <w:pPr>
        <w:rPr>
          <w:sz w:val="28"/>
          <w:szCs w:val="28"/>
        </w:rPr>
      </w:pPr>
      <w:r w:rsidRPr="00677BC5">
        <w:rPr>
          <w:sz w:val="28"/>
          <w:szCs w:val="28"/>
        </w:rPr>
        <w:t>- HS: SGK, vở ghi.</w:t>
      </w:r>
    </w:p>
    <w:p w:rsidR="0007153E" w:rsidRPr="00677BC5" w:rsidRDefault="00852135">
      <w:pPr>
        <w:rPr>
          <w:sz w:val="28"/>
          <w:szCs w:val="28"/>
        </w:rPr>
      </w:pPr>
      <w:r w:rsidRPr="00677BC5">
        <w:rPr>
          <w:b/>
          <w:sz w:val="28"/>
          <w:szCs w:val="28"/>
        </w:rPr>
        <w:t>III. CÁC HOẠT ĐỘNG DẠY HỌC CHỦ YẾU</w:t>
      </w:r>
    </w:p>
    <w:tbl>
      <w:tblPr>
        <w:tblStyle w:val="TableGrid"/>
        <w:tblW w:w="0" w:type="auto"/>
        <w:jc w:val="center"/>
        <w:tblBorders>
          <w:insideH w:val="none" w:sz="0" w:space="0" w:color="auto"/>
        </w:tblBorders>
        <w:tblLook w:val="04A0" w:firstRow="1" w:lastRow="0" w:firstColumn="1" w:lastColumn="0" w:noHBand="0" w:noVBand="1"/>
      </w:tblPr>
      <w:tblGrid>
        <w:gridCol w:w="4320"/>
        <w:gridCol w:w="4320"/>
      </w:tblGrid>
      <w:tr w:rsidR="00677BC5" w:rsidRPr="00677BC5" w:rsidTr="00677BC5">
        <w:trPr>
          <w:jc w:val="center"/>
        </w:trPr>
        <w:tc>
          <w:tcPr>
            <w:tcW w:w="4320" w:type="dxa"/>
            <w:tcBorders>
              <w:bottom w:val="single" w:sz="4" w:space="0" w:color="auto"/>
            </w:tcBorders>
            <w:shd w:val="clear" w:color="auto" w:fill="auto"/>
            <w:vAlign w:val="center"/>
          </w:tcPr>
          <w:p w:rsidR="0007153E" w:rsidRPr="00677BC5" w:rsidRDefault="00852135">
            <w:pPr>
              <w:rPr>
                <w:sz w:val="28"/>
                <w:szCs w:val="28"/>
              </w:rPr>
            </w:pPr>
            <w:r w:rsidRPr="00677BC5">
              <w:rPr>
                <w:b/>
                <w:sz w:val="28"/>
                <w:szCs w:val="28"/>
              </w:rPr>
              <w:t>Hoạt động của GV</w:t>
            </w:r>
          </w:p>
        </w:tc>
        <w:tc>
          <w:tcPr>
            <w:tcW w:w="4320" w:type="dxa"/>
            <w:tcBorders>
              <w:bottom w:val="single" w:sz="4" w:space="0" w:color="auto"/>
            </w:tcBorders>
            <w:shd w:val="clear" w:color="auto" w:fill="auto"/>
            <w:vAlign w:val="center"/>
          </w:tcPr>
          <w:p w:rsidR="0007153E" w:rsidRPr="00677BC5" w:rsidRDefault="00852135">
            <w:pPr>
              <w:rPr>
                <w:sz w:val="28"/>
                <w:szCs w:val="28"/>
              </w:rPr>
            </w:pPr>
            <w:r w:rsidRPr="00677BC5">
              <w:rPr>
                <w:b/>
                <w:sz w:val="28"/>
                <w:szCs w:val="28"/>
              </w:rPr>
              <w:t>Hoạt động của HS</w:t>
            </w:r>
          </w:p>
        </w:tc>
      </w:tr>
      <w:tr w:rsidR="00677BC5" w:rsidRPr="00677BC5" w:rsidTr="00677BC5">
        <w:trPr>
          <w:jc w:val="center"/>
        </w:trPr>
        <w:tc>
          <w:tcPr>
            <w:tcW w:w="8640" w:type="dxa"/>
            <w:gridSpan w:val="2"/>
            <w:tcBorders>
              <w:top w:val="single" w:sz="4" w:space="0" w:color="auto"/>
              <w:bottom w:val="single" w:sz="4" w:space="0" w:color="auto"/>
            </w:tcBorders>
            <w:shd w:val="clear" w:color="auto" w:fill="auto"/>
            <w:vAlign w:val="center"/>
          </w:tcPr>
          <w:p w:rsidR="0007153E" w:rsidRPr="00677BC5" w:rsidRDefault="00852135">
            <w:pPr>
              <w:rPr>
                <w:sz w:val="28"/>
                <w:szCs w:val="28"/>
              </w:rPr>
            </w:pPr>
            <w:r w:rsidRPr="00677BC5">
              <w:rPr>
                <w:b/>
                <w:sz w:val="28"/>
                <w:szCs w:val="28"/>
              </w:rPr>
              <w:t>1. Khởi động:</w:t>
            </w:r>
          </w:p>
          <w:p w:rsidR="00A4601E" w:rsidRPr="00677BC5" w:rsidRDefault="00475E08">
            <w:r w:rsidRPr="00677BC5">
              <w:rPr>
                <w:b/>
                <w:sz w:val="28"/>
                <w:szCs w:val="28"/>
              </w:rPr>
              <w:t>- Mục tiêu: Ôn đơn vị diện tích và mối quan hệ giữa các đơn vị liền nhau.</w:t>
            </w:r>
          </w:p>
          <w:p w:rsidR="00A4601E" w:rsidRPr="00677BC5" w:rsidRDefault="00475E08">
            <w:r w:rsidRPr="00677BC5">
              <w:rPr>
                <w:b/>
                <w:i/>
                <w:sz w:val="28"/>
                <w:szCs w:val="28"/>
              </w:rPr>
              <w:t>*Cách tiến hành:</w:t>
            </w:r>
          </w:p>
        </w:tc>
      </w:tr>
      <w:tr w:rsidR="00677BC5" w:rsidRPr="00677BC5" w:rsidTr="00677BC5">
        <w:trPr>
          <w:jc w:val="center"/>
        </w:trPr>
        <w:tc>
          <w:tcPr>
            <w:tcW w:w="4320" w:type="dxa"/>
            <w:tcBorders>
              <w:top w:val="single" w:sz="4" w:space="0" w:color="auto"/>
            </w:tcBorders>
            <w:shd w:val="clear" w:color="auto" w:fill="auto"/>
          </w:tcPr>
          <w:p w:rsidR="0007153E" w:rsidRPr="00677BC5" w:rsidRDefault="00852135">
            <w:pPr>
              <w:rPr>
                <w:sz w:val="28"/>
                <w:szCs w:val="28"/>
              </w:rPr>
            </w:pPr>
            <w:r w:rsidRPr="00677BC5">
              <w:rPr>
                <w:sz w:val="28"/>
                <w:szCs w:val="28"/>
              </w:rPr>
              <w:t>- GV yêu cầu HS nêu tên các đơn vị đo diện tích đã học.</w:t>
            </w:r>
          </w:p>
        </w:tc>
        <w:tc>
          <w:tcPr>
            <w:tcW w:w="4320" w:type="dxa"/>
            <w:tcBorders>
              <w:top w:val="single" w:sz="4" w:space="0" w:color="auto"/>
            </w:tcBorders>
            <w:shd w:val="clear" w:color="auto" w:fill="auto"/>
          </w:tcPr>
          <w:p w:rsidR="0007153E" w:rsidRPr="00677BC5" w:rsidRDefault="00852135">
            <w:pPr>
              <w:rPr>
                <w:sz w:val="28"/>
                <w:szCs w:val="28"/>
              </w:rPr>
            </w:pPr>
            <w:r w:rsidRPr="00677BC5">
              <w:rPr>
                <w:sz w:val="28"/>
                <w:szCs w:val="28"/>
              </w:rPr>
              <w:t>- HS nêu: mm², cm², dm², m² (và quan sát thêm nếu đã học).</w:t>
            </w:r>
          </w:p>
        </w:tc>
      </w:tr>
      <w:tr w:rsidR="00677BC5" w:rsidRPr="00677BC5" w:rsidTr="00677BC5">
        <w:trPr>
          <w:jc w:val="center"/>
        </w:trPr>
        <w:tc>
          <w:tcPr>
            <w:tcW w:w="4320" w:type="dxa"/>
            <w:shd w:val="clear" w:color="auto" w:fill="auto"/>
          </w:tcPr>
          <w:p w:rsidR="0007153E" w:rsidRPr="00677BC5" w:rsidRDefault="00852135">
            <w:pPr>
              <w:rPr>
                <w:sz w:val="28"/>
                <w:szCs w:val="28"/>
              </w:rPr>
            </w:pPr>
            <w:r w:rsidRPr="00677BC5">
              <w:rPr>
                <w:sz w:val="28"/>
                <w:szCs w:val="28"/>
              </w:rPr>
              <w:t>- GV hỏi: Hai đơn vị diện tích liền nhau hơn kém nhau mấy lần?</w:t>
            </w:r>
          </w:p>
        </w:tc>
        <w:tc>
          <w:tcPr>
            <w:tcW w:w="4320" w:type="dxa"/>
            <w:shd w:val="clear" w:color="auto" w:fill="auto"/>
          </w:tcPr>
          <w:p w:rsidR="0007153E" w:rsidRPr="00677BC5" w:rsidRDefault="00852135">
            <w:pPr>
              <w:rPr>
                <w:sz w:val="28"/>
                <w:szCs w:val="28"/>
              </w:rPr>
            </w:pPr>
            <w:r w:rsidRPr="00677BC5">
              <w:rPr>
                <w:sz w:val="28"/>
                <w:szCs w:val="28"/>
              </w:rPr>
              <w:t>- HS trả lời: Hơn kém nhau 100 lần.</w:t>
            </w:r>
          </w:p>
        </w:tc>
      </w:tr>
      <w:tr w:rsidR="00677BC5" w:rsidRPr="00677BC5" w:rsidTr="00677BC5">
        <w:trPr>
          <w:jc w:val="center"/>
        </w:trPr>
        <w:tc>
          <w:tcPr>
            <w:tcW w:w="4320" w:type="dxa"/>
            <w:shd w:val="clear" w:color="auto" w:fill="auto"/>
          </w:tcPr>
          <w:p w:rsidR="0007153E" w:rsidRPr="00677BC5" w:rsidRDefault="00852135">
            <w:pPr>
              <w:rPr>
                <w:sz w:val="28"/>
                <w:szCs w:val="28"/>
              </w:rPr>
            </w:pPr>
            <w:r w:rsidRPr="00677BC5">
              <w:rPr>
                <w:sz w:val="28"/>
                <w:szCs w:val="28"/>
              </w:rPr>
              <w:t>- GV yêu cầu HS nêu ví dụ: 1 m² bằng bao nhiêu dm²?</w:t>
            </w:r>
          </w:p>
        </w:tc>
        <w:tc>
          <w:tcPr>
            <w:tcW w:w="4320" w:type="dxa"/>
            <w:shd w:val="clear" w:color="auto" w:fill="auto"/>
          </w:tcPr>
          <w:p w:rsidR="0007153E" w:rsidRPr="00677BC5" w:rsidRDefault="00852135">
            <w:pPr>
              <w:rPr>
                <w:sz w:val="28"/>
                <w:szCs w:val="28"/>
              </w:rPr>
            </w:pPr>
            <w:r w:rsidRPr="00677BC5">
              <w:rPr>
                <w:sz w:val="28"/>
                <w:szCs w:val="28"/>
              </w:rPr>
              <w:t>- HS trả lời: 1 m² = 100 dm².</w:t>
            </w:r>
          </w:p>
        </w:tc>
      </w:tr>
      <w:tr w:rsidR="00677BC5" w:rsidRPr="00677BC5" w:rsidTr="00677BC5">
        <w:trPr>
          <w:jc w:val="center"/>
        </w:trPr>
        <w:tc>
          <w:tcPr>
            <w:tcW w:w="4320" w:type="dxa"/>
            <w:tcBorders>
              <w:bottom w:val="single" w:sz="4" w:space="0" w:color="auto"/>
            </w:tcBorders>
            <w:shd w:val="clear" w:color="auto" w:fill="auto"/>
          </w:tcPr>
          <w:p w:rsidR="0007153E" w:rsidRPr="00677BC5" w:rsidRDefault="00852135">
            <w:pPr>
              <w:rPr>
                <w:sz w:val="28"/>
                <w:szCs w:val="28"/>
              </w:rPr>
            </w:pPr>
            <w:r w:rsidRPr="00677BC5">
              <w:rPr>
                <w:sz w:val="28"/>
                <w:szCs w:val="28"/>
              </w:rPr>
              <w:t>- GV giới thiệu bài và ghi bài.</w:t>
            </w:r>
          </w:p>
        </w:tc>
        <w:tc>
          <w:tcPr>
            <w:tcW w:w="4320" w:type="dxa"/>
            <w:tcBorders>
              <w:bottom w:val="single" w:sz="4" w:space="0" w:color="auto"/>
            </w:tcBorders>
            <w:shd w:val="clear" w:color="auto" w:fill="auto"/>
          </w:tcPr>
          <w:p w:rsidR="0007153E" w:rsidRPr="00677BC5" w:rsidRDefault="00852135">
            <w:pPr>
              <w:rPr>
                <w:sz w:val="28"/>
                <w:szCs w:val="28"/>
              </w:rPr>
            </w:pPr>
            <w:r w:rsidRPr="00677BC5">
              <w:rPr>
                <w:sz w:val="28"/>
                <w:szCs w:val="28"/>
              </w:rPr>
              <w:t>- HS lắng nghe và ghi tên bài vào vở.</w:t>
            </w:r>
          </w:p>
        </w:tc>
      </w:tr>
      <w:tr w:rsidR="00677BC5" w:rsidRPr="00677BC5" w:rsidTr="00677BC5">
        <w:trPr>
          <w:jc w:val="center"/>
        </w:trPr>
        <w:tc>
          <w:tcPr>
            <w:tcW w:w="8640" w:type="dxa"/>
            <w:gridSpan w:val="2"/>
            <w:tcBorders>
              <w:top w:val="single" w:sz="4" w:space="0" w:color="auto"/>
              <w:bottom w:val="single" w:sz="4" w:space="0" w:color="auto"/>
            </w:tcBorders>
            <w:shd w:val="clear" w:color="auto" w:fill="auto"/>
            <w:vAlign w:val="center"/>
          </w:tcPr>
          <w:p w:rsidR="0007153E" w:rsidRPr="00677BC5" w:rsidRDefault="00852135">
            <w:pPr>
              <w:rPr>
                <w:sz w:val="28"/>
                <w:szCs w:val="28"/>
              </w:rPr>
            </w:pPr>
            <w:r w:rsidRPr="00677BC5">
              <w:rPr>
                <w:b/>
                <w:sz w:val="28"/>
                <w:szCs w:val="28"/>
              </w:rPr>
              <w:t>2. Luyện tập, thực hành:</w:t>
            </w:r>
          </w:p>
          <w:p w:rsidR="00A4601E" w:rsidRPr="00677BC5" w:rsidRDefault="00475E08">
            <w:r w:rsidRPr="00677BC5">
              <w:rPr>
                <w:b/>
                <w:sz w:val="28"/>
                <w:szCs w:val="28"/>
              </w:rPr>
              <w:t>- Mục tiêu: Ôn hình bình hành; đổi đơn vị thời gian, diện tích; giải bài toán thực tế.</w:t>
            </w:r>
          </w:p>
          <w:p w:rsidR="00A4601E" w:rsidRPr="00677BC5" w:rsidRDefault="00475E08">
            <w:r w:rsidRPr="00677BC5">
              <w:rPr>
                <w:b/>
                <w:i/>
                <w:sz w:val="28"/>
                <w:szCs w:val="28"/>
              </w:rPr>
              <w:lastRenderedPageBreak/>
              <w:t>*Cách tiến hành:</w:t>
            </w:r>
          </w:p>
        </w:tc>
      </w:tr>
      <w:tr w:rsidR="00677BC5" w:rsidRPr="00677BC5" w:rsidTr="00677BC5">
        <w:trPr>
          <w:jc w:val="center"/>
        </w:trPr>
        <w:tc>
          <w:tcPr>
            <w:tcW w:w="8640" w:type="dxa"/>
            <w:gridSpan w:val="2"/>
            <w:tcBorders>
              <w:top w:val="single" w:sz="4" w:space="0" w:color="auto"/>
              <w:bottom w:val="single" w:sz="4" w:space="0" w:color="auto"/>
            </w:tcBorders>
            <w:shd w:val="clear" w:color="auto" w:fill="auto"/>
            <w:vAlign w:val="center"/>
          </w:tcPr>
          <w:p w:rsidR="0007153E" w:rsidRPr="00677BC5" w:rsidRDefault="00852135">
            <w:pPr>
              <w:rPr>
                <w:sz w:val="28"/>
                <w:szCs w:val="28"/>
              </w:rPr>
            </w:pPr>
            <w:r w:rsidRPr="00677BC5">
              <w:rPr>
                <w:b/>
                <w:sz w:val="28"/>
                <w:szCs w:val="28"/>
              </w:rPr>
              <w:lastRenderedPageBreak/>
              <w:t>Bài 1 (nhóm 2)</w:t>
            </w:r>
          </w:p>
          <w:p w:rsidR="0007153E" w:rsidRPr="00677BC5" w:rsidRDefault="00852135">
            <w:pPr>
              <w:rPr>
                <w:sz w:val="28"/>
                <w:szCs w:val="28"/>
              </w:rPr>
            </w:pPr>
            <w:r w:rsidRPr="00677BC5">
              <w:rPr>
                <w:sz w:val="28"/>
                <w:szCs w:val="28"/>
              </w:rPr>
              <w:t>Mục tiêu: Nhận biết hình bình hành và xác định cặp cạnh song song, bằng nhau.</w:t>
            </w:r>
          </w:p>
        </w:tc>
      </w:tr>
      <w:tr w:rsidR="00677BC5" w:rsidRPr="00677BC5" w:rsidTr="00677BC5">
        <w:trPr>
          <w:jc w:val="center"/>
        </w:trPr>
        <w:tc>
          <w:tcPr>
            <w:tcW w:w="4320" w:type="dxa"/>
            <w:tcBorders>
              <w:top w:val="single" w:sz="4" w:space="0" w:color="auto"/>
            </w:tcBorders>
            <w:shd w:val="clear" w:color="auto" w:fill="auto"/>
          </w:tcPr>
          <w:p w:rsidR="00A4601E" w:rsidRPr="00677BC5" w:rsidRDefault="00852135" w:rsidP="00677BC5">
            <w:pPr>
              <w:rPr>
                <w:sz w:val="28"/>
                <w:szCs w:val="28"/>
              </w:rPr>
            </w:pPr>
            <w:r w:rsidRPr="00677BC5">
              <w:rPr>
                <w:sz w:val="28"/>
                <w:szCs w:val="28"/>
              </w:rPr>
              <w:t>- GV gọi HS đọc yêu cầu; hỏi: Bài yêu cầu làm gì?</w:t>
            </w:r>
          </w:p>
        </w:tc>
        <w:tc>
          <w:tcPr>
            <w:tcW w:w="4320" w:type="dxa"/>
            <w:tcBorders>
              <w:top w:val="single" w:sz="4" w:space="0" w:color="auto"/>
            </w:tcBorders>
            <w:shd w:val="clear" w:color="auto" w:fill="auto"/>
          </w:tcPr>
          <w:p w:rsidR="0007153E" w:rsidRPr="00677BC5" w:rsidRDefault="00852135">
            <w:pPr>
              <w:rPr>
                <w:sz w:val="28"/>
                <w:szCs w:val="28"/>
              </w:rPr>
            </w:pPr>
            <w:r w:rsidRPr="00677BC5">
              <w:rPr>
                <w:sz w:val="28"/>
                <w:szCs w:val="28"/>
              </w:rPr>
              <w:t>- HS trả lời: Viết tên các hình bình hành; cho biết cạnh AD song song và bằng những cạnh nào.</w:t>
            </w:r>
          </w:p>
        </w:tc>
      </w:tr>
      <w:tr w:rsidR="00677BC5" w:rsidRPr="00677BC5" w:rsidTr="00677BC5">
        <w:trPr>
          <w:jc w:val="center"/>
        </w:trPr>
        <w:tc>
          <w:tcPr>
            <w:tcW w:w="4320" w:type="dxa"/>
            <w:shd w:val="clear" w:color="auto" w:fill="auto"/>
          </w:tcPr>
          <w:p w:rsidR="0007153E" w:rsidRPr="00677BC5" w:rsidRDefault="00852135">
            <w:pPr>
              <w:rPr>
                <w:sz w:val="28"/>
                <w:szCs w:val="28"/>
              </w:rPr>
            </w:pPr>
            <w:r w:rsidRPr="00677BC5">
              <w:rPr>
                <w:sz w:val="28"/>
                <w:szCs w:val="28"/>
              </w:rPr>
              <w:t>- GV tổ chức cho HS làm theo nhóm 2, quan sát hình và khoanh/ghi tên các hình bình hành.</w:t>
            </w:r>
          </w:p>
        </w:tc>
        <w:tc>
          <w:tcPr>
            <w:tcW w:w="4320" w:type="dxa"/>
            <w:shd w:val="clear" w:color="auto" w:fill="auto"/>
          </w:tcPr>
          <w:p w:rsidR="0007153E" w:rsidRPr="00677BC5" w:rsidRDefault="00852135">
            <w:pPr>
              <w:rPr>
                <w:sz w:val="28"/>
                <w:szCs w:val="28"/>
              </w:rPr>
            </w:pPr>
            <w:r w:rsidRPr="00677BC5">
              <w:rPr>
                <w:sz w:val="28"/>
                <w:szCs w:val="28"/>
              </w:rPr>
              <w:t>- HS làm nhóm 2 và xác định được các hình bình hành trong hình vẽ.</w:t>
            </w:r>
          </w:p>
        </w:tc>
      </w:tr>
      <w:tr w:rsidR="00677BC5" w:rsidRPr="00677BC5" w:rsidTr="00677BC5">
        <w:trPr>
          <w:jc w:val="center"/>
        </w:trPr>
        <w:tc>
          <w:tcPr>
            <w:tcW w:w="4320" w:type="dxa"/>
            <w:shd w:val="clear" w:color="auto" w:fill="auto"/>
          </w:tcPr>
          <w:p w:rsidR="0007153E" w:rsidRPr="00677BC5" w:rsidRDefault="00852135">
            <w:pPr>
              <w:rPr>
                <w:sz w:val="28"/>
                <w:szCs w:val="28"/>
              </w:rPr>
            </w:pPr>
            <w:r w:rsidRPr="00677BC5">
              <w:rPr>
                <w:sz w:val="28"/>
                <w:szCs w:val="28"/>
              </w:rPr>
              <w:t>- GV mời đại diện nhóm báo cáo kết quả.</w:t>
            </w:r>
          </w:p>
        </w:tc>
        <w:tc>
          <w:tcPr>
            <w:tcW w:w="4320" w:type="dxa"/>
            <w:shd w:val="clear" w:color="auto" w:fill="auto"/>
          </w:tcPr>
          <w:p w:rsidR="0007153E" w:rsidRPr="00677BC5" w:rsidRDefault="00852135">
            <w:pPr>
              <w:rPr>
                <w:sz w:val="28"/>
                <w:szCs w:val="28"/>
              </w:rPr>
            </w:pPr>
            <w:r w:rsidRPr="00677BC5">
              <w:rPr>
                <w:sz w:val="28"/>
                <w:szCs w:val="28"/>
              </w:rPr>
              <w:t>- HS nêu: Có 3 hình bình hành là AMND, ABCD, MBCN.</w:t>
            </w:r>
          </w:p>
        </w:tc>
      </w:tr>
      <w:tr w:rsidR="00677BC5" w:rsidRPr="00677BC5" w:rsidTr="00677BC5">
        <w:trPr>
          <w:jc w:val="center"/>
        </w:trPr>
        <w:tc>
          <w:tcPr>
            <w:tcW w:w="4320" w:type="dxa"/>
            <w:shd w:val="clear" w:color="auto" w:fill="auto"/>
          </w:tcPr>
          <w:p w:rsidR="0007153E" w:rsidRPr="00677BC5" w:rsidRDefault="00852135">
            <w:pPr>
              <w:rPr>
                <w:sz w:val="28"/>
                <w:szCs w:val="28"/>
              </w:rPr>
            </w:pPr>
            <w:r w:rsidRPr="00677BC5">
              <w:rPr>
                <w:sz w:val="28"/>
                <w:szCs w:val="28"/>
              </w:rPr>
              <w:t>- GV hỏi tiếp: Cạnh AD song song và bằng những cạnh nào?</w:t>
            </w:r>
          </w:p>
        </w:tc>
        <w:tc>
          <w:tcPr>
            <w:tcW w:w="4320" w:type="dxa"/>
            <w:shd w:val="clear" w:color="auto" w:fill="auto"/>
          </w:tcPr>
          <w:p w:rsidR="0007153E" w:rsidRPr="00677BC5" w:rsidRDefault="00852135">
            <w:pPr>
              <w:rPr>
                <w:sz w:val="28"/>
                <w:szCs w:val="28"/>
              </w:rPr>
            </w:pPr>
            <w:r w:rsidRPr="00677BC5">
              <w:rPr>
                <w:sz w:val="28"/>
                <w:szCs w:val="28"/>
              </w:rPr>
              <w:t>- HS trả lời: AD // BC và AD = BC; đồng thời AD // MN và AD = MN (trong hình bình hành AMND).</w:t>
            </w:r>
          </w:p>
        </w:tc>
      </w:tr>
      <w:tr w:rsidR="00677BC5" w:rsidRPr="00677BC5" w:rsidTr="00677BC5">
        <w:trPr>
          <w:jc w:val="center"/>
        </w:trPr>
        <w:tc>
          <w:tcPr>
            <w:tcW w:w="4320" w:type="dxa"/>
            <w:tcBorders>
              <w:bottom w:val="single" w:sz="4" w:space="0" w:color="auto"/>
            </w:tcBorders>
            <w:shd w:val="clear" w:color="auto" w:fill="auto"/>
          </w:tcPr>
          <w:p w:rsidR="0007153E" w:rsidRPr="00677BC5" w:rsidRDefault="00852135">
            <w:pPr>
              <w:rPr>
                <w:sz w:val="28"/>
                <w:szCs w:val="28"/>
              </w:rPr>
            </w:pPr>
            <w:r w:rsidRPr="00677BC5">
              <w:rPr>
                <w:sz w:val="28"/>
                <w:szCs w:val="28"/>
              </w:rPr>
              <w:t>- GV chốt KL: Trong hình bình hành, các cặp cạnh đối diện song song và bằng nhau.</w:t>
            </w:r>
          </w:p>
        </w:tc>
        <w:tc>
          <w:tcPr>
            <w:tcW w:w="4320" w:type="dxa"/>
            <w:tcBorders>
              <w:bottom w:val="single" w:sz="4" w:space="0" w:color="auto"/>
            </w:tcBorders>
            <w:shd w:val="clear" w:color="auto" w:fill="auto"/>
          </w:tcPr>
          <w:p w:rsidR="0007153E" w:rsidRPr="00677BC5" w:rsidRDefault="00852135">
            <w:pPr>
              <w:rPr>
                <w:sz w:val="28"/>
                <w:szCs w:val="28"/>
              </w:rPr>
            </w:pPr>
            <w:r w:rsidRPr="00677BC5">
              <w:rPr>
                <w:sz w:val="28"/>
                <w:szCs w:val="28"/>
              </w:rPr>
              <w:t>- HS nhắc lại KL.</w:t>
            </w:r>
          </w:p>
        </w:tc>
      </w:tr>
      <w:tr w:rsidR="00677BC5" w:rsidRPr="00677BC5" w:rsidTr="00677BC5">
        <w:trPr>
          <w:jc w:val="center"/>
        </w:trPr>
        <w:tc>
          <w:tcPr>
            <w:tcW w:w="8640" w:type="dxa"/>
            <w:gridSpan w:val="2"/>
            <w:tcBorders>
              <w:top w:val="single" w:sz="4" w:space="0" w:color="auto"/>
              <w:bottom w:val="single" w:sz="4" w:space="0" w:color="auto"/>
            </w:tcBorders>
            <w:shd w:val="clear" w:color="auto" w:fill="auto"/>
            <w:vAlign w:val="center"/>
          </w:tcPr>
          <w:p w:rsidR="0007153E" w:rsidRPr="00677BC5" w:rsidRDefault="00852135">
            <w:pPr>
              <w:rPr>
                <w:sz w:val="28"/>
                <w:szCs w:val="28"/>
              </w:rPr>
            </w:pPr>
            <w:r w:rsidRPr="00677BC5">
              <w:rPr>
                <w:b/>
                <w:sz w:val="28"/>
                <w:szCs w:val="28"/>
              </w:rPr>
              <w:t>Bài 2 (vở)</w:t>
            </w:r>
          </w:p>
          <w:p w:rsidR="0007153E" w:rsidRPr="00677BC5" w:rsidRDefault="00852135">
            <w:pPr>
              <w:rPr>
                <w:sz w:val="28"/>
                <w:szCs w:val="28"/>
              </w:rPr>
            </w:pPr>
            <w:r w:rsidRPr="00677BC5">
              <w:rPr>
                <w:sz w:val="28"/>
                <w:szCs w:val="28"/>
              </w:rPr>
              <w:t>Mục tiêu: Đổi đơn vị đo thời gian.</w:t>
            </w:r>
          </w:p>
        </w:tc>
      </w:tr>
      <w:tr w:rsidR="00677BC5" w:rsidRPr="00677BC5" w:rsidTr="00677BC5">
        <w:trPr>
          <w:jc w:val="center"/>
        </w:trPr>
        <w:tc>
          <w:tcPr>
            <w:tcW w:w="4320" w:type="dxa"/>
            <w:tcBorders>
              <w:top w:val="single" w:sz="4" w:space="0" w:color="auto"/>
            </w:tcBorders>
            <w:shd w:val="clear" w:color="auto" w:fill="auto"/>
          </w:tcPr>
          <w:p w:rsidR="0007153E" w:rsidRPr="00677BC5" w:rsidRDefault="00852135">
            <w:pPr>
              <w:rPr>
                <w:sz w:val="28"/>
                <w:szCs w:val="28"/>
              </w:rPr>
            </w:pPr>
            <w:r w:rsidRPr="00677BC5">
              <w:rPr>
                <w:sz w:val="28"/>
                <w:szCs w:val="28"/>
              </w:rPr>
              <w:t>- GV gọi HS đọc yêu cầu; nhắc lại quan hệ: 1 thế kỉ = 100 năm; 1 giờ = 60 phút; 1 phút = 60 giây.</w:t>
            </w:r>
          </w:p>
        </w:tc>
        <w:tc>
          <w:tcPr>
            <w:tcW w:w="4320" w:type="dxa"/>
            <w:tcBorders>
              <w:top w:val="single" w:sz="4" w:space="0" w:color="auto"/>
            </w:tcBorders>
            <w:shd w:val="clear" w:color="auto" w:fill="auto"/>
          </w:tcPr>
          <w:p w:rsidR="0007153E" w:rsidRPr="00677BC5" w:rsidRDefault="00852135">
            <w:pPr>
              <w:rPr>
                <w:sz w:val="28"/>
                <w:szCs w:val="28"/>
              </w:rPr>
            </w:pPr>
            <w:r w:rsidRPr="00677BC5">
              <w:rPr>
                <w:sz w:val="28"/>
                <w:szCs w:val="28"/>
              </w:rPr>
              <w:t>- HS nêu lại mối quan hệ và ghi nhớ.</w:t>
            </w:r>
          </w:p>
        </w:tc>
      </w:tr>
      <w:tr w:rsidR="00677BC5" w:rsidRPr="00677BC5" w:rsidTr="00677BC5">
        <w:trPr>
          <w:jc w:val="center"/>
        </w:trPr>
        <w:tc>
          <w:tcPr>
            <w:tcW w:w="4320" w:type="dxa"/>
            <w:shd w:val="clear" w:color="auto" w:fill="auto"/>
          </w:tcPr>
          <w:p w:rsidR="0007153E" w:rsidRPr="00677BC5" w:rsidRDefault="00852135">
            <w:pPr>
              <w:rPr>
                <w:sz w:val="28"/>
                <w:szCs w:val="28"/>
              </w:rPr>
            </w:pPr>
            <w:r w:rsidRPr="00677BC5">
              <w:rPr>
                <w:sz w:val="28"/>
                <w:szCs w:val="28"/>
              </w:rPr>
              <w:t xml:space="preserve">- GV yêu cầu HS đổi: 4 giờ </w:t>
            </w:r>
            <w:proofErr w:type="gramStart"/>
            <w:r w:rsidRPr="00677BC5">
              <w:rPr>
                <w:sz w:val="28"/>
                <w:szCs w:val="28"/>
              </w:rPr>
              <w:t>= ?</w:t>
            </w:r>
            <w:proofErr w:type="gramEnd"/>
            <w:r w:rsidRPr="00677BC5">
              <w:rPr>
                <w:sz w:val="28"/>
                <w:szCs w:val="28"/>
              </w:rPr>
              <w:t xml:space="preserve"> </w:t>
            </w:r>
            <w:proofErr w:type="gramStart"/>
            <w:r w:rsidRPr="00677BC5">
              <w:rPr>
                <w:sz w:val="28"/>
                <w:szCs w:val="28"/>
              </w:rPr>
              <w:t>phút</w:t>
            </w:r>
            <w:proofErr w:type="gramEnd"/>
            <w:r w:rsidRPr="00677BC5">
              <w:rPr>
                <w:sz w:val="28"/>
                <w:szCs w:val="28"/>
              </w:rPr>
              <w:t>.</w:t>
            </w:r>
          </w:p>
        </w:tc>
        <w:tc>
          <w:tcPr>
            <w:tcW w:w="4320" w:type="dxa"/>
            <w:shd w:val="clear" w:color="auto" w:fill="auto"/>
          </w:tcPr>
          <w:p w:rsidR="0007153E" w:rsidRPr="00677BC5" w:rsidRDefault="00852135">
            <w:pPr>
              <w:rPr>
                <w:sz w:val="28"/>
                <w:szCs w:val="28"/>
              </w:rPr>
            </w:pPr>
            <w:r w:rsidRPr="00677BC5">
              <w:rPr>
                <w:sz w:val="28"/>
                <w:szCs w:val="28"/>
              </w:rPr>
              <w:t>- HS ghi: 4 giờ = 240 phút.</w:t>
            </w:r>
          </w:p>
        </w:tc>
      </w:tr>
      <w:tr w:rsidR="00677BC5" w:rsidRPr="00677BC5" w:rsidTr="00677BC5">
        <w:trPr>
          <w:jc w:val="center"/>
        </w:trPr>
        <w:tc>
          <w:tcPr>
            <w:tcW w:w="4320" w:type="dxa"/>
            <w:shd w:val="clear" w:color="auto" w:fill="auto"/>
          </w:tcPr>
          <w:p w:rsidR="0007153E" w:rsidRPr="00677BC5" w:rsidRDefault="00852135">
            <w:pPr>
              <w:rPr>
                <w:sz w:val="28"/>
                <w:szCs w:val="28"/>
              </w:rPr>
            </w:pPr>
            <w:r w:rsidRPr="00677BC5">
              <w:rPr>
                <w:sz w:val="28"/>
                <w:szCs w:val="28"/>
              </w:rPr>
              <w:t xml:space="preserve">- GV yêu cầu HS đổi: 12 phút </w:t>
            </w:r>
            <w:proofErr w:type="gramStart"/>
            <w:r w:rsidRPr="00677BC5">
              <w:rPr>
                <w:sz w:val="28"/>
                <w:szCs w:val="28"/>
              </w:rPr>
              <w:t>= ?</w:t>
            </w:r>
            <w:proofErr w:type="gramEnd"/>
            <w:r w:rsidRPr="00677BC5">
              <w:rPr>
                <w:sz w:val="28"/>
                <w:szCs w:val="28"/>
              </w:rPr>
              <w:t xml:space="preserve"> </w:t>
            </w:r>
            <w:proofErr w:type="gramStart"/>
            <w:r w:rsidRPr="00677BC5">
              <w:rPr>
                <w:sz w:val="28"/>
                <w:szCs w:val="28"/>
              </w:rPr>
              <w:t>giây</w:t>
            </w:r>
            <w:proofErr w:type="gramEnd"/>
            <w:r w:rsidRPr="00677BC5">
              <w:rPr>
                <w:sz w:val="28"/>
                <w:szCs w:val="28"/>
              </w:rPr>
              <w:t>.</w:t>
            </w:r>
          </w:p>
        </w:tc>
        <w:tc>
          <w:tcPr>
            <w:tcW w:w="4320" w:type="dxa"/>
            <w:shd w:val="clear" w:color="auto" w:fill="auto"/>
          </w:tcPr>
          <w:p w:rsidR="0007153E" w:rsidRPr="00677BC5" w:rsidRDefault="00852135">
            <w:pPr>
              <w:rPr>
                <w:sz w:val="28"/>
                <w:szCs w:val="28"/>
              </w:rPr>
            </w:pPr>
            <w:r w:rsidRPr="00677BC5">
              <w:rPr>
                <w:sz w:val="28"/>
                <w:szCs w:val="28"/>
              </w:rPr>
              <w:t>- HS ghi: 12 phút = 720 giây.</w:t>
            </w:r>
          </w:p>
        </w:tc>
      </w:tr>
      <w:tr w:rsidR="00677BC5" w:rsidRPr="00677BC5" w:rsidTr="00677BC5">
        <w:trPr>
          <w:jc w:val="center"/>
        </w:trPr>
        <w:tc>
          <w:tcPr>
            <w:tcW w:w="4320" w:type="dxa"/>
            <w:shd w:val="clear" w:color="auto" w:fill="auto"/>
          </w:tcPr>
          <w:p w:rsidR="0007153E" w:rsidRPr="00677BC5" w:rsidRDefault="00852135">
            <w:pPr>
              <w:rPr>
                <w:sz w:val="28"/>
                <w:szCs w:val="28"/>
              </w:rPr>
            </w:pPr>
            <w:r w:rsidRPr="00677BC5">
              <w:rPr>
                <w:sz w:val="28"/>
                <w:szCs w:val="28"/>
              </w:rPr>
              <w:t xml:space="preserve">- GV yêu cầu HS đổi: 3 thế kỉ </w:t>
            </w:r>
            <w:proofErr w:type="gramStart"/>
            <w:r w:rsidRPr="00677BC5">
              <w:rPr>
                <w:sz w:val="28"/>
                <w:szCs w:val="28"/>
              </w:rPr>
              <w:t>= ?</w:t>
            </w:r>
            <w:proofErr w:type="gramEnd"/>
            <w:r w:rsidRPr="00677BC5">
              <w:rPr>
                <w:sz w:val="28"/>
                <w:szCs w:val="28"/>
              </w:rPr>
              <w:t xml:space="preserve"> </w:t>
            </w:r>
            <w:proofErr w:type="gramStart"/>
            <w:r w:rsidRPr="00677BC5">
              <w:rPr>
                <w:sz w:val="28"/>
                <w:szCs w:val="28"/>
              </w:rPr>
              <w:t>năm</w:t>
            </w:r>
            <w:proofErr w:type="gramEnd"/>
            <w:r w:rsidRPr="00677BC5">
              <w:rPr>
                <w:sz w:val="28"/>
                <w:szCs w:val="28"/>
              </w:rPr>
              <w:t>.</w:t>
            </w:r>
          </w:p>
        </w:tc>
        <w:tc>
          <w:tcPr>
            <w:tcW w:w="4320" w:type="dxa"/>
            <w:shd w:val="clear" w:color="auto" w:fill="auto"/>
          </w:tcPr>
          <w:p w:rsidR="0007153E" w:rsidRPr="00677BC5" w:rsidRDefault="00852135">
            <w:pPr>
              <w:rPr>
                <w:sz w:val="28"/>
                <w:szCs w:val="28"/>
              </w:rPr>
            </w:pPr>
            <w:r w:rsidRPr="00677BC5">
              <w:rPr>
                <w:sz w:val="28"/>
                <w:szCs w:val="28"/>
              </w:rPr>
              <w:t>- HS ghi: 3 thế kỉ = 300 năm.</w:t>
            </w:r>
          </w:p>
        </w:tc>
      </w:tr>
      <w:tr w:rsidR="00677BC5" w:rsidRPr="00677BC5" w:rsidTr="00677BC5">
        <w:trPr>
          <w:jc w:val="center"/>
        </w:trPr>
        <w:tc>
          <w:tcPr>
            <w:tcW w:w="4320" w:type="dxa"/>
            <w:shd w:val="clear" w:color="auto" w:fill="auto"/>
          </w:tcPr>
          <w:p w:rsidR="0007153E" w:rsidRPr="00677BC5" w:rsidRDefault="00852135">
            <w:pPr>
              <w:rPr>
                <w:sz w:val="28"/>
                <w:szCs w:val="28"/>
              </w:rPr>
            </w:pPr>
            <w:r w:rsidRPr="00677BC5">
              <w:rPr>
                <w:sz w:val="28"/>
                <w:szCs w:val="28"/>
              </w:rPr>
              <w:t xml:space="preserve">- GV yêu cầu HS đổi: 3 giờ 25 phút </w:t>
            </w:r>
            <w:proofErr w:type="gramStart"/>
            <w:r w:rsidRPr="00677BC5">
              <w:rPr>
                <w:sz w:val="28"/>
                <w:szCs w:val="28"/>
              </w:rPr>
              <w:t>= ?</w:t>
            </w:r>
            <w:proofErr w:type="gramEnd"/>
            <w:r w:rsidRPr="00677BC5">
              <w:rPr>
                <w:sz w:val="28"/>
                <w:szCs w:val="28"/>
              </w:rPr>
              <w:t xml:space="preserve"> </w:t>
            </w:r>
            <w:proofErr w:type="gramStart"/>
            <w:r w:rsidRPr="00677BC5">
              <w:rPr>
                <w:sz w:val="28"/>
                <w:szCs w:val="28"/>
              </w:rPr>
              <w:t>phút</w:t>
            </w:r>
            <w:proofErr w:type="gramEnd"/>
            <w:r w:rsidRPr="00677BC5">
              <w:rPr>
                <w:sz w:val="28"/>
                <w:szCs w:val="28"/>
              </w:rPr>
              <w:t>.</w:t>
            </w:r>
          </w:p>
        </w:tc>
        <w:tc>
          <w:tcPr>
            <w:tcW w:w="4320" w:type="dxa"/>
            <w:shd w:val="clear" w:color="auto" w:fill="auto"/>
          </w:tcPr>
          <w:p w:rsidR="0007153E" w:rsidRPr="00677BC5" w:rsidRDefault="00852135">
            <w:pPr>
              <w:rPr>
                <w:sz w:val="28"/>
                <w:szCs w:val="28"/>
              </w:rPr>
            </w:pPr>
            <w:r w:rsidRPr="00677BC5">
              <w:rPr>
                <w:sz w:val="28"/>
                <w:szCs w:val="28"/>
              </w:rPr>
              <w:t>- HS ghi: 3 giờ 25 phút = 205 phút.</w:t>
            </w:r>
          </w:p>
        </w:tc>
      </w:tr>
      <w:tr w:rsidR="00677BC5" w:rsidRPr="00677BC5" w:rsidTr="00677BC5">
        <w:trPr>
          <w:jc w:val="center"/>
        </w:trPr>
        <w:tc>
          <w:tcPr>
            <w:tcW w:w="4320" w:type="dxa"/>
            <w:shd w:val="clear" w:color="auto" w:fill="auto"/>
          </w:tcPr>
          <w:p w:rsidR="0007153E" w:rsidRPr="00677BC5" w:rsidRDefault="00852135">
            <w:pPr>
              <w:rPr>
                <w:sz w:val="28"/>
                <w:szCs w:val="28"/>
              </w:rPr>
            </w:pPr>
            <w:r w:rsidRPr="00677BC5">
              <w:rPr>
                <w:sz w:val="28"/>
                <w:szCs w:val="28"/>
              </w:rPr>
              <w:t xml:space="preserve">- GV yêu cầu HS đổi: 10 giờ 4 phút </w:t>
            </w:r>
            <w:proofErr w:type="gramStart"/>
            <w:r w:rsidRPr="00677BC5">
              <w:rPr>
                <w:sz w:val="28"/>
                <w:szCs w:val="28"/>
              </w:rPr>
              <w:t>= ?</w:t>
            </w:r>
            <w:proofErr w:type="gramEnd"/>
            <w:r w:rsidRPr="00677BC5">
              <w:rPr>
                <w:sz w:val="28"/>
                <w:szCs w:val="28"/>
              </w:rPr>
              <w:t xml:space="preserve"> </w:t>
            </w:r>
            <w:proofErr w:type="gramStart"/>
            <w:r w:rsidRPr="00677BC5">
              <w:rPr>
                <w:sz w:val="28"/>
                <w:szCs w:val="28"/>
              </w:rPr>
              <w:t>phút</w:t>
            </w:r>
            <w:proofErr w:type="gramEnd"/>
            <w:r w:rsidRPr="00677BC5">
              <w:rPr>
                <w:sz w:val="28"/>
                <w:szCs w:val="28"/>
              </w:rPr>
              <w:t>.</w:t>
            </w:r>
          </w:p>
        </w:tc>
        <w:tc>
          <w:tcPr>
            <w:tcW w:w="4320" w:type="dxa"/>
            <w:shd w:val="clear" w:color="auto" w:fill="auto"/>
          </w:tcPr>
          <w:p w:rsidR="0007153E" w:rsidRPr="00677BC5" w:rsidRDefault="00852135">
            <w:pPr>
              <w:rPr>
                <w:sz w:val="28"/>
                <w:szCs w:val="28"/>
              </w:rPr>
            </w:pPr>
            <w:r w:rsidRPr="00677BC5">
              <w:rPr>
                <w:sz w:val="28"/>
                <w:szCs w:val="28"/>
              </w:rPr>
              <w:t>- HS ghi: 10 giờ 4 phút = 604 phút.</w:t>
            </w:r>
          </w:p>
        </w:tc>
      </w:tr>
      <w:tr w:rsidR="00677BC5" w:rsidRPr="00677BC5" w:rsidTr="00677BC5">
        <w:trPr>
          <w:jc w:val="center"/>
        </w:trPr>
        <w:tc>
          <w:tcPr>
            <w:tcW w:w="4320" w:type="dxa"/>
            <w:shd w:val="clear" w:color="auto" w:fill="auto"/>
          </w:tcPr>
          <w:p w:rsidR="0007153E" w:rsidRPr="00677BC5" w:rsidRDefault="00852135">
            <w:pPr>
              <w:rPr>
                <w:sz w:val="28"/>
                <w:szCs w:val="28"/>
              </w:rPr>
            </w:pPr>
            <w:r w:rsidRPr="00677BC5">
              <w:rPr>
                <w:sz w:val="28"/>
                <w:szCs w:val="28"/>
              </w:rPr>
              <w:t xml:space="preserve">- GV yêu cầu HS đổi: 15 phút 20 giây </w:t>
            </w:r>
            <w:proofErr w:type="gramStart"/>
            <w:r w:rsidRPr="00677BC5">
              <w:rPr>
                <w:sz w:val="28"/>
                <w:szCs w:val="28"/>
              </w:rPr>
              <w:t>= ?</w:t>
            </w:r>
            <w:proofErr w:type="gramEnd"/>
            <w:r w:rsidRPr="00677BC5">
              <w:rPr>
                <w:sz w:val="28"/>
                <w:szCs w:val="28"/>
              </w:rPr>
              <w:t xml:space="preserve"> </w:t>
            </w:r>
            <w:proofErr w:type="gramStart"/>
            <w:r w:rsidRPr="00677BC5">
              <w:rPr>
                <w:sz w:val="28"/>
                <w:szCs w:val="28"/>
              </w:rPr>
              <w:t>giây</w:t>
            </w:r>
            <w:proofErr w:type="gramEnd"/>
            <w:r w:rsidRPr="00677BC5">
              <w:rPr>
                <w:sz w:val="28"/>
                <w:szCs w:val="28"/>
              </w:rPr>
              <w:t>.</w:t>
            </w:r>
          </w:p>
        </w:tc>
        <w:tc>
          <w:tcPr>
            <w:tcW w:w="4320" w:type="dxa"/>
            <w:shd w:val="clear" w:color="auto" w:fill="auto"/>
          </w:tcPr>
          <w:p w:rsidR="0007153E" w:rsidRPr="00677BC5" w:rsidRDefault="00852135">
            <w:pPr>
              <w:rPr>
                <w:sz w:val="28"/>
                <w:szCs w:val="28"/>
              </w:rPr>
            </w:pPr>
            <w:r w:rsidRPr="00677BC5">
              <w:rPr>
                <w:sz w:val="28"/>
                <w:szCs w:val="28"/>
              </w:rPr>
              <w:t>- HS ghi: 15 phút 20 giây = 920 giây.</w:t>
            </w:r>
          </w:p>
        </w:tc>
      </w:tr>
      <w:tr w:rsidR="00677BC5" w:rsidRPr="00677BC5" w:rsidTr="00677BC5">
        <w:trPr>
          <w:jc w:val="center"/>
        </w:trPr>
        <w:tc>
          <w:tcPr>
            <w:tcW w:w="4320" w:type="dxa"/>
            <w:shd w:val="clear" w:color="auto" w:fill="auto"/>
          </w:tcPr>
          <w:p w:rsidR="0007153E" w:rsidRPr="00677BC5" w:rsidRDefault="00852135">
            <w:pPr>
              <w:rPr>
                <w:sz w:val="28"/>
                <w:szCs w:val="28"/>
              </w:rPr>
            </w:pPr>
            <w:r w:rsidRPr="00677BC5">
              <w:rPr>
                <w:sz w:val="28"/>
                <w:szCs w:val="28"/>
              </w:rPr>
              <w:t xml:space="preserve">- GV yêu cầu HS đổi: </w:t>
            </w:r>
            <m:oMath>
              <m:f>
                <m:fPr>
                  <m:ctrlPr>
                    <w:rPr>
                      <w:rFonts w:ascii="Cambria Math" w:hAnsi="Cambria Math"/>
                      <w:sz w:val="28"/>
                      <w:szCs w:val="28"/>
                    </w:rPr>
                  </m:ctrlPr>
                </m:fPr>
                <m:num>
                  <m:r>
                    <w:rPr>
                      <w:rFonts w:ascii="Cambria Math" w:hAnsi="Cambria Math"/>
                      <w:sz w:val="28"/>
                      <w:szCs w:val="28"/>
                    </w:rPr>
                    <m:t>1</m:t>
                  </m:r>
                </m:num>
                <m:den>
                  <m:r>
                    <w:rPr>
                      <w:rFonts w:ascii="Cambria Math" w:hAnsi="Cambria Math"/>
                      <w:sz w:val="28"/>
                      <w:szCs w:val="28"/>
                    </w:rPr>
                    <m:t>3</m:t>
                  </m:r>
                </m:den>
              </m:f>
            </m:oMath>
            <w:r w:rsidRPr="00677BC5">
              <w:rPr>
                <w:sz w:val="28"/>
                <w:szCs w:val="28"/>
              </w:rPr>
              <w:t xml:space="preserve"> giờ </w:t>
            </w:r>
            <w:proofErr w:type="gramStart"/>
            <w:r w:rsidRPr="00677BC5">
              <w:rPr>
                <w:sz w:val="28"/>
                <w:szCs w:val="28"/>
              </w:rPr>
              <w:t>= ?</w:t>
            </w:r>
            <w:proofErr w:type="gramEnd"/>
            <w:r w:rsidRPr="00677BC5">
              <w:rPr>
                <w:sz w:val="28"/>
                <w:szCs w:val="28"/>
              </w:rPr>
              <w:t xml:space="preserve"> </w:t>
            </w:r>
            <w:proofErr w:type="gramStart"/>
            <w:r w:rsidRPr="00677BC5">
              <w:rPr>
                <w:sz w:val="28"/>
                <w:szCs w:val="28"/>
              </w:rPr>
              <w:t>phút</w:t>
            </w:r>
            <w:proofErr w:type="gramEnd"/>
            <w:r w:rsidRPr="00677BC5">
              <w:rPr>
                <w:sz w:val="28"/>
                <w:szCs w:val="28"/>
              </w:rPr>
              <w:t>.</w:t>
            </w:r>
          </w:p>
        </w:tc>
        <w:tc>
          <w:tcPr>
            <w:tcW w:w="4320" w:type="dxa"/>
            <w:shd w:val="clear" w:color="auto" w:fill="auto"/>
          </w:tcPr>
          <w:p w:rsidR="0007153E" w:rsidRPr="00677BC5" w:rsidRDefault="00852135">
            <w:pPr>
              <w:rPr>
                <w:sz w:val="28"/>
                <w:szCs w:val="28"/>
              </w:rPr>
            </w:pPr>
            <w:r w:rsidRPr="00677BC5">
              <w:rPr>
                <w:sz w:val="28"/>
                <w:szCs w:val="28"/>
              </w:rPr>
              <w:t xml:space="preserve">- HS ghi: </w:t>
            </w:r>
            <m:oMath>
              <m:f>
                <m:fPr>
                  <m:ctrlPr>
                    <w:rPr>
                      <w:rFonts w:ascii="Cambria Math" w:hAnsi="Cambria Math"/>
                      <w:sz w:val="28"/>
                      <w:szCs w:val="28"/>
                    </w:rPr>
                  </m:ctrlPr>
                </m:fPr>
                <m:num>
                  <m:r>
                    <w:rPr>
                      <w:rFonts w:ascii="Cambria Math" w:hAnsi="Cambria Math"/>
                      <w:sz w:val="28"/>
                      <w:szCs w:val="28"/>
                    </w:rPr>
                    <m:t>1</m:t>
                  </m:r>
                </m:num>
                <m:den>
                  <m:r>
                    <w:rPr>
                      <w:rFonts w:ascii="Cambria Math" w:hAnsi="Cambria Math"/>
                      <w:sz w:val="28"/>
                      <w:szCs w:val="28"/>
                    </w:rPr>
                    <m:t>3</m:t>
                  </m:r>
                </m:den>
              </m:f>
            </m:oMath>
            <w:r w:rsidRPr="00677BC5">
              <w:rPr>
                <w:sz w:val="28"/>
                <w:szCs w:val="28"/>
              </w:rPr>
              <w:t xml:space="preserve"> giờ = 20 phút.</w:t>
            </w:r>
          </w:p>
        </w:tc>
      </w:tr>
      <w:tr w:rsidR="00677BC5" w:rsidRPr="00677BC5" w:rsidTr="00677BC5">
        <w:trPr>
          <w:jc w:val="center"/>
        </w:trPr>
        <w:tc>
          <w:tcPr>
            <w:tcW w:w="4320" w:type="dxa"/>
            <w:shd w:val="clear" w:color="auto" w:fill="auto"/>
          </w:tcPr>
          <w:p w:rsidR="0007153E" w:rsidRPr="00677BC5" w:rsidRDefault="00852135">
            <w:pPr>
              <w:rPr>
                <w:sz w:val="28"/>
                <w:szCs w:val="28"/>
              </w:rPr>
            </w:pPr>
            <w:r w:rsidRPr="00677BC5">
              <w:rPr>
                <w:sz w:val="28"/>
                <w:szCs w:val="28"/>
              </w:rPr>
              <w:t xml:space="preserve">- GV yêu cầu HS đổi: </w:t>
            </w:r>
            <m:oMath>
              <m:f>
                <m:fPr>
                  <m:ctrlPr>
                    <w:rPr>
                      <w:rFonts w:ascii="Cambria Math" w:hAnsi="Cambria Math"/>
                      <w:sz w:val="28"/>
                      <w:szCs w:val="28"/>
                    </w:rPr>
                  </m:ctrlPr>
                </m:fPr>
                <m:num>
                  <m:r>
                    <w:rPr>
                      <w:rFonts w:ascii="Cambria Math" w:hAnsi="Cambria Math"/>
                      <w:sz w:val="28"/>
                      <w:szCs w:val="28"/>
                    </w:rPr>
                    <m:t>1</m:t>
                  </m:r>
                </m:num>
                <m:den>
                  <m:r>
                    <w:rPr>
                      <w:rFonts w:ascii="Cambria Math" w:hAnsi="Cambria Math"/>
                      <w:sz w:val="28"/>
                      <w:szCs w:val="28"/>
                    </w:rPr>
                    <m:t>5</m:t>
                  </m:r>
                </m:den>
              </m:f>
            </m:oMath>
            <w:r w:rsidRPr="00677BC5">
              <w:rPr>
                <w:sz w:val="28"/>
                <w:szCs w:val="28"/>
              </w:rPr>
              <w:t xml:space="preserve"> phút </w:t>
            </w:r>
            <w:proofErr w:type="gramStart"/>
            <w:r w:rsidRPr="00677BC5">
              <w:rPr>
                <w:sz w:val="28"/>
                <w:szCs w:val="28"/>
              </w:rPr>
              <w:t>= ?</w:t>
            </w:r>
            <w:proofErr w:type="gramEnd"/>
            <w:r w:rsidRPr="00677BC5">
              <w:rPr>
                <w:sz w:val="28"/>
                <w:szCs w:val="28"/>
              </w:rPr>
              <w:t xml:space="preserve"> </w:t>
            </w:r>
            <w:proofErr w:type="gramStart"/>
            <w:r w:rsidRPr="00677BC5">
              <w:rPr>
                <w:sz w:val="28"/>
                <w:szCs w:val="28"/>
              </w:rPr>
              <w:t>giây</w:t>
            </w:r>
            <w:proofErr w:type="gramEnd"/>
            <w:r w:rsidRPr="00677BC5">
              <w:rPr>
                <w:sz w:val="28"/>
                <w:szCs w:val="28"/>
              </w:rPr>
              <w:t>.</w:t>
            </w:r>
          </w:p>
        </w:tc>
        <w:tc>
          <w:tcPr>
            <w:tcW w:w="4320" w:type="dxa"/>
            <w:shd w:val="clear" w:color="auto" w:fill="auto"/>
          </w:tcPr>
          <w:p w:rsidR="0007153E" w:rsidRPr="00677BC5" w:rsidRDefault="00852135">
            <w:pPr>
              <w:rPr>
                <w:sz w:val="28"/>
                <w:szCs w:val="28"/>
              </w:rPr>
            </w:pPr>
            <w:r w:rsidRPr="00677BC5">
              <w:rPr>
                <w:sz w:val="28"/>
                <w:szCs w:val="28"/>
              </w:rPr>
              <w:t xml:space="preserve">- HS ghi: </w:t>
            </w:r>
            <m:oMath>
              <m:f>
                <m:fPr>
                  <m:ctrlPr>
                    <w:rPr>
                      <w:rFonts w:ascii="Cambria Math" w:hAnsi="Cambria Math"/>
                      <w:sz w:val="28"/>
                      <w:szCs w:val="28"/>
                    </w:rPr>
                  </m:ctrlPr>
                </m:fPr>
                <m:num>
                  <m:r>
                    <w:rPr>
                      <w:rFonts w:ascii="Cambria Math" w:hAnsi="Cambria Math"/>
                      <w:sz w:val="28"/>
                      <w:szCs w:val="28"/>
                    </w:rPr>
                    <m:t>1</m:t>
                  </m:r>
                </m:num>
                <m:den>
                  <m:r>
                    <w:rPr>
                      <w:rFonts w:ascii="Cambria Math" w:hAnsi="Cambria Math"/>
                      <w:sz w:val="28"/>
                      <w:szCs w:val="28"/>
                    </w:rPr>
                    <m:t>5</m:t>
                  </m:r>
                </m:den>
              </m:f>
            </m:oMath>
            <w:r w:rsidRPr="00677BC5">
              <w:rPr>
                <w:sz w:val="28"/>
                <w:szCs w:val="28"/>
              </w:rPr>
              <w:t xml:space="preserve"> phút = 12 giây.</w:t>
            </w:r>
          </w:p>
        </w:tc>
      </w:tr>
      <w:tr w:rsidR="00677BC5" w:rsidRPr="00677BC5" w:rsidTr="00677BC5">
        <w:trPr>
          <w:jc w:val="center"/>
        </w:trPr>
        <w:tc>
          <w:tcPr>
            <w:tcW w:w="4320" w:type="dxa"/>
            <w:shd w:val="clear" w:color="auto" w:fill="auto"/>
          </w:tcPr>
          <w:p w:rsidR="0007153E" w:rsidRPr="00677BC5" w:rsidRDefault="00852135">
            <w:pPr>
              <w:rPr>
                <w:sz w:val="28"/>
                <w:szCs w:val="28"/>
              </w:rPr>
            </w:pPr>
            <w:r w:rsidRPr="00677BC5">
              <w:rPr>
                <w:sz w:val="28"/>
                <w:szCs w:val="28"/>
              </w:rPr>
              <w:lastRenderedPageBreak/>
              <w:t xml:space="preserve">- GV yêu cầu HS đổi: </w:t>
            </w:r>
            <m:oMath>
              <m:f>
                <m:fPr>
                  <m:ctrlPr>
                    <w:rPr>
                      <w:rFonts w:ascii="Cambria Math" w:hAnsi="Cambria Math"/>
                      <w:sz w:val="28"/>
                      <w:szCs w:val="28"/>
                    </w:rPr>
                  </m:ctrlPr>
                </m:fPr>
                <m:num>
                  <m:r>
                    <w:rPr>
                      <w:rFonts w:ascii="Cambria Math" w:hAnsi="Cambria Math"/>
                      <w:sz w:val="28"/>
                      <w:szCs w:val="28"/>
                    </w:rPr>
                    <m:t>1</m:t>
                  </m:r>
                </m:num>
                <m:den>
                  <m:r>
                    <w:rPr>
                      <w:rFonts w:ascii="Cambria Math" w:hAnsi="Cambria Math"/>
                      <w:sz w:val="28"/>
                      <w:szCs w:val="28"/>
                    </w:rPr>
                    <m:t>4</m:t>
                  </m:r>
                </m:den>
              </m:f>
            </m:oMath>
            <w:r w:rsidRPr="00677BC5">
              <w:rPr>
                <w:sz w:val="28"/>
                <w:szCs w:val="28"/>
              </w:rPr>
              <w:t xml:space="preserve"> thế kỉ </w:t>
            </w:r>
            <w:proofErr w:type="gramStart"/>
            <w:r w:rsidRPr="00677BC5">
              <w:rPr>
                <w:sz w:val="28"/>
                <w:szCs w:val="28"/>
              </w:rPr>
              <w:t>= ?</w:t>
            </w:r>
            <w:proofErr w:type="gramEnd"/>
            <w:r w:rsidRPr="00677BC5">
              <w:rPr>
                <w:sz w:val="28"/>
                <w:szCs w:val="28"/>
              </w:rPr>
              <w:t xml:space="preserve"> </w:t>
            </w:r>
            <w:proofErr w:type="gramStart"/>
            <w:r w:rsidRPr="00677BC5">
              <w:rPr>
                <w:sz w:val="28"/>
                <w:szCs w:val="28"/>
              </w:rPr>
              <w:t>năm</w:t>
            </w:r>
            <w:proofErr w:type="gramEnd"/>
            <w:r w:rsidRPr="00677BC5">
              <w:rPr>
                <w:sz w:val="28"/>
                <w:szCs w:val="28"/>
              </w:rPr>
              <w:t>.</w:t>
            </w:r>
          </w:p>
        </w:tc>
        <w:tc>
          <w:tcPr>
            <w:tcW w:w="4320" w:type="dxa"/>
            <w:shd w:val="clear" w:color="auto" w:fill="auto"/>
          </w:tcPr>
          <w:p w:rsidR="0007153E" w:rsidRPr="00677BC5" w:rsidRDefault="00852135">
            <w:pPr>
              <w:rPr>
                <w:sz w:val="28"/>
                <w:szCs w:val="28"/>
              </w:rPr>
            </w:pPr>
            <w:r w:rsidRPr="00677BC5">
              <w:rPr>
                <w:sz w:val="28"/>
                <w:szCs w:val="28"/>
              </w:rPr>
              <w:t xml:space="preserve">- HS ghi: </w:t>
            </w:r>
            <m:oMath>
              <m:f>
                <m:fPr>
                  <m:ctrlPr>
                    <w:rPr>
                      <w:rFonts w:ascii="Cambria Math" w:hAnsi="Cambria Math"/>
                      <w:sz w:val="28"/>
                      <w:szCs w:val="28"/>
                    </w:rPr>
                  </m:ctrlPr>
                </m:fPr>
                <m:num>
                  <m:r>
                    <w:rPr>
                      <w:rFonts w:ascii="Cambria Math" w:hAnsi="Cambria Math"/>
                      <w:sz w:val="28"/>
                      <w:szCs w:val="28"/>
                    </w:rPr>
                    <m:t>1</m:t>
                  </m:r>
                </m:num>
                <m:den>
                  <m:r>
                    <w:rPr>
                      <w:rFonts w:ascii="Cambria Math" w:hAnsi="Cambria Math"/>
                      <w:sz w:val="28"/>
                      <w:szCs w:val="28"/>
                    </w:rPr>
                    <m:t>4</m:t>
                  </m:r>
                </m:den>
              </m:f>
            </m:oMath>
            <w:r w:rsidRPr="00677BC5">
              <w:rPr>
                <w:sz w:val="28"/>
                <w:szCs w:val="28"/>
              </w:rPr>
              <w:t xml:space="preserve"> thế kỉ = 25 năm.</w:t>
            </w:r>
          </w:p>
        </w:tc>
      </w:tr>
      <w:tr w:rsidR="00677BC5" w:rsidRPr="00677BC5" w:rsidTr="00677BC5">
        <w:trPr>
          <w:jc w:val="center"/>
        </w:trPr>
        <w:tc>
          <w:tcPr>
            <w:tcW w:w="4320" w:type="dxa"/>
            <w:tcBorders>
              <w:bottom w:val="single" w:sz="4" w:space="0" w:color="auto"/>
            </w:tcBorders>
            <w:shd w:val="clear" w:color="auto" w:fill="auto"/>
          </w:tcPr>
          <w:p w:rsidR="0007153E" w:rsidRPr="00677BC5" w:rsidRDefault="00852135">
            <w:pPr>
              <w:rPr>
                <w:sz w:val="28"/>
                <w:szCs w:val="28"/>
              </w:rPr>
            </w:pPr>
            <w:r w:rsidRPr="00677BC5">
              <w:rPr>
                <w:sz w:val="28"/>
                <w:szCs w:val="28"/>
              </w:rPr>
              <w:t>- GV chốt KL: Khi đổi thời gian, nhân/chia theo mối quan hệ 60 hoặc 100.</w:t>
            </w:r>
          </w:p>
        </w:tc>
        <w:tc>
          <w:tcPr>
            <w:tcW w:w="4320" w:type="dxa"/>
            <w:tcBorders>
              <w:bottom w:val="single" w:sz="4" w:space="0" w:color="auto"/>
            </w:tcBorders>
            <w:shd w:val="clear" w:color="auto" w:fill="auto"/>
          </w:tcPr>
          <w:p w:rsidR="0007153E" w:rsidRPr="00677BC5" w:rsidRDefault="00852135">
            <w:pPr>
              <w:rPr>
                <w:sz w:val="28"/>
                <w:szCs w:val="28"/>
              </w:rPr>
            </w:pPr>
            <w:r w:rsidRPr="00677BC5">
              <w:rPr>
                <w:sz w:val="28"/>
                <w:szCs w:val="28"/>
              </w:rPr>
              <w:t>- HS ghi nhớ KL.</w:t>
            </w:r>
          </w:p>
        </w:tc>
      </w:tr>
      <w:tr w:rsidR="00677BC5" w:rsidRPr="00677BC5" w:rsidTr="00677BC5">
        <w:trPr>
          <w:jc w:val="center"/>
        </w:trPr>
        <w:tc>
          <w:tcPr>
            <w:tcW w:w="8640" w:type="dxa"/>
            <w:gridSpan w:val="2"/>
            <w:tcBorders>
              <w:top w:val="single" w:sz="4" w:space="0" w:color="auto"/>
              <w:bottom w:val="single" w:sz="4" w:space="0" w:color="auto"/>
            </w:tcBorders>
            <w:shd w:val="clear" w:color="auto" w:fill="auto"/>
            <w:vAlign w:val="center"/>
          </w:tcPr>
          <w:p w:rsidR="0007153E" w:rsidRPr="00677BC5" w:rsidRDefault="00852135">
            <w:pPr>
              <w:rPr>
                <w:sz w:val="28"/>
                <w:szCs w:val="28"/>
              </w:rPr>
            </w:pPr>
            <w:r w:rsidRPr="00677BC5">
              <w:rPr>
                <w:b/>
                <w:sz w:val="28"/>
                <w:szCs w:val="28"/>
              </w:rPr>
              <w:t>Bài 3 (vở)</w:t>
            </w:r>
          </w:p>
          <w:p w:rsidR="0007153E" w:rsidRPr="00677BC5" w:rsidRDefault="00852135">
            <w:pPr>
              <w:rPr>
                <w:sz w:val="28"/>
                <w:szCs w:val="28"/>
              </w:rPr>
            </w:pPr>
            <w:r w:rsidRPr="00677BC5">
              <w:rPr>
                <w:sz w:val="28"/>
                <w:szCs w:val="28"/>
              </w:rPr>
              <w:t>Mục tiêu: Giải bài toán tuổi – năm sinh – thế kỉ.</w:t>
            </w:r>
          </w:p>
        </w:tc>
      </w:tr>
      <w:tr w:rsidR="00677BC5" w:rsidRPr="00677BC5" w:rsidTr="00677BC5">
        <w:trPr>
          <w:jc w:val="center"/>
        </w:trPr>
        <w:tc>
          <w:tcPr>
            <w:tcW w:w="4320" w:type="dxa"/>
            <w:tcBorders>
              <w:top w:val="single" w:sz="4" w:space="0" w:color="auto"/>
            </w:tcBorders>
            <w:shd w:val="clear" w:color="auto" w:fill="auto"/>
          </w:tcPr>
          <w:p w:rsidR="0007153E" w:rsidRPr="00677BC5" w:rsidRDefault="00852135">
            <w:pPr>
              <w:rPr>
                <w:sz w:val="28"/>
                <w:szCs w:val="28"/>
              </w:rPr>
            </w:pPr>
            <w:r w:rsidRPr="00677BC5">
              <w:rPr>
                <w:sz w:val="28"/>
                <w:szCs w:val="28"/>
              </w:rPr>
              <w:t xml:space="preserve">- GV yêu cầu HS đọc đề; hỏi: Bài cho biết gì? </w:t>
            </w:r>
            <w:proofErr w:type="gramStart"/>
            <w:r w:rsidRPr="00677BC5">
              <w:rPr>
                <w:sz w:val="28"/>
                <w:szCs w:val="28"/>
              </w:rPr>
              <w:t>hỏi</w:t>
            </w:r>
            <w:proofErr w:type="gramEnd"/>
            <w:r w:rsidRPr="00677BC5">
              <w:rPr>
                <w:sz w:val="28"/>
                <w:szCs w:val="28"/>
              </w:rPr>
              <w:t xml:space="preserve"> gì?</w:t>
            </w:r>
          </w:p>
        </w:tc>
        <w:tc>
          <w:tcPr>
            <w:tcW w:w="4320" w:type="dxa"/>
            <w:tcBorders>
              <w:top w:val="single" w:sz="4" w:space="0" w:color="auto"/>
            </w:tcBorders>
            <w:shd w:val="clear" w:color="auto" w:fill="auto"/>
          </w:tcPr>
          <w:p w:rsidR="0007153E" w:rsidRPr="00677BC5" w:rsidRDefault="00852135">
            <w:pPr>
              <w:rPr>
                <w:sz w:val="28"/>
                <w:szCs w:val="28"/>
              </w:rPr>
            </w:pPr>
            <w:r w:rsidRPr="00677BC5">
              <w:rPr>
                <w:sz w:val="28"/>
                <w:szCs w:val="28"/>
              </w:rPr>
              <w:t>- HS nêu: Nam 10 tuổi; Nam kém mẹ 29 tuổi; hỏi mẹ sinh năm nào và thuộc thế kỉ mấy.</w:t>
            </w:r>
          </w:p>
        </w:tc>
      </w:tr>
      <w:tr w:rsidR="00677BC5" w:rsidRPr="00677BC5" w:rsidTr="00677BC5">
        <w:trPr>
          <w:jc w:val="center"/>
        </w:trPr>
        <w:tc>
          <w:tcPr>
            <w:tcW w:w="4320" w:type="dxa"/>
            <w:shd w:val="clear" w:color="auto" w:fill="auto"/>
          </w:tcPr>
          <w:p w:rsidR="0007153E" w:rsidRPr="00677BC5" w:rsidRDefault="00852135">
            <w:pPr>
              <w:rPr>
                <w:sz w:val="28"/>
                <w:szCs w:val="28"/>
              </w:rPr>
            </w:pPr>
            <w:r w:rsidRPr="00677BC5">
              <w:rPr>
                <w:sz w:val="28"/>
                <w:szCs w:val="28"/>
              </w:rPr>
              <w:t>- GV gợi ý: Tính tuổi mẹ trước; sau đó lấy năm hiện tại trừ tuổi mẹ.</w:t>
            </w:r>
          </w:p>
        </w:tc>
        <w:tc>
          <w:tcPr>
            <w:tcW w:w="4320" w:type="dxa"/>
            <w:shd w:val="clear" w:color="auto" w:fill="auto"/>
          </w:tcPr>
          <w:p w:rsidR="0007153E" w:rsidRPr="00677BC5" w:rsidRDefault="00852135">
            <w:pPr>
              <w:rPr>
                <w:sz w:val="28"/>
                <w:szCs w:val="28"/>
              </w:rPr>
            </w:pPr>
            <w:r w:rsidRPr="00677BC5">
              <w:rPr>
                <w:sz w:val="28"/>
                <w:szCs w:val="28"/>
              </w:rPr>
              <w:t>- HS nêu: Tuổi mẹ = 10 + 29; năm sinh = năm nay - tuổi mẹ.</w:t>
            </w:r>
          </w:p>
        </w:tc>
      </w:tr>
      <w:tr w:rsidR="00677BC5" w:rsidRPr="00677BC5" w:rsidTr="00677BC5">
        <w:trPr>
          <w:jc w:val="center"/>
        </w:trPr>
        <w:tc>
          <w:tcPr>
            <w:tcW w:w="4320" w:type="dxa"/>
            <w:shd w:val="clear" w:color="auto" w:fill="auto"/>
          </w:tcPr>
          <w:p w:rsidR="0007153E" w:rsidRPr="00677BC5" w:rsidRDefault="00852135">
            <w:pPr>
              <w:rPr>
                <w:sz w:val="28"/>
                <w:szCs w:val="28"/>
              </w:rPr>
            </w:pPr>
            <w:r w:rsidRPr="00677BC5">
              <w:rPr>
                <w:sz w:val="28"/>
                <w:szCs w:val="28"/>
              </w:rPr>
              <w:t>- GV chốt năm hiện tại dùng trong bài là 2026; yêu cầu HS tính tuổi mẹ.</w:t>
            </w:r>
          </w:p>
        </w:tc>
        <w:tc>
          <w:tcPr>
            <w:tcW w:w="4320" w:type="dxa"/>
            <w:shd w:val="clear" w:color="auto" w:fill="auto"/>
          </w:tcPr>
          <w:p w:rsidR="0007153E" w:rsidRPr="00677BC5" w:rsidRDefault="00852135">
            <w:pPr>
              <w:rPr>
                <w:sz w:val="28"/>
                <w:szCs w:val="28"/>
              </w:rPr>
            </w:pPr>
            <w:r w:rsidRPr="00677BC5">
              <w:rPr>
                <w:sz w:val="28"/>
                <w:szCs w:val="28"/>
              </w:rPr>
              <w:t>- HS ghi: Tuổi mẹ Nam = 29 + 10 = 39 (tuổi).</w:t>
            </w:r>
          </w:p>
        </w:tc>
      </w:tr>
      <w:tr w:rsidR="00677BC5" w:rsidRPr="00677BC5" w:rsidTr="00677BC5">
        <w:trPr>
          <w:jc w:val="center"/>
        </w:trPr>
        <w:tc>
          <w:tcPr>
            <w:tcW w:w="4320" w:type="dxa"/>
            <w:shd w:val="clear" w:color="auto" w:fill="auto"/>
          </w:tcPr>
          <w:p w:rsidR="0007153E" w:rsidRPr="00677BC5" w:rsidRDefault="00852135">
            <w:pPr>
              <w:rPr>
                <w:sz w:val="28"/>
                <w:szCs w:val="28"/>
              </w:rPr>
            </w:pPr>
            <w:r w:rsidRPr="00677BC5">
              <w:rPr>
                <w:sz w:val="28"/>
                <w:szCs w:val="28"/>
              </w:rPr>
              <w:t>- GV yêu cầu HS tính năm sinh của mẹ Nam.</w:t>
            </w:r>
          </w:p>
        </w:tc>
        <w:tc>
          <w:tcPr>
            <w:tcW w:w="4320" w:type="dxa"/>
            <w:shd w:val="clear" w:color="auto" w:fill="auto"/>
          </w:tcPr>
          <w:p w:rsidR="0007153E" w:rsidRPr="00677BC5" w:rsidRDefault="00852135">
            <w:pPr>
              <w:rPr>
                <w:sz w:val="28"/>
                <w:szCs w:val="28"/>
              </w:rPr>
            </w:pPr>
            <w:r w:rsidRPr="00677BC5">
              <w:rPr>
                <w:sz w:val="28"/>
                <w:szCs w:val="28"/>
              </w:rPr>
              <w:t>- HS ghi: Năm sinh của mẹ Nam = 2026 - 39 = 1987.</w:t>
            </w:r>
          </w:p>
        </w:tc>
      </w:tr>
      <w:tr w:rsidR="00677BC5" w:rsidRPr="00677BC5" w:rsidTr="00677BC5">
        <w:trPr>
          <w:jc w:val="center"/>
        </w:trPr>
        <w:tc>
          <w:tcPr>
            <w:tcW w:w="4320" w:type="dxa"/>
            <w:shd w:val="clear" w:color="auto" w:fill="auto"/>
          </w:tcPr>
          <w:p w:rsidR="0007153E" w:rsidRPr="00677BC5" w:rsidRDefault="00852135">
            <w:pPr>
              <w:rPr>
                <w:sz w:val="28"/>
                <w:szCs w:val="28"/>
              </w:rPr>
            </w:pPr>
            <w:r w:rsidRPr="00677BC5">
              <w:rPr>
                <w:sz w:val="28"/>
                <w:szCs w:val="28"/>
              </w:rPr>
              <w:t>- GV hỏi: Năm 1987 thuộc thế kỉ nào?</w:t>
            </w:r>
          </w:p>
        </w:tc>
        <w:tc>
          <w:tcPr>
            <w:tcW w:w="4320" w:type="dxa"/>
            <w:shd w:val="clear" w:color="auto" w:fill="auto"/>
          </w:tcPr>
          <w:p w:rsidR="0007153E" w:rsidRPr="00677BC5" w:rsidRDefault="00852135">
            <w:pPr>
              <w:rPr>
                <w:sz w:val="28"/>
                <w:szCs w:val="28"/>
              </w:rPr>
            </w:pPr>
            <w:r w:rsidRPr="00677BC5">
              <w:rPr>
                <w:sz w:val="28"/>
                <w:szCs w:val="28"/>
              </w:rPr>
              <w:t>- HS trả lời: Năm 1987 thuộc thế kỉ XX.</w:t>
            </w:r>
          </w:p>
        </w:tc>
      </w:tr>
      <w:tr w:rsidR="00677BC5" w:rsidRPr="00677BC5" w:rsidTr="00677BC5">
        <w:trPr>
          <w:jc w:val="center"/>
        </w:trPr>
        <w:tc>
          <w:tcPr>
            <w:tcW w:w="4320" w:type="dxa"/>
            <w:tcBorders>
              <w:bottom w:val="single" w:sz="4" w:space="0" w:color="auto"/>
            </w:tcBorders>
            <w:shd w:val="clear" w:color="auto" w:fill="auto"/>
          </w:tcPr>
          <w:p w:rsidR="0007153E" w:rsidRPr="00677BC5" w:rsidRDefault="00852135">
            <w:pPr>
              <w:rPr>
                <w:sz w:val="28"/>
                <w:szCs w:val="28"/>
              </w:rPr>
            </w:pPr>
            <w:r w:rsidRPr="00677BC5">
              <w:rPr>
                <w:sz w:val="28"/>
                <w:szCs w:val="28"/>
              </w:rPr>
              <w:t>- GV nhận xét và chốt đáp số.</w:t>
            </w:r>
          </w:p>
        </w:tc>
        <w:tc>
          <w:tcPr>
            <w:tcW w:w="4320" w:type="dxa"/>
            <w:tcBorders>
              <w:bottom w:val="single" w:sz="4" w:space="0" w:color="auto"/>
            </w:tcBorders>
            <w:shd w:val="clear" w:color="auto" w:fill="auto"/>
          </w:tcPr>
          <w:p w:rsidR="0007153E" w:rsidRPr="00677BC5" w:rsidRDefault="00852135">
            <w:pPr>
              <w:rPr>
                <w:sz w:val="28"/>
                <w:szCs w:val="28"/>
              </w:rPr>
            </w:pPr>
            <w:r w:rsidRPr="00677BC5">
              <w:rPr>
                <w:sz w:val="28"/>
                <w:szCs w:val="28"/>
              </w:rPr>
              <w:t>- HS ghi: Đáp số: Năm 1987; thế kỉ XX.</w:t>
            </w:r>
          </w:p>
        </w:tc>
      </w:tr>
      <w:tr w:rsidR="00677BC5" w:rsidRPr="00677BC5" w:rsidTr="00677BC5">
        <w:trPr>
          <w:jc w:val="center"/>
        </w:trPr>
        <w:tc>
          <w:tcPr>
            <w:tcW w:w="8640" w:type="dxa"/>
            <w:gridSpan w:val="2"/>
            <w:tcBorders>
              <w:top w:val="single" w:sz="4" w:space="0" w:color="auto"/>
              <w:bottom w:val="single" w:sz="4" w:space="0" w:color="auto"/>
            </w:tcBorders>
            <w:shd w:val="clear" w:color="auto" w:fill="auto"/>
            <w:vAlign w:val="center"/>
          </w:tcPr>
          <w:p w:rsidR="0007153E" w:rsidRPr="00677BC5" w:rsidRDefault="00852135">
            <w:pPr>
              <w:rPr>
                <w:sz w:val="28"/>
                <w:szCs w:val="28"/>
              </w:rPr>
            </w:pPr>
            <w:r w:rsidRPr="00677BC5">
              <w:rPr>
                <w:b/>
                <w:sz w:val="28"/>
                <w:szCs w:val="28"/>
              </w:rPr>
              <w:t>Bài 4 (vở)</w:t>
            </w:r>
          </w:p>
          <w:p w:rsidR="0007153E" w:rsidRPr="00677BC5" w:rsidRDefault="00852135">
            <w:pPr>
              <w:rPr>
                <w:sz w:val="28"/>
                <w:szCs w:val="28"/>
              </w:rPr>
            </w:pPr>
            <w:r w:rsidRPr="00677BC5">
              <w:rPr>
                <w:sz w:val="28"/>
                <w:szCs w:val="28"/>
              </w:rPr>
              <w:t>Mục tiêu: Đổi đơn vị đo diện tích.</w:t>
            </w:r>
          </w:p>
        </w:tc>
      </w:tr>
      <w:tr w:rsidR="00677BC5" w:rsidRPr="00677BC5" w:rsidTr="00677BC5">
        <w:trPr>
          <w:jc w:val="center"/>
        </w:trPr>
        <w:tc>
          <w:tcPr>
            <w:tcW w:w="4320" w:type="dxa"/>
            <w:tcBorders>
              <w:top w:val="single" w:sz="4" w:space="0" w:color="auto"/>
            </w:tcBorders>
            <w:shd w:val="clear" w:color="auto" w:fill="auto"/>
          </w:tcPr>
          <w:p w:rsidR="0007153E" w:rsidRPr="00677BC5" w:rsidRDefault="00852135">
            <w:pPr>
              <w:rPr>
                <w:sz w:val="28"/>
                <w:szCs w:val="28"/>
              </w:rPr>
            </w:pPr>
            <w:r w:rsidRPr="00677BC5">
              <w:rPr>
                <w:sz w:val="28"/>
                <w:szCs w:val="28"/>
              </w:rPr>
              <w:t>- GV nhắc lại mối quan hệ: 1 m² = 100 dm² = 10 000 cm²; 1 dm² = 100 cm² = 10 000 mm².</w:t>
            </w:r>
          </w:p>
        </w:tc>
        <w:tc>
          <w:tcPr>
            <w:tcW w:w="4320" w:type="dxa"/>
            <w:tcBorders>
              <w:top w:val="single" w:sz="4" w:space="0" w:color="auto"/>
            </w:tcBorders>
            <w:shd w:val="clear" w:color="auto" w:fill="auto"/>
          </w:tcPr>
          <w:p w:rsidR="0007153E" w:rsidRPr="00677BC5" w:rsidRDefault="00852135">
            <w:pPr>
              <w:rPr>
                <w:sz w:val="28"/>
                <w:szCs w:val="28"/>
              </w:rPr>
            </w:pPr>
            <w:r w:rsidRPr="00677BC5">
              <w:rPr>
                <w:sz w:val="28"/>
                <w:szCs w:val="28"/>
              </w:rPr>
              <w:t>- HS nêu lại mối quan hệ và ghi nhớ.</w:t>
            </w:r>
          </w:p>
        </w:tc>
      </w:tr>
      <w:tr w:rsidR="00677BC5" w:rsidRPr="00677BC5" w:rsidTr="00677BC5">
        <w:trPr>
          <w:jc w:val="center"/>
        </w:trPr>
        <w:tc>
          <w:tcPr>
            <w:tcW w:w="4320" w:type="dxa"/>
            <w:shd w:val="clear" w:color="auto" w:fill="auto"/>
          </w:tcPr>
          <w:p w:rsidR="0007153E" w:rsidRPr="00677BC5" w:rsidRDefault="00852135">
            <w:pPr>
              <w:rPr>
                <w:sz w:val="28"/>
                <w:szCs w:val="28"/>
              </w:rPr>
            </w:pPr>
            <w:r w:rsidRPr="00677BC5">
              <w:rPr>
                <w:sz w:val="28"/>
                <w:szCs w:val="28"/>
              </w:rPr>
              <w:t xml:space="preserve">- GV yêu cầu HS đổi: 4 m² </w:t>
            </w:r>
            <w:proofErr w:type="gramStart"/>
            <w:r w:rsidRPr="00677BC5">
              <w:rPr>
                <w:sz w:val="28"/>
                <w:szCs w:val="28"/>
              </w:rPr>
              <w:t>= ?</w:t>
            </w:r>
            <w:proofErr w:type="gramEnd"/>
            <w:r w:rsidRPr="00677BC5">
              <w:rPr>
                <w:sz w:val="28"/>
                <w:szCs w:val="28"/>
              </w:rPr>
              <w:t xml:space="preserve"> dm².</w:t>
            </w:r>
          </w:p>
        </w:tc>
        <w:tc>
          <w:tcPr>
            <w:tcW w:w="4320" w:type="dxa"/>
            <w:shd w:val="clear" w:color="auto" w:fill="auto"/>
          </w:tcPr>
          <w:p w:rsidR="0007153E" w:rsidRPr="00677BC5" w:rsidRDefault="00852135">
            <w:pPr>
              <w:rPr>
                <w:sz w:val="28"/>
                <w:szCs w:val="28"/>
              </w:rPr>
            </w:pPr>
            <w:r w:rsidRPr="00677BC5">
              <w:rPr>
                <w:sz w:val="28"/>
                <w:szCs w:val="28"/>
              </w:rPr>
              <w:t>- HS ghi: 4 m² = 400 dm².</w:t>
            </w:r>
          </w:p>
        </w:tc>
      </w:tr>
      <w:tr w:rsidR="00677BC5" w:rsidRPr="00677BC5" w:rsidTr="00677BC5">
        <w:trPr>
          <w:jc w:val="center"/>
        </w:trPr>
        <w:tc>
          <w:tcPr>
            <w:tcW w:w="4320" w:type="dxa"/>
            <w:shd w:val="clear" w:color="auto" w:fill="auto"/>
          </w:tcPr>
          <w:p w:rsidR="0007153E" w:rsidRPr="00677BC5" w:rsidRDefault="00852135">
            <w:pPr>
              <w:rPr>
                <w:sz w:val="28"/>
                <w:szCs w:val="28"/>
              </w:rPr>
            </w:pPr>
            <w:r w:rsidRPr="00677BC5">
              <w:rPr>
                <w:sz w:val="28"/>
                <w:szCs w:val="28"/>
              </w:rPr>
              <w:t xml:space="preserve">- GV yêu cầu HS đổi: 25 cm² </w:t>
            </w:r>
            <w:proofErr w:type="gramStart"/>
            <w:r w:rsidRPr="00677BC5">
              <w:rPr>
                <w:sz w:val="28"/>
                <w:szCs w:val="28"/>
              </w:rPr>
              <w:t>= ?</w:t>
            </w:r>
            <w:proofErr w:type="gramEnd"/>
            <w:r w:rsidRPr="00677BC5">
              <w:rPr>
                <w:sz w:val="28"/>
                <w:szCs w:val="28"/>
              </w:rPr>
              <w:t xml:space="preserve"> mm².</w:t>
            </w:r>
          </w:p>
        </w:tc>
        <w:tc>
          <w:tcPr>
            <w:tcW w:w="4320" w:type="dxa"/>
            <w:shd w:val="clear" w:color="auto" w:fill="auto"/>
          </w:tcPr>
          <w:p w:rsidR="0007153E" w:rsidRPr="00677BC5" w:rsidRDefault="00852135">
            <w:pPr>
              <w:rPr>
                <w:sz w:val="28"/>
                <w:szCs w:val="28"/>
              </w:rPr>
            </w:pPr>
            <w:r w:rsidRPr="00677BC5">
              <w:rPr>
                <w:sz w:val="28"/>
                <w:szCs w:val="28"/>
              </w:rPr>
              <w:t>- HS ghi: 25 cm² = 2 500 mm².</w:t>
            </w:r>
          </w:p>
        </w:tc>
      </w:tr>
      <w:tr w:rsidR="00677BC5" w:rsidRPr="00677BC5" w:rsidTr="00677BC5">
        <w:trPr>
          <w:jc w:val="center"/>
        </w:trPr>
        <w:tc>
          <w:tcPr>
            <w:tcW w:w="4320" w:type="dxa"/>
            <w:shd w:val="clear" w:color="auto" w:fill="auto"/>
          </w:tcPr>
          <w:p w:rsidR="0007153E" w:rsidRPr="00677BC5" w:rsidRDefault="00852135">
            <w:pPr>
              <w:rPr>
                <w:sz w:val="28"/>
                <w:szCs w:val="28"/>
              </w:rPr>
            </w:pPr>
            <w:r w:rsidRPr="00677BC5">
              <w:rPr>
                <w:sz w:val="28"/>
                <w:szCs w:val="28"/>
              </w:rPr>
              <w:t xml:space="preserve">- GV yêu cầu HS đổi: 12 dm² </w:t>
            </w:r>
            <w:proofErr w:type="gramStart"/>
            <w:r w:rsidRPr="00677BC5">
              <w:rPr>
                <w:sz w:val="28"/>
                <w:szCs w:val="28"/>
              </w:rPr>
              <w:t>= ?</w:t>
            </w:r>
            <w:proofErr w:type="gramEnd"/>
            <w:r w:rsidRPr="00677BC5">
              <w:rPr>
                <w:sz w:val="28"/>
                <w:szCs w:val="28"/>
              </w:rPr>
              <w:t xml:space="preserve"> cm².</w:t>
            </w:r>
          </w:p>
        </w:tc>
        <w:tc>
          <w:tcPr>
            <w:tcW w:w="4320" w:type="dxa"/>
            <w:shd w:val="clear" w:color="auto" w:fill="auto"/>
          </w:tcPr>
          <w:p w:rsidR="0007153E" w:rsidRPr="00677BC5" w:rsidRDefault="00852135">
            <w:pPr>
              <w:rPr>
                <w:sz w:val="28"/>
                <w:szCs w:val="28"/>
              </w:rPr>
            </w:pPr>
            <w:r w:rsidRPr="00677BC5">
              <w:rPr>
                <w:sz w:val="28"/>
                <w:szCs w:val="28"/>
              </w:rPr>
              <w:t>- HS ghi: 12 dm² = 1 200 cm².</w:t>
            </w:r>
          </w:p>
        </w:tc>
      </w:tr>
      <w:tr w:rsidR="00677BC5" w:rsidRPr="00677BC5" w:rsidTr="00677BC5">
        <w:trPr>
          <w:jc w:val="center"/>
        </w:trPr>
        <w:tc>
          <w:tcPr>
            <w:tcW w:w="4320" w:type="dxa"/>
            <w:shd w:val="clear" w:color="auto" w:fill="auto"/>
          </w:tcPr>
          <w:p w:rsidR="0007153E" w:rsidRPr="00677BC5" w:rsidRDefault="00852135">
            <w:pPr>
              <w:rPr>
                <w:sz w:val="28"/>
                <w:szCs w:val="28"/>
              </w:rPr>
            </w:pPr>
            <w:r w:rsidRPr="00677BC5">
              <w:rPr>
                <w:sz w:val="28"/>
                <w:szCs w:val="28"/>
              </w:rPr>
              <w:t xml:space="preserve">- GV yêu cầu HS đổi: 200 cm² </w:t>
            </w:r>
            <w:proofErr w:type="gramStart"/>
            <w:r w:rsidRPr="00677BC5">
              <w:rPr>
                <w:sz w:val="28"/>
                <w:szCs w:val="28"/>
              </w:rPr>
              <w:t>= ?</w:t>
            </w:r>
            <w:proofErr w:type="gramEnd"/>
            <w:r w:rsidRPr="00677BC5">
              <w:rPr>
                <w:sz w:val="28"/>
                <w:szCs w:val="28"/>
              </w:rPr>
              <w:t xml:space="preserve"> dm².</w:t>
            </w:r>
          </w:p>
        </w:tc>
        <w:tc>
          <w:tcPr>
            <w:tcW w:w="4320" w:type="dxa"/>
            <w:shd w:val="clear" w:color="auto" w:fill="auto"/>
          </w:tcPr>
          <w:p w:rsidR="0007153E" w:rsidRPr="00677BC5" w:rsidRDefault="00852135">
            <w:pPr>
              <w:rPr>
                <w:sz w:val="28"/>
                <w:szCs w:val="28"/>
              </w:rPr>
            </w:pPr>
            <w:r w:rsidRPr="00677BC5">
              <w:rPr>
                <w:sz w:val="28"/>
                <w:szCs w:val="28"/>
              </w:rPr>
              <w:t>- HS ghi: 200 cm² = 2 dm².</w:t>
            </w:r>
          </w:p>
        </w:tc>
      </w:tr>
      <w:tr w:rsidR="00677BC5" w:rsidRPr="00677BC5" w:rsidTr="00677BC5">
        <w:trPr>
          <w:jc w:val="center"/>
        </w:trPr>
        <w:tc>
          <w:tcPr>
            <w:tcW w:w="4320" w:type="dxa"/>
            <w:shd w:val="clear" w:color="auto" w:fill="auto"/>
          </w:tcPr>
          <w:p w:rsidR="0007153E" w:rsidRPr="00677BC5" w:rsidRDefault="00852135">
            <w:pPr>
              <w:rPr>
                <w:sz w:val="28"/>
                <w:szCs w:val="28"/>
              </w:rPr>
            </w:pPr>
            <w:r w:rsidRPr="00677BC5">
              <w:rPr>
                <w:sz w:val="28"/>
                <w:szCs w:val="28"/>
              </w:rPr>
              <w:t xml:space="preserve">- GV yêu cầu HS đổi: 80 000 cm² </w:t>
            </w:r>
            <w:proofErr w:type="gramStart"/>
            <w:r w:rsidRPr="00677BC5">
              <w:rPr>
                <w:sz w:val="28"/>
                <w:szCs w:val="28"/>
              </w:rPr>
              <w:t>= ?</w:t>
            </w:r>
            <w:proofErr w:type="gramEnd"/>
            <w:r w:rsidRPr="00677BC5">
              <w:rPr>
                <w:sz w:val="28"/>
                <w:szCs w:val="28"/>
              </w:rPr>
              <w:t xml:space="preserve"> dm².</w:t>
            </w:r>
          </w:p>
        </w:tc>
        <w:tc>
          <w:tcPr>
            <w:tcW w:w="4320" w:type="dxa"/>
            <w:shd w:val="clear" w:color="auto" w:fill="auto"/>
          </w:tcPr>
          <w:p w:rsidR="0007153E" w:rsidRPr="00677BC5" w:rsidRDefault="00852135">
            <w:pPr>
              <w:rPr>
                <w:sz w:val="28"/>
                <w:szCs w:val="28"/>
              </w:rPr>
            </w:pPr>
            <w:r w:rsidRPr="00677BC5">
              <w:rPr>
                <w:sz w:val="28"/>
                <w:szCs w:val="28"/>
              </w:rPr>
              <w:t>- HS ghi: 80 000 cm² = 800 dm².</w:t>
            </w:r>
          </w:p>
        </w:tc>
      </w:tr>
      <w:tr w:rsidR="00677BC5" w:rsidRPr="00677BC5" w:rsidTr="00677BC5">
        <w:trPr>
          <w:jc w:val="center"/>
        </w:trPr>
        <w:tc>
          <w:tcPr>
            <w:tcW w:w="4320" w:type="dxa"/>
            <w:shd w:val="clear" w:color="auto" w:fill="auto"/>
          </w:tcPr>
          <w:p w:rsidR="0007153E" w:rsidRPr="00677BC5" w:rsidRDefault="00852135">
            <w:pPr>
              <w:rPr>
                <w:sz w:val="28"/>
                <w:szCs w:val="28"/>
              </w:rPr>
            </w:pPr>
            <w:r w:rsidRPr="00677BC5">
              <w:rPr>
                <w:sz w:val="28"/>
                <w:szCs w:val="28"/>
              </w:rPr>
              <w:t xml:space="preserve">- GV yêu cầu HS đổi: 3 400 mm² </w:t>
            </w:r>
            <w:proofErr w:type="gramStart"/>
            <w:r w:rsidRPr="00677BC5">
              <w:rPr>
                <w:sz w:val="28"/>
                <w:szCs w:val="28"/>
              </w:rPr>
              <w:t>= ?</w:t>
            </w:r>
            <w:proofErr w:type="gramEnd"/>
            <w:r w:rsidRPr="00677BC5">
              <w:rPr>
                <w:sz w:val="28"/>
                <w:szCs w:val="28"/>
              </w:rPr>
              <w:t xml:space="preserve"> cm².</w:t>
            </w:r>
          </w:p>
        </w:tc>
        <w:tc>
          <w:tcPr>
            <w:tcW w:w="4320" w:type="dxa"/>
            <w:shd w:val="clear" w:color="auto" w:fill="auto"/>
          </w:tcPr>
          <w:p w:rsidR="0007153E" w:rsidRPr="00677BC5" w:rsidRDefault="00852135">
            <w:pPr>
              <w:rPr>
                <w:sz w:val="28"/>
                <w:szCs w:val="28"/>
              </w:rPr>
            </w:pPr>
            <w:r w:rsidRPr="00677BC5">
              <w:rPr>
                <w:sz w:val="28"/>
                <w:szCs w:val="28"/>
              </w:rPr>
              <w:t>- HS ghi: 3 400 mm² = 34 cm².</w:t>
            </w:r>
          </w:p>
        </w:tc>
      </w:tr>
      <w:tr w:rsidR="00677BC5" w:rsidRPr="00677BC5" w:rsidTr="00677BC5">
        <w:trPr>
          <w:jc w:val="center"/>
        </w:trPr>
        <w:tc>
          <w:tcPr>
            <w:tcW w:w="4320" w:type="dxa"/>
            <w:shd w:val="clear" w:color="auto" w:fill="auto"/>
          </w:tcPr>
          <w:p w:rsidR="0007153E" w:rsidRPr="00677BC5" w:rsidRDefault="00852135">
            <w:pPr>
              <w:rPr>
                <w:sz w:val="28"/>
                <w:szCs w:val="28"/>
              </w:rPr>
            </w:pPr>
            <w:r w:rsidRPr="00677BC5">
              <w:rPr>
                <w:sz w:val="28"/>
                <w:szCs w:val="28"/>
              </w:rPr>
              <w:t xml:space="preserve">- GV yêu cầu HS đổi: 5 m² 52 dm² </w:t>
            </w:r>
            <w:proofErr w:type="gramStart"/>
            <w:r w:rsidRPr="00677BC5">
              <w:rPr>
                <w:sz w:val="28"/>
                <w:szCs w:val="28"/>
              </w:rPr>
              <w:t>= ?</w:t>
            </w:r>
            <w:proofErr w:type="gramEnd"/>
            <w:r w:rsidRPr="00677BC5">
              <w:rPr>
                <w:sz w:val="28"/>
                <w:szCs w:val="28"/>
              </w:rPr>
              <w:t xml:space="preserve"> dm².</w:t>
            </w:r>
          </w:p>
        </w:tc>
        <w:tc>
          <w:tcPr>
            <w:tcW w:w="4320" w:type="dxa"/>
            <w:shd w:val="clear" w:color="auto" w:fill="auto"/>
          </w:tcPr>
          <w:p w:rsidR="0007153E" w:rsidRPr="00677BC5" w:rsidRDefault="00852135">
            <w:pPr>
              <w:rPr>
                <w:sz w:val="28"/>
                <w:szCs w:val="28"/>
              </w:rPr>
            </w:pPr>
            <w:r w:rsidRPr="00677BC5">
              <w:rPr>
                <w:sz w:val="28"/>
                <w:szCs w:val="28"/>
              </w:rPr>
              <w:t>- HS ghi: 5 m² 52 dm² = 552 dm².</w:t>
            </w:r>
          </w:p>
        </w:tc>
      </w:tr>
      <w:tr w:rsidR="00677BC5" w:rsidRPr="00677BC5" w:rsidTr="00677BC5">
        <w:trPr>
          <w:jc w:val="center"/>
        </w:trPr>
        <w:tc>
          <w:tcPr>
            <w:tcW w:w="4320" w:type="dxa"/>
            <w:shd w:val="clear" w:color="auto" w:fill="auto"/>
          </w:tcPr>
          <w:p w:rsidR="0007153E" w:rsidRPr="00677BC5" w:rsidRDefault="00852135">
            <w:pPr>
              <w:rPr>
                <w:sz w:val="28"/>
                <w:szCs w:val="28"/>
              </w:rPr>
            </w:pPr>
            <w:r w:rsidRPr="00677BC5">
              <w:rPr>
                <w:sz w:val="28"/>
                <w:szCs w:val="28"/>
              </w:rPr>
              <w:lastRenderedPageBreak/>
              <w:t xml:space="preserve">- GV yêu cầu HS đổi: 7 cm² 6 mm² </w:t>
            </w:r>
            <w:proofErr w:type="gramStart"/>
            <w:r w:rsidRPr="00677BC5">
              <w:rPr>
                <w:sz w:val="28"/>
                <w:szCs w:val="28"/>
              </w:rPr>
              <w:t>= ?</w:t>
            </w:r>
            <w:proofErr w:type="gramEnd"/>
            <w:r w:rsidRPr="00677BC5">
              <w:rPr>
                <w:sz w:val="28"/>
                <w:szCs w:val="28"/>
              </w:rPr>
              <w:t xml:space="preserve"> mm².</w:t>
            </w:r>
          </w:p>
        </w:tc>
        <w:tc>
          <w:tcPr>
            <w:tcW w:w="4320" w:type="dxa"/>
            <w:shd w:val="clear" w:color="auto" w:fill="auto"/>
          </w:tcPr>
          <w:p w:rsidR="0007153E" w:rsidRPr="00677BC5" w:rsidRDefault="00852135">
            <w:pPr>
              <w:rPr>
                <w:sz w:val="28"/>
                <w:szCs w:val="28"/>
              </w:rPr>
            </w:pPr>
            <w:r w:rsidRPr="00677BC5">
              <w:rPr>
                <w:sz w:val="28"/>
                <w:szCs w:val="28"/>
              </w:rPr>
              <w:t>- HS ghi: 7 cm² 6 mm² = 706 mm².</w:t>
            </w:r>
          </w:p>
        </w:tc>
      </w:tr>
      <w:tr w:rsidR="00677BC5" w:rsidRPr="00677BC5" w:rsidTr="00677BC5">
        <w:trPr>
          <w:jc w:val="center"/>
        </w:trPr>
        <w:tc>
          <w:tcPr>
            <w:tcW w:w="4320" w:type="dxa"/>
            <w:shd w:val="clear" w:color="auto" w:fill="auto"/>
          </w:tcPr>
          <w:p w:rsidR="0007153E" w:rsidRPr="00677BC5" w:rsidRDefault="00852135">
            <w:pPr>
              <w:rPr>
                <w:sz w:val="28"/>
                <w:szCs w:val="28"/>
              </w:rPr>
            </w:pPr>
            <w:r w:rsidRPr="00677BC5">
              <w:rPr>
                <w:sz w:val="28"/>
                <w:szCs w:val="28"/>
              </w:rPr>
              <w:t xml:space="preserve">- GV yêu cầu HS đổi: 6 dm² 15 cm² </w:t>
            </w:r>
            <w:proofErr w:type="gramStart"/>
            <w:r w:rsidRPr="00677BC5">
              <w:rPr>
                <w:sz w:val="28"/>
                <w:szCs w:val="28"/>
              </w:rPr>
              <w:t>= ?</w:t>
            </w:r>
            <w:proofErr w:type="gramEnd"/>
            <w:r w:rsidRPr="00677BC5">
              <w:rPr>
                <w:sz w:val="28"/>
                <w:szCs w:val="28"/>
              </w:rPr>
              <w:t xml:space="preserve"> cm².</w:t>
            </w:r>
          </w:p>
        </w:tc>
        <w:tc>
          <w:tcPr>
            <w:tcW w:w="4320" w:type="dxa"/>
            <w:shd w:val="clear" w:color="auto" w:fill="auto"/>
          </w:tcPr>
          <w:p w:rsidR="0007153E" w:rsidRPr="00677BC5" w:rsidRDefault="00852135">
            <w:pPr>
              <w:rPr>
                <w:sz w:val="28"/>
                <w:szCs w:val="28"/>
              </w:rPr>
            </w:pPr>
            <w:r w:rsidRPr="00677BC5">
              <w:rPr>
                <w:sz w:val="28"/>
                <w:szCs w:val="28"/>
              </w:rPr>
              <w:t>- HS ghi: 6 dm² 15 cm² = 615 cm².</w:t>
            </w:r>
          </w:p>
        </w:tc>
      </w:tr>
      <w:tr w:rsidR="00677BC5" w:rsidRPr="00677BC5" w:rsidTr="00677BC5">
        <w:trPr>
          <w:jc w:val="center"/>
        </w:trPr>
        <w:tc>
          <w:tcPr>
            <w:tcW w:w="4320" w:type="dxa"/>
            <w:tcBorders>
              <w:bottom w:val="single" w:sz="4" w:space="0" w:color="auto"/>
            </w:tcBorders>
            <w:shd w:val="clear" w:color="auto" w:fill="auto"/>
          </w:tcPr>
          <w:p w:rsidR="0007153E" w:rsidRPr="00677BC5" w:rsidRDefault="00852135">
            <w:pPr>
              <w:rPr>
                <w:sz w:val="28"/>
                <w:szCs w:val="28"/>
              </w:rPr>
            </w:pPr>
            <w:r w:rsidRPr="00677BC5">
              <w:rPr>
                <w:sz w:val="28"/>
                <w:szCs w:val="28"/>
              </w:rPr>
              <w:t>- GV nhận xét, tuyên dương.</w:t>
            </w:r>
          </w:p>
        </w:tc>
        <w:tc>
          <w:tcPr>
            <w:tcW w:w="4320" w:type="dxa"/>
            <w:tcBorders>
              <w:bottom w:val="single" w:sz="4" w:space="0" w:color="auto"/>
            </w:tcBorders>
            <w:shd w:val="clear" w:color="auto" w:fill="auto"/>
          </w:tcPr>
          <w:p w:rsidR="0007153E" w:rsidRPr="00677BC5" w:rsidRDefault="00852135">
            <w:pPr>
              <w:rPr>
                <w:sz w:val="28"/>
                <w:szCs w:val="28"/>
              </w:rPr>
            </w:pPr>
            <w:r w:rsidRPr="00677BC5">
              <w:rPr>
                <w:sz w:val="28"/>
                <w:szCs w:val="28"/>
              </w:rPr>
              <w:t>- HS đối chiếu và sửa sai (nếu có).</w:t>
            </w:r>
          </w:p>
        </w:tc>
      </w:tr>
      <w:tr w:rsidR="00677BC5" w:rsidRPr="00677BC5" w:rsidTr="00677BC5">
        <w:trPr>
          <w:jc w:val="center"/>
        </w:trPr>
        <w:tc>
          <w:tcPr>
            <w:tcW w:w="8640" w:type="dxa"/>
            <w:gridSpan w:val="2"/>
            <w:tcBorders>
              <w:top w:val="single" w:sz="4" w:space="0" w:color="auto"/>
              <w:bottom w:val="single" w:sz="4" w:space="0" w:color="auto"/>
            </w:tcBorders>
            <w:shd w:val="clear" w:color="auto" w:fill="auto"/>
            <w:vAlign w:val="center"/>
          </w:tcPr>
          <w:p w:rsidR="0007153E" w:rsidRPr="00677BC5" w:rsidRDefault="00852135">
            <w:pPr>
              <w:rPr>
                <w:sz w:val="28"/>
                <w:szCs w:val="28"/>
              </w:rPr>
            </w:pPr>
            <w:r w:rsidRPr="00677BC5">
              <w:rPr>
                <w:b/>
                <w:sz w:val="28"/>
                <w:szCs w:val="28"/>
              </w:rPr>
              <w:t>Bài 5 (bài toán)</w:t>
            </w:r>
          </w:p>
          <w:p w:rsidR="0007153E" w:rsidRPr="00677BC5" w:rsidRDefault="00852135">
            <w:pPr>
              <w:rPr>
                <w:sz w:val="28"/>
                <w:szCs w:val="28"/>
              </w:rPr>
            </w:pPr>
            <w:r w:rsidRPr="00677BC5">
              <w:rPr>
                <w:sz w:val="28"/>
                <w:szCs w:val="28"/>
              </w:rPr>
              <w:t>Mục tiêu: Giải bài toán lát nền bằng gạch men hình vuông.</w:t>
            </w:r>
          </w:p>
        </w:tc>
      </w:tr>
      <w:tr w:rsidR="00677BC5" w:rsidRPr="00677BC5" w:rsidTr="00677BC5">
        <w:trPr>
          <w:jc w:val="center"/>
        </w:trPr>
        <w:tc>
          <w:tcPr>
            <w:tcW w:w="4320" w:type="dxa"/>
            <w:tcBorders>
              <w:top w:val="single" w:sz="4" w:space="0" w:color="auto"/>
            </w:tcBorders>
            <w:shd w:val="clear" w:color="auto" w:fill="auto"/>
          </w:tcPr>
          <w:p w:rsidR="0007153E" w:rsidRPr="00677BC5" w:rsidRDefault="00852135">
            <w:pPr>
              <w:rPr>
                <w:sz w:val="28"/>
                <w:szCs w:val="28"/>
              </w:rPr>
            </w:pPr>
            <w:r w:rsidRPr="00677BC5">
              <w:rPr>
                <w:sz w:val="28"/>
                <w:szCs w:val="28"/>
              </w:rPr>
              <w:t xml:space="preserve">- GV gọi HS đọc đề; yêu cầu HS phân tích: cho biết gì? </w:t>
            </w:r>
            <w:proofErr w:type="gramStart"/>
            <w:r w:rsidRPr="00677BC5">
              <w:rPr>
                <w:sz w:val="28"/>
                <w:szCs w:val="28"/>
              </w:rPr>
              <w:t>hỏi</w:t>
            </w:r>
            <w:proofErr w:type="gramEnd"/>
            <w:r w:rsidRPr="00677BC5">
              <w:rPr>
                <w:sz w:val="28"/>
                <w:szCs w:val="28"/>
              </w:rPr>
              <w:t xml:space="preserve"> gì?</w:t>
            </w:r>
          </w:p>
        </w:tc>
        <w:tc>
          <w:tcPr>
            <w:tcW w:w="4320" w:type="dxa"/>
            <w:tcBorders>
              <w:top w:val="single" w:sz="4" w:space="0" w:color="auto"/>
            </w:tcBorders>
            <w:shd w:val="clear" w:color="auto" w:fill="auto"/>
          </w:tcPr>
          <w:p w:rsidR="0007153E" w:rsidRPr="00677BC5" w:rsidRDefault="00852135">
            <w:pPr>
              <w:rPr>
                <w:sz w:val="28"/>
                <w:szCs w:val="28"/>
              </w:rPr>
            </w:pPr>
            <w:r w:rsidRPr="00677BC5">
              <w:rPr>
                <w:sz w:val="28"/>
                <w:szCs w:val="28"/>
              </w:rPr>
              <w:t>- HS nêu: Gạch hình vuông cạnh 50 cm; phòng 8 m × 6 m; hỏi cần bao nhiêu viên gạch.</w:t>
            </w:r>
          </w:p>
        </w:tc>
      </w:tr>
      <w:tr w:rsidR="00677BC5" w:rsidRPr="00677BC5" w:rsidTr="00677BC5">
        <w:trPr>
          <w:jc w:val="center"/>
        </w:trPr>
        <w:tc>
          <w:tcPr>
            <w:tcW w:w="4320" w:type="dxa"/>
            <w:shd w:val="clear" w:color="auto" w:fill="auto"/>
          </w:tcPr>
          <w:p w:rsidR="0007153E" w:rsidRPr="00677BC5" w:rsidRDefault="00852135">
            <w:pPr>
              <w:rPr>
                <w:sz w:val="28"/>
                <w:szCs w:val="28"/>
              </w:rPr>
            </w:pPr>
            <w:r w:rsidRPr="00677BC5">
              <w:rPr>
                <w:sz w:val="28"/>
                <w:szCs w:val="28"/>
              </w:rPr>
              <w:t>- GV gợi ý: Đổi 8 m, 6 m ra cm; tính số viên theo chiều dài và rộng; nhân hai kết quả.</w:t>
            </w:r>
          </w:p>
        </w:tc>
        <w:tc>
          <w:tcPr>
            <w:tcW w:w="4320" w:type="dxa"/>
            <w:shd w:val="clear" w:color="auto" w:fill="auto"/>
          </w:tcPr>
          <w:p w:rsidR="0007153E" w:rsidRPr="00677BC5" w:rsidRDefault="00852135">
            <w:pPr>
              <w:rPr>
                <w:sz w:val="28"/>
                <w:szCs w:val="28"/>
              </w:rPr>
            </w:pPr>
            <w:r w:rsidRPr="00677BC5">
              <w:rPr>
                <w:sz w:val="28"/>
                <w:szCs w:val="28"/>
              </w:rPr>
              <w:t>- HS nêu cách làm và ghi các bước.</w:t>
            </w:r>
          </w:p>
        </w:tc>
      </w:tr>
      <w:tr w:rsidR="00677BC5" w:rsidRPr="00677BC5" w:rsidTr="00677BC5">
        <w:trPr>
          <w:jc w:val="center"/>
        </w:trPr>
        <w:tc>
          <w:tcPr>
            <w:tcW w:w="4320" w:type="dxa"/>
            <w:shd w:val="clear" w:color="auto" w:fill="auto"/>
          </w:tcPr>
          <w:p w:rsidR="0007153E" w:rsidRPr="00677BC5" w:rsidRDefault="00852135">
            <w:pPr>
              <w:rPr>
                <w:sz w:val="28"/>
                <w:szCs w:val="28"/>
              </w:rPr>
            </w:pPr>
            <w:r w:rsidRPr="00677BC5">
              <w:rPr>
                <w:sz w:val="28"/>
                <w:szCs w:val="28"/>
              </w:rPr>
              <w:t xml:space="preserve">- GV yêu cầu HS đổi: 8 m </w:t>
            </w:r>
            <w:proofErr w:type="gramStart"/>
            <w:r w:rsidRPr="00677BC5">
              <w:rPr>
                <w:sz w:val="28"/>
                <w:szCs w:val="28"/>
              </w:rPr>
              <w:t>= ?</w:t>
            </w:r>
            <w:proofErr w:type="gramEnd"/>
            <w:r w:rsidRPr="00677BC5">
              <w:rPr>
                <w:sz w:val="28"/>
                <w:szCs w:val="28"/>
              </w:rPr>
              <w:t xml:space="preserve"> cm; 6 m </w:t>
            </w:r>
            <w:proofErr w:type="gramStart"/>
            <w:r w:rsidRPr="00677BC5">
              <w:rPr>
                <w:sz w:val="28"/>
                <w:szCs w:val="28"/>
              </w:rPr>
              <w:t>= ?</w:t>
            </w:r>
            <w:proofErr w:type="gramEnd"/>
            <w:r w:rsidRPr="00677BC5">
              <w:rPr>
                <w:sz w:val="28"/>
                <w:szCs w:val="28"/>
              </w:rPr>
              <w:t xml:space="preserve"> cm.</w:t>
            </w:r>
          </w:p>
        </w:tc>
        <w:tc>
          <w:tcPr>
            <w:tcW w:w="4320" w:type="dxa"/>
            <w:shd w:val="clear" w:color="auto" w:fill="auto"/>
          </w:tcPr>
          <w:p w:rsidR="0007153E" w:rsidRPr="00677BC5" w:rsidRDefault="00852135">
            <w:pPr>
              <w:rPr>
                <w:sz w:val="28"/>
                <w:szCs w:val="28"/>
              </w:rPr>
            </w:pPr>
            <w:r w:rsidRPr="00677BC5">
              <w:rPr>
                <w:sz w:val="28"/>
                <w:szCs w:val="28"/>
              </w:rPr>
              <w:t>- HS ghi: 8 m = 800 cm; 6 m = 600 cm.</w:t>
            </w:r>
          </w:p>
        </w:tc>
      </w:tr>
      <w:tr w:rsidR="00677BC5" w:rsidRPr="00677BC5" w:rsidTr="00677BC5">
        <w:trPr>
          <w:jc w:val="center"/>
        </w:trPr>
        <w:tc>
          <w:tcPr>
            <w:tcW w:w="4320" w:type="dxa"/>
            <w:shd w:val="clear" w:color="auto" w:fill="auto"/>
          </w:tcPr>
          <w:p w:rsidR="0007153E" w:rsidRPr="00677BC5" w:rsidRDefault="00852135">
            <w:pPr>
              <w:rPr>
                <w:sz w:val="28"/>
                <w:szCs w:val="28"/>
              </w:rPr>
            </w:pPr>
            <w:r w:rsidRPr="00677BC5">
              <w:rPr>
                <w:sz w:val="28"/>
                <w:szCs w:val="28"/>
              </w:rPr>
              <w:t xml:space="preserve">- GV yêu cầu HS tính số viên theo chiều dài: </w:t>
            </w:r>
            <w:proofErr w:type="gramStart"/>
            <w:r w:rsidRPr="00677BC5">
              <w:rPr>
                <w:sz w:val="28"/>
                <w:szCs w:val="28"/>
              </w:rPr>
              <w:t>800 :</w:t>
            </w:r>
            <w:proofErr w:type="gramEnd"/>
            <w:r w:rsidRPr="00677BC5">
              <w:rPr>
                <w:sz w:val="28"/>
                <w:szCs w:val="28"/>
              </w:rPr>
              <w:t xml:space="preserve"> 50.</w:t>
            </w:r>
          </w:p>
        </w:tc>
        <w:tc>
          <w:tcPr>
            <w:tcW w:w="4320" w:type="dxa"/>
            <w:shd w:val="clear" w:color="auto" w:fill="auto"/>
          </w:tcPr>
          <w:p w:rsidR="0007153E" w:rsidRPr="00677BC5" w:rsidRDefault="00852135">
            <w:pPr>
              <w:rPr>
                <w:sz w:val="28"/>
                <w:szCs w:val="28"/>
              </w:rPr>
            </w:pPr>
            <w:r w:rsidRPr="00677BC5">
              <w:rPr>
                <w:sz w:val="28"/>
                <w:szCs w:val="28"/>
              </w:rPr>
              <w:t xml:space="preserve">- HS ghi: </w:t>
            </w:r>
            <w:proofErr w:type="gramStart"/>
            <w:r w:rsidRPr="00677BC5">
              <w:rPr>
                <w:sz w:val="28"/>
                <w:szCs w:val="28"/>
              </w:rPr>
              <w:t>800 :</w:t>
            </w:r>
            <w:proofErr w:type="gramEnd"/>
            <w:r w:rsidRPr="00677BC5">
              <w:rPr>
                <w:sz w:val="28"/>
                <w:szCs w:val="28"/>
              </w:rPr>
              <w:t xml:space="preserve"> 50 = 16 (viên).</w:t>
            </w:r>
          </w:p>
        </w:tc>
      </w:tr>
      <w:tr w:rsidR="00677BC5" w:rsidRPr="00677BC5" w:rsidTr="00677BC5">
        <w:trPr>
          <w:jc w:val="center"/>
        </w:trPr>
        <w:tc>
          <w:tcPr>
            <w:tcW w:w="4320" w:type="dxa"/>
            <w:shd w:val="clear" w:color="auto" w:fill="auto"/>
          </w:tcPr>
          <w:p w:rsidR="0007153E" w:rsidRPr="00677BC5" w:rsidRDefault="00852135">
            <w:pPr>
              <w:rPr>
                <w:sz w:val="28"/>
                <w:szCs w:val="28"/>
              </w:rPr>
            </w:pPr>
            <w:r w:rsidRPr="00677BC5">
              <w:rPr>
                <w:sz w:val="28"/>
                <w:szCs w:val="28"/>
              </w:rPr>
              <w:t xml:space="preserve">- GV yêu cầu HS tính số viên theo chiều rộng: </w:t>
            </w:r>
            <w:proofErr w:type="gramStart"/>
            <w:r w:rsidRPr="00677BC5">
              <w:rPr>
                <w:sz w:val="28"/>
                <w:szCs w:val="28"/>
              </w:rPr>
              <w:t>600 :</w:t>
            </w:r>
            <w:proofErr w:type="gramEnd"/>
            <w:r w:rsidRPr="00677BC5">
              <w:rPr>
                <w:sz w:val="28"/>
                <w:szCs w:val="28"/>
              </w:rPr>
              <w:t xml:space="preserve"> 50.</w:t>
            </w:r>
          </w:p>
        </w:tc>
        <w:tc>
          <w:tcPr>
            <w:tcW w:w="4320" w:type="dxa"/>
            <w:shd w:val="clear" w:color="auto" w:fill="auto"/>
          </w:tcPr>
          <w:p w:rsidR="0007153E" w:rsidRPr="00677BC5" w:rsidRDefault="00852135">
            <w:pPr>
              <w:rPr>
                <w:sz w:val="28"/>
                <w:szCs w:val="28"/>
              </w:rPr>
            </w:pPr>
            <w:r w:rsidRPr="00677BC5">
              <w:rPr>
                <w:sz w:val="28"/>
                <w:szCs w:val="28"/>
              </w:rPr>
              <w:t xml:space="preserve">- HS ghi: </w:t>
            </w:r>
            <w:proofErr w:type="gramStart"/>
            <w:r w:rsidRPr="00677BC5">
              <w:rPr>
                <w:sz w:val="28"/>
                <w:szCs w:val="28"/>
              </w:rPr>
              <w:t>600 :</w:t>
            </w:r>
            <w:proofErr w:type="gramEnd"/>
            <w:r w:rsidRPr="00677BC5">
              <w:rPr>
                <w:sz w:val="28"/>
                <w:szCs w:val="28"/>
              </w:rPr>
              <w:t xml:space="preserve"> 50 = 12 (viên).</w:t>
            </w:r>
          </w:p>
        </w:tc>
      </w:tr>
      <w:tr w:rsidR="00677BC5" w:rsidRPr="00677BC5" w:rsidTr="00677BC5">
        <w:trPr>
          <w:jc w:val="center"/>
        </w:trPr>
        <w:tc>
          <w:tcPr>
            <w:tcW w:w="4320" w:type="dxa"/>
            <w:shd w:val="clear" w:color="auto" w:fill="auto"/>
          </w:tcPr>
          <w:p w:rsidR="0007153E" w:rsidRPr="00677BC5" w:rsidRDefault="00852135">
            <w:pPr>
              <w:rPr>
                <w:sz w:val="28"/>
                <w:szCs w:val="28"/>
              </w:rPr>
            </w:pPr>
            <w:r w:rsidRPr="00677BC5">
              <w:rPr>
                <w:sz w:val="28"/>
                <w:szCs w:val="28"/>
              </w:rPr>
              <w:t>- GV yêu cầu HS tính số viên lát kín phòng: 16 × 12.</w:t>
            </w:r>
          </w:p>
        </w:tc>
        <w:tc>
          <w:tcPr>
            <w:tcW w:w="4320" w:type="dxa"/>
            <w:shd w:val="clear" w:color="auto" w:fill="auto"/>
          </w:tcPr>
          <w:p w:rsidR="0007153E" w:rsidRPr="00677BC5" w:rsidRDefault="00852135">
            <w:pPr>
              <w:rPr>
                <w:sz w:val="28"/>
                <w:szCs w:val="28"/>
              </w:rPr>
            </w:pPr>
            <w:r w:rsidRPr="00677BC5">
              <w:rPr>
                <w:sz w:val="28"/>
                <w:szCs w:val="28"/>
              </w:rPr>
              <w:t>- HS ghi: 16 × 12 = 192 (viên). Đáp số: 192 viên gạch men.</w:t>
            </w:r>
          </w:p>
        </w:tc>
      </w:tr>
      <w:tr w:rsidR="00677BC5" w:rsidRPr="00677BC5" w:rsidTr="00677BC5">
        <w:trPr>
          <w:jc w:val="center"/>
        </w:trPr>
        <w:tc>
          <w:tcPr>
            <w:tcW w:w="4320" w:type="dxa"/>
            <w:tcBorders>
              <w:bottom w:val="single" w:sz="4" w:space="0" w:color="auto"/>
            </w:tcBorders>
            <w:shd w:val="clear" w:color="auto" w:fill="auto"/>
          </w:tcPr>
          <w:p w:rsidR="0007153E" w:rsidRPr="00677BC5" w:rsidRDefault="00852135">
            <w:pPr>
              <w:rPr>
                <w:sz w:val="28"/>
                <w:szCs w:val="28"/>
              </w:rPr>
            </w:pPr>
            <w:r w:rsidRPr="00677BC5">
              <w:rPr>
                <w:sz w:val="28"/>
                <w:szCs w:val="28"/>
              </w:rPr>
              <w:t>- GV nhận xét, tuyên dương.</w:t>
            </w:r>
          </w:p>
        </w:tc>
        <w:tc>
          <w:tcPr>
            <w:tcW w:w="4320" w:type="dxa"/>
            <w:tcBorders>
              <w:bottom w:val="single" w:sz="4" w:space="0" w:color="auto"/>
            </w:tcBorders>
            <w:shd w:val="clear" w:color="auto" w:fill="auto"/>
          </w:tcPr>
          <w:p w:rsidR="0007153E" w:rsidRPr="00677BC5" w:rsidRDefault="00852135">
            <w:pPr>
              <w:rPr>
                <w:sz w:val="28"/>
                <w:szCs w:val="28"/>
              </w:rPr>
            </w:pPr>
            <w:r w:rsidRPr="00677BC5">
              <w:rPr>
                <w:sz w:val="28"/>
                <w:szCs w:val="28"/>
              </w:rPr>
              <w:t>- HS lắng nghe và ghi nhớ.</w:t>
            </w:r>
          </w:p>
        </w:tc>
      </w:tr>
      <w:tr w:rsidR="00677BC5" w:rsidRPr="00677BC5" w:rsidTr="00677BC5">
        <w:trPr>
          <w:jc w:val="center"/>
        </w:trPr>
        <w:tc>
          <w:tcPr>
            <w:tcW w:w="8640" w:type="dxa"/>
            <w:gridSpan w:val="2"/>
            <w:tcBorders>
              <w:top w:val="single" w:sz="4" w:space="0" w:color="auto"/>
              <w:bottom w:val="single" w:sz="4" w:space="0" w:color="auto"/>
            </w:tcBorders>
            <w:shd w:val="clear" w:color="auto" w:fill="auto"/>
            <w:vAlign w:val="center"/>
          </w:tcPr>
          <w:p w:rsidR="0007153E" w:rsidRPr="00677BC5" w:rsidRDefault="00852135">
            <w:pPr>
              <w:rPr>
                <w:sz w:val="28"/>
                <w:szCs w:val="28"/>
              </w:rPr>
            </w:pPr>
            <w:r w:rsidRPr="00677BC5">
              <w:rPr>
                <w:b/>
                <w:sz w:val="28"/>
                <w:szCs w:val="28"/>
              </w:rPr>
              <w:t>3. Vận dụng, trải nghiệm:</w:t>
            </w:r>
          </w:p>
          <w:p w:rsidR="00A4601E" w:rsidRPr="00677BC5" w:rsidRDefault="00475E08">
            <w:r w:rsidRPr="00677BC5">
              <w:rPr>
                <w:b/>
                <w:sz w:val="28"/>
                <w:szCs w:val="28"/>
              </w:rPr>
              <w:t>- Mục tiêu: Vận dụng kiến thức về thời gian và diện tích vào tình huống gia đình.</w:t>
            </w:r>
          </w:p>
          <w:p w:rsidR="00A4601E" w:rsidRPr="00677BC5" w:rsidRDefault="00475E08">
            <w:r w:rsidRPr="00677BC5">
              <w:rPr>
                <w:b/>
                <w:i/>
                <w:sz w:val="28"/>
                <w:szCs w:val="28"/>
              </w:rPr>
              <w:t>*Cách tiến hành:</w:t>
            </w:r>
          </w:p>
        </w:tc>
      </w:tr>
      <w:tr w:rsidR="00677BC5" w:rsidRPr="00677BC5" w:rsidTr="00677BC5">
        <w:trPr>
          <w:jc w:val="center"/>
        </w:trPr>
        <w:tc>
          <w:tcPr>
            <w:tcW w:w="4320" w:type="dxa"/>
            <w:tcBorders>
              <w:top w:val="single" w:sz="4" w:space="0" w:color="auto"/>
            </w:tcBorders>
            <w:shd w:val="clear" w:color="auto" w:fill="auto"/>
          </w:tcPr>
          <w:p w:rsidR="0007153E" w:rsidRPr="00677BC5" w:rsidRDefault="00852135">
            <w:pPr>
              <w:rPr>
                <w:sz w:val="28"/>
                <w:szCs w:val="28"/>
              </w:rPr>
            </w:pPr>
            <w:r w:rsidRPr="00677BC5">
              <w:rPr>
                <w:sz w:val="28"/>
                <w:szCs w:val="28"/>
              </w:rPr>
              <w:t>- GV giao nhiệm vụ: Về nhà tính tuổi bố/mẹ và cho biết năm sinh thuộc thế kỉ nào.</w:t>
            </w:r>
          </w:p>
        </w:tc>
        <w:tc>
          <w:tcPr>
            <w:tcW w:w="4320" w:type="dxa"/>
            <w:tcBorders>
              <w:top w:val="single" w:sz="4" w:space="0" w:color="auto"/>
            </w:tcBorders>
            <w:shd w:val="clear" w:color="auto" w:fill="auto"/>
          </w:tcPr>
          <w:p w:rsidR="0007153E" w:rsidRPr="00677BC5" w:rsidRDefault="00852135">
            <w:pPr>
              <w:rPr>
                <w:sz w:val="28"/>
                <w:szCs w:val="28"/>
              </w:rPr>
            </w:pPr>
            <w:r w:rsidRPr="00677BC5">
              <w:rPr>
                <w:sz w:val="28"/>
                <w:szCs w:val="28"/>
              </w:rPr>
              <w:t>- HS thực hiện ở nhà.</w:t>
            </w:r>
          </w:p>
        </w:tc>
      </w:tr>
      <w:tr w:rsidR="00677BC5" w:rsidRPr="00677BC5" w:rsidTr="00677BC5">
        <w:trPr>
          <w:jc w:val="center"/>
        </w:trPr>
        <w:tc>
          <w:tcPr>
            <w:tcW w:w="4320" w:type="dxa"/>
            <w:shd w:val="clear" w:color="auto" w:fill="auto"/>
          </w:tcPr>
          <w:p w:rsidR="0007153E" w:rsidRPr="00677BC5" w:rsidRDefault="00852135">
            <w:pPr>
              <w:rPr>
                <w:sz w:val="28"/>
                <w:szCs w:val="28"/>
              </w:rPr>
            </w:pPr>
            <w:r w:rsidRPr="00677BC5">
              <w:rPr>
                <w:sz w:val="28"/>
                <w:szCs w:val="28"/>
              </w:rPr>
              <w:t>- GV giao nhiệm vụ: Về nhà tính diện tích mặt bàn học của em (dm²).</w:t>
            </w:r>
          </w:p>
        </w:tc>
        <w:tc>
          <w:tcPr>
            <w:tcW w:w="4320" w:type="dxa"/>
            <w:shd w:val="clear" w:color="auto" w:fill="auto"/>
          </w:tcPr>
          <w:p w:rsidR="0007153E" w:rsidRPr="00677BC5" w:rsidRDefault="00852135">
            <w:pPr>
              <w:rPr>
                <w:sz w:val="28"/>
                <w:szCs w:val="28"/>
              </w:rPr>
            </w:pPr>
            <w:r w:rsidRPr="00677BC5">
              <w:rPr>
                <w:sz w:val="28"/>
                <w:szCs w:val="28"/>
              </w:rPr>
              <w:t>- HS thực hiện ở nhà.</w:t>
            </w:r>
          </w:p>
        </w:tc>
      </w:tr>
    </w:tbl>
    <w:p w:rsidR="0007153E" w:rsidRPr="00677BC5" w:rsidRDefault="00852135">
      <w:pPr>
        <w:rPr>
          <w:sz w:val="28"/>
          <w:szCs w:val="28"/>
        </w:rPr>
      </w:pPr>
      <w:r w:rsidRPr="00677BC5">
        <w:rPr>
          <w:b/>
          <w:sz w:val="28"/>
          <w:szCs w:val="28"/>
        </w:rPr>
        <w:t>IV. ĐIỀU CHỈNH SAU BÀI DẠY (nếu có)</w:t>
      </w:r>
    </w:p>
    <w:p w:rsidR="0007153E" w:rsidRPr="00677BC5" w:rsidRDefault="00852135">
      <w:pPr>
        <w:rPr>
          <w:sz w:val="28"/>
          <w:szCs w:val="28"/>
        </w:rPr>
      </w:pPr>
      <w:r w:rsidRPr="00677BC5">
        <w:rPr>
          <w:sz w:val="28"/>
          <w:szCs w:val="28"/>
        </w:rPr>
        <w:t>…………………………………………………………………</w:t>
      </w:r>
    </w:p>
    <w:p w:rsidR="0007153E" w:rsidRPr="00677BC5" w:rsidRDefault="00852135">
      <w:pPr>
        <w:rPr>
          <w:sz w:val="28"/>
          <w:szCs w:val="28"/>
        </w:rPr>
      </w:pPr>
      <w:r w:rsidRPr="00677BC5">
        <w:rPr>
          <w:sz w:val="28"/>
          <w:szCs w:val="28"/>
        </w:rPr>
        <w:t>…………………………………………………………………</w:t>
      </w:r>
    </w:p>
    <w:p w:rsidR="00852135" w:rsidRPr="00677BC5" w:rsidRDefault="00852135" w:rsidP="00852135">
      <w:pPr>
        <w:jc w:val="center"/>
        <w:rPr>
          <w:sz w:val="28"/>
          <w:szCs w:val="28"/>
        </w:rPr>
      </w:pPr>
      <w:r w:rsidRPr="00677BC5">
        <w:rPr>
          <w:b/>
          <w:sz w:val="28"/>
          <w:szCs w:val="28"/>
        </w:rPr>
        <w:t>TOÁN (TIẾT 172)</w:t>
      </w:r>
    </w:p>
    <w:p w:rsidR="00852135" w:rsidRPr="00677BC5" w:rsidRDefault="00852135" w:rsidP="00852135">
      <w:pPr>
        <w:jc w:val="center"/>
        <w:rPr>
          <w:sz w:val="28"/>
          <w:szCs w:val="28"/>
        </w:rPr>
      </w:pPr>
      <w:r w:rsidRPr="00677BC5">
        <w:rPr>
          <w:b/>
          <w:sz w:val="28"/>
          <w:szCs w:val="28"/>
        </w:rPr>
        <w:t>BÀI 72: ÔN TẬP MỘT SỐ YẾU TỐ THỐNG KÊ VÀ XÁC SUẤT</w:t>
      </w:r>
    </w:p>
    <w:p w:rsidR="00852135" w:rsidRPr="00677BC5" w:rsidRDefault="00852135" w:rsidP="00852135">
      <w:pPr>
        <w:rPr>
          <w:sz w:val="28"/>
          <w:szCs w:val="28"/>
        </w:rPr>
      </w:pPr>
      <w:r w:rsidRPr="00677BC5">
        <w:rPr>
          <w:b/>
          <w:sz w:val="28"/>
          <w:szCs w:val="28"/>
        </w:rPr>
        <w:t>I. YÊU CẦU CẦN ĐẠT</w:t>
      </w:r>
    </w:p>
    <w:p w:rsidR="00852135" w:rsidRPr="00677BC5" w:rsidRDefault="00852135" w:rsidP="00852135">
      <w:pPr>
        <w:rPr>
          <w:sz w:val="28"/>
          <w:szCs w:val="28"/>
        </w:rPr>
      </w:pPr>
      <w:r w:rsidRPr="00677BC5">
        <w:rPr>
          <w:b/>
          <w:sz w:val="28"/>
          <w:szCs w:val="28"/>
        </w:rPr>
        <w:t>1. Năng lực đặc thù</w:t>
      </w:r>
    </w:p>
    <w:p w:rsidR="00852135" w:rsidRPr="00677BC5" w:rsidRDefault="00852135" w:rsidP="00852135">
      <w:pPr>
        <w:rPr>
          <w:sz w:val="28"/>
          <w:szCs w:val="28"/>
        </w:rPr>
      </w:pPr>
      <w:r w:rsidRPr="00677BC5">
        <w:rPr>
          <w:sz w:val="28"/>
          <w:szCs w:val="28"/>
        </w:rPr>
        <w:t>- Củng cố kiến thức cơ bản về dãy số liệu thống kê, biểu đồ cột; số lần lặp lại của một khả năng xảy ra nhiều lần của một sự kiện.</w:t>
      </w:r>
    </w:p>
    <w:p w:rsidR="00852135" w:rsidRPr="00677BC5" w:rsidRDefault="00852135" w:rsidP="00852135">
      <w:pPr>
        <w:rPr>
          <w:sz w:val="28"/>
          <w:szCs w:val="28"/>
        </w:rPr>
      </w:pPr>
      <w:r w:rsidRPr="00677BC5">
        <w:rPr>
          <w:sz w:val="28"/>
          <w:szCs w:val="28"/>
        </w:rPr>
        <w:lastRenderedPageBreak/>
        <w:t>- Phát triển năng lực lập luận toán học (đọc – phân tích – kết luận dựa trên số liệu).</w:t>
      </w:r>
    </w:p>
    <w:p w:rsidR="00852135" w:rsidRPr="00677BC5" w:rsidRDefault="00852135" w:rsidP="00852135">
      <w:pPr>
        <w:rPr>
          <w:sz w:val="28"/>
          <w:szCs w:val="28"/>
        </w:rPr>
      </w:pPr>
      <w:r w:rsidRPr="00677BC5">
        <w:rPr>
          <w:b/>
          <w:sz w:val="28"/>
          <w:szCs w:val="28"/>
        </w:rPr>
        <w:t xml:space="preserve">2. Năng lực </w:t>
      </w:r>
      <w:proofErr w:type="gramStart"/>
      <w:r w:rsidRPr="00677BC5">
        <w:rPr>
          <w:b/>
          <w:sz w:val="28"/>
          <w:szCs w:val="28"/>
        </w:rPr>
        <w:t>chung</w:t>
      </w:r>
      <w:proofErr w:type="gramEnd"/>
    </w:p>
    <w:p w:rsidR="00852135" w:rsidRPr="00677BC5" w:rsidRDefault="00852135" w:rsidP="00852135">
      <w:pPr>
        <w:rPr>
          <w:sz w:val="28"/>
          <w:szCs w:val="28"/>
        </w:rPr>
      </w:pPr>
      <w:r w:rsidRPr="00677BC5">
        <w:rPr>
          <w:sz w:val="28"/>
          <w:szCs w:val="28"/>
        </w:rPr>
        <w:t>- Tự chủ và tự học: Chủ động đọc dãy số liệu, biểu đồ cột và bảng kết quả; tự kiểm tra số liệu trước khi kết luận.</w:t>
      </w:r>
    </w:p>
    <w:p w:rsidR="00852135" w:rsidRPr="00677BC5" w:rsidRDefault="00852135" w:rsidP="00852135">
      <w:pPr>
        <w:rPr>
          <w:sz w:val="28"/>
          <w:szCs w:val="28"/>
        </w:rPr>
      </w:pPr>
      <w:r w:rsidRPr="00677BC5">
        <w:rPr>
          <w:sz w:val="28"/>
          <w:szCs w:val="28"/>
        </w:rPr>
        <w:t>- Giao tiếp và hợp tác: Thảo luận nhóm đôi, trình bày nhận xét dựa trên số liệu và lắng nghe phản hồi của bạn.</w:t>
      </w:r>
    </w:p>
    <w:p w:rsidR="00A4601E" w:rsidRPr="00677BC5" w:rsidRDefault="00475E08">
      <w:r w:rsidRPr="00677BC5">
        <w:rPr>
          <w:sz w:val="28"/>
          <w:szCs w:val="28"/>
        </w:rPr>
        <w:t>- Giải quyết vấn đề và sáng tạo: Biết lựa chọn cách đọc bảng, biểu đồ; tổng hợp và kiểm tra dữ liệu để trả lời câu hỏi có căn cứ.</w:t>
      </w:r>
    </w:p>
    <w:p w:rsidR="00852135" w:rsidRPr="00677BC5" w:rsidRDefault="00852135" w:rsidP="00852135">
      <w:pPr>
        <w:rPr>
          <w:sz w:val="28"/>
          <w:szCs w:val="28"/>
        </w:rPr>
      </w:pPr>
      <w:r w:rsidRPr="00677BC5">
        <w:rPr>
          <w:b/>
          <w:sz w:val="28"/>
          <w:szCs w:val="28"/>
        </w:rPr>
        <w:t>3. Phẩm chất</w:t>
      </w:r>
    </w:p>
    <w:p w:rsidR="00852135" w:rsidRPr="00677BC5" w:rsidRDefault="00852135" w:rsidP="00852135">
      <w:pPr>
        <w:rPr>
          <w:sz w:val="28"/>
          <w:szCs w:val="28"/>
        </w:rPr>
      </w:pPr>
      <w:r w:rsidRPr="00677BC5">
        <w:rPr>
          <w:sz w:val="28"/>
          <w:szCs w:val="28"/>
        </w:rPr>
        <w:t>- Chăm chỉ: Tích cực đếm, sắp xếp, so sánh và xử lí số liệu; hoàn thành nhiệm vụ đúng thời gian.</w:t>
      </w:r>
    </w:p>
    <w:p w:rsidR="00A4601E" w:rsidRPr="00677BC5" w:rsidRDefault="00475E08">
      <w:r w:rsidRPr="00677BC5">
        <w:rPr>
          <w:sz w:val="28"/>
          <w:szCs w:val="28"/>
        </w:rPr>
        <w:t xml:space="preserve">- Trách nhiệm: Trung thực khi </w:t>
      </w:r>
      <w:proofErr w:type="gramStart"/>
      <w:r w:rsidRPr="00677BC5">
        <w:rPr>
          <w:sz w:val="28"/>
          <w:szCs w:val="28"/>
        </w:rPr>
        <w:t>thu</w:t>
      </w:r>
      <w:proofErr w:type="gramEnd"/>
      <w:r w:rsidRPr="00677BC5">
        <w:rPr>
          <w:sz w:val="28"/>
          <w:szCs w:val="28"/>
        </w:rPr>
        <w:t xml:space="preserve"> thập và báo cáo số liệu; sử dụng thiết bị số đúng mục đích, bảo vệ thông tin cá nhân.</w:t>
      </w:r>
    </w:p>
    <w:p w:rsidR="00A4601E" w:rsidRPr="00677BC5" w:rsidRDefault="00475E08">
      <w:r w:rsidRPr="00677BC5">
        <w:rPr>
          <w:b/>
          <w:sz w:val="28"/>
          <w:szCs w:val="28"/>
        </w:rPr>
        <w:t>4. TÍCH HỢP</w:t>
      </w:r>
    </w:p>
    <w:p w:rsidR="00A4601E" w:rsidRPr="00677BC5" w:rsidRDefault="00475E08">
      <w:r w:rsidRPr="00677BC5">
        <w:rPr>
          <w:sz w:val="28"/>
          <w:szCs w:val="28"/>
        </w:rPr>
        <w:t xml:space="preserve">- Tích hợp NLS 1.1.CB1a, 1.2.CB1a, 5.2.CB1a: HS </w:t>
      </w:r>
      <w:proofErr w:type="gramStart"/>
      <w:r w:rsidRPr="00677BC5">
        <w:rPr>
          <w:sz w:val="28"/>
          <w:szCs w:val="28"/>
        </w:rPr>
        <w:t>thu</w:t>
      </w:r>
      <w:proofErr w:type="gramEnd"/>
      <w:r w:rsidRPr="00677BC5">
        <w:rPr>
          <w:sz w:val="28"/>
          <w:szCs w:val="28"/>
        </w:rPr>
        <w:t xml:space="preserve"> thập, kiểm tra và trình bày dữ liệu thống kê đơn giản bằng công cụ số theo hướng dẫn.</w:t>
      </w:r>
    </w:p>
    <w:p w:rsidR="00852135" w:rsidRPr="00677BC5" w:rsidRDefault="00852135" w:rsidP="00852135">
      <w:pPr>
        <w:rPr>
          <w:sz w:val="28"/>
          <w:szCs w:val="28"/>
        </w:rPr>
      </w:pPr>
      <w:r w:rsidRPr="00677BC5">
        <w:rPr>
          <w:b/>
          <w:sz w:val="28"/>
          <w:szCs w:val="28"/>
        </w:rPr>
        <w:t>II. ĐỒ DÙNG DẠY HỌC</w:t>
      </w:r>
    </w:p>
    <w:p w:rsidR="00852135" w:rsidRPr="00677BC5" w:rsidRDefault="00852135" w:rsidP="00852135">
      <w:pPr>
        <w:rPr>
          <w:sz w:val="28"/>
          <w:szCs w:val="28"/>
        </w:rPr>
      </w:pPr>
      <w:r w:rsidRPr="00677BC5">
        <w:rPr>
          <w:sz w:val="28"/>
          <w:szCs w:val="28"/>
        </w:rPr>
        <w:t xml:space="preserve">- GV: Bộ đồ dùng dạy, học Toán 4; máy tính, ti </w:t>
      </w:r>
      <w:proofErr w:type="gramStart"/>
      <w:r w:rsidRPr="00677BC5">
        <w:rPr>
          <w:sz w:val="28"/>
          <w:szCs w:val="28"/>
        </w:rPr>
        <w:t>vi</w:t>
      </w:r>
      <w:proofErr w:type="gramEnd"/>
      <w:r w:rsidRPr="00677BC5">
        <w:rPr>
          <w:sz w:val="28"/>
          <w:szCs w:val="28"/>
        </w:rPr>
        <w:t>; bảng tính hoặc công cụ trình bày dữ liệu đơn giản.</w:t>
      </w:r>
    </w:p>
    <w:p w:rsidR="00852135" w:rsidRPr="00677BC5" w:rsidRDefault="00852135" w:rsidP="00852135">
      <w:pPr>
        <w:rPr>
          <w:sz w:val="28"/>
          <w:szCs w:val="28"/>
        </w:rPr>
      </w:pPr>
      <w:r w:rsidRPr="00677BC5">
        <w:rPr>
          <w:sz w:val="28"/>
          <w:szCs w:val="28"/>
        </w:rPr>
        <w:t xml:space="preserve">- HS: SGK, vở ghi, bút; bảng con; thiết bị dùng </w:t>
      </w:r>
      <w:proofErr w:type="gramStart"/>
      <w:r w:rsidRPr="00677BC5">
        <w:rPr>
          <w:sz w:val="28"/>
          <w:szCs w:val="28"/>
        </w:rPr>
        <w:t>chung</w:t>
      </w:r>
      <w:proofErr w:type="gramEnd"/>
      <w:r w:rsidRPr="00677BC5">
        <w:rPr>
          <w:sz w:val="28"/>
          <w:szCs w:val="28"/>
        </w:rPr>
        <w:t xml:space="preserve"> theo nhóm (nếu có) để nhập và kiểm tra dữ liệu.</w:t>
      </w:r>
    </w:p>
    <w:p w:rsidR="00852135" w:rsidRPr="00677BC5" w:rsidRDefault="00852135" w:rsidP="00852135">
      <w:pPr>
        <w:rPr>
          <w:sz w:val="28"/>
          <w:szCs w:val="28"/>
        </w:rPr>
      </w:pPr>
      <w:r w:rsidRPr="00677BC5">
        <w:rPr>
          <w:b/>
          <w:sz w:val="28"/>
          <w:szCs w:val="28"/>
        </w:rPr>
        <w:t>III. CÁC HOẠT ĐỘNG DẠY HỌC CHỦ YẾU</w:t>
      </w:r>
    </w:p>
    <w:tbl>
      <w:tblPr>
        <w:tblStyle w:val="TableGrid"/>
        <w:tblW w:w="0" w:type="auto"/>
        <w:jc w:val="center"/>
        <w:tblBorders>
          <w:insideH w:val="none" w:sz="0" w:space="0" w:color="auto"/>
        </w:tblBorders>
        <w:tblLook w:val="04A0" w:firstRow="1" w:lastRow="0" w:firstColumn="1" w:lastColumn="0" w:noHBand="0" w:noVBand="1"/>
      </w:tblPr>
      <w:tblGrid>
        <w:gridCol w:w="4435"/>
        <w:gridCol w:w="4421"/>
      </w:tblGrid>
      <w:tr w:rsidR="00677BC5" w:rsidRPr="00677BC5" w:rsidTr="00677BC5">
        <w:trPr>
          <w:jc w:val="center"/>
        </w:trPr>
        <w:tc>
          <w:tcPr>
            <w:tcW w:w="4702" w:type="dxa"/>
            <w:tcBorders>
              <w:bottom w:val="single" w:sz="4" w:space="0" w:color="auto"/>
            </w:tcBorders>
            <w:shd w:val="clear" w:color="auto" w:fill="auto"/>
          </w:tcPr>
          <w:p w:rsidR="00852135" w:rsidRPr="00677BC5" w:rsidRDefault="00852135" w:rsidP="00852135">
            <w:pPr>
              <w:rPr>
                <w:sz w:val="28"/>
                <w:szCs w:val="28"/>
              </w:rPr>
            </w:pPr>
            <w:r w:rsidRPr="00677BC5">
              <w:rPr>
                <w:b/>
                <w:sz w:val="28"/>
                <w:szCs w:val="28"/>
              </w:rPr>
              <w:t>Hoạt động của GV</w:t>
            </w:r>
          </w:p>
        </w:tc>
        <w:tc>
          <w:tcPr>
            <w:tcW w:w="4702" w:type="dxa"/>
            <w:tcBorders>
              <w:bottom w:val="single" w:sz="4" w:space="0" w:color="auto"/>
            </w:tcBorders>
            <w:shd w:val="clear" w:color="auto" w:fill="auto"/>
          </w:tcPr>
          <w:p w:rsidR="00852135" w:rsidRPr="00677BC5" w:rsidRDefault="00852135" w:rsidP="00852135">
            <w:pPr>
              <w:rPr>
                <w:sz w:val="28"/>
                <w:szCs w:val="28"/>
              </w:rPr>
            </w:pPr>
            <w:r w:rsidRPr="00677BC5">
              <w:rPr>
                <w:b/>
                <w:sz w:val="28"/>
                <w:szCs w:val="28"/>
              </w:rPr>
              <w:t>Hoạt động của HS</w:t>
            </w:r>
          </w:p>
        </w:tc>
      </w:tr>
      <w:tr w:rsidR="00677BC5" w:rsidRPr="00677BC5" w:rsidTr="00677BC5">
        <w:trPr>
          <w:jc w:val="center"/>
        </w:trPr>
        <w:tc>
          <w:tcPr>
            <w:tcW w:w="9404" w:type="dxa"/>
            <w:gridSpan w:val="2"/>
            <w:tcBorders>
              <w:top w:val="single" w:sz="4" w:space="0" w:color="auto"/>
              <w:bottom w:val="single" w:sz="4" w:space="0" w:color="auto"/>
            </w:tcBorders>
            <w:shd w:val="clear" w:color="auto" w:fill="auto"/>
          </w:tcPr>
          <w:p w:rsidR="00852135" w:rsidRPr="00677BC5" w:rsidRDefault="00852135" w:rsidP="00852135">
            <w:pPr>
              <w:rPr>
                <w:sz w:val="28"/>
                <w:szCs w:val="28"/>
              </w:rPr>
            </w:pPr>
            <w:r w:rsidRPr="00677BC5">
              <w:rPr>
                <w:b/>
                <w:sz w:val="28"/>
                <w:szCs w:val="28"/>
              </w:rPr>
              <w:t>1. Khởi động:</w:t>
            </w:r>
          </w:p>
          <w:p w:rsidR="00A4601E" w:rsidRPr="00677BC5" w:rsidRDefault="00475E08">
            <w:r w:rsidRPr="00677BC5">
              <w:rPr>
                <w:b/>
                <w:sz w:val="28"/>
                <w:szCs w:val="28"/>
              </w:rPr>
              <w:t>- Mục tiêu: Tạo hứng thú; làm quen với việc ghi nhận số lần xuất hiện của một sự kiện.</w:t>
            </w:r>
          </w:p>
          <w:p w:rsidR="00A4601E" w:rsidRPr="00677BC5" w:rsidRDefault="00475E08">
            <w:r w:rsidRPr="00677BC5">
              <w:rPr>
                <w:b/>
                <w:i/>
                <w:sz w:val="28"/>
                <w:szCs w:val="28"/>
              </w:rPr>
              <w:t>*Cách tiến hành:</w:t>
            </w:r>
          </w:p>
        </w:tc>
      </w:tr>
      <w:tr w:rsidR="00677BC5" w:rsidRPr="00677BC5" w:rsidTr="00677BC5">
        <w:trPr>
          <w:jc w:val="center"/>
        </w:trPr>
        <w:tc>
          <w:tcPr>
            <w:tcW w:w="4702" w:type="dxa"/>
            <w:tcBorders>
              <w:top w:val="single" w:sz="4" w:space="0" w:color="auto"/>
            </w:tcBorders>
            <w:shd w:val="clear" w:color="auto" w:fill="auto"/>
          </w:tcPr>
          <w:p w:rsidR="00852135" w:rsidRPr="00677BC5" w:rsidRDefault="00852135" w:rsidP="00852135">
            <w:pPr>
              <w:rPr>
                <w:sz w:val="28"/>
                <w:szCs w:val="28"/>
              </w:rPr>
            </w:pPr>
            <w:r w:rsidRPr="00677BC5">
              <w:rPr>
                <w:sz w:val="28"/>
                <w:szCs w:val="28"/>
              </w:rPr>
              <w:t>- Tổ chức trò chơi “Gieo xúc xắc”. Chia nhóm 2.</w:t>
            </w:r>
            <w:r w:rsidRPr="00677BC5">
              <w:rPr>
                <w:sz w:val="28"/>
                <w:szCs w:val="28"/>
              </w:rPr>
              <w:br/>
              <w:t>- Luật chơi: Mỗi nhóm gieo xúc xắc 2 lần; ghi lại số chấm xuất hiện sau mỗi lần.</w:t>
            </w:r>
            <w:r w:rsidRPr="00677BC5">
              <w:rPr>
                <w:sz w:val="28"/>
                <w:szCs w:val="28"/>
              </w:rPr>
              <w:br/>
              <w:t>- GV mời vài nhóm báo cáo; GV ghi kết quả lên bảng theo dạng bảng (mặt 1→6; số lần xuất hiện).</w:t>
            </w:r>
          </w:p>
        </w:tc>
        <w:tc>
          <w:tcPr>
            <w:tcW w:w="4702" w:type="dxa"/>
            <w:tcBorders>
              <w:top w:val="single" w:sz="4" w:space="0" w:color="auto"/>
            </w:tcBorders>
            <w:shd w:val="clear" w:color="auto" w:fill="auto"/>
          </w:tcPr>
          <w:p w:rsidR="00852135" w:rsidRPr="00677BC5" w:rsidRDefault="00852135" w:rsidP="00852135">
            <w:pPr>
              <w:rPr>
                <w:sz w:val="28"/>
                <w:szCs w:val="28"/>
              </w:rPr>
            </w:pPr>
            <w:r w:rsidRPr="00677BC5">
              <w:rPr>
                <w:sz w:val="28"/>
                <w:szCs w:val="28"/>
              </w:rPr>
              <w:t>- HS làm việc nhóm 2: gieo xúc xắc 2 lần, ghi kết quả.</w:t>
            </w:r>
            <w:r w:rsidRPr="00677BC5">
              <w:rPr>
                <w:sz w:val="28"/>
                <w:szCs w:val="28"/>
              </w:rPr>
              <w:br/>
              <w:t>- Đại diện nhóm báo cáo.</w:t>
            </w:r>
            <w:r w:rsidRPr="00677BC5">
              <w:rPr>
                <w:sz w:val="28"/>
                <w:szCs w:val="28"/>
              </w:rPr>
              <w:br/>
              <w:t>- HS quan sát bảng GV ghi.</w:t>
            </w:r>
          </w:p>
        </w:tc>
      </w:tr>
      <w:tr w:rsidR="00677BC5" w:rsidRPr="00677BC5" w:rsidTr="00677BC5">
        <w:trPr>
          <w:jc w:val="center"/>
        </w:trPr>
        <w:tc>
          <w:tcPr>
            <w:tcW w:w="4702" w:type="dxa"/>
            <w:shd w:val="clear" w:color="auto" w:fill="auto"/>
          </w:tcPr>
          <w:p w:rsidR="00852135" w:rsidRPr="00677BC5" w:rsidRDefault="00852135" w:rsidP="00852135">
            <w:pPr>
              <w:rPr>
                <w:sz w:val="28"/>
                <w:szCs w:val="28"/>
              </w:rPr>
            </w:pPr>
            <w:r w:rsidRPr="00677BC5">
              <w:rPr>
                <w:sz w:val="28"/>
                <w:szCs w:val="28"/>
              </w:rPr>
              <w:t>- Hỏi nhanh: Mặt nào xuất hiện nhiều hơn trong kết quả lớp mình? (nếu có) → Nhấn mạnh: số lần xuất hiện có thể khác nhau.</w:t>
            </w:r>
          </w:p>
        </w:tc>
        <w:tc>
          <w:tcPr>
            <w:tcW w:w="4702" w:type="dxa"/>
            <w:shd w:val="clear" w:color="auto" w:fill="auto"/>
          </w:tcPr>
          <w:p w:rsidR="00852135" w:rsidRPr="00677BC5" w:rsidRDefault="00852135" w:rsidP="00852135">
            <w:pPr>
              <w:rPr>
                <w:sz w:val="28"/>
                <w:szCs w:val="28"/>
              </w:rPr>
            </w:pPr>
            <w:r w:rsidRPr="00677BC5">
              <w:rPr>
                <w:sz w:val="28"/>
                <w:szCs w:val="28"/>
              </w:rPr>
              <w:t>- HS trả lời theo kết quả thực tế; nhận xét.</w:t>
            </w:r>
          </w:p>
        </w:tc>
      </w:tr>
      <w:tr w:rsidR="00677BC5" w:rsidRPr="00677BC5" w:rsidTr="00677BC5">
        <w:trPr>
          <w:jc w:val="center"/>
        </w:trPr>
        <w:tc>
          <w:tcPr>
            <w:tcW w:w="4702" w:type="dxa"/>
            <w:tcBorders>
              <w:bottom w:val="single" w:sz="4" w:space="0" w:color="auto"/>
            </w:tcBorders>
            <w:shd w:val="clear" w:color="auto" w:fill="auto"/>
          </w:tcPr>
          <w:p w:rsidR="00852135" w:rsidRPr="00677BC5" w:rsidRDefault="00852135" w:rsidP="00852135">
            <w:pPr>
              <w:rPr>
                <w:sz w:val="28"/>
                <w:szCs w:val="28"/>
              </w:rPr>
            </w:pPr>
            <w:r w:rsidRPr="00677BC5">
              <w:rPr>
                <w:sz w:val="28"/>
                <w:szCs w:val="28"/>
              </w:rPr>
              <w:lastRenderedPageBreak/>
              <w:t>- GV giới thiệu – ghi bài: Ôn tập một số yếu tố thống kê và xác suất.</w:t>
            </w:r>
          </w:p>
        </w:tc>
        <w:tc>
          <w:tcPr>
            <w:tcW w:w="4702" w:type="dxa"/>
            <w:tcBorders>
              <w:bottom w:val="single" w:sz="4" w:space="0" w:color="auto"/>
            </w:tcBorders>
            <w:shd w:val="clear" w:color="auto" w:fill="auto"/>
          </w:tcPr>
          <w:p w:rsidR="00852135" w:rsidRPr="00677BC5" w:rsidRDefault="00852135" w:rsidP="00852135">
            <w:pPr>
              <w:rPr>
                <w:sz w:val="28"/>
                <w:szCs w:val="28"/>
              </w:rPr>
            </w:pPr>
            <w:r w:rsidRPr="00677BC5">
              <w:rPr>
                <w:sz w:val="28"/>
                <w:szCs w:val="28"/>
              </w:rPr>
              <w:t>- HS lắng nghe, ghi vở.</w:t>
            </w:r>
          </w:p>
        </w:tc>
      </w:tr>
      <w:tr w:rsidR="00677BC5" w:rsidRPr="00677BC5" w:rsidTr="00677BC5">
        <w:trPr>
          <w:jc w:val="center"/>
        </w:trPr>
        <w:tc>
          <w:tcPr>
            <w:tcW w:w="9404" w:type="dxa"/>
            <w:gridSpan w:val="2"/>
            <w:tcBorders>
              <w:top w:val="single" w:sz="4" w:space="0" w:color="auto"/>
              <w:bottom w:val="single" w:sz="4" w:space="0" w:color="auto"/>
            </w:tcBorders>
            <w:shd w:val="clear" w:color="auto" w:fill="auto"/>
          </w:tcPr>
          <w:p w:rsidR="00852135" w:rsidRPr="00677BC5" w:rsidRDefault="00852135" w:rsidP="00852135">
            <w:pPr>
              <w:rPr>
                <w:sz w:val="28"/>
                <w:szCs w:val="28"/>
              </w:rPr>
            </w:pPr>
            <w:r w:rsidRPr="00677BC5">
              <w:rPr>
                <w:b/>
                <w:sz w:val="28"/>
                <w:szCs w:val="28"/>
              </w:rPr>
              <w:t>2. Luyện tập, thực hành:</w:t>
            </w:r>
          </w:p>
          <w:p w:rsidR="00A4601E" w:rsidRPr="00677BC5" w:rsidRDefault="00475E08">
            <w:r w:rsidRPr="00677BC5">
              <w:rPr>
                <w:b/>
                <w:sz w:val="28"/>
                <w:szCs w:val="28"/>
              </w:rPr>
              <w:t>- Mục tiêu: Củng cố kĩ năng đọc bảng, biểu đồ; sắp xếp, so sánh số liệu và xác định số lần xuất hiện của sự kiện.</w:t>
            </w:r>
          </w:p>
          <w:p w:rsidR="00A4601E" w:rsidRPr="00677BC5" w:rsidRDefault="00475E08">
            <w:r w:rsidRPr="00677BC5">
              <w:rPr>
                <w:b/>
                <w:sz w:val="28"/>
                <w:szCs w:val="28"/>
              </w:rPr>
              <w:t>- Mục tiêu tích hợp: HS biết thu thập, kiểm tra và trình bày dữ liệu thống kê đơn giản bằng công cụ số theo hướng dẫn; biết đối chiếu tổng số liệu để phát hiện dữ liệu chưa hợp lí.</w:t>
            </w:r>
          </w:p>
          <w:p w:rsidR="00A4601E" w:rsidRPr="00677BC5" w:rsidRDefault="00475E08">
            <w:r w:rsidRPr="00677BC5">
              <w:rPr>
                <w:b/>
                <w:i/>
                <w:sz w:val="28"/>
                <w:szCs w:val="28"/>
              </w:rPr>
              <w:t>*Cách tiến hành:</w:t>
            </w:r>
          </w:p>
        </w:tc>
      </w:tr>
      <w:tr w:rsidR="00677BC5" w:rsidRPr="00677BC5" w:rsidTr="00677BC5">
        <w:trPr>
          <w:jc w:val="center"/>
        </w:trPr>
        <w:tc>
          <w:tcPr>
            <w:tcW w:w="9404" w:type="dxa"/>
            <w:gridSpan w:val="2"/>
            <w:tcBorders>
              <w:top w:val="single" w:sz="4" w:space="0" w:color="auto"/>
              <w:bottom w:val="single" w:sz="4" w:space="0" w:color="auto"/>
            </w:tcBorders>
            <w:shd w:val="clear" w:color="auto" w:fill="auto"/>
          </w:tcPr>
          <w:p w:rsidR="00852135" w:rsidRPr="00677BC5" w:rsidRDefault="00852135" w:rsidP="00852135">
            <w:pPr>
              <w:rPr>
                <w:sz w:val="28"/>
                <w:szCs w:val="28"/>
              </w:rPr>
            </w:pPr>
            <w:r w:rsidRPr="00677BC5">
              <w:rPr>
                <w:b/>
                <w:sz w:val="28"/>
                <w:szCs w:val="28"/>
              </w:rPr>
              <w:t>Bài 1</w:t>
            </w:r>
          </w:p>
        </w:tc>
      </w:tr>
      <w:tr w:rsidR="00677BC5" w:rsidRPr="00677BC5" w:rsidTr="00677BC5">
        <w:trPr>
          <w:jc w:val="center"/>
        </w:trPr>
        <w:tc>
          <w:tcPr>
            <w:tcW w:w="4702" w:type="dxa"/>
            <w:tcBorders>
              <w:top w:val="single" w:sz="4" w:space="0" w:color="auto"/>
            </w:tcBorders>
            <w:shd w:val="clear" w:color="auto" w:fill="auto"/>
          </w:tcPr>
          <w:p w:rsidR="00A4601E" w:rsidRPr="00677BC5" w:rsidRDefault="00852135" w:rsidP="00677BC5">
            <w:pPr>
              <w:rPr>
                <w:sz w:val="28"/>
                <w:szCs w:val="28"/>
              </w:rPr>
            </w:pPr>
            <w:r w:rsidRPr="00677BC5">
              <w:rPr>
                <w:sz w:val="28"/>
                <w:szCs w:val="28"/>
              </w:rPr>
              <w:t>- Yêu cầu HS đọc dữ liệu: 180 cm, 175 cm, 182 cm, 178 cm, 168 cm, 185 cm.</w:t>
            </w:r>
            <w:r w:rsidRPr="00677BC5">
              <w:rPr>
                <w:sz w:val="28"/>
                <w:szCs w:val="28"/>
              </w:rPr>
              <w:br/>
              <w:t>- Hướng dẫn phân tích mẫu: Hùng 175 cm (số thứ 2), Lợi 168 cm (số thứ 5).</w:t>
            </w:r>
            <w:r w:rsidRPr="00677BC5">
              <w:rPr>
                <w:sz w:val="28"/>
                <w:szCs w:val="28"/>
              </w:rPr>
              <w:br/>
              <w:t>- Giao nhiệm vụ: Làm nhóm đôi, hoàn thành bảng và trả lời câu b, c.</w:t>
            </w:r>
          </w:p>
        </w:tc>
        <w:tc>
          <w:tcPr>
            <w:tcW w:w="4702" w:type="dxa"/>
            <w:tcBorders>
              <w:top w:val="single" w:sz="4" w:space="0" w:color="auto"/>
            </w:tcBorders>
            <w:shd w:val="clear" w:color="auto" w:fill="auto"/>
          </w:tcPr>
          <w:p w:rsidR="00852135" w:rsidRPr="00677BC5" w:rsidRDefault="00852135" w:rsidP="00852135">
            <w:pPr>
              <w:rPr>
                <w:sz w:val="28"/>
                <w:szCs w:val="28"/>
              </w:rPr>
            </w:pPr>
            <w:r w:rsidRPr="00677BC5">
              <w:rPr>
                <w:sz w:val="28"/>
                <w:szCs w:val="28"/>
              </w:rPr>
              <w:t>- HS đọc dãy số liệu.</w:t>
            </w:r>
            <w:r w:rsidRPr="00677BC5">
              <w:rPr>
                <w:sz w:val="28"/>
                <w:szCs w:val="28"/>
              </w:rPr>
              <w:br/>
              <w:t>- HS hiểu mẫu.</w:t>
            </w:r>
            <w:r w:rsidRPr="00677BC5">
              <w:rPr>
                <w:sz w:val="28"/>
                <w:szCs w:val="28"/>
              </w:rPr>
              <w:br/>
              <w:t>- HS làm nhóm đôi.</w:t>
            </w:r>
          </w:p>
        </w:tc>
      </w:tr>
      <w:tr w:rsidR="00677BC5" w:rsidRPr="00677BC5" w:rsidTr="00677BC5">
        <w:trPr>
          <w:jc w:val="center"/>
        </w:trPr>
        <w:tc>
          <w:tcPr>
            <w:tcW w:w="4702" w:type="dxa"/>
            <w:shd w:val="clear" w:color="auto" w:fill="auto"/>
          </w:tcPr>
          <w:p w:rsidR="00852135" w:rsidRPr="00677BC5" w:rsidRDefault="00852135" w:rsidP="00852135">
            <w:pPr>
              <w:rPr>
                <w:sz w:val="28"/>
                <w:szCs w:val="28"/>
              </w:rPr>
            </w:pPr>
            <w:r w:rsidRPr="00677BC5">
              <w:rPr>
                <w:sz w:val="28"/>
                <w:szCs w:val="28"/>
              </w:rPr>
              <w:t>- Tổ chức HS báo cáo:</w:t>
            </w:r>
            <w:r w:rsidRPr="00677BC5">
              <w:rPr>
                <w:sz w:val="28"/>
                <w:szCs w:val="28"/>
              </w:rPr>
              <w:br/>
              <w:t xml:space="preserve">  a) Điền số đo vào bảng.</w:t>
            </w:r>
            <w:r w:rsidRPr="00677BC5">
              <w:rPr>
                <w:sz w:val="28"/>
                <w:szCs w:val="28"/>
              </w:rPr>
              <w:br/>
              <w:t xml:space="preserve">  b) Sắp xếp từ thấp đến cao.</w:t>
            </w:r>
            <w:r w:rsidRPr="00677BC5">
              <w:rPr>
                <w:sz w:val="28"/>
                <w:szCs w:val="28"/>
              </w:rPr>
              <w:br/>
              <w:t xml:space="preserve">  c) Trả lời câu hỏi so sánh.</w:t>
            </w:r>
          </w:p>
        </w:tc>
        <w:tc>
          <w:tcPr>
            <w:tcW w:w="4702" w:type="dxa"/>
            <w:shd w:val="clear" w:color="auto" w:fill="auto"/>
          </w:tcPr>
          <w:p w:rsidR="00852135" w:rsidRPr="00677BC5" w:rsidRDefault="00852135" w:rsidP="00852135">
            <w:pPr>
              <w:rPr>
                <w:sz w:val="28"/>
                <w:szCs w:val="28"/>
              </w:rPr>
            </w:pPr>
            <w:r w:rsidRPr="00677BC5">
              <w:rPr>
                <w:sz w:val="28"/>
                <w:szCs w:val="28"/>
              </w:rPr>
              <w:t>a) Thắng: 180 cm; Bình: 182 cm; Dũng: 185 cm; Trung: 178 cm (Hùng: 175 cm; Lợi: 168 cm).</w:t>
            </w:r>
            <w:r w:rsidRPr="00677BC5">
              <w:rPr>
                <w:sz w:val="28"/>
                <w:szCs w:val="28"/>
              </w:rPr>
              <w:br/>
              <w:t>b) Lợi (168) &lt; Hùng (175) &lt; Trung (178) &lt; Thắng (180) &lt; Bình (182) &lt; Dũng (185).</w:t>
            </w:r>
            <w:r w:rsidRPr="00677BC5">
              <w:rPr>
                <w:sz w:val="28"/>
                <w:szCs w:val="28"/>
              </w:rPr>
              <w:br/>
              <w:t>c) Thấp hơn Hùng: Lợi. Cao hơn Bình: Dũng.</w:t>
            </w:r>
          </w:p>
        </w:tc>
      </w:tr>
      <w:tr w:rsidR="00677BC5" w:rsidRPr="00677BC5" w:rsidTr="00677BC5">
        <w:trPr>
          <w:jc w:val="center"/>
        </w:trPr>
        <w:tc>
          <w:tcPr>
            <w:tcW w:w="4702" w:type="dxa"/>
            <w:tcBorders>
              <w:bottom w:val="single" w:sz="4" w:space="0" w:color="auto"/>
            </w:tcBorders>
            <w:shd w:val="clear" w:color="auto" w:fill="auto"/>
          </w:tcPr>
          <w:p w:rsidR="00852135" w:rsidRPr="00677BC5" w:rsidRDefault="00852135" w:rsidP="00852135">
            <w:pPr>
              <w:rPr>
                <w:sz w:val="28"/>
                <w:szCs w:val="28"/>
              </w:rPr>
            </w:pPr>
            <w:r w:rsidRPr="00677BC5">
              <w:rPr>
                <w:sz w:val="28"/>
                <w:szCs w:val="28"/>
              </w:rPr>
              <w:t>- GV nhận xét, tuyên dương.</w:t>
            </w:r>
            <w:r w:rsidRPr="00677BC5">
              <w:rPr>
                <w:sz w:val="28"/>
                <w:szCs w:val="28"/>
              </w:rPr>
              <w:br/>
              <w:t>- Liên hệ: Để cơ thể cao, khỏe cần làm gì? (</w:t>
            </w:r>
            <w:proofErr w:type="gramStart"/>
            <w:r w:rsidRPr="00677BC5">
              <w:rPr>
                <w:sz w:val="28"/>
                <w:szCs w:val="28"/>
              </w:rPr>
              <w:t>ăn</w:t>
            </w:r>
            <w:proofErr w:type="gramEnd"/>
            <w:r w:rsidRPr="00677BC5">
              <w:rPr>
                <w:sz w:val="28"/>
                <w:szCs w:val="28"/>
              </w:rPr>
              <w:t xml:space="preserve"> đủ chất; ngủ đúng giờ; tập thể dục thể thao…).</w:t>
            </w:r>
          </w:p>
        </w:tc>
        <w:tc>
          <w:tcPr>
            <w:tcW w:w="4702" w:type="dxa"/>
            <w:tcBorders>
              <w:bottom w:val="single" w:sz="4" w:space="0" w:color="auto"/>
            </w:tcBorders>
            <w:shd w:val="clear" w:color="auto" w:fill="auto"/>
          </w:tcPr>
          <w:p w:rsidR="00852135" w:rsidRPr="00677BC5" w:rsidRDefault="00852135" w:rsidP="00852135">
            <w:pPr>
              <w:rPr>
                <w:sz w:val="28"/>
                <w:szCs w:val="28"/>
              </w:rPr>
            </w:pPr>
            <w:r w:rsidRPr="00677BC5">
              <w:rPr>
                <w:sz w:val="28"/>
                <w:szCs w:val="28"/>
              </w:rPr>
              <w:t xml:space="preserve">- HS chia sẻ: </w:t>
            </w:r>
            <w:proofErr w:type="gramStart"/>
            <w:r w:rsidRPr="00677BC5">
              <w:rPr>
                <w:sz w:val="28"/>
                <w:szCs w:val="28"/>
              </w:rPr>
              <w:t>ăn</w:t>
            </w:r>
            <w:proofErr w:type="gramEnd"/>
            <w:r w:rsidRPr="00677BC5">
              <w:rPr>
                <w:sz w:val="28"/>
                <w:szCs w:val="28"/>
              </w:rPr>
              <w:t xml:space="preserve"> uống đủ chất, ngủ đúng giờ; tập thể dục (bơi, đu xà, chạy…).</w:t>
            </w:r>
          </w:p>
        </w:tc>
      </w:tr>
      <w:tr w:rsidR="00677BC5" w:rsidRPr="00677BC5" w:rsidTr="00677BC5">
        <w:trPr>
          <w:jc w:val="center"/>
        </w:trPr>
        <w:tc>
          <w:tcPr>
            <w:tcW w:w="9404" w:type="dxa"/>
            <w:gridSpan w:val="2"/>
            <w:tcBorders>
              <w:top w:val="single" w:sz="4" w:space="0" w:color="auto"/>
              <w:bottom w:val="single" w:sz="4" w:space="0" w:color="auto"/>
            </w:tcBorders>
            <w:shd w:val="clear" w:color="auto" w:fill="auto"/>
          </w:tcPr>
          <w:p w:rsidR="00852135" w:rsidRPr="00677BC5" w:rsidRDefault="00852135" w:rsidP="00852135">
            <w:pPr>
              <w:rPr>
                <w:sz w:val="28"/>
                <w:szCs w:val="28"/>
              </w:rPr>
            </w:pPr>
            <w:r w:rsidRPr="00677BC5">
              <w:rPr>
                <w:b/>
                <w:sz w:val="28"/>
                <w:szCs w:val="28"/>
              </w:rPr>
              <w:t>Bài 2</w:t>
            </w:r>
          </w:p>
        </w:tc>
      </w:tr>
      <w:tr w:rsidR="00677BC5" w:rsidRPr="00677BC5" w:rsidTr="00677BC5">
        <w:trPr>
          <w:jc w:val="center"/>
        </w:trPr>
        <w:tc>
          <w:tcPr>
            <w:tcW w:w="4702" w:type="dxa"/>
            <w:tcBorders>
              <w:top w:val="single" w:sz="4" w:space="0" w:color="auto"/>
            </w:tcBorders>
            <w:shd w:val="clear" w:color="auto" w:fill="auto"/>
          </w:tcPr>
          <w:p w:rsidR="00A4601E" w:rsidRPr="00677BC5" w:rsidRDefault="00852135" w:rsidP="00677BC5">
            <w:pPr>
              <w:rPr>
                <w:sz w:val="28"/>
                <w:szCs w:val="28"/>
              </w:rPr>
            </w:pPr>
            <w:r w:rsidRPr="00677BC5">
              <w:rPr>
                <w:sz w:val="28"/>
                <w:szCs w:val="28"/>
              </w:rPr>
              <w:t>- Yêu cầu HS quan sát biểu đồ cột số HS tham gia các lớp ngoại khóa.</w:t>
            </w:r>
            <w:r w:rsidRPr="00677BC5">
              <w:rPr>
                <w:sz w:val="28"/>
                <w:szCs w:val="28"/>
              </w:rPr>
              <w:br/>
              <w:t>- Giao nhiệm vụ nhóm đôi: trả lời câu a, b, c vào vở.</w:t>
            </w:r>
            <w:r w:rsidRPr="00677BC5">
              <w:rPr>
                <w:sz w:val="28"/>
                <w:szCs w:val="28"/>
              </w:rPr>
              <w:br/>
              <w:t>- Nhắc HS đọc tên lớp ở trục ngang và số HS ở trục dọc.</w:t>
            </w:r>
          </w:p>
        </w:tc>
        <w:tc>
          <w:tcPr>
            <w:tcW w:w="4702" w:type="dxa"/>
            <w:tcBorders>
              <w:top w:val="single" w:sz="4" w:space="0" w:color="auto"/>
            </w:tcBorders>
            <w:shd w:val="clear" w:color="auto" w:fill="auto"/>
          </w:tcPr>
          <w:p w:rsidR="00852135" w:rsidRPr="00677BC5" w:rsidRDefault="00852135" w:rsidP="00852135">
            <w:pPr>
              <w:rPr>
                <w:sz w:val="28"/>
                <w:szCs w:val="28"/>
              </w:rPr>
            </w:pPr>
            <w:r w:rsidRPr="00677BC5">
              <w:rPr>
                <w:sz w:val="28"/>
                <w:szCs w:val="28"/>
              </w:rPr>
              <w:t>- HS quan sát biểu đồ.</w:t>
            </w:r>
            <w:r w:rsidRPr="00677BC5">
              <w:rPr>
                <w:sz w:val="28"/>
                <w:szCs w:val="28"/>
              </w:rPr>
              <w:br/>
              <w:t>- HS làm nhóm đôi, ghi kết quả.</w:t>
            </w:r>
          </w:p>
        </w:tc>
      </w:tr>
      <w:tr w:rsidR="00677BC5" w:rsidRPr="00677BC5" w:rsidTr="00677BC5">
        <w:trPr>
          <w:jc w:val="center"/>
        </w:trPr>
        <w:tc>
          <w:tcPr>
            <w:tcW w:w="4702" w:type="dxa"/>
            <w:shd w:val="clear" w:color="auto" w:fill="auto"/>
          </w:tcPr>
          <w:p w:rsidR="00852135" w:rsidRPr="00677BC5" w:rsidRDefault="00852135" w:rsidP="00852135">
            <w:pPr>
              <w:rPr>
                <w:sz w:val="28"/>
                <w:szCs w:val="28"/>
              </w:rPr>
            </w:pPr>
            <w:r w:rsidRPr="00677BC5">
              <w:rPr>
                <w:sz w:val="28"/>
                <w:szCs w:val="28"/>
              </w:rPr>
              <w:t>- Tổ chức HS báo cáo, chốt đáp án:</w:t>
            </w:r>
            <w:r w:rsidRPr="00677BC5">
              <w:rPr>
                <w:sz w:val="28"/>
                <w:szCs w:val="28"/>
              </w:rPr>
              <w:br/>
              <w:t xml:space="preserve">  a) Có mấy lớp? </w:t>
            </w:r>
            <w:proofErr w:type="gramStart"/>
            <w:r w:rsidRPr="00677BC5">
              <w:rPr>
                <w:sz w:val="28"/>
                <w:szCs w:val="28"/>
              </w:rPr>
              <w:t>tên</w:t>
            </w:r>
            <w:proofErr w:type="gramEnd"/>
            <w:r w:rsidRPr="00677BC5">
              <w:rPr>
                <w:sz w:val="28"/>
                <w:szCs w:val="28"/>
              </w:rPr>
              <w:t xml:space="preserve"> gì?</w:t>
            </w:r>
            <w:r w:rsidRPr="00677BC5">
              <w:rPr>
                <w:sz w:val="28"/>
                <w:szCs w:val="28"/>
              </w:rPr>
              <w:br/>
              <w:t xml:space="preserve">  b) Lớp nào nhiều nhất/ít nhất? Lớp </w:t>
            </w:r>
            <w:r w:rsidRPr="00677BC5">
              <w:rPr>
                <w:sz w:val="28"/>
                <w:szCs w:val="28"/>
              </w:rPr>
              <w:lastRenderedPageBreak/>
              <w:t>nào bằng nhau?</w:t>
            </w:r>
            <w:r w:rsidRPr="00677BC5">
              <w:rPr>
                <w:sz w:val="28"/>
                <w:szCs w:val="28"/>
              </w:rPr>
              <w:br/>
              <w:t xml:space="preserve">  c) Tính trung bình mỗi lớp.</w:t>
            </w:r>
          </w:p>
        </w:tc>
        <w:tc>
          <w:tcPr>
            <w:tcW w:w="4702" w:type="dxa"/>
            <w:shd w:val="clear" w:color="auto" w:fill="auto"/>
          </w:tcPr>
          <w:p w:rsidR="00852135" w:rsidRPr="00677BC5" w:rsidRDefault="00852135" w:rsidP="00852135">
            <w:pPr>
              <w:rPr>
                <w:sz w:val="28"/>
                <w:szCs w:val="28"/>
              </w:rPr>
            </w:pPr>
            <w:r w:rsidRPr="00677BC5">
              <w:rPr>
                <w:sz w:val="28"/>
                <w:szCs w:val="28"/>
              </w:rPr>
              <w:lastRenderedPageBreak/>
              <w:t>a) Có 4 lớp: Bơi, Võ, Cờ, Múa.</w:t>
            </w:r>
            <w:r w:rsidRPr="00677BC5">
              <w:rPr>
                <w:sz w:val="28"/>
                <w:szCs w:val="28"/>
              </w:rPr>
              <w:br/>
              <w:t xml:space="preserve">b) Bơi nhiều nhất: 60 HS; Cờ ít nhất: 30 HS; Võ và Múa bằng nhau: 45 </w:t>
            </w:r>
            <w:r w:rsidRPr="00677BC5">
              <w:rPr>
                <w:sz w:val="28"/>
                <w:szCs w:val="28"/>
              </w:rPr>
              <w:lastRenderedPageBreak/>
              <w:t>HS.</w:t>
            </w:r>
            <w:r w:rsidRPr="00677BC5">
              <w:rPr>
                <w:sz w:val="28"/>
                <w:szCs w:val="28"/>
              </w:rPr>
              <w:br/>
              <w:t>c) Trung bình: (60 + 45 + 30 + 45</w:t>
            </w:r>
            <w:proofErr w:type="gramStart"/>
            <w:r w:rsidRPr="00677BC5">
              <w:rPr>
                <w:sz w:val="28"/>
                <w:szCs w:val="28"/>
              </w:rPr>
              <w:t>) :</w:t>
            </w:r>
            <w:proofErr w:type="gramEnd"/>
            <w:r w:rsidRPr="00677BC5">
              <w:rPr>
                <w:sz w:val="28"/>
                <w:szCs w:val="28"/>
              </w:rPr>
              <w:t xml:space="preserve"> 4 = 45 (HS).</w:t>
            </w:r>
          </w:p>
        </w:tc>
      </w:tr>
      <w:tr w:rsidR="00677BC5" w:rsidRPr="00677BC5" w:rsidTr="00677BC5">
        <w:trPr>
          <w:jc w:val="center"/>
        </w:trPr>
        <w:tc>
          <w:tcPr>
            <w:tcW w:w="4702" w:type="dxa"/>
            <w:tcBorders>
              <w:bottom w:val="single" w:sz="4" w:space="0" w:color="auto"/>
            </w:tcBorders>
            <w:shd w:val="clear" w:color="auto" w:fill="auto"/>
          </w:tcPr>
          <w:p w:rsidR="00852135" w:rsidRPr="00677BC5" w:rsidRDefault="00852135" w:rsidP="00852135">
            <w:pPr>
              <w:rPr>
                <w:sz w:val="28"/>
                <w:szCs w:val="28"/>
              </w:rPr>
            </w:pPr>
            <w:r w:rsidRPr="00677BC5">
              <w:rPr>
                <w:sz w:val="28"/>
                <w:szCs w:val="28"/>
              </w:rPr>
              <w:lastRenderedPageBreak/>
              <w:t>- GV nhận xét, tuyên dương.</w:t>
            </w:r>
            <w:r w:rsidRPr="00677BC5">
              <w:rPr>
                <w:sz w:val="28"/>
                <w:szCs w:val="28"/>
              </w:rPr>
              <w:br/>
              <w:t>- Hỏi: Khi tham gia hoạt động ngoại khóa cần lưu ý gì?</w:t>
            </w:r>
          </w:p>
        </w:tc>
        <w:tc>
          <w:tcPr>
            <w:tcW w:w="4702" w:type="dxa"/>
            <w:tcBorders>
              <w:bottom w:val="single" w:sz="4" w:space="0" w:color="auto"/>
            </w:tcBorders>
            <w:shd w:val="clear" w:color="auto" w:fill="auto"/>
          </w:tcPr>
          <w:p w:rsidR="00852135" w:rsidRPr="00677BC5" w:rsidRDefault="00852135" w:rsidP="00852135">
            <w:pPr>
              <w:rPr>
                <w:sz w:val="28"/>
                <w:szCs w:val="28"/>
              </w:rPr>
            </w:pPr>
            <w:r w:rsidRPr="00677BC5">
              <w:rPr>
                <w:sz w:val="28"/>
                <w:szCs w:val="28"/>
              </w:rPr>
              <w:t xml:space="preserve">- HS nêu: tuân thủ nội quy; giữ vệ sinh; bảo vệ tài sản chung; </w:t>
            </w:r>
            <w:proofErr w:type="gramStart"/>
            <w:r w:rsidRPr="00677BC5">
              <w:rPr>
                <w:sz w:val="28"/>
                <w:szCs w:val="28"/>
              </w:rPr>
              <w:t>an</w:t>
            </w:r>
            <w:proofErr w:type="gramEnd"/>
            <w:r w:rsidRPr="00677BC5">
              <w:rPr>
                <w:sz w:val="28"/>
                <w:szCs w:val="28"/>
              </w:rPr>
              <w:t xml:space="preserve"> toàn khi tham gia.</w:t>
            </w:r>
          </w:p>
        </w:tc>
      </w:tr>
      <w:tr w:rsidR="00677BC5" w:rsidRPr="00677BC5" w:rsidTr="00677BC5">
        <w:trPr>
          <w:jc w:val="center"/>
        </w:trPr>
        <w:tc>
          <w:tcPr>
            <w:tcW w:w="9404" w:type="dxa"/>
            <w:gridSpan w:val="2"/>
            <w:tcBorders>
              <w:top w:val="single" w:sz="4" w:space="0" w:color="auto"/>
              <w:bottom w:val="single" w:sz="4" w:space="0" w:color="auto"/>
            </w:tcBorders>
            <w:shd w:val="clear" w:color="auto" w:fill="auto"/>
          </w:tcPr>
          <w:p w:rsidR="00852135" w:rsidRPr="00677BC5" w:rsidRDefault="00852135" w:rsidP="00852135">
            <w:pPr>
              <w:rPr>
                <w:sz w:val="28"/>
                <w:szCs w:val="28"/>
              </w:rPr>
            </w:pPr>
            <w:r w:rsidRPr="00677BC5">
              <w:rPr>
                <w:b/>
                <w:sz w:val="28"/>
                <w:szCs w:val="28"/>
              </w:rPr>
              <w:t>Bài 3</w:t>
            </w:r>
          </w:p>
        </w:tc>
      </w:tr>
      <w:tr w:rsidR="00677BC5" w:rsidRPr="00677BC5" w:rsidTr="00677BC5">
        <w:trPr>
          <w:jc w:val="center"/>
        </w:trPr>
        <w:tc>
          <w:tcPr>
            <w:tcW w:w="4702" w:type="dxa"/>
            <w:tcBorders>
              <w:top w:val="single" w:sz="4" w:space="0" w:color="auto"/>
            </w:tcBorders>
            <w:shd w:val="clear" w:color="auto" w:fill="auto"/>
          </w:tcPr>
          <w:p w:rsidR="00A4601E" w:rsidRPr="00677BC5" w:rsidRDefault="00852135" w:rsidP="00677BC5">
            <w:pPr>
              <w:rPr>
                <w:sz w:val="28"/>
                <w:szCs w:val="28"/>
              </w:rPr>
            </w:pPr>
            <w:r w:rsidRPr="00677BC5">
              <w:rPr>
                <w:sz w:val="28"/>
                <w:szCs w:val="28"/>
              </w:rPr>
              <w:t>- Cho HS quan sát tranh/ bảng kết quả rô-bốt lấy bóng.</w:t>
            </w:r>
            <w:r w:rsidRPr="00677BC5">
              <w:rPr>
                <w:sz w:val="28"/>
                <w:szCs w:val="28"/>
              </w:rPr>
              <w:br/>
              <w:t>- Nêu tình huống: Trong hộp có 3 quả bóng (đỏ, vàng, xanh). Rô-bốt lấy ngẫu nhiên 30 lần, ghi kết quả.</w:t>
            </w:r>
            <w:r w:rsidRPr="00677BC5">
              <w:rPr>
                <w:sz w:val="28"/>
                <w:szCs w:val="28"/>
              </w:rPr>
              <w:br/>
              <w:t>- Giao nhiệm vụ: HS làm cá nhân, đếm số lần xuất hiện mỗi màu và trả lời câu hỏi.</w:t>
            </w:r>
          </w:p>
        </w:tc>
        <w:tc>
          <w:tcPr>
            <w:tcW w:w="4702" w:type="dxa"/>
            <w:tcBorders>
              <w:top w:val="single" w:sz="4" w:space="0" w:color="auto"/>
            </w:tcBorders>
            <w:shd w:val="clear" w:color="auto" w:fill="auto"/>
          </w:tcPr>
          <w:p w:rsidR="00852135" w:rsidRPr="00677BC5" w:rsidRDefault="00852135" w:rsidP="00852135">
            <w:pPr>
              <w:rPr>
                <w:sz w:val="28"/>
                <w:szCs w:val="28"/>
              </w:rPr>
            </w:pPr>
            <w:r w:rsidRPr="00677BC5">
              <w:rPr>
                <w:sz w:val="28"/>
                <w:szCs w:val="28"/>
              </w:rPr>
              <w:t>- HS quan sát tranh, đọc bảng kết quả.</w:t>
            </w:r>
            <w:r w:rsidRPr="00677BC5">
              <w:rPr>
                <w:sz w:val="28"/>
                <w:szCs w:val="28"/>
              </w:rPr>
              <w:br/>
              <w:t>- HS làm cá nhân, đếm số lần xuất hiện.</w:t>
            </w:r>
          </w:p>
        </w:tc>
      </w:tr>
      <w:tr w:rsidR="00677BC5" w:rsidRPr="00677BC5" w:rsidTr="00677BC5">
        <w:trPr>
          <w:jc w:val="center"/>
        </w:trPr>
        <w:tc>
          <w:tcPr>
            <w:tcW w:w="4702" w:type="dxa"/>
            <w:shd w:val="clear" w:color="auto" w:fill="auto"/>
          </w:tcPr>
          <w:p w:rsidR="00852135" w:rsidRPr="00677BC5" w:rsidRDefault="00852135" w:rsidP="00852135">
            <w:pPr>
              <w:rPr>
                <w:sz w:val="28"/>
                <w:szCs w:val="28"/>
              </w:rPr>
            </w:pPr>
            <w:r w:rsidRPr="00677BC5">
              <w:rPr>
                <w:sz w:val="28"/>
                <w:szCs w:val="28"/>
              </w:rPr>
              <w:t>- Tổ chức HS báo cáo, chốt:</w:t>
            </w:r>
            <w:r w:rsidRPr="00677BC5">
              <w:rPr>
                <w:sz w:val="28"/>
                <w:szCs w:val="28"/>
              </w:rPr>
              <w:br/>
              <w:t xml:space="preserve">  a) Mỗi màu xuất hiện bao nhiêu lần?</w:t>
            </w:r>
            <w:r w:rsidRPr="00677BC5">
              <w:rPr>
                <w:sz w:val="28"/>
                <w:szCs w:val="28"/>
              </w:rPr>
              <w:br/>
              <w:t xml:space="preserve">  b) Màu nào nhiều nhất, ít nhất?</w:t>
            </w:r>
            <w:r w:rsidRPr="00677BC5">
              <w:rPr>
                <w:sz w:val="28"/>
                <w:szCs w:val="28"/>
              </w:rPr>
              <w:br/>
              <w:t xml:space="preserve">  (Gợi ý kiểm tra: tổng số lần phải bằng 30).</w:t>
            </w:r>
          </w:p>
          <w:p w:rsidR="00A4601E" w:rsidRPr="00677BC5" w:rsidRDefault="00475E08">
            <w:r w:rsidRPr="00677BC5">
              <w:rPr>
                <w:sz w:val="28"/>
                <w:szCs w:val="28"/>
              </w:rPr>
              <w:t>- GV tích hợp NLS 1.1.CB1a, 1.2.CB1a, 5.2.CB1a: Hướng dẫn HS nhập số lần xuất hiện của bóng đỏ, bóng xanh và bóng vàng vào bảng tính hoặc công cụ trình bày dữ liệu đơn giản. HS ghi rõ nguồn dữ liệu từ bảng kết quả trong SGK, kiểm tra tổng 10 + 12 + 8 = 30 trước khi tạo bảng hoặc biểu đồ cột. GV nhắc HS chỉ sử dụng đường dẫn do GV cung cấp, không nhập thông tin cá nhân không cần thiết, đối chiếu sản phẩm số với số liệu gốc và tự điều chỉnh nếu cột, nhãn hoặc tổng số liệu chưa chính xác.</w:t>
            </w:r>
          </w:p>
        </w:tc>
        <w:tc>
          <w:tcPr>
            <w:tcW w:w="4702" w:type="dxa"/>
            <w:shd w:val="clear" w:color="auto" w:fill="auto"/>
          </w:tcPr>
          <w:p w:rsidR="00852135" w:rsidRPr="00677BC5" w:rsidRDefault="00852135" w:rsidP="00852135">
            <w:pPr>
              <w:rPr>
                <w:sz w:val="28"/>
                <w:szCs w:val="28"/>
              </w:rPr>
            </w:pPr>
            <w:r w:rsidRPr="00677BC5">
              <w:rPr>
                <w:sz w:val="28"/>
                <w:szCs w:val="28"/>
              </w:rPr>
              <w:t>a) Bóng đỏ: 10 lần; bóng xanh: 12 lần; bóng vàng: 8 lần.</w:t>
            </w:r>
            <w:r w:rsidRPr="00677BC5">
              <w:rPr>
                <w:sz w:val="28"/>
                <w:szCs w:val="28"/>
              </w:rPr>
              <w:br/>
              <w:t>b) Nhiều nhất: bóng xanh; ít nhất: bóng vàng.</w:t>
            </w:r>
            <w:r w:rsidRPr="00677BC5">
              <w:rPr>
                <w:sz w:val="28"/>
                <w:szCs w:val="28"/>
              </w:rPr>
              <w:br/>
              <w:t>Kiểm tra: 10 + 12 + 8 = 30 (đúng).</w:t>
            </w:r>
          </w:p>
          <w:p w:rsidR="00A4601E" w:rsidRPr="00677BC5" w:rsidRDefault="00475E08">
            <w:r w:rsidRPr="00677BC5">
              <w:rPr>
                <w:sz w:val="28"/>
                <w:szCs w:val="28"/>
              </w:rPr>
              <w:t>- HS nhập số liệu theo nhóm, ghi nguồn, kiểm tra tổng bằng 30; trình bày bảng hoặc biểu đồ cột, đối chiếu với SGK và chỉnh sửa dữ liệu hoặc nhãn chưa chính xác.</w:t>
            </w:r>
          </w:p>
        </w:tc>
      </w:tr>
      <w:tr w:rsidR="00677BC5" w:rsidRPr="00677BC5" w:rsidTr="00677BC5">
        <w:trPr>
          <w:jc w:val="center"/>
        </w:trPr>
        <w:tc>
          <w:tcPr>
            <w:tcW w:w="4702" w:type="dxa"/>
            <w:tcBorders>
              <w:bottom w:val="single" w:sz="4" w:space="0" w:color="auto"/>
            </w:tcBorders>
            <w:shd w:val="clear" w:color="auto" w:fill="auto"/>
          </w:tcPr>
          <w:p w:rsidR="00852135" w:rsidRPr="00677BC5" w:rsidRDefault="00852135" w:rsidP="00852135">
            <w:pPr>
              <w:rPr>
                <w:sz w:val="28"/>
                <w:szCs w:val="28"/>
              </w:rPr>
            </w:pPr>
            <w:r w:rsidRPr="00677BC5">
              <w:rPr>
                <w:sz w:val="28"/>
                <w:szCs w:val="28"/>
              </w:rPr>
              <w:t>- Mở rộng: Trung bình số lần xuất hiện của mỗi màu là bao nhiêu?</w:t>
            </w:r>
          </w:p>
        </w:tc>
        <w:tc>
          <w:tcPr>
            <w:tcW w:w="4702" w:type="dxa"/>
            <w:tcBorders>
              <w:bottom w:val="single" w:sz="4" w:space="0" w:color="auto"/>
            </w:tcBorders>
            <w:shd w:val="clear" w:color="auto" w:fill="auto"/>
          </w:tcPr>
          <w:p w:rsidR="00852135" w:rsidRPr="00677BC5" w:rsidRDefault="00852135" w:rsidP="00852135">
            <w:pPr>
              <w:rPr>
                <w:sz w:val="28"/>
                <w:szCs w:val="28"/>
              </w:rPr>
            </w:pPr>
            <w:r w:rsidRPr="00677BC5">
              <w:rPr>
                <w:sz w:val="28"/>
                <w:szCs w:val="28"/>
              </w:rPr>
              <w:t xml:space="preserve">- HS nêu: </w:t>
            </w:r>
            <w:proofErr w:type="gramStart"/>
            <w:r w:rsidRPr="00677BC5">
              <w:rPr>
                <w:sz w:val="28"/>
                <w:szCs w:val="28"/>
              </w:rPr>
              <w:t>30 :</w:t>
            </w:r>
            <w:proofErr w:type="gramEnd"/>
            <w:r w:rsidRPr="00677BC5">
              <w:rPr>
                <w:sz w:val="28"/>
                <w:szCs w:val="28"/>
              </w:rPr>
              <w:t xml:space="preserve"> 3 = 10 (lần) hoặc (10 + 12 + 8) : 3 = 10 (lần).</w:t>
            </w:r>
          </w:p>
        </w:tc>
      </w:tr>
      <w:tr w:rsidR="00677BC5" w:rsidRPr="00677BC5" w:rsidTr="00677BC5">
        <w:trPr>
          <w:jc w:val="center"/>
        </w:trPr>
        <w:tc>
          <w:tcPr>
            <w:tcW w:w="9404" w:type="dxa"/>
            <w:gridSpan w:val="2"/>
            <w:tcBorders>
              <w:top w:val="single" w:sz="4" w:space="0" w:color="auto"/>
              <w:bottom w:val="single" w:sz="4" w:space="0" w:color="auto"/>
            </w:tcBorders>
            <w:shd w:val="clear" w:color="auto" w:fill="auto"/>
          </w:tcPr>
          <w:p w:rsidR="00852135" w:rsidRPr="00677BC5" w:rsidRDefault="00852135" w:rsidP="00852135">
            <w:pPr>
              <w:rPr>
                <w:sz w:val="28"/>
                <w:szCs w:val="28"/>
              </w:rPr>
            </w:pPr>
            <w:r w:rsidRPr="00677BC5">
              <w:rPr>
                <w:b/>
                <w:sz w:val="28"/>
                <w:szCs w:val="28"/>
              </w:rPr>
              <w:t>3. Vận dụng, trải nghiệm:</w:t>
            </w:r>
          </w:p>
          <w:p w:rsidR="00A4601E" w:rsidRPr="00677BC5" w:rsidRDefault="00475E08">
            <w:r w:rsidRPr="00677BC5">
              <w:rPr>
                <w:b/>
                <w:sz w:val="28"/>
                <w:szCs w:val="28"/>
              </w:rPr>
              <w:t xml:space="preserve">- Mục tiêu: Vận dụng kiến thức vào đời sống; hình thành thói quen sống </w:t>
            </w:r>
            <w:r w:rsidRPr="00677BC5">
              <w:rPr>
                <w:b/>
                <w:sz w:val="28"/>
                <w:szCs w:val="28"/>
              </w:rPr>
              <w:lastRenderedPageBreak/>
              <w:t>lành mạnh và có trách nhiệm.</w:t>
            </w:r>
          </w:p>
          <w:p w:rsidR="00A4601E" w:rsidRPr="00677BC5" w:rsidRDefault="00475E08">
            <w:r w:rsidRPr="00677BC5">
              <w:rPr>
                <w:b/>
                <w:i/>
                <w:sz w:val="28"/>
                <w:szCs w:val="28"/>
              </w:rPr>
              <w:t>*Cách tiến hành:</w:t>
            </w:r>
          </w:p>
        </w:tc>
      </w:tr>
      <w:tr w:rsidR="00677BC5" w:rsidRPr="00677BC5" w:rsidTr="00677BC5">
        <w:trPr>
          <w:jc w:val="center"/>
        </w:trPr>
        <w:tc>
          <w:tcPr>
            <w:tcW w:w="4702" w:type="dxa"/>
            <w:tcBorders>
              <w:top w:val="single" w:sz="4" w:space="0" w:color="auto"/>
            </w:tcBorders>
            <w:shd w:val="clear" w:color="auto" w:fill="auto"/>
          </w:tcPr>
          <w:p w:rsidR="00852135" w:rsidRPr="00677BC5" w:rsidRDefault="00852135" w:rsidP="00852135">
            <w:pPr>
              <w:rPr>
                <w:sz w:val="28"/>
                <w:szCs w:val="28"/>
              </w:rPr>
            </w:pPr>
            <w:r w:rsidRPr="00677BC5">
              <w:rPr>
                <w:sz w:val="28"/>
                <w:szCs w:val="28"/>
              </w:rPr>
              <w:lastRenderedPageBreak/>
              <w:t xml:space="preserve">- Dặn </w:t>
            </w:r>
            <w:proofErr w:type="gramStart"/>
            <w:r w:rsidRPr="00677BC5">
              <w:rPr>
                <w:sz w:val="28"/>
                <w:szCs w:val="28"/>
              </w:rPr>
              <w:t>dò</w:t>
            </w:r>
            <w:proofErr w:type="gramEnd"/>
            <w:r w:rsidRPr="00677BC5">
              <w:rPr>
                <w:sz w:val="28"/>
                <w:szCs w:val="28"/>
              </w:rPr>
              <w:t>: Ở nhà thực hiện ăn đủ chất; ngủ nghỉ đúng giờ; tham gia hoạt động thể dục để rèn luyện sức khỏe.</w:t>
            </w:r>
            <w:r w:rsidRPr="00677BC5">
              <w:rPr>
                <w:sz w:val="28"/>
                <w:szCs w:val="28"/>
              </w:rPr>
              <w:br/>
              <w:t>- Nhận xét tiết học.</w:t>
            </w:r>
          </w:p>
        </w:tc>
        <w:tc>
          <w:tcPr>
            <w:tcW w:w="4702" w:type="dxa"/>
            <w:tcBorders>
              <w:top w:val="single" w:sz="4" w:space="0" w:color="auto"/>
            </w:tcBorders>
            <w:shd w:val="clear" w:color="auto" w:fill="auto"/>
          </w:tcPr>
          <w:p w:rsidR="00852135" w:rsidRPr="00677BC5" w:rsidRDefault="00852135" w:rsidP="00852135">
            <w:pPr>
              <w:rPr>
                <w:sz w:val="28"/>
                <w:szCs w:val="28"/>
              </w:rPr>
            </w:pPr>
            <w:r w:rsidRPr="00677BC5">
              <w:rPr>
                <w:sz w:val="28"/>
                <w:szCs w:val="28"/>
              </w:rPr>
              <w:t>- HS thực hiện ở nhà.</w:t>
            </w:r>
            <w:r w:rsidRPr="00677BC5">
              <w:rPr>
                <w:sz w:val="28"/>
                <w:szCs w:val="28"/>
              </w:rPr>
              <w:br/>
              <w:t>- HS lắng nghe.</w:t>
            </w:r>
          </w:p>
        </w:tc>
      </w:tr>
    </w:tbl>
    <w:p w:rsidR="00852135" w:rsidRPr="00677BC5" w:rsidRDefault="00852135" w:rsidP="00852135">
      <w:pPr>
        <w:rPr>
          <w:sz w:val="28"/>
          <w:szCs w:val="28"/>
        </w:rPr>
      </w:pPr>
      <w:r w:rsidRPr="00677BC5">
        <w:rPr>
          <w:b/>
          <w:sz w:val="28"/>
          <w:szCs w:val="28"/>
        </w:rPr>
        <w:t>IV. ĐIỀU CHỈNH SAU BÀI DẠY (nếu có):</w:t>
      </w:r>
    </w:p>
    <w:p w:rsidR="00852135" w:rsidRPr="00677BC5" w:rsidRDefault="00852135" w:rsidP="00852135">
      <w:pPr>
        <w:rPr>
          <w:sz w:val="28"/>
          <w:szCs w:val="28"/>
        </w:rPr>
      </w:pPr>
      <w:r w:rsidRPr="00677BC5">
        <w:rPr>
          <w:sz w:val="28"/>
          <w:szCs w:val="28"/>
        </w:rPr>
        <w:t xml:space="preserve">- </w:t>
      </w:r>
    </w:p>
    <w:p w:rsidR="00852135" w:rsidRPr="00677BC5" w:rsidRDefault="00852135" w:rsidP="00852135">
      <w:pPr>
        <w:jc w:val="center"/>
        <w:rPr>
          <w:sz w:val="28"/>
          <w:szCs w:val="28"/>
        </w:rPr>
      </w:pPr>
      <w:r w:rsidRPr="00677BC5">
        <w:rPr>
          <w:b/>
          <w:sz w:val="28"/>
          <w:szCs w:val="28"/>
        </w:rPr>
        <w:t>TOÁN (TIẾT 173)</w:t>
      </w:r>
    </w:p>
    <w:p w:rsidR="00852135" w:rsidRPr="00677BC5" w:rsidRDefault="00852135" w:rsidP="00852135">
      <w:pPr>
        <w:jc w:val="center"/>
        <w:rPr>
          <w:sz w:val="28"/>
          <w:szCs w:val="28"/>
        </w:rPr>
      </w:pPr>
      <w:r w:rsidRPr="00677BC5">
        <w:rPr>
          <w:b/>
          <w:sz w:val="28"/>
          <w:szCs w:val="28"/>
        </w:rPr>
        <w:t>BÀI 73: ÔN TẬP CHUNG (TIẾT 1)</w:t>
      </w:r>
    </w:p>
    <w:p w:rsidR="00852135" w:rsidRPr="00677BC5" w:rsidRDefault="00852135" w:rsidP="00852135">
      <w:pPr>
        <w:rPr>
          <w:sz w:val="28"/>
          <w:szCs w:val="28"/>
        </w:rPr>
      </w:pPr>
      <w:r w:rsidRPr="00677BC5">
        <w:rPr>
          <w:b/>
          <w:sz w:val="28"/>
          <w:szCs w:val="28"/>
        </w:rPr>
        <w:t>I. YÊU CẦU CẦN ĐẠT</w:t>
      </w:r>
    </w:p>
    <w:p w:rsidR="00852135" w:rsidRPr="00677BC5" w:rsidRDefault="00852135" w:rsidP="00852135">
      <w:pPr>
        <w:rPr>
          <w:sz w:val="28"/>
          <w:szCs w:val="28"/>
        </w:rPr>
      </w:pPr>
      <w:r w:rsidRPr="00677BC5">
        <w:rPr>
          <w:b/>
          <w:sz w:val="28"/>
          <w:szCs w:val="28"/>
        </w:rPr>
        <w:t>1. Năng lực đặc thù</w:t>
      </w:r>
    </w:p>
    <w:p w:rsidR="00852135" w:rsidRPr="00677BC5" w:rsidRDefault="00852135" w:rsidP="00852135">
      <w:pPr>
        <w:rPr>
          <w:sz w:val="28"/>
          <w:szCs w:val="28"/>
        </w:rPr>
      </w:pPr>
      <w:r w:rsidRPr="00677BC5">
        <w:rPr>
          <w:sz w:val="28"/>
          <w:szCs w:val="28"/>
        </w:rPr>
        <w:t>- Củng cố kiến thức về đọc, viết, sắp xếp thứ tự các số có nhiều chữ số; thực hiện các phép tính với số có nhiều chữ số.</w:t>
      </w:r>
    </w:p>
    <w:p w:rsidR="00852135" w:rsidRPr="00677BC5" w:rsidRDefault="00852135" w:rsidP="00852135">
      <w:pPr>
        <w:rPr>
          <w:sz w:val="28"/>
          <w:szCs w:val="28"/>
        </w:rPr>
      </w:pPr>
      <w:r w:rsidRPr="00677BC5">
        <w:rPr>
          <w:sz w:val="28"/>
          <w:szCs w:val="28"/>
        </w:rPr>
        <w:t>- Giải các bài toán về tìm số trung bình cộng; bài toán liên quan đến hình học (</w:t>
      </w:r>
      <w:proofErr w:type="gramStart"/>
      <w:r w:rsidRPr="00677BC5">
        <w:rPr>
          <w:sz w:val="28"/>
          <w:szCs w:val="28"/>
        </w:rPr>
        <w:t>chu</w:t>
      </w:r>
      <w:proofErr w:type="gramEnd"/>
      <w:r w:rsidRPr="00677BC5">
        <w:rPr>
          <w:sz w:val="28"/>
          <w:szCs w:val="28"/>
        </w:rPr>
        <w:t xml:space="preserve"> vi, diện tích).</w:t>
      </w:r>
    </w:p>
    <w:p w:rsidR="00852135" w:rsidRPr="00677BC5" w:rsidRDefault="00852135" w:rsidP="00852135">
      <w:pPr>
        <w:rPr>
          <w:sz w:val="28"/>
          <w:szCs w:val="28"/>
        </w:rPr>
      </w:pPr>
      <w:r w:rsidRPr="00677BC5">
        <w:rPr>
          <w:b/>
          <w:sz w:val="28"/>
          <w:szCs w:val="28"/>
        </w:rPr>
        <w:t xml:space="preserve">2. Năng lực </w:t>
      </w:r>
      <w:proofErr w:type="gramStart"/>
      <w:r w:rsidRPr="00677BC5">
        <w:rPr>
          <w:b/>
          <w:sz w:val="28"/>
          <w:szCs w:val="28"/>
        </w:rPr>
        <w:t>chung</w:t>
      </w:r>
      <w:proofErr w:type="gramEnd"/>
    </w:p>
    <w:p w:rsidR="00852135" w:rsidRPr="00677BC5" w:rsidRDefault="00852135" w:rsidP="00852135">
      <w:pPr>
        <w:rPr>
          <w:sz w:val="28"/>
          <w:szCs w:val="28"/>
        </w:rPr>
      </w:pPr>
      <w:r w:rsidRPr="00677BC5">
        <w:rPr>
          <w:sz w:val="28"/>
          <w:szCs w:val="28"/>
        </w:rPr>
        <w:t>- Tự chủ và tự học: Chủ động đọc, viết, so sánh số tự nhiên; tự đặt tính và kiểm tra kết quả các phép tính.</w:t>
      </w:r>
    </w:p>
    <w:p w:rsidR="00852135" w:rsidRPr="00677BC5" w:rsidRDefault="00852135" w:rsidP="00852135">
      <w:pPr>
        <w:rPr>
          <w:sz w:val="28"/>
          <w:szCs w:val="28"/>
        </w:rPr>
      </w:pPr>
      <w:r w:rsidRPr="00677BC5">
        <w:rPr>
          <w:sz w:val="28"/>
          <w:szCs w:val="28"/>
        </w:rPr>
        <w:t xml:space="preserve">- Giao tiếp và hợp tác: Trao đổi cách đọc số, cách sắp xếp và cách giải bài toán trung bình cộng, </w:t>
      </w:r>
      <w:proofErr w:type="gramStart"/>
      <w:r w:rsidRPr="00677BC5">
        <w:rPr>
          <w:sz w:val="28"/>
          <w:szCs w:val="28"/>
        </w:rPr>
        <w:t>chu</w:t>
      </w:r>
      <w:proofErr w:type="gramEnd"/>
      <w:r w:rsidRPr="00677BC5">
        <w:rPr>
          <w:sz w:val="28"/>
          <w:szCs w:val="28"/>
        </w:rPr>
        <w:t xml:space="preserve"> vi, diện tích.</w:t>
      </w:r>
    </w:p>
    <w:p w:rsidR="00A4601E" w:rsidRPr="00677BC5" w:rsidRDefault="00475E08">
      <w:r w:rsidRPr="00677BC5">
        <w:rPr>
          <w:sz w:val="28"/>
          <w:szCs w:val="28"/>
        </w:rPr>
        <w:t>- Giải quyết vấn đề và sáng tạo: Lựa chọn cách đọc – viết, so sánh, đặt tính và vận dụng công thức phù hợp để giải bài toán.</w:t>
      </w:r>
    </w:p>
    <w:p w:rsidR="00852135" w:rsidRPr="00677BC5" w:rsidRDefault="00852135" w:rsidP="00852135">
      <w:pPr>
        <w:rPr>
          <w:sz w:val="28"/>
          <w:szCs w:val="28"/>
        </w:rPr>
      </w:pPr>
      <w:r w:rsidRPr="00677BC5">
        <w:rPr>
          <w:b/>
          <w:sz w:val="28"/>
          <w:szCs w:val="28"/>
        </w:rPr>
        <w:t>3. Phẩm chất</w:t>
      </w:r>
    </w:p>
    <w:p w:rsidR="00852135" w:rsidRPr="00677BC5" w:rsidRDefault="00852135" w:rsidP="00852135">
      <w:pPr>
        <w:rPr>
          <w:sz w:val="28"/>
          <w:szCs w:val="28"/>
        </w:rPr>
      </w:pPr>
      <w:r w:rsidRPr="00677BC5">
        <w:rPr>
          <w:sz w:val="28"/>
          <w:szCs w:val="28"/>
        </w:rPr>
        <w:t>- Chăm chỉ: Tích cực luyện đọc – viết số, đặt tính và giải toán; kiên trì sửa lỗi khi tính toán.</w:t>
      </w:r>
    </w:p>
    <w:p w:rsidR="00852135" w:rsidRPr="00677BC5" w:rsidRDefault="00852135" w:rsidP="00852135">
      <w:pPr>
        <w:rPr>
          <w:sz w:val="28"/>
          <w:szCs w:val="28"/>
        </w:rPr>
      </w:pPr>
      <w:r w:rsidRPr="00677BC5">
        <w:rPr>
          <w:sz w:val="28"/>
          <w:szCs w:val="28"/>
        </w:rPr>
        <w:t>- Trách nhiệm: Cẩn thận khi đặt tính, ghi đơn vị và trình bày bài giải; trung thực khi kiểm tra chéo.</w:t>
      </w:r>
    </w:p>
    <w:p w:rsidR="00852135" w:rsidRPr="00677BC5" w:rsidRDefault="00852135" w:rsidP="00852135">
      <w:pPr>
        <w:rPr>
          <w:sz w:val="28"/>
          <w:szCs w:val="28"/>
        </w:rPr>
      </w:pPr>
      <w:r w:rsidRPr="00677BC5">
        <w:rPr>
          <w:b/>
          <w:sz w:val="28"/>
          <w:szCs w:val="28"/>
        </w:rPr>
        <w:t>II. ĐỒ DÙNG DẠY HỌC</w:t>
      </w:r>
    </w:p>
    <w:p w:rsidR="00852135" w:rsidRPr="00677BC5" w:rsidRDefault="00852135" w:rsidP="00852135">
      <w:pPr>
        <w:rPr>
          <w:sz w:val="28"/>
          <w:szCs w:val="28"/>
        </w:rPr>
      </w:pPr>
      <w:r w:rsidRPr="00677BC5">
        <w:rPr>
          <w:sz w:val="28"/>
          <w:szCs w:val="28"/>
        </w:rPr>
        <w:t xml:space="preserve">- GV: Bộ đồ dùng dạy, học Toán 4; máy tính/ti </w:t>
      </w:r>
      <w:proofErr w:type="gramStart"/>
      <w:r w:rsidRPr="00677BC5">
        <w:rPr>
          <w:sz w:val="28"/>
          <w:szCs w:val="28"/>
        </w:rPr>
        <w:t>vi</w:t>
      </w:r>
      <w:proofErr w:type="gramEnd"/>
      <w:r w:rsidRPr="00677BC5">
        <w:rPr>
          <w:sz w:val="28"/>
          <w:szCs w:val="28"/>
        </w:rPr>
        <w:t xml:space="preserve"> (nếu có).</w:t>
      </w:r>
    </w:p>
    <w:p w:rsidR="00852135" w:rsidRPr="00677BC5" w:rsidRDefault="00852135" w:rsidP="00852135">
      <w:pPr>
        <w:rPr>
          <w:sz w:val="28"/>
          <w:szCs w:val="28"/>
        </w:rPr>
      </w:pPr>
      <w:r w:rsidRPr="00677BC5">
        <w:rPr>
          <w:sz w:val="28"/>
          <w:szCs w:val="28"/>
        </w:rPr>
        <w:t>- HS: SGK, vở ghi, bảng con.</w:t>
      </w:r>
    </w:p>
    <w:p w:rsidR="00852135" w:rsidRPr="00677BC5" w:rsidRDefault="00852135" w:rsidP="00852135">
      <w:pPr>
        <w:rPr>
          <w:sz w:val="28"/>
          <w:szCs w:val="28"/>
        </w:rPr>
      </w:pPr>
      <w:r w:rsidRPr="00677BC5">
        <w:rPr>
          <w:b/>
          <w:sz w:val="28"/>
          <w:szCs w:val="28"/>
        </w:rPr>
        <w:t>III. CÁC HOẠT ĐỘNG DẠY HỌC CHỦ YẾU</w:t>
      </w:r>
    </w:p>
    <w:tbl>
      <w:tblPr>
        <w:tblStyle w:val="TableGrid"/>
        <w:tblW w:w="0" w:type="auto"/>
        <w:jc w:val="center"/>
        <w:tblBorders>
          <w:insideH w:val="none" w:sz="0" w:space="0" w:color="auto"/>
        </w:tblBorders>
        <w:tblLook w:val="04A0" w:firstRow="1" w:lastRow="0" w:firstColumn="1" w:lastColumn="0" w:noHBand="0" w:noVBand="1"/>
      </w:tblPr>
      <w:tblGrid>
        <w:gridCol w:w="4416"/>
        <w:gridCol w:w="4440"/>
      </w:tblGrid>
      <w:tr w:rsidR="00677BC5" w:rsidRPr="00677BC5" w:rsidTr="00677BC5">
        <w:trPr>
          <w:jc w:val="center"/>
        </w:trPr>
        <w:tc>
          <w:tcPr>
            <w:tcW w:w="4702" w:type="dxa"/>
            <w:tcBorders>
              <w:bottom w:val="single" w:sz="4" w:space="0" w:color="auto"/>
            </w:tcBorders>
            <w:shd w:val="clear" w:color="auto" w:fill="auto"/>
          </w:tcPr>
          <w:p w:rsidR="00852135" w:rsidRPr="00677BC5" w:rsidRDefault="00852135" w:rsidP="00852135">
            <w:pPr>
              <w:rPr>
                <w:sz w:val="28"/>
                <w:szCs w:val="28"/>
              </w:rPr>
            </w:pPr>
            <w:r w:rsidRPr="00677BC5">
              <w:rPr>
                <w:b/>
                <w:sz w:val="28"/>
                <w:szCs w:val="28"/>
              </w:rPr>
              <w:t>Hoạt động của GV</w:t>
            </w:r>
          </w:p>
        </w:tc>
        <w:tc>
          <w:tcPr>
            <w:tcW w:w="4702" w:type="dxa"/>
            <w:tcBorders>
              <w:bottom w:val="single" w:sz="4" w:space="0" w:color="auto"/>
            </w:tcBorders>
            <w:shd w:val="clear" w:color="auto" w:fill="auto"/>
          </w:tcPr>
          <w:p w:rsidR="00852135" w:rsidRPr="00677BC5" w:rsidRDefault="00852135" w:rsidP="00852135">
            <w:pPr>
              <w:rPr>
                <w:sz w:val="28"/>
                <w:szCs w:val="28"/>
              </w:rPr>
            </w:pPr>
            <w:r w:rsidRPr="00677BC5">
              <w:rPr>
                <w:b/>
                <w:sz w:val="28"/>
                <w:szCs w:val="28"/>
              </w:rPr>
              <w:t>Hoạt động của HS</w:t>
            </w:r>
          </w:p>
        </w:tc>
      </w:tr>
      <w:tr w:rsidR="00677BC5" w:rsidRPr="00677BC5" w:rsidTr="00677BC5">
        <w:trPr>
          <w:jc w:val="center"/>
        </w:trPr>
        <w:tc>
          <w:tcPr>
            <w:tcW w:w="9404" w:type="dxa"/>
            <w:gridSpan w:val="2"/>
            <w:tcBorders>
              <w:top w:val="single" w:sz="4" w:space="0" w:color="auto"/>
              <w:bottom w:val="single" w:sz="4" w:space="0" w:color="auto"/>
            </w:tcBorders>
            <w:shd w:val="clear" w:color="auto" w:fill="auto"/>
          </w:tcPr>
          <w:p w:rsidR="00852135" w:rsidRPr="00677BC5" w:rsidRDefault="00852135" w:rsidP="00852135">
            <w:pPr>
              <w:rPr>
                <w:sz w:val="28"/>
                <w:szCs w:val="28"/>
              </w:rPr>
            </w:pPr>
            <w:r w:rsidRPr="00677BC5">
              <w:rPr>
                <w:b/>
                <w:sz w:val="28"/>
                <w:szCs w:val="28"/>
              </w:rPr>
              <w:t>1. Khởi động:</w:t>
            </w:r>
          </w:p>
          <w:p w:rsidR="00A4601E" w:rsidRPr="00677BC5" w:rsidRDefault="00475E08">
            <w:r w:rsidRPr="00677BC5">
              <w:rPr>
                <w:b/>
                <w:sz w:val="28"/>
                <w:szCs w:val="28"/>
              </w:rPr>
              <w:t>- Mục tiêu: Ôn các hàng trong số có nhiều chữ số và cách đọc – viết số tự nhiên.</w:t>
            </w:r>
          </w:p>
          <w:p w:rsidR="00A4601E" w:rsidRPr="00677BC5" w:rsidRDefault="00475E08">
            <w:r w:rsidRPr="00677BC5">
              <w:rPr>
                <w:b/>
                <w:i/>
                <w:sz w:val="28"/>
                <w:szCs w:val="28"/>
              </w:rPr>
              <w:t>*Cách tiến hành:</w:t>
            </w:r>
          </w:p>
        </w:tc>
      </w:tr>
      <w:tr w:rsidR="00677BC5" w:rsidRPr="00677BC5" w:rsidTr="00677BC5">
        <w:trPr>
          <w:jc w:val="center"/>
        </w:trPr>
        <w:tc>
          <w:tcPr>
            <w:tcW w:w="4702" w:type="dxa"/>
            <w:tcBorders>
              <w:top w:val="single" w:sz="4" w:space="0" w:color="auto"/>
            </w:tcBorders>
            <w:shd w:val="clear" w:color="auto" w:fill="auto"/>
          </w:tcPr>
          <w:p w:rsidR="00852135" w:rsidRPr="00677BC5" w:rsidRDefault="00852135" w:rsidP="00852135">
            <w:pPr>
              <w:rPr>
                <w:sz w:val="28"/>
                <w:szCs w:val="28"/>
              </w:rPr>
            </w:pPr>
            <w:r w:rsidRPr="00677BC5">
              <w:rPr>
                <w:sz w:val="28"/>
                <w:szCs w:val="28"/>
              </w:rPr>
              <w:t>- GV yêu cầu HS nêu lại tên các hàng của số có 5 chữ số; nhắc cách đọc – viết các số tự nhiên.</w:t>
            </w:r>
            <w:r w:rsidRPr="00677BC5">
              <w:rPr>
                <w:sz w:val="28"/>
                <w:szCs w:val="28"/>
              </w:rPr>
              <w:br/>
            </w:r>
            <w:r w:rsidRPr="00677BC5">
              <w:rPr>
                <w:sz w:val="28"/>
                <w:szCs w:val="28"/>
              </w:rPr>
              <w:lastRenderedPageBreak/>
              <w:t>- GV nhận xét, bổ sung.</w:t>
            </w:r>
          </w:p>
        </w:tc>
        <w:tc>
          <w:tcPr>
            <w:tcW w:w="4702" w:type="dxa"/>
            <w:tcBorders>
              <w:top w:val="single" w:sz="4" w:space="0" w:color="auto"/>
            </w:tcBorders>
            <w:shd w:val="clear" w:color="auto" w:fill="auto"/>
          </w:tcPr>
          <w:p w:rsidR="00852135" w:rsidRPr="00677BC5" w:rsidRDefault="00852135" w:rsidP="00852135">
            <w:pPr>
              <w:rPr>
                <w:sz w:val="28"/>
                <w:szCs w:val="28"/>
              </w:rPr>
            </w:pPr>
            <w:r w:rsidRPr="00677BC5">
              <w:rPr>
                <w:sz w:val="28"/>
                <w:szCs w:val="28"/>
              </w:rPr>
              <w:lastRenderedPageBreak/>
              <w:t>- HS nêu: hàng chục nghìn, nghìn, trăm, chục, đơn vị; nêu cách đọc – viết số tự nhiên.</w:t>
            </w:r>
            <w:r w:rsidRPr="00677BC5">
              <w:rPr>
                <w:sz w:val="28"/>
                <w:szCs w:val="28"/>
              </w:rPr>
              <w:br/>
            </w:r>
            <w:r w:rsidRPr="00677BC5">
              <w:rPr>
                <w:sz w:val="28"/>
                <w:szCs w:val="28"/>
              </w:rPr>
              <w:lastRenderedPageBreak/>
              <w:t>- HS lắng nghe, bổ sung.</w:t>
            </w:r>
          </w:p>
        </w:tc>
      </w:tr>
      <w:tr w:rsidR="00677BC5" w:rsidRPr="00677BC5" w:rsidTr="00677BC5">
        <w:trPr>
          <w:jc w:val="center"/>
        </w:trPr>
        <w:tc>
          <w:tcPr>
            <w:tcW w:w="4702" w:type="dxa"/>
            <w:tcBorders>
              <w:bottom w:val="single" w:sz="4" w:space="0" w:color="auto"/>
            </w:tcBorders>
            <w:shd w:val="clear" w:color="auto" w:fill="auto"/>
          </w:tcPr>
          <w:p w:rsidR="00852135" w:rsidRPr="00677BC5" w:rsidRDefault="00852135" w:rsidP="00852135">
            <w:pPr>
              <w:rPr>
                <w:sz w:val="28"/>
                <w:szCs w:val="28"/>
              </w:rPr>
            </w:pPr>
            <w:r w:rsidRPr="00677BC5">
              <w:rPr>
                <w:sz w:val="28"/>
                <w:szCs w:val="28"/>
              </w:rPr>
              <w:lastRenderedPageBreak/>
              <w:t>- GV giới thiệu – ghi bài: Ôn tập chung (T1).</w:t>
            </w:r>
          </w:p>
        </w:tc>
        <w:tc>
          <w:tcPr>
            <w:tcW w:w="4702" w:type="dxa"/>
            <w:tcBorders>
              <w:bottom w:val="single" w:sz="4" w:space="0" w:color="auto"/>
            </w:tcBorders>
            <w:shd w:val="clear" w:color="auto" w:fill="auto"/>
          </w:tcPr>
          <w:p w:rsidR="00852135" w:rsidRPr="00677BC5" w:rsidRDefault="00852135" w:rsidP="00852135">
            <w:pPr>
              <w:rPr>
                <w:sz w:val="28"/>
                <w:szCs w:val="28"/>
              </w:rPr>
            </w:pPr>
            <w:r w:rsidRPr="00677BC5">
              <w:rPr>
                <w:sz w:val="28"/>
                <w:szCs w:val="28"/>
              </w:rPr>
              <w:t>- HS lắng nghe, ghi vở.</w:t>
            </w:r>
          </w:p>
        </w:tc>
      </w:tr>
      <w:tr w:rsidR="00677BC5" w:rsidRPr="00677BC5" w:rsidTr="00677BC5">
        <w:trPr>
          <w:jc w:val="center"/>
        </w:trPr>
        <w:tc>
          <w:tcPr>
            <w:tcW w:w="9404" w:type="dxa"/>
            <w:gridSpan w:val="2"/>
            <w:tcBorders>
              <w:top w:val="single" w:sz="4" w:space="0" w:color="auto"/>
              <w:bottom w:val="single" w:sz="4" w:space="0" w:color="auto"/>
            </w:tcBorders>
            <w:shd w:val="clear" w:color="auto" w:fill="auto"/>
          </w:tcPr>
          <w:p w:rsidR="00852135" w:rsidRPr="00677BC5" w:rsidRDefault="00852135" w:rsidP="00852135">
            <w:pPr>
              <w:rPr>
                <w:sz w:val="28"/>
                <w:szCs w:val="28"/>
              </w:rPr>
            </w:pPr>
            <w:r w:rsidRPr="00677BC5">
              <w:rPr>
                <w:b/>
                <w:sz w:val="28"/>
                <w:szCs w:val="28"/>
              </w:rPr>
              <w:t>2. Luyện tập, thực hành:</w:t>
            </w:r>
          </w:p>
          <w:p w:rsidR="00A4601E" w:rsidRPr="00677BC5" w:rsidRDefault="00475E08">
            <w:r w:rsidRPr="00677BC5">
              <w:rPr>
                <w:b/>
                <w:sz w:val="28"/>
                <w:szCs w:val="28"/>
              </w:rPr>
              <w:t>- Mục tiêu: Luyện đọc – viết số, đặt tính, sắp xếp số; giải toán trung bình cộng, chu vi và diện tích.</w:t>
            </w:r>
          </w:p>
          <w:p w:rsidR="00A4601E" w:rsidRPr="00677BC5" w:rsidRDefault="00475E08">
            <w:r w:rsidRPr="00677BC5">
              <w:rPr>
                <w:b/>
                <w:i/>
                <w:sz w:val="28"/>
                <w:szCs w:val="28"/>
              </w:rPr>
              <w:t>*Cách tiến hành:</w:t>
            </w:r>
          </w:p>
        </w:tc>
      </w:tr>
      <w:tr w:rsidR="00677BC5" w:rsidRPr="00677BC5" w:rsidTr="00677BC5">
        <w:trPr>
          <w:jc w:val="center"/>
        </w:trPr>
        <w:tc>
          <w:tcPr>
            <w:tcW w:w="9404" w:type="dxa"/>
            <w:gridSpan w:val="2"/>
            <w:tcBorders>
              <w:top w:val="single" w:sz="4" w:space="0" w:color="auto"/>
              <w:bottom w:val="single" w:sz="4" w:space="0" w:color="auto"/>
            </w:tcBorders>
            <w:shd w:val="clear" w:color="auto" w:fill="auto"/>
          </w:tcPr>
          <w:p w:rsidR="00852135" w:rsidRPr="00677BC5" w:rsidRDefault="00852135" w:rsidP="00852135">
            <w:pPr>
              <w:rPr>
                <w:sz w:val="28"/>
                <w:szCs w:val="28"/>
              </w:rPr>
            </w:pPr>
            <w:r w:rsidRPr="00677BC5">
              <w:rPr>
                <w:b/>
                <w:sz w:val="28"/>
                <w:szCs w:val="28"/>
              </w:rPr>
              <w:t>Bài 1 (Viết số, đọc số)</w:t>
            </w:r>
          </w:p>
        </w:tc>
      </w:tr>
      <w:tr w:rsidR="00677BC5" w:rsidRPr="00677BC5" w:rsidTr="00677BC5">
        <w:trPr>
          <w:jc w:val="center"/>
        </w:trPr>
        <w:tc>
          <w:tcPr>
            <w:tcW w:w="4702" w:type="dxa"/>
            <w:tcBorders>
              <w:top w:val="single" w:sz="4" w:space="0" w:color="auto"/>
            </w:tcBorders>
            <w:shd w:val="clear" w:color="auto" w:fill="auto"/>
          </w:tcPr>
          <w:p w:rsidR="00A4601E" w:rsidRPr="00677BC5" w:rsidRDefault="00852135" w:rsidP="00677BC5">
            <w:pPr>
              <w:rPr>
                <w:sz w:val="28"/>
                <w:szCs w:val="28"/>
              </w:rPr>
            </w:pPr>
            <w:r w:rsidRPr="00677BC5">
              <w:rPr>
                <w:sz w:val="28"/>
                <w:szCs w:val="28"/>
              </w:rPr>
              <w:t>- GV cho HS nêu yêu cầu bài tập.</w:t>
            </w:r>
            <w:r w:rsidRPr="00677BC5">
              <w:rPr>
                <w:sz w:val="28"/>
                <w:szCs w:val="28"/>
              </w:rPr>
              <w:br/>
              <w:t>- Tổ chức HS làm cá nhân: viết số vào bảng con và đọc số vừa viết.</w:t>
            </w:r>
            <w:r w:rsidRPr="00677BC5">
              <w:rPr>
                <w:sz w:val="28"/>
                <w:szCs w:val="28"/>
              </w:rPr>
              <w:br/>
              <w:t>- GV gọi 2–3 HS báo cáo; GV chốt kết quả.</w:t>
            </w:r>
          </w:p>
        </w:tc>
        <w:tc>
          <w:tcPr>
            <w:tcW w:w="4702" w:type="dxa"/>
            <w:tcBorders>
              <w:top w:val="single" w:sz="4" w:space="0" w:color="auto"/>
            </w:tcBorders>
            <w:shd w:val="clear" w:color="auto" w:fill="auto"/>
          </w:tcPr>
          <w:p w:rsidR="00852135" w:rsidRPr="00677BC5" w:rsidRDefault="00852135" w:rsidP="00852135">
            <w:pPr>
              <w:rPr>
                <w:sz w:val="28"/>
                <w:szCs w:val="28"/>
              </w:rPr>
            </w:pPr>
            <w:r w:rsidRPr="00677BC5">
              <w:rPr>
                <w:sz w:val="28"/>
                <w:szCs w:val="28"/>
              </w:rPr>
              <w:t>- HS đọc yêu cầu.</w:t>
            </w:r>
            <w:r w:rsidRPr="00677BC5">
              <w:rPr>
                <w:sz w:val="28"/>
                <w:szCs w:val="28"/>
              </w:rPr>
              <w:br/>
              <w:t>- HS viết số vào bảng con và đọc số.</w:t>
            </w:r>
            <w:r w:rsidRPr="00677BC5">
              <w:rPr>
                <w:sz w:val="28"/>
                <w:szCs w:val="28"/>
              </w:rPr>
              <w:br/>
              <w:t>- HS báo cáo, cả lớp nhận xét.</w:t>
            </w:r>
          </w:p>
        </w:tc>
      </w:tr>
      <w:tr w:rsidR="00677BC5" w:rsidRPr="00677BC5" w:rsidTr="00677BC5">
        <w:trPr>
          <w:jc w:val="center"/>
        </w:trPr>
        <w:tc>
          <w:tcPr>
            <w:tcW w:w="4702" w:type="dxa"/>
            <w:tcBorders>
              <w:bottom w:val="single" w:sz="4" w:space="0" w:color="auto"/>
            </w:tcBorders>
            <w:shd w:val="clear" w:color="auto" w:fill="auto"/>
          </w:tcPr>
          <w:p w:rsidR="00852135" w:rsidRPr="00677BC5" w:rsidRDefault="00852135" w:rsidP="00852135">
            <w:pPr>
              <w:rPr>
                <w:sz w:val="28"/>
                <w:szCs w:val="28"/>
              </w:rPr>
            </w:pPr>
            <w:r w:rsidRPr="00677BC5">
              <w:rPr>
                <w:sz w:val="28"/>
                <w:szCs w:val="28"/>
              </w:rPr>
              <w:t>- Chốt đáp án:</w:t>
            </w:r>
            <w:r w:rsidRPr="00677BC5">
              <w:rPr>
                <w:sz w:val="28"/>
                <w:szCs w:val="28"/>
              </w:rPr>
              <w:br/>
              <w:t xml:space="preserve">  + 2 chục nghìn, 7 nghìn, 5 </w:t>
            </w:r>
            <w:proofErr w:type="gramStart"/>
            <w:r w:rsidRPr="00677BC5">
              <w:rPr>
                <w:sz w:val="28"/>
                <w:szCs w:val="28"/>
              </w:rPr>
              <w:t>trăm</w:t>
            </w:r>
            <w:proofErr w:type="gramEnd"/>
            <w:r w:rsidRPr="00677BC5">
              <w:rPr>
                <w:sz w:val="28"/>
                <w:szCs w:val="28"/>
              </w:rPr>
              <w:t>, 4 chục và 4 đơn vị.</w:t>
            </w:r>
            <w:r w:rsidRPr="00677BC5">
              <w:rPr>
                <w:sz w:val="28"/>
                <w:szCs w:val="28"/>
              </w:rPr>
              <w:br/>
              <w:t xml:space="preserve">  + 8 chục nghìn, 5 </w:t>
            </w:r>
            <w:proofErr w:type="gramStart"/>
            <w:r w:rsidRPr="00677BC5">
              <w:rPr>
                <w:sz w:val="28"/>
                <w:szCs w:val="28"/>
              </w:rPr>
              <w:t>trăm</w:t>
            </w:r>
            <w:proofErr w:type="gramEnd"/>
            <w:r w:rsidRPr="00677BC5">
              <w:rPr>
                <w:sz w:val="28"/>
                <w:szCs w:val="28"/>
              </w:rPr>
              <w:t>, 2 chục và 5 đơn vị.</w:t>
            </w:r>
            <w:r w:rsidRPr="00677BC5">
              <w:rPr>
                <w:sz w:val="28"/>
                <w:szCs w:val="28"/>
              </w:rPr>
              <w:br/>
              <w:t xml:space="preserve">  + 3 triệu, 2 trăm nghìn, 4 chục nghìn, 6 nghìn, 3 trăm và 4 đơn vị.</w:t>
            </w:r>
            <w:r w:rsidRPr="00677BC5">
              <w:rPr>
                <w:sz w:val="28"/>
                <w:szCs w:val="28"/>
              </w:rPr>
              <w:br/>
              <w:t>- Yêu cầu HS xác định giá trị chữ số, thuộc hàng nào, lớp nào.</w:t>
            </w:r>
          </w:p>
        </w:tc>
        <w:tc>
          <w:tcPr>
            <w:tcW w:w="4702" w:type="dxa"/>
            <w:tcBorders>
              <w:bottom w:val="single" w:sz="4" w:space="0" w:color="auto"/>
            </w:tcBorders>
            <w:shd w:val="clear" w:color="auto" w:fill="auto"/>
          </w:tcPr>
          <w:p w:rsidR="00852135" w:rsidRPr="00677BC5" w:rsidRDefault="00852135" w:rsidP="00852135">
            <w:pPr>
              <w:rPr>
                <w:sz w:val="28"/>
                <w:szCs w:val="28"/>
              </w:rPr>
            </w:pPr>
            <w:r w:rsidRPr="00677BC5">
              <w:rPr>
                <w:sz w:val="28"/>
                <w:szCs w:val="28"/>
              </w:rPr>
              <w:t>- HS nêu:</w:t>
            </w:r>
            <w:r w:rsidRPr="00677BC5">
              <w:rPr>
                <w:sz w:val="28"/>
                <w:szCs w:val="28"/>
              </w:rPr>
              <w:br/>
              <w:t xml:space="preserve">  + Viết số: 27 544; đọc: hai mươi bảy nghìn năm trăm bốn mươi bốn.</w:t>
            </w:r>
            <w:r w:rsidRPr="00677BC5">
              <w:rPr>
                <w:sz w:val="28"/>
                <w:szCs w:val="28"/>
              </w:rPr>
              <w:br/>
              <w:t xml:space="preserve">  + Viết số: 80 525; đọc: tám mươi nghìn năm trăm hai mươi lăm.</w:t>
            </w:r>
            <w:r w:rsidRPr="00677BC5">
              <w:rPr>
                <w:sz w:val="28"/>
                <w:szCs w:val="28"/>
              </w:rPr>
              <w:br/>
              <w:t xml:space="preserve">  + Viết số: 3 246 304; đọc: ba triệu hai trăm bốn mươi sáu nghìn ba trăm linh tư.</w:t>
            </w:r>
            <w:r w:rsidRPr="00677BC5">
              <w:rPr>
                <w:sz w:val="28"/>
                <w:szCs w:val="28"/>
              </w:rPr>
              <w:br/>
              <w:t>- HS chỉ ra: chữ số ở hàng, lớp tương ứng (VD: 3 ở lớp triệu; 2 ở hàng trăm nghìn…).</w:t>
            </w:r>
          </w:p>
        </w:tc>
      </w:tr>
      <w:tr w:rsidR="00677BC5" w:rsidRPr="00677BC5" w:rsidTr="00677BC5">
        <w:trPr>
          <w:jc w:val="center"/>
        </w:trPr>
        <w:tc>
          <w:tcPr>
            <w:tcW w:w="9404" w:type="dxa"/>
            <w:gridSpan w:val="2"/>
            <w:tcBorders>
              <w:top w:val="single" w:sz="4" w:space="0" w:color="auto"/>
              <w:bottom w:val="single" w:sz="4" w:space="0" w:color="auto"/>
            </w:tcBorders>
            <w:shd w:val="clear" w:color="auto" w:fill="auto"/>
          </w:tcPr>
          <w:p w:rsidR="00852135" w:rsidRPr="00677BC5" w:rsidRDefault="00852135" w:rsidP="00852135">
            <w:pPr>
              <w:rPr>
                <w:sz w:val="28"/>
                <w:szCs w:val="28"/>
              </w:rPr>
            </w:pPr>
            <w:r w:rsidRPr="00677BC5">
              <w:rPr>
                <w:b/>
                <w:sz w:val="28"/>
                <w:szCs w:val="28"/>
              </w:rPr>
              <w:t>Bài 2 (Đặt tính rồi tính)</w:t>
            </w:r>
          </w:p>
        </w:tc>
      </w:tr>
      <w:tr w:rsidR="00677BC5" w:rsidRPr="00677BC5" w:rsidTr="00677BC5">
        <w:trPr>
          <w:jc w:val="center"/>
        </w:trPr>
        <w:tc>
          <w:tcPr>
            <w:tcW w:w="4702" w:type="dxa"/>
            <w:tcBorders>
              <w:top w:val="single" w:sz="4" w:space="0" w:color="auto"/>
            </w:tcBorders>
            <w:shd w:val="clear" w:color="auto" w:fill="auto"/>
          </w:tcPr>
          <w:p w:rsidR="00852135" w:rsidRPr="00677BC5" w:rsidRDefault="00852135" w:rsidP="00852135">
            <w:pPr>
              <w:rPr>
                <w:sz w:val="28"/>
                <w:szCs w:val="28"/>
              </w:rPr>
            </w:pPr>
            <w:r w:rsidRPr="00677BC5">
              <w:rPr>
                <w:sz w:val="28"/>
                <w:szCs w:val="28"/>
              </w:rPr>
              <w:t>- GV cho HS nêu yêu cầu.</w:t>
            </w:r>
            <w:r w:rsidRPr="00677BC5">
              <w:rPr>
                <w:sz w:val="28"/>
                <w:szCs w:val="28"/>
              </w:rPr>
              <w:br/>
              <w:t>- Tổ chức HS làm cá nhân vào bảng con (mỗi phép tính làm lần lượt theo hiệu lệnh).</w:t>
            </w:r>
            <w:r w:rsidRPr="00677BC5">
              <w:rPr>
                <w:sz w:val="28"/>
                <w:szCs w:val="28"/>
              </w:rPr>
              <w:br/>
              <w:t>- GV chữa và chốt kết quả.</w:t>
            </w:r>
          </w:p>
        </w:tc>
        <w:tc>
          <w:tcPr>
            <w:tcW w:w="4702" w:type="dxa"/>
            <w:tcBorders>
              <w:top w:val="single" w:sz="4" w:space="0" w:color="auto"/>
            </w:tcBorders>
            <w:shd w:val="clear" w:color="auto" w:fill="auto"/>
          </w:tcPr>
          <w:p w:rsidR="00852135" w:rsidRPr="00677BC5" w:rsidRDefault="00852135" w:rsidP="00852135">
            <w:pPr>
              <w:rPr>
                <w:sz w:val="28"/>
                <w:szCs w:val="28"/>
              </w:rPr>
            </w:pPr>
            <w:r w:rsidRPr="00677BC5">
              <w:rPr>
                <w:sz w:val="28"/>
                <w:szCs w:val="28"/>
              </w:rPr>
              <w:t>- HS đọc yêu cầu.</w:t>
            </w:r>
            <w:r w:rsidRPr="00677BC5">
              <w:rPr>
                <w:sz w:val="28"/>
                <w:szCs w:val="28"/>
              </w:rPr>
              <w:br/>
              <w:t>- HS đặt tính và tính trên bảng con.</w:t>
            </w:r>
            <w:r w:rsidRPr="00677BC5">
              <w:rPr>
                <w:sz w:val="28"/>
                <w:szCs w:val="28"/>
              </w:rPr>
              <w:br/>
              <w:t>- HS giơ bảng; nhận xét, sửa sai.</w:t>
            </w:r>
          </w:p>
        </w:tc>
      </w:tr>
      <w:tr w:rsidR="00677BC5" w:rsidRPr="00677BC5" w:rsidTr="00677BC5">
        <w:trPr>
          <w:jc w:val="center"/>
        </w:trPr>
        <w:tc>
          <w:tcPr>
            <w:tcW w:w="4702" w:type="dxa"/>
            <w:tcBorders>
              <w:bottom w:val="single" w:sz="4" w:space="0" w:color="auto"/>
            </w:tcBorders>
            <w:shd w:val="clear" w:color="auto" w:fill="auto"/>
          </w:tcPr>
          <w:p w:rsidR="00852135" w:rsidRPr="00677BC5" w:rsidRDefault="00852135" w:rsidP="00852135">
            <w:pPr>
              <w:rPr>
                <w:sz w:val="28"/>
                <w:szCs w:val="28"/>
              </w:rPr>
            </w:pPr>
            <w:r w:rsidRPr="00677BC5">
              <w:rPr>
                <w:sz w:val="28"/>
                <w:szCs w:val="28"/>
              </w:rPr>
              <w:t>- Chốt kết quả:</w:t>
            </w:r>
            <w:r w:rsidRPr="00677BC5">
              <w:rPr>
                <w:sz w:val="28"/>
                <w:szCs w:val="28"/>
              </w:rPr>
              <w:br/>
              <w:t xml:space="preserve">  2 667 + 3 825 = 6 492</w:t>
            </w:r>
            <w:r w:rsidRPr="00677BC5">
              <w:rPr>
                <w:sz w:val="28"/>
                <w:szCs w:val="28"/>
              </w:rPr>
              <w:br/>
              <w:t xml:space="preserve">  8 274 − 4 516 = 3 758</w:t>
            </w:r>
            <w:r w:rsidRPr="00677BC5">
              <w:rPr>
                <w:sz w:val="28"/>
                <w:szCs w:val="28"/>
              </w:rPr>
              <w:br/>
              <w:t xml:space="preserve">  324 × 14 = 4 536</w:t>
            </w:r>
            <w:r w:rsidRPr="00677BC5">
              <w:rPr>
                <w:sz w:val="28"/>
                <w:szCs w:val="28"/>
              </w:rPr>
              <w:br/>
              <w:t xml:space="preserve">  74 165 : 5 = 14 833</w:t>
            </w:r>
          </w:p>
        </w:tc>
        <w:tc>
          <w:tcPr>
            <w:tcW w:w="4702" w:type="dxa"/>
            <w:tcBorders>
              <w:bottom w:val="single" w:sz="4" w:space="0" w:color="auto"/>
            </w:tcBorders>
            <w:shd w:val="clear" w:color="auto" w:fill="auto"/>
          </w:tcPr>
          <w:p w:rsidR="00852135" w:rsidRPr="00677BC5" w:rsidRDefault="00852135" w:rsidP="00852135">
            <w:pPr>
              <w:rPr>
                <w:sz w:val="28"/>
                <w:szCs w:val="28"/>
              </w:rPr>
            </w:pPr>
            <w:r w:rsidRPr="00677BC5">
              <w:rPr>
                <w:sz w:val="28"/>
                <w:szCs w:val="28"/>
              </w:rPr>
              <w:t>- HS nêu lại cách đặt tính và cách tính; đối chiếu kết quả và sửa bài.</w:t>
            </w:r>
          </w:p>
        </w:tc>
      </w:tr>
      <w:tr w:rsidR="00677BC5" w:rsidRPr="00677BC5" w:rsidTr="00677BC5">
        <w:trPr>
          <w:jc w:val="center"/>
        </w:trPr>
        <w:tc>
          <w:tcPr>
            <w:tcW w:w="9404" w:type="dxa"/>
            <w:gridSpan w:val="2"/>
            <w:tcBorders>
              <w:top w:val="single" w:sz="4" w:space="0" w:color="auto"/>
              <w:bottom w:val="single" w:sz="4" w:space="0" w:color="auto"/>
            </w:tcBorders>
            <w:shd w:val="clear" w:color="auto" w:fill="auto"/>
          </w:tcPr>
          <w:p w:rsidR="00852135" w:rsidRPr="00677BC5" w:rsidRDefault="00852135" w:rsidP="00852135">
            <w:pPr>
              <w:rPr>
                <w:sz w:val="28"/>
                <w:szCs w:val="28"/>
              </w:rPr>
            </w:pPr>
            <w:r w:rsidRPr="00677BC5">
              <w:rPr>
                <w:b/>
                <w:sz w:val="28"/>
                <w:szCs w:val="28"/>
              </w:rPr>
              <w:t>Bài 3 (Sắp xếp các số)</w:t>
            </w:r>
          </w:p>
        </w:tc>
      </w:tr>
      <w:tr w:rsidR="00677BC5" w:rsidRPr="00677BC5" w:rsidTr="00677BC5">
        <w:trPr>
          <w:jc w:val="center"/>
        </w:trPr>
        <w:tc>
          <w:tcPr>
            <w:tcW w:w="4702" w:type="dxa"/>
            <w:tcBorders>
              <w:top w:val="single" w:sz="4" w:space="0" w:color="auto"/>
            </w:tcBorders>
            <w:shd w:val="clear" w:color="auto" w:fill="auto"/>
          </w:tcPr>
          <w:p w:rsidR="00852135" w:rsidRPr="00677BC5" w:rsidRDefault="00852135" w:rsidP="00852135">
            <w:pPr>
              <w:rPr>
                <w:sz w:val="28"/>
                <w:szCs w:val="28"/>
              </w:rPr>
            </w:pPr>
            <w:r w:rsidRPr="00677BC5">
              <w:rPr>
                <w:sz w:val="28"/>
                <w:szCs w:val="28"/>
              </w:rPr>
              <w:t>- GV cho HS nêu yêu cầu.</w:t>
            </w:r>
            <w:r w:rsidRPr="00677BC5">
              <w:rPr>
                <w:sz w:val="28"/>
                <w:szCs w:val="28"/>
              </w:rPr>
              <w:br/>
              <w:t>- Tổ chức HS làm cá nhân vào bảng con.</w:t>
            </w:r>
            <w:r w:rsidRPr="00677BC5">
              <w:rPr>
                <w:sz w:val="28"/>
                <w:szCs w:val="28"/>
              </w:rPr>
              <w:br/>
            </w:r>
            <w:r w:rsidRPr="00677BC5">
              <w:rPr>
                <w:sz w:val="28"/>
                <w:szCs w:val="28"/>
              </w:rPr>
              <w:lastRenderedPageBreak/>
              <w:t>- Gọi HS báo cáo; yêu cầu nêu cách so sánh số tự nhiên.</w:t>
            </w:r>
          </w:p>
        </w:tc>
        <w:tc>
          <w:tcPr>
            <w:tcW w:w="4702" w:type="dxa"/>
            <w:tcBorders>
              <w:top w:val="single" w:sz="4" w:space="0" w:color="auto"/>
            </w:tcBorders>
            <w:shd w:val="clear" w:color="auto" w:fill="auto"/>
          </w:tcPr>
          <w:p w:rsidR="00852135" w:rsidRPr="00677BC5" w:rsidRDefault="00852135" w:rsidP="00852135">
            <w:pPr>
              <w:rPr>
                <w:sz w:val="28"/>
                <w:szCs w:val="28"/>
              </w:rPr>
            </w:pPr>
            <w:r w:rsidRPr="00677BC5">
              <w:rPr>
                <w:sz w:val="28"/>
                <w:szCs w:val="28"/>
              </w:rPr>
              <w:lastRenderedPageBreak/>
              <w:t>- HS đọc yêu cầu.</w:t>
            </w:r>
            <w:r w:rsidRPr="00677BC5">
              <w:rPr>
                <w:sz w:val="28"/>
                <w:szCs w:val="28"/>
              </w:rPr>
              <w:br/>
              <w:t>- HS sắp xếp vào bảng con.</w:t>
            </w:r>
            <w:r w:rsidRPr="00677BC5">
              <w:rPr>
                <w:sz w:val="28"/>
                <w:szCs w:val="28"/>
              </w:rPr>
              <w:br/>
              <w:t>- HS báo cáo, nêu cách so sánh.</w:t>
            </w:r>
          </w:p>
        </w:tc>
      </w:tr>
      <w:tr w:rsidR="00677BC5" w:rsidRPr="00677BC5" w:rsidTr="00677BC5">
        <w:trPr>
          <w:jc w:val="center"/>
        </w:trPr>
        <w:tc>
          <w:tcPr>
            <w:tcW w:w="4702" w:type="dxa"/>
            <w:tcBorders>
              <w:bottom w:val="single" w:sz="4" w:space="0" w:color="auto"/>
            </w:tcBorders>
            <w:shd w:val="clear" w:color="auto" w:fill="auto"/>
          </w:tcPr>
          <w:p w:rsidR="00852135" w:rsidRPr="00677BC5" w:rsidRDefault="00852135" w:rsidP="00852135">
            <w:pPr>
              <w:rPr>
                <w:sz w:val="28"/>
                <w:szCs w:val="28"/>
              </w:rPr>
            </w:pPr>
            <w:r w:rsidRPr="00677BC5">
              <w:rPr>
                <w:sz w:val="28"/>
                <w:szCs w:val="28"/>
              </w:rPr>
              <w:lastRenderedPageBreak/>
              <w:t>- Chốt đáp án:</w:t>
            </w:r>
            <w:r w:rsidRPr="00677BC5">
              <w:rPr>
                <w:sz w:val="28"/>
                <w:szCs w:val="28"/>
              </w:rPr>
              <w:br/>
              <w:t xml:space="preserve">  a) Từ bé đến lớn: 2 413; 2 431; 3 142; 3 421.</w:t>
            </w:r>
            <w:r w:rsidRPr="00677BC5">
              <w:rPr>
                <w:sz w:val="28"/>
                <w:szCs w:val="28"/>
              </w:rPr>
              <w:br/>
              <w:t xml:space="preserve">  b) Từ lớn đến bé: 3 421; 3 142; 2 431; 2 413.</w:t>
            </w:r>
            <w:r w:rsidRPr="00677BC5">
              <w:rPr>
                <w:sz w:val="28"/>
                <w:szCs w:val="28"/>
              </w:rPr>
              <w:br/>
              <w:t>- Nhắc lại: so sánh từ hàng cao đến hàng thấp.</w:t>
            </w:r>
          </w:p>
        </w:tc>
        <w:tc>
          <w:tcPr>
            <w:tcW w:w="4702" w:type="dxa"/>
            <w:tcBorders>
              <w:bottom w:val="single" w:sz="4" w:space="0" w:color="auto"/>
            </w:tcBorders>
            <w:shd w:val="clear" w:color="auto" w:fill="auto"/>
          </w:tcPr>
          <w:p w:rsidR="00852135" w:rsidRPr="00677BC5" w:rsidRDefault="00852135" w:rsidP="00852135">
            <w:pPr>
              <w:rPr>
                <w:sz w:val="28"/>
                <w:szCs w:val="28"/>
              </w:rPr>
            </w:pPr>
            <w:r w:rsidRPr="00677BC5">
              <w:rPr>
                <w:sz w:val="28"/>
                <w:szCs w:val="28"/>
              </w:rPr>
              <w:t>- HS ghi nhớ: so sánh số chữ số; nếu bằng nhau thì so sánh từng hàng từ trái sang phải.</w:t>
            </w:r>
          </w:p>
        </w:tc>
      </w:tr>
      <w:tr w:rsidR="00677BC5" w:rsidRPr="00677BC5" w:rsidTr="00677BC5">
        <w:trPr>
          <w:jc w:val="center"/>
        </w:trPr>
        <w:tc>
          <w:tcPr>
            <w:tcW w:w="9404" w:type="dxa"/>
            <w:gridSpan w:val="2"/>
            <w:tcBorders>
              <w:top w:val="single" w:sz="4" w:space="0" w:color="auto"/>
              <w:bottom w:val="single" w:sz="4" w:space="0" w:color="auto"/>
            </w:tcBorders>
            <w:shd w:val="clear" w:color="auto" w:fill="auto"/>
          </w:tcPr>
          <w:p w:rsidR="00852135" w:rsidRPr="00677BC5" w:rsidRDefault="00852135" w:rsidP="00852135">
            <w:pPr>
              <w:rPr>
                <w:sz w:val="28"/>
                <w:szCs w:val="28"/>
              </w:rPr>
            </w:pPr>
            <w:r w:rsidRPr="00677BC5">
              <w:rPr>
                <w:b/>
                <w:sz w:val="28"/>
                <w:szCs w:val="28"/>
              </w:rPr>
              <w:t>Bài 4 (Trung bình cộng)</w:t>
            </w:r>
          </w:p>
        </w:tc>
      </w:tr>
      <w:tr w:rsidR="00677BC5" w:rsidRPr="00677BC5" w:rsidTr="00677BC5">
        <w:trPr>
          <w:jc w:val="center"/>
        </w:trPr>
        <w:tc>
          <w:tcPr>
            <w:tcW w:w="4702" w:type="dxa"/>
            <w:tcBorders>
              <w:top w:val="single" w:sz="4" w:space="0" w:color="auto"/>
            </w:tcBorders>
            <w:shd w:val="clear" w:color="auto" w:fill="auto"/>
          </w:tcPr>
          <w:p w:rsidR="00852135" w:rsidRPr="00677BC5" w:rsidRDefault="00852135" w:rsidP="00852135">
            <w:pPr>
              <w:rPr>
                <w:sz w:val="28"/>
                <w:szCs w:val="28"/>
              </w:rPr>
            </w:pPr>
            <w:r w:rsidRPr="00677BC5">
              <w:rPr>
                <w:sz w:val="28"/>
                <w:szCs w:val="28"/>
              </w:rPr>
              <w:t>- GV yêu cầu HS đọc đề.</w:t>
            </w:r>
            <w:r w:rsidRPr="00677BC5">
              <w:rPr>
                <w:sz w:val="28"/>
                <w:szCs w:val="28"/>
              </w:rPr>
              <w:br/>
              <w:t>- Hướng dẫn HS phân tích: có 3 ngày, số mét vải lần lượt 45 m, 38 m, 52 m.</w:t>
            </w:r>
            <w:r w:rsidRPr="00677BC5">
              <w:rPr>
                <w:sz w:val="28"/>
                <w:szCs w:val="28"/>
              </w:rPr>
              <w:br/>
              <w:t>- Tổ chức HS làm bài vào vở; gọi HS trình bày.</w:t>
            </w:r>
          </w:p>
        </w:tc>
        <w:tc>
          <w:tcPr>
            <w:tcW w:w="4702" w:type="dxa"/>
            <w:tcBorders>
              <w:top w:val="single" w:sz="4" w:space="0" w:color="auto"/>
            </w:tcBorders>
            <w:shd w:val="clear" w:color="auto" w:fill="auto"/>
          </w:tcPr>
          <w:p w:rsidR="00852135" w:rsidRPr="00677BC5" w:rsidRDefault="00852135" w:rsidP="00852135">
            <w:pPr>
              <w:rPr>
                <w:sz w:val="28"/>
                <w:szCs w:val="28"/>
              </w:rPr>
            </w:pPr>
            <w:r w:rsidRPr="00677BC5">
              <w:rPr>
                <w:sz w:val="28"/>
                <w:szCs w:val="28"/>
              </w:rPr>
              <w:t>- HS đọc đề.</w:t>
            </w:r>
            <w:r w:rsidRPr="00677BC5">
              <w:rPr>
                <w:sz w:val="28"/>
                <w:szCs w:val="28"/>
              </w:rPr>
              <w:br/>
              <w:t>- HS phân tích theo gợi ý</w:t>
            </w:r>
            <w:proofErr w:type="gramStart"/>
            <w:r w:rsidRPr="00677BC5">
              <w:rPr>
                <w:sz w:val="28"/>
                <w:szCs w:val="28"/>
              </w:rPr>
              <w:t>.</w:t>
            </w:r>
            <w:proofErr w:type="gramEnd"/>
            <w:r w:rsidRPr="00677BC5">
              <w:rPr>
                <w:sz w:val="28"/>
                <w:szCs w:val="28"/>
              </w:rPr>
              <w:br/>
              <w:t>- HS làm vào vở và trình bày.</w:t>
            </w:r>
          </w:p>
        </w:tc>
      </w:tr>
      <w:tr w:rsidR="00677BC5" w:rsidRPr="00677BC5" w:rsidTr="00677BC5">
        <w:trPr>
          <w:jc w:val="center"/>
        </w:trPr>
        <w:tc>
          <w:tcPr>
            <w:tcW w:w="4702" w:type="dxa"/>
            <w:tcBorders>
              <w:bottom w:val="single" w:sz="4" w:space="0" w:color="auto"/>
            </w:tcBorders>
            <w:shd w:val="clear" w:color="auto" w:fill="auto"/>
          </w:tcPr>
          <w:p w:rsidR="00852135" w:rsidRPr="00677BC5" w:rsidRDefault="00852135" w:rsidP="00852135">
            <w:pPr>
              <w:rPr>
                <w:sz w:val="28"/>
                <w:szCs w:val="28"/>
              </w:rPr>
            </w:pPr>
            <w:r w:rsidRPr="00677BC5">
              <w:rPr>
                <w:sz w:val="28"/>
                <w:szCs w:val="28"/>
              </w:rPr>
              <w:t>- Chốt lời giải:</w:t>
            </w:r>
            <w:r w:rsidRPr="00677BC5">
              <w:rPr>
                <w:sz w:val="28"/>
                <w:szCs w:val="28"/>
              </w:rPr>
              <w:br/>
              <w:t xml:space="preserve">  Trung bình mỗi ngày cửa hàng bán được:</w:t>
            </w:r>
            <w:r w:rsidRPr="00677BC5">
              <w:rPr>
                <w:sz w:val="28"/>
                <w:szCs w:val="28"/>
              </w:rPr>
              <w:br/>
              <w:t xml:space="preserve">  (45 + 38 + 52</w:t>
            </w:r>
            <w:proofErr w:type="gramStart"/>
            <w:r w:rsidRPr="00677BC5">
              <w:rPr>
                <w:sz w:val="28"/>
                <w:szCs w:val="28"/>
              </w:rPr>
              <w:t>) :</w:t>
            </w:r>
            <w:proofErr w:type="gramEnd"/>
            <w:r w:rsidRPr="00677BC5">
              <w:rPr>
                <w:sz w:val="28"/>
                <w:szCs w:val="28"/>
              </w:rPr>
              <w:t xml:space="preserve"> 3 = 45 (m)</w:t>
            </w:r>
            <w:r w:rsidRPr="00677BC5">
              <w:rPr>
                <w:sz w:val="28"/>
                <w:szCs w:val="28"/>
              </w:rPr>
              <w:br/>
              <w:t xml:space="preserve">  Đáp số: 45 m vải.</w:t>
            </w:r>
          </w:p>
        </w:tc>
        <w:tc>
          <w:tcPr>
            <w:tcW w:w="4702" w:type="dxa"/>
            <w:tcBorders>
              <w:bottom w:val="single" w:sz="4" w:space="0" w:color="auto"/>
            </w:tcBorders>
            <w:shd w:val="clear" w:color="auto" w:fill="auto"/>
          </w:tcPr>
          <w:p w:rsidR="00852135" w:rsidRPr="00677BC5" w:rsidRDefault="00852135" w:rsidP="00852135">
            <w:pPr>
              <w:rPr>
                <w:sz w:val="28"/>
                <w:szCs w:val="28"/>
              </w:rPr>
            </w:pPr>
            <w:r w:rsidRPr="00677BC5">
              <w:rPr>
                <w:sz w:val="28"/>
                <w:szCs w:val="28"/>
              </w:rPr>
              <w:t>- HS đối chiếu, chữa bài; nêu cách làm: tổng 3 ngày chia 3.</w:t>
            </w:r>
          </w:p>
        </w:tc>
      </w:tr>
      <w:tr w:rsidR="00677BC5" w:rsidRPr="00677BC5" w:rsidTr="00677BC5">
        <w:trPr>
          <w:jc w:val="center"/>
        </w:trPr>
        <w:tc>
          <w:tcPr>
            <w:tcW w:w="9404" w:type="dxa"/>
            <w:gridSpan w:val="2"/>
            <w:tcBorders>
              <w:top w:val="single" w:sz="4" w:space="0" w:color="auto"/>
              <w:bottom w:val="single" w:sz="4" w:space="0" w:color="auto"/>
            </w:tcBorders>
            <w:shd w:val="clear" w:color="auto" w:fill="auto"/>
          </w:tcPr>
          <w:p w:rsidR="00852135" w:rsidRPr="00677BC5" w:rsidRDefault="00852135" w:rsidP="00852135">
            <w:pPr>
              <w:rPr>
                <w:sz w:val="28"/>
                <w:szCs w:val="28"/>
              </w:rPr>
            </w:pPr>
            <w:r w:rsidRPr="00677BC5">
              <w:rPr>
                <w:b/>
                <w:sz w:val="28"/>
                <w:szCs w:val="28"/>
              </w:rPr>
              <w:t>Bài 5 (Chu vi và diện tích hình chữ nhật)</w:t>
            </w:r>
          </w:p>
        </w:tc>
      </w:tr>
      <w:tr w:rsidR="00677BC5" w:rsidRPr="00677BC5" w:rsidTr="00677BC5">
        <w:trPr>
          <w:jc w:val="center"/>
        </w:trPr>
        <w:tc>
          <w:tcPr>
            <w:tcW w:w="4702" w:type="dxa"/>
            <w:tcBorders>
              <w:top w:val="single" w:sz="4" w:space="0" w:color="auto"/>
            </w:tcBorders>
            <w:shd w:val="clear" w:color="auto" w:fill="auto"/>
          </w:tcPr>
          <w:p w:rsidR="00852135" w:rsidRPr="00677BC5" w:rsidRDefault="00852135" w:rsidP="00852135">
            <w:pPr>
              <w:rPr>
                <w:sz w:val="28"/>
                <w:szCs w:val="28"/>
              </w:rPr>
            </w:pPr>
            <w:r w:rsidRPr="00677BC5">
              <w:rPr>
                <w:sz w:val="28"/>
                <w:szCs w:val="28"/>
              </w:rPr>
              <w:t>- GV yêu cầu HS đọc đề.</w:t>
            </w:r>
            <w:r w:rsidRPr="00677BC5">
              <w:rPr>
                <w:sz w:val="28"/>
                <w:szCs w:val="28"/>
              </w:rPr>
              <w:br/>
              <w:t>- Hướng dẫn phân tích: chiều rộng 15 m, chiều dài gấp 2 lần chiều rộng.</w:t>
            </w:r>
            <w:r w:rsidRPr="00677BC5">
              <w:rPr>
                <w:sz w:val="28"/>
                <w:szCs w:val="28"/>
              </w:rPr>
              <w:br/>
              <w:t>- Tổ chức HS làm bài vào vở; gọi HS trình bày.</w:t>
            </w:r>
          </w:p>
        </w:tc>
        <w:tc>
          <w:tcPr>
            <w:tcW w:w="4702" w:type="dxa"/>
            <w:tcBorders>
              <w:top w:val="single" w:sz="4" w:space="0" w:color="auto"/>
            </w:tcBorders>
            <w:shd w:val="clear" w:color="auto" w:fill="auto"/>
          </w:tcPr>
          <w:p w:rsidR="00852135" w:rsidRPr="00677BC5" w:rsidRDefault="00852135" w:rsidP="00852135">
            <w:pPr>
              <w:rPr>
                <w:sz w:val="28"/>
                <w:szCs w:val="28"/>
              </w:rPr>
            </w:pPr>
            <w:r w:rsidRPr="00677BC5">
              <w:rPr>
                <w:sz w:val="28"/>
                <w:szCs w:val="28"/>
              </w:rPr>
              <w:t>- HS đọc đề.</w:t>
            </w:r>
            <w:r w:rsidRPr="00677BC5">
              <w:rPr>
                <w:sz w:val="28"/>
                <w:szCs w:val="28"/>
              </w:rPr>
              <w:br/>
              <w:t>- HS xác định: chiều dài = 15 × 2.</w:t>
            </w:r>
            <w:r w:rsidRPr="00677BC5">
              <w:rPr>
                <w:sz w:val="28"/>
                <w:szCs w:val="28"/>
              </w:rPr>
              <w:br/>
              <w:t>- HS làm bài vào vở và trình bày.</w:t>
            </w:r>
          </w:p>
        </w:tc>
      </w:tr>
      <w:tr w:rsidR="00677BC5" w:rsidRPr="00677BC5" w:rsidTr="00677BC5">
        <w:trPr>
          <w:jc w:val="center"/>
        </w:trPr>
        <w:tc>
          <w:tcPr>
            <w:tcW w:w="4702" w:type="dxa"/>
            <w:tcBorders>
              <w:bottom w:val="single" w:sz="4" w:space="0" w:color="auto"/>
            </w:tcBorders>
            <w:shd w:val="clear" w:color="auto" w:fill="auto"/>
          </w:tcPr>
          <w:p w:rsidR="00852135" w:rsidRPr="00677BC5" w:rsidRDefault="00852135" w:rsidP="00852135">
            <w:pPr>
              <w:rPr>
                <w:sz w:val="28"/>
                <w:szCs w:val="28"/>
              </w:rPr>
            </w:pPr>
            <w:r w:rsidRPr="00677BC5">
              <w:rPr>
                <w:sz w:val="28"/>
                <w:szCs w:val="28"/>
              </w:rPr>
              <w:t>- Chốt lời giải:</w:t>
            </w:r>
            <w:r w:rsidRPr="00677BC5">
              <w:rPr>
                <w:sz w:val="28"/>
                <w:szCs w:val="28"/>
              </w:rPr>
              <w:br/>
              <w:t xml:space="preserve">  Chiều dài mảnh đất: 15 × 2 = 30 (m)</w:t>
            </w:r>
            <w:r w:rsidRPr="00677BC5">
              <w:rPr>
                <w:sz w:val="28"/>
                <w:szCs w:val="28"/>
              </w:rPr>
              <w:br/>
              <w:t xml:space="preserve">  Chu vi: (15 + 30) × 2 = 90 (m)</w:t>
            </w:r>
            <w:r w:rsidRPr="00677BC5">
              <w:rPr>
                <w:sz w:val="28"/>
                <w:szCs w:val="28"/>
              </w:rPr>
              <w:br/>
              <w:t xml:space="preserve">  Diện tích: 15 × 30 = 450 (m²)</w:t>
            </w:r>
            <w:r w:rsidRPr="00677BC5">
              <w:rPr>
                <w:sz w:val="28"/>
                <w:szCs w:val="28"/>
              </w:rPr>
              <w:br/>
              <w:t xml:space="preserve">  Đáp số: Chu vi 90 m; Diện tích 450 m².</w:t>
            </w:r>
          </w:p>
        </w:tc>
        <w:tc>
          <w:tcPr>
            <w:tcW w:w="4702" w:type="dxa"/>
            <w:tcBorders>
              <w:bottom w:val="single" w:sz="4" w:space="0" w:color="auto"/>
            </w:tcBorders>
            <w:shd w:val="clear" w:color="auto" w:fill="auto"/>
          </w:tcPr>
          <w:p w:rsidR="00852135" w:rsidRPr="00677BC5" w:rsidRDefault="00852135" w:rsidP="00852135">
            <w:pPr>
              <w:rPr>
                <w:sz w:val="28"/>
                <w:szCs w:val="28"/>
              </w:rPr>
            </w:pPr>
            <w:r w:rsidRPr="00677BC5">
              <w:rPr>
                <w:sz w:val="28"/>
                <w:szCs w:val="28"/>
              </w:rPr>
              <w:t>- HS đối chiếu, chữa bài; nêu lại công thức: P = (a + b)×2; S = a×b.</w:t>
            </w:r>
          </w:p>
        </w:tc>
      </w:tr>
      <w:tr w:rsidR="00677BC5" w:rsidRPr="00677BC5" w:rsidTr="00677BC5">
        <w:trPr>
          <w:jc w:val="center"/>
        </w:trPr>
        <w:tc>
          <w:tcPr>
            <w:tcW w:w="9404" w:type="dxa"/>
            <w:gridSpan w:val="2"/>
            <w:tcBorders>
              <w:top w:val="single" w:sz="4" w:space="0" w:color="auto"/>
              <w:bottom w:val="single" w:sz="4" w:space="0" w:color="auto"/>
            </w:tcBorders>
            <w:shd w:val="clear" w:color="auto" w:fill="auto"/>
          </w:tcPr>
          <w:p w:rsidR="00852135" w:rsidRPr="00677BC5" w:rsidRDefault="00852135" w:rsidP="00852135">
            <w:pPr>
              <w:rPr>
                <w:sz w:val="28"/>
                <w:szCs w:val="28"/>
              </w:rPr>
            </w:pPr>
            <w:r w:rsidRPr="00677BC5">
              <w:rPr>
                <w:b/>
                <w:sz w:val="28"/>
                <w:szCs w:val="28"/>
              </w:rPr>
              <w:t>3. Vận dụng, trải nghiệm:</w:t>
            </w:r>
          </w:p>
          <w:p w:rsidR="00A4601E" w:rsidRPr="00677BC5" w:rsidRDefault="00475E08">
            <w:r w:rsidRPr="00677BC5">
              <w:rPr>
                <w:b/>
                <w:sz w:val="28"/>
                <w:szCs w:val="28"/>
              </w:rPr>
              <w:t>- Mục tiêu: Vận dụng công thức chu vi, diện tích vào việc ước lượng không gian sống.</w:t>
            </w:r>
          </w:p>
          <w:p w:rsidR="00A4601E" w:rsidRPr="00677BC5" w:rsidRDefault="00475E08">
            <w:r w:rsidRPr="00677BC5">
              <w:rPr>
                <w:b/>
                <w:i/>
                <w:sz w:val="28"/>
                <w:szCs w:val="28"/>
              </w:rPr>
              <w:t>*Cách tiến hành:</w:t>
            </w:r>
          </w:p>
        </w:tc>
      </w:tr>
      <w:tr w:rsidR="00677BC5" w:rsidRPr="00677BC5" w:rsidTr="00677BC5">
        <w:trPr>
          <w:jc w:val="center"/>
        </w:trPr>
        <w:tc>
          <w:tcPr>
            <w:tcW w:w="4702" w:type="dxa"/>
            <w:tcBorders>
              <w:top w:val="single" w:sz="4" w:space="0" w:color="auto"/>
            </w:tcBorders>
            <w:shd w:val="clear" w:color="auto" w:fill="auto"/>
          </w:tcPr>
          <w:p w:rsidR="00852135" w:rsidRPr="00677BC5" w:rsidRDefault="00852135" w:rsidP="00852135">
            <w:pPr>
              <w:rPr>
                <w:sz w:val="28"/>
                <w:szCs w:val="28"/>
              </w:rPr>
            </w:pPr>
            <w:r w:rsidRPr="00677BC5">
              <w:rPr>
                <w:sz w:val="28"/>
                <w:szCs w:val="28"/>
              </w:rPr>
              <w:t xml:space="preserve">- Dặn dò: Về nhà tính chu vi và diện tích phòng khách của gia đình (ước </w:t>
            </w:r>
            <w:r w:rsidRPr="00677BC5">
              <w:rPr>
                <w:sz w:val="28"/>
                <w:szCs w:val="28"/>
              </w:rPr>
              <w:lastRenderedPageBreak/>
              <w:t>lượng chiều dài, chiều rộng).</w:t>
            </w:r>
            <w:r w:rsidRPr="00677BC5">
              <w:rPr>
                <w:sz w:val="28"/>
                <w:szCs w:val="28"/>
              </w:rPr>
              <w:br/>
              <w:t>- Nhận xét tiết học.</w:t>
            </w:r>
          </w:p>
        </w:tc>
        <w:tc>
          <w:tcPr>
            <w:tcW w:w="4702" w:type="dxa"/>
            <w:tcBorders>
              <w:top w:val="single" w:sz="4" w:space="0" w:color="auto"/>
            </w:tcBorders>
            <w:shd w:val="clear" w:color="auto" w:fill="auto"/>
          </w:tcPr>
          <w:p w:rsidR="00852135" w:rsidRPr="00677BC5" w:rsidRDefault="00852135" w:rsidP="00852135">
            <w:pPr>
              <w:rPr>
                <w:sz w:val="28"/>
                <w:szCs w:val="28"/>
              </w:rPr>
            </w:pPr>
            <w:r w:rsidRPr="00677BC5">
              <w:rPr>
                <w:sz w:val="28"/>
                <w:szCs w:val="28"/>
              </w:rPr>
              <w:lastRenderedPageBreak/>
              <w:t>- HS thực hiện tại nhà.</w:t>
            </w:r>
            <w:r w:rsidRPr="00677BC5">
              <w:rPr>
                <w:sz w:val="28"/>
                <w:szCs w:val="28"/>
              </w:rPr>
              <w:br/>
              <w:t>- HS lắng nghe.</w:t>
            </w:r>
          </w:p>
        </w:tc>
      </w:tr>
    </w:tbl>
    <w:p w:rsidR="00852135" w:rsidRPr="00677BC5" w:rsidRDefault="00852135" w:rsidP="00852135">
      <w:pPr>
        <w:rPr>
          <w:sz w:val="28"/>
          <w:szCs w:val="28"/>
        </w:rPr>
      </w:pPr>
      <w:r w:rsidRPr="00677BC5">
        <w:rPr>
          <w:b/>
          <w:sz w:val="28"/>
          <w:szCs w:val="28"/>
        </w:rPr>
        <w:lastRenderedPageBreak/>
        <w:t>IV. ĐIỀU CHỈNH SAU BÀI DẠY (nếu có):</w:t>
      </w:r>
    </w:p>
    <w:p w:rsidR="00852135" w:rsidRPr="00677BC5" w:rsidRDefault="00852135" w:rsidP="00852135">
      <w:pPr>
        <w:rPr>
          <w:sz w:val="28"/>
          <w:szCs w:val="28"/>
        </w:rPr>
      </w:pPr>
      <w:r w:rsidRPr="00677BC5">
        <w:rPr>
          <w:sz w:val="28"/>
          <w:szCs w:val="28"/>
        </w:rPr>
        <w:t xml:space="preserve">- </w:t>
      </w:r>
    </w:p>
    <w:p w:rsidR="00852135" w:rsidRPr="00677BC5" w:rsidRDefault="00852135" w:rsidP="00852135">
      <w:pPr>
        <w:spacing w:line="276" w:lineRule="auto"/>
        <w:jc w:val="center"/>
        <w:rPr>
          <w:b/>
          <w:bCs/>
          <w:sz w:val="28"/>
          <w:szCs w:val="28"/>
        </w:rPr>
      </w:pPr>
      <w:r w:rsidRPr="00677BC5">
        <w:rPr>
          <w:b/>
          <w:bCs/>
          <w:sz w:val="28"/>
          <w:szCs w:val="28"/>
        </w:rPr>
        <w:t>Toán (Tiết 174)</w:t>
      </w:r>
    </w:p>
    <w:p w:rsidR="00852135" w:rsidRPr="00677BC5" w:rsidRDefault="00852135" w:rsidP="00852135">
      <w:pPr>
        <w:jc w:val="center"/>
        <w:rPr>
          <w:b/>
          <w:bCs/>
          <w:sz w:val="28"/>
          <w:szCs w:val="28"/>
        </w:rPr>
      </w:pPr>
      <w:r w:rsidRPr="00677BC5">
        <w:rPr>
          <w:b/>
          <w:bCs/>
          <w:sz w:val="28"/>
          <w:szCs w:val="28"/>
        </w:rPr>
        <w:t>BÀI 73: ÔN TẬP CHUNG (TIẾT 2)</w:t>
      </w:r>
    </w:p>
    <w:p w:rsidR="00852135" w:rsidRPr="00677BC5" w:rsidRDefault="00852135" w:rsidP="00852135">
      <w:pPr>
        <w:spacing w:line="276" w:lineRule="auto"/>
        <w:rPr>
          <w:b/>
          <w:bCs/>
          <w:sz w:val="28"/>
          <w:szCs w:val="28"/>
        </w:rPr>
      </w:pPr>
      <w:r w:rsidRPr="00677BC5">
        <w:rPr>
          <w:b/>
          <w:bCs/>
          <w:sz w:val="28"/>
          <w:szCs w:val="28"/>
        </w:rPr>
        <w:t>I. YÊU CẦU CẦN ĐẠT</w:t>
      </w:r>
    </w:p>
    <w:p w:rsidR="00852135" w:rsidRPr="00677BC5" w:rsidRDefault="00852135" w:rsidP="00852135">
      <w:pPr>
        <w:rPr>
          <w:sz w:val="28"/>
          <w:szCs w:val="28"/>
        </w:rPr>
      </w:pPr>
      <w:r w:rsidRPr="00677BC5">
        <w:rPr>
          <w:b/>
          <w:sz w:val="28"/>
          <w:szCs w:val="28"/>
        </w:rPr>
        <w:t>1. Năng lực đặc thù</w:t>
      </w:r>
    </w:p>
    <w:p w:rsidR="00852135" w:rsidRPr="00677BC5" w:rsidRDefault="00852135" w:rsidP="00852135">
      <w:pPr>
        <w:spacing w:line="276" w:lineRule="auto"/>
        <w:rPr>
          <w:bCs/>
          <w:sz w:val="28"/>
          <w:szCs w:val="28"/>
        </w:rPr>
      </w:pPr>
      <w:r w:rsidRPr="00677BC5">
        <w:rPr>
          <w:bCs/>
          <w:sz w:val="28"/>
          <w:szCs w:val="28"/>
        </w:rPr>
        <w:t>- Củng cố kiến thức về phân số, rút gọn phân số, các phép tính với phân số, tìm phân số của một số.</w:t>
      </w:r>
    </w:p>
    <w:p w:rsidR="00852135" w:rsidRPr="00677BC5" w:rsidRDefault="00852135" w:rsidP="00852135">
      <w:pPr>
        <w:spacing w:line="276" w:lineRule="auto"/>
        <w:rPr>
          <w:bCs/>
          <w:sz w:val="28"/>
          <w:szCs w:val="28"/>
        </w:rPr>
      </w:pPr>
      <w:r w:rsidRPr="00677BC5">
        <w:rPr>
          <w:bCs/>
          <w:sz w:val="28"/>
          <w:szCs w:val="28"/>
        </w:rPr>
        <w:t>- Giải bài toán liên quan đến tìm hai số khi biết tổng và hiệu của hai số đó, bài toán liên quan đến phép tính phân số</w:t>
      </w:r>
    </w:p>
    <w:p w:rsidR="00852135" w:rsidRPr="00677BC5" w:rsidRDefault="00852135" w:rsidP="00852135">
      <w:pPr>
        <w:rPr>
          <w:sz w:val="28"/>
          <w:szCs w:val="28"/>
        </w:rPr>
      </w:pPr>
      <w:r w:rsidRPr="00677BC5">
        <w:rPr>
          <w:b/>
          <w:sz w:val="28"/>
          <w:szCs w:val="28"/>
        </w:rPr>
        <w:t xml:space="preserve">2. Năng lực </w:t>
      </w:r>
      <w:proofErr w:type="gramStart"/>
      <w:r w:rsidRPr="00677BC5">
        <w:rPr>
          <w:b/>
          <w:sz w:val="28"/>
          <w:szCs w:val="28"/>
        </w:rPr>
        <w:t>chung</w:t>
      </w:r>
      <w:proofErr w:type="gramEnd"/>
    </w:p>
    <w:p w:rsidR="00852135" w:rsidRPr="00677BC5" w:rsidRDefault="00852135" w:rsidP="00852135">
      <w:pPr>
        <w:rPr>
          <w:sz w:val="28"/>
          <w:szCs w:val="28"/>
        </w:rPr>
      </w:pPr>
      <w:r w:rsidRPr="00677BC5">
        <w:rPr>
          <w:sz w:val="28"/>
          <w:szCs w:val="28"/>
        </w:rPr>
        <w:t>- Tự chủ và tự học: Chủ động nhận biết phần đã tô màu, rút gọn và thực hiện các phép tính với phân số; tự kiểm tra kết quả.</w:t>
      </w:r>
    </w:p>
    <w:p w:rsidR="00852135" w:rsidRPr="00677BC5" w:rsidRDefault="00852135" w:rsidP="00852135">
      <w:pPr>
        <w:rPr>
          <w:sz w:val="28"/>
          <w:szCs w:val="28"/>
        </w:rPr>
      </w:pPr>
      <w:r w:rsidRPr="00677BC5">
        <w:rPr>
          <w:sz w:val="28"/>
          <w:szCs w:val="28"/>
        </w:rPr>
        <w:t>- Giao tiếp và hợp tác: Trình bày cách rút gọn, tính phân số và giải bài toán tổng – hiệu; nhận xét bài làm của bạn.</w:t>
      </w:r>
    </w:p>
    <w:p w:rsidR="00A4601E" w:rsidRPr="00677BC5" w:rsidRDefault="00475E08">
      <w:r w:rsidRPr="00677BC5">
        <w:rPr>
          <w:sz w:val="28"/>
          <w:szCs w:val="28"/>
        </w:rPr>
        <w:t>- Giải quyết vấn đề và sáng tạo: Lựa chọn cách rút gọn, quy đồng, tính phân số và vận dụng dạng toán tổng – hiệu phù hợp.</w:t>
      </w:r>
    </w:p>
    <w:p w:rsidR="00852135" w:rsidRPr="00677BC5" w:rsidRDefault="00852135" w:rsidP="00852135">
      <w:pPr>
        <w:rPr>
          <w:sz w:val="28"/>
          <w:szCs w:val="28"/>
        </w:rPr>
      </w:pPr>
      <w:r w:rsidRPr="00677BC5">
        <w:rPr>
          <w:b/>
          <w:sz w:val="28"/>
          <w:szCs w:val="28"/>
        </w:rPr>
        <w:t>3. Phẩm chất</w:t>
      </w:r>
    </w:p>
    <w:p w:rsidR="00852135" w:rsidRPr="00677BC5" w:rsidRDefault="00852135" w:rsidP="00852135">
      <w:pPr>
        <w:rPr>
          <w:sz w:val="28"/>
          <w:szCs w:val="28"/>
        </w:rPr>
      </w:pPr>
      <w:r w:rsidRPr="00677BC5">
        <w:rPr>
          <w:sz w:val="28"/>
          <w:szCs w:val="28"/>
        </w:rPr>
        <w:t>- Chăm chỉ: Tích cực luyện tập, trình bày phân số đúng dạng và hoàn thành các bài toán có lời văn.</w:t>
      </w:r>
    </w:p>
    <w:p w:rsidR="00852135" w:rsidRPr="00677BC5" w:rsidRDefault="00852135" w:rsidP="00852135">
      <w:pPr>
        <w:rPr>
          <w:sz w:val="28"/>
          <w:szCs w:val="28"/>
        </w:rPr>
      </w:pPr>
      <w:r w:rsidRPr="00677BC5">
        <w:rPr>
          <w:sz w:val="28"/>
          <w:szCs w:val="28"/>
        </w:rPr>
        <w:t>- Trách nhiệm: Cẩn thận khi đổi đơn vị khối lượng, ghi phép tính và đáp số; hợp tác, tôn trọng bạn.</w:t>
      </w:r>
    </w:p>
    <w:p w:rsidR="00852135" w:rsidRPr="00677BC5" w:rsidRDefault="00852135" w:rsidP="00852135">
      <w:pPr>
        <w:spacing w:line="276" w:lineRule="auto"/>
        <w:rPr>
          <w:b/>
          <w:bCs/>
          <w:sz w:val="28"/>
          <w:szCs w:val="28"/>
        </w:rPr>
      </w:pPr>
      <w:r w:rsidRPr="00677BC5">
        <w:rPr>
          <w:b/>
          <w:bCs/>
          <w:sz w:val="28"/>
          <w:szCs w:val="28"/>
        </w:rPr>
        <w:t>II. ĐỒ DÙNG DẠY HỌC</w:t>
      </w:r>
    </w:p>
    <w:p w:rsidR="00852135" w:rsidRPr="00677BC5" w:rsidRDefault="00852135" w:rsidP="00852135">
      <w:pPr>
        <w:rPr>
          <w:sz w:val="28"/>
          <w:szCs w:val="28"/>
        </w:rPr>
      </w:pPr>
      <w:r w:rsidRPr="00677BC5">
        <w:rPr>
          <w:sz w:val="28"/>
          <w:szCs w:val="28"/>
        </w:rPr>
        <w:t xml:space="preserve">- GV: Bộ đồ dùng dạy, học Toán 4; </w:t>
      </w:r>
    </w:p>
    <w:p w:rsidR="00852135" w:rsidRPr="00677BC5" w:rsidRDefault="00852135" w:rsidP="00852135">
      <w:pPr>
        <w:rPr>
          <w:sz w:val="28"/>
          <w:szCs w:val="28"/>
        </w:rPr>
      </w:pPr>
      <w:r w:rsidRPr="00677BC5">
        <w:rPr>
          <w:sz w:val="28"/>
          <w:szCs w:val="28"/>
        </w:rPr>
        <w:t>- HS: SGK, vở ghi, bảng con, bộ đồ dùng học phân số</w:t>
      </w:r>
    </w:p>
    <w:p w:rsidR="00852135" w:rsidRPr="00677BC5" w:rsidRDefault="00852135" w:rsidP="00852135">
      <w:pPr>
        <w:spacing w:line="276" w:lineRule="auto"/>
        <w:rPr>
          <w:b/>
          <w:bCs/>
          <w:sz w:val="28"/>
          <w:szCs w:val="28"/>
        </w:rPr>
      </w:pPr>
      <w:r w:rsidRPr="00677BC5">
        <w:rPr>
          <w:b/>
          <w:bCs/>
          <w:sz w:val="28"/>
          <w:szCs w:val="28"/>
        </w:rPr>
        <w:t>III. CÁC HOẠT ĐỘNG DẠY HỌC CHỦ YẾU</w:t>
      </w: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4962"/>
        <w:gridCol w:w="3894"/>
      </w:tblGrid>
      <w:tr w:rsidR="00677BC5" w:rsidRPr="00677BC5" w:rsidTr="00677BC5">
        <w:tc>
          <w:tcPr>
            <w:tcW w:w="4962" w:type="dxa"/>
            <w:tcBorders>
              <w:bottom w:val="single" w:sz="4" w:space="0" w:color="auto"/>
            </w:tcBorders>
            <w:shd w:val="clear" w:color="auto" w:fill="auto"/>
          </w:tcPr>
          <w:p w:rsidR="00852135" w:rsidRPr="00677BC5" w:rsidRDefault="00852135" w:rsidP="00852135">
            <w:pPr>
              <w:jc w:val="center"/>
              <w:rPr>
                <w:b/>
                <w:bCs/>
                <w:sz w:val="28"/>
                <w:szCs w:val="28"/>
              </w:rPr>
            </w:pPr>
            <w:r w:rsidRPr="00677BC5">
              <w:rPr>
                <w:b/>
                <w:bCs/>
                <w:sz w:val="28"/>
                <w:szCs w:val="28"/>
              </w:rPr>
              <w:t>Hoạt động của GV</w:t>
            </w:r>
          </w:p>
        </w:tc>
        <w:tc>
          <w:tcPr>
            <w:tcW w:w="3894" w:type="dxa"/>
            <w:tcBorders>
              <w:bottom w:val="single" w:sz="4" w:space="0" w:color="auto"/>
            </w:tcBorders>
            <w:shd w:val="clear" w:color="auto" w:fill="auto"/>
          </w:tcPr>
          <w:p w:rsidR="00852135" w:rsidRPr="00677BC5" w:rsidRDefault="00852135" w:rsidP="00852135">
            <w:pPr>
              <w:jc w:val="center"/>
              <w:rPr>
                <w:b/>
                <w:bCs/>
                <w:sz w:val="28"/>
                <w:szCs w:val="28"/>
              </w:rPr>
            </w:pPr>
            <w:r w:rsidRPr="00677BC5">
              <w:rPr>
                <w:b/>
                <w:bCs/>
                <w:sz w:val="28"/>
                <w:szCs w:val="28"/>
              </w:rPr>
              <w:t>Hoạt động của HS</w:t>
            </w:r>
          </w:p>
        </w:tc>
      </w:tr>
      <w:tr w:rsidR="00677BC5" w:rsidRPr="00677BC5" w:rsidTr="00677BC5">
        <w:tc>
          <w:tcPr>
            <w:tcW w:w="8856" w:type="dxa"/>
            <w:gridSpan w:val="2"/>
            <w:tcBorders>
              <w:top w:val="single" w:sz="4" w:space="0" w:color="auto"/>
              <w:bottom w:val="single" w:sz="4" w:space="0" w:color="auto"/>
            </w:tcBorders>
            <w:shd w:val="clear" w:color="auto" w:fill="auto"/>
          </w:tcPr>
          <w:p w:rsidR="00053845" w:rsidRPr="00677BC5" w:rsidRDefault="00053845" w:rsidP="00053845">
            <w:pPr>
              <w:rPr>
                <w:sz w:val="28"/>
                <w:szCs w:val="28"/>
              </w:rPr>
            </w:pPr>
            <w:r w:rsidRPr="00677BC5">
              <w:rPr>
                <w:b/>
                <w:sz w:val="28"/>
                <w:szCs w:val="28"/>
              </w:rPr>
              <w:t>1. Khởi động:</w:t>
            </w:r>
          </w:p>
          <w:p w:rsidR="00A4601E" w:rsidRPr="00677BC5" w:rsidRDefault="00475E08">
            <w:r w:rsidRPr="00677BC5">
              <w:rPr>
                <w:b/>
                <w:sz w:val="28"/>
                <w:szCs w:val="28"/>
              </w:rPr>
              <w:t>- Mục tiêu: Ôn lại cấu tạo, ý nghĩa và cách biểu diễn phân số.</w:t>
            </w:r>
          </w:p>
          <w:p w:rsidR="00A4601E" w:rsidRPr="00677BC5" w:rsidRDefault="00475E08">
            <w:r w:rsidRPr="00677BC5">
              <w:rPr>
                <w:b/>
                <w:i/>
                <w:sz w:val="28"/>
                <w:szCs w:val="28"/>
              </w:rPr>
              <w:t>*Cách tiến hành:</w:t>
            </w:r>
          </w:p>
        </w:tc>
      </w:tr>
      <w:tr w:rsidR="00677BC5" w:rsidRPr="00677BC5" w:rsidTr="00677BC5">
        <w:tc>
          <w:tcPr>
            <w:tcW w:w="4962" w:type="dxa"/>
            <w:tcBorders>
              <w:top w:val="single" w:sz="4" w:space="0" w:color="auto"/>
            </w:tcBorders>
            <w:shd w:val="clear" w:color="auto" w:fill="auto"/>
          </w:tcPr>
          <w:p w:rsidR="00852135" w:rsidRPr="00677BC5" w:rsidRDefault="00852135" w:rsidP="00852135">
            <w:pPr>
              <w:jc w:val="both"/>
              <w:rPr>
                <w:bCs/>
                <w:sz w:val="28"/>
                <w:szCs w:val="28"/>
              </w:rPr>
            </w:pPr>
            <w:r w:rsidRPr="00677BC5">
              <w:rPr>
                <w:bCs/>
                <w:sz w:val="28"/>
                <w:szCs w:val="28"/>
              </w:rPr>
              <w:t>- GV cho HS nêu lại những hiểu biết của mình về phân số</w:t>
            </w:r>
          </w:p>
        </w:tc>
        <w:tc>
          <w:tcPr>
            <w:tcW w:w="3894" w:type="dxa"/>
            <w:tcBorders>
              <w:top w:val="single" w:sz="4" w:space="0" w:color="auto"/>
            </w:tcBorders>
            <w:shd w:val="clear" w:color="auto" w:fill="auto"/>
          </w:tcPr>
          <w:p w:rsidR="00852135" w:rsidRPr="00677BC5" w:rsidRDefault="00852135" w:rsidP="00852135">
            <w:pPr>
              <w:jc w:val="both"/>
              <w:rPr>
                <w:sz w:val="28"/>
                <w:szCs w:val="28"/>
              </w:rPr>
            </w:pPr>
          </w:p>
          <w:p w:rsidR="00852135" w:rsidRPr="00677BC5" w:rsidRDefault="00852135" w:rsidP="00852135">
            <w:pPr>
              <w:jc w:val="both"/>
              <w:rPr>
                <w:sz w:val="28"/>
                <w:szCs w:val="28"/>
              </w:rPr>
            </w:pPr>
            <w:r w:rsidRPr="00677BC5">
              <w:rPr>
                <w:sz w:val="28"/>
                <w:szCs w:val="28"/>
              </w:rPr>
              <w:t>- HS nêu lại những kiến thức đã học về phân số</w:t>
            </w:r>
          </w:p>
        </w:tc>
      </w:tr>
      <w:tr w:rsidR="00677BC5" w:rsidRPr="00677BC5" w:rsidTr="00677BC5">
        <w:tc>
          <w:tcPr>
            <w:tcW w:w="4962" w:type="dxa"/>
            <w:tcBorders>
              <w:bottom w:val="single" w:sz="4" w:space="0" w:color="auto"/>
            </w:tcBorders>
            <w:shd w:val="clear" w:color="auto" w:fill="auto"/>
          </w:tcPr>
          <w:p w:rsidR="00852135" w:rsidRPr="00677BC5" w:rsidRDefault="00852135" w:rsidP="00852135">
            <w:pPr>
              <w:jc w:val="both"/>
              <w:rPr>
                <w:iCs/>
                <w:sz w:val="28"/>
                <w:szCs w:val="28"/>
              </w:rPr>
            </w:pPr>
            <w:r w:rsidRPr="00677BC5">
              <w:rPr>
                <w:iCs/>
                <w:sz w:val="28"/>
                <w:szCs w:val="28"/>
              </w:rPr>
              <w:t>- GV giới thiệu- ghi bài</w:t>
            </w:r>
          </w:p>
        </w:tc>
        <w:tc>
          <w:tcPr>
            <w:tcW w:w="3894" w:type="dxa"/>
            <w:tcBorders>
              <w:bottom w:val="single" w:sz="4" w:space="0" w:color="auto"/>
            </w:tcBorders>
            <w:shd w:val="clear" w:color="auto" w:fill="auto"/>
          </w:tcPr>
          <w:p w:rsidR="00852135" w:rsidRPr="00677BC5" w:rsidRDefault="00852135" w:rsidP="00852135">
            <w:pPr>
              <w:jc w:val="both"/>
              <w:rPr>
                <w:sz w:val="28"/>
                <w:szCs w:val="28"/>
              </w:rPr>
            </w:pPr>
          </w:p>
        </w:tc>
      </w:tr>
      <w:tr w:rsidR="00677BC5" w:rsidRPr="00677BC5" w:rsidTr="00677BC5">
        <w:tc>
          <w:tcPr>
            <w:tcW w:w="8856" w:type="dxa"/>
            <w:gridSpan w:val="2"/>
            <w:tcBorders>
              <w:top w:val="single" w:sz="4" w:space="0" w:color="auto"/>
              <w:bottom w:val="single" w:sz="4" w:space="0" w:color="auto"/>
            </w:tcBorders>
            <w:shd w:val="clear" w:color="auto" w:fill="auto"/>
          </w:tcPr>
          <w:p w:rsidR="00053845" w:rsidRPr="00677BC5" w:rsidRDefault="00053845" w:rsidP="00053845">
            <w:pPr>
              <w:ind w:left="720" w:hanging="720"/>
              <w:rPr>
                <w:b/>
                <w:bCs/>
                <w:sz w:val="28"/>
                <w:szCs w:val="28"/>
                <w:lang w:val="pt-BR"/>
              </w:rPr>
            </w:pPr>
            <w:r w:rsidRPr="00677BC5">
              <w:rPr>
                <w:b/>
                <w:bCs/>
                <w:sz w:val="28"/>
                <w:szCs w:val="28"/>
                <w:lang w:val="pt-BR"/>
              </w:rPr>
              <w:t>2. Luyện tập, thực hành:</w:t>
            </w:r>
          </w:p>
          <w:p w:rsidR="00A4601E" w:rsidRPr="00677BC5" w:rsidRDefault="00475E08">
            <w:r w:rsidRPr="00677BC5">
              <w:rPr>
                <w:b/>
                <w:bCs/>
                <w:sz w:val="28"/>
                <w:szCs w:val="28"/>
                <w:lang w:val="pt-BR"/>
              </w:rPr>
              <w:t xml:space="preserve">- Mục tiêu: Củng cố phân số, rút gọn, các phép tính với phân số, tìm </w:t>
            </w:r>
            <w:r w:rsidRPr="00677BC5">
              <w:rPr>
                <w:b/>
                <w:bCs/>
                <w:sz w:val="28"/>
                <w:szCs w:val="28"/>
                <w:lang w:val="pt-BR"/>
              </w:rPr>
              <w:lastRenderedPageBreak/>
              <w:t>phân số của một số và giải toán tổng – hiệu.</w:t>
            </w:r>
          </w:p>
          <w:p w:rsidR="00A4601E" w:rsidRPr="00677BC5" w:rsidRDefault="00475E08">
            <w:r w:rsidRPr="00677BC5">
              <w:rPr>
                <w:b/>
                <w:bCs/>
                <w:i/>
                <w:sz w:val="28"/>
                <w:szCs w:val="28"/>
                <w:lang w:val="pt-BR"/>
              </w:rPr>
              <w:t>*Cách tiến hành:</w:t>
            </w:r>
          </w:p>
        </w:tc>
      </w:tr>
      <w:tr w:rsidR="00677BC5" w:rsidRPr="00677BC5" w:rsidTr="00677BC5">
        <w:tc>
          <w:tcPr>
            <w:tcW w:w="4962" w:type="dxa"/>
            <w:tcBorders>
              <w:top w:val="single" w:sz="4" w:space="0" w:color="auto"/>
            </w:tcBorders>
            <w:shd w:val="clear" w:color="auto" w:fill="auto"/>
          </w:tcPr>
          <w:p w:rsidR="00852135" w:rsidRPr="00677BC5" w:rsidRDefault="00852135" w:rsidP="00852135">
            <w:pPr>
              <w:tabs>
                <w:tab w:val="left" w:pos="402"/>
              </w:tabs>
              <w:jc w:val="both"/>
              <w:rPr>
                <w:b/>
                <w:sz w:val="28"/>
                <w:szCs w:val="28"/>
                <w:lang w:val="pt-BR"/>
              </w:rPr>
            </w:pPr>
            <w:r w:rsidRPr="00677BC5">
              <w:rPr>
                <w:b/>
                <w:sz w:val="28"/>
                <w:szCs w:val="28"/>
                <w:lang w:val="pt-BR"/>
              </w:rPr>
              <w:lastRenderedPageBreak/>
              <w:t>Bài 1</w:t>
            </w:r>
          </w:p>
        </w:tc>
        <w:tc>
          <w:tcPr>
            <w:tcW w:w="3894" w:type="dxa"/>
            <w:tcBorders>
              <w:top w:val="single" w:sz="4" w:space="0" w:color="auto"/>
            </w:tcBorders>
            <w:shd w:val="clear" w:color="auto" w:fill="auto"/>
          </w:tcPr>
          <w:p w:rsidR="00852135" w:rsidRPr="00677BC5" w:rsidRDefault="00852135" w:rsidP="00852135">
            <w:pPr>
              <w:jc w:val="both"/>
              <w:rPr>
                <w:sz w:val="28"/>
                <w:szCs w:val="28"/>
                <w:lang w:val="pt-BR"/>
              </w:rPr>
            </w:pPr>
          </w:p>
        </w:tc>
      </w:tr>
      <w:tr w:rsidR="00677BC5" w:rsidRPr="00677BC5" w:rsidTr="00677BC5">
        <w:tc>
          <w:tcPr>
            <w:tcW w:w="4962" w:type="dxa"/>
            <w:shd w:val="clear" w:color="auto" w:fill="auto"/>
          </w:tcPr>
          <w:p w:rsidR="00852135" w:rsidRPr="00677BC5" w:rsidRDefault="00852135" w:rsidP="00852135">
            <w:pPr>
              <w:tabs>
                <w:tab w:val="left" w:pos="402"/>
              </w:tabs>
              <w:jc w:val="both"/>
              <w:rPr>
                <w:sz w:val="28"/>
                <w:szCs w:val="28"/>
                <w:lang w:val="pt-BR"/>
              </w:rPr>
            </w:pPr>
            <w:r w:rsidRPr="00677BC5">
              <w:rPr>
                <w:sz w:val="28"/>
                <w:szCs w:val="28"/>
                <w:lang w:val="pt-BR"/>
              </w:rPr>
              <w:t>- GV cho học sinh xác định yêu cầu bài tập</w:t>
            </w:r>
          </w:p>
          <w:p w:rsidR="00A4601E" w:rsidRPr="00677BC5" w:rsidRDefault="00852135" w:rsidP="00677BC5">
            <w:pPr>
              <w:rPr>
                <w:sz w:val="28"/>
                <w:szCs w:val="28"/>
                <w:lang w:val="pt-BR"/>
              </w:rPr>
            </w:pPr>
            <w:r w:rsidRPr="00677BC5">
              <w:rPr>
                <w:sz w:val="28"/>
                <w:szCs w:val="28"/>
                <w:lang w:val="pt-BR"/>
              </w:rPr>
              <w:t xml:space="preserve">Yêu cầu: Tìm hình đã tô màu </w:t>
            </w:r>
            <m:oMath>
              <m:f>
                <m:fPr>
                  <m:ctrlPr>
                    <w:rPr>
                      <w:rFonts w:ascii="Cambria Math" w:hAnsi="Cambria Math"/>
                      <w:i/>
                      <w:sz w:val="28"/>
                      <w:szCs w:val="28"/>
                      <w:lang w:val="vi-VN"/>
                    </w:rPr>
                  </m:ctrlPr>
                </m:fPr>
                <m:num>
                  <m:r>
                    <w:rPr>
                      <w:rFonts w:ascii="Cambria Math" w:hAnsi="Cambria Math"/>
                      <w:sz w:val="28"/>
                      <w:szCs w:val="28"/>
                      <w:lang w:val="pt-BR"/>
                    </w:rPr>
                    <m:t>3</m:t>
                  </m:r>
                </m:num>
                <m:den>
                  <m:r>
                    <w:rPr>
                      <w:rFonts w:ascii="Cambria Math" w:hAnsi="Cambria Math"/>
                      <w:sz w:val="28"/>
                      <w:szCs w:val="28"/>
                      <w:lang w:val="pt-BR"/>
                    </w:rPr>
                    <m:t>5</m:t>
                  </m:r>
                </m:den>
              </m:f>
            </m:oMath>
            <w:r w:rsidRPr="00677BC5">
              <w:rPr>
                <w:sz w:val="28"/>
                <w:szCs w:val="28"/>
                <w:lang w:val="pt-BR"/>
              </w:rPr>
              <w:t xml:space="preserve"> </w:t>
            </w:r>
          </w:p>
        </w:tc>
        <w:tc>
          <w:tcPr>
            <w:tcW w:w="3894" w:type="dxa"/>
            <w:shd w:val="clear" w:color="auto" w:fill="auto"/>
          </w:tcPr>
          <w:p w:rsidR="00852135" w:rsidRPr="00677BC5" w:rsidRDefault="00852135" w:rsidP="00852135">
            <w:pPr>
              <w:jc w:val="both"/>
              <w:rPr>
                <w:sz w:val="28"/>
                <w:szCs w:val="28"/>
                <w:lang w:val="pt-BR"/>
              </w:rPr>
            </w:pPr>
            <w:r w:rsidRPr="00677BC5">
              <w:rPr>
                <w:sz w:val="28"/>
                <w:szCs w:val="28"/>
                <w:lang w:val="pt-BR"/>
              </w:rPr>
              <w:t>- Học sinh đọc yêu cầu bài tập</w:t>
            </w:r>
          </w:p>
        </w:tc>
      </w:tr>
      <w:tr w:rsidR="00677BC5" w:rsidRPr="00677BC5" w:rsidTr="00677BC5">
        <w:tc>
          <w:tcPr>
            <w:tcW w:w="4962" w:type="dxa"/>
            <w:shd w:val="clear" w:color="auto" w:fill="auto"/>
          </w:tcPr>
          <w:p w:rsidR="00852135" w:rsidRPr="00677BC5" w:rsidRDefault="00852135" w:rsidP="00852135">
            <w:pPr>
              <w:tabs>
                <w:tab w:val="left" w:pos="402"/>
              </w:tabs>
              <w:jc w:val="both"/>
              <w:rPr>
                <w:sz w:val="28"/>
                <w:szCs w:val="28"/>
                <w:lang w:val="pt-BR"/>
              </w:rPr>
            </w:pPr>
            <w:r w:rsidRPr="00677BC5">
              <w:rPr>
                <w:sz w:val="28"/>
                <w:szCs w:val="28"/>
                <w:lang w:val="pt-BR"/>
              </w:rPr>
              <w:t>- Tổ chức học sinh làm bài</w:t>
            </w:r>
          </w:p>
        </w:tc>
        <w:tc>
          <w:tcPr>
            <w:tcW w:w="3894" w:type="dxa"/>
            <w:shd w:val="clear" w:color="auto" w:fill="auto"/>
          </w:tcPr>
          <w:p w:rsidR="00852135" w:rsidRPr="00677BC5" w:rsidRDefault="00852135" w:rsidP="00852135">
            <w:pPr>
              <w:jc w:val="both"/>
              <w:rPr>
                <w:sz w:val="28"/>
                <w:szCs w:val="28"/>
                <w:lang w:val="pt-BR"/>
              </w:rPr>
            </w:pPr>
            <w:r w:rsidRPr="00677BC5">
              <w:rPr>
                <w:sz w:val="28"/>
                <w:szCs w:val="28"/>
                <w:lang w:val="pt-BR"/>
              </w:rPr>
              <w:t>- HS làm bài cá nhân: Bảng con</w:t>
            </w:r>
          </w:p>
        </w:tc>
      </w:tr>
      <w:tr w:rsidR="00677BC5" w:rsidRPr="00677BC5" w:rsidTr="00677BC5">
        <w:tc>
          <w:tcPr>
            <w:tcW w:w="4962" w:type="dxa"/>
            <w:shd w:val="clear" w:color="auto" w:fill="auto"/>
          </w:tcPr>
          <w:p w:rsidR="00852135" w:rsidRPr="00677BC5" w:rsidRDefault="00852135" w:rsidP="00852135">
            <w:pPr>
              <w:jc w:val="both"/>
              <w:rPr>
                <w:sz w:val="28"/>
                <w:szCs w:val="28"/>
                <w:lang w:val="pt-BR"/>
              </w:rPr>
            </w:pPr>
            <w:r w:rsidRPr="00677BC5">
              <w:rPr>
                <w:sz w:val="28"/>
                <w:szCs w:val="28"/>
                <w:lang w:val="pt-BR"/>
              </w:rPr>
              <w:t>- Tổ chức cho học sinh báo cáo kết quả</w:t>
            </w:r>
          </w:p>
          <w:p w:rsidR="00852135" w:rsidRPr="00677BC5" w:rsidRDefault="00852135" w:rsidP="00852135">
            <w:pPr>
              <w:jc w:val="both"/>
              <w:rPr>
                <w:sz w:val="28"/>
                <w:szCs w:val="28"/>
                <w:lang w:val="pt-BR"/>
              </w:rPr>
            </w:pPr>
            <w:r w:rsidRPr="00677BC5">
              <w:rPr>
                <w:sz w:val="28"/>
                <w:szCs w:val="28"/>
                <w:lang w:val="pt-BR"/>
              </w:rPr>
              <w:t>Kết quả: D</w:t>
            </w:r>
          </w:p>
        </w:tc>
        <w:tc>
          <w:tcPr>
            <w:tcW w:w="3894" w:type="dxa"/>
            <w:shd w:val="clear" w:color="auto" w:fill="auto"/>
          </w:tcPr>
          <w:p w:rsidR="00852135" w:rsidRPr="00677BC5" w:rsidRDefault="00852135" w:rsidP="00852135">
            <w:pPr>
              <w:jc w:val="both"/>
              <w:rPr>
                <w:sz w:val="28"/>
                <w:szCs w:val="28"/>
                <w:lang w:val="pt-BR"/>
              </w:rPr>
            </w:pPr>
            <w:r w:rsidRPr="00677BC5">
              <w:rPr>
                <w:sz w:val="28"/>
                <w:szCs w:val="28"/>
                <w:lang w:val="pt-BR"/>
              </w:rPr>
              <w:t>- Học sinh báo cáo kết quả và giải thích cách làm</w:t>
            </w:r>
          </w:p>
        </w:tc>
      </w:tr>
      <w:tr w:rsidR="00677BC5" w:rsidRPr="00677BC5" w:rsidTr="00677BC5">
        <w:tc>
          <w:tcPr>
            <w:tcW w:w="4962" w:type="dxa"/>
            <w:shd w:val="clear" w:color="auto" w:fill="auto"/>
          </w:tcPr>
          <w:p w:rsidR="00852135" w:rsidRPr="00677BC5" w:rsidRDefault="00852135" w:rsidP="00852135">
            <w:pPr>
              <w:jc w:val="both"/>
              <w:rPr>
                <w:sz w:val="28"/>
                <w:szCs w:val="28"/>
                <w:lang w:val="pt-BR"/>
              </w:rPr>
            </w:pPr>
            <w:r w:rsidRPr="00677BC5">
              <w:rPr>
                <w:sz w:val="28"/>
                <w:szCs w:val="28"/>
                <w:lang w:val="pt-BR"/>
              </w:rPr>
              <w:t xml:space="preserve">- GV cho học sinh tìm trong bộ đồ dùng mô hình tương ứng hình đã tô màu </w:t>
            </w:r>
            <m:oMath>
              <m:f>
                <m:fPr>
                  <m:ctrlPr>
                    <w:rPr>
                      <w:rFonts w:ascii="Cambria Math" w:hAnsi="Cambria Math"/>
                      <w:i/>
                      <w:sz w:val="28"/>
                      <w:szCs w:val="28"/>
                      <w:lang w:val="vi-VN"/>
                    </w:rPr>
                  </m:ctrlPr>
                </m:fPr>
                <m:num>
                  <m:r>
                    <w:rPr>
                      <w:rFonts w:ascii="Cambria Math" w:hAnsi="Cambria Math"/>
                      <w:sz w:val="28"/>
                      <w:szCs w:val="28"/>
                      <w:lang w:val="pt-BR"/>
                    </w:rPr>
                    <m:t>3</m:t>
                  </m:r>
                </m:num>
                <m:den>
                  <m:r>
                    <w:rPr>
                      <w:rFonts w:ascii="Cambria Math" w:hAnsi="Cambria Math"/>
                      <w:sz w:val="28"/>
                      <w:szCs w:val="28"/>
                      <w:lang w:val="pt-BR"/>
                    </w:rPr>
                    <m:t>5</m:t>
                  </m:r>
                </m:den>
              </m:f>
            </m:oMath>
          </w:p>
        </w:tc>
        <w:tc>
          <w:tcPr>
            <w:tcW w:w="3894" w:type="dxa"/>
            <w:shd w:val="clear" w:color="auto" w:fill="auto"/>
          </w:tcPr>
          <w:p w:rsidR="00852135" w:rsidRPr="00677BC5" w:rsidRDefault="00852135" w:rsidP="00852135">
            <w:pPr>
              <w:jc w:val="both"/>
              <w:rPr>
                <w:sz w:val="28"/>
                <w:szCs w:val="28"/>
                <w:lang w:val="pt-BR"/>
              </w:rPr>
            </w:pPr>
            <w:r w:rsidRPr="00677BC5">
              <w:rPr>
                <w:sz w:val="28"/>
                <w:szCs w:val="28"/>
                <w:lang w:val="pt-BR"/>
              </w:rPr>
              <w:t>- HS tìm trong bộ đồ dùng học toán</w:t>
            </w:r>
          </w:p>
        </w:tc>
      </w:tr>
      <w:tr w:rsidR="00677BC5" w:rsidRPr="00677BC5" w:rsidTr="00677BC5">
        <w:tc>
          <w:tcPr>
            <w:tcW w:w="4962" w:type="dxa"/>
            <w:shd w:val="clear" w:color="auto" w:fill="auto"/>
          </w:tcPr>
          <w:p w:rsidR="00852135" w:rsidRPr="00677BC5" w:rsidRDefault="00852135" w:rsidP="00852135">
            <w:pPr>
              <w:tabs>
                <w:tab w:val="left" w:pos="402"/>
              </w:tabs>
              <w:jc w:val="both"/>
              <w:rPr>
                <w:sz w:val="28"/>
                <w:szCs w:val="28"/>
                <w:lang w:val="pt-BR"/>
              </w:rPr>
            </w:pPr>
            <w:r w:rsidRPr="00677BC5">
              <w:rPr>
                <w:sz w:val="28"/>
                <w:szCs w:val="28"/>
                <w:lang w:val="pt-BR"/>
              </w:rPr>
              <w:t>- GV cho học sinh xác định phân tô màu của những hình còn lại.</w:t>
            </w:r>
          </w:p>
          <w:p w:rsidR="00852135" w:rsidRPr="00677BC5" w:rsidRDefault="00852135" w:rsidP="00852135">
            <w:pPr>
              <w:rPr>
                <w:sz w:val="28"/>
                <w:szCs w:val="28"/>
              </w:rPr>
            </w:pPr>
            <w:r w:rsidRPr="00677BC5">
              <w:rPr>
                <w:sz w:val="28"/>
                <w:szCs w:val="28"/>
                <w:lang w:val="pt-BR"/>
              </w:rPr>
              <w:t xml:space="preserve"> Kết quả: A. </w:t>
            </w:r>
            <m:oMath>
              <m:f>
                <m:fPr>
                  <m:ctrlPr>
                    <w:rPr>
                      <w:rFonts w:ascii="Cambria Math" w:hAnsi="Cambria Math"/>
                      <w:i/>
                      <w:sz w:val="28"/>
                      <w:szCs w:val="28"/>
                      <w:lang w:val="vi-VN"/>
                    </w:rPr>
                  </m:ctrlPr>
                </m:fPr>
                <m:num>
                  <m:r>
                    <w:rPr>
                      <w:rFonts w:ascii="Cambria Math" w:hAnsi="Cambria Math"/>
                      <w:sz w:val="28"/>
                      <w:szCs w:val="28"/>
                    </w:rPr>
                    <m:t>2</m:t>
                  </m:r>
                </m:num>
                <m:den>
                  <m:r>
                    <w:rPr>
                      <w:rFonts w:ascii="Cambria Math" w:hAnsi="Cambria Math"/>
                      <w:sz w:val="28"/>
                      <w:szCs w:val="28"/>
                    </w:rPr>
                    <m:t>5</m:t>
                  </m:r>
                </m:den>
              </m:f>
            </m:oMath>
            <w:r w:rsidRPr="00677BC5">
              <w:rPr>
                <w:sz w:val="28"/>
                <w:szCs w:val="28"/>
              </w:rPr>
              <w:t xml:space="preserve"> ; </w:t>
            </w:r>
            <w:r w:rsidRPr="00677BC5">
              <w:rPr>
                <w:sz w:val="28"/>
                <w:szCs w:val="28"/>
                <w:lang w:val="pt-BR"/>
              </w:rPr>
              <w:t xml:space="preserve">  </w:t>
            </w:r>
            <w:proofErr w:type="gramStart"/>
            <w:r w:rsidRPr="00677BC5">
              <w:rPr>
                <w:sz w:val="28"/>
                <w:szCs w:val="28"/>
                <w:lang w:val="pt-BR"/>
              </w:rPr>
              <w:t>B .</w:t>
            </w:r>
            <w:proofErr w:type="gramEnd"/>
            <w:r w:rsidRPr="00677BC5">
              <w:rPr>
                <w:sz w:val="28"/>
                <w:szCs w:val="28"/>
                <w:lang w:val="pt-BR"/>
              </w:rPr>
              <w:t xml:space="preserve"> </w:t>
            </w:r>
            <m:oMath>
              <m:f>
                <m:fPr>
                  <m:ctrlPr>
                    <w:rPr>
                      <w:rFonts w:ascii="Cambria Math" w:hAnsi="Cambria Math"/>
                      <w:i/>
                      <w:sz w:val="28"/>
                      <w:szCs w:val="28"/>
                      <w:lang w:val="vi-VN"/>
                    </w:rPr>
                  </m:ctrlPr>
                </m:fPr>
                <m:num>
                  <m:r>
                    <w:rPr>
                      <w:rFonts w:ascii="Cambria Math" w:hAnsi="Cambria Math"/>
                      <w:sz w:val="28"/>
                      <w:szCs w:val="28"/>
                    </w:rPr>
                    <m:t>3</m:t>
                  </m:r>
                </m:num>
                <m:den>
                  <m:r>
                    <w:rPr>
                      <w:rFonts w:ascii="Cambria Math" w:hAnsi="Cambria Math"/>
                      <w:sz w:val="28"/>
                      <w:szCs w:val="28"/>
                    </w:rPr>
                    <m:t>4</m:t>
                  </m:r>
                </m:den>
              </m:f>
            </m:oMath>
            <w:r w:rsidRPr="00677BC5">
              <w:rPr>
                <w:sz w:val="28"/>
                <w:szCs w:val="28"/>
              </w:rPr>
              <w:t xml:space="preserve"> ; </w:t>
            </w:r>
            <w:r w:rsidRPr="00677BC5">
              <w:rPr>
                <w:sz w:val="28"/>
                <w:szCs w:val="28"/>
                <w:lang w:val="pt-BR"/>
              </w:rPr>
              <w:t xml:space="preserve">C. </w:t>
            </w:r>
            <m:oMath>
              <m:f>
                <m:fPr>
                  <m:ctrlPr>
                    <w:rPr>
                      <w:rFonts w:ascii="Cambria Math" w:hAnsi="Cambria Math"/>
                      <w:i/>
                      <w:sz w:val="28"/>
                      <w:szCs w:val="28"/>
                      <w:lang w:val="vi-VN"/>
                    </w:rPr>
                  </m:ctrlPr>
                </m:fPr>
                <m:num>
                  <m:r>
                    <w:rPr>
                      <w:rFonts w:ascii="Cambria Math" w:hAnsi="Cambria Math"/>
                      <w:sz w:val="28"/>
                      <w:szCs w:val="28"/>
                    </w:rPr>
                    <m:t>3</m:t>
                  </m:r>
                </m:num>
                <m:den>
                  <m:r>
                    <w:rPr>
                      <w:rFonts w:ascii="Cambria Math" w:hAnsi="Cambria Math"/>
                      <w:sz w:val="28"/>
                      <w:szCs w:val="28"/>
                    </w:rPr>
                    <m:t>8</m:t>
                  </m:r>
                </m:den>
              </m:f>
            </m:oMath>
          </w:p>
        </w:tc>
        <w:tc>
          <w:tcPr>
            <w:tcW w:w="3894" w:type="dxa"/>
            <w:shd w:val="clear" w:color="auto" w:fill="auto"/>
          </w:tcPr>
          <w:p w:rsidR="00852135" w:rsidRPr="00677BC5" w:rsidRDefault="00852135" w:rsidP="00852135">
            <w:pPr>
              <w:jc w:val="both"/>
              <w:rPr>
                <w:sz w:val="28"/>
                <w:szCs w:val="28"/>
              </w:rPr>
            </w:pPr>
            <w:r w:rsidRPr="00677BC5">
              <w:rPr>
                <w:sz w:val="28"/>
                <w:szCs w:val="28"/>
              </w:rPr>
              <w:t>- HS quan sát và trả lời miệng.</w:t>
            </w:r>
          </w:p>
        </w:tc>
      </w:tr>
      <w:tr w:rsidR="00677BC5" w:rsidRPr="00677BC5" w:rsidTr="00677BC5">
        <w:tc>
          <w:tcPr>
            <w:tcW w:w="4962" w:type="dxa"/>
            <w:shd w:val="clear" w:color="auto" w:fill="auto"/>
          </w:tcPr>
          <w:p w:rsidR="00852135" w:rsidRPr="00677BC5" w:rsidRDefault="00852135" w:rsidP="00852135">
            <w:pPr>
              <w:tabs>
                <w:tab w:val="left" w:pos="402"/>
              </w:tabs>
              <w:jc w:val="both"/>
              <w:rPr>
                <w:sz w:val="28"/>
                <w:szCs w:val="28"/>
                <w:lang w:val="pt-BR"/>
              </w:rPr>
            </w:pPr>
            <w:r w:rsidRPr="00677BC5">
              <w:rPr>
                <w:sz w:val="28"/>
                <w:szCs w:val="28"/>
                <w:lang w:val="pt-BR"/>
              </w:rPr>
              <w:t>- GV cho học sinh nhắc lại cấu tạo của phân số và ý nghĩa của tử số và mẫu số.</w:t>
            </w:r>
          </w:p>
        </w:tc>
        <w:tc>
          <w:tcPr>
            <w:tcW w:w="3894" w:type="dxa"/>
            <w:shd w:val="clear" w:color="auto" w:fill="auto"/>
          </w:tcPr>
          <w:p w:rsidR="00852135" w:rsidRPr="00677BC5" w:rsidRDefault="00852135" w:rsidP="00852135">
            <w:pPr>
              <w:rPr>
                <w:sz w:val="28"/>
                <w:szCs w:val="28"/>
                <w:lang w:val="pt-BR"/>
              </w:rPr>
            </w:pPr>
            <w:r w:rsidRPr="00677BC5">
              <w:rPr>
                <w:sz w:val="28"/>
                <w:szCs w:val="28"/>
                <w:lang w:val="pt-BR"/>
              </w:rPr>
              <w:t>- HS trả lời cá nhân.</w:t>
            </w:r>
          </w:p>
        </w:tc>
      </w:tr>
      <w:tr w:rsidR="00677BC5" w:rsidRPr="00677BC5" w:rsidTr="00677BC5">
        <w:tc>
          <w:tcPr>
            <w:tcW w:w="4962" w:type="dxa"/>
            <w:shd w:val="clear" w:color="auto" w:fill="auto"/>
          </w:tcPr>
          <w:p w:rsidR="00852135" w:rsidRPr="00677BC5" w:rsidRDefault="00852135" w:rsidP="00852135">
            <w:pPr>
              <w:tabs>
                <w:tab w:val="left" w:pos="402"/>
              </w:tabs>
              <w:jc w:val="both"/>
              <w:rPr>
                <w:b/>
                <w:sz w:val="28"/>
                <w:szCs w:val="28"/>
                <w:lang w:val="pt-BR"/>
              </w:rPr>
            </w:pPr>
            <w:r w:rsidRPr="00677BC5">
              <w:rPr>
                <w:b/>
                <w:sz w:val="28"/>
                <w:szCs w:val="28"/>
                <w:lang w:val="pt-BR"/>
              </w:rPr>
              <w:t>Bài 2</w:t>
            </w:r>
          </w:p>
        </w:tc>
        <w:tc>
          <w:tcPr>
            <w:tcW w:w="3894" w:type="dxa"/>
            <w:shd w:val="clear" w:color="auto" w:fill="auto"/>
          </w:tcPr>
          <w:p w:rsidR="00852135" w:rsidRPr="00677BC5" w:rsidRDefault="00852135" w:rsidP="00852135">
            <w:pPr>
              <w:jc w:val="both"/>
              <w:rPr>
                <w:sz w:val="28"/>
                <w:szCs w:val="28"/>
              </w:rPr>
            </w:pPr>
          </w:p>
        </w:tc>
      </w:tr>
      <w:tr w:rsidR="00677BC5" w:rsidRPr="00677BC5" w:rsidTr="00677BC5">
        <w:tc>
          <w:tcPr>
            <w:tcW w:w="4962" w:type="dxa"/>
            <w:shd w:val="clear" w:color="auto" w:fill="auto"/>
          </w:tcPr>
          <w:p w:rsidR="00852135" w:rsidRPr="00677BC5" w:rsidRDefault="00852135" w:rsidP="00852135">
            <w:pPr>
              <w:tabs>
                <w:tab w:val="left" w:pos="402"/>
              </w:tabs>
              <w:jc w:val="both"/>
              <w:rPr>
                <w:sz w:val="28"/>
                <w:szCs w:val="28"/>
                <w:lang w:val="pt-BR"/>
              </w:rPr>
            </w:pPr>
            <w:r w:rsidRPr="00677BC5">
              <w:rPr>
                <w:sz w:val="28"/>
                <w:szCs w:val="28"/>
                <w:lang w:val="pt-BR"/>
              </w:rPr>
              <w:t>- GV cho học sinh xác định yêu cầu bài tập</w:t>
            </w:r>
          </w:p>
          <w:p w:rsidR="00852135" w:rsidRPr="00677BC5" w:rsidRDefault="00852135" w:rsidP="00852135">
            <w:pPr>
              <w:rPr>
                <w:sz w:val="28"/>
                <w:szCs w:val="28"/>
                <w:lang w:val="pt-BR"/>
              </w:rPr>
            </w:pPr>
            <w:r w:rsidRPr="00677BC5">
              <w:rPr>
                <w:sz w:val="28"/>
                <w:szCs w:val="28"/>
                <w:lang w:val="pt-BR"/>
              </w:rPr>
              <w:t xml:space="preserve">Yêu cầu: Rút gọn các phân số </w:t>
            </w:r>
          </w:p>
        </w:tc>
        <w:tc>
          <w:tcPr>
            <w:tcW w:w="3894" w:type="dxa"/>
            <w:shd w:val="clear" w:color="auto" w:fill="auto"/>
          </w:tcPr>
          <w:p w:rsidR="00852135" w:rsidRPr="00677BC5" w:rsidRDefault="00852135" w:rsidP="00852135">
            <w:pPr>
              <w:jc w:val="both"/>
              <w:rPr>
                <w:sz w:val="28"/>
                <w:szCs w:val="28"/>
                <w:lang w:val="pt-BR"/>
              </w:rPr>
            </w:pPr>
            <w:r w:rsidRPr="00677BC5">
              <w:rPr>
                <w:sz w:val="28"/>
                <w:szCs w:val="28"/>
                <w:lang w:val="pt-BR"/>
              </w:rPr>
              <w:t>- Học sinh đọc yêu cầu bài tập</w:t>
            </w:r>
          </w:p>
        </w:tc>
      </w:tr>
      <w:tr w:rsidR="00677BC5" w:rsidRPr="00677BC5" w:rsidTr="00677BC5">
        <w:tc>
          <w:tcPr>
            <w:tcW w:w="4962" w:type="dxa"/>
            <w:shd w:val="clear" w:color="auto" w:fill="auto"/>
          </w:tcPr>
          <w:p w:rsidR="00852135" w:rsidRPr="00677BC5" w:rsidRDefault="00852135" w:rsidP="00852135">
            <w:pPr>
              <w:tabs>
                <w:tab w:val="left" w:pos="402"/>
              </w:tabs>
              <w:jc w:val="both"/>
              <w:rPr>
                <w:sz w:val="28"/>
                <w:szCs w:val="28"/>
                <w:lang w:val="pt-BR"/>
              </w:rPr>
            </w:pPr>
            <w:r w:rsidRPr="00677BC5">
              <w:rPr>
                <w:sz w:val="28"/>
                <w:szCs w:val="28"/>
                <w:lang w:val="pt-BR"/>
              </w:rPr>
              <w:t>- Tổ chức học sinh làm bài</w:t>
            </w:r>
          </w:p>
        </w:tc>
        <w:tc>
          <w:tcPr>
            <w:tcW w:w="3894" w:type="dxa"/>
            <w:shd w:val="clear" w:color="auto" w:fill="auto"/>
          </w:tcPr>
          <w:p w:rsidR="00852135" w:rsidRPr="00677BC5" w:rsidRDefault="00852135" w:rsidP="00852135">
            <w:pPr>
              <w:jc w:val="both"/>
              <w:rPr>
                <w:sz w:val="28"/>
                <w:szCs w:val="28"/>
                <w:lang w:val="pt-BR"/>
              </w:rPr>
            </w:pPr>
            <w:r w:rsidRPr="00677BC5">
              <w:rPr>
                <w:sz w:val="28"/>
                <w:szCs w:val="28"/>
                <w:lang w:val="pt-BR"/>
              </w:rPr>
              <w:t>- HS làm bài cá nhân: Bảng con</w:t>
            </w:r>
          </w:p>
        </w:tc>
      </w:tr>
      <w:tr w:rsidR="00677BC5" w:rsidRPr="00677BC5" w:rsidTr="00677BC5">
        <w:tc>
          <w:tcPr>
            <w:tcW w:w="4962" w:type="dxa"/>
            <w:shd w:val="clear" w:color="auto" w:fill="auto"/>
          </w:tcPr>
          <w:p w:rsidR="00852135" w:rsidRPr="00677BC5" w:rsidRDefault="00852135" w:rsidP="00852135">
            <w:pPr>
              <w:jc w:val="both"/>
              <w:rPr>
                <w:sz w:val="28"/>
                <w:szCs w:val="28"/>
                <w:lang w:val="pt-BR"/>
              </w:rPr>
            </w:pPr>
            <w:r w:rsidRPr="00677BC5">
              <w:rPr>
                <w:sz w:val="28"/>
                <w:szCs w:val="28"/>
                <w:lang w:val="pt-BR"/>
              </w:rPr>
              <w:t>- Tổ chức cho học sinh báo cáo kết quả</w:t>
            </w:r>
          </w:p>
          <w:p w:rsidR="00852135" w:rsidRPr="00677BC5" w:rsidRDefault="00852135" w:rsidP="00852135">
            <w:pPr>
              <w:rPr>
                <w:sz w:val="28"/>
                <w:szCs w:val="28"/>
              </w:rPr>
            </w:pPr>
            <w:r w:rsidRPr="00677BC5">
              <w:rPr>
                <w:sz w:val="28"/>
                <w:szCs w:val="28"/>
                <w:lang w:val="pt-BR"/>
              </w:rPr>
              <w:t xml:space="preserve">Kết quả: </w:t>
            </w:r>
            <m:oMath>
              <m:f>
                <m:fPr>
                  <m:ctrlPr>
                    <w:rPr>
                      <w:rFonts w:ascii="Cambria Math" w:hAnsi="Cambria Math"/>
                      <w:i/>
                      <w:sz w:val="28"/>
                      <w:szCs w:val="28"/>
                      <w:lang w:val="vi-VN"/>
                    </w:rPr>
                  </m:ctrlPr>
                </m:fPr>
                <m:num>
                  <m:r>
                    <w:rPr>
                      <w:rFonts w:ascii="Cambria Math" w:hAnsi="Cambria Math"/>
                      <w:sz w:val="28"/>
                      <w:szCs w:val="28"/>
                    </w:rPr>
                    <m:t>15</m:t>
                  </m:r>
                </m:num>
                <m:den>
                  <m:r>
                    <w:rPr>
                      <w:rFonts w:ascii="Cambria Math" w:hAnsi="Cambria Math"/>
                      <w:sz w:val="28"/>
                      <w:szCs w:val="28"/>
                    </w:rPr>
                    <m:t>25</m:t>
                  </m:r>
                </m:den>
              </m:f>
            </m:oMath>
            <w:r w:rsidRPr="00677BC5">
              <w:rPr>
                <w:sz w:val="28"/>
                <w:szCs w:val="28"/>
              </w:rPr>
              <w:t xml:space="preserve"> = </w:t>
            </w:r>
            <m:oMath>
              <m:f>
                <m:fPr>
                  <m:ctrlPr>
                    <w:rPr>
                      <w:rFonts w:ascii="Cambria Math" w:hAnsi="Cambria Math"/>
                      <w:i/>
                      <w:sz w:val="28"/>
                      <w:szCs w:val="28"/>
                    </w:rPr>
                  </m:ctrlPr>
                </m:fPr>
                <m:num>
                  <m:r>
                    <w:rPr>
                      <w:rFonts w:ascii="Cambria Math" w:hAnsi="Cambria Math"/>
                      <w:sz w:val="28"/>
                      <w:szCs w:val="28"/>
                    </w:rPr>
                    <m:t>3</m:t>
                  </m:r>
                </m:num>
                <m:den>
                  <m:r>
                    <w:rPr>
                      <w:rFonts w:ascii="Cambria Math" w:hAnsi="Cambria Math"/>
                      <w:sz w:val="28"/>
                      <w:szCs w:val="28"/>
                    </w:rPr>
                    <m:t>5</m:t>
                  </m:r>
                </m:den>
              </m:f>
            </m:oMath>
            <w:r w:rsidRPr="00677BC5">
              <w:rPr>
                <w:sz w:val="28"/>
                <w:szCs w:val="28"/>
              </w:rPr>
              <w:t xml:space="preserve">; </w:t>
            </w:r>
            <m:oMath>
              <m:f>
                <m:fPr>
                  <m:ctrlPr>
                    <w:rPr>
                      <w:rFonts w:ascii="Cambria Math" w:hAnsi="Cambria Math"/>
                      <w:i/>
                      <w:sz w:val="28"/>
                      <w:szCs w:val="28"/>
                      <w:lang w:val="vi-VN"/>
                    </w:rPr>
                  </m:ctrlPr>
                </m:fPr>
                <m:num>
                  <m:r>
                    <w:rPr>
                      <w:rFonts w:ascii="Cambria Math" w:hAnsi="Cambria Math"/>
                      <w:sz w:val="28"/>
                      <w:szCs w:val="28"/>
                    </w:rPr>
                    <m:t>24</m:t>
                  </m:r>
                </m:num>
                <m:den>
                  <m:r>
                    <w:rPr>
                      <w:rFonts w:ascii="Cambria Math" w:hAnsi="Cambria Math"/>
                      <w:sz w:val="28"/>
                      <w:szCs w:val="28"/>
                    </w:rPr>
                    <m:t>28</m:t>
                  </m:r>
                </m:den>
              </m:f>
            </m:oMath>
            <w:r w:rsidRPr="00677BC5">
              <w:rPr>
                <w:sz w:val="28"/>
                <w:szCs w:val="28"/>
              </w:rPr>
              <w:t xml:space="preserve"> = </w:t>
            </w:r>
            <m:oMath>
              <m:f>
                <m:fPr>
                  <m:ctrlPr>
                    <w:rPr>
                      <w:rFonts w:ascii="Cambria Math" w:hAnsi="Cambria Math"/>
                      <w:i/>
                      <w:sz w:val="28"/>
                      <w:szCs w:val="28"/>
                    </w:rPr>
                  </m:ctrlPr>
                </m:fPr>
                <m:num>
                  <m:r>
                    <w:rPr>
                      <w:rFonts w:ascii="Cambria Math" w:hAnsi="Cambria Math"/>
                      <w:sz w:val="28"/>
                      <w:szCs w:val="28"/>
                    </w:rPr>
                    <m:t>6</m:t>
                  </m:r>
                </m:num>
                <m:den>
                  <m:r>
                    <w:rPr>
                      <w:rFonts w:ascii="Cambria Math" w:hAnsi="Cambria Math"/>
                      <w:sz w:val="28"/>
                      <w:szCs w:val="28"/>
                    </w:rPr>
                    <m:t>7</m:t>
                  </m:r>
                </m:den>
              </m:f>
            </m:oMath>
            <w:r w:rsidRPr="00677BC5">
              <w:rPr>
                <w:sz w:val="28"/>
                <w:szCs w:val="28"/>
              </w:rPr>
              <w:t xml:space="preserve">; </w:t>
            </w:r>
            <m:oMath>
              <m:f>
                <m:fPr>
                  <m:ctrlPr>
                    <w:rPr>
                      <w:rFonts w:ascii="Cambria Math" w:hAnsi="Cambria Math"/>
                      <w:i/>
                      <w:sz w:val="28"/>
                      <w:szCs w:val="28"/>
                      <w:lang w:val="vi-VN"/>
                    </w:rPr>
                  </m:ctrlPr>
                </m:fPr>
                <m:num>
                  <m:r>
                    <w:rPr>
                      <w:rFonts w:ascii="Cambria Math" w:hAnsi="Cambria Math"/>
                      <w:sz w:val="28"/>
                      <w:szCs w:val="28"/>
                    </w:rPr>
                    <m:t>18</m:t>
                  </m:r>
                </m:num>
                <m:den>
                  <m:r>
                    <w:rPr>
                      <w:rFonts w:ascii="Cambria Math" w:hAnsi="Cambria Math"/>
                      <w:sz w:val="28"/>
                      <w:szCs w:val="28"/>
                    </w:rPr>
                    <m:t>33</m:t>
                  </m:r>
                </m:den>
              </m:f>
            </m:oMath>
            <w:r w:rsidRPr="00677BC5">
              <w:rPr>
                <w:sz w:val="28"/>
                <w:szCs w:val="28"/>
              </w:rPr>
              <w:t xml:space="preserve"> = </w:t>
            </w:r>
            <m:oMath>
              <m:f>
                <m:fPr>
                  <m:ctrlPr>
                    <w:rPr>
                      <w:rFonts w:ascii="Cambria Math" w:hAnsi="Cambria Math"/>
                      <w:i/>
                      <w:sz w:val="28"/>
                      <w:szCs w:val="28"/>
                    </w:rPr>
                  </m:ctrlPr>
                </m:fPr>
                <m:num>
                  <m:r>
                    <w:rPr>
                      <w:rFonts w:ascii="Cambria Math" w:hAnsi="Cambria Math"/>
                      <w:sz w:val="28"/>
                      <w:szCs w:val="28"/>
                    </w:rPr>
                    <m:t>6</m:t>
                  </m:r>
                </m:num>
                <m:den>
                  <m:r>
                    <w:rPr>
                      <w:rFonts w:ascii="Cambria Math" w:hAnsi="Cambria Math"/>
                      <w:sz w:val="28"/>
                      <w:szCs w:val="28"/>
                    </w:rPr>
                    <m:t>11</m:t>
                  </m:r>
                </m:den>
              </m:f>
            </m:oMath>
            <w:r w:rsidRPr="00677BC5">
              <w:rPr>
                <w:sz w:val="28"/>
                <w:szCs w:val="28"/>
              </w:rPr>
              <w:t xml:space="preserve">; </w:t>
            </w:r>
            <m:oMath>
              <m:f>
                <m:fPr>
                  <m:ctrlPr>
                    <w:rPr>
                      <w:rFonts w:ascii="Cambria Math" w:hAnsi="Cambria Math"/>
                      <w:i/>
                      <w:sz w:val="28"/>
                      <w:szCs w:val="28"/>
                      <w:lang w:val="vi-VN"/>
                    </w:rPr>
                  </m:ctrlPr>
                </m:fPr>
                <m:num>
                  <m:r>
                    <w:rPr>
                      <w:rFonts w:ascii="Cambria Math" w:hAnsi="Cambria Math"/>
                      <w:sz w:val="28"/>
                      <w:szCs w:val="28"/>
                    </w:rPr>
                    <m:t>12</m:t>
                  </m:r>
                </m:num>
                <m:den>
                  <m:r>
                    <w:rPr>
                      <w:rFonts w:ascii="Cambria Math" w:hAnsi="Cambria Math"/>
                      <w:sz w:val="28"/>
                      <w:szCs w:val="28"/>
                    </w:rPr>
                    <m:t>36</m:t>
                  </m:r>
                </m:den>
              </m:f>
            </m:oMath>
            <w:r w:rsidRPr="00677BC5">
              <w:rPr>
                <w:sz w:val="28"/>
                <w:szCs w:val="28"/>
              </w:rPr>
              <w:t xml:space="preserve"> = </w:t>
            </w:r>
            <m:oMath>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3</m:t>
                  </m:r>
                </m:den>
              </m:f>
            </m:oMath>
          </w:p>
        </w:tc>
        <w:tc>
          <w:tcPr>
            <w:tcW w:w="3894" w:type="dxa"/>
            <w:shd w:val="clear" w:color="auto" w:fill="auto"/>
          </w:tcPr>
          <w:p w:rsidR="00852135" w:rsidRPr="00677BC5" w:rsidRDefault="00852135" w:rsidP="00852135">
            <w:pPr>
              <w:jc w:val="both"/>
              <w:rPr>
                <w:sz w:val="28"/>
                <w:szCs w:val="28"/>
              </w:rPr>
            </w:pPr>
            <w:r w:rsidRPr="00677BC5">
              <w:rPr>
                <w:sz w:val="28"/>
                <w:szCs w:val="28"/>
              </w:rPr>
              <w:t>- Học sinh báo cáo kết quả và giải thích cách làm</w:t>
            </w:r>
          </w:p>
        </w:tc>
      </w:tr>
      <w:tr w:rsidR="00677BC5" w:rsidRPr="00677BC5" w:rsidTr="00677BC5">
        <w:tc>
          <w:tcPr>
            <w:tcW w:w="4962" w:type="dxa"/>
            <w:shd w:val="clear" w:color="auto" w:fill="auto"/>
          </w:tcPr>
          <w:p w:rsidR="00852135" w:rsidRPr="00677BC5" w:rsidRDefault="00852135" w:rsidP="00852135">
            <w:pPr>
              <w:tabs>
                <w:tab w:val="left" w:pos="402"/>
              </w:tabs>
              <w:jc w:val="both"/>
              <w:rPr>
                <w:sz w:val="28"/>
                <w:szCs w:val="28"/>
                <w:lang w:val="pt-BR"/>
              </w:rPr>
            </w:pPr>
            <w:r w:rsidRPr="00677BC5">
              <w:rPr>
                <w:sz w:val="28"/>
                <w:szCs w:val="28"/>
                <w:lang w:val="pt-BR"/>
              </w:rPr>
              <w:t>- GV cùng học sinh đánh giá bài làm</w:t>
            </w:r>
          </w:p>
        </w:tc>
        <w:tc>
          <w:tcPr>
            <w:tcW w:w="3894" w:type="dxa"/>
            <w:shd w:val="clear" w:color="auto" w:fill="auto"/>
          </w:tcPr>
          <w:p w:rsidR="00852135" w:rsidRPr="00677BC5" w:rsidRDefault="00852135" w:rsidP="00852135">
            <w:pPr>
              <w:jc w:val="both"/>
              <w:rPr>
                <w:sz w:val="28"/>
                <w:szCs w:val="28"/>
              </w:rPr>
            </w:pPr>
          </w:p>
        </w:tc>
      </w:tr>
      <w:tr w:rsidR="00677BC5" w:rsidRPr="00677BC5" w:rsidTr="00677BC5">
        <w:tc>
          <w:tcPr>
            <w:tcW w:w="4962" w:type="dxa"/>
            <w:shd w:val="clear" w:color="auto" w:fill="auto"/>
          </w:tcPr>
          <w:p w:rsidR="00852135" w:rsidRPr="00677BC5" w:rsidRDefault="00852135" w:rsidP="00852135">
            <w:pPr>
              <w:tabs>
                <w:tab w:val="left" w:pos="402"/>
              </w:tabs>
              <w:jc w:val="both"/>
              <w:rPr>
                <w:b/>
                <w:sz w:val="28"/>
                <w:szCs w:val="28"/>
                <w:lang w:val="pt-BR"/>
              </w:rPr>
            </w:pPr>
            <w:r w:rsidRPr="00677BC5">
              <w:rPr>
                <w:b/>
                <w:sz w:val="28"/>
                <w:szCs w:val="28"/>
                <w:lang w:val="pt-BR"/>
              </w:rPr>
              <w:t>Bài 3.</w:t>
            </w:r>
          </w:p>
        </w:tc>
        <w:tc>
          <w:tcPr>
            <w:tcW w:w="3894" w:type="dxa"/>
            <w:shd w:val="clear" w:color="auto" w:fill="auto"/>
          </w:tcPr>
          <w:p w:rsidR="00852135" w:rsidRPr="00677BC5" w:rsidRDefault="00852135" w:rsidP="00852135">
            <w:pPr>
              <w:jc w:val="both"/>
              <w:rPr>
                <w:sz w:val="28"/>
                <w:szCs w:val="28"/>
              </w:rPr>
            </w:pPr>
          </w:p>
        </w:tc>
      </w:tr>
      <w:tr w:rsidR="00677BC5" w:rsidRPr="00677BC5" w:rsidTr="00677BC5">
        <w:tc>
          <w:tcPr>
            <w:tcW w:w="4962" w:type="dxa"/>
            <w:shd w:val="clear" w:color="auto" w:fill="auto"/>
          </w:tcPr>
          <w:p w:rsidR="00852135" w:rsidRPr="00677BC5" w:rsidRDefault="00852135" w:rsidP="00852135">
            <w:pPr>
              <w:tabs>
                <w:tab w:val="left" w:pos="402"/>
              </w:tabs>
              <w:jc w:val="both"/>
              <w:rPr>
                <w:sz w:val="28"/>
                <w:szCs w:val="28"/>
                <w:lang w:val="pt-BR"/>
              </w:rPr>
            </w:pPr>
            <w:r w:rsidRPr="00677BC5">
              <w:rPr>
                <w:sz w:val="28"/>
                <w:szCs w:val="28"/>
                <w:lang w:val="pt-BR"/>
              </w:rPr>
              <w:t>- GV cho học sinh xác định yêu cầu bài tập</w:t>
            </w:r>
          </w:p>
          <w:p w:rsidR="00852135" w:rsidRPr="00677BC5" w:rsidRDefault="00852135" w:rsidP="00852135">
            <w:pPr>
              <w:rPr>
                <w:sz w:val="28"/>
                <w:szCs w:val="28"/>
                <w:lang w:val="pt-BR"/>
              </w:rPr>
            </w:pPr>
            <w:r w:rsidRPr="00677BC5">
              <w:rPr>
                <w:sz w:val="28"/>
                <w:szCs w:val="28"/>
                <w:lang w:val="pt-BR"/>
              </w:rPr>
              <w:t xml:space="preserve">Yêu cầu: Tính các phép tính với phân số </w:t>
            </w:r>
          </w:p>
        </w:tc>
        <w:tc>
          <w:tcPr>
            <w:tcW w:w="3894" w:type="dxa"/>
            <w:shd w:val="clear" w:color="auto" w:fill="auto"/>
          </w:tcPr>
          <w:p w:rsidR="00852135" w:rsidRPr="00677BC5" w:rsidRDefault="00852135" w:rsidP="00852135">
            <w:pPr>
              <w:jc w:val="both"/>
              <w:rPr>
                <w:sz w:val="28"/>
                <w:szCs w:val="28"/>
                <w:lang w:val="pt-BR"/>
              </w:rPr>
            </w:pPr>
            <w:r w:rsidRPr="00677BC5">
              <w:rPr>
                <w:sz w:val="28"/>
                <w:szCs w:val="28"/>
                <w:lang w:val="pt-BR"/>
              </w:rPr>
              <w:t>- Học sinh đọc yêu cầu bài tập</w:t>
            </w:r>
          </w:p>
        </w:tc>
      </w:tr>
      <w:tr w:rsidR="00677BC5" w:rsidRPr="00677BC5" w:rsidTr="00677BC5">
        <w:tc>
          <w:tcPr>
            <w:tcW w:w="4962" w:type="dxa"/>
            <w:shd w:val="clear" w:color="auto" w:fill="auto"/>
          </w:tcPr>
          <w:p w:rsidR="00852135" w:rsidRPr="00677BC5" w:rsidRDefault="00852135" w:rsidP="00852135">
            <w:pPr>
              <w:tabs>
                <w:tab w:val="left" w:pos="402"/>
              </w:tabs>
              <w:jc w:val="both"/>
              <w:rPr>
                <w:sz w:val="28"/>
                <w:szCs w:val="28"/>
                <w:lang w:val="pt-BR"/>
              </w:rPr>
            </w:pPr>
            <w:r w:rsidRPr="00677BC5">
              <w:rPr>
                <w:sz w:val="28"/>
                <w:szCs w:val="28"/>
                <w:lang w:val="pt-BR"/>
              </w:rPr>
              <w:t>- Tổ chức học sinh làm bài</w:t>
            </w:r>
          </w:p>
        </w:tc>
        <w:tc>
          <w:tcPr>
            <w:tcW w:w="3894" w:type="dxa"/>
            <w:shd w:val="clear" w:color="auto" w:fill="auto"/>
          </w:tcPr>
          <w:p w:rsidR="00852135" w:rsidRPr="00677BC5" w:rsidRDefault="00852135" w:rsidP="00852135">
            <w:pPr>
              <w:jc w:val="both"/>
              <w:rPr>
                <w:sz w:val="28"/>
                <w:szCs w:val="28"/>
                <w:lang w:val="pt-BR"/>
              </w:rPr>
            </w:pPr>
            <w:r w:rsidRPr="00677BC5">
              <w:rPr>
                <w:sz w:val="28"/>
                <w:szCs w:val="28"/>
                <w:lang w:val="pt-BR"/>
              </w:rPr>
              <w:t>- HS làm bài cá nhân: Bảng con</w:t>
            </w:r>
          </w:p>
        </w:tc>
      </w:tr>
      <w:tr w:rsidR="00677BC5" w:rsidRPr="00677BC5" w:rsidTr="00677BC5">
        <w:tc>
          <w:tcPr>
            <w:tcW w:w="4962" w:type="dxa"/>
            <w:shd w:val="clear" w:color="auto" w:fill="auto"/>
          </w:tcPr>
          <w:p w:rsidR="00A4601E" w:rsidRPr="00677BC5" w:rsidRDefault="00475E08">
            <w:pPr>
              <w:rPr>
                <w:lang w:val="pt-BR"/>
              </w:rPr>
            </w:pPr>
            <w:r w:rsidRPr="00677BC5">
              <w:rPr>
                <w:lang w:val="pt-BR"/>
              </w:rPr>
              <w:t>- Tổ chức cho học sinh báo cáo kết quả</w:t>
            </w:r>
            <w:r w:rsidRPr="00677BC5">
              <w:rPr>
                <w:lang w:val="pt-BR"/>
              </w:rPr>
              <w:br/>
              <w:t>Kết quả:</w:t>
            </w:r>
          </w:p>
          <w:p w:rsidR="00A4601E" w:rsidRPr="00677BC5" w:rsidRDefault="00475E08">
            <w:r w:rsidRPr="00677BC5">
              <w:t xml:space="preserve">a) </w:t>
            </w:r>
            <m:oMath>
              <m:f>
                <m:fPr>
                  <m:ctrlPr>
                    <w:rPr>
                      <w:rFonts w:ascii="Cambria Math" w:hAnsi="Cambria Math"/>
                    </w:rPr>
                  </m:ctrlPr>
                </m:fPr>
                <m:num>
                  <m:r>
                    <w:rPr>
                      <w:rFonts w:ascii="Cambria Math" w:hAnsi="Cambria Math"/>
                    </w:rPr>
                    <m:t>3</m:t>
                  </m:r>
                </m:num>
                <m:den>
                  <m:r>
                    <w:rPr>
                      <w:rFonts w:ascii="Cambria Math" w:hAnsi="Cambria Math"/>
                    </w:rPr>
                    <m:t>5</m:t>
                  </m:r>
                </m:den>
              </m:f>
            </m:oMath>
            <w:r w:rsidRPr="00677BC5">
              <w:t xml:space="preserve"> + </w:t>
            </w:r>
            <m:oMath>
              <m:f>
                <m:fPr>
                  <m:ctrlPr>
                    <w:rPr>
                      <w:rFonts w:ascii="Cambria Math" w:hAnsi="Cambria Math"/>
                    </w:rPr>
                  </m:ctrlPr>
                </m:fPr>
                <m:num>
                  <m:r>
                    <w:rPr>
                      <w:rFonts w:ascii="Cambria Math" w:hAnsi="Cambria Math"/>
                    </w:rPr>
                    <m:t>7</m:t>
                  </m:r>
                </m:num>
                <m:den>
                  <m:r>
                    <w:rPr>
                      <w:rFonts w:ascii="Cambria Math" w:hAnsi="Cambria Math"/>
                    </w:rPr>
                    <m:t>25</m:t>
                  </m:r>
                </m:den>
              </m:f>
            </m:oMath>
            <w:r w:rsidRPr="00677BC5">
              <w:t xml:space="preserve"> = </w:t>
            </w:r>
            <m:oMath>
              <m:f>
                <m:fPr>
                  <m:ctrlPr>
                    <w:rPr>
                      <w:rFonts w:ascii="Cambria Math" w:hAnsi="Cambria Math"/>
                    </w:rPr>
                  </m:ctrlPr>
                </m:fPr>
                <m:num>
                  <m:r>
                    <w:rPr>
                      <w:rFonts w:ascii="Cambria Math" w:hAnsi="Cambria Math"/>
                    </w:rPr>
                    <m:t>15</m:t>
                  </m:r>
                </m:num>
                <m:den>
                  <m:r>
                    <w:rPr>
                      <w:rFonts w:ascii="Cambria Math" w:hAnsi="Cambria Math"/>
                    </w:rPr>
                    <m:t>25</m:t>
                  </m:r>
                </m:den>
              </m:f>
            </m:oMath>
            <w:r w:rsidRPr="00677BC5">
              <w:t xml:space="preserve"> + </w:t>
            </w:r>
            <m:oMath>
              <m:f>
                <m:fPr>
                  <m:ctrlPr>
                    <w:rPr>
                      <w:rFonts w:ascii="Cambria Math" w:hAnsi="Cambria Math"/>
                    </w:rPr>
                  </m:ctrlPr>
                </m:fPr>
                <m:num>
                  <m:r>
                    <w:rPr>
                      <w:rFonts w:ascii="Cambria Math" w:hAnsi="Cambria Math"/>
                    </w:rPr>
                    <m:t>7</m:t>
                  </m:r>
                </m:num>
                <m:den>
                  <m:r>
                    <w:rPr>
                      <w:rFonts w:ascii="Cambria Math" w:hAnsi="Cambria Math"/>
                    </w:rPr>
                    <m:t>25</m:t>
                  </m:r>
                </m:den>
              </m:f>
            </m:oMath>
            <w:r w:rsidRPr="00677BC5">
              <w:t xml:space="preserve"> = </w:t>
            </w:r>
            <m:oMath>
              <m:f>
                <m:fPr>
                  <m:ctrlPr>
                    <w:rPr>
                      <w:rFonts w:ascii="Cambria Math" w:hAnsi="Cambria Math"/>
                    </w:rPr>
                  </m:ctrlPr>
                </m:fPr>
                <m:num>
                  <m:r>
                    <w:rPr>
                      <w:rFonts w:ascii="Cambria Math" w:hAnsi="Cambria Math"/>
                    </w:rPr>
                    <m:t>22</m:t>
                  </m:r>
                </m:num>
                <m:den>
                  <m:r>
                    <w:rPr>
                      <w:rFonts w:ascii="Cambria Math" w:hAnsi="Cambria Math"/>
                    </w:rPr>
                    <m:t>25</m:t>
                  </m:r>
                </m:den>
              </m:f>
            </m:oMath>
          </w:p>
          <w:p w:rsidR="00A4601E" w:rsidRPr="00677BC5" w:rsidRDefault="00475E08">
            <w:r w:rsidRPr="00677BC5">
              <w:t xml:space="preserve">b) </w:t>
            </w:r>
            <m:oMath>
              <m:f>
                <m:fPr>
                  <m:ctrlPr>
                    <w:rPr>
                      <w:rFonts w:ascii="Cambria Math" w:hAnsi="Cambria Math"/>
                    </w:rPr>
                  </m:ctrlPr>
                </m:fPr>
                <m:num>
                  <m:r>
                    <w:rPr>
                      <w:rFonts w:ascii="Cambria Math" w:hAnsi="Cambria Math"/>
                    </w:rPr>
                    <m:t>8</m:t>
                  </m:r>
                </m:num>
                <m:den>
                  <m:r>
                    <w:rPr>
                      <w:rFonts w:ascii="Cambria Math" w:hAnsi="Cambria Math"/>
                    </w:rPr>
                    <m:t>11</m:t>
                  </m:r>
                </m:den>
              </m:f>
            </m:oMath>
            <w:r w:rsidRPr="00677BC5">
              <w:t xml:space="preserve"> - </w:t>
            </w:r>
            <m:oMath>
              <m:f>
                <m:fPr>
                  <m:ctrlPr>
                    <w:rPr>
                      <w:rFonts w:ascii="Cambria Math" w:hAnsi="Cambria Math"/>
                    </w:rPr>
                  </m:ctrlPr>
                </m:fPr>
                <m:num>
                  <m:r>
                    <w:rPr>
                      <w:rFonts w:ascii="Cambria Math" w:hAnsi="Cambria Math"/>
                    </w:rPr>
                    <m:t>19</m:t>
                  </m:r>
                </m:num>
                <m:den>
                  <m:r>
                    <w:rPr>
                      <w:rFonts w:ascii="Cambria Math" w:hAnsi="Cambria Math"/>
                    </w:rPr>
                    <m:t>33</m:t>
                  </m:r>
                </m:den>
              </m:f>
            </m:oMath>
            <w:r w:rsidRPr="00677BC5">
              <w:t xml:space="preserve"> = </w:t>
            </w:r>
            <m:oMath>
              <m:f>
                <m:fPr>
                  <m:ctrlPr>
                    <w:rPr>
                      <w:rFonts w:ascii="Cambria Math" w:hAnsi="Cambria Math"/>
                    </w:rPr>
                  </m:ctrlPr>
                </m:fPr>
                <m:num>
                  <m:r>
                    <w:rPr>
                      <w:rFonts w:ascii="Cambria Math" w:hAnsi="Cambria Math"/>
                    </w:rPr>
                    <m:t>24</m:t>
                  </m:r>
                </m:num>
                <m:den>
                  <m:r>
                    <w:rPr>
                      <w:rFonts w:ascii="Cambria Math" w:hAnsi="Cambria Math"/>
                    </w:rPr>
                    <m:t>33</m:t>
                  </m:r>
                </m:den>
              </m:f>
            </m:oMath>
            <w:r w:rsidRPr="00677BC5">
              <w:t xml:space="preserve"> - </w:t>
            </w:r>
            <m:oMath>
              <m:f>
                <m:fPr>
                  <m:ctrlPr>
                    <w:rPr>
                      <w:rFonts w:ascii="Cambria Math" w:hAnsi="Cambria Math"/>
                    </w:rPr>
                  </m:ctrlPr>
                </m:fPr>
                <m:num>
                  <m:r>
                    <w:rPr>
                      <w:rFonts w:ascii="Cambria Math" w:hAnsi="Cambria Math"/>
                    </w:rPr>
                    <m:t>19</m:t>
                  </m:r>
                </m:num>
                <m:den>
                  <m:r>
                    <w:rPr>
                      <w:rFonts w:ascii="Cambria Math" w:hAnsi="Cambria Math"/>
                    </w:rPr>
                    <m:t>33</m:t>
                  </m:r>
                </m:den>
              </m:f>
            </m:oMath>
            <w:r w:rsidRPr="00677BC5">
              <w:t xml:space="preserve"> = </w:t>
            </w:r>
            <m:oMath>
              <m:f>
                <m:fPr>
                  <m:ctrlPr>
                    <w:rPr>
                      <w:rFonts w:ascii="Cambria Math" w:hAnsi="Cambria Math"/>
                    </w:rPr>
                  </m:ctrlPr>
                </m:fPr>
                <m:num>
                  <m:r>
                    <w:rPr>
                      <w:rFonts w:ascii="Cambria Math" w:hAnsi="Cambria Math"/>
                    </w:rPr>
                    <m:t>5</m:t>
                  </m:r>
                </m:num>
                <m:den>
                  <m:r>
                    <w:rPr>
                      <w:rFonts w:ascii="Cambria Math" w:hAnsi="Cambria Math"/>
                    </w:rPr>
                    <m:t>33</m:t>
                  </m:r>
                </m:den>
              </m:f>
            </m:oMath>
          </w:p>
          <w:p w:rsidR="00A4601E" w:rsidRPr="00677BC5" w:rsidRDefault="00475E08">
            <w:r w:rsidRPr="00677BC5">
              <w:t xml:space="preserve">c) </w:t>
            </w:r>
            <m:oMath>
              <m:f>
                <m:fPr>
                  <m:ctrlPr>
                    <w:rPr>
                      <w:rFonts w:ascii="Cambria Math" w:hAnsi="Cambria Math"/>
                    </w:rPr>
                  </m:ctrlPr>
                </m:fPr>
                <m:num>
                  <m:r>
                    <w:rPr>
                      <w:rFonts w:ascii="Cambria Math" w:hAnsi="Cambria Math"/>
                    </w:rPr>
                    <m:t>16</m:t>
                  </m:r>
                </m:num>
                <m:den>
                  <m:r>
                    <w:rPr>
                      <w:rFonts w:ascii="Cambria Math" w:hAnsi="Cambria Math"/>
                    </w:rPr>
                    <m:t>21</m:t>
                  </m:r>
                </m:den>
              </m:f>
            </m:oMath>
            <w:r w:rsidRPr="00677BC5">
              <w:t xml:space="preserve"> × </w:t>
            </w:r>
            <m:oMath>
              <m:f>
                <m:fPr>
                  <m:ctrlPr>
                    <w:rPr>
                      <w:rFonts w:ascii="Cambria Math" w:hAnsi="Cambria Math"/>
                    </w:rPr>
                  </m:ctrlPr>
                </m:fPr>
                <m:num>
                  <m:r>
                    <w:rPr>
                      <w:rFonts w:ascii="Cambria Math" w:hAnsi="Cambria Math"/>
                    </w:rPr>
                    <m:t>3</m:t>
                  </m:r>
                </m:num>
                <m:den>
                  <m:r>
                    <w:rPr>
                      <w:rFonts w:ascii="Cambria Math" w:hAnsi="Cambria Math"/>
                    </w:rPr>
                    <m:t>5</m:t>
                  </m:r>
                </m:den>
              </m:f>
            </m:oMath>
            <w:r w:rsidRPr="00677BC5">
              <w:t xml:space="preserve"> = </w:t>
            </w:r>
            <m:oMath>
              <m:f>
                <m:fPr>
                  <m:ctrlPr>
                    <w:rPr>
                      <w:rFonts w:ascii="Cambria Math" w:hAnsi="Cambria Math"/>
                    </w:rPr>
                  </m:ctrlPr>
                </m:fPr>
                <m:num>
                  <m:r>
                    <w:rPr>
                      <w:rFonts w:ascii="Cambria Math" w:hAnsi="Cambria Math"/>
                    </w:rPr>
                    <m:t>48</m:t>
                  </m:r>
                </m:num>
                <m:den>
                  <m:r>
                    <w:rPr>
                      <w:rFonts w:ascii="Cambria Math" w:hAnsi="Cambria Math"/>
                    </w:rPr>
                    <m:t>105</m:t>
                  </m:r>
                </m:den>
              </m:f>
            </m:oMath>
            <w:r w:rsidRPr="00677BC5">
              <w:t xml:space="preserve"> = </w:t>
            </w:r>
            <m:oMath>
              <m:f>
                <m:fPr>
                  <m:ctrlPr>
                    <w:rPr>
                      <w:rFonts w:ascii="Cambria Math" w:hAnsi="Cambria Math"/>
                    </w:rPr>
                  </m:ctrlPr>
                </m:fPr>
                <m:num>
                  <m:r>
                    <w:rPr>
                      <w:rFonts w:ascii="Cambria Math" w:hAnsi="Cambria Math"/>
                    </w:rPr>
                    <m:t>16</m:t>
                  </m:r>
                </m:num>
                <m:den>
                  <m:r>
                    <w:rPr>
                      <w:rFonts w:ascii="Cambria Math" w:hAnsi="Cambria Math"/>
                    </w:rPr>
                    <m:t>35</m:t>
                  </m:r>
                </m:den>
              </m:f>
            </m:oMath>
          </w:p>
          <w:p w:rsidR="00A4601E" w:rsidRPr="00677BC5" w:rsidRDefault="00475E08">
            <w:r w:rsidRPr="00677BC5">
              <w:t xml:space="preserve">d) </w:t>
            </w:r>
            <m:oMath>
              <m:f>
                <m:fPr>
                  <m:ctrlPr>
                    <w:rPr>
                      <w:rFonts w:ascii="Cambria Math" w:hAnsi="Cambria Math"/>
                    </w:rPr>
                  </m:ctrlPr>
                </m:fPr>
                <m:num>
                  <m:r>
                    <w:rPr>
                      <w:rFonts w:ascii="Cambria Math" w:hAnsi="Cambria Math"/>
                    </w:rPr>
                    <m:t>14</m:t>
                  </m:r>
                </m:num>
                <m:den>
                  <m:r>
                    <w:rPr>
                      <w:rFonts w:ascii="Cambria Math" w:hAnsi="Cambria Math"/>
                    </w:rPr>
                    <m:t>41</m:t>
                  </m:r>
                </m:den>
              </m:f>
            </m:oMath>
            <w:r w:rsidRPr="00677BC5">
              <w:t xml:space="preserve"> : </w:t>
            </w:r>
            <m:oMath>
              <m:f>
                <m:fPr>
                  <m:ctrlPr>
                    <w:rPr>
                      <w:rFonts w:ascii="Cambria Math" w:hAnsi="Cambria Math"/>
                    </w:rPr>
                  </m:ctrlPr>
                </m:fPr>
                <m:num>
                  <m:r>
                    <w:rPr>
                      <w:rFonts w:ascii="Cambria Math" w:hAnsi="Cambria Math"/>
                    </w:rPr>
                    <m:t>7</m:t>
                  </m:r>
                </m:num>
                <m:den>
                  <m:r>
                    <w:rPr>
                      <w:rFonts w:ascii="Cambria Math" w:hAnsi="Cambria Math"/>
                    </w:rPr>
                    <m:t>9</m:t>
                  </m:r>
                </m:den>
              </m:f>
            </m:oMath>
            <w:r w:rsidRPr="00677BC5">
              <w:t xml:space="preserve"> = </w:t>
            </w:r>
            <m:oMath>
              <m:f>
                <m:fPr>
                  <m:ctrlPr>
                    <w:rPr>
                      <w:rFonts w:ascii="Cambria Math" w:hAnsi="Cambria Math"/>
                    </w:rPr>
                  </m:ctrlPr>
                </m:fPr>
                <m:num>
                  <m:r>
                    <w:rPr>
                      <w:rFonts w:ascii="Cambria Math" w:hAnsi="Cambria Math"/>
                    </w:rPr>
                    <m:t>14</m:t>
                  </m:r>
                </m:num>
                <m:den>
                  <m:r>
                    <w:rPr>
                      <w:rFonts w:ascii="Cambria Math" w:hAnsi="Cambria Math"/>
                    </w:rPr>
                    <m:t>41</m:t>
                  </m:r>
                </m:den>
              </m:f>
            </m:oMath>
            <w:r w:rsidRPr="00677BC5">
              <w:t xml:space="preserve"> × </w:t>
            </w:r>
            <m:oMath>
              <m:f>
                <m:fPr>
                  <m:ctrlPr>
                    <w:rPr>
                      <w:rFonts w:ascii="Cambria Math" w:hAnsi="Cambria Math"/>
                    </w:rPr>
                  </m:ctrlPr>
                </m:fPr>
                <m:num>
                  <m:r>
                    <w:rPr>
                      <w:rFonts w:ascii="Cambria Math" w:hAnsi="Cambria Math"/>
                    </w:rPr>
                    <m:t>9</m:t>
                  </m:r>
                </m:num>
                <m:den>
                  <m:r>
                    <w:rPr>
                      <w:rFonts w:ascii="Cambria Math" w:hAnsi="Cambria Math"/>
                    </w:rPr>
                    <m:t>7</m:t>
                  </m:r>
                </m:den>
              </m:f>
            </m:oMath>
            <w:r w:rsidRPr="00677BC5">
              <w:t xml:space="preserve"> = </w:t>
            </w:r>
            <m:oMath>
              <m:f>
                <m:fPr>
                  <m:ctrlPr>
                    <w:rPr>
                      <w:rFonts w:ascii="Cambria Math" w:hAnsi="Cambria Math"/>
                    </w:rPr>
                  </m:ctrlPr>
                </m:fPr>
                <m:num>
                  <m:r>
                    <w:rPr>
                      <w:rFonts w:ascii="Cambria Math" w:hAnsi="Cambria Math"/>
                    </w:rPr>
                    <m:t>18</m:t>
                  </m:r>
                </m:num>
                <m:den>
                  <m:r>
                    <w:rPr>
                      <w:rFonts w:ascii="Cambria Math" w:hAnsi="Cambria Math"/>
                    </w:rPr>
                    <m:t>41</m:t>
                  </m:r>
                </m:den>
              </m:f>
            </m:oMath>
          </w:p>
        </w:tc>
        <w:tc>
          <w:tcPr>
            <w:tcW w:w="3894" w:type="dxa"/>
            <w:shd w:val="clear" w:color="auto" w:fill="auto"/>
          </w:tcPr>
          <w:p w:rsidR="00852135" w:rsidRPr="00677BC5" w:rsidRDefault="00852135" w:rsidP="00852135">
            <w:pPr>
              <w:jc w:val="both"/>
              <w:rPr>
                <w:sz w:val="28"/>
                <w:szCs w:val="28"/>
              </w:rPr>
            </w:pPr>
            <w:r w:rsidRPr="00677BC5">
              <w:rPr>
                <w:sz w:val="28"/>
                <w:szCs w:val="28"/>
              </w:rPr>
              <w:t>- Học sinh báo cáo kết quả và giải thích cách làm</w:t>
            </w:r>
          </w:p>
        </w:tc>
      </w:tr>
      <w:tr w:rsidR="00677BC5" w:rsidRPr="00677BC5" w:rsidTr="00677BC5">
        <w:tc>
          <w:tcPr>
            <w:tcW w:w="4962" w:type="dxa"/>
            <w:shd w:val="clear" w:color="auto" w:fill="auto"/>
          </w:tcPr>
          <w:p w:rsidR="00852135" w:rsidRPr="00677BC5" w:rsidRDefault="00852135" w:rsidP="00852135">
            <w:pPr>
              <w:rPr>
                <w:sz w:val="28"/>
                <w:szCs w:val="28"/>
              </w:rPr>
            </w:pPr>
            <w:r w:rsidRPr="00677BC5">
              <w:rPr>
                <w:sz w:val="28"/>
                <w:szCs w:val="28"/>
                <w:lang w:val="pt-BR"/>
              </w:rPr>
              <w:t>- GV cùng học sinh đánh giá bài làm</w:t>
            </w:r>
          </w:p>
        </w:tc>
        <w:tc>
          <w:tcPr>
            <w:tcW w:w="3894" w:type="dxa"/>
            <w:shd w:val="clear" w:color="auto" w:fill="auto"/>
          </w:tcPr>
          <w:p w:rsidR="00852135" w:rsidRPr="00677BC5" w:rsidRDefault="00852135" w:rsidP="00852135">
            <w:pPr>
              <w:jc w:val="both"/>
              <w:rPr>
                <w:sz w:val="28"/>
                <w:szCs w:val="28"/>
                <w:lang w:val="pt-BR"/>
              </w:rPr>
            </w:pPr>
            <w:r w:rsidRPr="00677BC5">
              <w:rPr>
                <w:sz w:val="28"/>
                <w:szCs w:val="28"/>
                <w:lang w:val="pt-BR"/>
              </w:rPr>
              <w:t xml:space="preserve">- HS đánh nhận xét, đánh giá bài </w:t>
            </w:r>
            <w:r w:rsidRPr="00677BC5">
              <w:rPr>
                <w:sz w:val="28"/>
                <w:szCs w:val="28"/>
                <w:lang w:val="pt-BR"/>
              </w:rPr>
              <w:lastRenderedPageBreak/>
              <w:t>làm</w:t>
            </w:r>
          </w:p>
        </w:tc>
      </w:tr>
      <w:tr w:rsidR="00677BC5" w:rsidRPr="00677BC5" w:rsidTr="00677BC5">
        <w:tc>
          <w:tcPr>
            <w:tcW w:w="4962" w:type="dxa"/>
            <w:shd w:val="clear" w:color="auto" w:fill="auto"/>
          </w:tcPr>
          <w:p w:rsidR="00852135" w:rsidRPr="00677BC5" w:rsidRDefault="00852135" w:rsidP="00852135">
            <w:pPr>
              <w:tabs>
                <w:tab w:val="left" w:pos="402"/>
              </w:tabs>
              <w:jc w:val="both"/>
              <w:rPr>
                <w:b/>
                <w:sz w:val="28"/>
                <w:szCs w:val="28"/>
                <w:lang w:val="pt-BR"/>
              </w:rPr>
            </w:pPr>
            <w:r w:rsidRPr="00677BC5">
              <w:rPr>
                <w:b/>
                <w:sz w:val="28"/>
                <w:szCs w:val="28"/>
                <w:lang w:val="pt-BR"/>
              </w:rPr>
              <w:lastRenderedPageBreak/>
              <w:t>Bài 4.</w:t>
            </w:r>
          </w:p>
        </w:tc>
        <w:tc>
          <w:tcPr>
            <w:tcW w:w="3894" w:type="dxa"/>
            <w:shd w:val="clear" w:color="auto" w:fill="auto"/>
          </w:tcPr>
          <w:p w:rsidR="00852135" w:rsidRPr="00677BC5" w:rsidRDefault="00852135" w:rsidP="00852135">
            <w:pPr>
              <w:jc w:val="both"/>
              <w:rPr>
                <w:sz w:val="28"/>
                <w:szCs w:val="28"/>
              </w:rPr>
            </w:pPr>
          </w:p>
        </w:tc>
      </w:tr>
      <w:tr w:rsidR="00677BC5" w:rsidRPr="00677BC5" w:rsidTr="00677BC5">
        <w:tc>
          <w:tcPr>
            <w:tcW w:w="4962" w:type="dxa"/>
            <w:shd w:val="clear" w:color="auto" w:fill="auto"/>
          </w:tcPr>
          <w:p w:rsidR="00852135" w:rsidRPr="00677BC5" w:rsidRDefault="00852135" w:rsidP="00852135">
            <w:pPr>
              <w:tabs>
                <w:tab w:val="left" w:pos="402"/>
              </w:tabs>
              <w:rPr>
                <w:sz w:val="28"/>
                <w:szCs w:val="28"/>
                <w:lang w:val="pt-BR"/>
              </w:rPr>
            </w:pPr>
            <w:r w:rsidRPr="00677BC5">
              <w:rPr>
                <w:sz w:val="28"/>
                <w:szCs w:val="28"/>
                <w:lang w:val="pt-BR"/>
              </w:rPr>
              <w:t>- GV yêu cầu HS đọc đề bài</w:t>
            </w:r>
          </w:p>
        </w:tc>
        <w:tc>
          <w:tcPr>
            <w:tcW w:w="3894" w:type="dxa"/>
            <w:shd w:val="clear" w:color="auto" w:fill="auto"/>
          </w:tcPr>
          <w:p w:rsidR="00852135" w:rsidRPr="00677BC5" w:rsidRDefault="00852135" w:rsidP="00852135">
            <w:pPr>
              <w:rPr>
                <w:sz w:val="28"/>
                <w:szCs w:val="28"/>
              </w:rPr>
            </w:pPr>
            <w:r w:rsidRPr="00677BC5">
              <w:rPr>
                <w:sz w:val="28"/>
                <w:szCs w:val="28"/>
              </w:rPr>
              <w:t xml:space="preserve">- HS đọc đề bài </w:t>
            </w:r>
          </w:p>
        </w:tc>
      </w:tr>
      <w:tr w:rsidR="00677BC5" w:rsidRPr="00677BC5" w:rsidTr="00677BC5">
        <w:tc>
          <w:tcPr>
            <w:tcW w:w="4962" w:type="dxa"/>
            <w:shd w:val="clear" w:color="auto" w:fill="auto"/>
          </w:tcPr>
          <w:p w:rsidR="00852135" w:rsidRPr="00677BC5" w:rsidRDefault="00852135" w:rsidP="00852135">
            <w:pPr>
              <w:rPr>
                <w:sz w:val="28"/>
                <w:szCs w:val="28"/>
                <w:lang w:val="pt-BR"/>
              </w:rPr>
            </w:pPr>
            <w:r w:rsidRPr="00677BC5">
              <w:rPr>
                <w:sz w:val="28"/>
                <w:szCs w:val="28"/>
                <w:lang w:val="pt-BR"/>
              </w:rPr>
              <w:t>- GV hướng dẫn HS phân tích đề bài</w:t>
            </w:r>
          </w:p>
        </w:tc>
        <w:tc>
          <w:tcPr>
            <w:tcW w:w="3894" w:type="dxa"/>
            <w:shd w:val="clear" w:color="auto" w:fill="auto"/>
          </w:tcPr>
          <w:p w:rsidR="00852135" w:rsidRPr="00677BC5" w:rsidRDefault="00852135" w:rsidP="00852135">
            <w:pPr>
              <w:rPr>
                <w:sz w:val="28"/>
                <w:szCs w:val="28"/>
              </w:rPr>
            </w:pPr>
          </w:p>
        </w:tc>
      </w:tr>
      <w:tr w:rsidR="00677BC5" w:rsidRPr="00677BC5" w:rsidTr="00677BC5">
        <w:tc>
          <w:tcPr>
            <w:tcW w:w="4962" w:type="dxa"/>
            <w:shd w:val="clear" w:color="auto" w:fill="auto"/>
          </w:tcPr>
          <w:p w:rsidR="00852135" w:rsidRPr="00677BC5" w:rsidRDefault="00852135" w:rsidP="00852135">
            <w:pPr>
              <w:tabs>
                <w:tab w:val="left" w:pos="402"/>
              </w:tabs>
              <w:rPr>
                <w:sz w:val="28"/>
                <w:szCs w:val="28"/>
                <w:lang w:val="pt-BR"/>
              </w:rPr>
            </w:pPr>
            <w:r w:rsidRPr="00677BC5">
              <w:rPr>
                <w:sz w:val="28"/>
                <w:szCs w:val="28"/>
                <w:lang w:val="pt-BR"/>
              </w:rPr>
              <w:t>- Tổ chức cho HS làm bài tập:</w:t>
            </w:r>
          </w:p>
        </w:tc>
        <w:tc>
          <w:tcPr>
            <w:tcW w:w="3894" w:type="dxa"/>
            <w:shd w:val="clear" w:color="auto" w:fill="auto"/>
          </w:tcPr>
          <w:p w:rsidR="00852135" w:rsidRPr="00677BC5" w:rsidRDefault="00852135" w:rsidP="00852135">
            <w:pPr>
              <w:rPr>
                <w:sz w:val="28"/>
                <w:szCs w:val="28"/>
                <w:lang w:val="pt-BR"/>
              </w:rPr>
            </w:pPr>
            <w:r w:rsidRPr="00677BC5">
              <w:rPr>
                <w:sz w:val="28"/>
                <w:szCs w:val="28"/>
                <w:lang w:val="pt-BR"/>
              </w:rPr>
              <w:t>- HS làm bài cá nhân: vở ghi</w:t>
            </w:r>
          </w:p>
        </w:tc>
      </w:tr>
      <w:tr w:rsidR="00677BC5" w:rsidRPr="00677BC5" w:rsidTr="00677BC5">
        <w:tc>
          <w:tcPr>
            <w:tcW w:w="4962" w:type="dxa"/>
            <w:shd w:val="clear" w:color="auto" w:fill="auto"/>
          </w:tcPr>
          <w:p w:rsidR="00852135" w:rsidRPr="00677BC5" w:rsidRDefault="00852135" w:rsidP="00852135">
            <w:pPr>
              <w:tabs>
                <w:tab w:val="left" w:pos="402"/>
              </w:tabs>
              <w:rPr>
                <w:sz w:val="28"/>
                <w:szCs w:val="28"/>
                <w:lang w:val="pt-BR"/>
              </w:rPr>
            </w:pPr>
            <w:r w:rsidRPr="00677BC5">
              <w:rPr>
                <w:sz w:val="28"/>
                <w:szCs w:val="28"/>
                <w:lang w:val="pt-BR"/>
              </w:rPr>
              <w:t>- Tổ chức cho học sinh báo cáo kết quả bài làm</w:t>
            </w:r>
          </w:p>
          <w:p w:rsidR="00852135" w:rsidRPr="00677BC5" w:rsidRDefault="00852135" w:rsidP="00852135">
            <w:pPr>
              <w:tabs>
                <w:tab w:val="left" w:pos="402"/>
              </w:tabs>
              <w:jc w:val="center"/>
              <w:rPr>
                <w:sz w:val="28"/>
                <w:szCs w:val="28"/>
                <w:lang w:val="pt-BR"/>
              </w:rPr>
            </w:pPr>
            <w:r w:rsidRPr="00677BC5">
              <w:rPr>
                <w:sz w:val="28"/>
                <w:szCs w:val="28"/>
                <w:lang w:val="pt-BR"/>
              </w:rPr>
              <w:t>Bài giải</w:t>
            </w:r>
          </w:p>
          <w:p w:rsidR="00852135" w:rsidRPr="00677BC5" w:rsidRDefault="00852135" w:rsidP="00852135">
            <w:pPr>
              <w:tabs>
                <w:tab w:val="left" w:pos="402"/>
              </w:tabs>
              <w:jc w:val="center"/>
              <w:rPr>
                <w:sz w:val="28"/>
                <w:szCs w:val="28"/>
                <w:lang w:val="pt-BR"/>
              </w:rPr>
            </w:pPr>
            <w:r w:rsidRPr="00677BC5">
              <w:rPr>
                <w:sz w:val="28"/>
                <w:szCs w:val="28"/>
                <w:lang w:val="pt-BR"/>
              </w:rPr>
              <w:t>Số bạn nam có là:</w:t>
            </w:r>
          </w:p>
          <w:p w:rsidR="00852135" w:rsidRPr="00677BC5" w:rsidRDefault="00852135" w:rsidP="00852135">
            <w:pPr>
              <w:tabs>
                <w:tab w:val="left" w:pos="402"/>
              </w:tabs>
              <w:jc w:val="center"/>
              <w:rPr>
                <w:sz w:val="28"/>
                <w:szCs w:val="28"/>
                <w:lang w:val="pt-BR"/>
              </w:rPr>
            </w:pPr>
            <w:r w:rsidRPr="00677BC5">
              <w:rPr>
                <w:sz w:val="28"/>
                <w:szCs w:val="28"/>
                <w:lang w:val="pt-BR"/>
              </w:rPr>
              <w:t>( 30 + 4) : 2  = 17 ( bạn)</w:t>
            </w:r>
          </w:p>
          <w:p w:rsidR="00852135" w:rsidRPr="00677BC5" w:rsidRDefault="00852135" w:rsidP="00852135">
            <w:pPr>
              <w:tabs>
                <w:tab w:val="left" w:pos="402"/>
              </w:tabs>
              <w:jc w:val="center"/>
              <w:rPr>
                <w:sz w:val="28"/>
                <w:szCs w:val="28"/>
                <w:lang w:val="pt-BR"/>
              </w:rPr>
            </w:pPr>
            <w:r w:rsidRPr="00677BC5">
              <w:rPr>
                <w:sz w:val="28"/>
                <w:szCs w:val="28"/>
                <w:lang w:val="pt-BR"/>
              </w:rPr>
              <w:t>Số bạn nữ có là:</w:t>
            </w:r>
          </w:p>
          <w:p w:rsidR="00852135" w:rsidRPr="00677BC5" w:rsidRDefault="00852135" w:rsidP="00852135">
            <w:pPr>
              <w:tabs>
                <w:tab w:val="left" w:pos="402"/>
              </w:tabs>
              <w:jc w:val="center"/>
              <w:rPr>
                <w:sz w:val="28"/>
                <w:szCs w:val="28"/>
                <w:lang w:val="pt-BR"/>
              </w:rPr>
            </w:pPr>
            <w:r w:rsidRPr="00677BC5">
              <w:rPr>
                <w:sz w:val="28"/>
                <w:szCs w:val="28"/>
                <w:lang w:val="pt-BR"/>
              </w:rPr>
              <w:t>30 – 17 = 13 (bạn)</w:t>
            </w:r>
          </w:p>
          <w:p w:rsidR="00852135" w:rsidRPr="00677BC5" w:rsidRDefault="00852135" w:rsidP="00852135">
            <w:pPr>
              <w:tabs>
                <w:tab w:val="left" w:pos="402"/>
              </w:tabs>
              <w:jc w:val="both"/>
              <w:rPr>
                <w:sz w:val="28"/>
                <w:szCs w:val="28"/>
                <w:lang w:val="pt-BR"/>
              </w:rPr>
            </w:pPr>
            <w:r w:rsidRPr="00677BC5">
              <w:rPr>
                <w:sz w:val="28"/>
                <w:szCs w:val="28"/>
                <w:lang w:val="pt-BR"/>
              </w:rPr>
              <w:t xml:space="preserve">                           Đáp số: 17 bạn nam;</w:t>
            </w:r>
          </w:p>
          <w:p w:rsidR="00852135" w:rsidRPr="00677BC5" w:rsidRDefault="00852135" w:rsidP="00852135">
            <w:pPr>
              <w:tabs>
                <w:tab w:val="left" w:pos="402"/>
              </w:tabs>
              <w:jc w:val="both"/>
              <w:rPr>
                <w:sz w:val="28"/>
                <w:szCs w:val="28"/>
                <w:vertAlign w:val="superscript"/>
                <w:lang w:val="pt-BR"/>
              </w:rPr>
            </w:pPr>
            <w:r w:rsidRPr="00677BC5">
              <w:rPr>
                <w:sz w:val="28"/>
                <w:szCs w:val="28"/>
                <w:lang w:val="pt-BR"/>
              </w:rPr>
              <w:t xml:space="preserve">                                       13 bạn nữ</w:t>
            </w:r>
          </w:p>
        </w:tc>
        <w:tc>
          <w:tcPr>
            <w:tcW w:w="3894" w:type="dxa"/>
            <w:shd w:val="clear" w:color="auto" w:fill="auto"/>
          </w:tcPr>
          <w:p w:rsidR="00852135" w:rsidRPr="00677BC5" w:rsidRDefault="00852135" w:rsidP="00852135">
            <w:pPr>
              <w:rPr>
                <w:sz w:val="28"/>
                <w:szCs w:val="28"/>
                <w:lang w:val="pt-BR"/>
              </w:rPr>
            </w:pPr>
            <w:r w:rsidRPr="00677BC5">
              <w:rPr>
                <w:sz w:val="28"/>
                <w:szCs w:val="28"/>
                <w:lang w:val="pt-BR"/>
              </w:rPr>
              <w:t>- HS báo cáo kết quả bài làm và nêu cách làm.</w:t>
            </w:r>
          </w:p>
        </w:tc>
      </w:tr>
      <w:tr w:rsidR="00677BC5" w:rsidRPr="00677BC5" w:rsidTr="00677BC5">
        <w:tc>
          <w:tcPr>
            <w:tcW w:w="4962" w:type="dxa"/>
            <w:shd w:val="clear" w:color="auto" w:fill="auto"/>
          </w:tcPr>
          <w:p w:rsidR="00852135" w:rsidRPr="00677BC5" w:rsidRDefault="00852135" w:rsidP="00852135">
            <w:pPr>
              <w:tabs>
                <w:tab w:val="left" w:pos="402"/>
              </w:tabs>
              <w:rPr>
                <w:sz w:val="28"/>
                <w:szCs w:val="28"/>
                <w:lang w:val="pt-BR"/>
              </w:rPr>
            </w:pPr>
            <w:r w:rsidRPr="00677BC5">
              <w:rPr>
                <w:sz w:val="28"/>
                <w:szCs w:val="28"/>
                <w:lang w:val="pt-BR"/>
              </w:rPr>
              <w:t>- GV hướng dẫn học sinh giúp đỡ bạn nữ trong các hoạt động ở trường lớp.</w:t>
            </w:r>
          </w:p>
        </w:tc>
        <w:tc>
          <w:tcPr>
            <w:tcW w:w="3894" w:type="dxa"/>
            <w:shd w:val="clear" w:color="auto" w:fill="auto"/>
          </w:tcPr>
          <w:p w:rsidR="00852135" w:rsidRPr="00677BC5" w:rsidRDefault="00852135" w:rsidP="00852135">
            <w:pPr>
              <w:rPr>
                <w:sz w:val="28"/>
                <w:szCs w:val="28"/>
                <w:lang w:val="pt-BR"/>
              </w:rPr>
            </w:pPr>
            <w:r w:rsidRPr="00677BC5">
              <w:rPr>
                <w:sz w:val="28"/>
                <w:szCs w:val="28"/>
                <w:lang w:val="pt-BR"/>
              </w:rPr>
              <w:t>- HS nam chia sẻ những việc có thể làm để giúp đỡ bạn nữ.</w:t>
            </w:r>
          </w:p>
        </w:tc>
      </w:tr>
      <w:tr w:rsidR="00677BC5" w:rsidRPr="00677BC5" w:rsidTr="00677BC5">
        <w:tc>
          <w:tcPr>
            <w:tcW w:w="4962" w:type="dxa"/>
            <w:shd w:val="clear" w:color="auto" w:fill="auto"/>
          </w:tcPr>
          <w:p w:rsidR="00852135" w:rsidRPr="00677BC5" w:rsidRDefault="00852135" w:rsidP="00852135">
            <w:pPr>
              <w:tabs>
                <w:tab w:val="left" w:pos="402"/>
              </w:tabs>
              <w:rPr>
                <w:sz w:val="28"/>
                <w:szCs w:val="28"/>
                <w:lang w:val="pt-BR"/>
              </w:rPr>
            </w:pPr>
            <w:r w:rsidRPr="00677BC5">
              <w:rPr>
                <w:b/>
                <w:sz w:val="28"/>
                <w:szCs w:val="28"/>
                <w:lang w:val="pt-BR"/>
              </w:rPr>
              <w:t>Bài 5.</w:t>
            </w:r>
          </w:p>
        </w:tc>
        <w:tc>
          <w:tcPr>
            <w:tcW w:w="3894" w:type="dxa"/>
            <w:shd w:val="clear" w:color="auto" w:fill="auto"/>
          </w:tcPr>
          <w:p w:rsidR="00852135" w:rsidRPr="00677BC5" w:rsidRDefault="00852135" w:rsidP="00852135">
            <w:pPr>
              <w:rPr>
                <w:sz w:val="28"/>
                <w:szCs w:val="28"/>
              </w:rPr>
            </w:pPr>
            <w:r w:rsidRPr="00677BC5">
              <w:rPr>
                <w:b/>
                <w:sz w:val="28"/>
                <w:szCs w:val="28"/>
              </w:rPr>
              <w:t>Bài 5.</w:t>
            </w:r>
          </w:p>
        </w:tc>
      </w:tr>
      <w:tr w:rsidR="00677BC5" w:rsidRPr="00677BC5" w:rsidTr="00677BC5">
        <w:tc>
          <w:tcPr>
            <w:tcW w:w="4962" w:type="dxa"/>
            <w:shd w:val="clear" w:color="auto" w:fill="auto"/>
          </w:tcPr>
          <w:p w:rsidR="00852135" w:rsidRPr="00677BC5" w:rsidRDefault="00852135" w:rsidP="00852135">
            <w:pPr>
              <w:tabs>
                <w:tab w:val="left" w:pos="402"/>
              </w:tabs>
              <w:rPr>
                <w:sz w:val="28"/>
                <w:szCs w:val="28"/>
                <w:lang w:val="pt-BR"/>
              </w:rPr>
            </w:pPr>
            <w:r w:rsidRPr="00677BC5">
              <w:rPr>
                <w:sz w:val="28"/>
                <w:szCs w:val="28"/>
                <w:lang w:val="pt-BR"/>
              </w:rPr>
              <w:t>- GV yêu cầu HS đọc đề bài</w:t>
            </w:r>
          </w:p>
        </w:tc>
        <w:tc>
          <w:tcPr>
            <w:tcW w:w="3894" w:type="dxa"/>
            <w:shd w:val="clear" w:color="auto" w:fill="auto"/>
          </w:tcPr>
          <w:p w:rsidR="00852135" w:rsidRPr="00677BC5" w:rsidRDefault="00852135" w:rsidP="00852135">
            <w:pPr>
              <w:rPr>
                <w:sz w:val="28"/>
                <w:szCs w:val="28"/>
              </w:rPr>
            </w:pPr>
            <w:r w:rsidRPr="00677BC5">
              <w:rPr>
                <w:sz w:val="28"/>
                <w:szCs w:val="28"/>
              </w:rPr>
              <w:t xml:space="preserve">- HS đọc đề bài </w:t>
            </w:r>
          </w:p>
        </w:tc>
      </w:tr>
      <w:tr w:rsidR="00677BC5" w:rsidRPr="00677BC5" w:rsidTr="00677BC5">
        <w:tc>
          <w:tcPr>
            <w:tcW w:w="4962" w:type="dxa"/>
            <w:shd w:val="clear" w:color="auto" w:fill="auto"/>
          </w:tcPr>
          <w:p w:rsidR="00852135" w:rsidRPr="00677BC5" w:rsidRDefault="00852135" w:rsidP="00852135">
            <w:pPr>
              <w:rPr>
                <w:sz w:val="28"/>
                <w:szCs w:val="28"/>
                <w:lang w:val="pt-BR"/>
              </w:rPr>
            </w:pPr>
            <w:r w:rsidRPr="00677BC5">
              <w:rPr>
                <w:sz w:val="28"/>
                <w:szCs w:val="28"/>
                <w:lang w:val="pt-BR"/>
              </w:rPr>
              <w:t>- GV hướng dẫn HS phân tích đề bài</w:t>
            </w:r>
          </w:p>
        </w:tc>
        <w:tc>
          <w:tcPr>
            <w:tcW w:w="3894" w:type="dxa"/>
            <w:shd w:val="clear" w:color="auto" w:fill="auto"/>
          </w:tcPr>
          <w:p w:rsidR="00852135" w:rsidRPr="00677BC5" w:rsidRDefault="00852135" w:rsidP="00852135">
            <w:pPr>
              <w:rPr>
                <w:sz w:val="28"/>
                <w:szCs w:val="28"/>
              </w:rPr>
            </w:pPr>
          </w:p>
        </w:tc>
      </w:tr>
      <w:tr w:rsidR="00677BC5" w:rsidRPr="00677BC5" w:rsidTr="00677BC5">
        <w:tc>
          <w:tcPr>
            <w:tcW w:w="4962" w:type="dxa"/>
            <w:shd w:val="clear" w:color="auto" w:fill="auto"/>
          </w:tcPr>
          <w:p w:rsidR="00852135" w:rsidRPr="00677BC5" w:rsidRDefault="00852135" w:rsidP="00852135">
            <w:pPr>
              <w:tabs>
                <w:tab w:val="left" w:pos="402"/>
              </w:tabs>
              <w:rPr>
                <w:sz w:val="28"/>
                <w:szCs w:val="28"/>
                <w:lang w:val="pt-BR"/>
              </w:rPr>
            </w:pPr>
            <w:r w:rsidRPr="00677BC5">
              <w:rPr>
                <w:sz w:val="28"/>
                <w:szCs w:val="28"/>
                <w:lang w:val="pt-BR"/>
              </w:rPr>
              <w:t>- Tổ chức cho HS làm bài tập:</w:t>
            </w:r>
          </w:p>
        </w:tc>
        <w:tc>
          <w:tcPr>
            <w:tcW w:w="3894" w:type="dxa"/>
            <w:shd w:val="clear" w:color="auto" w:fill="auto"/>
          </w:tcPr>
          <w:p w:rsidR="00852135" w:rsidRPr="00677BC5" w:rsidRDefault="00852135" w:rsidP="00852135">
            <w:pPr>
              <w:rPr>
                <w:sz w:val="28"/>
                <w:szCs w:val="28"/>
                <w:lang w:val="pt-BR"/>
              </w:rPr>
            </w:pPr>
            <w:r w:rsidRPr="00677BC5">
              <w:rPr>
                <w:sz w:val="28"/>
                <w:szCs w:val="28"/>
                <w:lang w:val="pt-BR"/>
              </w:rPr>
              <w:t>- HS làm bài cá nhân: vở ghi</w:t>
            </w:r>
          </w:p>
        </w:tc>
      </w:tr>
      <w:tr w:rsidR="00677BC5" w:rsidRPr="00677BC5" w:rsidTr="00677BC5">
        <w:tc>
          <w:tcPr>
            <w:tcW w:w="4962" w:type="dxa"/>
            <w:tcBorders>
              <w:bottom w:val="single" w:sz="4" w:space="0" w:color="auto"/>
            </w:tcBorders>
            <w:shd w:val="clear" w:color="auto" w:fill="auto"/>
          </w:tcPr>
          <w:p w:rsidR="00852135" w:rsidRPr="00677BC5" w:rsidRDefault="00852135" w:rsidP="00852135">
            <w:pPr>
              <w:tabs>
                <w:tab w:val="left" w:pos="402"/>
              </w:tabs>
              <w:jc w:val="center"/>
              <w:rPr>
                <w:sz w:val="28"/>
                <w:szCs w:val="28"/>
                <w:lang w:val="pt-BR"/>
              </w:rPr>
            </w:pPr>
            <w:r w:rsidRPr="00677BC5">
              <w:rPr>
                <w:sz w:val="28"/>
                <w:szCs w:val="28"/>
                <w:lang w:val="pt-BR"/>
              </w:rPr>
              <w:t>- Tổ chức cho học sinh báo cáo kết quả bài làm</w:t>
            </w:r>
          </w:p>
          <w:p w:rsidR="00852135" w:rsidRPr="00677BC5" w:rsidRDefault="00852135" w:rsidP="00852135">
            <w:pPr>
              <w:tabs>
                <w:tab w:val="left" w:pos="402"/>
              </w:tabs>
              <w:jc w:val="center"/>
              <w:rPr>
                <w:sz w:val="28"/>
                <w:szCs w:val="28"/>
                <w:lang w:val="pt-BR"/>
              </w:rPr>
            </w:pPr>
            <w:r w:rsidRPr="00677BC5">
              <w:rPr>
                <w:sz w:val="28"/>
                <w:szCs w:val="28"/>
                <w:lang w:val="pt-BR"/>
              </w:rPr>
              <w:t>Bài giải</w:t>
            </w:r>
          </w:p>
          <w:p w:rsidR="00852135" w:rsidRPr="00677BC5" w:rsidRDefault="00852135" w:rsidP="00852135">
            <w:pPr>
              <w:tabs>
                <w:tab w:val="left" w:pos="402"/>
              </w:tabs>
              <w:jc w:val="center"/>
              <w:rPr>
                <w:sz w:val="28"/>
                <w:szCs w:val="28"/>
                <w:lang w:val="pt-BR"/>
              </w:rPr>
            </w:pPr>
            <w:r w:rsidRPr="00677BC5">
              <w:rPr>
                <w:sz w:val="28"/>
                <w:szCs w:val="28"/>
                <w:lang w:val="pt-BR"/>
              </w:rPr>
              <w:t>Đổi: 31 tấn 5 tạ = 315 tạ</w:t>
            </w:r>
          </w:p>
          <w:p w:rsidR="00852135" w:rsidRPr="00677BC5" w:rsidRDefault="00852135" w:rsidP="00852135">
            <w:pPr>
              <w:tabs>
                <w:tab w:val="left" w:pos="402"/>
              </w:tabs>
              <w:jc w:val="center"/>
              <w:rPr>
                <w:sz w:val="28"/>
                <w:szCs w:val="28"/>
                <w:lang w:val="pt-BR"/>
              </w:rPr>
            </w:pPr>
            <w:r w:rsidRPr="00677BC5">
              <w:rPr>
                <w:sz w:val="28"/>
                <w:szCs w:val="28"/>
                <w:lang w:val="pt-BR"/>
              </w:rPr>
              <w:t>Số muối đợt Một chuyển được là:</w:t>
            </w:r>
          </w:p>
          <w:p w:rsidR="00852135" w:rsidRPr="00677BC5" w:rsidRDefault="00852135" w:rsidP="00852135">
            <w:pPr>
              <w:jc w:val="center"/>
              <w:rPr>
                <w:sz w:val="28"/>
                <w:szCs w:val="28"/>
                <w:lang w:val="pt-BR"/>
              </w:rPr>
            </w:pPr>
            <w:r w:rsidRPr="00677BC5">
              <w:rPr>
                <w:sz w:val="28"/>
                <w:szCs w:val="28"/>
                <w:lang w:val="pt-BR"/>
              </w:rPr>
              <w:t xml:space="preserve">315 x </w:t>
            </w:r>
            <m:oMath>
              <m:f>
                <m:fPr>
                  <m:ctrlPr>
                    <w:rPr>
                      <w:rFonts w:ascii="Cambria Math" w:hAnsi="Cambria Math"/>
                      <w:i/>
                      <w:sz w:val="28"/>
                      <w:szCs w:val="28"/>
                    </w:rPr>
                  </m:ctrlPr>
                </m:fPr>
                <m:num>
                  <m:r>
                    <w:rPr>
                      <w:rFonts w:ascii="Cambria Math" w:hAnsi="Cambria Math"/>
                      <w:sz w:val="28"/>
                      <w:szCs w:val="28"/>
                      <w:lang w:val="pt-BR"/>
                    </w:rPr>
                    <m:t>2</m:t>
                  </m:r>
                </m:num>
                <m:den>
                  <m:r>
                    <w:rPr>
                      <w:rFonts w:ascii="Cambria Math" w:hAnsi="Cambria Math"/>
                      <w:sz w:val="28"/>
                      <w:szCs w:val="28"/>
                      <w:lang w:val="pt-BR"/>
                    </w:rPr>
                    <m:t>5</m:t>
                  </m:r>
                </m:den>
              </m:f>
            </m:oMath>
            <w:r w:rsidRPr="00677BC5">
              <w:rPr>
                <w:sz w:val="28"/>
                <w:szCs w:val="28"/>
                <w:lang w:val="pt-BR"/>
              </w:rPr>
              <w:t xml:space="preserve"> = 126 (tạ)</w:t>
            </w:r>
          </w:p>
          <w:p w:rsidR="00852135" w:rsidRPr="00677BC5" w:rsidRDefault="00852135" w:rsidP="00852135">
            <w:pPr>
              <w:tabs>
                <w:tab w:val="left" w:pos="402"/>
              </w:tabs>
              <w:jc w:val="center"/>
              <w:rPr>
                <w:sz w:val="28"/>
                <w:szCs w:val="28"/>
                <w:lang w:val="pt-BR"/>
              </w:rPr>
            </w:pPr>
            <w:r w:rsidRPr="00677BC5">
              <w:rPr>
                <w:sz w:val="28"/>
                <w:szCs w:val="28"/>
                <w:lang w:val="pt-BR"/>
              </w:rPr>
              <w:t>Số muối đợt Hai chuyển được là</w:t>
            </w:r>
          </w:p>
          <w:p w:rsidR="00852135" w:rsidRPr="00677BC5" w:rsidRDefault="00852135" w:rsidP="00852135">
            <w:pPr>
              <w:jc w:val="center"/>
              <w:rPr>
                <w:sz w:val="28"/>
                <w:szCs w:val="28"/>
                <w:lang w:val="pt-BR"/>
              </w:rPr>
            </w:pPr>
            <w:r w:rsidRPr="00677BC5">
              <w:rPr>
                <w:sz w:val="28"/>
                <w:szCs w:val="28"/>
                <w:lang w:val="pt-BR"/>
              </w:rPr>
              <w:t xml:space="preserve">315 x </w:t>
            </w:r>
            <m:oMath>
              <m:f>
                <m:fPr>
                  <m:ctrlPr>
                    <w:rPr>
                      <w:rFonts w:ascii="Cambria Math" w:hAnsi="Cambria Math"/>
                      <w:i/>
                      <w:sz w:val="28"/>
                      <w:szCs w:val="28"/>
                    </w:rPr>
                  </m:ctrlPr>
                </m:fPr>
                <m:num>
                  <m:r>
                    <w:rPr>
                      <w:rFonts w:ascii="Cambria Math" w:hAnsi="Cambria Math"/>
                      <w:sz w:val="28"/>
                      <w:szCs w:val="28"/>
                      <w:lang w:val="pt-BR"/>
                    </w:rPr>
                    <m:t>3</m:t>
                  </m:r>
                </m:num>
                <m:den>
                  <m:r>
                    <w:rPr>
                      <w:rFonts w:ascii="Cambria Math" w:hAnsi="Cambria Math"/>
                      <w:sz w:val="28"/>
                      <w:szCs w:val="28"/>
                      <w:lang w:val="pt-BR"/>
                    </w:rPr>
                    <m:t>7</m:t>
                  </m:r>
                </m:den>
              </m:f>
            </m:oMath>
            <w:r w:rsidRPr="00677BC5">
              <w:rPr>
                <w:sz w:val="28"/>
                <w:szCs w:val="28"/>
                <w:lang w:val="pt-BR"/>
              </w:rPr>
              <w:t xml:space="preserve"> = 135 ( tạ)</w:t>
            </w:r>
          </w:p>
          <w:p w:rsidR="00852135" w:rsidRPr="00677BC5" w:rsidRDefault="00852135" w:rsidP="00852135">
            <w:pPr>
              <w:tabs>
                <w:tab w:val="left" w:pos="402"/>
              </w:tabs>
              <w:jc w:val="center"/>
              <w:rPr>
                <w:sz w:val="28"/>
                <w:szCs w:val="28"/>
                <w:lang w:val="pt-BR"/>
              </w:rPr>
            </w:pPr>
            <w:r w:rsidRPr="00677BC5">
              <w:rPr>
                <w:sz w:val="28"/>
                <w:szCs w:val="28"/>
                <w:lang w:val="pt-BR"/>
              </w:rPr>
              <w:t>Số muối cả hai đợt chuyển được là:</w:t>
            </w:r>
          </w:p>
          <w:p w:rsidR="00852135" w:rsidRPr="00677BC5" w:rsidRDefault="00852135" w:rsidP="00852135">
            <w:pPr>
              <w:tabs>
                <w:tab w:val="left" w:pos="402"/>
              </w:tabs>
              <w:jc w:val="center"/>
              <w:rPr>
                <w:sz w:val="28"/>
                <w:szCs w:val="28"/>
                <w:lang w:val="pt-BR"/>
              </w:rPr>
            </w:pPr>
            <w:r w:rsidRPr="00677BC5">
              <w:rPr>
                <w:sz w:val="28"/>
                <w:szCs w:val="28"/>
                <w:lang w:val="pt-BR"/>
              </w:rPr>
              <w:t>126 + 135 = 261 ( tạ)</w:t>
            </w:r>
          </w:p>
          <w:p w:rsidR="00852135" w:rsidRPr="00677BC5" w:rsidRDefault="00852135" w:rsidP="00852135">
            <w:pPr>
              <w:tabs>
                <w:tab w:val="left" w:pos="402"/>
              </w:tabs>
              <w:jc w:val="both"/>
              <w:rPr>
                <w:sz w:val="28"/>
                <w:szCs w:val="28"/>
                <w:lang w:val="pt-BR"/>
              </w:rPr>
            </w:pPr>
            <w:r w:rsidRPr="00677BC5">
              <w:rPr>
                <w:sz w:val="28"/>
                <w:szCs w:val="28"/>
                <w:lang w:val="pt-BR"/>
              </w:rPr>
              <w:t xml:space="preserve">                           Đáp số: 261 tạ muối.                             </w:t>
            </w:r>
          </w:p>
        </w:tc>
        <w:tc>
          <w:tcPr>
            <w:tcW w:w="3894" w:type="dxa"/>
            <w:tcBorders>
              <w:bottom w:val="single" w:sz="4" w:space="0" w:color="auto"/>
            </w:tcBorders>
            <w:shd w:val="clear" w:color="auto" w:fill="auto"/>
          </w:tcPr>
          <w:p w:rsidR="00852135" w:rsidRPr="00677BC5" w:rsidRDefault="00852135" w:rsidP="00852135">
            <w:pPr>
              <w:rPr>
                <w:sz w:val="28"/>
                <w:szCs w:val="28"/>
                <w:lang w:val="pt-BR"/>
              </w:rPr>
            </w:pPr>
            <w:r w:rsidRPr="00677BC5">
              <w:rPr>
                <w:sz w:val="28"/>
                <w:szCs w:val="28"/>
                <w:lang w:val="pt-BR"/>
              </w:rPr>
              <w:t>- HS báo cáo kết quả bài làm và nêu cách làm.</w:t>
            </w:r>
          </w:p>
        </w:tc>
      </w:tr>
      <w:tr w:rsidR="00677BC5" w:rsidRPr="00677BC5" w:rsidTr="00677BC5">
        <w:tc>
          <w:tcPr>
            <w:tcW w:w="8856" w:type="dxa"/>
            <w:gridSpan w:val="2"/>
            <w:tcBorders>
              <w:top w:val="single" w:sz="4" w:space="0" w:color="auto"/>
              <w:bottom w:val="single" w:sz="4" w:space="0" w:color="auto"/>
            </w:tcBorders>
            <w:shd w:val="clear" w:color="auto" w:fill="auto"/>
          </w:tcPr>
          <w:p w:rsidR="00053845" w:rsidRPr="00677BC5" w:rsidRDefault="00053845" w:rsidP="00852135">
            <w:pPr>
              <w:jc w:val="both"/>
              <w:rPr>
                <w:b/>
                <w:bCs/>
                <w:sz w:val="28"/>
                <w:szCs w:val="28"/>
                <w:lang w:val="pt-BR"/>
              </w:rPr>
            </w:pPr>
            <w:r w:rsidRPr="00677BC5">
              <w:rPr>
                <w:b/>
                <w:bCs/>
                <w:sz w:val="28"/>
                <w:szCs w:val="28"/>
                <w:lang w:val="pt-BR"/>
              </w:rPr>
              <w:t>3. Vận dụng, trải nghiệm:</w:t>
            </w:r>
          </w:p>
          <w:p w:rsidR="00A4601E" w:rsidRPr="00677BC5" w:rsidRDefault="00475E08">
            <w:pPr>
              <w:rPr>
                <w:lang w:val="pt-BR"/>
              </w:rPr>
            </w:pPr>
            <w:r w:rsidRPr="00677BC5">
              <w:rPr>
                <w:b/>
                <w:bCs/>
                <w:sz w:val="28"/>
                <w:szCs w:val="28"/>
                <w:lang w:val="pt-BR"/>
              </w:rPr>
              <w:t>- Mục tiêu: Vận dụng dạng toán tìm hai số khi biết tổng và hiệu vào thực tế lớp học.</w:t>
            </w:r>
          </w:p>
          <w:p w:rsidR="00A4601E" w:rsidRPr="00677BC5" w:rsidRDefault="00475E08">
            <w:r w:rsidRPr="00677BC5">
              <w:rPr>
                <w:b/>
                <w:bCs/>
                <w:i/>
                <w:sz w:val="28"/>
                <w:szCs w:val="28"/>
                <w:lang w:val="pt-BR"/>
              </w:rPr>
              <w:t>*Cách tiến hành:</w:t>
            </w:r>
          </w:p>
        </w:tc>
      </w:tr>
      <w:tr w:rsidR="00677BC5" w:rsidRPr="00677BC5" w:rsidTr="00677BC5">
        <w:tc>
          <w:tcPr>
            <w:tcW w:w="4962" w:type="dxa"/>
            <w:tcBorders>
              <w:top w:val="single" w:sz="4" w:space="0" w:color="auto"/>
            </w:tcBorders>
            <w:shd w:val="clear" w:color="auto" w:fill="auto"/>
          </w:tcPr>
          <w:p w:rsidR="00852135" w:rsidRPr="00677BC5" w:rsidRDefault="00852135" w:rsidP="00852135">
            <w:pPr>
              <w:tabs>
                <w:tab w:val="left" w:pos="402"/>
              </w:tabs>
              <w:jc w:val="both"/>
              <w:rPr>
                <w:sz w:val="28"/>
                <w:szCs w:val="28"/>
                <w:lang w:val="pt-BR"/>
              </w:rPr>
            </w:pPr>
            <w:r w:rsidRPr="00677BC5">
              <w:rPr>
                <w:sz w:val="28"/>
                <w:szCs w:val="28"/>
                <w:lang w:val="pt-BR"/>
              </w:rPr>
              <w:t>- Về nhà đặt một bài toán dạng tìm hai số khi biết tổng và hiệu và giải theo số bạn nam và bạn nữ của lớp mình.</w:t>
            </w:r>
          </w:p>
        </w:tc>
        <w:tc>
          <w:tcPr>
            <w:tcW w:w="3894" w:type="dxa"/>
            <w:tcBorders>
              <w:top w:val="single" w:sz="4" w:space="0" w:color="auto"/>
            </w:tcBorders>
            <w:shd w:val="clear" w:color="auto" w:fill="auto"/>
          </w:tcPr>
          <w:p w:rsidR="00852135" w:rsidRPr="00677BC5" w:rsidRDefault="00852135" w:rsidP="00852135">
            <w:pPr>
              <w:jc w:val="both"/>
              <w:rPr>
                <w:sz w:val="28"/>
                <w:szCs w:val="28"/>
                <w:lang w:val="pt-BR"/>
              </w:rPr>
            </w:pPr>
            <w:r w:rsidRPr="00677BC5">
              <w:rPr>
                <w:sz w:val="28"/>
                <w:szCs w:val="28"/>
                <w:lang w:val="pt-BR"/>
              </w:rPr>
              <w:t>- HS thực hiện ở nhà</w:t>
            </w:r>
          </w:p>
        </w:tc>
      </w:tr>
      <w:tr w:rsidR="00677BC5" w:rsidRPr="00677BC5" w:rsidTr="00677BC5">
        <w:tc>
          <w:tcPr>
            <w:tcW w:w="4962" w:type="dxa"/>
            <w:shd w:val="clear" w:color="auto" w:fill="auto"/>
          </w:tcPr>
          <w:p w:rsidR="00852135" w:rsidRPr="00677BC5" w:rsidRDefault="00852135" w:rsidP="00852135">
            <w:pPr>
              <w:tabs>
                <w:tab w:val="left" w:pos="402"/>
              </w:tabs>
              <w:jc w:val="both"/>
              <w:rPr>
                <w:sz w:val="28"/>
                <w:szCs w:val="28"/>
                <w:lang w:val="pt-BR"/>
              </w:rPr>
            </w:pPr>
            <w:r w:rsidRPr="00677BC5">
              <w:rPr>
                <w:sz w:val="28"/>
                <w:szCs w:val="28"/>
                <w:lang w:val="pt-BR"/>
              </w:rPr>
              <w:t>- Nhận xét chung</w:t>
            </w:r>
          </w:p>
        </w:tc>
        <w:tc>
          <w:tcPr>
            <w:tcW w:w="3894" w:type="dxa"/>
            <w:shd w:val="clear" w:color="auto" w:fill="auto"/>
          </w:tcPr>
          <w:p w:rsidR="00852135" w:rsidRPr="00677BC5" w:rsidRDefault="00852135" w:rsidP="00852135">
            <w:pPr>
              <w:jc w:val="both"/>
              <w:rPr>
                <w:sz w:val="28"/>
                <w:szCs w:val="28"/>
                <w:lang w:val="pt-BR"/>
              </w:rPr>
            </w:pPr>
          </w:p>
        </w:tc>
      </w:tr>
    </w:tbl>
    <w:p w:rsidR="00852135" w:rsidRPr="00677BC5" w:rsidRDefault="00852135" w:rsidP="00852135">
      <w:pPr>
        <w:spacing w:line="276" w:lineRule="auto"/>
        <w:rPr>
          <w:b/>
          <w:bCs/>
          <w:sz w:val="28"/>
          <w:szCs w:val="28"/>
          <w:lang w:val="pt-BR"/>
        </w:rPr>
      </w:pPr>
      <w:r w:rsidRPr="00677BC5">
        <w:rPr>
          <w:b/>
          <w:bCs/>
          <w:sz w:val="28"/>
          <w:szCs w:val="28"/>
          <w:lang w:val="pt-BR"/>
        </w:rPr>
        <w:lastRenderedPageBreak/>
        <w:t>IV. ĐIỀU CHỈNH SAU BÀI DẠY (nếu có):</w:t>
      </w:r>
    </w:p>
    <w:p w:rsidR="00852135" w:rsidRPr="00677BC5" w:rsidRDefault="00852135" w:rsidP="00852135">
      <w:pPr>
        <w:tabs>
          <w:tab w:val="left" w:leader="dot" w:pos="8931"/>
          <w:tab w:val="left" w:pos="9072"/>
        </w:tabs>
        <w:spacing w:line="276" w:lineRule="auto"/>
        <w:rPr>
          <w:sz w:val="28"/>
          <w:szCs w:val="28"/>
          <w:lang w:val="pt-BR"/>
        </w:rPr>
      </w:pPr>
      <w:r w:rsidRPr="00677BC5">
        <w:rPr>
          <w:sz w:val="28"/>
          <w:szCs w:val="28"/>
          <w:lang w:val="pt-BR"/>
        </w:rPr>
        <w:tab/>
      </w:r>
      <w:r w:rsidRPr="00677BC5">
        <w:rPr>
          <w:sz w:val="28"/>
          <w:szCs w:val="28"/>
          <w:lang w:val="pt-BR"/>
        </w:rPr>
        <w:tab/>
      </w:r>
    </w:p>
    <w:p w:rsidR="00852135" w:rsidRPr="00677BC5" w:rsidRDefault="00852135" w:rsidP="00852135">
      <w:pPr>
        <w:tabs>
          <w:tab w:val="left" w:leader="dot" w:pos="8931"/>
          <w:tab w:val="left" w:pos="9072"/>
        </w:tabs>
        <w:spacing w:line="276" w:lineRule="auto"/>
        <w:rPr>
          <w:sz w:val="28"/>
          <w:szCs w:val="28"/>
          <w:lang w:val="pt-BR"/>
        </w:rPr>
      </w:pPr>
      <w:r w:rsidRPr="00677BC5">
        <w:rPr>
          <w:sz w:val="28"/>
          <w:szCs w:val="28"/>
          <w:lang w:val="pt-BR"/>
        </w:rPr>
        <w:tab/>
      </w:r>
    </w:p>
    <w:p w:rsidR="00852135" w:rsidRPr="00677BC5" w:rsidRDefault="00852135" w:rsidP="00852135">
      <w:pPr>
        <w:tabs>
          <w:tab w:val="left" w:leader="dot" w:pos="8931"/>
          <w:tab w:val="left" w:pos="9072"/>
        </w:tabs>
        <w:spacing w:line="276" w:lineRule="auto"/>
        <w:rPr>
          <w:b/>
          <w:bCs/>
          <w:sz w:val="28"/>
          <w:szCs w:val="28"/>
          <w:lang w:val="pt-BR"/>
        </w:rPr>
      </w:pPr>
      <w:r w:rsidRPr="00677BC5">
        <w:rPr>
          <w:sz w:val="28"/>
          <w:szCs w:val="28"/>
          <w:lang w:val="pt-BR"/>
        </w:rPr>
        <w:tab/>
      </w:r>
      <w:r w:rsidRPr="00677BC5">
        <w:rPr>
          <w:b/>
          <w:bCs/>
          <w:sz w:val="28"/>
          <w:szCs w:val="28"/>
          <w:lang w:val="pt-BR"/>
        </w:rPr>
        <w:tab/>
      </w:r>
      <w:r w:rsidRPr="00677BC5">
        <w:rPr>
          <w:b/>
          <w:bCs/>
          <w:sz w:val="28"/>
          <w:szCs w:val="28"/>
          <w:lang w:val="pt-BR"/>
        </w:rPr>
        <w:tab/>
      </w:r>
      <w:r w:rsidRPr="00677BC5">
        <w:rPr>
          <w:b/>
          <w:bCs/>
          <w:sz w:val="28"/>
          <w:szCs w:val="28"/>
          <w:lang w:val="pt-BR"/>
        </w:rPr>
        <w:tab/>
      </w:r>
    </w:p>
    <w:p w:rsidR="00852135" w:rsidRPr="00677BC5" w:rsidRDefault="00852135" w:rsidP="00852135">
      <w:pPr>
        <w:spacing w:line="276" w:lineRule="auto"/>
        <w:jc w:val="center"/>
        <w:rPr>
          <w:sz w:val="28"/>
          <w:szCs w:val="28"/>
          <w:lang w:val="pt-BR"/>
        </w:rPr>
      </w:pPr>
      <w:r w:rsidRPr="00677BC5">
        <w:rPr>
          <w:sz w:val="28"/>
          <w:szCs w:val="28"/>
          <w:lang w:val="pt-BR"/>
        </w:rPr>
        <w:t>________________________________________</w:t>
      </w:r>
    </w:p>
    <w:p w:rsidR="00852135" w:rsidRPr="00677BC5" w:rsidRDefault="00852135" w:rsidP="00852135">
      <w:pPr>
        <w:spacing w:line="276" w:lineRule="auto"/>
        <w:jc w:val="center"/>
        <w:rPr>
          <w:b/>
          <w:bCs/>
          <w:sz w:val="28"/>
          <w:szCs w:val="28"/>
          <w:lang w:val="pt-BR"/>
        </w:rPr>
      </w:pPr>
      <w:r w:rsidRPr="00677BC5">
        <w:rPr>
          <w:b/>
          <w:bCs/>
          <w:sz w:val="28"/>
          <w:szCs w:val="28"/>
          <w:lang w:val="pt-BR"/>
        </w:rPr>
        <w:t>Toán (Tiết 175)</w:t>
      </w:r>
    </w:p>
    <w:p w:rsidR="00852135" w:rsidRPr="00677BC5" w:rsidRDefault="00852135" w:rsidP="00852135">
      <w:pPr>
        <w:jc w:val="center"/>
        <w:rPr>
          <w:b/>
          <w:bCs/>
          <w:sz w:val="28"/>
          <w:szCs w:val="28"/>
          <w:lang w:val="pt-BR"/>
        </w:rPr>
      </w:pPr>
      <w:r w:rsidRPr="00677BC5">
        <w:rPr>
          <w:b/>
          <w:bCs/>
          <w:sz w:val="28"/>
          <w:szCs w:val="28"/>
          <w:lang w:val="pt-BR"/>
        </w:rPr>
        <w:t>BÀI 73: ÔN TẬP CHUNG (TIẾT 3)</w:t>
      </w:r>
    </w:p>
    <w:p w:rsidR="00852135" w:rsidRPr="00677BC5" w:rsidRDefault="00852135" w:rsidP="00852135">
      <w:pPr>
        <w:spacing w:line="276" w:lineRule="auto"/>
        <w:rPr>
          <w:b/>
          <w:bCs/>
          <w:sz w:val="28"/>
          <w:szCs w:val="28"/>
          <w:lang w:val="pt-BR"/>
        </w:rPr>
      </w:pPr>
      <w:r w:rsidRPr="00677BC5">
        <w:rPr>
          <w:b/>
          <w:bCs/>
          <w:sz w:val="28"/>
          <w:szCs w:val="28"/>
          <w:lang w:val="pt-BR"/>
        </w:rPr>
        <w:t>I. YÊU CẦU CẦN ĐẠT</w:t>
      </w:r>
    </w:p>
    <w:p w:rsidR="00852135" w:rsidRPr="00677BC5" w:rsidRDefault="00852135" w:rsidP="00852135">
      <w:pPr>
        <w:rPr>
          <w:sz w:val="28"/>
          <w:szCs w:val="28"/>
          <w:lang w:val="pt-BR"/>
        </w:rPr>
      </w:pPr>
      <w:r w:rsidRPr="00677BC5">
        <w:rPr>
          <w:b/>
          <w:sz w:val="28"/>
          <w:szCs w:val="28"/>
          <w:lang w:val="pt-BR"/>
        </w:rPr>
        <w:t>1. Năng lực đặc thù</w:t>
      </w:r>
    </w:p>
    <w:p w:rsidR="00053845" w:rsidRPr="00677BC5" w:rsidRDefault="00053845" w:rsidP="00053845">
      <w:pPr>
        <w:spacing w:line="276" w:lineRule="auto"/>
        <w:rPr>
          <w:sz w:val="28"/>
          <w:szCs w:val="28"/>
          <w:lang w:val="pt-BR"/>
        </w:rPr>
      </w:pPr>
      <w:r w:rsidRPr="00677BC5">
        <w:rPr>
          <w:sz w:val="28"/>
          <w:szCs w:val="28"/>
          <w:lang w:val="pt-BR"/>
        </w:rPr>
        <w:t>- Củng cố về phép tính với số có nhiều chữ số, về biểu đồ thống kê; giải bài toán liên quan đến tìm phân số của một số, rút về đơn vị,....</w:t>
      </w:r>
    </w:p>
    <w:p w:rsidR="00852135" w:rsidRPr="00677BC5" w:rsidRDefault="00852135" w:rsidP="00852135">
      <w:pPr>
        <w:rPr>
          <w:sz w:val="28"/>
          <w:szCs w:val="28"/>
          <w:lang w:val="pt-BR"/>
        </w:rPr>
      </w:pPr>
      <w:r w:rsidRPr="00677BC5">
        <w:rPr>
          <w:b/>
          <w:sz w:val="28"/>
          <w:szCs w:val="28"/>
          <w:lang w:val="pt-BR"/>
        </w:rPr>
        <w:t>2. Năng lực chung</w:t>
      </w:r>
    </w:p>
    <w:p w:rsidR="00852135" w:rsidRPr="00677BC5" w:rsidRDefault="00852135" w:rsidP="00852135">
      <w:pPr>
        <w:rPr>
          <w:sz w:val="28"/>
          <w:szCs w:val="28"/>
          <w:lang w:val="pt-BR"/>
        </w:rPr>
      </w:pPr>
      <w:r w:rsidRPr="00677BC5">
        <w:rPr>
          <w:sz w:val="28"/>
          <w:szCs w:val="28"/>
          <w:lang w:val="pt-BR"/>
        </w:rPr>
        <w:t>- Tự chủ và tự học: Chủ động thực hiện phép tính, đọc biểu đồ, so sánh thời gian và giải bài toán rút về đơn vị.</w:t>
      </w:r>
    </w:p>
    <w:p w:rsidR="00852135" w:rsidRPr="00677BC5" w:rsidRDefault="00852135" w:rsidP="00852135">
      <w:pPr>
        <w:rPr>
          <w:sz w:val="28"/>
          <w:szCs w:val="28"/>
          <w:lang w:val="pt-BR"/>
        </w:rPr>
      </w:pPr>
      <w:r w:rsidRPr="00677BC5">
        <w:rPr>
          <w:sz w:val="28"/>
          <w:szCs w:val="28"/>
          <w:lang w:val="pt-BR"/>
        </w:rPr>
        <w:t>- Giao tiếp và hợp tác: Trao đổi trong nhóm đôi, trình bày cách đọc biểu đồ và giải thích lựa chọn đáp án.</w:t>
      </w:r>
    </w:p>
    <w:p w:rsidR="00A4601E" w:rsidRPr="00677BC5" w:rsidRDefault="00475E08">
      <w:pPr>
        <w:rPr>
          <w:lang w:val="pt-BR"/>
        </w:rPr>
      </w:pPr>
      <w:r w:rsidRPr="00677BC5">
        <w:rPr>
          <w:sz w:val="28"/>
          <w:szCs w:val="28"/>
          <w:lang w:val="pt-BR"/>
        </w:rPr>
        <w:t>- Giải quyết vấn đề và sáng tạo: Lựa chọn phép tính, cách đọc biểu đồ và chiến lược rút về đơn vị phù hợp với từng bài toán.</w:t>
      </w:r>
    </w:p>
    <w:p w:rsidR="00852135" w:rsidRPr="00677BC5" w:rsidRDefault="00852135" w:rsidP="00852135">
      <w:pPr>
        <w:rPr>
          <w:sz w:val="28"/>
          <w:szCs w:val="28"/>
          <w:lang w:val="pt-BR"/>
        </w:rPr>
      </w:pPr>
      <w:r w:rsidRPr="00677BC5">
        <w:rPr>
          <w:b/>
          <w:sz w:val="28"/>
          <w:szCs w:val="28"/>
          <w:lang w:val="pt-BR"/>
        </w:rPr>
        <w:t>3. Phẩm chất</w:t>
      </w:r>
    </w:p>
    <w:p w:rsidR="00852135" w:rsidRPr="00677BC5" w:rsidRDefault="00852135" w:rsidP="00852135">
      <w:pPr>
        <w:rPr>
          <w:sz w:val="28"/>
          <w:szCs w:val="28"/>
          <w:lang w:val="pt-BR"/>
        </w:rPr>
      </w:pPr>
      <w:r w:rsidRPr="00677BC5">
        <w:rPr>
          <w:sz w:val="28"/>
          <w:szCs w:val="28"/>
          <w:lang w:val="pt-BR"/>
        </w:rPr>
        <w:t>- Chăm chỉ: Tích cực đặt tính, phân tích biểu đồ và hoàn thành bài toán thực tế đầy đủ.</w:t>
      </w:r>
    </w:p>
    <w:p w:rsidR="00852135" w:rsidRPr="00677BC5" w:rsidRDefault="00852135" w:rsidP="00852135">
      <w:pPr>
        <w:rPr>
          <w:sz w:val="28"/>
          <w:szCs w:val="28"/>
          <w:lang w:val="pt-BR"/>
        </w:rPr>
      </w:pPr>
      <w:r w:rsidRPr="00677BC5">
        <w:rPr>
          <w:sz w:val="28"/>
          <w:szCs w:val="28"/>
          <w:lang w:val="pt-BR"/>
        </w:rPr>
        <w:t>- Trách nhiệm: Cẩn thận khi tính toán, đọc số liệu và ghi đơn vị; trung thực khi báo cáo kết quả.</w:t>
      </w:r>
    </w:p>
    <w:p w:rsidR="00852135" w:rsidRPr="00677BC5" w:rsidRDefault="00852135" w:rsidP="00852135">
      <w:pPr>
        <w:spacing w:line="276" w:lineRule="auto"/>
        <w:rPr>
          <w:b/>
          <w:bCs/>
          <w:sz w:val="28"/>
          <w:szCs w:val="28"/>
          <w:lang w:val="pt-BR"/>
        </w:rPr>
      </w:pPr>
      <w:r w:rsidRPr="00677BC5">
        <w:rPr>
          <w:b/>
          <w:bCs/>
          <w:sz w:val="28"/>
          <w:szCs w:val="28"/>
          <w:lang w:val="pt-BR"/>
        </w:rPr>
        <w:t>II. ĐỒ DÙNG DẠY HỌC</w:t>
      </w:r>
    </w:p>
    <w:p w:rsidR="00852135" w:rsidRPr="00677BC5" w:rsidRDefault="00852135" w:rsidP="00852135">
      <w:pPr>
        <w:spacing w:line="276" w:lineRule="auto"/>
        <w:rPr>
          <w:sz w:val="28"/>
          <w:szCs w:val="28"/>
          <w:lang w:val="pt-BR"/>
        </w:rPr>
      </w:pPr>
      <w:r w:rsidRPr="00677BC5">
        <w:rPr>
          <w:sz w:val="28"/>
          <w:szCs w:val="28"/>
          <w:lang w:val="pt-BR"/>
        </w:rPr>
        <w:t>- GV: máy tính, ti vi, bộ đồ dùng dạy học toán 4.</w:t>
      </w:r>
    </w:p>
    <w:p w:rsidR="00852135" w:rsidRPr="00677BC5" w:rsidRDefault="00852135" w:rsidP="00852135">
      <w:pPr>
        <w:rPr>
          <w:sz w:val="28"/>
          <w:szCs w:val="28"/>
          <w:lang w:val="pt-BR"/>
        </w:rPr>
      </w:pPr>
      <w:r w:rsidRPr="00677BC5">
        <w:rPr>
          <w:sz w:val="28"/>
          <w:szCs w:val="28"/>
          <w:lang w:val="pt-BR"/>
        </w:rPr>
        <w:t>- HS: SGK, vở ghi.</w:t>
      </w:r>
    </w:p>
    <w:p w:rsidR="00852135" w:rsidRPr="00677BC5" w:rsidRDefault="00852135" w:rsidP="00852135">
      <w:pPr>
        <w:spacing w:line="276" w:lineRule="auto"/>
        <w:rPr>
          <w:b/>
          <w:bCs/>
          <w:sz w:val="28"/>
          <w:szCs w:val="28"/>
          <w:lang w:val="pt-BR"/>
        </w:rPr>
      </w:pPr>
      <w:r w:rsidRPr="00677BC5">
        <w:rPr>
          <w:b/>
          <w:bCs/>
          <w:sz w:val="28"/>
          <w:szCs w:val="28"/>
          <w:lang w:val="pt-BR"/>
        </w:rPr>
        <w:t>III. CÁC HOẠT ĐỘNG DẠY HỌC CHỦ YẾU</w:t>
      </w: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5250"/>
        <w:gridCol w:w="3606"/>
      </w:tblGrid>
      <w:tr w:rsidR="00677BC5" w:rsidRPr="00677BC5" w:rsidTr="00677BC5">
        <w:tc>
          <w:tcPr>
            <w:tcW w:w="5250" w:type="dxa"/>
            <w:tcBorders>
              <w:bottom w:val="single" w:sz="4" w:space="0" w:color="auto"/>
            </w:tcBorders>
            <w:shd w:val="clear" w:color="auto" w:fill="auto"/>
          </w:tcPr>
          <w:p w:rsidR="00852135" w:rsidRPr="00677BC5" w:rsidRDefault="00852135" w:rsidP="00852135">
            <w:pPr>
              <w:jc w:val="center"/>
              <w:rPr>
                <w:b/>
                <w:bCs/>
                <w:sz w:val="28"/>
                <w:szCs w:val="28"/>
              </w:rPr>
            </w:pPr>
            <w:r w:rsidRPr="00677BC5">
              <w:rPr>
                <w:b/>
                <w:bCs/>
                <w:sz w:val="28"/>
                <w:szCs w:val="28"/>
              </w:rPr>
              <w:t>Hoạt động của GV</w:t>
            </w:r>
          </w:p>
        </w:tc>
        <w:tc>
          <w:tcPr>
            <w:tcW w:w="3606" w:type="dxa"/>
            <w:tcBorders>
              <w:bottom w:val="single" w:sz="4" w:space="0" w:color="auto"/>
            </w:tcBorders>
            <w:shd w:val="clear" w:color="auto" w:fill="auto"/>
          </w:tcPr>
          <w:p w:rsidR="00852135" w:rsidRPr="00677BC5" w:rsidRDefault="00852135" w:rsidP="00852135">
            <w:pPr>
              <w:jc w:val="center"/>
              <w:rPr>
                <w:b/>
                <w:bCs/>
                <w:sz w:val="28"/>
                <w:szCs w:val="28"/>
              </w:rPr>
            </w:pPr>
            <w:r w:rsidRPr="00677BC5">
              <w:rPr>
                <w:b/>
                <w:bCs/>
                <w:sz w:val="28"/>
                <w:szCs w:val="28"/>
              </w:rPr>
              <w:t>Hoạt động của HS</w:t>
            </w:r>
          </w:p>
        </w:tc>
      </w:tr>
      <w:tr w:rsidR="00677BC5" w:rsidRPr="00677BC5" w:rsidTr="00677BC5">
        <w:tc>
          <w:tcPr>
            <w:tcW w:w="8856" w:type="dxa"/>
            <w:gridSpan w:val="2"/>
            <w:tcBorders>
              <w:top w:val="single" w:sz="4" w:space="0" w:color="auto"/>
              <w:bottom w:val="single" w:sz="4" w:space="0" w:color="auto"/>
            </w:tcBorders>
            <w:shd w:val="clear" w:color="auto" w:fill="auto"/>
          </w:tcPr>
          <w:p w:rsidR="00053845" w:rsidRPr="00677BC5" w:rsidRDefault="00053845" w:rsidP="00053845">
            <w:pPr>
              <w:rPr>
                <w:b/>
                <w:bCs/>
                <w:sz w:val="28"/>
                <w:szCs w:val="28"/>
              </w:rPr>
            </w:pPr>
            <w:r w:rsidRPr="00677BC5">
              <w:rPr>
                <w:b/>
                <w:sz w:val="28"/>
                <w:szCs w:val="28"/>
              </w:rPr>
              <w:t>1. Khởi động:</w:t>
            </w:r>
          </w:p>
          <w:p w:rsidR="00A4601E" w:rsidRPr="00677BC5" w:rsidRDefault="00475E08">
            <w:r w:rsidRPr="00677BC5">
              <w:rPr>
                <w:b/>
                <w:sz w:val="28"/>
                <w:szCs w:val="28"/>
              </w:rPr>
              <w:t>- Mục tiêu: Ôn lại kiến thức về hình học, đại lượng, số và chữ số qua trò chơi.</w:t>
            </w:r>
          </w:p>
          <w:p w:rsidR="00A4601E" w:rsidRPr="00677BC5" w:rsidRDefault="00475E08">
            <w:r w:rsidRPr="00677BC5">
              <w:rPr>
                <w:b/>
                <w:i/>
                <w:sz w:val="28"/>
                <w:szCs w:val="28"/>
              </w:rPr>
              <w:t>*Cách tiến hành:</w:t>
            </w:r>
          </w:p>
        </w:tc>
      </w:tr>
      <w:tr w:rsidR="00677BC5" w:rsidRPr="00677BC5" w:rsidTr="00677BC5">
        <w:tc>
          <w:tcPr>
            <w:tcW w:w="5250" w:type="dxa"/>
            <w:tcBorders>
              <w:top w:val="single" w:sz="4" w:space="0" w:color="auto"/>
            </w:tcBorders>
            <w:shd w:val="clear" w:color="auto" w:fill="auto"/>
          </w:tcPr>
          <w:p w:rsidR="00852135" w:rsidRPr="00677BC5" w:rsidRDefault="00852135" w:rsidP="00852135">
            <w:pPr>
              <w:rPr>
                <w:b/>
                <w:bCs/>
                <w:sz w:val="28"/>
                <w:szCs w:val="28"/>
              </w:rPr>
            </w:pPr>
            <w:r w:rsidRPr="00677BC5">
              <w:rPr>
                <w:b/>
                <w:bCs/>
                <w:sz w:val="28"/>
                <w:szCs w:val="28"/>
              </w:rPr>
              <w:t>1. Khởi động:</w:t>
            </w:r>
          </w:p>
          <w:p w:rsidR="00852135" w:rsidRPr="00677BC5" w:rsidRDefault="00852135" w:rsidP="00852135">
            <w:pPr>
              <w:rPr>
                <w:bCs/>
                <w:sz w:val="28"/>
                <w:szCs w:val="28"/>
              </w:rPr>
            </w:pPr>
            <w:r w:rsidRPr="00677BC5">
              <w:rPr>
                <w:bCs/>
                <w:sz w:val="28"/>
                <w:szCs w:val="28"/>
              </w:rPr>
              <w:t>- Tổ chức trò chơi Ô cửa bí mật: có 9 ô cửa có các nội dung về hình học; đại lượng; số và chữ số.</w:t>
            </w:r>
          </w:p>
        </w:tc>
        <w:tc>
          <w:tcPr>
            <w:tcW w:w="3606" w:type="dxa"/>
            <w:tcBorders>
              <w:top w:val="single" w:sz="4" w:space="0" w:color="auto"/>
            </w:tcBorders>
            <w:shd w:val="clear" w:color="auto" w:fill="auto"/>
          </w:tcPr>
          <w:p w:rsidR="00852135" w:rsidRPr="00677BC5" w:rsidRDefault="00852135" w:rsidP="00852135">
            <w:pPr>
              <w:jc w:val="both"/>
              <w:rPr>
                <w:sz w:val="28"/>
                <w:szCs w:val="28"/>
              </w:rPr>
            </w:pPr>
          </w:p>
          <w:p w:rsidR="00852135" w:rsidRPr="00677BC5" w:rsidRDefault="00852135" w:rsidP="00852135">
            <w:pPr>
              <w:jc w:val="both"/>
              <w:rPr>
                <w:sz w:val="28"/>
                <w:szCs w:val="28"/>
              </w:rPr>
            </w:pPr>
            <w:r w:rsidRPr="00677BC5">
              <w:rPr>
                <w:sz w:val="28"/>
                <w:szCs w:val="28"/>
              </w:rPr>
              <w:t>- HS thực hiện</w:t>
            </w:r>
          </w:p>
          <w:p w:rsidR="00852135" w:rsidRPr="00677BC5" w:rsidRDefault="00852135" w:rsidP="00852135">
            <w:pPr>
              <w:jc w:val="both"/>
              <w:rPr>
                <w:sz w:val="28"/>
                <w:szCs w:val="28"/>
              </w:rPr>
            </w:pPr>
          </w:p>
        </w:tc>
      </w:tr>
      <w:tr w:rsidR="00677BC5" w:rsidRPr="00677BC5" w:rsidTr="00677BC5">
        <w:tc>
          <w:tcPr>
            <w:tcW w:w="5250" w:type="dxa"/>
            <w:tcBorders>
              <w:bottom w:val="single" w:sz="4" w:space="0" w:color="auto"/>
            </w:tcBorders>
            <w:shd w:val="clear" w:color="auto" w:fill="auto"/>
          </w:tcPr>
          <w:p w:rsidR="00852135" w:rsidRPr="00677BC5" w:rsidRDefault="00852135" w:rsidP="00852135">
            <w:pPr>
              <w:rPr>
                <w:b/>
                <w:bCs/>
                <w:sz w:val="28"/>
                <w:szCs w:val="28"/>
              </w:rPr>
            </w:pPr>
            <w:r w:rsidRPr="00677BC5">
              <w:rPr>
                <w:iCs/>
                <w:sz w:val="28"/>
                <w:szCs w:val="28"/>
              </w:rPr>
              <w:t>- GV giới thiệu- ghi bài</w:t>
            </w:r>
          </w:p>
        </w:tc>
        <w:tc>
          <w:tcPr>
            <w:tcW w:w="3606" w:type="dxa"/>
            <w:tcBorders>
              <w:bottom w:val="single" w:sz="4" w:space="0" w:color="auto"/>
            </w:tcBorders>
            <w:shd w:val="clear" w:color="auto" w:fill="auto"/>
          </w:tcPr>
          <w:p w:rsidR="00852135" w:rsidRPr="00677BC5" w:rsidRDefault="00852135" w:rsidP="00852135">
            <w:pPr>
              <w:jc w:val="both"/>
              <w:rPr>
                <w:sz w:val="28"/>
                <w:szCs w:val="28"/>
              </w:rPr>
            </w:pPr>
          </w:p>
        </w:tc>
      </w:tr>
      <w:tr w:rsidR="00677BC5" w:rsidRPr="00677BC5" w:rsidTr="00677BC5">
        <w:tc>
          <w:tcPr>
            <w:tcW w:w="8856" w:type="dxa"/>
            <w:gridSpan w:val="2"/>
            <w:tcBorders>
              <w:top w:val="single" w:sz="4" w:space="0" w:color="auto"/>
              <w:bottom w:val="single" w:sz="4" w:space="0" w:color="auto"/>
            </w:tcBorders>
            <w:shd w:val="clear" w:color="auto" w:fill="auto"/>
          </w:tcPr>
          <w:p w:rsidR="00053845" w:rsidRPr="00677BC5" w:rsidRDefault="00053845" w:rsidP="00852135">
            <w:pPr>
              <w:jc w:val="both"/>
              <w:rPr>
                <w:b/>
                <w:bCs/>
                <w:sz w:val="28"/>
                <w:szCs w:val="28"/>
                <w:lang w:val="pt-BR"/>
              </w:rPr>
            </w:pPr>
            <w:r w:rsidRPr="00677BC5">
              <w:rPr>
                <w:b/>
                <w:bCs/>
                <w:sz w:val="28"/>
                <w:szCs w:val="28"/>
                <w:lang w:val="pt-BR"/>
              </w:rPr>
              <w:t>2. Luyện tập, thực hành:</w:t>
            </w:r>
          </w:p>
          <w:p w:rsidR="00A4601E" w:rsidRPr="00677BC5" w:rsidRDefault="00475E08">
            <w:r w:rsidRPr="00677BC5">
              <w:rPr>
                <w:b/>
                <w:bCs/>
                <w:sz w:val="28"/>
                <w:szCs w:val="28"/>
                <w:lang w:val="pt-BR"/>
              </w:rPr>
              <w:lastRenderedPageBreak/>
              <w:t>- Mục tiêu: Củng cố phép tính với số có nhiều chữ số, đọc biểu đồ, so sánh thời gian, nhận biết quan hệ hình học và giải toán rút về đơn vị.</w:t>
            </w:r>
          </w:p>
          <w:p w:rsidR="00A4601E" w:rsidRPr="00677BC5" w:rsidRDefault="00475E08">
            <w:r w:rsidRPr="00677BC5">
              <w:rPr>
                <w:b/>
                <w:bCs/>
                <w:i/>
                <w:sz w:val="28"/>
                <w:szCs w:val="28"/>
                <w:lang w:val="pt-BR"/>
              </w:rPr>
              <w:t>*Cách tiến hành:</w:t>
            </w:r>
          </w:p>
        </w:tc>
      </w:tr>
      <w:tr w:rsidR="00677BC5" w:rsidRPr="00677BC5" w:rsidTr="00677BC5">
        <w:trPr>
          <w:trHeight w:val="271"/>
        </w:trPr>
        <w:tc>
          <w:tcPr>
            <w:tcW w:w="5250" w:type="dxa"/>
            <w:tcBorders>
              <w:top w:val="single" w:sz="4" w:space="0" w:color="auto"/>
            </w:tcBorders>
            <w:shd w:val="clear" w:color="auto" w:fill="auto"/>
          </w:tcPr>
          <w:p w:rsidR="00852135" w:rsidRPr="00677BC5" w:rsidRDefault="00852135" w:rsidP="00852135">
            <w:pPr>
              <w:tabs>
                <w:tab w:val="left" w:pos="402"/>
              </w:tabs>
              <w:rPr>
                <w:b/>
                <w:bCs/>
                <w:sz w:val="28"/>
                <w:szCs w:val="28"/>
                <w:lang w:val="pt-BR"/>
              </w:rPr>
            </w:pPr>
            <w:r w:rsidRPr="00677BC5">
              <w:rPr>
                <w:b/>
                <w:bCs/>
                <w:sz w:val="28"/>
                <w:szCs w:val="28"/>
                <w:lang w:val="pt-BR"/>
              </w:rPr>
              <w:lastRenderedPageBreak/>
              <w:t xml:space="preserve">Bài 1: </w:t>
            </w:r>
          </w:p>
        </w:tc>
        <w:tc>
          <w:tcPr>
            <w:tcW w:w="3606" w:type="dxa"/>
            <w:tcBorders>
              <w:top w:val="single" w:sz="4" w:space="0" w:color="auto"/>
            </w:tcBorders>
            <w:shd w:val="clear" w:color="auto" w:fill="auto"/>
          </w:tcPr>
          <w:p w:rsidR="00852135" w:rsidRPr="00677BC5" w:rsidRDefault="00852135" w:rsidP="00852135">
            <w:pPr>
              <w:jc w:val="both"/>
              <w:rPr>
                <w:sz w:val="28"/>
                <w:szCs w:val="28"/>
              </w:rPr>
            </w:pPr>
          </w:p>
        </w:tc>
      </w:tr>
      <w:tr w:rsidR="00677BC5" w:rsidRPr="00677BC5" w:rsidTr="00677BC5">
        <w:tc>
          <w:tcPr>
            <w:tcW w:w="5250" w:type="dxa"/>
            <w:shd w:val="clear" w:color="auto" w:fill="auto"/>
          </w:tcPr>
          <w:p w:rsidR="00852135" w:rsidRPr="00677BC5" w:rsidRDefault="00852135" w:rsidP="00852135">
            <w:pPr>
              <w:tabs>
                <w:tab w:val="left" w:pos="402"/>
              </w:tabs>
              <w:jc w:val="both"/>
              <w:rPr>
                <w:sz w:val="28"/>
                <w:szCs w:val="28"/>
                <w:lang w:val="pt-BR"/>
              </w:rPr>
            </w:pPr>
            <w:r w:rsidRPr="00677BC5">
              <w:rPr>
                <w:sz w:val="28"/>
                <w:szCs w:val="28"/>
                <w:lang w:val="pt-BR"/>
              </w:rPr>
              <w:t>- GV cho học sinh xác định yêu cầu bài tập</w:t>
            </w:r>
          </w:p>
          <w:p w:rsidR="00852135" w:rsidRPr="00677BC5" w:rsidRDefault="00852135" w:rsidP="00852135">
            <w:pPr>
              <w:rPr>
                <w:sz w:val="28"/>
                <w:szCs w:val="28"/>
                <w:lang w:val="pt-BR"/>
              </w:rPr>
            </w:pPr>
            <w:r w:rsidRPr="00677BC5">
              <w:rPr>
                <w:sz w:val="28"/>
                <w:szCs w:val="28"/>
                <w:lang w:val="pt-BR"/>
              </w:rPr>
              <w:t xml:space="preserve">Yêu cầu: Đặt tính và tính </w:t>
            </w:r>
          </w:p>
        </w:tc>
        <w:tc>
          <w:tcPr>
            <w:tcW w:w="3606" w:type="dxa"/>
            <w:shd w:val="clear" w:color="auto" w:fill="auto"/>
          </w:tcPr>
          <w:p w:rsidR="00852135" w:rsidRPr="00677BC5" w:rsidRDefault="00852135" w:rsidP="00852135">
            <w:pPr>
              <w:jc w:val="both"/>
              <w:rPr>
                <w:sz w:val="28"/>
                <w:szCs w:val="28"/>
                <w:lang w:val="pt-BR"/>
              </w:rPr>
            </w:pPr>
            <w:r w:rsidRPr="00677BC5">
              <w:rPr>
                <w:sz w:val="28"/>
                <w:szCs w:val="28"/>
                <w:lang w:val="pt-BR"/>
              </w:rPr>
              <w:t>- Học sinh đọc yêu cầu bài tập</w:t>
            </w:r>
          </w:p>
        </w:tc>
      </w:tr>
      <w:tr w:rsidR="00677BC5" w:rsidRPr="00677BC5" w:rsidTr="00677BC5">
        <w:tc>
          <w:tcPr>
            <w:tcW w:w="5250" w:type="dxa"/>
            <w:shd w:val="clear" w:color="auto" w:fill="auto"/>
          </w:tcPr>
          <w:p w:rsidR="00852135" w:rsidRPr="00677BC5" w:rsidRDefault="00852135" w:rsidP="00852135">
            <w:pPr>
              <w:tabs>
                <w:tab w:val="left" w:pos="402"/>
              </w:tabs>
              <w:jc w:val="both"/>
              <w:rPr>
                <w:sz w:val="28"/>
                <w:szCs w:val="28"/>
                <w:lang w:val="pt-BR"/>
              </w:rPr>
            </w:pPr>
            <w:r w:rsidRPr="00677BC5">
              <w:rPr>
                <w:sz w:val="28"/>
                <w:szCs w:val="28"/>
                <w:lang w:val="pt-BR"/>
              </w:rPr>
              <w:t>- Tổ chức học sinh làm bài</w:t>
            </w:r>
          </w:p>
        </w:tc>
        <w:tc>
          <w:tcPr>
            <w:tcW w:w="3606" w:type="dxa"/>
            <w:shd w:val="clear" w:color="auto" w:fill="auto"/>
          </w:tcPr>
          <w:p w:rsidR="00852135" w:rsidRPr="00677BC5" w:rsidRDefault="00852135" w:rsidP="00852135">
            <w:pPr>
              <w:jc w:val="both"/>
              <w:rPr>
                <w:sz w:val="28"/>
                <w:szCs w:val="28"/>
                <w:lang w:val="pt-BR"/>
              </w:rPr>
            </w:pPr>
            <w:r w:rsidRPr="00677BC5">
              <w:rPr>
                <w:sz w:val="28"/>
                <w:szCs w:val="28"/>
                <w:lang w:val="pt-BR"/>
              </w:rPr>
              <w:t>- HS làm bài cá nhân: vở ghi</w:t>
            </w:r>
          </w:p>
        </w:tc>
      </w:tr>
      <w:tr w:rsidR="00677BC5" w:rsidRPr="00677BC5" w:rsidTr="00677BC5">
        <w:tc>
          <w:tcPr>
            <w:tcW w:w="5250" w:type="dxa"/>
            <w:shd w:val="clear" w:color="auto" w:fill="auto"/>
          </w:tcPr>
          <w:p w:rsidR="00852135" w:rsidRPr="00677BC5" w:rsidRDefault="00852135" w:rsidP="00852135">
            <w:pPr>
              <w:jc w:val="both"/>
              <w:rPr>
                <w:sz w:val="28"/>
                <w:szCs w:val="28"/>
                <w:lang w:val="pt-BR"/>
              </w:rPr>
            </w:pPr>
            <w:r w:rsidRPr="00677BC5">
              <w:rPr>
                <w:sz w:val="28"/>
                <w:szCs w:val="28"/>
                <w:lang w:val="pt-BR"/>
              </w:rPr>
              <w:t>- Tổ chức cho học sinh báo cáo kết quả</w:t>
            </w:r>
          </w:p>
          <w:p w:rsidR="00852135" w:rsidRPr="00677BC5" w:rsidRDefault="00852135" w:rsidP="00852135">
            <w:pPr>
              <w:jc w:val="both"/>
              <w:rPr>
                <w:sz w:val="28"/>
                <w:szCs w:val="28"/>
                <w:lang w:val="pt-BR"/>
              </w:rPr>
            </w:pPr>
            <w:r w:rsidRPr="00677BC5">
              <w:rPr>
                <w:sz w:val="28"/>
                <w:szCs w:val="28"/>
                <w:lang w:val="pt-BR"/>
              </w:rPr>
              <w:t>Kết quả:</w:t>
            </w:r>
          </w:p>
          <w:p w:rsidR="00852135" w:rsidRPr="00677BC5" w:rsidRDefault="00852135" w:rsidP="00852135">
            <w:pPr>
              <w:jc w:val="both"/>
              <w:rPr>
                <w:sz w:val="28"/>
                <w:szCs w:val="28"/>
                <w:lang w:val="pt-BR"/>
              </w:rPr>
            </w:pPr>
            <w:r w:rsidRPr="00677BC5">
              <w:rPr>
                <w:noProof/>
                <w:sz w:val="28"/>
                <w:szCs w:val="28"/>
              </w:rPr>
              <mc:AlternateContent>
                <mc:Choice Requires="wps">
                  <w:drawing>
                    <wp:anchor distT="0" distB="0" distL="114300" distR="114300" simplePos="0" relativeHeight="251649024" behindDoc="0" locked="0" layoutInCell="1" allowOverlap="1" wp14:anchorId="7CFE9585" wp14:editId="4DBAFC30">
                      <wp:simplePos x="0" y="0"/>
                      <wp:positionH relativeFrom="column">
                        <wp:posOffset>2967990</wp:posOffset>
                      </wp:positionH>
                      <wp:positionV relativeFrom="paragraph">
                        <wp:posOffset>32385</wp:posOffset>
                      </wp:positionV>
                      <wp:extent cx="10160" cy="359410"/>
                      <wp:effectExtent l="5715" t="13335" r="12700" b="8255"/>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 cy="3594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22DB3BE4" id="_x0000_t32" coordsize="21600,21600" o:spt="32" o:oned="t" path="m,l21600,21600e" filled="f">
                      <v:path arrowok="t" fillok="f" o:connecttype="none"/>
                      <o:lock v:ext="edit" shapetype="t"/>
                    </v:shapetype>
                    <v:shape id="Straight Arrow Connector 20" o:spid="_x0000_s1026" type="#_x0000_t32" style="position:absolute;margin-left:233.7pt;margin-top:2.55pt;width:.8pt;height:28.3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"/>
                  </w:pict>
                </mc:Fallback>
              </mc:AlternateContent>
            </w:r>
            <w:r w:rsidRPr="00677BC5">
              <w:rPr>
                <w:noProof/>
                <w:sz w:val="28"/>
                <w:szCs w:val="28"/>
              </w:rPr>
              <mc:AlternateContent>
                <mc:Choice Requires="wps">
                  <w:drawing>
                    <wp:anchor distT="0" distB="0" distL="114300" distR="114300" simplePos="0" relativeHeight="251665408" behindDoc="0" locked="0" layoutInCell="1" allowOverlap="1" wp14:anchorId="1969946F" wp14:editId="02701562">
                      <wp:simplePos x="0" y="0"/>
                      <wp:positionH relativeFrom="column">
                        <wp:posOffset>1509395</wp:posOffset>
                      </wp:positionH>
                      <wp:positionV relativeFrom="paragraph">
                        <wp:posOffset>99060</wp:posOffset>
                      </wp:positionV>
                      <wp:extent cx="133985" cy="213360"/>
                      <wp:effectExtent l="13970" t="13335" r="13970" b="1143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85" cy="213360"/>
                              </a:xfrm>
                              <a:prstGeom prst="rect">
                                <a:avLst/>
                              </a:prstGeom>
                              <a:solidFill>
                                <a:srgbClr val="FFFFFF"/>
                              </a:solidFill>
                              <a:ln w="9525">
                                <a:solidFill>
                                  <a:srgbClr val="FFFFFF"/>
                                </a:solidFill>
                                <a:miter lim="800000"/>
                                <a:headEnd/>
                                <a:tailEnd/>
                              </a:ln>
                            </wps:spPr>
                            <wps:txbx>
                              <w:txbxContent>
                                <w:p w:rsidR="00852135" w:rsidRDefault="00852135" w:rsidP="00852135">
                                  <w:pPr>
                                    <w:jc w:val="center"/>
                                  </w:pPr>
                                  <w:proofErr w:type="gramStart"/>
                                  <w:r>
                                    <w:t>x</w:t>
                                  </w:r>
                                  <w:proofErr w:type="gram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Text Box 19" o:spid="_x0000_s1026" type="#_x0000_t202" style="position:absolute;left:0;text-align:left;margin-left:118.85pt;margin-top:7.8pt;width:10.55pt;height:16.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" strokecolor="white">
                      <v:textbox inset="0,0,0,0">
                        <w:txbxContent>
                          <w:p w:rsidR="00852135" w:rsidRDefault="00852135" w:rsidP="00852135">
                            <w:pPr>
                              <w:jc w:val="center"/>
                            </w:pPr>
                            <w:r>
                              <w:t>x</w:t>
                            </w:r>
                          </w:p>
                        </w:txbxContent>
                      </v:textbox>
                    </v:shape>
                  </w:pict>
                </mc:Fallback>
              </mc:AlternateContent>
            </w:r>
            <w:r w:rsidRPr="00677BC5">
              <w:rPr>
                <w:noProof/>
                <w:sz w:val="28"/>
                <w:szCs w:val="28"/>
              </w:rPr>
              <mc:AlternateContent>
                <mc:Choice Requires="wps">
                  <w:drawing>
                    <wp:anchor distT="0" distB="0" distL="114300" distR="114300" simplePos="0" relativeHeight="251661312" behindDoc="0" locked="0" layoutInCell="1" allowOverlap="1" wp14:anchorId="20F106C7" wp14:editId="599DC048">
                      <wp:simplePos x="0" y="0"/>
                      <wp:positionH relativeFrom="column">
                        <wp:posOffset>720725</wp:posOffset>
                      </wp:positionH>
                      <wp:positionV relativeFrom="paragraph">
                        <wp:posOffset>99060</wp:posOffset>
                      </wp:positionV>
                      <wp:extent cx="133985" cy="213360"/>
                      <wp:effectExtent l="6350" t="13335" r="12065" b="1143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85" cy="213360"/>
                              </a:xfrm>
                              <a:prstGeom prst="rect">
                                <a:avLst/>
                              </a:prstGeom>
                              <a:solidFill>
                                <a:srgbClr val="FFFFFF"/>
                              </a:solidFill>
                              <a:ln w="9525">
                                <a:solidFill>
                                  <a:srgbClr val="FFFFFF"/>
                                </a:solidFill>
                                <a:miter lim="800000"/>
                                <a:headEnd/>
                                <a:tailEnd/>
                              </a:ln>
                            </wps:spPr>
                            <wps:txbx>
                              <w:txbxContent>
                                <w:p w:rsidR="00852135" w:rsidRDefault="00852135" w:rsidP="00852135">
                                  <w:pPr>
                                    <w:jc w:val="center"/>
                                  </w:pP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id="Text Box 18" o:spid="_x0000_s1027" type="#_x0000_t202" style="position:absolute;left:0;text-align:left;margin-left:56.75pt;margin-top:7.8pt;width:10.55pt;height:16.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" strokecolor="white">
                      <v:textbox inset="0,0,0,0">
                        <w:txbxContent>
                          <w:p w:rsidR="00852135" w:rsidRDefault="00852135" w:rsidP="00852135">
                            <w:pPr>
                              <w:jc w:val="center"/>
                            </w:pPr>
                            <w:r>
                              <w:t>-</w:t>
                            </w:r>
                          </w:p>
                        </w:txbxContent>
                      </v:textbox>
                    </v:shape>
                  </w:pict>
                </mc:Fallback>
              </mc:AlternateContent>
            </w:r>
            <w:r w:rsidRPr="00677BC5">
              <w:rPr>
                <w:noProof/>
                <w:sz w:val="28"/>
                <w:szCs w:val="28"/>
              </w:rPr>
              <mc:AlternateContent>
                <mc:Choice Requires="wps">
                  <w:drawing>
                    <wp:anchor distT="0" distB="0" distL="114300" distR="114300" simplePos="0" relativeHeight="251657216" behindDoc="0" locked="0" layoutInCell="1" allowOverlap="1" wp14:anchorId="13E67FA6" wp14:editId="0CBBAF97">
                      <wp:simplePos x="0" y="0"/>
                      <wp:positionH relativeFrom="column">
                        <wp:posOffset>2540</wp:posOffset>
                      </wp:positionH>
                      <wp:positionV relativeFrom="paragraph">
                        <wp:posOffset>99060</wp:posOffset>
                      </wp:positionV>
                      <wp:extent cx="133985" cy="213360"/>
                      <wp:effectExtent l="12065" t="13335" r="6350" b="1143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85" cy="213360"/>
                              </a:xfrm>
                              <a:prstGeom prst="rect">
                                <a:avLst/>
                              </a:prstGeom>
                              <a:solidFill>
                                <a:srgbClr val="FFFFFF"/>
                              </a:solidFill>
                              <a:ln w="9525">
                                <a:solidFill>
                                  <a:srgbClr val="FFFFFF"/>
                                </a:solidFill>
                                <a:miter lim="800000"/>
                                <a:headEnd/>
                                <a:tailEnd/>
                              </a:ln>
                            </wps:spPr>
                            <wps:txbx>
                              <w:txbxContent>
                                <w:p w:rsidR="00852135" w:rsidRDefault="00852135" w:rsidP="00852135">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id="Text Box 17" o:spid="_x0000_s1028" type="#_x0000_t202" style="position:absolute;left:0;text-align:left;margin-left:.2pt;margin-top:7.8pt;width:10.55pt;height:16.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" strokecolor="white">
                      <v:textbox inset="0,0,0,0">
                        <w:txbxContent>
                          <w:p w:rsidR="00852135" w:rsidRDefault="00852135" w:rsidP="00852135">
                            <w:r>
                              <w:t>+</w:t>
                            </w:r>
                          </w:p>
                        </w:txbxContent>
                      </v:textbox>
                    </v:shape>
                  </w:pict>
                </mc:Fallback>
              </mc:AlternateContent>
            </w:r>
            <w:r w:rsidRPr="00677BC5">
              <w:rPr>
                <w:sz w:val="28"/>
                <w:szCs w:val="28"/>
                <w:lang w:val="pt-BR"/>
              </w:rPr>
              <w:t xml:space="preserve">   34 187     73 506      46 125       3756  12</w:t>
            </w:r>
          </w:p>
          <w:p w:rsidR="00852135" w:rsidRPr="00677BC5" w:rsidRDefault="00852135" w:rsidP="00852135">
            <w:pPr>
              <w:jc w:val="both"/>
              <w:rPr>
                <w:sz w:val="28"/>
                <w:szCs w:val="28"/>
                <w:lang w:val="pt-BR"/>
              </w:rPr>
            </w:pPr>
            <w:r w:rsidRPr="00677BC5">
              <w:rPr>
                <w:noProof/>
                <w:sz w:val="28"/>
                <w:szCs w:val="28"/>
              </w:rPr>
              <mc:AlternateContent>
                <mc:Choice Requires="wps">
                  <w:drawing>
                    <wp:anchor distT="0" distB="0" distL="114300" distR="114300" simplePos="0" relativeHeight="251653120" behindDoc="0" locked="0" layoutInCell="1" allowOverlap="1" wp14:anchorId="174BF4BF" wp14:editId="57F90266">
                      <wp:simplePos x="0" y="0"/>
                      <wp:positionH relativeFrom="column">
                        <wp:posOffset>2945765</wp:posOffset>
                      </wp:positionH>
                      <wp:positionV relativeFrom="paragraph">
                        <wp:posOffset>10795</wp:posOffset>
                      </wp:positionV>
                      <wp:extent cx="379730" cy="0"/>
                      <wp:effectExtent l="12065" t="10795" r="8255" b="8255"/>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97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7CFA2315" id="Straight Arrow Connector 16" o:spid="_x0000_s1026" type="#_x0000_t32" style="position:absolute;margin-left:231.95pt;margin-top:.85pt;width:29.9pt;height:0;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"/>
                  </w:pict>
                </mc:Fallback>
              </mc:AlternateContent>
            </w:r>
            <w:r w:rsidRPr="00677BC5">
              <w:rPr>
                <w:sz w:val="28"/>
                <w:szCs w:val="28"/>
                <w:lang w:val="pt-BR"/>
              </w:rPr>
              <w:t xml:space="preserve">   26 305     28 375              3         15    313</w:t>
            </w:r>
          </w:p>
          <w:p w:rsidR="00852135" w:rsidRPr="00677BC5" w:rsidRDefault="00852135" w:rsidP="00852135">
            <w:pPr>
              <w:jc w:val="both"/>
              <w:rPr>
                <w:sz w:val="28"/>
                <w:szCs w:val="28"/>
                <w:lang w:val="pt-BR"/>
              </w:rPr>
            </w:pPr>
            <w:r w:rsidRPr="00677BC5">
              <w:rPr>
                <w:noProof/>
                <w:sz w:val="28"/>
                <w:szCs w:val="28"/>
              </w:rPr>
              <mc:AlternateContent>
                <mc:Choice Requires="wps">
                  <w:drawing>
                    <wp:anchor distT="0" distB="0" distL="114300" distR="114300" simplePos="0" relativeHeight="251644928" behindDoc="0" locked="0" layoutInCell="1" allowOverlap="1" wp14:anchorId="06DDFA0B" wp14:editId="0CCE3C8F">
                      <wp:simplePos x="0" y="0"/>
                      <wp:positionH relativeFrom="column">
                        <wp:posOffset>1575435</wp:posOffset>
                      </wp:positionH>
                      <wp:positionV relativeFrom="paragraph">
                        <wp:posOffset>635</wp:posOffset>
                      </wp:positionV>
                      <wp:extent cx="632460" cy="635"/>
                      <wp:effectExtent l="13335" t="10160" r="11430" b="8255"/>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35457E1D" id="Straight Arrow Connector 15" o:spid="_x0000_s1026" type="#_x0000_t32" style="position:absolute;margin-left:124.05pt;margin-top:.05pt;width:49.8pt;height:.0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"/>
                  </w:pict>
                </mc:Fallback>
              </mc:AlternateContent>
            </w:r>
            <w:r w:rsidRPr="00677BC5">
              <w:rPr>
                <w:noProof/>
                <w:sz w:val="28"/>
                <w:szCs w:val="28"/>
              </w:rPr>
              <mc:AlternateContent>
                <mc:Choice Requires="wps">
                  <w:drawing>
                    <wp:anchor distT="0" distB="0" distL="114300" distR="114300" simplePos="0" relativeHeight="251640832" behindDoc="0" locked="0" layoutInCell="1" allowOverlap="1" wp14:anchorId="5EF5F524" wp14:editId="1CCA52F4">
                      <wp:simplePos x="0" y="0"/>
                      <wp:positionH relativeFrom="column">
                        <wp:posOffset>816610</wp:posOffset>
                      </wp:positionH>
                      <wp:positionV relativeFrom="paragraph">
                        <wp:posOffset>635</wp:posOffset>
                      </wp:positionV>
                      <wp:extent cx="535305" cy="0"/>
                      <wp:effectExtent l="6985" t="10160" r="10160" b="8890"/>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53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76D9EBCF" id="Straight Arrow Connector 14" o:spid="_x0000_s1026" type="#_x0000_t32" style="position:absolute;margin-left:64.3pt;margin-top:.05pt;width:42.15pt;height:0;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"/>
                  </w:pict>
                </mc:Fallback>
              </mc:AlternateContent>
            </w:r>
            <w:r w:rsidRPr="00677BC5">
              <w:rPr>
                <w:noProof/>
                <w:sz w:val="28"/>
                <w:szCs w:val="28"/>
              </w:rPr>
              <mc:AlternateContent>
                <mc:Choice Requires="wps">
                  <w:drawing>
                    <wp:anchor distT="0" distB="0" distL="114300" distR="114300" simplePos="0" relativeHeight="251636736" behindDoc="0" locked="0" layoutInCell="1" allowOverlap="1" wp14:anchorId="18DD0B32" wp14:editId="73034B9C">
                      <wp:simplePos x="0" y="0"/>
                      <wp:positionH relativeFrom="column">
                        <wp:posOffset>106680</wp:posOffset>
                      </wp:positionH>
                      <wp:positionV relativeFrom="paragraph">
                        <wp:posOffset>635</wp:posOffset>
                      </wp:positionV>
                      <wp:extent cx="525145" cy="0"/>
                      <wp:effectExtent l="11430" t="10160" r="6350" b="8890"/>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1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198A5F82" id="Straight Arrow Connector 13" o:spid="_x0000_s1026" type="#_x0000_t32" style="position:absolute;margin-left:8.4pt;margin-top:.05pt;width:41.35pt;height:0;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"/>
                  </w:pict>
                </mc:Fallback>
              </mc:AlternateContent>
            </w:r>
            <w:r w:rsidRPr="00677BC5">
              <w:rPr>
                <w:sz w:val="28"/>
                <w:szCs w:val="28"/>
                <w:lang w:val="pt-BR"/>
              </w:rPr>
              <w:t xml:space="preserve">   60 492     45 131     138 375          36</w:t>
            </w:r>
          </w:p>
          <w:p w:rsidR="00852135" w:rsidRPr="00677BC5" w:rsidRDefault="00852135" w:rsidP="00852135">
            <w:pPr>
              <w:tabs>
                <w:tab w:val="left" w:pos="4274"/>
              </w:tabs>
              <w:jc w:val="both"/>
              <w:rPr>
                <w:sz w:val="28"/>
                <w:szCs w:val="28"/>
                <w:lang w:val="pt-BR"/>
              </w:rPr>
            </w:pPr>
            <w:r w:rsidRPr="00677BC5">
              <w:rPr>
                <w:sz w:val="28"/>
                <w:szCs w:val="28"/>
                <w:lang w:val="pt-BR"/>
              </w:rPr>
              <w:t xml:space="preserve"> </w:t>
            </w:r>
            <w:r w:rsidRPr="00677BC5">
              <w:rPr>
                <w:sz w:val="28"/>
                <w:szCs w:val="28"/>
                <w:lang w:val="pt-BR"/>
              </w:rPr>
              <w:tab/>
              <w:t xml:space="preserve"> 0</w:t>
            </w:r>
          </w:p>
        </w:tc>
        <w:tc>
          <w:tcPr>
            <w:tcW w:w="3606" w:type="dxa"/>
            <w:shd w:val="clear" w:color="auto" w:fill="auto"/>
          </w:tcPr>
          <w:p w:rsidR="00852135" w:rsidRPr="00677BC5" w:rsidRDefault="00852135" w:rsidP="00852135">
            <w:pPr>
              <w:jc w:val="both"/>
              <w:rPr>
                <w:sz w:val="28"/>
                <w:szCs w:val="28"/>
                <w:lang w:val="pt-BR"/>
              </w:rPr>
            </w:pPr>
            <w:r w:rsidRPr="00677BC5">
              <w:rPr>
                <w:sz w:val="28"/>
                <w:szCs w:val="28"/>
                <w:lang w:val="pt-BR"/>
              </w:rPr>
              <w:t>- Học sinh báo cáo kết quả và nhắc lại cách làm</w:t>
            </w:r>
          </w:p>
        </w:tc>
      </w:tr>
      <w:tr w:rsidR="00677BC5" w:rsidRPr="00677BC5" w:rsidTr="00677BC5">
        <w:tc>
          <w:tcPr>
            <w:tcW w:w="5250" w:type="dxa"/>
            <w:shd w:val="clear" w:color="auto" w:fill="auto"/>
          </w:tcPr>
          <w:p w:rsidR="00852135" w:rsidRPr="00677BC5" w:rsidRDefault="00852135" w:rsidP="00852135">
            <w:pPr>
              <w:tabs>
                <w:tab w:val="left" w:pos="402"/>
              </w:tabs>
              <w:rPr>
                <w:sz w:val="28"/>
                <w:szCs w:val="28"/>
                <w:lang w:val="pt-BR"/>
              </w:rPr>
            </w:pPr>
            <w:r w:rsidRPr="00677BC5">
              <w:rPr>
                <w:sz w:val="28"/>
                <w:szCs w:val="28"/>
                <w:lang w:val="pt-BR"/>
              </w:rPr>
              <w:t>- GV cùng học sinh đánh giá bài làm</w:t>
            </w:r>
          </w:p>
        </w:tc>
        <w:tc>
          <w:tcPr>
            <w:tcW w:w="3606" w:type="dxa"/>
            <w:shd w:val="clear" w:color="auto" w:fill="auto"/>
          </w:tcPr>
          <w:p w:rsidR="00852135" w:rsidRPr="00677BC5" w:rsidRDefault="00852135" w:rsidP="00852135">
            <w:pPr>
              <w:jc w:val="both"/>
              <w:rPr>
                <w:sz w:val="28"/>
                <w:szCs w:val="28"/>
                <w:lang w:val="pt-BR"/>
              </w:rPr>
            </w:pPr>
          </w:p>
        </w:tc>
      </w:tr>
      <w:tr w:rsidR="00677BC5" w:rsidRPr="00677BC5" w:rsidTr="00677BC5">
        <w:tc>
          <w:tcPr>
            <w:tcW w:w="5250" w:type="dxa"/>
            <w:shd w:val="clear" w:color="auto" w:fill="auto"/>
          </w:tcPr>
          <w:p w:rsidR="00852135" w:rsidRPr="00677BC5" w:rsidRDefault="00852135" w:rsidP="00852135">
            <w:pPr>
              <w:tabs>
                <w:tab w:val="left" w:pos="402"/>
              </w:tabs>
              <w:rPr>
                <w:b/>
                <w:sz w:val="28"/>
                <w:szCs w:val="28"/>
                <w:lang w:val="pt-BR"/>
              </w:rPr>
            </w:pPr>
            <w:r w:rsidRPr="00677BC5">
              <w:rPr>
                <w:b/>
                <w:sz w:val="28"/>
                <w:szCs w:val="28"/>
                <w:lang w:val="pt-BR"/>
              </w:rPr>
              <w:t>Bài 2:</w:t>
            </w:r>
          </w:p>
        </w:tc>
        <w:tc>
          <w:tcPr>
            <w:tcW w:w="3606" w:type="dxa"/>
            <w:shd w:val="clear" w:color="auto" w:fill="auto"/>
          </w:tcPr>
          <w:p w:rsidR="00852135" w:rsidRPr="00677BC5" w:rsidRDefault="00852135" w:rsidP="00852135">
            <w:pPr>
              <w:jc w:val="both"/>
              <w:rPr>
                <w:sz w:val="28"/>
                <w:szCs w:val="28"/>
                <w:lang w:val="pt-BR"/>
              </w:rPr>
            </w:pPr>
          </w:p>
        </w:tc>
      </w:tr>
      <w:tr w:rsidR="00677BC5" w:rsidRPr="00677BC5" w:rsidTr="00677BC5">
        <w:tc>
          <w:tcPr>
            <w:tcW w:w="5250" w:type="dxa"/>
            <w:shd w:val="clear" w:color="auto" w:fill="auto"/>
          </w:tcPr>
          <w:p w:rsidR="00852135" w:rsidRPr="00677BC5" w:rsidRDefault="00852135" w:rsidP="00852135">
            <w:pPr>
              <w:tabs>
                <w:tab w:val="left" w:pos="402"/>
              </w:tabs>
              <w:jc w:val="both"/>
              <w:rPr>
                <w:sz w:val="28"/>
                <w:szCs w:val="28"/>
                <w:lang w:val="pt-BR"/>
              </w:rPr>
            </w:pPr>
            <w:r w:rsidRPr="00677BC5">
              <w:rPr>
                <w:sz w:val="28"/>
                <w:szCs w:val="28"/>
                <w:lang w:val="pt-BR"/>
              </w:rPr>
              <w:t>- GV cho học sinh xác định yêu cầu bài tập</w:t>
            </w:r>
          </w:p>
          <w:p w:rsidR="00A4601E" w:rsidRPr="00677BC5" w:rsidRDefault="00852135" w:rsidP="00677BC5">
            <w:pPr>
              <w:rPr>
                <w:sz w:val="28"/>
                <w:szCs w:val="28"/>
                <w:lang w:val="pt-BR"/>
              </w:rPr>
            </w:pPr>
            <w:r w:rsidRPr="00677BC5">
              <w:rPr>
                <w:sz w:val="28"/>
                <w:szCs w:val="28"/>
                <w:lang w:val="pt-BR"/>
              </w:rPr>
              <w:t xml:space="preserve">Yêu cầu: Dựa vào biểu đồ để trả lời câu hỏi. </w:t>
            </w:r>
          </w:p>
        </w:tc>
        <w:tc>
          <w:tcPr>
            <w:tcW w:w="3606" w:type="dxa"/>
            <w:shd w:val="clear" w:color="auto" w:fill="auto"/>
          </w:tcPr>
          <w:p w:rsidR="00852135" w:rsidRPr="00677BC5" w:rsidRDefault="00852135" w:rsidP="00852135">
            <w:pPr>
              <w:jc w:val="both"/>
              <w:rPr>
                <w:sz w:val="28"/>
                <w:szCs w:val="28"/>
                <w:lang w:val="pt-BR"/>
              </w:rPr>
            </w:pPr>
            <w:r w:rsidRPr="00677BC5">
              <w:rPr>
                <w:sz w:val="28"/>
                <w:szCs w:val="28"/>
                <w:lang w:val="pt-BR"/>
              </w:rPr>
              <w:t>- Học sinh đọc yêu cầu bài tập</w:t>
            </w:r>
          </w:p>
        </w:tc>
      </w:tr>
      <w:tr w:rsidR="00677BC5" w:rsidRPr="00677BC5" w:rsidTr="00677BC5">
        <w:tc>
          <w:tcPr>
            <w:tcW w:w="5250" w:type="dxa"/>
            <w:shd w:val="clear" w:color="auto" w:fill="auto"/>
          </w:tcPr>
          <w:p w:rsidR="00852135" w:rsidRPr="00677BC5" w:rsidRDefault="00852135" w:rsidP="00852135">
            <w:pPr>
              <w:tabs>
                <w:tab w:val="left" w:pos="402"/>
              </w:tabs>
              <w:jc w:val="both"/>
              <w:rPr>
                <w:sz w:val="28"/>
                <w:szCs w:val="28"/>
                <w:lang w:val="pt-BR"/>
              </w:rPr>
            </w:pPr>
            <w:r w:rsidRPr="00677BC5">
              <w:rPr>
                <w:sz w:val="28"/>
                <w:szCs w:val="28"/>
                <w:lang w:val="pt-BR"/>
              </w:rPr>
              <w:t>- Tổ chức cho học sinh làm bài</w:t>
            </w:r>
          </w:p>
        </w:tc>
        <w:tc>
          <w:tcPr>
            <w:tcW w:w="3606" w:type="dxa"/>
            <w:shd w:val="clear" w:color="auto" w:fill="auto"/>
          </w:tcPr>
          <w:p w:rsidR="00852135" w:rsidRPr="00677BC5" w:rsidRDefault="00852135" w:rsidP="00852135">
            <w:pPr>
              <w:jc w:val="both"/>
              <w:rPr>
                <w:sz w:val="28"/>
                <w:szCs w:val="28"/>
                <w:lang w:val="pt-BR"/>
              </w:rPr>
            </w:pPr>
            <w:r w:rsidRPr="00677BC5">
              <w:rPr>
                <w:sz w:val="28"/>
                <w:szCs w:val="28"/>
                <w:lang w:val="pt-BR"/>
              </w:rPr>
              <w:t>- HS làm bài theo nhóm 2</w:t>
            </w:r>
          </w:p>
        </w:tc>
      </w:tr>
      <w:tr w:rsidR="00677BC5" w:rsidRPr="00677BC5" w:rsidTr="00677BC5">
        <w:tc>
          <w:tcPr>
            <w:tcW w:w="5250" w:type="dxa"/>
            <w:shd w:val="clear" w:color="auto" w:fill="auto"/>
          </w:tcPr>
          <w:p w:rsidR="00852135" w:rsidRPr="00677BC5" w:rsidRDefault="00852135" w:rsidP="00852135">
            <w:pPr>
              <w:jc w:val="both"/>
              <w:rPr>
                <w:sz w:val="28"/>
                <w:szCs w:val="28"/>
                <w:lang w:val="pt-BR"/>
              </w:rPr>
            </w:pPr>
            <w:r w:rsidRPr="00677BC5">
              <w:rPr>
                <w:sz w:val="28"/>
                <w:szCs w:val="28"/>
                <w:lang w:val="pt-BR"/>
              </w:rPr>
              <w:t>- Tổ chức cho học sinh báo cáo kết quả</w:t>
            </w:r>
          </w:p>
          <w:p w:rsidR="00852135" w:rsidRPr="00677BC5" w:rsidRDefault="00852135" w:rsidP="00852135">
            <w:pPr>
              <w:tabs>
                <w:tab w:val="left" w:pos="402"/>
              </w:tabs>
              <w:rPr>
                <w:sz w:val="28"/>
                <w:szCs w:val="28"/>
                <w:lang w:val="pt-BR"/>
              </w:rPr>
            </w:pPr>
            <w:r w:rsidRPr="00677BC5">
              <w:rPr>
                <w:sz w:val="28"/>
                <w:szCs w:val="28"/>
                <w:lang w:val="pt-BR"/>
              </w:rPr>
              <w:t>a) Đội Một có 120 người, đội Hai có 140 người, đội Ba có 100 người.</w:t>
            </w:r>
          </w:p>
          <w:p w:rsidR="00852135" w:rsidRPr="00677BC5" w:rsidRDefault="00852135" w:rsidP="00852135">
            <w:pPr>
              <w:tabs>
                <w:tab w:val="left" w:pos="402"/>
              </w:tabs>
              <w:rPr>
                <w:sz w:val="28"/>
                <w:szCs w:val="28"/>
                <w:lang w:val="pt-BR"/>
              </w:rPr>
            </w:pPr>
            <w:r w:rsidRPr="00677BC5">
              <w:rPr>
                <w:sz w:val="28"/>
                <w:szCs w:val="28"/>
                <w:lang w:val="pt-BR"/>
              </w:rPr>
              <w:t xml:space="preserve">b) Trung bình mỗi đội có: </w:t>
            </w:r>
          </w:p>
          <w:p w:rsidR="00852135" w:rsidRPr="00677BC5" w:rsidRDefault="00852135" w:rsidP="00852135">
            <w:pPr>
              <w:tabs>
                <w:tab w:val="left" w:pos="402"/>
              </w:tabs>
              <w:rPr>
                <w:sz w:val="28"/>
                <w:szCs w:val="28"/>
                <w:lang w:val="pt-BR"/>
              </w:rPr>
            </w:pPr>
            <w:r w:rsidRPr="00677BC5">
              <w:rPr>
                <w:sz w:val="28"/>
                <w:szCs w:val="28"/>
                <w:lang w:val="pt-BR"/>
              </w:rPr>
              <w:t>( 120 + 140 + 100) : 3 = 120 (người)</w:t>
            </w:r>
          </w:p>
          <w:p w:rsidR="00852135" w:rsidRPr="00677BC5" w:rsidRDefault="00852135" w:rsidP="00852135">
            <w:pPr>
              <w:tabs>
                <w:tab w:val="left" w:pos="402"/>
              </w:tabs>
              <w:rPr>
                <w:sz w:val="28"/>
                <w:szCs w:val="28"/>
                <w:lang w:val="pt-BR"/>
              </w:rPr>
            </w:pPr>
            <w:r w:rsidRPr="00677BC5">
              <w:rPr>
                <w:sz w:val="28"/>
                <w:szCs w:val="28"/>
                <w:lang w:val="pt-BR"/>
              </w:rPr>
              <w:t>c) Đội Hai có nhiều người nhất, đội Ba có ít người nhất.</w:t>
            </w:r>
          </w:p>
          <w:p w:rsidR="00852135" w:rsidRPr="00677BC5" w:rsidRDefault="00852135" w:rsidP="00852135">
            <w:pPr>
              <w:tabs>
                <w:tab w:val="left" w:pos="402"/>
              </w:tabs>
              <w:rPr>
                <w:sz w:val="28"/>
                <w:szCs w:val="28"/>
                <w:lang w:val="pt-BR"/>
              </w:rPr>
            </w:pPr>
            <w:r w:rsidRPr="00677BC5">
              <w:rPr>
                <w:sz w:val="28"/>
                <w:szCs w:val="28"/>
                <w:lang w:val="pt-BR"/>
              </w:rPr>
              <w:t xml:space="preserve">Đội Hai hơn đội Ba số người là: </w:t>
            </w:r>
          </w:p>
          <w:p w:rsidR="00852135" w:rsidRPr="00677BC5" w:rsidRDefault="00852135" w:rsidP="00852135">
            <w:pPr>
              <w:tabs>
                <w:tab w:val="left" w:pos="402"/>
              </w:tabs>
              <w:rPr>
                <w:sz w:val="28"/>
                <w:szCs w:val="28"/>
                <w:lang w:val="pt-BR"/>
              </w:rPr>
            </w:pPr>
            <w:r w:rsidRPr="00677BC5">
              <w:rPr>
                <w:sz w:val="28"/>
                <w:szCs w:val="28"/>
                <w:lang w:val="pt-BR"/>
              </w:rPr>
              <w:t>140 – 100 = 40 ( người)</w:t>
            </w:r>
          </w:p>
        </w:tc>
        <w:tc>
          <w:tcPr>
            <w:tcW w:w="3606" w:type="dxa"/>
            <w:shd w:val="clear" w:color="auto" w:fill="auto"/>
          </w:tcPr>
          <w:p w:rsidR="00852135" w:rsidRPr="00677BC5" w:rsidRDefault="00852135" w:rsidP="00852135">
            <w:pPr>
              <w:jc w:val="both"/>
              <w:rPr>
                <w:sz w:val="28"/>
                <w:szCs w:val="28"/>
                <w:lang w:val="pt-BR"/>
              </w:rPr>
            </w:pPr>
            <w:r w:rsidRPr="00677BC5">
              <w:rPr>
                <w:sz w:val="28"/>
                <w:szCs w:val="28"/>
                <w:lang w:val="pt-BR"/>
              </w:rPr>
              <w:t>- Học sinh báo cáo kết quả và nhắc lại cách làm</w:t>
            </w:r>
          </w:p>
        </w:tc>
      </w:tr>
      <w:tr w:rsidR="00677BC5" w:rsidRPr="00677BC5" w:rsidTr="00677BC5">
        <w:tc>
          <w:tcPr>
            <w:tcW w:w="5250" w:type="dxa"/>
            <w:shd w:val="clear" w:color="auto" w:fill="auto"/>
          </w:tcPr>
          <w:p w:rsidR="00852135" w:rsidRPr="00677BC5" w:rsidRDefault="00852135" w:rsidP="00852135">
            <w:pPr>
              <w:tabs>
                <w:tab w:val="left" w:pos="402"/>
              </w:tabs>
              <w:rPr>
                <w:sz w:val="28"/>
                <w:szCs w:val="28"/>
                <w:lang w:val="pt-BR"/>
              </w:rPr>
            </w:pPr>
            <w:r w:rsidRPr="00677BC5">
              <w:rPr>
                <w:sz w:val="28"/>
                <w:szCs w:val="28"/>
                <w:lang w:val="pt-BR"/>
              </w:rPr>
              <w:t>- GV cùng học sinh đánh giá bài làm</w:t>
            </w:r>
          </w:p>
        </w:tc>
        <w:tc>
          <w:tcPr>
            <w:tcW w:w="3606" w:type="dxa"/>
            <w:shd w:val="clear" w:color="auto" w:fill="auto"/>
          </w:tcPr>
          <w:p w:rsidR="00852135" w:rsidRPr="00677BC5" w:rsidRDefault="00852135" w:rsidP="00852135">
            <w:pPr>
              <w:jc w:val="both"/>
              <w:rPr>
                <w:sz w:val="28"/>
                <w:szCs w:val="28"/>
                <w:lang w:val="pt-BR"/>
              </w:rPr>
            </w:pPr>
            <w:r w:rsidRPr="00677BC5">
              <w:rPr>
                <w:sz w:val="28"/>
                <w:szCs w:val="28"/>
                <w:lang w:val="pt-BR"/>
              </w:rPr>
              <w:t>- HS đánh giá bài làm của bạn theo hướng dẫn của GV</w:t>
            </w:r>
          </w:p>
        </w:tc>
      </w:tr>
      <w:tr w:rsidR="00677BC5" w:rsidRPr="00677BC5" w:rsidTr="00677BC5">
        <w:tc>
          <w:tcPr>
            <w:tcW w:w="5250" w:type="dxa"/>
            <w:shd w:val="clear" w:color="auto" w:fill="auto"/>
          </w:tcPr>
          <w:p w:rsidR="00852135" w:rsidRPr="00677BC5" w:rsidRDefault="00852135" w:rsidP="00852135">
            <w:pPr>
              <w:tabs>
                <w:tab w:val="left" w:pos="402"/>
              </w:tabs>
              <w:rPr>
                <w:b/>
                <w:sz w:val="28"/>
                <w:szCs w:val="28"/>
                <w:lang w:val="pt-BR"/>
              </w:rPr>
            </w:pPr>
            <w:r w:rsidRPr="00677BC5">
              <w:rPr>
                <w:b/>
                <w:sz w:val="28"/>
                <w:szCs w:val="28"/>
                <w:lang w:val="pt-BR"/>
              </w:rPr>
              <w:t>Bài 3:</w:t>
            </w:r>
          </w:p>
        </w:tc>
        <w:tc>
          <w:tcPr>
            <w:tcW w:w="3606" w:type="dxa"/>
            <w:shd w:val="clear" w:color="auto" w:fill="auto"/>
          </w:tcPr>
          <w:p w:rsidR="00852135" w:rsidRPr="00677BC5" w:rsidRDefault="00852135" w:rsidP="00852135">
            <w:pPr>
              <w:jc w:val="both"/>
              <w:rPr>
                <w:sz w:val="28"/>
                <w:szCs w:val="28"/>
              </w:rPr>
            </w:pPr>
          </w:p>
        </w:tc>
      </w:tr>
      <w:tr w:rsidR="00677BC5" w:rsidRPr="00677BC5" w:rsidTr="00677BC5">
        <w:tc>
          <w:tcPr>
            <w:tcW w:w="5250" w:type="dxa"/>
            <w:shd w:val="clear" w:color="auto" w:fill="auto"/>
          </w:tcPr>
          <w:p w:rsidR="00852135" w:rsidRPr="00677BC5" w:rsidRDefault="00852135" w:rsidP="00852135">
            <w:pPr>
              <w:tabs>
                <w:tab w:val="left" w:pos="402"/>
              </w:tabs>
              <w:jc w:val="both"/>
              <w:rPr>
                <w:sz w:val="28"/>
                <w:szCs w:val="28"/>
                <w:lang w:val="pt-BR"/>
              </w:rPr>
            </w:pPr>
            <w:r w:rsidRPr="00677BC5">
              <w:rPr>
                <w:sz w:val="28"/>
                <w:szCs w:val="28"/>
                <w:lang w:val="pt-BR"/>
              </w:rPr>
              <w:t>- GV cho học sinh xác định yêu cầu bài tập</w:t>
            </w:r>
          </w:p>
          <w:p w:rsidR="00A4601E" w:rsidRPr="00677BC5" w:rsidRDefault="00852135" w:rsidP="00677BC5">
            <w:pPr>
              <w:rPr>
                <w:sz w:val="28"/>
                <w:szCs w:val="28"/>
                <w:lang w:val="pt-BR"/>
              </w:rPr>
            </w:pPr>
            <w:r w:rsidRPr="00677BC5">
              <w:rPr>
                <w:sz w:val="28"/>
                <w:szCs w:val="28"/>
                <w:lang w:val="pt-BR"/>
              </w:rPr>
              <w:t xml:space="preserve">Yêu cầu: Tìm ô tô đi hết nhiều thời gian nhất </w:t>
            </w:r>
          </w:p>
        </w:tc>
        <w:tc>
          <w:tcPr>
            <w:tcW w:w="3606" w:type="dxa"/>
            <w:shd w:val="clear" w:color="auto" w:fill="auto"/>
          </w:tcPr>
          <w:p w:rsidR="00852135" w:rsidRPr="00677BC5" w:rsidRDefault="00852135" w:rsidP="00852135">
            <w:pPr>
              <w:jc w:val="both"/>
              <w:rPr>
                <w:sz w:val="28"/>
                <w:szCs w:val="28"/>
                <w:lang w:val="pt-BR"/>
              </w:rPr>
            </w:pPr>
            <w:r w:rsidRPr="00677BC5">
              <w:rPr>
                <w:sz w:val="28"/>
                <w:szCs w:val="28"/>
                <w:lang w:val="pt-BR"/>
              </w:rPr>
              <w:t>- Học sinh đọc yêu cầu bài tập</w:t>
            </w:r>
          </w:p>
        </w:tc>
      </w:tr>
      <w:tr w:rsidR="00677BC5" w:rsidRPr="00677BC5" w:rsidTr="00677BC5">
        <w:tc>
          <w:tcPr>
            <w:tcW w:w="5250" w:type="dxa"/>
            <w:shd w:val="clear" w:color="auto" w:fill="auto"/>
          </w:tcPr>
          <w:p w:rsidR="00852135" w:rsidRPr="00677BC5" w:rsidRDefault="00852135" w:rsidP="00852135">
            <w:pPr>
              <w:tabs>
                <w:tab w:val="left" w:pos="402"/>
              </w:tabs>
              <w:jc w:val="both"/>
              <w:rPr>
                <w:sz w:val="28"/>
                <w:szCs w:val="28"/>
                <w:lang w:val="pt-BR"/>
              </w:rPr>
            </w:pPr>
            <w:r w:rsidRPr="00677BC5">
              <w:rPr>
                <w:sz w:val="28"/>
                <w:szCs w:val="28"/>
                <w:lang w:val="pt-BR"/>
              </w:rPr>
              <w:t>- Tổ chức học sinh làm bài</w:t>
            </w:r>
          </w:p>
        </w:tc>
        <w:tc>
          <w:tcPr>
            <w:tcW w:w="3606" w:type="dxa"/>
            <w:shd w:val="clear" w:color="auto" w:fill="auto"/>
          </w:tcPr>
          <w:p w:rsidR="00852135" w:rsidRPr="00677BC5" w:rsidRDefault="00852135" w:rsidP="00852135">
            <w:pPr>
              <w:jc w:val="both"/>
              <w:rPr>
                <w:sz w:val="28"/>
                <w:szCs w:val="28"/>
                <w:lang w:val="pt-BR"/>
              </w:rPr>
            </w:pPr>
            <w:r w:rsidRPr="00677BC5">
              <w:rPr>
                <w:sz w:val="28"/>
                <w:szCs w:val="28"/>
                <w:lang w:val="pt-BR"/>
              </w:rPr>
              <w:t>- HS làm bài cá nhân: Bảng con</w:t>
            </w:r>
          </w:p>
        </w:tc>
      </w:tr>
      <w:tr w:rsidR="00677BC5" w:rsidRPr="00677BC5" w:rsidTr="00677BC5">
        <w:tc>
          <w:tcPr>
            <w:tcW w:w="5250" w:type="dxa"/>
            <w:shd w:val="clear" w:color="auto" w:fill="auto"/>
          </w:tcPr>
          <w:p w:rsidR="00852135" w:rsidRPr="00677BC5" w:rsidRDefault="00852135" w:rsidP="00852135">
            <w:pPr>
              <w:jc w:val="both"/>
              <w:rPr>
                <w:sz w:val="28"/>
                <w:szCs w:val="28"/>
                <w:lang w:val="pt-BR"/>
              </w:rPr>
            </w:pPr>
            <w:r w:rsidRPr="00677BC5">
              <w:rPr>
                <w:sz w:val="28"/>
                <w:szCs w:val="28"/>
                <w:lang w:val="pt-BR"/>
              </w:rPr>
              <w:t>- Tổ chức cho học sinh báo cáo kết quả.</w:t>
            </w:r>
          </w:p>
          <w:p w:rsidR="00852135" w:rsidRPr="00677BC5" w:rsidRDefault="00852135" w:rsidP="00852135">
            <w:pPr>
              <w:jc w:val="both"/>
              <w:rPr>
                <w:sz w:val="28"/>
                <w:szCs w:val="28"/>
                <w:lang w:val="pt-BR"/>
              </w:rPr>
            </w:pPr>
            <w:r w:rsidRPr="00677BC5">
              <w:rPr>
                <w:sz w:val="28"/>
                <w:szCs w:val="28"/>
                <w:lang w:val="pt-BR"/>
              </w:rPr>
              <w:t>Kết quả: Chọn B</w:t>
            </w:r>
          </w:p>
        </w:tc>
        <w:tc>
          <w:tcPr>
            <w:tcW w:w="3606" w:type="dxa"/>
            <w:shd w:val="clear" w:color="auto" w:fill="auto"/>
          </w:tcPr>
          <w:p w:rsidR="00852135" w:rsidRPr="00677BC5" w:rsidRDefault="00852135" w:rsidP="00852135">
            <w:pPr>
              <w:jc w:val="both"/>
              <w:rPr>
                <w:sz w:val="28"/>
                <w:szCs w:val="28"/>
                <w:lang w:val="pt-BR"/>
              </w:rPr>
            </w:pPr>
            <w:r w:rsidRPr="00677BC5">
              <w:rPr>
                <w:sz w:val="28"/>
                <w:szCs w:val="28"/>
                <w:lang w:val="pt-BR"/>
              </w:rPr>
              <w:t>- HS báo cáo kết quả và giải thích cách tính</w:t>
            </w:r>
          </w:p>
        </w:tc>
      </w:tr>
      <w:tr w:rsidR="00677BC5" w:rsidRPr="00677BC5" w:rsidTr="00677BC5">
        <w:tc>
          <w:tcPr>
            <w:tcW w:w="5250" w:type="dxa"/>
            <w:shd w:val="clear" w:color="auto" w:fill="auto"/>
          </w:tcPr>
          <w:p w:rsidR="00852135" w:rsidRPr="00677BC5" w:rsidRDefault="00852135" w:rsidP="00852135">
            <w:pPr>
              <w:tabs>
                <w:tab w:val="left" w:pos="402"/>
              </w:tabs>
              <w:rPr>
                <w:sz w:val="28"/>
                <w:szCs w:val="28"/>
                <w:lang w:val="pt-BR"/>
              </w:rPr>
            </w:pPr>
            <w:r w:rsidRPr="00677BC5">
              <w:rPr>
                <w:sz w:val="28"/>
                <w:szCs w:val="28"/>
                <w:lang w:val="pt-BR"/>
              </w:rPr>
              <w:t>- GV cùng học sinh đánh giá bài làm</w:t>
            </w:r>
          </w:p>
        </w:tc>
        <w:tc>
          <w:tcPr>
            <w:tcW w:w="3606" w:type="dxa"/>
            <w:shd w:val="clear" w:color="auto" w:fill="auto"/>
          </w:tcPr>
          <w:p w:rsidR="00852135" w:rsidRPr="00677BC5" w:rsidRDefault="00852135" w:rsidP="00852135">
            <w:pPr>
              <w:jc w:val="both"/>
              <w:rPr>
                <w:sz w:val="28"/>
                <w:szCs w:val="28"/>
                <w:lang w:val="pt-BR"/>
              </w:rPr>
            </w:pPr>
            <w:r w:rsidRPr="00677BC5">
              <w:rPr>
                <w:sz w:val="28"/>
                <w:szCs w:val="28"/>
                <w:lang w:val="pt-BR"/>
              </w:rPr>
              <w:t>- HS đánh giá bài làm của bạn theo hướng dẫn của GV</w:t>
            </w:r>
          </w:p>
        </w:tc>
      </w:tr>
      <w:tr w:rsidR="00677BC5" w:rsidRPr="00677BC5" w:rsidTr="00677BC5">
        <w:tc>
          <w:tcPr>
            <w:tcW w:w="5250" w:type="dxa"/>
            <w:shd w:val="clear" w:color="auto" w:fill="auto"/>
          </w:tcPr>
          <w:p w:rsidR="00852135" w:rsidRPr="00677BC5" w:rsidRDefault="00852135" w:rsidP="00852135">
            <w:pPr>
              <w:tabs>
                <w:tab w:val="left" w:pos="402"/>
              </w:tabs>
              <w:rPr>
                <w:b/>
                <w:sz w:val="28"/>
                <w:szCs w:val="28"/>
                <w:lang w:val="pt-BR"/>
              </w:rPr>
            </w:pPr>
            <w:r w:rsidRPr="00677BC5">
              <w:rPr>
                <w:b/>
                <w:sz w:val="28"/>
                <w:szCs w:val="28"/>
                <w:lang w:val="pt-BR"/>
              </w:rPr>
              <w:t>Bài 4:</w:t>
            </w:r>
          </w:p>
        </w:tc>
        <w:tc>
          <w:tcPr>
            <w:tcW w:w="3606" w:type="dxa"/>
            <w:shd w:val="clear" w:color="auto" w:fill="auto"/>
          </w:tcPr>
          <w:p w:rsidR="00852135" w:rsidRPr="00677BC5" w:rsidRDefault="00852135" w:rsidP="00852135">
            <w:pPr>
              <w:jc w:val="both"/>
              <w:rPr>
                <w:sz w:val="28"/>
                <w:szCs w:val="28"/>
              </w:rPr>
            </w:pPr>
          </w:p>
        </w:tc>
      </w:tr>
      <w:tr w:rsidR="00677BC5" w:rsidRPr="00677BC5" w:rsidTr="00677BC5">
        <w:tc>
          <w:tcPr>
            <w:tcW w:w="5250" w:type="dxa"/>
            <w:shd w:val="clear" w:color="auto" w:fill="auto"/>
          </w:tcPr>
          <w:p w:rsidR="00852135" w:rsidRPr="00677BC5" w:rsidRDefault="00852135" w:rsidP="00852135">
            <w:pPr>
              <w:tabs>
                <w:tab w:val="left" w:pos="402"/>
              </w:tabs>
              <w:jc w:val="both"/>
              <w:rPr>
                <w:sz w:val="28"/>
                <w:szCs w:val="28"/>
                <w:lang w:val="pt-BR"/>
              </w:rPr>
            </w:pPr>
            <w:r w:rsidRPr="00677BC5">
              <w:rPr>
                <w:sz w:val="28"/>
                <w:szCs w:val="28"/>
                <w:lang w:val="pt-BR"/>
              </w:rPr>
              <w:lastRenderedPageBreak/>
              <w:t>- GV cho học sinh xác định yêu cầu bài tập</w:t>
            </w:r>
          </w:p>
          <w:p w:rsidR="00A4601E" w:rsidRPr="00677BC5" w:rsidRDefault="00852135" w:rsidP="00677BC5">
            <w:pPr>
              <w:rPr>
                <w:sz w:val="28"/>
                <w:szCs w:val="28"/>
                <w:lang w:val="pt-BR"/>
              </w:rPr>
            </w:pPr>
            <w:r w:rsidRPr="00677BC5">
              <w:rPr>
                <w:sz w:val="28"/>
                <w:szCs w:val="28"/>
                <w:lang w:val="pt-BR"/>
              </w:rPr>
              <w:t xml:space="preserve">Yêu cầu: Tìm các cặp cạnh vuông góc và cặp cạnh song song </w:t>
            </w:r>
          </w:p>
        </w:tc>
        <w:tc>
          <w:tcPr>
            <w:tcW w:w="3606" w:type="dxa"/>
            <w:shd w:val="clear" w:color="auto" w:fill="auto"/>
          </w:tcPr>
          <w:p w:rsidR="00852135" w:rsidRPr="00677BC5" w:rsidRDefault="00852135" w:rsidP="00852135">
            <w:pPr>
              <w:jc w:val="both"/>
              <w:rPr>
                <w:sz w:val="28"/>
                <w:szCs w:val="28"/>
                <w:lang w:val="pt-BR"/>
              </w:rPr>
            </w:pPr>
            <w:r w:rsidRPr="00677BC5">
              <w:rPr>
                <w:sz w:val="28"/>
                <w:szCs w:val="28"/>
                <w:lang w:val="pt-BR"/>
              </w:rPr>
              <w:t>- Học sinh đọc yêu cầu bài tập</w:t>
            </w:r>
          </w:p>
        </w:tc>
      </w:tr>
      <w:tr w:rsidR="00677BC5" w:rsidRPr="00677BC5" w:rsidTr="00677BC5">
        <w:tc>
          <w:tcPr>
            <w:tcW w:w="5250" w:type="dxa"/>
            <w:shd w:val="clear" w:color="auto" w:fill="auto"/>
          </w:tcPr>
          <w:p w:rsidR="00852135" w:rsidRPr="00677BC5" w:rsidRDefault="00852135" w:rsidP="00852135">
            <w:pPr>
              <w:tabs>
                <w:tab w:val="left" w:pos="402"/>
              </w:tabs>
              <w:jc w:val="both"/>
              <w:rPr>
                <w:sz w:val="28"/>
                <w:szCs w:val="28"/>
                <w:lang w:val="pt-BR"/>
              </w:rPr>
            </w:pPr>
            <w:r w:rsidRPr="00677BC5">
              <w:rPr>
                <w:sz w:val="28"/>
                <w:szCs w:val="28"/>
                <w:lang w:val="pt-BR"/>
              </w:rPr>
              <w:t>- Tổ chức học sinh làm bài</w:t>
            </w:r>
          </w:p>
        </w:tc>
        <w:tc>
          <w:tcPr>
            <w:tcW w:w="3606" w:type="dxa"/>
            <w:shd w:val="clear" w:color="auto" w:fill="auto"/>
          </w:tcPr>
          <w:p w:rsidR="00852135" w:rsidRPr="00677BC5" w:rsidRDefault="00852135" w:rsidP="00852135">
            <w:pPr>
              <w:jc w:val="both"/>
              <w:rPr>
                <w:sz w:val="28"/>
                <w:szCs w:val="28"/>
                <w:lang w:val="pt-BR"/>
              </w:rPr>
            </w:pPr>
            <w:r w:rsidRPr="00677BC5">
              <w:rPr>
                <w:sz w:val="28"/>
                <w:szCs w:val="28"/>
                <w:lang w:val="pt-BR"/>
              </w:rPr>
              <w:t>- HS làm bài nhóm 2</w:t>
            </w:r>
          </w:p>
        </w:tc>
      </w:tr>
      <w:tr w:rsidR="00677BC5" w:rsidRPr="00677BC5" w:rsidTr="00677BC5">
        <w:tc>
          <w:tcPr>
            <w:tcW w:w="5250" w:type="dxa"/>
            <w:shd w:val="clear" w:color="auto" w:fill="auto"/>
          </w:tcPr>
          <w:p w:rsidR="00852135" w:rsidRPr="00677BC5" w:rsidRDefault="00852135" w:rsidP="00852135">
            <w:pPr>
              <w:jc w:val="both"/>
              <w:rPr>
                <w:sz w:val="28"/>
                <w:szCs w:val="28"/>
                <w:lang w:val="pt-BR"/>
              </w:rPr>
            </w:pPr>
            <w:r w:rsidRPr="00677BC5">
              <w:rPr>
                <w:sz w:val="28"/>
                <w:szCs w:val="28"/>
                <w:lang w:val="pt-BR"/>
              </w:rPr>
              <w:t>- Tổ chức cho học sinh báo cáo kết quả.</w:t>
            </w:r>
          </w:p>
          <w:p w:rsidR="00852135" w:rsidRPr="00677BC5" w:rsidRDefault="00852135" w:rsidP="00852135">
            <w:pPr>
              <w:jc w:val="both"/>
              <w:rPr>
                <w:sz w:val="28"/>
                <w:szCs w:val="28"/>
                <w:lang w:val="pt-BR"/>
              </w:rPr>
            </w:pPr>
            <w:r w:rsidRPr="00677BC5">
              <w:rPr>
                <w:sz w:val="28"/>
                <w:szCs w:val="28"/>
                <w:lang w:val="pt-BR"/>
              </w:rPr>
              <w:t xml:space="preserve">Kết quả: </w:t>
            </w:r>
          </w:p>
          <w:p w:rsidR="00852135" w:rsidRPr="00677BC5" w:rsidRDefault="00852135" w:rsidP="00852135">
            <w:pPr>
              <w:jc w:val="both"/>
              <w:rPr>
                <w:sz w:val="28"/>
                <w:szCs w:val="28"/>
                <w:lang w:val="pt-BR"/>
              </w:rPr>
            </w:pPr>
            <w:r w:rsidRPr="00677BC5">
              <w:rPr>
                <w:noProof/>
                <w:sz w:val="28"/>
                <w:szCs w:val="28"/>
              </w:rPr>
              <mc:AlternateContent>
                <mc:Choice Requires="wpg">
                  <w:drawing>
                    <wp:anchor distT="0" distB="0" distL="114300" distR="114300" simplePos="0" relativeHeight="251669504" behindDoc="0" locked="0" layoutInCell="1" allowOverlap="1" wp14:anchorId="0B1A18AD" wp14:editId="03314A04">
                      <wp:simplePos x="0" y="0"/>
                      <wp:positionH relativeFrom="column">
                        <wp:posOffset>2616200</wp:posOffset>
                      </wp:positionH>
                      <wp:positionV relativeFrom="paragraph">
                        <wp:posOffset>30480</wp:posOffset>
                      </wp:positionV>
                      <wp:extent cx="175260" cy="135890"/>
                      <wp:effectExtent l="6350" t="11430" r="8890" b="508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5260" cy="135890"/>
                                <a:chOff x="5254" y="8150"/>
                                <a:chExt cx="368" cy="214"/>
                              </a:xfrm>
                            </wpg:grpSpPr>
                            <wps:wsp>
                              <wps:cNvPr id="11" name="AutoShape 11"/>
                              <wps:cNvCnPr>
                                <a:cxnSpLocks noChangeShapeType="1"/>
                              </wps:cNvCnPr>
                              <wps:spPr bwMode="auto">
                                <a:xfrm>
                                  <a:off x="5254" y="8364"/>
                                  <a:ext cx="36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AutoShape 12"/>
                              <wps:cNvCnPr>
                                <a:cxnSpLocks noChangeShapeType="1"/>
                              </wps:cNvCnPr>
                              <wps:spPr bwMode="auto">
                                <a:xfrm flipV="1">
                                  <a:off x="5438" y="8150"/>
                                  <a:ext cx="0" cy="21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group w14:anchorId="0B926399" id="Group 10" o:spid="_x0000_s1026" style="position:absolute;margin-left:206pt;margin-top:2.4pt;width:13.8pt;height:10.7pt;z-index:251669504" coordorigin="5254,8150" coordsize="368,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">
                      <v:shape id="AutoShape 11" o:spid="_x0000_s1027" type="#_x0000_t32" style="position:absolute;left:5254;top:8364;width:36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"/>
                      <v:shape id="AutoShape 12" o:spid="_x0000_s1028" type="#_x0000_t32" style="position:absolute;left:5438;top:8150;width:0;height:21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"/>
                    </v:group>
                  </w:pict>
                </mc:Fallback>
              </mc:AlternateContent>
            </w:r>
            <w:r w:rsidRPr="00677BC5">
              <w:rPr>
                <w:sz w:val="28"/>
                <w:szCs w:val="28"/>
                <w:lang w:val="pt-BR"/>
              </w:rPr>
              <w:t>+ Trong hình chữ nhật ABCD: AD      AB;</w:t>
            </w:r>
          </w:p>
          <w:p w:rsidR="00852135" w:rsidRPr="00677BC5" w:rsidRDefault="00852135" w:rsidP="00852135">
            <w:pPr>
              <w:jc w:val="both"/>
              <w:rPr>
                <w:sz w:val="28"/>
                <w:szCs w:val="28"/>
                <w:lang w:val="pt-BR"/>
              </w:rPr>
            </w:pPr>
            <w:r w:rsidRPr="00677BC5">
              <w:rPr>
                <w:noProof/>
                <w:sz w:val="28"/>
                <w:szCs w:val="28"/>
              </w:rPr>
              <mc:AlternateContent>
                <mc:Choice Requires="wpg">
                  <w:drawing>
                    <wp:anchor distT="0" distB="0" distL="114300" distR="114300" simplePos="0" relativeHeight="251681792" behindDoc="0" locked="0" layoutInCell="1" allowOverlap="1" wp14:anchorId="14F13287" wp14:editId="042C2BEE">
                      <wp:simplePos x="0" y="0"/>
                      <wp:positionH relativeFrom="column">
                        <wp:posOffset>2066290</wp:posOffset>
                      </wp:positionH>
                      <wp:positionV relativeFrom="paragraph">
                        <wp:posOffset>16510</wp:posOffset>
                      </wp:positionV>
                      <wp:extent cx="175260" cy="135890"/>
                      <wp:effectExtent l="8890" t="6985" r="6350" b="952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5260" cy="135890"/>
                                <a:chOff x="5254" y="8150"/>
                                <a:chExt cx="368" cy="214"/>
                              </a:xfrm>
                            </wpg:grpSpPr>
                            <wps:wsp>
                              <wps:cNvPr id="8" name="AutoShape 20"/>
                              <wps:cNvCnPr>
                                <a:cxnSpLocks noChangeShapeType="1"/>
                              </wps:cNvCnPr>
                              <wps:spPr bwMode="auto">
                                <a:xfrm>
                                  <a:off x="5254" y="8364"/>
                                  <a:ext cx="36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 name="AutoShape 21"/>
                              <wps:cNvCnPr>
                                <a:cxnSpLocks noChangeShapeType="1"/>
                              </wps:cNvCnPr>
                              <wps:spPr bwMode="auto">
                                <a:xfrm flipV="1">
                                  <a:off x="5438" y="8150"/>
                                  <a:ext cx="0" cy="21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group w14:anchorId="3C06E5E1" id="Group 7" o:spid="_x0000_s1026" style="position:absolute;margin-left:162.7pt;margin-top:1.3pt;width:13.8pt;height:10.7pt;z-index:251681792" coordorigin="5254,8150" coordsize="368,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">
                      <v:shape id="AutoShape 20" o:spid="_x0000_s1027" type="#_x0000_t32" style="position:absolute;left:5254;top:8364;width:36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"/>
                      <v:shape id="AutoShape 21" o:spid="_x0000_s1028" type="#_x0000_t32" style="position:absolute;left:5438;top:8150;width:0;height:21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"/>
                    </v:group>
                  </w:pict>
                </mc:Fallback>
              </mc:AlternateContent>
            </w:r>
            <w:r w:rsidRPr="00677BC5">
              <w:rPr>
                <w:noProof/>
                <w:sz w:val="28"/>
                <w:szCs w:val="28"/>
              </w:rPr>
              <mc:AlternateContent>
                <mc:Choice Requires="wpg">
                  <w:drawing>
                    <wp:anchor distT="0" distB="0" distL="114300" distR="114300" simplePos="0" relativeHeight="251677696" behindDoc="0" locked="0" layoutInCell="1" allowOverlap="1" wp14:anchorId="2D9E0D7F" wp14:editId="23789848">
                      <wp:simplePos x="0" y="0"/>
                      <wp:positionH relativeFrom="column">
                        <wp:posOffset>1250950</wp:posOffset>
                      </wp:positionH>
                      <wp:positionV relativeFrom="paragraph">
                        <wp:posOffset>16510</wp:posOffset>
                      </wp:positionV>
                      <wp:extent cx="175260" cy="135890"/>
                      <wp:effectExtent l="12700" t="6985" r="12065" b="9525"/>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5260" cy="135890"/>
                                <a:chOff x="5254" y="8150"/>
                                <a:chExt cx="368" cy="214"/>
                              </a:xfrm>
                            </wpg:grpSpPr>
                            <wps:wsp>
                              <wps:cNvPr id="5" name="AutoShape 17"/>
                              <wps:cNvCnPr>
                                <a:cxnSpLocks noChangeShapeType="1"/>
                              </wps:cNvCnPr>
                              <wps:spPr bwMode="auto">
                                <a:xfrm>
                                  <a:off x="5254" y="8364"/>
                                  <a:ext cx="36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AutoShape 18"/>
                              <wps:cNvCnPr>
                                <a:cxnSpLocks noChangeShapeType="1"/>
                              </wps:cNvCnPr>
                              <wps:spPr bwMode="auto">
                                <a:xfrm flipV="1">
                                  <a:off x="5438" y="8150"/>
                                  <a:ext cx="0" cy="21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group w14:anchorId="311779FB" id="Group 4" o:spid="_x0000_s1026" style="position:absolute;margin-left:98.5pt;margin-top:1.3pt;width:13.8pt;height:10.7pt;z-index:251677696" coordorigin="5254,8150" coordsize="368,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">
                      <v:shape id="AutoShape 17" o:spid="_x0000_s1027" type="#_x0000_t32" style="position:absolute;left:5254;top:8364;width:36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"/>
                      <v:shape id="AutoShape 18" o:spid="_x0000_s1028" type="#_x0000_t32" style="position:absolute;left:5438;top:8150;width:0;height:21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"/>
                    </v:group>
                  </w:pict>
                </mc:Fallback>
              </mc:AlternateContent>
            </w:r>
            <w:r w:rsidRPr="00677BC5">
              <w:rPr>
                <w:noProof/>
                <w:sz w:val="28"/>
                <w:szCs w:val="28"/>
              </w:rPr>
              <mc:AlternateContent>
                <mc:Choice Requires="wpg">
                  <w:drawing>
                    <wp:anchor distT="0" distB="0" distL="114300" distR="114300" simplePos="0" relativeHeight="251673600" behindDoc="0" locked="0" layoutInCell="1" allowOverlap="1" wp14:anchorId="6476BF25" wp14:editId="3A8FE91A">
                      <wp:simplePos x="0" y="0"/>
                      <wp:positionH relativeFrom="column">
                        <wp:posOffset>330200</wp:posOffset>
                      </wp:positionH>
                      <wp:positionV relativeFrom="paragraph">
                        <wp:posOffset>16510</wp:posOffset>
                      </wp:positionV>
                      <wp:extent cx="175260" cy="135890"/>
                      <wp:effectExtent l="6350" t="6985" r="8890" b="952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5260" cy="135890"/>
                                <a:chOff x="5254" y="8150"/>
                                <a:chExt cx="368" cy="214"/>
                              </a:xfrm>
                            </wpg:grpSpPr>
                            <wps:wsp>
                              <wps:cNvPr id="2" name="AutoShape 14"/>
                              <wps:cNvCnPr>
                                <a:cxnSpLocks noChangeShapeType="1"/>
                              </wps:cNvCnPr>
                              <wps:spPr bwMode="auto">
                                <a:xfrm>
                                  <a:off x="5254" y="8364"/>
                                  <a:ext cx="36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 name="AutoShape 15"/>
                              <wps:cNvCnPr>
                                <a:cxnSpLocks noChangeShapeType="1"/>
                              </wps:cNvCnPr>
                              <wps:spPr bwMode="auto">
                                <a:xfrm flipV="1">
                                  <a:off x="5438" y="8150"/>
                                  <a:ext cx="0" cy="21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group w14:anchorId="505CF22C" id="Group 1" o:spid="_x0000_s1026" style="position:absolute;margin-left:26pt;margin-top:1.3pt;width:13.8pt;height:10.7pt;z-index:251673600" coordorigin="5254,8150" coordsize="368,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">
                      <v:shape id="AutoShape 14" o:spid="_x0000_s1027" type="#_x0000_t32" style="position:absolute;left:5254;top:8364;width:36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"/>
                      <v:shape id="AutoShape 15" o:spid="_x0000_s1028" type="#_x0000_t32" style="position:absolute;left:5438;top:8150;width:0;height:21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"/>
                    </v:group>
                  </w:pict>
                </mc:Fallback>
              </mc:AlternateContent>
            </w:r>
            <w:r w:rsidRPr="00677BC5">
              <w:rPr>
                <w:sz w:val="28"/>
                <w:szCs w:val="28"/>
                <w:lang w:val="pt-BR"/>
              </w:rPr>
              <w:t xml:space="preserve"> AB     BC; BC    CD; AD    DC; AB//CD; AD//BC</w:t>
            </w:r>
          </w:p>
          <w:p w:rsidR="00852135" w:rsidRPr="00677BC5" w:rsidRDefault="00852135" w:rsidP="00852135">
            <w:pPr>
              <w:jc w:val="both"/>
              <w:rPr>
                <w:sz w:val="28"/>
                <w:szCs w:val="28"/>
                <w:lang w:val="pt-BR"/>
              </w:rPr>
            </w:pPr>
            <w:r w:rsidRPr="00677BC5">
              <w:rPr>
                <w:sz w:val="28"/>
                <w:szCs w:val="28"/>
                <w:lang w:val="pt-BR"/>
              </w:rPr>
              <w:t>+ Trong hình thoi MNPQ: MN//PQ; NP//MQ</w:t>
            </w:r>
          </w:p>
        </w:tc>
        <w:tc>
          <w:tcPr>
            <w:tcW w:w="3606" w:type="dxa"/>
            <w:shd w:val="clear" w:color="auto" w:fill="auto"/>
          </w:tcPr>
          <w:p w:rsidR="00852135" w:rsidRPr="00677BC5" w:rsidRDefault="00852135" w:rsidP="00852135">
            <w:pPr>
              <w:jc w:val="both"/>
              <w:rPr>
                <w:sz w:val="28"/>
                <w:szCs w:val="28"/>
                <w:lang w:val="pt-BR"/>
              </w:rPr>
            </w:pPr>
            <w:r w:rsidRPr="00677BC5">
              <w:rPr>
                <w:sz w:val="28"/>
                <w:szCs w:val="28"/>
                <w:lang w:val="pt-BR"/>
              </w:rPr>
              <w:t xml:space="preserve">- HS báo cáo kết </w:t>
            </w:r>
          </w:p>
        </w:tc>
      </w:tr>
      <w:tr w:rsidR="00677BC5" w:rsidRPr="00677BC5" w:rsidTr="00677BC5">
        <w:tc>
          <w:tcPr>
            <w:tcW w:w="5250" w:type="dxa"/>
            <w:shd w:val="clear" w:color="auto" w:fill="auto"/>
          </w:tcPr>
          <w:p w:rsidR="00852135" w:rsidRPr="00677BC5" w:rsidRDefault="00852135" w:rsidP="00852135">
            <w:pPr>
              <w:tabs>
                <w:tab w:val="left" w:pos="402"/>
              </w:tabs>
              <w:rPr>
                <w:sz w:val="28"/>
                <w:szCs w:val="28"/>
                <w:lang w:val="pt-BR"/>
              </w:rPr>
            </w:pPr>
            <w:r w:rsidRPr="00677BC5">
              <w:rPr>
                <w:sz w:val="28"/>
                <w:szCs w:val="28"/>
                <w:lang w:val="pt-BR"/>
              </w:rPr>
              <w:t>- GV cùng học sinh đánh giá bài làm</w:t>
            </w:r>
          </w:p>
        </w:tc>
        <w:tc>
          <w:tcPr>
            <w:tcW w:w="3606" w:type="dxa"/>
            <w:shd w:val="clear" w:color="auto" w:fill="auto"/>
          </w:tcPr>
          <w:p w:rsidR="00852135" w:rsidRPr="00677BC5" w:rsidRDefault="00852135" w:rsidP="00852135">
            <w:pPr>
              <w:jc w:val="both"/>
              <w:rPr>
                <w:sz w:val="28"/>
                <w:szCs w:val="28"/>
                <w:lang w:val="pt-BR"/>
              </w:rPr>
            </w:pPr>
            <w:r w:rsidRPr="00677BC5">
              <w:rPr>
                <w:sz w:val="28"/>
                <w:szCs w:val="28"/>
                <w:lang w:val="pt-BR"/>
              </w:rPr>
              <w:t>- HS đánh giá bài làm của bạn theo hướng dẫn của GV</w:t>
            </w:r>
          </w:p>
        </w:tc>
      </w:tr>
      <w:tr w:rsidR="00677BC5" w:rsidRPr="00677BC5" w:rsidTr="00677BC5">
        <w:tc>
          <w:tcPr>
            <w:tcW w:w="5250" w:type="dxa"/>
            <w:shd w:val="clear" w:color="auto" w:fill="auto"/>
          </w:tcPr>
          <w:p w:rsidR="00852135" w:rsidRPr="00677BC5" w:rsidRDefault="00852135" w:rsidP="00852135">
            <w:pPr>
              <w:tabs>
                <w:tab w:val="left" w:pos="402"/>
              </w:tabs>
              <w:rPr>
                <w:b/>
                <w:sz w:val="28"/>
                <w:szCs w:val="28"/>
                <w:lang w:val="pt-BR"/>
              </w:rPr>
            </w:pPr>
            <w:r w:rsidRPr="00677BC5">
              <w:rPr>
                <w:b/>
                <w:sz w:val="28"/>
                <w:szCs w:val="28"/>
                <w:lang w:val="pt-BR"/>
              </w:rPr>
              <w:t>Bài 5:</w:t>
            </w:r>
          </w:p>
        </w:tc>
        <w:tc>
          <w:tcPr>
            <w:tcW w:w="3606" w:type="dxa"/>
            <w:shd w:val="clear" w:color="auto" w:fill="auto"/>
          </w:tcPr>
          <w:p w:rsidR="00852135" w:rsidRPr="00677BC5" w:rsidRDefault="00852135" w:rsidP="00852135">
            <w:pPr>
              <w:jc w:val="both"/>
              <w:rPr>
                <w:sz w:val="28"/>
                <w:szCs w:val="28"/>
              </w:rPr>
            </w:pPr>
          </w:p>
        </w:tc>
      </w:tr>
      <w:tr w:rsidR="00677BC5" w:rsidRPr="00677BC5" w:rsidTr="00677BC5">
        <w:tc>
          <w:tcPr>
            <w:tcW w:w="5250" w:type="dxa"/>
            <w:shd w:val="clear" w:color="auto" w:fill="auto"/>
          </w:tcPr>
          <w:p w:rsidR="00852135" w:rsidRPr="00677BC5" w:rsidRDefault="00852135" w:rsidP="00852135">
            <w:pPr>
              <w:tabs>
                <w:tab w:val="left" w:pos="402"/>
              </w:tabs>
              <w:rPr>
                <w:sz w:val="28"/>
                <w:szCs w:val="28"/>
                <w:lang w:val="pt-BR"/>
              </w:rPr>
            </w:pPr>
            <w:r w:rsidRPr="00677BC5">
              <w:rPr>
                <w:sz w:val="28"/>
                <w:szCs w:val="28"/>
                <w:lang w:val="pt-BR"/>
              </w:rPr>
              <w:t>- GV yêu cầu HS đọc đề bài</w:t>
            </w:r>
          </w:p>
        </w:tc>
        <w:tc>
          <w:tcPr>
            <w:tcW w:w="3606" w:type="dxa"/>
            <w:shd w:val="clear" w:color="auto" w:fill="auto"/>
          </w:tcPr>
          <w:p w:rsidR="00852135" w:rsidRPr="00677BC5" w:rsidRDefault="00852135" w:rsidP="00852135">
            <w:pPr>
              <w:jc w:val="both"/>
              <w:rPr>
                <w:sz w:val="28"/>
                <w:szCs w:val="28"/>
              </w:rPr>
            </w:pPr>
            <w:r w:rsidRPr="00677BC5">
              <w:rPr>
                <w:sz w:val="28"/>
                <w:szCs w:val="28"/>
              </w:rPr>
              <w:t xml:space="preserve">- HS đọc đề bài </w:t>
            </w:r>
          </w:p>
        </w:tc>
      </w:tr>
      <w:tr w:rsidR="00677BC5" w:rsidRPr="00677BC5" w:rsidTr="00677BC5">
        <w:tc>
          <w:tcPr>
            <w:tcW w:w="5250" w:type="dxa"/>
            <w:shd w:val="clear" w:color="auto" w:fill="auto"/>
          </w:tcPr>
          <w:p w:rsidR="00852135" w:rsidRPr="00677BC5" w:rsidRDefault="00852135" w:rsidP="00852135">
            <w:pPr>
              <w:rPr>
                <w:sz w:val="28"/>
                <w:szCs w:val="28"/>
                <w:lang w:val="pt-BR"/>
              </w:rPr>
            </w:pPr>
            <w:r w:rsidRPr="00677BC5">
              <w:rPr>
                <w:sz w:val="28"/>
                <w:szCs w:val="28"/>
                <w:lang w:val="pt-BR"/>
              </w:rPr>
              <w:t>- GV hướng dẫn HS phân tích đề bài</w:t>
            </w:r>
          </w:p>
        </w:tc>
        <w:tc>
          <w:tcPr>
            <w:tcW w:w="3606" w:type="dxa"/>
            <w:shd w:val="clear" w:color="auto" w:fill="auto"/>
          </w:tcPr>
          <w:p w:rsidR="00852135" w:rsidRPr="00677BC5" w:rsidRDefault="00852135" w:rsidP="00852135">
            <w:pPr>
              <w:jc w:val="both"/>
              <w:rPr>
                <w:sz w:val="28"/>
                <w:szCs w:val="28"/>
                <w:lang w:val="pt-BR"/>
              </w:rPr>
            </w:pPr>
          </w:p>
        </w:tc>
      </w:tr>
      <w:tr w:rsidR="00677BC5" w:rsidRPr="00677BC5" w:rsidTr="00677BC5">
        <w:tc>
          <w:tcPr>
            <w:tcW w:w="5250" w:type="dxa"/>
            <w:shd w:val="clear" w:color="auto" w:fill="auto"/>
          </w:tcPr>
          <w:p w:rsidR="00852135" w:rsidRPr="00677BC5" w:rsidRDefault="00852135" w:rsidP="00852135">
            <w:pPr>
              <w:tabs>
                <w:tab w:val="left" w:pos="402"/>
              </w:tabs>
              <w:rPr>
                <w:sz w:val="28"/>
                <w:szCs w:val="28"/>
                <w:lang w:val="pt-BR"/>
              </w:rPr>
            </w:pPr>
            <w:r w:rsidRPr="00677BC5">
              <w:rPr>
                <w:sz w:val="28"/>
                <w:szCs w:val="28"/>
                <w:lang w:val="pt-BR"/>
              </w:rPr>
              <w:t>- Tổ chức cho HS làm bài tập:</w:t>
            </w:r>
          </w:p>
        </w:tc>
        <w:tc>
          <w:tcPr>
            <w:tcW w:w="3606" w:type="dxa"/>
            <w:shd w:val="clear" w:color="auto" w:fill="auto"/>
          </w:tcPr>
          <w:p w:rsidR="00852135" w:rsidRPr="00677BC5" w:rsidRDefault="00852135" w:rsidP="00852135">
            <w:pPr>
              <w:jc w:val="both"/>
              <w:rPr>
                <w:sz w:val="28"/>
                <w:szCs w:val="28"/>
                <w:lang w:val="pt-BR"/>
              </w:rPr>
            </w:pPr>
            <w:r w:rsidRPr="00677BC5">
              <w:rPr>
                <w:sz w:val="28"/>
                <w:szCs w:val="28"/>
                <w:lang w:val="pt-BR"/>
              </w:rPr>
              <w:t>- HS làm bài cá nhân: vở ghi</w:t>
            </w:r>
          </w:p>
        </w:tc>
      </w:tr>
      <w:tr w:rsidR="00677BC5" w:rsidRPr="00677BC5" w:rsidTr="00677BC5">
        <w:tc>
          <w:tcPr>
            <w:tcW w:w="5250" w:type="dxa"/>
            <w:shd w:val="clear" w:color="auto" w:fill="auto"/>
          </w:tcPr>
          <w:p w:rsidR="00852135" w:rsidRPr="00677BC5" w:rsidRDefault="00852135" w:rsidP="00852135">
            <w:pPr>
              <w:tabs>
                <w:tab w:val="left" w:pos="402"/>
              </w:tabs>
              <w:jc w:val="both"/>
              <w:rPr>
                <w:sz w:val="28"/>
                <w:szCs w:val="28"/>
                <w:lang w:val="pt-BR"/>
              </w:rPr>
            </w:pPr>
            <w:r w:rsidRPr="00677BC5">
              <w:rPr>
                <w:sz w:val="28"/>
                <w:szCs w:val="28"/>
                <w:lang w:val="pt-BR"/>
              </w:rPr>
              <w:t>- Tổ chức cho học sinh báo cáo kết quả bài làm</w:t>
            </w:r>
          </w:p>
          <w:p w:rsidR="00852135" w:rsidRPr="00677BC5" w:rsidRDefault="00852135" w:rsidP="00852135">
            <w:pPr>
              <w:tabs>
                <w:tab w:val="left" w:pos="402"/>
              </w:tabs>
              <w:jc w:val="center"/>
              <w:rPr>
                <w:sz w:val="28"/>
                <w:szCs w:val="28"/>
                <w:lang w:val="pt-BR"/>
              </w:rPr>
            </w:pPr>
            <w:r w:rsidRPr="00677BC5">
              <w:rPr>
                <w:sz w:val="28"/>
                <w:szCs w:val="28"/>
                <w:lang w:val="pt-BR"/>
              </w:rPr>
              <w:t>Bài giải</w:t>
            </w:r>
          </w:p>
          <w:p w:rsidR="00852135" w:rsidRPr="00677BC5" w:rsidRDefault="00677BC5" w:rsidP="00852135">
            <w:pPr>
              <w:jc w:val="center"/>
              <w:rPr>
                <w:sz w:val="28"/>
                <w:szCs w:val="28"/>
                <w:lang w:val="pt-BR"/>
              </w:rPr>
            </w:pPr>
            <m:oMath>
              <m:f>
                <m:fPr>
                  <m:ctrlPr>
                    <w:rPr>
                      <w:rFonts w:ascii="Cambria Math" w:hAnsi="Cambria Math"/>
                      <w:i/>
                      <w:sz w:val="28"/>
                      <w:szCs w:val="28"/>
                    </w:rPr>
                  </m:ctrlPr>
                </m:fPr>
                <m:num>
                  <m:r>
                    <w:rPr>
                      <w:rFonts w:ascii="Cambria Math"/>
                      <w:sz w:val="28"/>
                      <w:szCs w:val="28"/>
                      <w:lang w:val="pt-BR"/>
                    </w:rPr>
                    <m:t>2</m:t>
                  </m:r>
                </m:num>
                <m:den>
                  <m:r>
                    <w:rPr>
                      <w:rFonts w:ascii="Cambria Math"/>
                      <w:sz w:val="28"/>
                      <w:szCs w:val="28"/>
                      <w:lang w:val="pt-BR"/>
                    </w:rPr>
                    <m:t>5</m:t>
                  </m:r>
                </m:den>
              </m:f>
            </m:oMath>
            <w:r w:rsidR="00852135" w:rsidRPr="00677BC5">
              <w:rPr>
                <w:sz w:val="28"/>
                <w:szCs w:val="28"/>
                <w:lang w:val="pt-BR"/>
              </w:rPr>
              <w:t xml:space="preserve"> số lít dầu trong thùng là:</w:t>
            </w:r>
          </w:p>
          <w:p w:rsidR="00852135" w:rsidRPr="00677BC5" w:rsidRDefault="00852135" w:rsidP="00852135">
            <w:pPr>
              <w:jc w:val="center"/>
              <w:rPr>
                <w:sz w:val="28"/>
                <w:szCs w:val="28"/>
                <w:lang w:val="pt-BR"/>
              </w:rPr>
            </w:pPr>
            <w:r w:rsidRPr="00677BC5">
              <w:rPr>
                <w:sz w:val="28"/>
                <w:szCs w:val="28"/>
                <w:lang w:val="pt-BR"/>
              </w:rPr>
              <w:t xml:space="preserve">100 x </w:t>
            </w:r>
            <m:oMath>
              <m:f>
                <m:fPr>
                  <m:ctrlPr>
                    <w:rPr>
                      <w:rFonts w:ascii="Cambria Math" w:hAnsi="Cambria Math"/>
                      <w:i/>
                      <w:sz w:val="28"/>
                      <w:szCs w:val="28"/>
                    </w:rPr>
                  </m:ctrlPr>
                </m:fPr>
                <m:num>
                  <m:r>
                    <w:rPr>
                      <w:rFonts w:ascii="Cambria Math"/>
                      <w:sz w:val="28"/>
                      <w:szCs w:val="28"/>
                      <w:lang w:val="pt-BR"/>
                    </w:rPr>
                    <m:t>2</m:t>
                  </m:r>
                </m:num>
                <m:den>
                  <m:r>
                    <w:rPr>
                      <w:rFonts w:ascii="Cambria Math"/>
                      <w:sz w:val="28"/>
                      <w:szCs w:val="28"/>
                      <w:lang w:val="pt-BR"/>
                    </w:rPr>
                    <m:t>5</m:t>
                  </m:r>
                </m:den>
              </m:f>
            </m:oMath>
            <w:r w:rsidRPr="00677BC5">
              <w:rPr>
                <w:sz w:val="28"/>
                <w:szCs w:val="28"/>
                <w:lang w:val="pt-BR"/>
              </w:rPr>
              <w:t xml:space="preserve"> = 40 (lít)</w:t>
            </w:r>
          </w:p>
          <w:p w:rsidR="00852135" w:rsidRPr="00677BC5" w:rsidRDefault="00852135" w:rsidP="00852135">
            <w:pPr>
              <w:tabs>
                <w:tab w:val="left" w:pos="402"/>
              </w:tabs>
              <w:jc w:val="center"/>
              <w:rPr>
                <w:sz w:val="28"/>
                <w:szCs w:val="28"/>
                <w:lang w:val="pt-BR"/>
              </w:rPr>
            </w:pPr>
            <w:r w:rsidRPr="00677BC5">
              <w:rPr>
                <w:sz w:val="28"/>
                <w:szCs w:val="28"/>
                <w:lang w:val="pt-BR"/>
              </w:rPr>
              <w:t>Số lít dầu ở 1 can là:</w:t>
            </w:r>
          </w:p>
          <w:p w:rsidR="00852135" w:rsidRPr="00677BC5" w:rsidRDefault="00852135" w:rsidP="00852135">
            <w:pPr>
              <w:jc w:val="center"/>
              <w:rPr>
                <w:sz w:val="28"/>
                <w:szCs w:val="28"/>
                <w:lang w:val="pt-BR"/>
              </w:rPr>
            </w:pPr>
            <w:r w:rsidRPr="00677BC5">
              <w:rPr>
                <w:sz w:val="28"/>
                <w:szCs w:val="28"/>
                <w:lang w:val="pt-BR"/>
              </w:rPr>
              <w:t>40 : 8 = 5 ( lít)</w:t>
            </w:r>
          </w:p>
          <w:p w:rsidR="00852135" w:rsidRPr="00677BC5" w:rsidRDefault="00852135" w:rsidP="00852135">
            <w:pPr>
              <w:tabs>
                <w:tab w:val="left" w:pos="402"/>
              </w:tabs>
              <w:jc w:val="center"/>
              <w:rPr>
                <w:sz w:val="28"/>
                <w:szCs w:val="28"/>
                <w:lang w:val="pt-BR"/>
              </w:rPr>
            </w:pPr>
            <w:r w:rsidRPr="00677BC5">
              <w:rPr>
                <w:sz w:val="28"/>
                <w:szCs w:val="28"/>
                <w:lang w:val="pt-BR"/>
              </w:rPr>
              <w:t>Số lít dầu ở 3 can là:</w:t>
            </w:r>
          </w:p>
          <w:p w:rsidR="00852135" w:rsidRPr="00677BC5" w:rsidRDefault="00852135" w:rsidP="00852135">
            <w:pPr>
              <w:tabs>
                <w:tab w:val="left" w:pos="402"/>
              </w:tabs>
              <w:jc w:val="center"/>
              <w:rPr>
                <w:sz w:val="28"/>
                <w:szCs w:val="28"/>
                <w:lang w:val="pt-BR"/>
              </w:rPr>
            </w:pPr>
            <w:r w:rsidRPr="00677BC5">
              <w:rPr>
                <w:sz w:val="28"/>
                <w:szCs w:val="28"/>
                <w:lang w:val="pt-BR"/>
              </w:rPr>
              <w:t>5 x 3 = 15 (lít)</w:t>
            </w:r>
          </w:p>
          <w:p w:rsidR="00852135" w:rsidRPr="00677BC5" w:rsidRDefault="00852135" w:rsidP="00852135">
            <w:pPr>
              <w:tabs>
                <w:tab w:val="left" w:pos="402"/>
              </w:tabs>
              <w:jc w:val="both"/>
              <w:rPr>
                <w:sz w:val="28"/>
                <w:szCs w:val="28"/>
                <w:lang w:val="pt-BR"/>
              </w:rPr>
            </w:pPr>
            <w:r w:rsidRPr="00677BC5">
              <w:rPr>
                <w:sz w:val="28"/>
                <w:szCs w:val="28"/>
                <w:lang w:val="pt-BR"/>
              </w:rPr>
              <w:t xml:space="preserve">                           Đáp số: 15 l dầu.                             </w:t>
            </w:r>
          </w:p>
        </w:tc>
        <w:tc>
          <w:tcPr>
            <w:tcW w:w="3606" w:type="dxa"/>
            <w:shd w:val="clear" w:color="auto" w:fill="auto"/>
          </w:tcPr>
          <w:p w:rsidR="00852135" w:rsidRPr="00677BC5" w:rsidRDefault="00852135" w:rsidP="00852135">
            <w:pPr>
              <w:jc w:val="both"/>
              <w:rPr>
                <w:sz w:val="28"/>
                <w:szCs w:val="28"/>
                <w:lang w:val="pt-BR"/>
              </w:rPr>
            </w:pPr>
            <w:r w:rsidRPr="00677BC5">
              <w:rPr>
                <w:sz w:val="28"/>
                <w:szCs w:val="28"/>
                <w:lang w:val="pt-BR"/>
              </w:rPr>
              <w:t>- HS báo cáo kết quả bài làm và nêu cách làm.</w:t>
            </w:r>
          </w:p>
        </w:tc>
      </w:tr>
      <w:tr w:rsidR="00677BC5" w:rsidRPr="00677BC5" w:rsidTr="00677BC5">
        <w:tc>
          <w:tcPr>
            <w:tcW w:w="5250" w:type="dxa"/>
            <w:tcBorders>
              <w:bottom w:val="single" w:sz="4" w:space="0" w:color="auto"/>
            </w:tcBorders>
            <w:shd w:val="clear" w:color="auto" w:fill="auto"/>
          </w:tcPr>
          <w:p w:rsidR="00852135" w:rsidRPr="00677BC5" w:rsidRDefault="00852135" w:rsidP="00852135">
            <w:pPr>
              <w:tabs>
                <w:tab w:val="left" w:pos="402"/>
              </w:tabs>
              <w:rPr>
                <w:sz w:val="28"/>
                <w:szCs w:val="28"/>
                <w:lang w:val="pt-BR"/>
              </w:rPr>
            </w:pPr>
            <w:r w:rsidRPr="00677BC5">
              <w:rPr>
                <w:sz w:val="28"/>
                <w:szCs w:val="28"/>
                <w:lang w:val="pt-BR"/>
              </w:rPr>
              <w:t>- GV cùng học sinh đánh giá bài làm</w:t>
            </w:r>
          </w:p>
        </w:tc>
        <w:tc>
          <w:tcPr>
            <w:tcW w:w="3606" w:type="dxa"/>
            <w:tcBorders>
              <w:bottom w:val="single" w:sz="4" w:space="0" w:color="auto"/>
            </w:tcBorders>
            <w:shd w:val="clear" w:color="auto" w:fill="auto"/>
          </w:tcPr>
          <w:p w:rsidR="00852135" w:rsidRPr="00677BC5" w:rsidRDefault="00852135" w:rsidP="00852135">
            <w:pPr>
              <w:jc w:val="both"/>
              <w:rPr>
                <w:sz w:val="28"/>
                <w:szCs w:val="28"/>
                <w:lang w:val="pt-BR"/>
              </w:rPr>
            </w:pPr>
            <w:r w:rsidRPr="00677BC5">
              <w:rPr>
                <w:sz w:val="28"/>
                <w:szCs w:val="28"/>
                <w:lang w:val="pt-BR"/>
              </w:rPr>
              <w:t>- HS đánh giá bài làm của bạn theo hướng dẫn của GV</w:t>
            </w:r>
          </w:p>
        </w:tc>
      </w:tr>
      <w:tr w:rsidR="00677BC5" w:rsidRPr="00677BC5" w:rsidTr="00677BC5">
        <w:tc>
          <w:tcPr>
            <w:tcW w:w="8856" w:type="dxa"/>
            <w:gridSpan w:val="2"/>
            <w:tcBorders>
              <w:top w:val="single" w:sz="4" w:space="0" w:color="auto"/>
              <w:bottom w:val="single" w:sz="4" w:space="0" w:color="auto"/>
            </w:tcBorders>
            <w:shd w:val="clear" w:color="auto" w:fill="auto"/>
          </w:tcPr>
          <w:p w:rsidR="00053845" w:rsidRPr="00677BC5" w:rsidRDefault="00053845" w:rsidP="00852135">
            <w:pPr>
              <w:jc w:val="both"/>
              <w:rPr>
                <w:b/>
                <w:bCs/>
                <w:sz w:val="28"/>
                <w:szCs w:val="28"/>
                <w:lang w:val="pt-BR"/>
              </w:rPr>
            </w:pPr>
            <w:r w:rsidRPr="00677BC5">
              <w:rPr>
                <w:b/>
                <w:bCs/>
                <w:sz w:val="28"/>
                <w:szCs w:val="28"/>
                <w:lang w:val="pt-BR"/>
              </w:rPr>
              <w:t>3. Vận dụng, trải nghiệm:</w:t>
            </w:r>
          </w:p>
          <w:p w:rsidR="00A4601E" w:rsidRPr="00677BC5" w:rsidRDefault="00475E08">
            <w:pPr>
              <w:rPr>
                <w:lang w:val="pt-BR"/>
              </w:rPr>
            </w:pPr>
            <w:r w:rsidRPr="00677BC5">
              <w:rPr>
                <w:b/>
                <w:bCs/>
                <w:sz w:val="28"/>
                <w:szCs w:val="28"/>
                <w:lang w:val="pt-BR"/>
              </w:rPr>
              <w:t>- Mục tiêu: Vận dụng dữ liệu điểm kiểm tra để lập biểu đồ đơn giản và tự đánh giá kết quả học tập.</w:t>
            </w:r>
          </w:p>
          <w:p w:rsidR="00A4601E" w:rsidRPr="00677BC5" w:rsidRDefault="00475E08">
            <w:r w:rsidRPr="00677BC5">
              <w:rPr>
                <w:b/>
                <w:bCs/>
                <w:i/>
                <w:sz w:val="28"/>
                <w:szCs w:val="28"/>
                <w:lang w:val="pt-BR"/>
              </w:rPr>
              <w:t>*Cách tiến hành:</w:t>
            </w:r>
          </w:p>
        </w:tc>
      </w:tr>
      <w:tr w:rsidR="00677BC5" w:rsidRPr="00677BC5" w:rsidTr="00677BC5">
        <w:tc>
          <w:tcPr>
            <w:tcW w:w="5250" w:type="dxa"/>
            <w:tcBorders>
              <w:top w:val="single" w:sz="4" w:space="0" w:color="auto"/>
            </w:tcBorders>
            <w:shd w:val="clear" w:color="auto" w:fill="auto"/>
          </w:tcPr>
          <w:p w:rsidR="00852135" w:rsidRPr="00677BC5" w:rsidRDefault="00852135" w:rsidP="00852135">
            <w:pPr>
              <w:tabs>
                <w:tab w:val="left" w:pos="402"/>
              </w:tabs>
              <w:rPr>
                <w:sz w:val="28"/>
                <w:szCs w:val="28"/>
                <w:lang w:val="pt-BR"/>
              </w:rPr>
            </w:pPr>
            <w:r w:rsidRPr="00677BC5">
              <w:rPr>
                <w:sz w:val="28"/>
                <w:szCs w:val="28"/>
                <w:lang w:val="pt-BR"/>
              </w:rPr>
              <w:t>- Về nhà lập biểu đồ số điểm đạt được các môn học bài kiểm tra định kì cuối năm.</w:t>
            </w:r>
          </w:p>
        </w:tc>
        <w:tc>
          <w:tcPr>
            <w:tcW w:w="3606" w:type="dxa"/>
            <w:tcBorders>
              <w:top w:val="single" w:sz="4" w:space="0" w:color="auto"/>
            </w:tcBorders>
            <w:shd w:val="clear" w:color="auto" w:fill="auto"/>
          </w:tcPr>
          <w:p w:rsidR="00852135" w:rsidRPr="00677BC5" w:rsidRDefault="00852135" w:rsidP="00852135">
            <w:pPr>
              <w:jc w:val="both"/>
              <w:rPr>
                <w:sz w:val="28"/>
                <w:szCs w:val="28"/>
              </w:rPr>
            </w:pPr>
          </w:p>
        </w:tc>
      </w:tr>
      <w:tr w:rsidR="00677BC5" w:rsidRPr="00677BC5" w:rsidTr="00677BC5">
        <w:tc>
          <w:tcPr>
            <w:tcW w:w="5250" w:type="dxa"/>
            <w:shd w:val="clear" w:color="auto" w:fill="auto"/>
          </w:tcPr>
          <w:p w:rsidR="00852135" w:rsidRPr="00677BC5" w:rsidRDefault="00852135" w:rsidP="00852135">
            <w:pPr>
              <w:tabs>
                <w:tab w:val="left" w:pos="402"/>
              </w:tabs>
              <w:rPr>
                <w:sz w:val="28"/>
                <w:szCs w:val="28"/>
                <w:lang w:val="pt-BR"/>
              </w:rPr>
            </w:pPr>
            <w:r w:rsidRPr="00677BC5">
              <w:rPr>
                <w:sz w:val="28"/>
                <w:szCs w:val="28"/>
                <w:lang w:val="pt-BR"/>
              </w:rPr>
              <w:t>- Nhận xét chung</w:t>
            </w:r>
          </w:p>
        </w:tc>
        <w:tc>
          <w:tcPr>
            <w:tcW w:w="3606" w:type="dxa"/>
            <w:shd w:val="clear" w:color="auto" w:fill="auto"/>
          </w:tcPr>
          <w:p w:rsidR="00852135" w:rsidRPr="00677BC5" w:rsidRDefault="00852135" w:rsidP="00852135">
            <w:pPr>
              <w:jc w:val="both"/>
              <w:rPr>
                <w:sz w:val="28"/>
                <w:szCs w:val="28"/>
              </w:rPr>
            </w:pPr>
          </w:p>
        </w:tc>
      </w:tr>
    </w:tbl>
    <w:p w:rsidR="00852135" w:rsidRPr="00677BC5" w:rsidRDefault="00852135" w:rsidP="00852135">
      <w:pPr>
        <w:spacing w:line="276" w:lineRule="auto"/>
        <w:rPr>
          <w:b/>
          <w:bCs/>
          <w:sz w:val="28"/>
          <w:szCs w:val="28"/>
        </w:rPr>
      </w:pPr>
      <w:r w:rsidRPr="00677BC5">
        <w:rPr>
          <w:b/>
          <w:bCs/>
          <w:sz w:val="28"/>
          <w:szCs w:val="28"/>
        </w:rPr>
        <w:t>IV. ĐIỀU CHỈNH SAU BÀI DẠY (nếu có):</w:t>
      </w:r>
    </w:p>
    <w:p w:rsidR="00852135" w:rsidRPr="00677BC5" w:rsidRDefault="00852135" w:rsidP="00677BC5">
      <w:pPr>
        <w:tabs>
          <w:tab w:val="left" w:leader="dot" w:pos="8931"/>
          <w:tab w:val="left" w:pos="9072"/>
        </w:tabs>
        <w:spacing w:line="276" w:lineRule="auto"/>
        <w:rPr>
          <w:b/>
          <w:bCs/>
          <w:sz w:val="28"/>
          <w:szCs w:val="28"/>
        </w:rPr>
      </w:pPr>
      <w:r w:rsidRPr="00677BC5">
        <w:rPr>
          <w:sz w:val="28"/>
          <w:szCs w:val="28"/>
        </w:rPr>
        <w:tab/>
      </w:r>
      <w:r w:rsidRPr="00677BC5">
        <w:rPr>
          <w:sz w:val="28"/>
          <w:szCs w:val="28"/>
        </w:rPr>
        <w:tab/>
      </w:r>
      <w:bookmarkStart w:id="0" w:name="_GoBack"/>
      <w:bookmarkEnd w:id="0"/>
    </w:p>
    <w:sectPr w:rsidR="00852135" w:rsidRPr="00677BC5"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2"/>
  <w:hideSpellingErrors/>
  <w:proofState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53845"/>
    <w:rsid w:val="0006063C"/>
    <w:rsid w:val="0007153E"/>
    <w:rsid w:val="0015074B"/>
    <w:rsid w:val="0029639D"/>
    <w:rsid w:val="00326F90"/>
    <w:rsid w:val="00475E08"/>
    <w:rsid w:val="00677BC5"/>
    <w:rsid w:val="00852135"/>
    <w:rsid w:val="00A4601E"/>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677BC5"/>
    <w:rPr>
      <w:rFonts w:ascii="Tahoma" w:hAnsi="Tahoma" w:cs="Tahoma"/>
      <w:sz w:val="16"/>
      <w:szCs w:val="16"/>
    </w:rPr>
  </w:style>
  <w:style w:type="character" w:customStyle="1" w:styleId="BalloonTextChar">
    <w:name w:val="Balloon Text Char"/>
    <w:basedOn w:val="DefaultParagraphFont"/>
    <w:link w:val="BalloonText"/>
    <w:uiPriority w:val="99"/>
    <w:semiHidden/>
    <w:rsid w:val="00677BC5"/>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677BC5"/>
    <w:rPr>
      <w:rFonts w:ascii="Tahoma" w:hAnsi="Tahoma" w:cs="Tahoma"/>
      <w:sz w:val="16"/>
      <w:szCs w:val="16"/>
    </w:rPr>
  </w:style>
  <w:style w:type="character" w:customStyle="1" w:styleId="BalloonTextChar">
    <w:name w:val="Balloon Text Char"/>
    <w:basedOn w:val="DefaultParagraphFont"/>
    <w:link w:val="BalloonText"/>
    <w:uiPriority w:val="99"/>
    <w:semiHidden/>
    <w:rsid w:val="00677BC5"/>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10702-796D-4A88-ACB6-257E9260E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3739</Words>
  <Characters>21314</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25003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dc:creator>
  <cp:keywords/>
  <dc:description>generated by python-docx</dc:description>
  <cp:lastModifiedBy>Iamp Iamp</cp:lastModifiedBy>
  <cp:revision>3</cp:revision>
  <dcterms:created xsi:type="dcterms:W3CDTF">2026-06-12T16:34:00Z</dcterms:created>
  <dcterms:modified xsi:type="dcterms:W3CDTF">2026-08-28T10:34:00Z</dcterms:modified>
  <cp:category/>
</cp:coreProperties>
</file>