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306" w:rsidRDefault="00611C7C">
      <w:pPr>
        <w:spacing w:after="0" w:line="240" w:lineRule="auto"/>
        <w:jc w:val="center"/>
      </w:pPr>
      <w:r>
        <w:rPr>
          <w:b/>
        </w:rPr>
        <w:t>KẾ HOẠCH BÀI DẠY MÔN TỰ NHIÊN VÀ XÃ HỘI LỚP 2 - TUẦN 11</w:t>
      </w:r>
    </w:p>
    <w:p w:rsidR="00326306" w:rsidRDefault="00611C7C">
      <w:pPr>
        <w:spacing w:after="0" w:line="240" w:lineRule="auto"/>
        <w:jc w:val="center"/>
      </w:pPr>
      <w:r>
        <w:rPr>
          <w:b/>
        </w:rPr>
        <w:t>CHỦ ĐỀ 2: TRƯỜNG HỌC</w:t>
      </w:r>
    </w:p>
    <w:p w:rsidR="00326306" w:rsidRDefault="00611C7C">
      <w:pPr>
        <w:spacing w:after="0" w:line="240" w:lineRule="auto"/>
        <w:jc w:val="center"/>
      </w:pPr>
      <w:r>
        <w:rPr>
          <w:b/>
        </w:rPr>
        <w:t>BÀI 10: ÔN TẬP CHỦ ĐỀ TRƯỜNG HỌC - TIẾT 2</w:t>
      </w:r>
    </w:p>
    <w:p w:rsidR="00326306" w:rsidRDefault="00611C7C">
      <w:pPr>
        <w:spacing w:after="0" w:line="240" w:lineRule="auto"/>
        <w:jc w:val="center"/>
      </w:pPr>
      <w:r>
        <w:rPr>
          <w:b/>
        </w:rPr>
        <w:t>Thời gian thực hiện: 35 phút</w:t>
      </w:r>
    </w:p>
    <w:p w:rsidR="00326306" w:rsidRDefault="00611C7C">
      <w:pPr>
        <w:spacing w:after="0" w:line="240" w:lineRule="auto"/>
      </w:pPr>
      <w:r>
        <w:rPr>
          <w:b/>
        </w:rPr>
        <w:t>I. YÊU CẦU CẦN ĐẠT</w:t>
      </w:r>
    </w:p>
    <w:p w:rsidR="00326306" w:rsidRDefault="00611C7C">
      <w:pPr>
        <w:spacing w:after="0" w:line="240" w:lineRule="auto"/>
      </w:pPr>
      <w:r>
        <w:rPr>
          <w:b/>
        </w:rPr>
        <w:t>1. Năng lực đặc thù</w:t>
      </w:r>
    </w:p>
    <w:p w:rsidR="00326306" w:rsidRDefault="00611C7C">
      <w:pPr>
        <w:spacing w:after="0" w:line="240" w:lineRule="auto"/>
      </w:pPr>
      <w:r>
        <w:t>- Hệ thống hóa được kiến thức đã học về trường học; nhận biết và xử lí được một số tình huống an toàn hoặc nguy hiểm khi tham gia hoạt động ở trường.</w:t>
      </w:r>
    </w:p>
    <w:p w:rsidR="00326306" w:rsidRDefault="00611C7C">
      <w:pPr>
        <w:spacing w:after="0" w:line="240" w:lineRule="auto"/>
      </w:pPr>
      <w:r>
        <w:t>- Chia sẻ được thông tin về các hoạt động trong ngày khai giảng, ngày hội đọc sách, giữ an toàn, giữ vệ sinh và làm đẹp trường lớp.</w:t>
      </w:r>
    </w:p>
    <w:p w:rsidR="00326306" w:rsidRDefault="00611C7C">
      <w:pPr>
        <w:spacing w:after="0" w:line="240" w:lineRule="auto"/>
      </w:pPr>
      <w:r>
        <w:t>- Báo cáo được kết quả bước đầu của dự án “Làm xanh trường lớp”; nêu được việc làm bảo vệ cảnh quan và cảm nghĩ của bản thân khi tham gia dự án.</w:t>
      </w:r>
    </w:p>
    <w:p w:rsidR="00326306" w:rsidRDefault="00611C7C">
      <w:pPr>
        <w:spacing w:after="0" w:line="240" w:lineRule="auto"/>
      </w:pPr>
      <w:r>
        <w:rPr>
          <w:b/>
        </w:rPr>
        <w:t>2. Năng lực chung</w:t>
      </w:r>
    </w:p>
    <w:p w:rsidR="00326306" w:rsidRDefault="00611C7C">
      <w:pPr>
        <w:spacing w:after="0" w:line="240" w:lineRule="auto"/>
      </w:pPr>
      <w:r>
        <w:t>- Tự chủ và tự học: Chủ động nhớ lại kiến thức, hoàn thành bài tập, chuẩn bị nội dung báo cáo và tự đánh giá việc tham gia hoạt động của bản thân.</w:t>
      </w:r>
    </w:p>
    <w:p w:rsidR="00326306" w:rsidRDefault="00611C7C">
      <w:pPr>
        <w:spacing w:after="0" w:line="240" w:lineRule="auto"/>
      </w:pPr>
      <w:r>
        <w:t>- Giao tiếp và hợp tác: Biết thảo luận nhóm bốn, lắng nghe bạn, trình bày cách xử lí tình huống và phối hợp báo cáo kết quả dự án.</w:t>
      </w:r>
    </w:p>
    <w:p w:rsidR="00326306" w:rsidRDefault="00611C7C">
      <w:pPr>
        <w:spacing w:after="0" w:line="240" w:lineRule="auto"/>
      </w:pPr>
      <w:r>
        <w:t>- Giải quyết vấn đề và sáng tạo: Biết phân tích tình huống, lựa chọn cách ứng xử phù hợp; đề xuất cách chăm sóc cây và duy trì dự án hiệu quả.</w:t>
      </w:r>
    </w:p>
    <w:p w:rsidR="00326306" w:rsidRDefault="00611C7C">
      <w:pPr>
        <w:spacing w:after="0" w:line="240" w:lineRule="auto"/>
      </w:pPr>
      <w:r>
        <w:rPr>
          <w:b/>
        </w:rPr>
        <w:t>3. Phẩm chất</w:t>
      </w:r>
    </w:p>
    <w:p w:rsidR="00326306" w:rsidRDefault="00611C7C">
      <w:pPr>
        <w:spacing w:after="0" w:line="240" w:lineRule="auto"/>
      </w:pPr>
      <w:r>
        <w:t>- Chăm chỉ: Tích cực hoàn thành bài tập, tham gia thảo luận và thực hiện nhiệm vụ chăm sóc cây.</w:t>
      </w:r>
    </w:p>
    <w:p w:rsidR="00326306" w:rsidRDefault="00611C7C">
      <w:pPr>
        <w:spacing w:after="0" w:line="240" w:lineRule="auto"/>
      </w:pPr>
      <w:r>
        <w:t>- Trách nhiệm: Có ý thức phòng tránh rủi ro, giữ vệ sinh, chăm sóc cây xanh và hoàn thành phần việc được phân công.</w:t>
      </w:r>
    </w:p>
    <w:p w:rsidR="00326306" w:rsidRDefault="00611C7C">
      <w:pPr>
        <w:spacing w:after="0" w:line="240" w:lineRule="auto"/>
      </w:pPr>
      <w:r>
        <w:t>- Nhân ái: Biết quan tâm, nhắc nhở và hỗ trợ bạn khi tham gia các hoạt động ở trường.</w:t>
      </w:r>
    </w:p>
    <w:p w:rsidR="00326306" w:rsidRDefault="00611C7C">
      <w:pPr>
        <w:spacing w:after="0" w:line="240" w:lineRule="auto"/>
      </w:pPr>
      <w:r>
        <w:rPr>
          <w:b/>
        </w:rPr>
        <w:t>4. Tích hợp</w:t>
      </w:r>
    </w:p>
    <w:p w:rsidR="00326306" w:rsidRDefault="00611C7C">
      <w:pPr>
        <w:spacing w:after="0" w:line="240" w:lineRule="auto"/>
      </w:pPr>
      <w:r>
        <w:rPr>
          <w:color w:val="C00000"/>
        </w:rPr>
        <w:t>- Giáo dục bảo vệ môi trường: HS báo cáo kết quả dự án “Làm xanh trường lớp”; biết giữ vệ sinh, chăm sóc cây và nhắc nhở bạn cùng bảo vệ cảnh quan trường học.</w:t>
      </w:r>
    </w:p>
    <w:p w:rsidR="00326306" w:rsidRDefault="00611C7C">
      <w:pPr>
        <w:spacing w:after="0" w:line="240" w:lineRule="auto"/>
      </w:pPr>
      <w:r>
        <w:rPr>
          <w:b/>
        </w:rPr>
        <w:t>II. ĐỒ DÙNG DẠY HỌC</w:t>
      </w:r>
    </w:p>
    <w:p w:rsidR="00326306" w:rsidRDefault="00611C7C">
      <w:pPr>
        <w:spacing w:after="0" w:line="240" w:lineRule="auto"/>
      </w:pPr>
      <w:r>
        <w:t>- GV: Video hoặc nhạc bài hát “Lý cây xanh”; máy tính, máy chiếu; hình SGK trang 40, 41; phiếu phân loại tình huống; bảng tiêu chí báo cáo dự án.</w:t>
      </w:r>
    </w:p>
    <w:p w:rsidR="00326306" w:rsidRDefault="00611C7C">
      <w:pPr>
        <w:spacing w:after="0" w:line="240" w:lineRule="auto"/>
      </w:pPr>
      <w:r>
        <w:t>- HS: SGK, VBT; tranh, ảnh hoặc video minh chứng; chuẩn bị báo cáo dự án “Làm xanh trường lớp”.</w:t>
      </w:r>
    </w:p>
    <w:p w:rsidR="00326306" w:rsidRDefault="00611C7C">
      <w:pPr>
        <w:spacing w:after="0" w:line="240" w:lineRule="auto"/>
      </w:pPr>
      <w:r>
        <w:rPr>
          <w:b/>
        </w:rPr>
        <w:t>III. CÁC HOẠT ĐỘNG DẠY HỌC CHỦ YẾU</w:t>
      </w:r>
    </w:p>
    <w:tbl>
      <w:tblPr>
        <w:tblW w:w="10608" w:type="dxa"/>
        <w:jc w:val="center"/>
        <w:tblBorders>
          <w:top w:val="single" w:sz="8" w:space="0" w:color="000000"/>
          <w:left w:val="single" w:sz="8" w:space="0" w:color="000000"/>
          <w:bottom w:val="single" w:sz="8" w:space="0" w:color="000000"/>
          <w:right w:val="single" w:sz="8" w:space="0" w:color="000000"/>
          <w:insideV w:val="single" w:sz="8" w:space="0" w:color="000000"/>
        </w:tblBorders>
        <w:tblLayout w:type="fixed"/>
        <w:tblLook w:val="04A0" w:firstRow="1" w:lastRow="0" w:firstColumn="1" w:lastColumn="0" w:noHBand="0" w:noVBand="1"/>
      </w:tblPr>
      <w:tblGrid>
        <w:gridCol w:w="5331"/>
        <w:gridCol w:w="5277"/>
      </w:tblGrid>
      <w:tr w:rsidR="00326306" w:rsidTr="009A27B6">
        <w:trPr>
          <w:tblHeader/>
          <w:jc w:val="center"/>
        </w:trPr>
        <w:tc>
          <w:tcPr>
            <w:tcW w:w="5331" w:type="dxa"/>
            <w:tcBorders>
              <w:bottom w:val="single" w:sz="8" w:space="0" w:color="000000"/>
            </w:tcBorders>
            <w:shd w:val="clear" w:color="auto" w:fill="auto"/>
            <w:tcMar>
              <w:top w:w="25" w:type="dxa"/>
              <w:left w:w="45" w:type="dxa"/>
              <w:bottom w:w="25" w:type="dxa"/>
              <w:right w:w="45" w:type="dxa"/>
            </w:tcMar>
          </w:tcPr>
          <w:p w:rsidR="00326306" w:rsidRDefault="00611C7C">
            <w:pPr>
              <w:spacing w:after="0" w:line="240" w:lineRule="auto"/>
              <w:jc w:val="center"/>
            </w:pPr>
            <w:r>
              <w:rPr>
                <w:b/>
              </w:rPr>
              <w:t>HOẠT ĐỘNG CỦA GIÁO VIÊN</w:t>
            </w:r>
          </w:p>
        </w:tc>
        <w:tc>
          <w:tcPr>
            <w:tcW w:w="5277" w:type="dxa"/>
            <w:tcBorders>
              <w:bottom w:val="single" w:sz="8" w:space="0" w:color="000000"/>
            </w:tcBorders>
            <w:shd w:val="clear" w:color="auto" w:fill="auto"/>
            <w:tcMar>
              <w:top w:w="25" w:type="dxa"/>
              <w:left w:w="45" w:type="dxa"/>
              <w:bottom w:w="25" w:type="dxa"/>
              <w:right w:w="45" w:type="dxa"/>
            </w:tcMar>
          </w:tcPr>
          <w:p w:rsidR="00326306" w:rsidRDefault="00611C7C">
            <w:pPr>
              <w:spacing w:after="0" w:line="240" w:lineRule="auto"/>
              <w:jc w:val="center"/>
            </w:pPr>
            <w:r>
              <w:rPr>
                <w:b/>
              </w:rPr>
              <w:t>HOẠT ĐỘNG CỦA HỌC SINH</w:t>
            </w:r>
          </w:p>
        </w:tc>
      </w:tr>
      <w:tr w:rsidR="00326306" w:rsidTr="009A27B6">
        <w:trPr>
          <w:jc w:val="center"/>
        </w:trPr>
        <w:tc>
          <w:tcPr>
            <w:tcW w:w="10608" w:type="dxa"/>
            <w:gridSpan w:val="2"/>
            <w:tcBorders>
              <w:top w:val="single" w:sz="8" w:space="0" w:color="000000"/>
              <w:bottom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rPr>
                <w:b/>
              </w:rPr>
              <w:t>1. KHỞI ĐỘNG (3-5 phút)</w:t>
            </w:r>
          </w:p>
          <w:p w:rsidR="00326306" w:rsidRDefault="00611C7C">
            <w:pPr>
              <w:spacing w:after="0" w:line="240" w:lineRule="auto"/>
            </w:pPr>
            <w:r>
              <w:rPr>
                <w:b/>
              </w:rPr>
              <w:t xml:space="preserve">Mục tiêu: </w:t>
            </w:r>
            <w:r>
              <w:t>Tạo tâm thế tích cực, hứng thú học tập cho HS và kết nối với bài học.</w:t>
            </w:r>
          </w:p>
        </w:tc>
      </w:tr>
      <w:tr w:rsidR="00326306" w:rsidTr="009A27B6">
        <w:trPr>
          <w:jc w:val="center"/>
        </w:trPr>
        <w:tc>
          <w:tcPr>
            <w:tcW w:w="5331" w:type="dxa"/>
            <w:tcBorders>
              <w:top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t>- GV cho cả lớp nghe/hát và vận động theo nhạc bài hát “Lý cây xanh”.</w:t>
            </w:r>
          </w:p>
        </w:tc>
        <w:tc>
          <w:tcPr>
            <w:tcW w:w="5277" w:type="dxa"/>
            <w:tcBorders>
              <w:top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t>- HS hát, vận động theo nhịp bài hát.</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hỏi: Bài hát nhắc đến hình ảnh nào?</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trả lời: Bài hát nhắc đến cây xanh, chim hót và niềm vui khi được sống trong môi trường có nhiều cây.</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hỏi: Em đã làm gì để chăm sóc cây xanh ở trường?</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trả lời theo thực tế: Em tưới cây, nhổ cỏ, không bẻ cành, không giẫm lên bồn hoa và nhắc bạn cùng giữ gìn.</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nhận xét, dẫn dắt vào bài.</w:t>
            </w:r>
          </w:p>
        </w:tc>
        <w:tc>
          <w:tcPr>
            <w:tcW w:w="5277" w:type="dxa"/>
            <w:shd w:val="clear" w:color="auto" w:fill="auto"/>
            <w:tcMar>
              <w:top w:w="25" w:type="dxa"/>
              <w:left w:w="45" w:type="dxa"/>
              <w:bottom w:w="25" w:type="dxa"/>
              <w:right w:w="45" w:type="dxa"/>
            </w:tcMar>
          </w:tcPr>
          <w:p w:rsidR="00326306" w:rsidRDefault="00611C7C">
            <w:pPr>
              <w:spacing w:after="0" w:line="240" w:lineRule="auto"/>
            </w:pPr>
            <w:r>
              <w:t xml:space="preserve">- HS chú ý, sẵn sàng ôn tập và báo cáo kết quả dự </w:t>
            </w:r>
            <w:r>
              <w:lastRenderedPageBreak/>
              <w:t>án.</w:t>
            </w:r>
          </w:p>
        </w:tc>
      </w:tr>
      <w:tr w:rsidR="00326306" w:rsidTr="009A27B6">
        <w:trPr>
          <w:jc w:val="center"/>
        </w:trPr>
        <w:tc>
          <w:tcPr>
            <w:tcW w:w="5331" w:type="dxa"/>
            <w:tcBorders>
              <w:bottom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lastRenderedPageBreak/>
              <w:t>- GV kết luận: Cây xanh làm cho trường học trong lành, đẹp hơn; mỗi học sinh cần cùng nhau chăm sóc và bảo vệ cây.</w:t>
            </w:r>
          </w:p>
        </w:tc>
        <w:tc>
          <w:tcPr>
            <w:tcW w:w="5277" w:type="dxa"/>
            <w:tcBorders>
              <w:bottom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t>- HS lắng nghe, ghi nhớ nội dung kết nối vào bài học.</w:t>
            </w:r>
          </w:p>
        </w:tc>
      </w:tr>
      <w:tr w:rsidR="00326306" w:rsidTr="009A27B6">
        <w:trPr>
          <w:jc w:val="center"/>
        </w:trPr>
        <w:tc>
          <w:tcPr>
            <w:tcW w:w="10608" w:type="dxa"/>
            <w:gridSpan w:val="2"/>
            <w:tcBorders>
              <w:top w:val="single" w:sz="8" w:space="0" w:color="000000"/>
              <w:bottom w:val="nil"/>
            </w:tcBorders>
            <w:shd w:val="clear" w:color="auto" w:fill="auto"/>
            <w:tcMar>
              <w:top w:w="25" w:type="dxa"/>
              <w:left w:w="45" w:type="dxa"/>
              <w:bottom w:w="25" w:type="dxa"/>
              <w:right w:w="45" w:type="dxa"/>
            </w:tcMar>
          </w:tcPr>
          <w:p w:rsidR="00326306" w:rsidRDefault="00611C7C">
            <w:pPr>
              <w:spacing w:after="0" w:line="240" w:lineRule="auto"/>
            </w:pPr>
            <w:r>
              <w:rPr>
                <w:b/>
              </w:rPr>
              <w:t>2. THỰC HÀNH (10-12 phút)</w:t>
            </w:r>
          </w:p>
          <w:p w:rsidR="00326306" w:rsidRDefault="00611C7C">
            <w:pPr>
              <w:spacing w:after="0" w:line="240" w:lineRule="auto"/>
            </w:pPr>
            <w:r>
              <w:rPr>
                <w:b/>
              </w:rPr>
              <w:t xml:space="preserve">Mục tiêu: </w:t>
            </w:r>
            <w:r>
              <w:t>Củng cố và hoàn thiện những kiến thức, kĩ năng đã khám phá được; biết xử lí và phân loại tình huống an toàn, nguy hiểm ở trường.</w:t>
            </w:r>
          </w:p>
        </w:tc>
      </w:tr>
      <w:tr w:rsidR="00326306" w:rsidTr="009A27B6">
        <w:trPr>
          <w:jc w:val="center"/>
        </w:trPr>
        <w:tc>
          <w:tcPr>
            <w:tcW w:w="10608" w:type="dxa"/>
            <w:gridSpan w:val="2"/>
            <w:tcBorders>
              <w:top w:val="nil"/>
              <w:bottom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rPr>
                <w:b/>
              </w:rPr>
              <w:t>HĐ1. XỬ LÍ TÌNH HUỐNG</w:t>
            </w:r>
          </w:p>
        </w:tc>
      </w:tr>
      <w:tr w:rsidR="00326306" w:rsidTr="009A27B6">
        <w:trPr>
          <w:jc w:val="center"/>
        </w:trPr>
        <w:tc>
          <w:tcPr>
            <w:tcW w:w="5331" w:type="dxa"/>
            <w:tcBorders>
              <w:top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t>- GV yêu cầu HS quan sát các tình huống trong SGK trang 40.</w:t>
            </w:r>
          </w:p>
          <w:p w:rsidR="00326306" w:rsidRDefault="00326306">
            <w:pPr>
              <w:spacing w:after="0" w:line="240" w:lineRule="auto"/>
              <w:jc w:val="center"/>
            </w:pPr>
          </w:p>
        </w:tc>
        <w:tc>
          <w:tcPr>
            <w:tcW w:w="5277" w:type="dxa"/>
            <w:tcBorders>
              <w:top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t>- HS quan sát hai tình huống: một bạn chạy khi tham gia vệ sinh và các bạn trèo, với lấy đồ vật ở lan can.</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tổ chức cho HS làm việc nhóm bốn: nêu tình huống và cách xử lí tình huống.</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thảo luận nhóm, đưa ra cách xử lí tình huống phù hợp và hoàn thành BT6 - VBT - T27.</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hỏi: Trong hình 2, bạn nhỏ đang làm gì?</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trả lời: Bạn nhỏ đang chạy, có thể va vào dụng cụ vệ sinh hoặc làm bạn khác bị ngã.</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hỏi: Nếu có mặt ở đó, em sẽ nói và làm gì?</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trả lời: Em sẽ nhắc bạn dừng chạy, đi chậm, đặt dụng cụ gọn gàng và cùng mọi người vệ sinh an toàn.</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hỏi: Trong hình 3, các bạn đang làm gì?</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trả lời: Các bạn đang trèo lên lan can và với lấy đồ vật, có nguy cơ ngã từ trên cao.</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hỏi: Em sẽ khuyên các bạn như thế nào?</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trả lời: Em sẽ khuyên các bạn không trèo lan can, không với đồ ở nơi cao; cần nhờ thầy cô hoặc người lớn hỗ trợ.</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tổ chức cho các nhóm trình bày cách xử lí tình huống của nhóm mình.</w:t>
            </w:r>
          </w:p>
        </w:tc>
        <w:tc>
          <w:tcPr>
            <w:tcW w:w="5277" w:type="dxa"/>
            <w:shd w:val="clear" w:color="auto" w:fill="auto"/>
            <w:tcMar>
              <w:top w:w="25" w:type="dxa"/>
              <w:left w:w="45" w:type="dxa"/>
              <w:bottom w:w="25" w:type="dxa"/>
              <w:right w:w="45" w:type="dxa"/>
            </w:tcMar>
          </w:tcPr>
          <w:p w:rsidR="00326306" w:rsidRDefault="00611C7C">
            <w:pPr>
              <w:spacing w:after="0" w:line="240" w:lineRule="auto"/>
            </w:pPr>
            <w:r>
              <w:t>- Đại diện nhóm trình bày trước lớp; các nhóm khác nhận xét, bổ sung.</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nhận xét, tuyên dương những nhóm đưa ra cách xử lí phù hợp.</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chú ý lắng nghe, điều chỉnh cách xử lí nếu cần.</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kết luận: Khi gặp tình huống nguy hiểm ở trường, các em cần bình tĩnh, dừng hành động không an toàn, nhắc bạn bằng lời nói phù hợp và báo thầy cô khi cần.</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lắng nghe, nhắc lại các bước xử lí an toàn.</w:t>
            </w:r>
          </w:p>
        </w:tc>
      </w:tr>
      <w:tr w:rsidR="00326306" w:rsidTr="009A27B6">
        <w:trPr>
          <w:jc w:val="center"/>
        </w:trPr>
        <w:tc>
          <w:tcPr>
            <w:tcW w:w="10608" w:type="dxa"/>
            <w:gridSpan w:val="2"/>
            <w:shd w:val="clear" w:color="auto" w:fill="auto"/>
            <w:tcMar>
              <w:top w:w="25" w:type="dxa"/>
              <w:left w:w="45" w:type="dxa"/>
              <w:bottom w:w="25" w:type="dxa"/>
              <w:right w:w="45" w:type="dxa"/>
            </w:tcMar>
          </w:tcPr>
          <w:p w:rsidR="00326306" w:rsidRDefault="00611C7C">
            <w:pPr>
              <w:spacing w:after="0" w:line="240" w:lineRule="auto"/>
            </w:pPr>
            <w:r>
              <w:rPr>
                <w:b/>
              </w:rPr>
              <w:t>HĐ2. PHÒNG TRÁNH RỦI RO KHI Ở TRƯỜNG</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tổ chức cho HS làm BT7 - VBT - T28.</w:t>
            </w:r>
          </w:p>
          <w:p w:rsidR="00326306" w:rsidRDefault="00326306">
            <w:pPr>
              <w:spacing w:after="0" w:line="240" w:lineRule="auto"/>
              <w:jc w:val="center"/>
            </w:pPr>
          </w:p>
        </w:tc>
        <w:tc>
          <w:tcPr>
            <w:tcW w:w="5277" w:type="dxa"/>
            <w:shd w:val="clear" w:color="auto" w:fill="auto"/>
            <w:tcMar>
              <w:top w:w="25" w:type="dxa"/>
              <w:left w:w="45" w:type="dxa"/>
              <w:bottom w:w="25" w:type="dxa"/>
              <w:right w:w="45" w:type="dxa"/>
            </w:tcMar>
          </w:tcPr>
          <w:p w:rsidR="00326306" w:rsidRDefault="00611C7C">
            <w:pPr>
              <w:spacing w:after="0" w:line="240" w:lineRule="auto"/>
            </w:pPr>
            <w:r>
              <w:t>- HS hoàn thành BT7 - VBT - T28; phân loại tình huống hoặc hoạt động an toàn và tình huống hoặc hoạt động nguy hiểm, rủi ro.</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hỏi: Trong các hình, hoạt động nào an toàn và nên thực hiện?</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trả lời: Chơi cờ cùng bạn, chăm sóc cây, tham gia trò chơi có tổ chức và làm việc đúng hướng dẫn là những hoạt động an toàn.</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hỏi: Hoạt động nào có thể gây nguy hiểm cho bản thân hoặc người khác?</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trả lời: Chạy nhảy ở nơi trơn, kéo bạn, chơi gần gốc cây có vật cản, chen lấn hoặc đùa nghịch khi làm việc là những hoạt động có thể gây nguy hiểm.</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lastRenderedPageBreak/>
              <w:t>- GV hỏi: Em cần làm gì để phòng tránh nguy hiểm khi tham gia các hoạt động ở trường?</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trả lời: Em cần tuân thủ nội quy, nghe hướng dẫn, quan sát xung quanh, sử dụng đồ dùng đúng cách và không xô đẩy, chen lấn.</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tổ chức các nhóm báo cáo kết quả.</w:t>
            </w:r>
          </w:p>
        </w:tc>
        <w:tc>
          <w:tcPr>
            <w:tcW w:w="5277" w:type="dxa"/>
            <w:shd w:val="clear" w:color="auto" w:fill="auto"/>
            <w:tcMar>
              <w:top w:w="25" w:type="dxa"/>
              <w:left w:w="45" w:type="dxa"/>
              <w:bottom w:w="25" w:type="dxa"/>
              <w:right w:w="45" w:type="dxa"/>
            </w:tcMar>
          </w:tcPr>
          <w:p w:rsidR="00326306" w:rsidRDefault="00611C7C">
            <w:pPr>
              <w:spacing w:after="0" w:line="240" w:lineRule="auto"/>
            </w:pPr>
            <w:r>
              <w:t>- Đại diện nhóm báo cáo kết quả; các nhóm khác nhận xét, bổ sung nếu có.</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nhận xét, động viên.</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lắng nghe, sửa lại những nội dung phân loại chưa phù hợp.</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khắc sâu kiến thức: Khi tham gia các hoạt động ở trường, nhớ giữ an toàn và phòng tránh nguy hiểm, rủi ro em nhé.</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lắng nghe và ghi nhớ lời nhắc.</w:t>
            </w:r>
          </w:p>
        </w:tc>
      </w:tr>
      <w:tr w:rsidR="00326306" w:rsidTr="009A27B6">
        <w:trPr>
          <w:jc w:val="center"/>
        </w:trPr>
        <w:tc>
          <w:tcPr>
            <w:tcW w:w="5331" w:type="dxa"/>
            <w:tcBorders>
              <w:bottom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t>- GV kết luận: Hoạt động an toàn là hoạt động được thực hiện đúng quy định, đúng hướng dẫn và không gây nguy hiểm cho bản thân, bạn bè.</w:t>
            </w:r>
          </w:p>
        </w:tc>
        <w:tc>
          <w:tcPr>
            <w:tcW w:w="5277" w:type="dxa"/>
            <w:tcBorders>
              <w:bottom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t>- HS nhắc lại tiêu chí nhận biết hoạt động an toàn.</w:t>
            </w:r>
          </w:p>
        </w:tc>
      </w:tr>
      <w:tr w:rsidR="00326306" w:rsidTr="009A27B6">
        <w:trPr>
          <w:jc w:val="center"/>
        </w:trPr>
        <w:tc>
          <w:tcPr>
            <w:tcW w:w="10608" w:type="dxa"/>
            <w:gridSpan w:val="2"/>
            <w:tcBorders>
              <w:top w:val="single" w:sz="8" w:space="0" w:color="000000"/>
              <w:bottom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rPr>
                <w:b/>
              </w:rPr>
              <w:t>3. VẬN DỤNG (10-12 phút)</w:t>
            </w:r>
          </w:p>
          <w:p w:rsidR="00326306" w:rsidRDefault="00611C7C">
            <w:pPr>
              <w:spacing w:after="0" w:line="240" w:lineRule="auto"/>
            </w:pPr>
            <w:r>
              <w:rPr>
                <w:b/>
              </w:rPr>
              <w:t xml:space="preserve">Mục tiêu: </w:t>
            </w:r>
            <w:r>
              <w:t>HS biết vận dụng kiến thức để báo cáo kết quả dự án, chia sẻ cảm nghĩ và tiếp tục chăm sóc cây xanh.</w:t>
            </w:r>
          </w:p>
          <w:p w:rsidR="00326306" w:rsidRDefault="00611C7C">
            <w:pPr>
              <w:spacing w:after="0" w:line="240" w:lineRule="auto"/>
            </w:pPr>
            <w:r>
              <w:rPr>
                <w:b/>
                <w:color w:val="C00000"/>
              </w:rPr>
              <w:t xml:space="preserve">Mục tiêu tích hợp: </w:t>
            </w:r>
            <w:r>
              <w:rPr>
                <w:color w:val="C00000"/>
              </w:rPr>
              <w:t>HS biết giữ vệ sinh, chăm sóc cây và nhắc nhở bạn cùng bảo vệ cảnh quan trường học thông qua dự án “Làm xanh trường lớp”.</w:t>
            </w:r>
          </w:p>
        </w:tc>
      </w:tr>
      <w:tr w:rsidR="00326306" w:rsidTr="009A27B6">
        <w:trPr>
          <w:jc w:val="center"/>
        </w:trPr>
        <w:tc>
          <w:tcPr>
            <w:tcW w:w="10608" w:type="dxa"/>
            <w:gridSpan w:val="2"/>
            <w:tcBorders>
              <w:top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rPr>
                <w:b/>
              </w:rPr>
              <w:t>HĐ3. DỰ ÁN “LÀM XANH TRƯỜNG LỚP”</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rsidP="009A27B6">
            <w:pPr>
              <w:spacing w:after="0" w:line="240" w:lineRule="auto"/>
            </w:pPr>
            <w:r>
              <w:t>- GV tổ chức cho một số nhóm báo cáo kết quả dự án “Làm xanh trường lớp” theo các gợi ý trong SGK.</w:t>
            </w:r>
          </w:p>
        </w:tc>
        <w:tc>
          <w:tcPr>
            <w:tcW w:w="5277" w:type="dxa"/>
            <w:shd w:val="clear" w:color="auto" w:fill="auto"/>
            <w:tcMar>
              <w:top w:w="25" w:type="dxa"/>
              <w:left w:w="45" w:type="dxa"/>
              <w:bottom w:w="25" w:type="dxa"/>
              <w:right w:w="45" w:type="dxa"/>
            </w:tcMar>
          </w:tcPr>
          <w:p w:rsidR="00326306" w:rsidRDefault="00611C7C">
            <w:pPr>
              <w:spacing w:after="0" w:line="240" w:lineRule="auto"/>
            </w:pPr>
            <w:r>
              <w:t>- Các nhóm chuẩn bị nội dung báo cáo, tranh, ảnh hoặc video minh chứng về quá trình thực hiện dự án.</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yêu cầu: Hãy nêu số lượng cây xanh nhóm mang đến để trang trí hoặc trồng ở vườn trường.</w:t>
            </w:r>
          </w:p>
        </w:tc>
        <w:tc>
          <w:tcPr>
            <w:tcW w:w="5277" w:type="dxa"/>
            <w:shd w:val="clear" w:color="auto" w:fill="auto"/>
            <w:tcMar>
              <w:top w:w="25" w:type="dxa"/>
              <w:left w:w="45" w:type="dxa"/>
              <w:bottom w:w="25" w:type="dxa"/>
              <w:right w:w="45" w:type="dxa"/>
            </w:tcMar>
          </w:tcPr>
          <w:p w:rsidR="00326306" w:rsidRDefault="00611C7C">
            <w:pPr>
              <w:spacing w:after="0" w:line="240" w:lineRule="auto"/>
            </w:pPr>
            <w:r>
              <w:t>- Đại diện nhóm nêu số lượng cây đã mang đến và vị trí trồng hoặc trang trí.</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yêu cầu: Hãy giới thiệu tên các loại cây các bạn mang đến.</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giới thiệu tên cây: cây hoa, cây cảnh, cây lá màu hoặc cây phù hợp với điều kiện của trường.</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hỏi: Nhóm đã thực hiện những hoạt động chăm sóc cây nào?</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trả lời: Nhóm tưới nước, nhổ cỏ, xới đất nhẹ, lau lá, theo dõi sự phát triển và bảo vệ cây.</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hỏi: Kết quả của dự án đến thời điểm này như thế nào?</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trả lời: Cây sống, phát triển, khu vực trồng cây sạch hơn; một số cây cần tiếp tục theo dõi và chăm sóc.</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yêu cầu: Hãy nói cảm nhận của em khi tham gia dự án “Làm xanh trường lớp”.</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chia sẻ: Em vui, tự hào, thấy mình có trách nhiệm hơn và muốn tiếp tục chăm sóc cây cùng các bạn.</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mời các nhóm khác nhận xét theo tiêu chí: nội dung đầy đủ, minh chứng rõ, phối hợp tốt và có kế hoạch tiếp tục chăm sóc cây.</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lắng nghe, nhận xét lịch sự, nêu một điểm tốt và một góp ý cho nhóm bạn.</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rPr>
                <w:b/>
                <w:color w:val="C00000"/>
              </w:rPr>
              <w:t xml:space="preserve">- Giáo dục bảo vệ môi trường: </w:t>
            </w:r>
            <w:r>
              <w:rPr>
                <w:color w:val="C00000"/>
              </w:rPr>
              <w:t xml:space="preserve">GV nhấn mạnh rằng dự án không kết thúc sau phần báo cáo. Mỗi nhóm cần tiếp tục thực hiện lịch tưới cây, vệ sinh khu vực trồng, theo dõi tình trạng cây và báo giáo viên khi cây bị héo hoặc sâu bệnh. HS không bẻ cành, hái hoa, giẫm lên bồn cây; biết tiết kiệm </w:t>
            </w:r>
            <w:r>
              <w:rPr>
                <w:color w:val="C00000"/>
              </w:rPr>
              <w:lastRenderedPageBreak/>
              <w:t>nước khi tưới và nhắc bạn cùng bảo vệ cảnh quan. Qua việc chăm sóc cây đều đặn, các em góp phần tạo không gian học tập xanh, sạch, đẹp và hình thành trách nhiệm với môi trường chung.</w:t>
            </w:r>
          </w:p>
        </w:tc>
        <w:tc>
          <w:tcPr>
            <w:tcW w:w="5277" w:type="dxa"/>
            <w:shd w:val="clear" w:color="auto" w:fill="auto"/>
            <w:tcMar>
              <w:top w:w="25" w:type="dxa"/>
              <w:left w:w="45" w:type="dxa"/>
              <w:bottom w:w="25" w:type="dxa"/>
              <w:right w:w="45" w:type="dxa"/>
            </w:tcMar>
          </w:tcPr>
          <w:p w:rsidR="00326306" w:rsidRDefault="00611C7C">
            <w:pPr>
              <w:spacing w:after="0" w:line="240" w:lineRule="auto"/>
            </w:pPr>
            <w:r>
              <w:rPr>
                <w:color w:val="C00000"/>
              </w:rPr>
              <w:lastRenderedPageBreak/>
              <w:t>- HS lắng nghe, nêu lại việc nhóm sẽ tiếp tục thực hiện: chăm sóc cây theo lịch, tiết kiệm nước, giữ khu vực sạch, không phá hoại cây và nhắc bạn cùng thực hiện.</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lastRenderedPageBreak/>
              <w:t>- GV nhận xét, khen ngợi.</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tiếp thu nhận xét, thống nhất điều chỉnh kế hoạch chăm sóc cây của nhóm.</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kết luận: Dự án chỉ có ý nghĩa khi các em cùng hợp tác, chăm sóc cây thường xuyên và biến việc bảo vệ cảnh quan thành thói quen hằng ngày.</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lắng nghe, cam kết tiếp tục thực hiện dự án.</w:t>
            </w:r>
          </w:p>
        </w:tc>
      </w:tr>
      <w:tr w:rsidR="00326306" w:rsidTr="009A27B6">
        <w:trPr>
          <w:jc w:val="center"/>
        </w:trPr>
        <w:tc>
          <w:tcPr>
            <w:tcW w:w="10608" w:type="dxa"/>
            <w:gridSpan w:val="2"/>
            <w:shd w:val="clear" w:color="auto" w:fill="auto"/>
            <w:tcMar>
              <w:top w:w="25" w:type="dxa"/>
              <w:left w:w="45" w:type="dxa"/>
              <w:bottom w:w="25" w:type="dxa"/>
              <w:right w:w="45" w:type="dxa"/>
            </w:tcMar>
          </w:tcPr>
          <w:p w:rsidR="00326306" w:rsidRDefault="00611C7C">
            <w:pPr>
              <w:spacing w:after="0" w:line="240" w:lineRule="auto"/>
            </w:pPr>
            <w:r>
              <w:rPr>
                <w:b/>
              </w:rPr>
              <w:t>4. ĐỊNH HƯỚNG TIẾT HỌC SAU (2-3 phút)</w:t>
            </w:r>
          </w:p>
          <w:p w:rsidR="00326306" w:rsidRDefault="00611C7C">
            <w:pPr>
              <w:spacing w:after="0" w:line="240" w:lineRule="auto"/>
            </w:pPr>
            <w:r>
              <w:rPr>
                <w:b/>
              </w:rPr>
              <w:t xml:space="preserve">Mục tiêu: </w:t>
            </w:r>
            <w:r>
              <w:t>Ghi nhớ, khắc sâu nội dung và chuẩn bị cho tiết tổng kết chủ đề.</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hỏi: Hôm nay em đã ôn lại những nội dung nào?</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trả lời: Em ôn cách xử lí tình huống nguy hiểm, cách phòng tránh rủi ro và cách báo cáo dự án “Làm xanh trường lớp”.</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hệ thống nội dung, nhận xét giờ học.</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lắng nghe, tự đánh giá mức độ tham gia của bản thân.</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nhắc nhở HS: Tiếp tục thực hiện dự án “Làm xanh trường lớp”.</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ghi nhớ, tiếp tục chăm sóc cây theo nhiệm vụ của nhóm.</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nhắc nhở HS: Chuẩn bị tranh vẽ hoặc cắt, dán với chủ đề “Ngôi trường thứ hai” mà em mơ ước.</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ghi nhớ, chuẩn bị tranh hoặc sản phẩm cắt, dán cho tiết sau.</w:t>
            </w:r>
          </w:p>
        </w:tc>
      </w:tr>
      <w:tr w:rsidR="00326306" w:rsidTr="009A27B6">
        <w:trPr>
          <w:jc w:val="center"/>
        </w:trPr>
        <w:tc>
          <w:tcPr>
            <w:tcW w:w="5331" w:type="dxa"/>
            <w:shd w:val="clear" w:color="auto" w:fill="auto"/>
            <w:tcMar>
              <w:top w:w="25" w:type="dxa"/>
              <w:left w:w="45" w:type="dxa"/>
              <w:bottom w:w="25" w:type="dxa"/>
              <w:right w:w="45" w:type="dxa"/>
            </w:tcMar>
          </w:tcPr>
          <w:p w:rsidR="00326306" w:rsidRDefault="00611C7C">
            <w:pPr>
              <w:spacing w:after="0" w:line="240" w:lineRule="auto"/>
            </w:pPr>
            <w:r>
              <w:t>- GV kết luận: Các em hãy thực hiện điều đã học bằng những việc làm an toàn, có trách nhiệm và thân thiện với môi trường.</w:t>
            </w:r>
          </w:p>
        </w:tc>
        <w:tc>
          <w:tcPr>
            <w:tcW w:w="5277" w:type="dxa"/>
            <w:shd w:val="clear" w:color="auto" w:fill="auto"/>
            <w:tcMar>
              <w:top w:w="25" w:type="dxa"/>
              <w:left w:w="45" w:type="dxa"/>
              <w:bottom w:w="25" w:type="dxa"/>
              <w:right w:w="45" w:type="dxa"/>
            </w:tcMar>
          </w:tcPr>
          <w:p w:rsidR="00326306" w:rsidRDefault="00611C7C">
            <w:pPr>
              <w:spacing w:after="0" w:line="240" w:lineRule="auto"/>
            </w:pPr>
            <w:r>
              <w:t>- HS lắng nghe và thực hiện.</w:t>
            </w:r>
          </w:p>
        </w:tc>
      </w:tr>
    </w:tbl>
    <w:p w:rsidR="00326306" w:rsidRDefault="00611C7C">
      <w:pPr>
        <w:spacing w:after="0" w:line="240" w:lineRule="auto"/>
      </w:pPr>
      <w:r>
        <w:rPr>
          <w:b/>
        </w:rPr>
        <w:t>IV. ĐIỀU CHỈNH SAU TIẾT HỌC (NẾU CÓ):</w:t>
      </w:r>
    </w:p>
    <w:p w:rsidR="00326306" w:rsidRDefault="00611C7C">
      <w:pPr>
        <w:spacing w:after="0" w:line="240" w:lineRule="auto"/>
      </w:pPr>
      <w:r>
        <w:t>…………………………………………………………………………………………………………………………</w:t>
      </w:r>
    </w:p>
    <w:p w:rsidR="00326306" w:rsidRDefault="00611C7C">
      <w:pPr>
        <w:spacing w:after="0" w:line="240" w:lineRule="auto"/>
      </w:pPr>
      <w:r>
        <w:t>…………………………………………………………………………………………………………………………</w:t>
      </w:r>
    </w:p>
    <w:p w:rsidR="00326306" w:rsidRDefault="00611C7C">
      <w:pPr>
        <w:spacing w:after="0" w:line="240" w:lineRule="auto"/>
        <w:jc w:val="center"/>
      </w:pPr>
      <w:r>
        <w:rPr>
          <w:b/>
        </w:rPr>
        <w:t>KẾ HOẠCH BÀI DẠY MÔN TỰ NHIÊN VÀ XÃ HỘI LỚP 2 - TUẦN 11</w:t>
      </w:r>
    </w:p>
    <w:p w:rsidR="00326306" w:rsidRDefault="00611C7C">
      <w:pPr>
        <w:spacing w:after="0" w:line="240" w:lineRule="auto"/>
        <w:jc w:val="center"/>
      </w:pPr>
      <w:r>
        <w:rPr>
          <w:b/>
        </w:rPr>
        <w:t>CHỦ ĐỀ 2: TRƯỜNG HỌC</w:t>
      </w:r>
    </w:p>
    <w:p w:rsidR="00326306" w:rsidRDefault="00611C7C">
      <w:pPr>
        <w:spacing w:after="0" w:line="240" w:lineRule="auto"/>
        <w:jc w:val="center"/>
      </w:pPr>
      <w:r>
        <w:rPr>
          <w:b/>
        </w:rPr>
        <w:t>BÀI 10: ÔN TẬP CHỦ ĐỀ TRƯỜNG HỌC - TIẾT 3</w:t>
      </w:r>
    </w:p>
    <w:p w:rsidR="00326306" w:rsidRDefault="00611C7C">
      <w:pPr>
        <w:spacing w:after="0" w:line="240" w:lineRule="auto"/>
        <w:jc w:val="center"/>
      </w:pPr>
      <w:r>
        <w:rPr>
          <w:b/>
        </w:rPr>
        <w:t>Thời gian thực hiện: 35 phút</w:t>
      </w:r>
    </w:p>
    <w:p w:rsidR="00326306" w:rsidRDefault="00611C7C">
      <w:pPr>
        <w:spacing w:after="0" w:line="240" w:lineRule="auto"/>
      </w:pPr>
      <w:r>
        <w:rPr>
          <w:b/>
        </w:rPr>
        <w:t>I. YÊU CẦU CẦN ĐẠT</w:t>
      </w:r>
    </w:p>
    <w:p w:rsidR="00326306" w:rsidRDefault="00611C7C">
      <w:pPr>
        <w:spacing w:after="0" w:line="240" w:lineRule="auto"/>
      </w:pPr>
      <w:r>
        <w:rPr>
          <w:b/>
        </w:rPr>
        <w:t>1. Năng lực đặc thù</w:t>
      </w:r>
    </w:p>
    <w:p w:rsidR="00326306" w:rsidRDefault="00611C7C">
      <w:pPr>
        <w:spacing w:after="0" w:line="240" w:lineRule="auto"/>
      </w:pPr>
      <w:r>
        <w:t>- Hệ thống hóa được kiến thức đã học về trường học; chia sẻ được nội dung yêu thích và những việc bản thân đã thực hiện sau khi học chủ đề.</w:t>
      </w:r>
    </w:p>
    <w:p w:rsidR="00326306" w:rsidRDefault="00611C7C">
      <w:pPr>
        <w:spacing w:after="0" w:line="240" w:lineRule="auto"/>
      </w:pPr>
      <w:r>
        <w:t>- Báo cáo, nhận xét được kết quả dự án “Làm xanh trường lớp”; biết duy trì hoạt động chăm sóc cây và bảo vệ cảnh quan.</w:t>
      </w:r>
    </w:p>
    <w:p w:rsidR="00326306" w:rsidRDefault="00611C7C">
      <w:pPr>
        <w:spacing w:after="0" w:line="240" w:lineRule="auto"/>
      </w:pPr>
      <w:r>
        <w:t>- Phân loại được một số hình ảnh về hành vi an toàn, chưa an toàn ở trường; so sánh kết quả phân loại của bản thân với gợi ý của công cụ AI.</w:t>
      </w:r>
    </w:p>
    <w:p w:rsidR="00326306" w:rsidRDefault="00611C7C">
      <w:pPr>
        <w:spacing w:after="0" w:line="240" w:lineRule="auto"/>
      </w:pPr>
      <w:r>
        <w:rPr>
          <w:b/>
        </w:rPr>
        <w:t>2. Năng lực chung</w:t>
      </w:r>
    </w:p>
    <w:p w:rsidR="00326306" w:rsidRDefault="00611C7C">
      <w:pPr>
        <w:spacing w:after="0" w:line="240" w:lineRule="auto"/>
      </w:pPr>
      <w:r>
        <w:t>- Tự chủ và tự học: Chủ động chuẩn bị báo cáo, sản phẩm, tự đánh giá kết quả học tập và kiểm tra lại gợi ý của công cụ.</w:t>
      </w:r>
    </w:p>
    <w:p w:rsidR="00326306" w:rsidRDefault="00611C7C">
      <w:pPr>
        <w:spacing w:after="0" w:line="240" w:lineRule="auto"/>
      </w:pPr>
      <w:r>
        <w:lastRenderedPageBreak/>
        <w:t>- Giao tiếp và hợp tác: Biết phối hợp báo cáo dự án, lắng nghe, đặt câu hỏi, nhận xét sản phẩm và trao đổi khi phân loại hình ảnh.</w:t>
      </w:r>
    </w:p>
    <w:p w:rsidR="00326306" w:rsidRDefault="00611C7C">
      <w:pPr>
        <w:spacing w:after="0" w:line="240" w:lineRule="auto"/>
      </w:pPr>
      <w:r>
        <w:t>- Giải quyết vấn đề và sáng tạo: Biết phân tích đặc điểm của hình ảnh, lựa chọn nhóm phân loại phù hợp, phát hiện và sửa gợi ý chưa chính xác.</w:t>
      </w:r>
    </w:p>
    <w:p w:rsidR="00326306" w:rsidRDefault="00611C7C">
      <w:pPr>
        <w:spacing w:after="0" w:line="240" w:lineRule="auto"/>
      </w:pPr>
      <w:r>
        <w:rPr>
          <w:b/>
        </w:rPr>
        <w:t>3. Phẩm chất</w:t>
      </w:r>
    </w:p>
    <w:p w:rsidR="00326306" w:rsidRDefault="00611C7C">
      <w:pPr>
        <w:spacing w:after="0" w:line="240" w:lineRule="auto"/>
      </w:pPr>
      <w:r>
        <w:t>- Trách nhiệm: Có ý thức bảo vệ cảnh quan, sử dụng thông tin và công cụ số đúng mục đích, kiểm tra kết quả trước khi tin và chia sẻ.</w:t>
      </w:r>
    </w:p>
    <w:p w:rsidR="00326306" w:rsidRDefault="00611C7C">
      <w:pPr>
        <w:spacing w:after="0" w:line="240" w:lineRule="auto"/>
      </w:pPr>
      <w:r>
        <w:t>- Chăm chỉ: Tích cực hoàn thành báo cáo, sản phẩm và nhiệm vụ phân loại hình ảnh.</w:t>
      </w:r>
    </w:p>
    <w:p w:rsidR="00326306" w:rsidRDefault="00611C7C">
      <w:pPr>
        <w:spacing w:after="0" w:line="240" w:lineRule="auto"/>
      </w:pPr>
      <w:r>
        <w:t>- Nhân ái: Biết tôn trọng ý kiến, sản phẩm của bạn; cùng hỗ trợ nhau xây dựng trường học xanh, sạch, đẹp và an toàn.</w:t>
      </w:r>
    </w:p>
    <w:p w:rsidR="00326306" w:rsidRDefault="00611C7C">
      <w:pPr>
        <w:spacing w:after="0" w:line="240" w:lineRule="auto"/>
      </w:pPr>
      <w:r>
        <w:rPr>
          <w:b/>
        </w:rPr>
        <w:t>4. Tích hợp</w:t>
      </w:r>
    </w:p>
    <w:p w:rsidR="00326306" w:rsidRDefault="00611C7C">
      <w:pPr>
        <w:spacing w:after="0" w:line="240" w:lineRule="auto"/>
      </w:pPr>
      <w:r>
        <w:rPr>
          <w:color w:val="C00000"/>
        </w:rPr>
        <w:t>- Giáo dục bảo vệ môi trường: HS tiếp tục báo cáo và duy trì dự án “Làm xanh trường lớp”; biết chăm sóc cây, giữ vệ sinh và bảo vệ cảnh quan trường học.</w:t>
      </w:r>
    </w:p>
    <w:p w:rsidR="00326306" w:rsidRDefault="00611C7C">
      <w:pPr>
        <w:spacing w:after="0" w:line="240" w:lineRule="auto"/>
      </w:pPr>
      <w:r>
        <w:rPr>
          <w:color w:val="C00000"/>
        </w:rPr>
        <w:t>- Tích hợp AI - YCCĐ 2.C3.1: HS so sánh khả năng phân loại và sắp xếp dữ liệu hình ảnh về trường học của AI với cách phân loại của con người; biết kiểm tra và sửa kết quả chưa phù hợp.</w:t>
      </w:r>
    </w:p>
    <w:p w:rsidR="00326306" w:rsidRDefault="00611C7C">
      <w:pPr>
        <w:spacing w:after="0" w:line="240" w:lineRule="auto"/>
      </w:pPr>
      <w:r>
        <w:rPr>
          <w:b/>
        </w:rPr>
        <w:t>II. ĐỒ DÙNG DẠY HỌC</w:t>
      </w:r>
    </w:p>
    <w:p w:rsidR="00326306" w:rsidRDefault="00611C7C">
      <w:pPr>
        <w:spacing w:after="0" w:line="240" w:lineRule="auto"/>
      </w:pPr>
      <w:r>
        <w:t>- GV: Video hoặc nhạc bài hát “Em yêu cây xanh” - sáng tác Hoàng Văn Yến; máy tính, máy chiếu; hình SGK trang 32, 33, 41; bộ ảnh phân loại hành vi an toàn; thẻ “An toàn/Chưa an toàn”.</w:t>
      </w:r>
    </w:p>
    <w:p w:rsidR="00326306" w:rsidRDefault="00611C7C">
      <w:pPr>
        <w:spacing w:after="0" w:line="240" w:lineRule="auto"/>
      </w:pPr>
      <w:r>
        <w:t>- HS: SGK, VBT; báo cáo dự án “Làm xanh trường lớp”; tranh vẽ hoặc cắt, dán chủ đề “Ngôi trường thứ hai” mà em mơ ước.</w:t>
      </w:r>
    </w:p>
    <w:p w:rsidR="00326306" w:rsidRDefault="00611C7C">
      <w:pPr>
        <w:spacing w:after="0" w:line="240" w:lineRule="auto"/>
      </w:pPr>
      <w:r>
        <w:rPr>
          <w:b/>
        </w:rPr>
        <w:t>III. CÁC HOẠT ĐỘNG DẠY HỌC CHỦ YẾU</w:t>
      </w:r>
    </w:p>
    <w:tbl>
      <w:tblPr>
        <w:tblW w:w="10402" w:type="dxa"/>
        <w:jc w:val="center"/>
        <w:tblBorders>
          <w:top w:val="single" w:sz="8" w:space="0" w:color="000000"/>
          <w:left w:val="single" w:sz="8" w:space="0" w:color="000000"/>
          <w:bottom w:val="single" w:sz="8" w:space="0" w:color="000000"/>
          <w:right w:val="single" w:sz="8" w:space="0" w:color="000000"/>
          <w:insideV w:val="single" w:sz="8" w:space="0" w:color="000000"/>
        </w:tblBorders>
        <w:tblLayout w:type="fixed"/>
        <w:tblLook w:val="04A0" w:firstRow="1" w:lastRow="0" w:firstColumn="1" w:lastColumn="0" w:noHBand="0" w:noVBand="1"/>
      </w:tblPr>
      <w:tblGrid>
        <w:gridCol w:w="5500"/>
        <w:gridCol w:w="4902"/>
      </w:tblGrid>
      <w:tr w:rsidR="00326306" w:rsidTr="0058177C">
        <w:trPr>
          <w:tblHeader/>
          <w:jc w:val="center"/>
        </w:trPr>
        <w:tc>
          <w:tcPr>
            <w:tcW w:w="5500" w:type="dxa"/>
            <w:tcBorders>
              <w:bottom w:val="single" w:sz="8" w:space="0" w:color="000000"/>
            </w:tcBorders>
            <w:shd w:val="clear" w:color="auto" w:fill="auto"/>
            <w:tcMar>
              <w:top w:w="25" w:type="dxa"/>
              <w:left w:w="45" w:type="dxa"/>
              <w:bottom w:w="25" w:type="dxa"/>
              <w:right w:w="45" w:type="dxa"/>
            </w:tcMar>
          </w:tcPr>
          <w:p w:rsidR="00326306" w:rsidRDefault="00611C7C">
            <w:pPr>
              <w:spacing w:after="0" w:line="240" w:lineRule="auto"/>
              <w:jc w:val="center"/>
            </w:pPr>
            <w:r>
              <w:rPr>
                <w:b/>
              </w:rPr>
              <w:t>HOẠT ĐỘNG CỦA GIÁO VIÊN</w:t>
            </w:r>
          </w:p>
        </w:tc>
        <w:tc>
          <w:tcPr>
            <w:tcW w:w="4902" w:type="dxa"/>
            <w:tcBorders>
              <w:bottom w:val="single" w:sz="8" w:space="0" w:color="000000"/>
            </w:tcBorders>
            <w:shd w:val="clear" w:color="auto" w:fill="auto"/>
            <w:tcMar>
              <w:top w:w="25" w:type="dxa"/>
              <w:left w:w="45" w:type="dxa"/>
              <w:bottom w:w="25" w:type="dxa"/>
              <w:right w:w="45" w:type="dxa"/>
            </w:tcMar>
          </w:tcPr>
          <w:p w:rsidR="00326306" w:rsidRDefault="00611C7C">
            <w:pPr>
              <w:spacing w:after="0" w:line="240" w:lineRule="auto"/>
              <w:jc w:val="center"/>
            </w:pPr>
            <w:r>
              <w:rPr>
                <w:b/>
              </w:rPr>
              <w:t>HOẠT ĐỘNG CỦA HỌC SINH</w:t>
            </w:r>
          </w:p>
        </w:tc>
      </w:tr>
      <w:tr w:rsidR="00326306" w:rsidTr="0058177C">
        <w:trPr>
          <w:jc w:val="center"/>
        </w:trPr>
        <w:tc>
          <w:tcPr>
            <w:tcW w:w="10402" w:type="dxa"/>
            <w:gridSpan w:val="2"/>
            <w:tcBorders>
              <w:top w:val="single" w:sz="8" w:space="0" w:color="000000"/>
              <w:bottom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rPr>
                <w:b/>
              </w:rPr>
              <w:t>1. KHỞI ĐỘNG (3-5 phút)</w:t>
            </w:r>
          </w:p>
          <w:p w:rsidR="00326306" w:rsidRDefault="00611C7C">
            <w:pPr>
              <w:spacing w:after="0" w:line="240" w:lineRule="auto"/>
            </w:pPr>
            <w:r>
              <w:rPr>
                <w:b/>
              </w:rPr>
              <w:t xml:space="preserve">Mục tiêu: </w:t>
            </w:r>
            <w:r>
              <w:t>Tạo tâm thế tích cực, hứng thú học tập cho HS và kết nối với bài học.</w:t>
            </w:r>
          </w:p>
        </w:tc>
      </w:tr>
      <w:tr w:rsidR="00326306" w:rsidTr="0058177C">
        <w:trPr>
          <w:jc w:val="center"/>
        </w:trPr>
        <w:tc>
          <w:tcPr>
            <w:tcW w:w="5500" w:type="dxa"/>
            <w:tcBorders>
              <w:top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t>- GV cho cả lớp nghe/hát và vận động theo nhạc bài hát “Em yêu cây xanh” - sáng tác Hoàng Văn Yến.</w:t>
            </w:r>
          </w:p>
        </w:tc>
        <w:tc>
          <w:tcPr>
            <w:tcW w:w="4902" w:type="dxa"/>
            <w:tcBorders>
              <w:top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t>- HS hát, vận động theo nhịp bài hát.</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hỏi: Vì sao cây xanh cần được chăm sóc thường xuyên?</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trả lời: Vì cây cần nước, ánh sáng, đất sạch và sự chăm sóc để sống, phát triển và làm đẹp trường lớp.</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nhận xét, dẫn dắt vào bài.</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chú ý, chuẩn bị báo cáo dự án và tổng kết chủ đề.</w:t>
            </w:r>
          </w:p>
        </w:tc>
      </w:tr>
      <w:tr w:rsidR="00326306" w:rsidTr="0058177C">
        <w:trPr>
          <w:jc w:val="center"/>
        </w:trPr>
        <w:tc>
          <w:tcPr>
            <w:tcW w:w="5500" w:type="dxa"/>
            <w:tcBorders>
              <w:bottom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t>- GV kết luận: Chăm sóc cây là việc làm cần được duy trì đều đặn, không chỉ thực hiện trong một buổi hoặc một tuần.</w:t>
            </w:r>
          </w:p>
        </w:tc>
        <w:tc>
          <w:tcPr>
            <w:tcW w:w="4902" w:type="dxa"/>
            <w:tcBorders>
              <w:bottom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t>- HS lắng nghe, ghi nhớ.</w:t>
            </w:r>
          </w:p>
        </w:tc>
      </w:tr>
      <w:tr w:rsidR="00326306" w:rsidTr="0058177C">
        <w:trPr>
          <w:jc w:val="center"/>
        </w:trPr>
        <w:tc>
          <w:tcPr>
            <w:tcW w:w="10402" w:type="dxa"/>
            <w:gridSpan w:val="2"/>
            <w:tcBorders>
              <w:top w:val="single" w:sz="8" w:space="0" w:color="000000"/>
              <w:bottom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rPr>
                <w:b/>
              </w:rPr>
              <w:t>2. VẬN DỤNG (15-18 phút)</w:t>
            </w:r>
          </w:p>
          <w:p w:rsidR="00326306" w:rsidRDefault="00611C7C">
            <w:pPr>
              <w:spacing w:after="0" w:line="240" w:lineRule="auto"/>
            </w:pPr>
            <w:r>
              <w:rPr>
                <w:b/>
              </w:rPr>
              <w:t xml:space="preserve">Mục tiêu: </w:t>
            </w:r>
            <w:r>
              <w:t>HS vận dụng kiến thức để báo cáo dự án, chia sẻ kết quả và tự đánh giá sau chủ đề.</w:t>
            </w:r>
          </w:p>
          <w:p w:rsidR="00326306" w:rsidRDefault="00611C7C">
            <w:pPr>
              <w:spacing w:after="0" w:line="240" w:lineRule="auto"/>
            </w:pPr>
            <w:r>
              <w:rPr>
                <w:b/>
                <w:color w:val="C00000"/>
              </w:rPr>
              <w:t xml:space="preserve">Mục tiêu tích hợp: </w:t>
            </w:r>
            <w:r>
              <w:rPr>
                <w:color w:val="C00000"/>
              </w:rPr>
              <w:t>HS biết tiếp tục chăm sóc cây, giữ vệ sinh và bảo vệ cảnh quan trường học bằng những việc làm cụ thể.</w:t>
            </w:r>
          </w:p>
        </w:tc>
      </w:tr>
      <w:tr w:rsidR="00326306" w:rsidTr="0058177C">
        <w:trPr>
          <w:jc w:val="center"/>
        </w:trPr>
        <w:tc>
          <w:tcPr>
            <w:tcW w:w="10402" w:type="dxa"/>
            <w:gridSpan w:val="2"/>
            <w:tcBorders>
              <w:top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rPr>
                <w:b/>
              </w:rPr>
              <w:t>HĐ1. DỰ ÁN “LÀM XANH TRƯỜNG LỚP”</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rsidP="009A27B6">
            <w:pPr>
              <w:spacing w:after="0" w:line="240" w:lineRule="auto"/>
            </w:pPr>
            <w:r>
              <w:t>- GV tiếp tục tổ chức cho các nhóm còn lại báo cáo kết quả dự án “Làm xanh trường lớp” theo gợi ý sau.</w:t>
            </w:r>
          </w:p>
        </w:tc>
        <w:tc>
          <w:tcPr>
            <w:tcW w:w="4902" w:type="dxa"/>
            <w:shd w:val="clear" w:color="auto" w:fill="auto"/>
            <w:tcMar>
              <w:top w:w="25" w:type="dxa"/>
              <w:left w:w="45" w:type="dxa"/>
              <w:bottom w:w="25" w:type="dxa"/>
              <w:right w:w="45" w:type="dxa"/>
            </w:tcMar>
          </w:tcPr>
          <w:p w:rsidR="00326306" w:rsidRDefault="00611C7C">
            <w:pPr>
              <w:spacing w:after="0" w:line="240" w:lineRule="auto"/>
            </w:pPr>
            <w:r>
              <w:t>- Các nhóm còn lại chuẩn bị báo cáo, tranh, ảnh, video hoặc sản phẩm thực tế về dự án.</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yêu cầu: Hãy nêu số lượng cây xanh nhóm mang đến để trang trí hoặc trồng ở vườn trường.</w:t>
            </w:r>
          </w:p>
        </w:tc>
        <w:tc>
          <w:tcPr>
            <w:tcW w:w="4902" w:type="dxa"/>
            <w:shd w:val="clear" w:color="auto" w:fill="auto"/>
            <w:tcMar>
              <w:top w:w="25" w:type="dxa"/>
              <w:left w:w="45" w:type="dxa"/>
              <w:bottom w:w="25" w:type="dxa"/>
              <w:right w:w="45" w:type="dxa"/>
            </w:tcMar>
          </w:tcPr>
          <w:p w:rsidR="00326306" w:rsidRDefault="00611C7C">
            <w:pPr>
              <w:spacing w:after="0" w:line="240" w:lineRule="auto"/>
            </w:pPr>
            <w:r>
              <w:t>- Đại diện nhóm nêu số lượng cây và vị trí cây được trồng hoặc đặt trang trí.</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lastRenderedPageBreak/>
              <w:t>- GV yêu cầu: Hãy giới thiệu tên các loại cây các bạn mang đến.</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giới thiệu tên, đặc điểm đơn giản và nhu cầu chăm sóc của từng loại cây.</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hỏi: Nhóm đã thực hiện những hoạt động chăm sóc cây nào?</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trả lời: Nhóm tưới nước, nhổ cỏ, làm sạch khu vực, theo dõi cây và phân công chăm sóc theo ngày.</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hỏi: Kết quả của dự án như thế nào?</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trả lời: Cây sống và phát triển; khu vực lớp hoặc vườn trường xanh, sạch hơn; nhóm đã hình thành lịch chăm sóc.</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yêu cầu: Hãy nói cảm nhận của em khi tham gia dự án “Làm xanh trường lớp”.</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chia sẻ cảm nghĩ: vui, tự hào, biết hợp tác và có trách nhiệm hơn với trường lớp.</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mời HS nhận xét kết quả của nhóm bạn.</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nhận xét theo tiêu chí: báo cáo rõ, minh chứng phù hợp, cây được chăm sóc tốt và nhóm phối hợp hiệu quả.</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rPr>
                <w:b/>
                <w:color w:val="C00000"/>
              </w:rPr>
              <w:t xml:space="preserve">- Giáo dục bảo vệ môi trường: </w:t>
            </w:r>
            <w:r>
              <w:rPr>
                <w:color w:val="C00000"/>
              </w:rPr>
              <w:t>GV yêu cầu từng nhóm duy trì bảng phân công chăm sóc cây sau khi dự án được báo cáo. Các em cần quan sát độ ẩm của đất trước khi tưới, sử dụng lượng nước vừa đủ, nhổ cỏ và thu gom rác quanh bồn cây, không bẻ cành hoặc hái hoa. Khi thấy cây có dấu hiệu héo, sâu bệnh hoặc gãy cành, HS cần báo giáo viên và cùng tìm cách hỗ trợ phù hợp. Việc chăm sóc cây thường xuyên thể hiện tình yêu trường lớp, trách nhiệm với môi trường và sự hợp tác của tập thể.</w:t>
            </w:r>
          </w:p>
        </w:tc>
        <w:tc>
          <w:tcPr>
            <w:tcW w:w="4902" w:type="dxa"/>
            <w:shd w:val="clear" w:color="auto" w:fill="auto"/>
            <w:tcMar>
              <w:top w:w="25" w:type="dxa"/>
              <w:left w:w="45" w:type="dxa"/>
              <w:bottom w:w="25" w:type="dxa"/>
              <w:right w:w="45" w:type="dxa"/>
            </w:tcMar>
          </w:tcPr>
          <w:p w:rsidR="00326306" w:rsidRDefault="00611C7C">
            <w:pPr>
              <w:spacing w:after="0" w:line="240" w:lineRule="auto"/>
            </w:pPr>
            <w:r>
              <w:rPr>
                <w:color w:val="C00000"/>
              </w:rPr>
              <w:t>- HS lắng nghe, thống nhất duy trì lịch chăm sóc cây, tiết kiệm nước, giữ khu vực sạch và báo giáo viên khi cây có dấu hiệu bất thường.</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nhận xét, khen ngợi.</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lắng nghe, tiếp thu góp ý và hoàn thiện phần báo cáo.</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kết luận: Mỗi cây xanh được chăm sóc tốt là kết quả của sự kiên trì, hợp tác và trách nhiệm của cả nhóm.</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lắng nghe, tiếp tục thực hiện nhiệm vụ chăm sóc cây.</w:t>
            </w:r>
          </w:p>
        </w:tc>
      </w:tr>
      <w:tr w:rsidR="00326306" w:rsidTr="0058177C">
        <w:trPr>
          <w:jc w:val="center"/>
        </w:trPr>
        <w:tc>
          <w:tcPr>
            <w:tcW w:w="10402" w:type="dxa"/>
            <w:gridSpan w:val="2"/>
            <w:shd w:val="clear" w:color="auto" w:fill="auto"/>
            <w:tcMar>
              <w:top w:w="25" w:type="dxa"/>
              <w:left w:w="45" w:type="dxa"/>
              <w:bottom w:w="25" w:type="dxa"/>
              <w:right w:w="45" w:type="dxa"/>
            </w:tcMar>
          </w:tcPr>
          <w:p w:rsidR="00326306" w:rsidRDefault="00611C7C">
            <w:pPr>
              <w:spacing w:after="0" w:line="240" w:lineRule="auto"/>
            </w:pPr>
            <w:r>
              <w:rPr>
                <w:b/>
              </w:rPr>
              <w:t>HĐ2. TỔNG KẾT CHỦ ĐỀ TRƯỜNG HỌC</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tổ chức cho HS đọc mục “Bây giờ, em có thể” SGK trang 41.</w:t>
            </w:r>
          </w:p>
          <w:p w:rsidR="00326306" w:rsidRDefault="00326306">
            <w:pPr>
              <w:spacing w:after="0" w:line="240" w:lineRule="auto"/>
              <w:jc w:val="center"/>
            </w:pPr>
          </w:p>
        </w:tc>
        <w:tc>
          <w:tcPr>
            <w:tcW w:w="4902" w:type="dxa"/>
            <w:shd w:val="clear" w:color="auto" w:fill="auto"/>
            <w:tcMar>
              <w:top w:w="25" w:type="dxa"/>
              <w:left w:w="45" w:type="dxa"/>
              <w:bottom w:w="25" w:type="dxa"/>
              <w:right w:w="45" w:type="dxa"/>
            </w:tcMar>
          </w:tcPr>
          <w:p w:rsidR="00326306" w:rsidRDefault="00611C7C">
            <w:pPr>
              <w:spacing w:after="0" w:line="240" w:lineRule="auto"/>
            </w:pPr>
            <w:r>
              <w:t>- HS đọc mục “Bây giờ, em có thể” và tự đối chiếu với việc mình đã thực hiện.</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yêu cầu: Hãy chia sẻ với bạn nội dung em yêu thích nhất trong chủ đề này.</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chia sẻ cặp đôi, sau đó một số HS chia sẻ trước lớp về ngày khai giảng, ngày hội đọc sách, an toàn hoặc giữ vệ sinh trường học.</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hỏi: Hình vẽ ở phần cuối trang mô tả điều gì?</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trả lời: Bạn nhỏ đang giới thiệu hai cuốn sách đã đọc và hỏi các bạn về số sách đã đọc trong tháng.</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hỏi: Bạn trong hình muốn nhắc nhở các bạn điều gì?</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trả lời: Bạn muốn khuyến khích mọi người duy trì kế hoạch đọc sách và chia sẻ sách đã đọc.</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hỏi: Em đã thực hiện kế hoạch đọc sách của mình như thế nào?</w:t>
            </w:r>
          </w:p>
        </w:tc>
        <w:tc>
          <w:tcPr>
            <w:tcW w:w="4902" w:type="dxa"/>
            <w:shd w:val="clear" w:color="auto" w:fill="auto"/>
            <w:tcMar>
              <w:top w:w="25" w:type="dxa"/>
              <w:left w:w="45" w:type="dxa"/>
              <w:bottom w:w="25" w:type="dxa"/>
              <w:right w:w="45" w:type="dxa"/>
            </w:tcMar>
          </w:tcPr>
          <w:p w:rsidR="00326306" w:rsidRDefault="00611C7C">
            <w:pPr>
              <w:spacing w:after="0" w:line="240" w:lineRule="auto"/>
            </w:pPr>
            <w:r>
              <w:t xml:space="preserve">- HS trả lời theo thực tế: Em đã đọc sách theo tuần, ghi tên sách, chia sẻ nội dung và giữ gìn </w:t>
            </w:r>
            <w:r>
              <w:lastRenderedPageBreak/>
              <w:t>sách cẩn thận.</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lastRenderedPageBreak/>
              <w:t>- GV mời HS giới thiệu tranh vẽ hoặc sản phẩm cắt, dán chủ đề “Ngôi trường thứ hai” mà em mơ ước.</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giới thiệu sản phẩm, nêu một đặc điểm của ngôi trường mơ ước và khẩu hiệu tuyên truyền.</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nhận xét, tuyên dương.</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lắng nghe, trân trọng sản phẩm của bạn.</w:t>
            </w:r>
          </w:p>
        </w:tc>
      </w:tr>
      <w:tr w:rsidR="00326306" w:rsidTr="0058177C">
        <w:trPr>
          <w:jc w:val="center"/>
        </w:trPr>
        <w:tc>
          <w:tcPr>
            <w:tcW w:w="5500" w:type="dxa"/>
            <w:tcBorders>
              <w:bottom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t>- GV kết luận: Trường học là ngôi nhà thứ hai; mỗi học sinh cần học tập chăm chỉ, vui chơi an toàn, yêu quý bạn bè và cùng giữ trường lớp xanh, sạch, đẹp.</w:t>
            </w:r>
          </w:p>
        </w:tc>
        <w:tc>
          <w:tcPr>
            <w:tcW w:w="4902" w:type="dxa"/>
            <w:tcBorders>
              <w:bottom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t>- HS lắng nghe, nhắc lại thông điệp của chủ đề.</w:t>
            </w:r>
          </w:p>
        </w:tc>
      </w:tr>
      <w:tr w:rsidR="00326306" w:rsidTr="0058177C">
        <w:trPr>
          <w:jc w:val="center"/>
        </w:trPr>
        <w:tc>
          <w:tcPr>
            <w:tcW w:w="10402" w:type="dxa"/>
            <w:gridSpan w:val="2"/>
            <w:tcBorders>
              <w:top w:val="single" w:sz="8" w:space="0" w:color="000000"/>
              <w:bottom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rPr>
                <w:b/>
              </w:rPr>
              <w:t>3. LUYỆN TẬP, VẬN DỤNG VỚI AI (8-10 phút)</w:t>
            </w:r>
          </w:p>
          <w:p w:rsidR="00326306" w:rsidRDefault="00611C7C">
            <w:pPr>
              <w:spacing w:after="0" w:line="240" w:lineRule="auto"/>
            </w:pPr>
            <w:r>
              <w:rPr>
                <w:b/>
              </w:rPr>
              <w:t xml:space="preserve">Mục tiêu: </w:t>
            </w:r>
            <w:r>
              <w:t>HS phân loại hình ảnh về hành vi an toàn, chưa an toàn ở trường và giải thích được căn cứ phân loại.</w:t>
            </w:r>
          </w:p>
          <w:p w:rsidR="00326306" w:rsidRDefault="00611C7C">
            <w:pPr>
              <w:spacing w:after="0" w:line="240" w:lineRule="auto"/>
            </w:pPr>
            <w:r>
              <w:rPr>
                <w:b/>
                <w:color w:val="C00000"/>
              </w:rPr>
              <w:t xml:space="preserve">Mục tiêu tích hợp: </w:t>
            </w:r>
            <w:r>
              <w:rPr>
                <w:color w:val="C00000"/>
              </w:rPr>
              <w:t>HS so sánh kết quả phân loại hình ảnh của con người với gợi ý của AI; biết AI có thể hỗ trợ nhưng con người cần kiểm tra, giải thích và sửa kết quả chưa phù hợp.</w:t>
            </w:r>
          </w:p>
        </w:tc>
      </w:tr>
      <w:tr w:rsidR="00326306" w:rsidTr="0058177C">
        <w:trPr>
          <w:jc w:val="center"/>
        </w:trPr>
        <w:tc>
          <w:tcPr>
            <w:tcW w:w="10402" w:type="dxa"/>
            <w:gridSpan w:val="2"/>
            <w:tcBorders>
              <w:top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rPr>
                <w:b/>
              </w:rPr>
              <w:t>HĐ3. TRÒ CHƠI “PHÂN LOẠI HÀNH VI AN TOÀN”</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rsidP="009A27B6">
            <w:pPr>
              <w:spacing w:after="0" w:line="240" w:lineRule="auto"/>
            </w:pPr>
            <w:r>
              <w:t>- GV yêu cầu HS quan sát các hình minh họa t</w:t>
            </w:r>
            <w:r w:rsidR="009A27B6">
              <w:t>rong SGK hoặc tranh GV chuẩn bị</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quan sát từng hình, nhận diện hoạt động và các dấu hiệu an toàn hoặc nguy hiểm.</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đặt câu hỏi: “Hãy quan sát và cho biết có điều gì không đúng ở mỗi hình?”</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nêu hành vi chưa phù hợp: kéo bạn, chạy nhảy ở nơi trơn, chơi gần vật cản, đùa nghịch hoặc chen lấn.</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chia lớp thành nhóm 4, phát phiếu quan sát gồm 6 hình.</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nhận phiếu, thảo luận nhóm 4 và xếp hình vào hai nhóm “An toàn” và “Chưa an toàn”.</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mời các nhóm báo cáo kết quả.</w:t>
            </w:r>
          </w:p>
        </w:tc>
        <w:tc>
          <w:tcPr>
            <w:tcW w:w="4902" w:type="dxa"/>
            <w:shd w:val="clear" w:color="auto" w:fill="auto"/>
            <w:tcMar>
              <w:top w:w="25" w:type="dxa"/>
              <w:left w:w="45" w:type="dxa"/>
              <w:bottom w:w="25" w:type="dxa"/>
              <w:right w:w="45" w:type="dxa"/>
            </w:tcMar>
          </w:tcPr>
          <w:p w:rsidR="00326306" w:rsidRDefault="00611C7C">
            <w:pPr>
              <w:spacing w:after="0" w:line="240" w:lineRule="auto"/>
            </w:pPr>
            <w:r>
              <w:t>- Đại diện nhóm trình bày kết quả; HS khác bổ sung hoặc nhận xét.</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gợi mở: “Theo em, hành động đó có thể gây hậu quả gì?”</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nêu hậu quả có thể xảy ra: ngã, va chạm, làm bạn bị thương, làm hỏng đồ dùng hoặc gây mất trật tự.</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gợi mở: “Nếu là em, em sẽ làm gì để an toàn hơn?”</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nêu cách xử lí đúng: dừng hành động nguy hiểm, nhắc bạn nhẹ nhàng, thực hiện đúng nội quy và báo thầy cô khi cần.</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rPr>
                <w:b/>
                <w:color w:val="C00000"/>
              </w:rPr>
              <w:t xml:space="preserve">- Tích hợp AI - YCCĐ 2.C3.1: </w:t>
            </w:r>
            <w:r>
              <w:rPr>
                <w:color w:val="C00000"/>
              </w:rPr>
              <w:t>GV trình chiếu kết quả phân loại do một công cụ AI gợi ý. HS đối chiếu từng hình với kết quả của nhóm mình và trả lời: AI dựa vào đặc điểm nào để xếp hình? Kết quả nào giống cách phân loại của con người? Có hình nào AI xếp chưa phù hợp không? GV nhấn mạnh rằng AI có thể nhận diện nhanh dựa trên hình ảnh, nhưng có thể nhầm khi hình thiếu rõ ràng hoặc không hiểu đầy đủ bối cảnh. Vì vậy, HS cần quan sát kĩ, dùng kiến thức về an toàn để kiểm tra, giải thích và sửa kết quả trước khi sử dụng hoặc chia sẻ.</w:t>
            </w:r>
          </w:p>
        </w:tc>
        <w:tc>
          <w:tcPr>
            <w:tcW w:w="4902" w:type="dxa"/>
            <w:shd w:val="clear" w:color="auto" w:fill="auto"/>
            <w:tcMar>
              <w:top w:w="25" w:type="dxa"/>
              <w:left w:w="45" w:type="dxa"/>
              <w:bottom w:w="25" w:type="dxa"/>
              <w:right w:w="45" w:type="dxa"/>
            </w:tcMar>
          </w:tcPr>
          <w:p w:rsidR="00326306" w:rsidRDefault="00611C7C">
            <w:pPr>
              <w:spacing w:after="0" w:line="240" w:lineRule="auto"/>
            </w:pPr>
            <w:r>
              <w:rPr>
                <w:color w:val="C00000"/>
              </w:rPr>
              <w:t>- HS đối chiếu kết quả, chỉ ra điểm giống và khác; giải thích căn cứ phân loại, phát hiện kết quả chưa phù hợp và sửa bằng hiểu biết của mình. HS nêu: AI chỉ hỗ trợ, con người phải kiểm tra và chịu trách nhiệm về quyết định cuối cùng.</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xml:space="preserve">- GV tổ chức trò chơi: Mỗi nhóm bốc một thẻ hình, </w:t>
            </w:r>
            <w:r>
              <w:lastRenderedPageBreak/>
              <w:t>mô tả hành vi và nêu hai việc nên làm, hai việc không nên làm.</w:t>
            </w:r>
          </w:p>
        </w:tc>
        <w:tc>
          <w:tcPr>
            <w:tcW w:w="4902" w:type="dxa"/>
            <w:shd w:val="clear" w:color="auto" w:fill="auto"/>
            <w:tcMar>
              <w:top w:w="25" w:type="dxa"/>
              <w:left w:w="45" w:type="dxa"/>
              <w:bottom w:w="25" w:type="dxa"/>
              <w:right w:w="45" w:type="dxa"/>
            </w:tcMar>
          </w:tcPr>
          <w:p w:rsidR="00326306" w:rsidRDefault="00611C7C">
            <w:pPr>
              <w:spacing w:after="0" w:line="240" w:lineRule="auto"/>
            </w:pPr>
            <w:r>
              <w:lastRenderedPageBreak/>
              <w:t xml:space="preserve">- HS tham gia trò chơi, mô tả hình, nêu việc </w:t>
            </w:r>
            <w:r>
              <w:lastRenderedPageBreak/>
              <w:t>nên làm và không nên làm; các nhóm cổ vũ, bổ sung.</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lastRenderedPageBreak/>
              <w:t>- GV nhận xét, biểu dương nhóm nêu được nhiều ý đúng.</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lắng nghe, tự đánh giá cách quan sát và phân loại của nhóm.</w:t>
            </w:r>
          </w:p>
        </w:tc>
      </w:tr>
      <w:tr w:rsidR="00326306" w:rsidTr="0058177C">
        <w:trPr>
          <w:jc w:val="center"/>
        </w:trPr>
        <w:tc>
          <w:tcPr>
            <w:tcW w:w="5500" w:type="dxa"/>
            <w:tcBorders>
              <w:bottom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t>- GV kết luận: AI có thể giúp phân loại hình ảnh nhanh, nhưng các em phải quan sát, kiểm tra và dùng kiến thức của mình để quyết định hành vi nào thực sự an toàn.</w:t>
            </w:r>
          </w:p>
        </w:tc>
        <w:tc>
          <w:tcPr>
            <w:tcW w:w="4902" w:type="dxa"/>
            <w:tcBorders>
              <w:bottom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t>- HS ghi nhớ, nhắc lại nguyên tắc: quan sát - kiểm tra - giải thích - quyết định.</w:t>
            </w:r>
          </w:p>
        </w:tc>
      </w:tr>
      <w:tr w:rsidR="00326306" w:rsidTr="0058177C">
        <w:trPr>
          <w:jc w:val="center"/>
        </w:trPr>
        <w:tc>
          <w:tcPr>
            <w:tcW w:w="10402" w:type="dxa"/>
            <w:gridSpan w:val="2"/>
            <w:tcBorders>
              <w:top w:val="single" w:sz="8" w:space="0" w:color="000000"/>
              <w:bottom w:val="single" w:sz="8" w:space="0" w:color="000000"/>
            </w:tcBorders>
            <w:shd w:val="clear" w:color="auto" w:fill="auto"/>
            <w:tcMar>
              <w:top w:w="25" w:type="dxa"/>
              <w:left w:w="45" w:type="dxa"/>
              <w:bottom w:w="25" w:type="dxa"/>
              <w:right w:w="45" w:type="dxa"/>
            </w:tcMar>
          </w:tcPr>
          <w:p w:rsidR="00326306" w:rsidRDefault="00611C7C">
            <w:pPr>
              <w:spacing w:after="0" w:line="240" w:lineRule="auto"/>
            </w:pPr>
            <w:bookmarkStart w:id="0" w:name="_GoBack"/>
            <w:r>
              <w:rPr>
                <w:b/>
              </w:rPr>
              <w:t>4. CỦNG CỐ, DẶN DÒ (2-3 phút)</w:t>
            </w:r>
          </w:p>
          <w:p w:rsidR="00326306" w:rsidRDefault="00611C7C">
            <w:pPr>
              <w:spacing w:after="0" w:line="240" w:lineRule="auto"/>
            </w:pPr>
            <w:r>
              <w:rPr>
                <w:b/>
              </w:rPr>
              <w:t xml:space="preserve">Mục tiêu: </w:t>
            </w:r>
            <w:r>
              <w:t>Ghi nhớ, khắc sâu nội dung đã học và chuẩn bị cho chủ đề tiếp theo.</w:t>
            </w:r>
          </w:p>
        </w:tc>
      </w:tr>
      <w:bookmarkEnd w:id="0"/>
      <w:tr w:rsidR="00326306" w:rsidTr="0058177C">
        <w:trPr>
          <w:jc w:val="center"/>
        </w:trPr>
        <w:tc>
          <w:tcPr>
            <w:tcW w:w="5500" w:type="dxa"/>
            <w:tcBorders>
              <w:top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t>- GV hỏi: Qua chủ đề Trường học, em đã biết và làm được những gì?</w:t>
            </w:r>
          </w:p>
        </w:tc>
        <w:tc>
          <w:tcPr>
            <w:tcW w:w="4902" w:type="dxa"/>
            <w:tcBorders>
              <w:top w:val="single" w:sz="8" w:space="0" w:color="000000"/>
            </w:tcBorders>
            <w:shd w:val="clear" w:color="auto" w:fill="auto"/>
            <w:tcMar>
              <w:top w:w="25" w:type="dxa"/>
              <w:left w:w="45" w:type="dxa"/>
              <w:bottom w:w="25" w:type="dxa"/>
              <w:right w:w="45" w:type="dxa"/>
            </w:tcMar>
          </w:tcPr>
          <w:p w:rsidR="00326306" w:rsidRDefault="00611C7C">
            <w:pPr>
              <w:spacing w:after="0" w:line="240" w:lineRule="auto"/>
            </w:pPr>
            <w:r>
              <w:t>- HS nêu: Em biết tham gia sự kiện, đọc sách, phòng tránh nguy hiểm, giữ vệ sinh, chăm sóc cây và kiểm tra gợi ý của công cụ AI.</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nhận xét giờ học.</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lắng nghe, tự đánh giá mức độ hoàn thành nhiệm vụ.</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nhắc nhở HS tiếp tục thực hiện dự án “Làm xanh trường lớp”.</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ghi nhớ, tiếp tục chăm sóc cây và giữ vệ sinh khu vực được phân công.</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dặn HS chuẩn bị bài 11: Hoạt động mua bán hàng hóa.</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ghi nhớ, chuẩn bị SGK và tìm hiểu một số nơi mua bán hàng hóa ở địa phương.</w:t>
            </w:r>
          </w:p>
        </w:tc>
      </w:tr>
      <w:tr w:rsidR="00326306" w:rsidTr="0058177C">
        <w:trPr>
          <w:jc w:val="center"/>
        </w:trPr>
        <w:tc>
          <w:tcPr>
            <w:tcW w:w="5500" w:type="dxa"/>
            <w:shd w:val="clear" w:color="auto" w:fill="auto"/>
            <w:tcMar>
              <w:top w:w="25" w:type="dxa"/>
              <w:left w:w="45" w:type="dxa"/>
              <w:bottom w:w="25" w:type="dxa"/>
              <w:right w:w="45" w:type="dxa"/>
            </w:tcMar>
          </w:tcPr>
          <w:p w:rsidR="00326306" w:rsidRDefault="00611C7C">
            <w:pPr>
              <w:spacing w:after="0" w:line="240" w:lineRule="auto"/>
            </w:pPr>
            <w:r>
              <w:t>- GV kết luận: Hãy cùng nhau xây dựng trường học an toàn, xanh, sạch, đẹp và sử dụng công nghệ một cách thông minh, có trách nhiệm.</w:t>
            </w:r>
          </w:p>
        </w:tc>
        <w:tc>
          <w:tcPr>
            <w:tcW w:w="4902" w:type="dxa"/>
            <w:shd w:val="clear" w:color="auto" w:fill="auto"/>
            <w:tcMar>
              <w:top w:w="25" w:type="dxa"/>
              <w:left w:w="45" w:type="dxa"/>
              <w:bottom w:w="25" w:type="dxa"/>
              <w:right w:w="45" w:type="dxa"/>
            </w:tcMar>
          </w:tcPr>
          <w:p w:rsidR="00326306" w:rsidRDefault="00611C7C">
            <w:pPr>
              <w:spacing w:after="0" w:line="240" w:lineRule="auto"/>
            </w:pPr>
            <w:r>
              <w:t>- HS lắng nghe, ghi nhớ và thực hiện.</w:t>
            </w:r>
          </w:p>
        </w:tc>
      </w:tr>
    </w:tbl>
    <w:p w:rsidR="00326306" w:rsidRDefault="00611C7C">
      <w:pPr>
        <w:spacing w:after="0" w:line="240" w:lineRule="auto"/>
      </w:pPr>
      <w:r>
        <w:rPr>
          <w:b/>
        </w:rPr>
        <w:t>IV. ĐIỀU CHỈNH SAU TIẾT HỌC (NẾU CÓ):</w:t>
      </w:r>
    </w:p>
    <w:p w:rsidR="00326306" w:rsidRDefault="00611C7C">
      <w:pPr>
        <w:spacing w:after="0" w:line="240" w:lineRule="auto"/>
      </w:pPr>
      <w:r>
        <w:t>…………………………………………………………………………………………………………………………</w:t>
      </w:r>
    </w:p>
    <w:p w:rsidR="00326306" w:rsidRDefault="00611C7C">
      <w:pPr>
        <w:spacing w:after="0" w:line="240" w:lineRule="auto"/>
      </w:pPr>
      <w:r>
        <w:t>…………………………………………………………………………………………………………………………</w:t>
      </w:r>
    </w:p>
    <w:sectPr w:rsidR="00326306" w:rsidSect="00034616">
      <w:pgSz w:w="12240" w:h="15840"/>
      <w:pgMar w:top="964" w:right="850" w:bottom="79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306"/>
    <w:rsid w:val="00326F90"/>
    <w:rsid w:val="0058177C"/>
    <w:rsid w:val="00611C7C"/>
    <w:rsid w:val="009A27B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9A27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7B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9A27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7B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733AB-96CD-40BE-AD46-3E70BFDCC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2856</Words>
  <Characters>16280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BAOTRAN</dc:creator>
  <cp:keywords/>
  <dc:description>generated by python-docx</dc:description>
  <cp:lastModifiedBy>Administrator</cp:lastModifiedBy>
  <cp:revision>3</cp:revision>
  <dcterms:created xsi:type="dcterms:W3CDTF">2026-06-10T19:47:00Z</dcterms:created>
  <dcterms:modified xsi:type="dcterms:W3CDTF">2026-08-18T13:47:00Z</dcterms:modified>
  <cp:category/>
</cp:coreProperties>
</file>