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C6DE" w14:textId="77777777" w:rsidR="003A09DE" w:rsidRDefault="0064324E" w:rsidP="00F144D6">
      <w:pPr>
        <w:shd w:val="clear" w:color="auto" w:fill="FFFFFF" w:themeFill="background1"/>
        <w:spacing w:after="0" w:line="240" w:lineRule="auto"/>
        <w:jc w:val="center"/>
      </w:pPr>
      <w:r>
        <w:rPr>
          <w:b/>
        </w:rPr>
        <w:t>KẾ HOẠCH BÀI DẠY MÔN TIẾNG VIỆT LỚP 2 - TUẦN 31</w:t>
      </w:r>
    </w:p>
    <w:p w14:paraId="5A99DCFB" w14:textId="77777777" w:rsidR="003A09DE" w:rsidRDefault="0064324E" w:rsidP="00F144D6">
      <w:pPr>
        <w:shd w:val="clear" w:color="auto" w:fill="FFFFFF" w:themeFill="background1"/>
        <w:spacing w:after="60" w:line="240" w:lineRule="auto"/>
        <w:jc w:val="center"/>
      </w:pPr>
      <w:r>
        <w:rPr>
          <w:b/>
        </w:rPr>
        <w:t>CHỦ ĐỀ: CON NGƯỜI VIỆT NAM</w:t>
      </w:r>
    </w:p>
    <w:p w14:paraId="5BBF7B13" w14:textId="77777777" w:rsidR="003A09DE" w:rsidRDefault="0064324E" w:rsidP="00F144D6">
      <w:pPr>
        <w:shd w:val="clear" w:color="auto" w:fill="FFFFFF" w:themeFill="background1"/>
        <w:spacing w:after="0" w:line="240" w:lineRule="auto"/>
        <w:jc w:val="center"/>
      </w:pPr>
      <w:r>
        <w:rPr>
          <w:b/>
        </w:rPr>
        <w:t>BÀI 23: BÓP NÁT QUẢ CAM</w:t>
      </w:r>
    </w:p>
    <w:p w14:paraId="5BE16556" w14:textId="77777777" w:rsidR="003A09DE" w:rsidRDefault="0064324E" w:rsidP="00F144D6">
      <w:pPr>
        <w:shd w:val="clear" w:color="auto" w:fill="FFFFFF" w:themeFill="background1"/>
        <w:spacing w:after="60" w:line="240" w:lineRule="auto"/>
        <w:jc w:val="center"/>
      </w:pPr>
      <w:r>
        <w:rPr>
          <w:b/>
        </w:rPr>
        <w:t>TIẾT 1 - 2: ĐỌC - BÓP NÁT QUẢ CAM</w:t>
      </w:r>
    </w:p>
    <w:p w14:paraId="70F9817C" w14:textId="77777777" w:rsidR="003A09DE" w:rsidRDefault="0064324E" w:rsidP="00F144D6">
      <w:pPr>
        <w:shd w:val="clear" w:color="auto" w:fill="FFFFFF" w:themeFill="background1"/>
        <w:spacing w:after="0" w:line="240" w:lineRule="auto"/>
      </w:pPr>
      <w:r>
        <w:rPr>
          <w:b/>
        </w:rPr>
        <w:t>I. YÊU CẦU CẦN ĐẠT</w:t>
      </w:r>
    </w:p>
    <w:p w14:paraId="2EE96BCF" w14:textId="77777777" w:rsidR="003A09DE" w:rsidRDefault="0064324E" w:rsidP="00F144D6">
      <w:pPr>
        <w:shd w:val="clear" w:color="auto" w:fill="FFFFFF" w:themeFill="background1"/>
        <w:spacing w:after="0" w:line="240" w:lineRule="auto"/>
      </w:pPr>
      <w:r>
        <w:rPr>
          <w:b/>
        </w:rPr>
        <w:t>1. Năng lực đặc thù</w:t>
      </w:r>
    </w:p>
    <w:p w14:paraId="4BD99E1E" w14:textId="77777777" w:rsidR="003A09DE" w:rsidRDefault="0064324E" w:rsidP="00F144D6">
      <w:pPr>
        <w:shd w:val="clear" w:color="auto" w:fill="FFFFFF" w:themeFill="background1"/>
        <w:spacing w:after="0" w:line="240" w:lineRule="auto"/>
      </w:pPr>
      <w:r>
        <w:t>- Đọc đúng, rõ ràng văn bản truyện lịch sử; biết ngắt nghỉ hơi đúng ở dấu câu và đọc lời nhân vật phù hợp.</w:t>
      </w:r>
    </w:p>
    <w:p w14:paraId="7693CE65" w14:textId="77777777" w:rsidR="003A09DE" w:rsidRDefault="0064324E" w:rsidP="00F144D6">
      <w:pPr>
        <w:shd w:val="clear" w:color="auto" w:fill="FFFFFF" w:themeFill="background1"/>
        <w:spacing w:after="0" w:line="240" w:lineRule="auto"/>
      </w:pPr>
      <w:r>
        <w:t>- Hiểu nội dung câu chuyện: Trần Quốc Toản tuy nhỏ tuổi nhưng có lòng yêu nước, dũng cảm, quyết tâm đánh giặc.</w:t>
      </w:r>
    </w:p>
    <w:p w14:paraId="1F61EF4E" w14:textId="77777777" w:rsidR="003A09DE" w:rsidRDefault="0064324E" w:rsidP="00F144D6">
      <w:pPr>
        <w:shd w:val="clear" w:color="auto" w:fill="FFFFFF" w:themeFill="background1"/>
        <w:spacing w:after="0" w:line="240" w:lineRule="auto"/>
      </w:pPr>
      <w:r>
        <w:t>- Trả lời được các câu hỏi đọc hiểu; phân loại được từ ngữ chỉ người, chỉ vật; tạo được câu nêu hoạt động theo gợi ý.</w:t>
      </w:r>
    </w:p>
    <w:p w14:paraId="0B264B7F" w14:textId="77777777" w:rsidR="003A09DE" w:rsidRDefault="0064324E" w:rsidP="00F144D6">
      <w:pPr>
        <w:shd w:val="clear" w:color="auto" w:fill="FFFFFF" w:themeFill="background1"/>
        <w:spacing w:after="0" w:line="240" w:lineRule="auto"/>
      </w:pPr>
      <w:r>
        <w:rPr>
          <w:b/>
        </w:rPr>
        <w:t>2. Năng lực chung</w:t>
      </w:r>
    </w:p>
    <w:p w14:paraId="572AF78A" w14:textId="77777777" w:rsidR="003A09DE" w:rsidRDefault="0064324E" w:rsidP="00F144D6">
      <w:pPr>
        <w:shd w:val="clear" w:color="auto" w:fill="FFFFFF" w:themeFill="background1"/>
        <w:spacing w:after="0" w:line="240" w:lineRule="auto"/>
      </w:pPr>
      <w:r>
        <w:t>- Tự chủ và tự học: Chủ động đọc thầm, tìm chi tiết trong văn bản để trả lời câu hỏi.</w:t>
      </w:r>
    </w:p>
    <w:p w14:paraId="26675003" w14:textId="77777777" w:rsidR="003A09DE" w:rsidRDefault="0064324E" w:rsidP="00F144D6">
      <w:pPr>
        <w:shd w:val="clear" w:color="auto" w:fill="FFFFFF" w:themeFill="background1"/>
        <w:spacing w:after="0" w:line="240" w:lineRule="auto"/>
      </w:pPr>
      <w:r>
        <w:t>- Giao tiếp và hợp tác: Biết trao đổi nhóm đôi, nhóm bốn khi đọc hiểu và làm bài tập.</w:t>
      </w:r>
    </w:p>
    <w:p w14:paraId="647545A0" w14:textId="77777777" w:rsidR="003A09DE" w:rsidRDefault="0064324E" w:rsidP="00F144D6">
      <w:pPr>
        <w:shd w:val="clear" w:color="auto" w:fill="FFFFFF" w:themeFill="background1"/>
        <w:spacing w:after="0" w:line="240" w:lineRule="auto"/>
      </w:pPr>
      <w:r>
        <w:t>- Giải quyết vấn đề và sáng tạo: Biết rút ra bài học về trách nhiệm của học sinh trong học tập, rèn luyện.</w:t>
      </w:r>
    </w:p>
    <w:p w14:paraId="01FCF05B" w14:textId="77777777" w:rsidR="003A09DE" w:rsidRDefault="0064324E" w:rsidP="00F144D6">
      <w:pPr>
        <w:shd w:val="clear" w:color="auto" w:fill="FFFFFF" w:themeFill="background1"/>
        <w:spacing w:after="0" w:line="240" w:lineRule="auto"/>
      </w:pPr>
      <w:r>
        <w:rPr>
          <w:b/>
        </w:rPr>
        <w:t>3. Phẩm chất</w:t>
      </w:r>
    </w:p>
    <w:p w14:paraId="5F9D95BE" w14:textId="77777777" w:rsidR="003A09DE" w:rsidRDefault="0064324E" w:rsidP="00F144D6">
      <w:pPr>
        <w:shd w:val="clear" w:color="auto" w:fill="FFFFFF" w:themeFill="background1"/>
        <w:spacing w:after="0" w:line="240" w:lineRule="auto"/>
      </w:pPr>
      <w:r>
        <w:t>- Yêu nước: Biết tự hào về người anh hùng nhỏ tuổi Trần Quốc Toản, trân trọng truyền thống chống giặc ngoại xâm.</w:t>
      </w:r>
    </w:p>
    <w:p w14:paraId="3B868D31" w14:textId="77777777" w:rsidR="003A09DE" w:rsidRDefault="0064324E" w:rsidP="00F144D6">
      <w:pPr>
        <w:shd w:val="clear" w:color="auto" w:fill="FFFFFF" w:themeFill="background1"/>
        <w:spacing w:after="0" w:line="240" w:lineRule="auto"/>
      </w:pPr>
      <w:r>
        <w:t>- Trách nhiệm: Có ý thức học tập, giữ kỉ luật, làm việc phù hợp để thể hiện tình yêu quê hương, đất nước.</w:t>
      </w:r>
    </w:p>
    <w:p w14:paraId="33E36240" w14:textId="77777777" w:rsidR="003A09DE" w:rsidRDefault="0064324E" w:rsidP="00F144D6">
      <w:pPr>
        <w:shd w:val="clear" w:color="auto" w:fill="FFFFFF" w:themeFill="background1"/>
        <w:spacing w:after="0" w:line="240" w:lineRule="auto"/>
      </w:pPr>
      <w:r>
        <w:rPr>
          <w:b/>
        </w:rPr>
        <w:t>4. Tích hợp</w:t>
      </w:r>
    </w:p>
    <w:p w14:paraId="353CF5BC" w14:textId="77777777" w:rsidR="003A09DE" w:rsidRDefault="0064324E" w:rsidP="00F144D6">
      <w:pPr>
        <w:shd w:val="clear" w:color="auto" w:fill="FFFFFF" w:themeFill="background1"/>
        <w:spacing w:after="0" w:line="240" w:lineRule="auto"/>
      </w:pPr>
      <w:r>
        <w:rPr>
          <w:color w:val="C00000"/>
        </w:rPr>
        <w:t>- Tích hợp QPAN/ANQP: Bồi dưỡng lòng yêu nước, ý thức kỉ luật, biết ơn người có công bảo vệ đất nước; liên hệ việc chào cờ nghiêm túc, chăm học, giữ gìn trường lớp.</w:t>
      </w:r>
    </w:p>
    <w:p w14:paraId="7EAC07E2" w14:textId="77777777" w:rsidR="003A09DE" w:rsidRDefault="0064324E" w:rsidP="00F144D6">
      <w:pPr>
        <w:shd w:val="clear" w:color="auto" w:fill="FFFFFF" w:themeFill="background1"/>
        <w:spacing w:after="0" w:line="240" w:lineRule="auto"/>
      </w:pPr>
      <w:r>
        <w:rPr>
          <w:b/>
        </w:rPr>
        <w:t>II. ĐỒ DÙNG DẠY HỌC</w:t>
      </w:r>
    </w:p>
    <w:p w14:paraId="28B75A18" w14:textId="77777777" w:rsidR="003A09DE" w:rsidRDefault="0064324E" w:rsidP="00F144D6">
      <w:pPr>
        <w:shd w:val="clear" w:color="auto" w:fill="FFFFFF" w:themeFill="background1"/>
        <w:spacing w:after="0" w:line="240" w:lineRule="auto"/>
      </w:pPr>
      <w:r>
        <w:t>- GV: Máy tính, máy chiếu/tivi, tranh minh hoạ bài đọc, tranh cắt từ SGK, thẻ từ ngữ, phiếu câu hỏi đọc hiểu.</w:t>
      </w:r>
    </w:p>
    <w:p w14:paraId="1D082143" w14:textId="77777777" w:rsidR="003A09DE" w:rsidRDefault="0064324E" w:rsidP="00F144D6">
      <w:pPr>
        <w:shd w:val="clear" w:color="auto" w:fill="FFFFFF" w:themeFill="background1"/>
        <w:spacing w:after="0" w:line="240" w:lineRule="auto"/>
      </w:pPr>
      <w:r>
        <w:t>- HS: SGK Tiếng Việt 2, Vở bài tập Tiếng Việt, vở ô ly, bút chì.</w:t>
      </w:r>
    </w:p>
    <w:p w14:paraId="5BF0D94F"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386AAC35" w14:textId="77777777" w:rsidTr="00F144D6">
        <w:trPr>
          <w:jc w:val="center"/>
        </w:trPr>
        <w:tc>
          <w:tcPr>
            <w:tcW w:w="5216" w:type="dxa"/>
            <w:tcBorders>
              <w:bottom w:val="single" w:sz="6" w:space="0" w:color="000000"/>
            </w:tcBorders>
            <w:shd w:val="clear" w:color="auto" w:fill="D9EAF7"/>
            <w:vAlign w:val="center"/>
          </w:tcPr>
          <w:p w14:paraId="41CDA0F6" w14:textId="77777777" w:rsidR="003A09DE" w:rsidRDefault="0064324E" w:rsidP="00F144D6">
            <w:pPr>
              <w:shd w:val="clear" w:color="auto" w:fill="FFFFFF" w:themeFill="background1"/>
              <w:spacing w:after="0"/>
              <w:jc w:val="center"/>
            </w:pPr>
            <w:r>
              <w:rPr>
                <w:b/>
              </w:rPr>
              <w:t>Hoạt động của giáo viên</w:t>
            </w:r>
          </w:p>
        </w:tc>
        <w:tc>
          <w:tcPr>
            <w:tcW w:w="5216" w:type="dxa"/>
            <w:tcBorders>
              <w:bottom w:val="single" w:sz="6" w:space="0" w:color="000000"/>
            </w:tcBorders>
            <w:shd w:val="clear" w:color="auto" w:fill="D9EAF7"/>
            <w:vAlign w:val="center"/>
          </w:tcPr>
          <w:p w14:paraId="08A4E17A" w14:textId="77777777" w:rsidR="003A09DE" w:rsidRDefault="0064324E" w:rsidP="00F144D6">
            <w:pPr>
              <w:shd w:val="clear" w:color="auto" w:fill="FFFFFF" w:themeFill="background1"/>
              <w:spacing w:after="0"/>
              <w:jc w:val="center"/>
            </w:pPr>
            <w:r>
              <w:rPr>
                <w:b/>
              </w:rPr>
              <w:t>Hoạt động của học sinh</w:t>
            </w:r>
          </w:p>
        </w:tc>
      </w:tr>
      <w:tr w:rsidR="003A09DE" w14:paraId="6A0CC369" w14:textId="77777777" w:rsidTr="00F144D6">
        <w:trPr>
          <w:jc w:val="center"/>
        </w:trPr>
        <w:tc>
          <w:tcPr>
            <w:tcW w:w="10432" w:type="dxa"/>
            <w:gridSpan w:val="2"/>
            <w:tcBorders>
              <w:top w:val="single" w:sz="6" w:space="0" w:color="000000"/>
              <w:bottom w:val="single" w:sz="6" w:space="0" w:color="000000"/>
            </w:tcBorders>
            <w:shd w:val="clear" w:color="auto" w:fill="DDEBD6"/>
          </w:tcPr>
          <w:p w14:paraId="6F5D5181" w14:textId="77777777" w:rsidR="003A09DE" w:rsidRDefault="0064324E" w:rsidP="00F144D6">
            <w:pPr>
              <w:shd w:val="clear" w:color="auto" w:fill="FFFFFF" w:themeFill="background1"/>
              <w:spacing w:after="0" w:line="240" w:lineRule="auto"/>
            </w:pPr>
            <w:r>
              <w:rPr>
                <w:b/>
              </w:rPr>
              <w:t>TIẾT 1</w:t>
            </w:r>
            <w:r>
              <w:rPr>
                <w:b/>
              </w:rPr>
              <w:br/>
              <w:t>1. KHỞI ĐỘNG (5 phút)</w:t>
            </w:r>
            <w:r>
              <w:rPr>
                <w:i/>
              </w:rPr>
              <w:br/>
              <w:t>Mục tiêu: HS gợi nhớ hiểu biết về người anh hùng nhỏ tuổi; tạo tâm thế tìm hiểu câu chuyện lịch sử.</w:t>
            </w:r>
          </w:p>
        </w:tc>
      </w:tr>
      <w:tr w:rsidR="003A09DE" w14:paraId="49B15B79" w14:textId="77777777" w:rsidTr="00F144D6">
        <w:trPr>
          <w:jc w:val="center"/>
        </w:trPr>
        <w:tc>
          <w:tcPr>
            <w:tcW w:w="4800" w:type="dxa"/>
            <w:tcBorders>
              <w:top w:val="single" w:sz="6" w:space="0" w:color="000000"/>
            </w:tcBorders>
          </w:tcPr>
          <w:p w14:paraId="06B19599" w14:textId="77777777" w:rsidR="003A09DE" w:rsidRDefault="0064324E" w:rsidP="00F144D6">
            <w:pPr>
              <w:shd w:val="clear" w:color="auto" w:fill="FFFFFF" w:themeFill="background1"/>
              <w:spacing w:after="0" w:line="240" w:lineRule="auto"/>
            </w:pPr>
            <w:r>
              <w:t>- GV tổ chức cho HS chia sẻ theo nhóm đôi: Nói tên một người anh hùng nhỏ tuổi mà em biết.</w:t>
            </w:r>
          </w:p>
        </w:tc>
        <w:tc>
          <w:tcPr>
            <w:tcW w:w="4800" w:type="dxa"/>
            <w:tcBorders>
              <w:top w:val="single" w:sz="6" w:space="0" w:color="000000"/>
            </w:tcBorders>
          </w:tcPr>
          <w:p w14:paraId="65C4CB1F" w14:textId="77777777" w:rsidR="003A09DE" w:rsidRDefault="0064324E" w:rsidP="00F144D6">
            <w:pPr>
              <w:shd w:val="clear" w:color="auto" w:fill="FFFFFF" w:themeFill="background1"/>
              <w:spacing w:after="0" w:line="240" w:lineRule="auto"/>
            </w:pPr>
            <w:r>
              <w:t>- HS trao đổi nhóm đôi. Dự kiến: Kim Đồng, Võ Thị Sáu, Lê Văn Tám, Trần Quốc Toản.</w:t>
            </w:r>
          </w:p>
        </w:tc>
      </w:tr>
      <w:tr w:rsidR="003A09DE" w14:paraId="33709198" w14:textId="77777777" w:rsidTr="00F144D6">
        <w:trPr>
          <w:jc w:val="center"/>
        </w:trPr>
        <w:tc>
          <w:tcPr>
            <w:tcW w:w="4800" w:type="dxa"/>
          </w:tcPr>
          <w:p w14:paraId="340F0A6C" w14:textId="77777777" w:rsidR="003A09DE" w:rsidRDefault="0064324E" w:rsidP="00F144D6">
            <w:pPr>
              <w:shd w:val="clear" w:color="auto" w:fill="FFFFFF" w:themeFill="background1"/>
              <w:spacing w:after="0" w:line="240" w:lineRule="auto"/>
            </w:pPr>
            <w:r>
              <w:t>- GV mời một số HS nêu tên nhân vật và điều em biết về nhân vật đó.</w:t>
            </w:r>
          </w:p>
        </w:tc>
        <w:tc>
          <w:tcPr>
            <w:tcW w:w="4800" w:type="dxa"/>
          </w:tcPr>
          <w:p w14:paraId="400FA66E" w14:textId="77777777" w:rsidR="003A09DE" w:rsidRDefault="0064324E" w:rsidP="00F144D6">
            <w:pPr>
              <w:shd w:val="clear" w:color="auto" w:fill="FFFFFF" w:themeFill="background1"/>
              <w:spacing w:after="0" w:line="240" w:lineRule="auto"/>
            </w:pPr>
            <w:r>
              <w:t>- HS trình bày: Em biết Trần Quốc Toản là người anh hùng nhỏ tuổi, yêu nước, dũng cảm.</w:t>
            </w:r>
          </w:p>
        </w:tc>
      </w:tr>
      <w:tr w:rsidR="003A09DE" w14:paraId="53DF7555" w14:textId="77777777" w:rsidTr="00F144D6">
        <w:trPr>
          <w:jc w:val="center"/>
        </w:trPr>
        <w:tc>
          <w:tcPr>
            <w:tcW w:w="4800" w:type="dxa"/>
          </w:tcPr>
          <w:p w14:paraId="008E4093" w14:textId="77777777" w:rsidR="003A09DE" w:rsidRDefault="0064324E" w:rsidP="00F144D6">
            <w:pPr>
              <w:shd w:val="clear" w:color="auto" w:fill="FFFFFF" w:themeFill="background1"/>
              <w:spacing w:after="0" w:line="240" w:lineRule="auto"/>
            </w:pPr>
            <w:r>
              <w:t>- GV nhận xét, dẫn vào bài: Hôm nay các em đọc câu chuyện Bóp nát quả cam để hiểu vì sao Trần Quốc Toản được gọi là người anh hùng nhỏ tuổi.</w:t>
            </w:r>
          </w:p>
        </w:tc>
        <w:tc>
          <w:tcPr>
            <w:tcW w:w="4800" w:type="dxa"/>
          </w:tcPr>
          <w:p w14:paraId="6C4FFE66" w14:textId="77777777" w:rsidR="003A09DE" w:rsidRDefault="0064324E" w:rsidP="00F144D6">
            <w:pPr>
              <w:shd w:val="clear" w:color="auto" w:fill="FFFFFF" w:themeFill="background1"/>
              <w:spacing w:after="0" w:line="240" w:lineRule="auto"/>
            </w:pPr>
            <w:r>
              <w:t>- HS lắng nghe, ghi tên bài: Bóp nát quả cam.</w:t>
            </w:r>
          </w:p>
        </w:tc>
      </w:tr>
      <w:tr w:rsidR="003A09DE" w14:paraId="1C5A4ECA" w14:textId="77777777" w:rsidTr="00F144D6">
        <w:trPr>
          <w:jc w:val="center"/>
        </w:trPr>
        <w:tc>
          <w:tcPr>
            <w:tcW w:w="4800" w:type="dxa"/>
            <w:tcBorders>
              <w:bottom w:val="single" w:sz="6" w:space="0" w:color="000000"/>
            </w:tcBorders>
          </w:tcPr>
          <w:p w14:paraId="3EA52102" w14:textId="77777777" w:rsidR="003A09DE" w:rsidRDefault="0064324E" w:rsidP="00F144D6">
            <w:pPr>
              <w:shd w:val="clear" w:color="auto" w:fill="FFFFFF" w:themeFill="background1"/>
              <w:spacing w:after="0" w:line="240" w:lineRule="auto"/>
            </w:pPr>
            <w:r>
              <w:t>- GV kết luận: Những người anh hùng nhỏ tuổi tuy còn ít tuổi nhưng có lòng yêu nước, biết làm việc có ích cho đất nước.</w:t>
            </w:r>
          </w:p>
        </w:tc>
        <w:tc>
          <w:tcPr>
            <w:tcW w:w="4800" w:type="dxa"/>
            <w:tcBorders>
              <w:bottom w:val="single" w:sz="6" w:space="0" w:color="000000"/>
            </w:tcBorders>
          </w:tcPr>
          <w:p w14:paraId="5FF02F7A" w14:textId="77777777" w:rsidR="003A09DE" w:rsidRDefault="0064324E" w:rsidP="00F144D6">
            <w:pPr>
              <w:shd w:val="clear" w:color="auto" w:fill="FFFFFF" w:themeFill="background1"/>
              <w:spacing w:after="0" w:line="240" w:lineRule="auto"/>
            </w:pPr>
            <w:r>
              <w:t>- HS lắng nghe, chuẩn bị đọc bài.</w:t>
            </w:r>
          </w:p>
        </w:tc>
      </w:tr>
      <w:tr w:rsidR="003A09DE" w14:paraId="7A9005AB" w14:textId="77777777" w:rsidTr="00F144D6">
        <w:trPr>
          <w:jc w:val="center"/>
        </w:trPr>
        <w:tc>
          <w:tcPr>
            <w:tcW w:w="10432" w:type="dxa"/>
            <w:gridSpan w:val="2"/>
            <w:tcBorders>
              <w:top w:val="single" w:sz="6" w:space="0" w:color="000000"/>
              <w:bottom w:val="single" w:sz="6" w:space="0" w:color="000000"/>
            </w:tcBorders>
            <w:shd w:val="clear" w:color="auto" w:fill="DDEBD6"/>
          </w:tcPr>
          <w:p w14:paraId="4F8D4B56" w14:textId="77777777" w:rsidR="003A09DE" w:rsidRDefault="0064324E" w:rsidP="00F144D6">
            <w:pPr>
              <w:shd w:val="clear" w:color="auto" w:fill="FFFFFF" w:themeFill="background1"/>
              <w:spacing w:after="0" w:line="240" w:lineRule="auto"/>
            </w:pPr>
            <w:r>
              <w:rPr>
                <w:b/>
              </w:rPr>
              <w:t>2. KHÁM PHÁ KIẾN THỨC (27 phút)</w:t>
            </w:r>
            <w:r>
              <w:rPr>
                <w:i/>
              </w:rPr>
              <w:br/>
              <w:t>Mục tiêu: HS đọc đúng văn bản truyện lịch sử, hiểu nghĩa từ khó, bước đầu nắm tình huống truyện.</w:t>
            </w:r>
          </w:p>
        </w:tc>
      </w:tr>
      <w:tr w:rsidR="003A09DE" w14:paraId="7DDCEC83" w14:textId="77777777" w:rsidTr="00F144D6">
        <w:trPr>
          <w:jc w:val="center"/>
        </w:trPr>
        <w:tc>
          <w:tcPr>
            <w:tcW w:w="10432" w:type="dxa"/>
            <w:gridSpan w:val="2"/>
            <w:tcBorders>
              <w:top w:val="single" w:sz="6" w:space="0" w:color="000000"/>
            </w:tcBorders>
            <w:shd w:val="clear" w:color="auto" w:fill="DDEBD6"/>
          </w:tcPr>
          <w:p w14:paraId="023672C0" w14:textId="77777777" w:rsidR="003A09DE" w:rsidRDefault="0064324E" w:rsidP="00F144D6">
            <w:pPr>
              <w:shd w:val="clear" w:color="auto" w:fill="FFFFFF" w:themeFill="background1"/>
              <w:spacing w:after="0" w:line="240" w:lineRule="auto"/>
            </w:pPr>
            <w:r>
              <w:rPr>
                <w:b/>
              </w:rPr>
              <w:lastRenderedPageBreak/>
              <w:t>Hoạt động 1: Đọc văn bản</w:t>
            </w:r>
          </w:p>
        </w:tc>
      </w:tr>
      <w:tr w:rsidR="003A09DE" w14:paraId="7A3D2D0A" w14:textId="77777777" w:rsidTr="00F144D6">
        <w:trPr>
          <w:jc w:val="center"/>
        </w:trPr>
        <w:tc>
          <w:tcPr>
            <w:tcW w:w="4800" w:type="dxa"/>
          </w:tcPr>
          <w:p w14:paraId="1F6A69B6" w14:textId="77777777" w:rsidR="003A09DE" w:rsidRDefault="0064324E" w:rsidP="00F144D6">
            <w:pPr>
              <w:shd w:val="clear" w:color="auto" w:fill="FFFFFF" w:themeFill="background1"/>
              <w:spacing w:after="0" w:line="240" w:lineRule="auto"/>
            </w:pPr>
            <w:r>
              <w:t>- GV giới thiệu ngắn gọn: Câu chuyện kể về Trần Quốc Toản trong thời giặc Nguyên sang xâm lược nước ta. Khi đọc, các em chú ý thái độ nóng lòng gặp vua và lòng yêu nước của nhân vật.</w:t>
            </w:r>
          </w:p>
        </w:tc>
        <w:tc>
          <w:tcPr>
            <w:tcW w:w="4800" w:type="dxa"/>
          </w:tcPr>
          <w:p w14:paraId="506628EF" w14:textId="77777777" w:rsidR="003A09DE" w:rsidRDefault="0064324E" w:rsidP="00F144D6">
            <w:pPr>
              <w:shd w:val="clear" w:color="auto" w:fill="FFFFFF" w:themeFill="background1"/>
              <w:spacing w:after="0" w:line="240" w:lineRule="auto"/>
            </w:pPr>
            <w:r>
              <w:t>- HS lắng nghe, xác định nhiệm vụ đọc: chú ý nhân vật, sự việc, lời nói của Trần Quốc Toản.</w:t>
            </w:r>
          </w:p>
        </w:tc>
      </w:tr>
      <w:tr w:rsidR="003A09DE" w14:paraId="231462B4" w14:textId="77777777" w:rsidTr="00F144D6">
        <w:trPr>
          <w:jc w:val="center"/>
        </w:trPr>
        <w:tc>
          <w:tcPr>
            <w:tcW w:w="4800" w:type="dxa"/>
          </w:tcPr>
          <w:p w14:paraId="17F5DF22" w14:textId="77777777" w:rsidR="003A09DE" w:rsidRDefault="0064324E" w:rsidP="00F144D6">
            <w:pPr>
              <w:shd w:val="clear" w:color="auto" w:fill="FFFFFF" w:themeFill="background1"/>
              <w:spacing w:after="0" w:line="240" w:lineRule="auto"/>
            </w:pPr>
            <w:r>
              <w:t>- GV yêu cầu HS quan sát tranh minh hoạ cảnh Trần Quốc Toản gặp vua và dự đoán: Theo em, Trần Quốc Toản đang xin vua điều gì?</w:t>
            </w:r>
          </w:p>
          <w:p w14:paraId="4E7DD0A0" w14:textId="0EE3B174" w:rsidR="003A09DE" w:rsidRDefault="003A09DE" w:rsidP="00F144D6">
            <w:pPr>
              <w:shd w:val="clear" w:color="auto" w:fill="FFFFFF" w:themeFill="background1"/>
              <w:spacing w:after="0"/>
              <w:jc w:val="center"/>
            </w:pPr>
          </w:p>
        </w:tc>
        <w:tc>
          <w:tcPr>
            <w:tcW w:w="4800" w:type="dxa"/>
          </w:tcPr>
          <w:p w14:paraId="4BB96995" w14:textId="77777777" w:rsidR="003A09DE" w:rsidRDefault="0064324E" w:rsidP="00F144D6">
            <w:pPr>
              <w:shd w:val="clear" w:color="auto" w:fill="FFFFFF" w:themeFill="background1"/>
              <w:spacing w:after="0" w:line="240" w:lineRule="auto"/>
            </w:pPr>
            <w:r>
              <w:t>- HS quan sát tranh. Dự kiến: Trần Quốc Toản xin vua cho đánh giặc, xin được bàn việc nước.</w:t>
            </w:r>
          </w:p>
        </w:tc>
      </w:tr>
      <w:tr w:rsidR="003A09DE" w14:paraId="1D666507" w14:textId="77777777" w:rsidTr="00F144D6">
        <w:trPr>
          <w:jc w:val="center"/>
        </w:trPr>
        <w:tc>
          <w:tcPr>
            <w:tcW w:w="4800" w:type="dxa"/>
          </w:tcPr>
          <w:p w14:paraId="601B6A9B" w14:textId="77777777" w:rsidR="003A09DE" w:rsidRDefault="0064324E" w:rsidP="00F144D6">
            <w:pPr>
              <w:shd w:val="clear" w:color="auto" w:fill="FFFFFF" w:themeFill="background1"/>
              <w:spacing w:after="0" w:line="240" w:lineRule="auto"/>
            </w:pPr>
            <w:r>
              <w:t>- GV đọc mẫu toàn bài; hướng dẫn giọng đọc: giọng kể rõ ràng, chậm rãi; giọng Trần Quốc Toản mạnh mẽ, tha thiết; giọng vua ôn tồn, khen ngợi.</w:t>
            </w:r>
          </w:p>
        </w:tc>
        <w:tc>
          <w:tcPr>
            <w:tcW w:w="4800" w:type="dxa"/>
          </w:tcPr>
          <w:p w14:paraId="16D5A6A2" w14:textId="77777777" w:rsidR="003A09DE" w:rsidRDefault="0064324E" w:rsidP="00F144D6">
            <w:pPr>
              <w:shd w:val="clear" w:color="auto" w:fill="FFFFFF" w:themeFill="background1"/>
              <w:spacing w:after="0" w:line="240" w:lineRule="auto"/>
            </w:pPr>
            <w:r>
              <w:t>- HS lắng nghe GV đọc mẫu, đọc thầm theo trong SGK.</w:t>
            </w:r>
          </w:p>
        </w:tc>
      </w:tr>
      <w:tr w:rsidR="003A09DE" w14:paraId="4E1642E6" w14:textId="77777777" w:rsidTr="00F144D6">
        <w:trPr>
          <w:jc w:val="center"/>
        </w:trPr>
        <w:tc>
          <w:tcPr>
            <w:tcW w:w="4800" w:type="dxa"/>
          </w:tcPr>
          <w:p w14:paraId="7C3E7EA7" w14:textId="77777777" w:rsidR="003A09DE" w:rsidRDefault="0064324E" w:rsidP="00F144D6">
            <w:pPr>
              <w:shd w:val="clear" w:color="auto" w:fill="FFFFFF" w:themeFill="background1"/>
              <w:spacing w:after="0" w:line="240" w:lineRule="auto"/>
            </w:pPr>
            <w:r>
              <w:t>- GV hỏi: Bài đọc có thể chia thành mấy đoạn? Mỗi đoạn nêu sự việc gì?</w:t>
            </w:r>
          </w:p>
        </w:tc>
        <w:tc>
          <w:tcPr>
            <w:tcW w:w="4800" w:type="dxa"/>
          </w:tcPr>
          <w:p w14:paraId="048DC6F4" w14:textId="77777777" w:rsidR="003A09DE" w:rsidRDefault="0064324E" w:rsidP="00F144D6">
            <w:pPr>
              <w:shd w:val="clear" w:color="auto" w:fill="FFFFFF" w:themeFill="background1"/>
              <w:spacing w:after="0" w:line="240" w:lineRule="auto"/>
            </w:pPr>
            <w:r>
              <w:t>- HS trả lời: Bài có thể chia 3 đoạn: đoạn 1 Trần Quốc Toản nóng lòng muốn gặp vua; đoạn 2 Trần Quốc Toản xin vua cho đánh giặc và được vua khen; đoạn 3 Trần Quốc Toản ấm ức, vô tình bóp nát quả cam.</w:t>
            </w:r>
          </w:p>
        </w:tc>
      </w:tr>
      <w:tr w:rsidR="003A09DE" w14:paraId="4D43D39B" w14:textId="77777777" w:rsidTr="00F144D6">
        <w:trPr>
          <w:jc w:val="center"/>
        </w:trPr>
        <w:tc>
          <w:tcPr>
            <w:tcW w:w="4800" w:type="dxa"/>
          </w:tcPr>
          <w:p w14:paraId="47115D9A" w14:textId="77777777" w:rsidR="003A09DE" w:rsidRDefault="0064324E" w:rsidP="00F144D6">
            <w:pPr>
              <w:shd w:val="clear" w:color="auto" w:fill="FFFFFF" w:themeFill="background1"/>
              <w:spacing w:after="0" w:line="240" w:lineRule="auto"/>
            </w:pPr>
            <w:r>
              <w:t>- GV tổ chức HS đọc nối tiếp từng đoạn lần 1; yêu cầu cả lớp lắng nghe để phát hiện lỗi phát âm.</w:t>
            </w:r>
          </w:p>
        </w:tc>
        <w:tc>
          <w:tcPr>
            <w:tcW w:w="4800" w:type="dxa"/>
          </w:tcPr>
          <w:p w14:paraId="0040B3F1" w14:textId="77777777" w:rsidR="003A09DE" w:rsidRDefault="0064324E" w:rsidP="00F144D6">
            <w:pPr>
              <w:shd w:val="clear" w:color="auto" w:fill="FFFFFF" w:themeFill="background1"/>
              <w:spacing w:after="0" w:line="240" w:lineRule="auto"/>
            </w:pPr>
            <w:r>
              <w:t>- HS đọc nối tiếp đoạn; HS khác theo dõi, nhận xét bạn đọc đúng hay chưa.</w:t>
            </w:r>
          </w:p>
        </w:tc>
      </w:tr>
      <w:tr w:rsidR="003A09DE" w14:paraId="7A9C56F1" w14:textId="77777777" w:rsidTr="00F144D6">
        <w:trPr>
          <w:jc w:val="center"/>
        </w:trPr>
        <w:tc>
          <w:tcPr>
            <w:tcW w:w="4800" w:type="dxa"/>
          </w:tcPr>
          <w:p w14:paraId="3E19BDD9" w14:textId="77777777" w:rsidR="003A09DE" w:rsidRDefault="0064324E" w:rsidP="00F144D6">
            <w:pPr>
              <w:shd w:val="clear" w:color="auto" w:fill="FFFFFF" w:themeFill="background1"/>
              <w:spacing w:after="0" w:line="240" w:lineRule="auto"/>
            </w:pPr>
            <w:r>
              <w:t>- GV hỏi: Trong bài có những từ nào khó đọc hoặc dễ đọc sai?</w:t>
            </w:r>
          </w:p>
        </w:tc>
        <w:tc>
          <w:tcPr>
            <w:tcW w:w="4800" w:type="dxa"/>
          </w:tcPr>
          <w:p w14:paraId="7C94FC34" w14:textId="77777777" w:rsidR="003A09DE" w:rsidRDefault="0064324E" w:rsidP="00F144D6">
            <w:pPr>
              <w:shd w:val="clear" w:color="auto" w:fill="FFFFFF" w:themeFill="background1"/>
              <w:spacing w:after="0" w:line="240" w:lineRule="auto"/>
            </w:pPr>
            <w:r>
              <w:t>- HS nêu: Giặc Nguyên, Trần Quốc Toản, thuyền rồng, xăm xăm, thanh gươm, ôn tồn, nghiến răng.</w:t>
            </w:r>
          </w:p>
        </w:tc>
      </w:tr>
      <w:tr w:rsidR="003A09DE" w14:paraId="2FBE586D" w14:textId="77777777" w:rsidTr="00F144D6">
        <w:trPr>
          <w:jc w:val="center"/>
        </w:trPr>
        <w:tc>
          <w:tcPr>
            <w:tcW w:w="4800" w:type="dxa"/>
          </w:tcPr>
          <w:p w14:paraId="5AC045B9" w14:textId="77777777" w:rsidR="003A09DE" w:rsidRDefault="0064324E" w:rsidP="00F144D6">
            <w:pPr>
              <w:shd w:val="clear" w:color="auto" w:fill="FFFFFF" w:themeFill="background1"/>
              <w:spacing w:after="0" w:line="240" w:lineRule="auto"/>
            </w:pPr>
            <w:r>
              <w:t>- GV hướng dẫn luyện đọc từ khó theo cá nhân - nhóm - đồng thanh; nhắc HS đọc rõ các tiếng có vần khó và tên riêng.</w:t>
            </w:r>
          </w:p>
        </w:tc>
        <w:tc>
          <w:tcPr>
            <w:tcW w:w="4800" w:type="dxa"/>
          </w:tcPr>
          <w:p w14:paraId="1D3FB2E2" w14:textId="77777777" w:rsidR="003A09DE" w:rsidRDefault="0064324E" w:rsidP="00F144D6">
            <w:pPr>
              <w:shd w:val="clear" w:color="auto" w:fill="FFFFFF" w:themeFill="background1"/>
              <w:spacing w:after="0" w:line="240" w:lineRule="auto"/>
            </w:pPr>
            <w:r>
              <w:t>- HS luyện đọc: Giặc Nguyên, thuyền rồng, xăm xăm, thanh gươm, nghiến răng.</w:t>
            </w:r>
          </w:p>
        </w:tc>
      </w:tr>
      <w:tr w:rsidR="003A09DE" w14:paraId="6430A38E" w14:textId="77777777" w:rsidTr="00F144D6">
        <w:trPr>
          <w:jc w:val="center"/>
        </w:trPr>
        <w:tc>
          <w:tcPr>
            <w:tcW w:w="4800" w:type="dxa"/>
          </w:tcPr>
          <w:p w14:paraId="34531CA6" w14:textId="77777777" w:rsidR="003A09DE" w:rsidRDefault="0064324E" w:rsidP="00F144D6">
            <w:pPr>
              <w:shd w:val="clear" w:color="auto" w:fill="FFFFFF" w:themeFill="background1"/>
              <w:spacing w:after="0" w:line="240" w:lineRule="auto"/>
            </w:pPr>
            <w:r>
              <w:t>- GV hướng dẫn đọc câu dài: “Quốc Toản làm trái phép nước,/ lẽ ra phải trị tội.// Nhưng còn trẻ mà đã biết lo việc nước,/ ta có lời khen.”</w:t>
            </w:r>
          </w:p>
        </w:tc>
        <w:tc>
          <w:tcPr>
            <w:tcW w:w="4800" w:type="dxa"/>
          </w:tcPr>
          <w:p w14:paraId="737ED7FB" w14:textId="77777777" w:rsidR="003A09DE" w:rsidRDefault="0064324E" w:rsidP="00F144D6">
            <w:pPr>
              <w:shd w:val="clear" w:color="auto" w:fill="FFFFFF" w:themeFill="background1"/>
              <w:spacing w:after="0" w:line="240" w:lineRule="auto"/>
            </w:pPr>
            <w:r>
              <w:t>- HS luyện đọc câu dài, biết ngắt nghỉ sau các cụm ý và đọc giọng vua ôn tồn.</w:t>
            </w:r>
          </w:p>
        </w:tc>
      </w:tr>
      <w:tr w:rsidR="003A09DE" w14:paraId="522E7F0E" w14:textId="77777777" w:rsidTr="00F144D6">
        <w:trPr>
          <w:jc w:val="center"/>
        </w:trPr>
        <w:tc>
          <w:tcPr>
            <w:tcW w:w="4800" w:type="dxa"/>
          </w:tcPr>
          <w:p w14:paraId="38FF63AA" w14:textId="77777777" w:rsidR="003A09DE" w:rsidRDefault="0064324E" w:rsidP="00F144D6">
            <w:pPr>
              <w:shd w:val="clear" w:color="auto" w:fill="FFFFFF" w:themeFill="background1"/>
              <w:spacing w:after="0" w:line="240" w:lineRule="auto"/>
            </w:pPr>
            <w:r>
              <w:t>- GV giải nghĩa từ ngữ: Giặc Nguyên là giặc từ phương Bắc; Trần Quốc Toản là một thiếu niên anh hùng tham gia kháng chiến chống giặc Nguyên.</w:t>
            </w:r>
          </w:p>
        </w:tc>
        <w:tc>
          <w:tcPr>
            <w:tcW w:w="4800" w:type="dxa"/>
          </w:tcPr>
          <w:p w14:paraId="389F4BDF" w14:textId="77777777" w:rsidR="003A09DE" w:rsidRDefault="0064324E" w:rsidP="00F144D6">
            <w:pPr>
              <w:shd w:val="clear" w:color="auto" w:fill="FFFFFF" w:themeFill="background1"/>
              <w:spacing w:after="0" w:line="240" w:lineRule="auto"/>
            </w:pPr>
            <w:r>
              <w:t>- HS lắng nghe, nhắc lại nghĩa từ bằng lời của mình.</w:t>
            </w:r>
          </w:p>
        </w:tc>
      </w:tr>
      <w:tr w:rsidR="003A09DE" w14:paraId="59B211E1" w14:textId="77777777" w:rsidTr="00F144D6">
        <w:trPr>
          <w:jc w:val="center"/>
        </w:trPr>
        <w:tc>
          <w:tcPr>
            <w:tcW w:w="4800" w:type="dxa"/>
          </w:tcPr>
          <w:p w14:paraId="5CCD1C24" w14:textId="77777777" w:rsidR="003A09DE" w:rsidRDefault="0064324E" w:rsidP="00F144D6">
            <w:pPr>
              <w:shd w:val="clear" w:color="auto" w:fill="FFFFFF" w:themeFill="background1"/>
              <w:spacing w:after="0" w:line="240" w:lineRule="auto"/>
            </w:pPr>
            <w:r>
              <w:t>- GV tổ chức HS luyện đọc nhóm 4; mỗi bạn đọc một đoạn, bạn còn lại theo dõi, góp ý cách ngắt nghỉ.</w:t>
            </w:r>
          </w:p>
        </w:tc>
        <w:tc>
          <w:tcPr>
            <w:tcW w:w="4800" w:type="dxa"/>
          </w:tcPr>
          <w:p w14:paraId="43BD8C09" w14:textId="77777777" w:rsidR="003A09DE" w:rsidRDefault="0064324E" w:rsidP="00F144D6">
            <w:pPr>
              <w:shd w:val="clear" w:color="auto" w:fill="FFFFFF" w:themeFill="background1"/>
              <w:spacing w:after="0" w:line="240" w:lineRule="auto"/>
            </w:pPr>
            <w:r>
              <w:t>- HS luyện đọc trong nhóm 4; góp ý cho bạn đọc rõ, đúng giọng nhân vật.</w:t>
            </w:r>
          </w:p>
        </w:tc>
      </w:tr>
      <w:tr w:rsidR="003A09DE" w14:paraId="7090FEA6" w14:textId="77777777" w:rsidTr="00F144D6">
        <w:trPr>
          <w:jc w:val="center"/>
        </w:trPr>
        <w:tc>
          <w:tcPr>
            <w:tcW w:w="4800" w:type="dxa"/>
            <w:tcBorders>
              <w:bottom w:val="single" w:sz="6" w:space="0" w:color="000000"/>
            </w:tcBorders>
          </w:tcPr>
          <w:p w14:paraId="1F64D210" w14:textId="77777777" w:rsidR="003A09DE" w:rsidRDefault="0064324E" w:rsidP="00F144D6">
            <w:pPr>
              <w:shd w:val="clear" w:color="auto" w:fill="FFFFFF" w:themeFill="background1"/>
              <w:spacing w:after="0" w:line="240" w:lineRule="auto"/>
            </w:pPr>
            <w:r>
              <w:t>- GV mời một số nhóm thi đọc trước lớp; nhận xét giọng đọc và tinh thần hợp tác của nhóm.</w:t>
            </w:r>
          </w:p>
        </w:tc>
        <w:tc>
          <w:tcPr>
            <w:tcW w:w="4800" w:type="dxa"/>
            <w:tcBorders>
              <w:bottom w:val="single" w:sz="6" w:space="0" w:color="000000"/>
            </w:tcBorders>
          </w:tcPr>
          <w:p w14:paraId="79DB63CF" w14:textId="77777777" w:rsidR="003A09DE" w:rsidRDefault="0064324E" w:rsidP="00F144D6">
            <w:pPr>
              <w:shd w:val="clear" w:color="auto" w:fill="FFFFFF" w:themeFill="background1"/>
              <w:spacing w:after="0" w:line="240" w:lineRule="auto"/>
            </w:pPr>
            <w:r>
              <w:t>- Đại diện nhóm đọc; lớp nhận xét nhóm đọc đúng, rõ lời nhân vật.</w:t>
            </w:r>
          </w:p>
        </w:tc>
      </w:tr>
      <w:tr w:rsidR="003A09DE" w14:paraId="021F0D6A" w14:textId="77777777" w:rsidTr="00F144D6">
        <w:trPr>
          <w:jc w:val="center"/>
        </w:trPr>
        <w:tc>
          <w:tcPr>
            <w:tcW w:w="10432" w:type="dxa"/>
            <w:gridSpan w:val="2"/>
            <w:tcBorders>
              <w:top w:val="single" w:sz="6" w:space="0" w:color="000000"/>
              <w:bottom w:val="single" w:sz="6" w:space="0" w:color="000000"/>
            </w:tcBorders>
            <w:shd w:val="clear" w:color="auto" w:fill="DDEBD6"/>
          </w:tcPr>
          <w:p w14:paraId="0586094A" w14:textId="77777777" w:rsidR="003A09DE" w:rsidRDefault="0064324E" w:rsidP="00F144D6">
            <w:pPr>
              <w:shd w:val="clear" w:color="auto" w:fill="FFFFFF" w:themeFill="background1"/>
              <w:spacing w:after="0" w:line="240" w:lineRule="auto"/>
            </w:pPr>
            <w:r>
              <w:rPr>
                <w:b/>
              </w:rPr>
              <w:t>3. VẬN DỤNG (3 phút)</w:t>
            </w:r>
            <w:r>
              <w:rPr>
                <w:i/>
              </w:rPr>
              <w:br/>
              <w:t>Mục tiêu: HS liên hệ bước đầu với ý thức yêu nước, trách nhiệm phù hợp lứa tuổi.</w:t>
            </w:r>
          </w:p>
        </w:tc>
      </w:tr>
      <w:tr w:rsidR="003A09DE" w14:paraId="47DC5A21" w14:textId="77777777" w:rsidTr="00F144D6">
        <w:trPr>
          <w:jc w:val="center"/>
        </w:trPr>
        <w:tc>
          <w:tcPr>
            <w:tcW w:w="4800" w:type="dxa"/>
            <w:tcBorders>
              <w:top w:val="single" w:sz="6" w:space="0" w:color="000000"/>
            </w:tcBorders>
          </w:tcPr>
          <w:p w14:paraId="7C525174" w14:textId="77777777" w:rsidR="003A09DE" w:rsidRDefault="0064324E" w:rsidP="00F144D6">
            <w:pPr>
              <w:shd w:val="clear" w:color="auto" w:fill="FFFFFF" w:themeFill="background1"/>
              <w:spacing w:after="0" w:line="240" w:lineRule="auto"/>
            </w:pPr>
            <w:r>
              <w:t>- GV hỏi: Là học sinh lớp 2, em có thể làm việc gì để thể hiện tình yêu quê hương, đất nước?</w:t>
            </w:r>
          </w:p>
        </w:tc>
        <w:tc>
          <w:tcPr>
            <w:tcW w:w="4800" w:type="dxa"/>
            <w:tcBorders>
              <w:top w:val="single" w:sz="6" w:space="0" w:color="000000"/>
            </w:tcBorders>
          </w:tcPr>
          <w:p w14:paraId="7D0BC6F3" w14:textId="77777777" w:rsidR="003A09DE" w:rsidRDefault="0064324E" w:rsidP="00F144D6">
            <w:pPr>
              <w:shd w:val="clear" w:color="auto" w:fill="FFFFFF" w:themeFill="background1"/>
              <w:spacing w:after="0" w:line="240" w:lineRule="auto"/>
            </w:pPr>
            <w:r>
              <w:t>- HS nêu: Em chăm học, giữ gìn trường lớp, chào cờ nghiêm túc, biết kính trọng người có công bảo vệ đất nước.</w:t>
            </w:r>
          </w:p>
        </w:tc>
      </w:tr>
      <w:tr w:rsidR="003A09DE" w14:paraId="4AD15C5B" w14:textId="77777777" w:rsidTr="00F144D6">
        <w:trPr>
          <w:jc w:val="center"/>
        </w:trPr>
        <w:tc>
          <w:tcPr>
            <w:tcW w:w="4800" w:type="dxa"/>
            <w:tcBorders>
              <w:bottom w:val="single" w:sz="6" w:space="0" w:color="000000"/>
            </w:tcBorders>
          </w:tcPr>
          <w:p w14:paraId="6B7A7595" w14:textId="77777777" w:rsidR="003A09DE" w:rsidRDefault="0064324E" w:rsidP="00F144D6">
            <w:pPr>
              <w:shd w:val="clear" w:color="auto" w:fill="FFFFFF" w:themeFill="background1"/>
              <w:spacing w:after="0" w:line="240" w:lineRule="auto"/>
            </w:pPr>
            <w:r>
              <w:t>- GV nhận xét, dặn HS đọc lại bài ở nhà để tiết sau tìm hiểu kĩ nội dung câu chuyện.</w:t>
            </w:r>
          </w:p>
        </w:tc>
        <w:tc>
          <w:tcPr>
            <w:tcW w:w="4800" w:type="dxa"/>
            <w:tcBorders>
              <w:bottom w:val="single" w:sz="6" w:space="0" w:color="000000"/>
            </w:tcBorders>
          </w:tcPr>
          <w:p w14:paraId="53FDCDEA" w14:textId="77777777" w:rsidR="003A09DE" w:rsidRDefault="0064324E" w:rsidP="00F144D6">
            <w:pPr>
              <w:shd w:val="clear" w:color="auto" w:fill="FFFFFF" w:themeFill="background1"/>
              <w:spacing w:after="0" w:line="240" w:lineRule="auto"/>
            </w:pPr>
            <w:r>
              <w:t>- HS lắng nghe và chuẩn bị bài.</w:t>
            </w:r>
          </w:p>
        </w:tc>
      </w:tr>
      <w:tr w:rsidR="003A09DE" w14:paraId="5358CA30" w14:textId="77777777" w:rsidTr="00F144D6">
        <w:trPr>
          <w:jc w:val="center"/>
        </w:trPr>
        <w:tc>
          <w:tcPr>
            <w:tcW w:w="10432" w:type="dxa"/>
            <w:gridSpan w:val="2"/>
            <w:tcBorders>
              <w:top w:val="single" w:sz="6" w:space="0" w:color="000000"/>
              <w:bottom w:val="single" w:sz="6" w:space="0" w:color="000000"/>
            </w:tcBorders>
            <w:shd w:val="clear" w:color="auto" w:fill="DDEBD6"/>
          </w:tcPr>
          <w:p w14:paraId="5CD0DA6F" w14:textId="77777777" w:rsidR="003A09DE" w:rsidRDefault="0064324E" w:rsidP="00F144D6">
            <w:pPr>
              <w:shd w:val="clear" w:color="auto" w:fill="FFFFFF" w:themeFill="background1"/>
              <w:spacing w:after="0" w:line="240" w:lineRule="auto"/>
            </w:pPr>
            <w:r>
              <w:rPr>
                <w:b/>
              </w:rPr>
              <w:t>TIẾT 2</w:t>
            </w:r>
            <w:r>
              <w:rPr>
                <w:b/>
              </w:rPr>
              <w:br/>
              <w:t>Hoạt động 2: Đọc hiểu (15 phút)</w:t>
            </w:r>
            <w:r>
              <w:rPr>
                <w:i/>
              </w:rPr>
              <w:br/>
              <w:t>Mục tiêu: HS trả lời đúng câu hỏi đọc hiểu, nhận biết lòng yêu nước và sự dũng cảm của Trần Quốc Toản.</w:t>
            </w:r>
          </w:p>
        </w:tc>
      </w:tr>
      <w:tr w:rsidR="003A09DE" w14:paraId="15149E42" w14:textId="77777777" w:rsidTr="00F144D6">
        <w:trPr>
          <w:jc w:val="center"/>
        </w:trPr>
        <w:tc>
          <w:tcPr>
            <w:tcW w:w="4800" w:type="dxa"/>
            <w:tcBorders>
              <w:top w:val="single" w:sz="6" w:space="0" w:color="000000"/>
            </w:tcBorders>
          </w:tcPr>
          <w:p w14:paraId="10516291" w14:textId="77777777" w:rsidR="003A09DE" w:rsidRDefault="0064324E" w:rsidP="00F144D6">
            <w:pPr>
              <w:shd w:val="clear" w:color="auto" w:fill="FFFFFF" w:themeFill="background1"/>
              <w:spacing w:after="0" w:line="240" w:lineRule="auto"/>
            </w:pPr>
            <w:r>
              <w:lastRenderedPageBreak/>
              <w:t>- GV nêu nhiệm vụ: Các em đọc thầm lại bài, tìm chi tiết trong từng đoạn để trả lời câu hỏi.</w:t>
            </w:r>
          </w:p>
        </w:tc>
        <w:tc>
          <w:tcPr>
            <w:tcW w:w="4800" w:type="dxa"/>
            <w:tcBorders>
              <w:top w:val="single" w:sz="6" w:space="0" w:color="000000"/>
            </w:tcBorders>
          </w:tcPr>
          <w:p w14:paraId="1D3F00F6" w14:textId="77777777" w:rsidR="003A09DE" w:rsidRDefault="0064324E" w:rsidP="00F144D6">
            <w:pPr>
              <w:shd w:val="clear" w:color="auto" w:fill="FFFFFF" w:themeFill="background1"/>
              <w:spacing w:after="0" w:line="240" w:lineRule="auto"/>
            </w:pPr>
            <w:r>
              <w:t>- HS đọc thầm, dùng bút chì gạch chân chi tiết quan trọng.</w:t>
            </w:r>
          </w:p>
        </w:tc>
      </w:tr>
      <w:tr w:rsidR="003A09DE" w14:paraId="2120E41E" w14:textId="77777777" w:rsidTr="00F144D6">
        <w:trPr>
          <w:jc w:val="center"/>
        </w:trPr>
        <w:tc>
          <w:tcPr>
            <w:tcW w:w="4800" w:type="dxa"/>
          </w:tcPr>
          <w:p w14:paraId="530808FE" w14:textId="77777777" w:rsidR="003A09DE" w:rsidRDefault="0064324E" w:rsidP="00F144D6">
            <w:pPr>
              <w:shd w:val="clear" w:color="auto" w:fill="FFFFFF" w:themeFill="background1"/>
              <w:spacing w:after="0" w:line="240" w:lineRule="auto"/>
            </w:pPr>
            <w:r>
              <w:t>- GV hỏi: 1. Trần Quốc Toản xin gặp vua để làm gì?</w:t>
            </w:r>
          </w:p>
        </w:tc>
        <w:tc>
          <w:tcPr>
            <w:tcW w:w="4800" w:type="dxa"/>
          </w:tcPr>
          <w:p w14:paraId="764DC8E5" w14:textId="77777777" w:rsidR="003A09DE" w:rsidRDefault="0064324E" w:rsidP="00F144D6">
            <w:pPr>
              <w:shd w:val="clear" w:color="auto" w:fill="FFFFFF" w:themeFill="background1"/>
              <w:spacing w:after="0" w:line="240" w:lineRule="auto"/>
            </w:pPr>
            <w:r>
              <w:t>- HS trả lời: Trần Quốc Toản xin gặp vua để nói việc cho giặc mượn đường là mất nước và xin vua cho đánh giặc.</w:t>
            </w:r>
          </w:p>
        </w:tc>
      </w:tr>
      <w:tr w:rsidR="003A09DE" w14:paraId="4E8572E1" w14:textId="77777777" w:rsidTr="00F144D6">
        <w:trPr>
          <w:jc w:val="center"/>
        </w:trPr>
        <w:tc>
          <w:tcPr>
            <w:tcW w:w="4800" w:type="dxa"/>
          </w:tcPr>
          <w:p w14:paraId="05DC0E2C" w14:textId="77777777" w:rsidR="003A09DE" w:rsidRDefault="0064324E" w:rsidP="00F144D6">
            <w:pPr>
              <w:shd w:val="clear" w:color="auto" w:fill="FFFFFF" w:themeFill="background1"/>
              <w:spacing w:after="0" w:line="240" w:lineRule="auto"/>
            </w:pPr>
            <w:r>
              <w:t>- GV giao nhiệm vụ nhóm đôi: Tìm chi tiết cho thấy Trần Quốc Toản rất nóng lòng gặp vua.</w:t>
            </w:r>
          </w:p>
        </w:tc>
        <w:tc>
          <w:tcPr>
            <w:tcW w:w="4800" w:type="dxa"/>
          </w:tcPr>
          <w:p w14:paraId="66185518" w14:textId="77777777" w:rsidR="003A09DE" w:rsidRDefault="0064324E" w:rsidP="00F144D6">
            <w:pPr>
              <w:shd w:val="clear" w:color="auto" w:fill="FFFFFF" w:themeFill="background1"/>
              <w:spacing w:after="0" w:line="240" w:lineRule="auto"/>
            </w:pPr>
            <w:r>
              <w:t>- HS trao đổi nhóm đôi. Dự kiến: Đợi mãi không gặp được vua, cậu liều chết xô mấy người lính gác, xăm xăm xuống bến.</w:t>
            </w:r>
          </w:p>
        </w:tc>
      </w:tr>
      <w:tr w:rsidR="003A09DE" w14:paraId="7D878A39" w14:textId="77777777" w:rsidTr="00F144D6">
        <w:trPr>
          <w:jc w:val="center"/>
        </w:trPr>
        <w:tc>
          <w:tcPr>
            <w:tcW w:w="4800" w:type="dxa"/>
          </w:tcPr>
          <w:p w14:paraId="7094F08F" w14:textId="77777777" w:rsidR="003A09DE" w:rsidRDefault="0064324E" w:rsidP="00F144D6">
            <w:pPr>
              <w:shd w:val="clear" w:color="auto" w:fill="FFFFFF" w:themeFill="background1"/>
              <w:spacing w:after="0" w:line="240" w:lineRule="auto"/>
            </w:pPr>
            <w:r>
              <w:t>- GV hỏi: 3. Vua khen Trần Quốc Toản thế nào?</w:t>
            </w:r>
          </w:p>
        </w:tc>
        <w:tc>
          <w:tcPr>
            <w:tcW w:w="4800" w:type="dxa"/>
          </w:tcPr>
          <w:p w14:paraId="1CDDA173" w14:textId="77777777" w:rsidR="003A09DE" w:rsidRDefault="0064324E" w:rsidP="00F144D6">
            <w:pPr>
              <w:shd w:val="clear" w:color="auto" w:fill="FFFFFF" w:themeFill="background1"/>
              <w:spacing w:after="0" w:line="240" w:lineRule="auto"/>
            </w:pPr>
            <w:r>
              <w:t>- HS trả lời: Vua khen Trần Quốc Toản còn trẻ mà đã biết lo việc nước.</w:t>
            </w:r>
          </w:p>
        </w:tc>
      </w:tr>
      <w:tr w:rsidR="003A09DE" w14:paraId="10EF2E26" w14:textId="77777777" w:rsidTr="00F144D6">
        <w:trPr>
          <w:jc w:val="center"/>
        </w:trPr>
        <w:tc>
          <w:tcPr>
            <w:tcW w:w="4800" w:type="dxa"/>
          </w:tcPr>
          <w:p w14:paraId="53CE978E" w14:textId="77777777" w:rsidR="003A09DE" w:rsidRDefault="0064324E" w:rsidP="00F144D6">
            <w:pPr>
              <w:shd w:val="clear" w:color="auto" w:fill="FFFFFF" w:themeFill="background1"/>
              <w:spacing w:after="0" w:line="240" w:lineRule="auto"/>
            </w:pPr>
            <w:r>
              <w:t>- GV yêu cầu HS quan sát tranh và nêu thái độ của mọi người khi vua ban cam cho Trần Quốc Toản.</w:t>
            </w:r>
          </w:p>
          <w:p w14:paraId="3798FD53" w14:textId="501B79B2" w:rsidR="003A09DE" w:rsidRDefault="003A09DE" w:rsidP="00F144D6">
            <w:pPr>
              <w:shd w:val="clear" w:color="auto" w:fill="FFFFFF" w:themeFill="background1"/>
              <w:spacing w:after="0"/>
              <w:jc w:val="center"/>
            </w:pPr>
          </w:p>
        </w:tc>
        <w:tc>
          <w:tcPr>
            <w:tcW w:w="4800" w:type="dxa"/>
          </w:tcPr>
          <w:p w14:paraId="033B31B9" w14:textId="77777777" w:rsidR="003A09DE" w:rsidRDefault="0064324E" w:rsidP="00F144D6">
            <w:pPr>
              <w:shd w:val="clear" w:color="auto" w:fill="FFFFFF" w:themeFill="background1"/>
              <w:spacing w:after="0" w:line="240" w:lineRule="auto"/>
            </w:pPr>
            <w:r>
              <w:t>- HS quan sát tranh. Dự kiến: Vua ôn tồn ban cam; Trần Quốc Toản nhận cam nhưng trong lòng còn ấm ức vì chưa được dự bàn việc nước.</w:t>
            </w:r>
          </w:p>
        </w:tc>
      </w:tr>
      <w:tr w:rsidR="003A09DE" w14:paraId="56B14D17" w14:textId="77777777" w:rsidTr="00F144D6">
        <w:trPr>
          <w:jc w:val="center"/>
        </w:trPr>
        <w:tc>
          <w:tcPr>
            <w:tcW w:w="4800" w:type="dxa"/>
          </w:tcPr>
          <w:p w14:paraId="42CA142A" w14:textId="77777777" w:rsidR="003A09DE" w:rsidRDefault="0064324E" w:rsidP="00F144D6">
            <w:pPr>
              <w:shd w:val="clear" w:color="auto" w:fill="FFFFFF" w:themeFill="background1"/>
              <w:spacing w:after="0" w:line="240" w:lineRule="auto"/>
            </w:pPr>
            <w:r>
              <w:t>- GV hỏi: 4. Vì sao được vua khen mà Trần Quốc Toản vẫn ấm ức?</w:t>
            </w:r>
          </w:p>
        </w:tc>
        <w:tc>
          <w:tcPr>
            <w:tcW w:w="4800" w:type="dxa"/>
          </w:tcPr>
          <w:p w14:paraId="5D746E1E" w14:textId="77777777" w:rsidR="003A09DE" w:rsidRDefault="0064324E" w:rsidP="00F144D6">
            <w:pPr>
              <w:shd w:val="clear" w:color="auto" w:fill="FFFFFF" w:themeFill="background1"/>
              <w:spacing w:after="0" w:line="240" w:lineRule="auto"/>
            </w:pPr>
            <w:r>
              <w:t>- HS trả lời: Vì vua ban cam quý nhưng vẫn xem cậu như trẻ con, không cho cậu dự bàn việc nước.</w:t>
            </w:r>
          </w:p>
        </w:tc>
      </w:tr>
      <w:tr w:rsidR="003A09DE" w14:paraId="065F88E9" w14:textId="77777777" w:rsidTr="00F144D6">
        <w:trPr>
          <w:jc w:val="center"/>
        </w:trPr>
        <w:tc>
          <w:tcPr>
            <w:tcW w:w="4800" w:type="dxa"/>
          </w:tcPr>
          <w:p w14:paraId="6AE73D2D" w14:textId="77777777" w:rsidR="003A09DE" w:rsidRDefault="0064324E" w:rsidP="00F144D6">
            <w:pPr>
              <w:shd w:val="clear" w:color="auto" w:fill="FFFFFF" w:themeFill="background1"/>
              <w:spacing w:after="0" w:line="240" w:lineRule="auto"/>
            </w:pPr>
            <w:r>
              <w:t>- GV hỏi: 5. Việc Trần Quốc Toản vô tình bóp nát quả cam thể hiện điều gì?</w:t>
            </w:r>
          </w:p>
        </w:tc>
        <w:tc>
          <w:tcPr>
            <w:tcW w:w="4800" w:type="dxa"/>
          </w:tcPr>
          <w:p w14:paraId="4422CEAD" w14:textId="77777777" w:rsidR="003A09DE" w:rsidRDefault="0064324E" w:rsidP="00F144D6">
            <w:pPr>
              <w:shd w:val="clear" w:color="auto" w:fill="FFFFFF" w:themeFill="background1"/>
              <w:spacing w:after="0" w:line="240" w:lineRule="auto"/>
            </w:pPr>
            <w:r>
              <w:t>- HS trả lời: Việc đó thể hiện Trần Quốc Toản rất căm giận quân giặc, rất lo việc nước và quyết tâm đánh giặc.</w:t>
            </w:r>
          </w:p>
        </w:tc>
      </w:tr>
      <w:tr w:rsidR="003A09DE" w14:paraId="26D21582" w14:textId="77777777" w:rsidTr="00F144D6">
        <w:trPr>
          <w:jc w:val="center"/>
        </w:trPr>
        <w:tc>
          <w:tcPr>
            <w:tcW w:w="4800" w:type="dxa"/>
          </w:tcPr>
          <w:p w14:paraId="1A13FFC1" w14:textId="77777777" w:rsidR="003A09DE" w:rsidRDefault="0064324E" w:rsidP="00F144D6">
            <w:pPr>
              <w:shd w:val="clear" w:color="auto" w:fill="FFFFFF" w:themeFill="background1"/>
              <w:spacing w:after="0" w:line="240" w:lineRule="auto"/>
            </w:pPr>
            <w:r>
              <w:t>- GV nêu câu hỏi dẫn: Khi nghe câu chuyện Trần Quốc Toản xin đánh giặc, em hiểu thế nào là yêu nước đối với một học sinh nhỏ tuổi?</w:t>
            </w:r>
          </w:p>
        </w:tc>
        <w:tc>
          <w:tcPr>
            <w:tcW w:w="4800" w:type="dxa"/>
          </w:tcPr>
          <w:p w14:paraId="0C474FEE" w14:textId="77777777" w:rsidR="003A09DE" w:rsidRDefault="0064324E" w:rsidP="00F144D6">
            <w:pPr>
              <w:shd w:val="clear" w:color="auto" w:fill="FFFFFF" w:themeFill="background1"/>
              <w:spacing w:after="0" w:line="240" w:lineRule="auto"/>
            </w:pPr>
            <w:r>
              <w:t>- HS nêu: Yêu nước là chăm học, giữ kỉ luật, yêu quê hương, biết ơn người bảo vệ Tổ quốc, không làm việc xấu.</w:t>
            </w:r>
          </w:p>
        </w:tc>
      </w:tr>
      <w:tr w:rsidR="003A09DE" w14:paraId="34822CA8" w14:textId="77777777" w:rsidTr="00F144D6">
        <w:trPr>
          <w:jc w:val="center"/>
        </w:trPr>
        <w:tc>
          <w:tcPr>
            <w:tcW w:w="4800" w:type="dxa"/>
          </w:tcPr>
          <w:p w14:paraId="648FF0F8" w14:textId="77777777" w:rsidR="003A09DE" w:rsidRDefault="0064324E" w:rsidP="00F144D6">
            <w:pPr>
              <w:shd w:val="clear" w:color="auto" w:fill="FFFFFF" w:themeFill="background1"/>
              <w:spacing w:after="0" w:line="240" w:lineRule="auto"/>
            </w:pPr>
            <w:r>
              <w:rPr>
                <w:color w:val="C00000"/>
              </w:rPr>
              <w:t>- Tích hợp QPAN/ANQP: GV diễn giải: Trần Quốc Toản còn nhỏ tuổi nhưng biết lo cho vận mệnh đất nước, không sợ nguy hiểm khi bày tỏ ý chí chống giặc. Với học sinh lớp 2, yêu nước không phải là làm việc lớn như người xưa mà bắt đầu từ những việc hằng ngày: chào cờ nghiêm túc, học tốt, giữ gìn trường lớp, yêu quý lịch sử dân tộc, biết ơn bộ đội và những người đã bảo vệ Tổ quốc. Khi đất nước bình yên, mỗi em cần rèn kỉ luật, trung thực, đoàn kết để sau này trở thành người có ích.</w:t>
            </w:r>
          </w:p>
        </w:tc>
        <w:tc>
          <w:tcPr>
            <w:tcW w:w="4800" w:type="dxa"/>
          </w:tcPr>
          <w:p w14:paraId="011C44A5" w14:textId="77777777" w:rsidR="003A09DE" w:rsidRDefault="0064324E" w:rsidP="00F144D6">
            <w:pPr>
              <w:shd w:val="clear" w:color="auto" w:fill="FFFFFF" w:themeFill="background1"/>
              <w:spacing w:after="0" w:line="240" w:lineRule="auto"/>
            </w:pPr>
            <w:r>
              <w:rPr>
                <w:color w:val="C00000"/>
              </w:rPr>
              <w:t>- HS lắng nghe; nhắc lại việc làm phù hợp: chào cờ nghiêm túc, chăm học, giữ gìn trường lớp, biết ơn người bảo vệ Tổ quốc.</w:t>
            </w:r>
          </w:p>
        </w:tc>
      </w:tr>
      <w:tr w:rsidR="003A09DE" w14:paraId="0674B542" w14:textId="77777777" w:rsidTr="00F144D6">
        <w:trPr>
          <w:jc w:val="center"/>
        </w:trPr>
        <w:tc>
          <w:tcPr>
            <w:tcW w:w="4800" w:type="dxa"/>
            <w:tcBorders>
              <w:bottom w:val="single" w:sz="6" w:space="0" w:color="000000"/>
            </w:tcBorders>
          </w:tcPr>
          <w:p w14:paraId="00F80426" w14:textId="77777777" w:rsidR="003A09DE" w:rsidRDefault="0064324E" w:rsidP="00F144D6">
            <w:pPr>
              <w:shd w:val="clear" w:color="auto" w:fill="FFFFFF" w:themeFill="background1"/>
              <w:spacing w:after="0" w:line="240" w:lineRule="auto"/>
            </w:pPr>
            <w:r>
              <w:t>- GV kết luận nội dung bài: Câu chuyện ca ngợi Trần Quốc Toản tuy nhỏ tuổi nhưng có lòng yêu nước, dũng cảm, quyết tâm đánh giặc.</w:t>
            </w:r>
          </w:p>
        </w:tc>
        <w:tc>
          <w:tcPr>
            <w:tcW w:w="4800" w:type="dxa"/>
            <w:tcBorders>
              <w:bottom w:val="single" w:sz="6" w:space="0" w:color="000000"/>
            </w:tcBorders>
          </w:tcPr>
          <w:p w14:paraId="45C3DFFD" w14:textId="77777777" w:rsidR="003A09DE" w:rsidRDefault="0064324E" w:rsidP="00F144D6">
            <w:pPr>
              <w:shd w:val="clear" w:color="auto" w:fill="FFFFFF" w:themeFill="background1"/>
              <w:spacing w:after="0" w:line="240" w:lineRule="auto"/>
            </w:pPr>
            <w:r>
              <w:t>- HS nhắc lại nội dung chính của bài.</w:t>
            </w:r>
          </w:p>
        </w:tc>
      </w:tr>
      <w:tr w:rsidR="003A09DE" w14:paraId="1400004E" w14:textId="77777777" w:rsidTr="00F144D6">
        <w:trPr>
          <w:jc w:val="center"/>
        </w:trPr>
        <w:tc>
          <w:tcPr>
            <w:tcW w:w="10432" w:type="dxa"/>
            <w:gridSpan w:val="2"/>
            <w:tcBorders>
              <w:top w:val="single" w:sz="6" w:space="0" w:color="000000"/>
              <w:bottom w:val="single" w:sz="6" w:space="0" w:color="000000"/>
            </w:tcBorders>
            <w:shd w:val="clear" w:color="auto" w:fill="DDEBD6"/>
          </w:tcPr>
          <w:p w14:paraId="465A5F1F" w14:textId="77777777" w:rsidR="003A09DE" w:rsidRDefault="0064324E" w:rsidP="00F144D6">
            <w:pPr>
              <w:shd w:val="clear" w:color="auto" w:fill="FFFFFF" w:themeFill="background1"/>
              <w:spacing w:after="0" w:line="240" w:lineRule="auto"/>
            </w:pPr>
            <w:r>
              <w:rPr>
                <w:b/>
              </w:rPr>
              <w:t>Hoạt động 3: Luyện đọc lại (7 phút)</w:t>
            </w:r>
            <w:r>
              <w:rPr>
                <w:i/>
              </w:rPr>
              <w:br/>
              <w:t>Mục tiêu: HS đọc diễn cảm một đoạn truyện, thể hiện đúng lời nhân vật.</w:t>
            </w:r>
          </w:p>
        </w:tc>
      </w:tr>
      <w:tr w:rsidR="003A09DE" w14:paraId="6018113D" w14:textId="77777777" w:rsidTr="00F144D6">
        <w:trPr>
          <w:jc w:val="center"/>
        </w:trPr>
        <w:tc>
          <w:tcPr>
            <w:tcW w:w="4800" w:type="dxa"/>
            <w:tcBorders>
              <w:top w:val="single" w:sz="6" w:space="0" w:color="000000"/>
            </w:tcBorders>
          </w:tcPr>
          <w:p w14:paraId="5F187438" w14:textId="77777777" w:rsidR="003A09DE" w:rsidRDefault="0064324E" w:rsidP="00F144D6">
            <w:pPr>
              <w:shd w:val="clear" w:color="auto" w:fill="FFFFFF" w:themeFill="background1"/>
              <w:spacing w:after="0" w:line="240" w:lineRule="auto"/>
            </w:pPr>
            <w:r>
              <w:t>- GV chọn đoạn đối thoại giữa Trần Quốc Toản và vua, đọc mẫu một lượt.</w:t>
            </w:r>
          </w:p>
        </w:tc>
        <w:tc>
          <w:tcPr>
            <w:tcW w:w="4800" w:type="dxa"/>
            <w:tcBorders>
              <w:top w:val="single" w:sz="6" w:space="0" w:color="000000"/>
            </w:tcBorders>
          </w:tcPr>
          <w:p w14:paraId="482F77E9" w14:textId="77777777" w:rsidR="003A09DE" w:rsidRDefault="0064324E" w:rsidP="00F144D6">
            <w:pPr>
              <w:shd w:val="clear" w:color="auto" w:fill="FFFFFF" w:themeFill="background1"/>
              <w:spacing w:after="0" w:line="240" w:lineRule="auto"/>
            </w:pPr>
            <w:r>
              <w:t>- HS lắng nghe, đánh dấu chỗ ngắt nghỉ và lời nhân vật trong SGK.</w:t>
            </w:r>
          </w:p>
        </w:tc>
      </w:tr>
      <w:tr w:rsidR="003A09DE" w14:paraId="67185913" w14:textId="77777777" w:rsidTr="00F144D6">
        <w:trPr>
          <w:jc w:val="center"/>
        </w:trPr>
        <w:tc>
          <w:tcPr>
            <w:tcW w:w="4800" w:type="dxa"/>
          </w:tcPr>
          <w:p w14:paraId="165A4B12" w14:textId="77777777" w:rsidR="003A09DE" w:rsidRDefault="0064324E" w:rsidP="00F144D6">
            <w:pPr>
              <w:shd w:val="clear" w:color="auto" w:fill="FFFFFF" w:themeFill="background1"/>
              <w:spacing w:after="0" w:line="240" w:lineRule="auto"/>
            </w:pPr>
            <w:r>
              <w:t>- GV tổ chức HS luyện đọc phân vai theo nhóm 4: người kể, Trần Quốc Toản, vua, lính/các nhân vật phụ.</w:t>
            </w:r>
          </w:p>
        </w:tc>
        <w:tc>
          <w:tcPr>
            <w:tcW w:w="4800" w:type="dxa"/>
          </w:tcPr>
          <w:p w14:paraId="20FEB953" w14:textId="77777777" w:rsidR="003A09DE" w:rsidRDefault="0064324E" w:rsidP="00F144D6">
            <w:pPr>
              <w:shd w:val="clear" w:color="auto" w:fill="FFFFFF" w:themeFill="background1"/>
              <w:spacing w:after="0" w:line="240" w:lineRule="auto"/>
            </w:pPr>
            <w:r>
              <w:t>- HS phân vai, luyện đọc; đổi vai để nhiều bạn được đọc.</w:t>
            </w:r>
          </w:p>
        </w:tc>
      </w:tr>
      <w:tr w:rsidR="003A09DE" w14:paraId="0B619FF7" w14:textId="77777777" w:rsidTr="00F144D6">
        <w:trPr>
          <w:jc w:val="center"/>
        </w:trPr>
        <w:tc>
          <w:tcPr>
            <w:tcW w:w="4800" w:type="dxa"/>
            <w:tcBorders>
              <w:bottom w:val="single" w:sz="6" w:space="0" w:color="000000"/>
            </w:tcBorders>
          </w:tcPr>
          <w:p w14:paraId="2C1E2963" w14:textId="77777777" w:rsidR="003A09DE" w:rsidRDefault="0064324E" w:rsidP="00F144D6">
            <w:pPr>
              <w:shd w:val="clear" w:color="auto" w:fill="FFFFFF" w:themeFill="background1"/>
              <w:spacing w:after="0" w:line="240" w:lineRule="auto"/>
            </w:pPr>
            <w:r>
              <w:t>- GV mời 2 nhóm đọc trước lớp, nhận xét giọng đọc, phát âm và thái độ tự tin.</w:t>
            </w:r>
          </w:p>
        </w:tc>
        <w:tc>
          <w:tcPr>
            <w:tcW w:w="4800" w:type="dxa"/>
            <w:tcBorders>
              <w:bottom w:val="single" w:sz="6" w:space="0" w:color="000000"/>
            </w:tcBorders>
          </w:tcPr>
          <w:p w14:paraId="1C267BA1" w14:textId="77777777" w:rsidR="003A09DE" w:rsidRDefault="0064324E" w:rsidP="00F144D6">
            <w:pPr>
              <w:shd w:val="clear" w:color="auto" w:fill="FFFFFF" w:themeFill="background1"/>
              <w:spacing w:after="0" w:line="240" w:lineRule="auto"/>
            </w:pPr>
            <w:r>
              <w:t>- HS đọc trước lớp; nhóm khác nhận xét bằng lời lịch sự.</w:t>
            </w:r>
          </w:p>
        </w:tc>
      </w:tr>
      <w:tr w:rsidR="003A09DE" w14:paraId="00CFCF80" w14:textId="77777777" w:rsidTr="00F144D6">
        <w:trPr>
          <w:jc w:val="center"/>
        </w:trPr>
        <w:tc>
          <w:tcPr>
            <w:tcW w:w="10432" w:type="dxa"/>
            <w:gridSpan w:val="2"/>
            <w:tcBorders>
              <w:top w:val="single" w:sz="6" w:space="0" w:color="000000"/>
              <w:bottom w:val="single" w:sz="6" w:space="0" w:color="000000"/>
            </w:tcBorders>
            <w:shd w:val="clear" w:color="auto" w:fill="DDEBD6"/>
          </w:tcPr>
          <w:p w14:paraId="3B427D5B" w14:textId="77777777" w:rsidR="003A09DE" w:rsidRDefault="0064324E" w:rsidP="00F144D6">
            <w:pPr>
              <w:shd w:val="clear" w:color="auto" w:fill="FFFFFF" w:themeFill="background1"/>
              <w:spacing w:after="0" w:line="240" w:lineRule="auto"/>
            </w:pPr>
            <w:r>
              <w:rPr>
                <w:b/>
              </w:rPr>
              <w:t>Hoạt động 4: Luyện tập theo văn bản đọc (10 phút)</w:t>
            </w:r>
            <w:r>
              <w:rPr>
                <w:i/>
              </w:rPr>
              <w:br/>
              <w:t>Mục tiêu: HS phân loại được từ ngữ chỉ người, chỉ vật; tạo câu nêu hoạt động theo mẫu.</w:t>
            </w:r>
          </w:p>
        </w:tc>
      </w:tr>
      <w:tr w:rsidR="003A09DE" w14:paraId="732ACA5A" w14:textId="77777777" w:rsidTr="00F144D6">
        <w:trPr>
          <w:jc w:val="center"/>
        </w:trPr>
        <w:tc>
          <w:tcPr>
            <w:tcW w:w="4800" w:type="dxa"/>
            <w:tcBorders>
              <w:top w:val="single" w:sz="6" w:space="0" w:color="000000"/>
            </w:tcBorders>
          </w:tcPr>
          <w:p w14:paraId="3F5800E5" w14:textId="77777777" w:rsidR="003A09DE" w:rsidRDefault="0064324E" w:rsidP="00F144D6">
            <w:pPr>
              <w:shd w:val="clear" w:color="auto" w:fill="FFFFFF" w:themeFill="background1"/>
              <w:spacing w:after="0" w:line="240" w:lineRule="auto"/>
            </w:pPr>
            <w:r>
              <w:rPr>
                <w:b/>
              </w:rPr>
              <w:t>Bài tập 1: Xếp các từ ngữ dưới đây vào nhóm thích hợp.</w:t>
            </w:r>
          </w:p>
          <w:p w14:paraId="2E272F27" w14:textId="4918713D" w:rsidR="003A09DE" w:rsidRDefault="003A09DE" w:rsidP="00F144D6">
            <w:pPr>
              <w:shd w:val="clear" w:color="auto" w:fill="FFFFFF" w:themeFill="background1"/>
              <w:spacing w:after="0"/>
              <w:jc w:val="center"/>
            </w:pPr>
          </w:p>
        </w:tc>
        <w:tc>
          <w:tcPr>
            <w:tcW w:w="4800" w:type="dxa"/>
            <w:tcBorders>
              <w:top w:val="single" w:sz="6" w:space="0" w:color="000000"/>
            </w:tcBorders>
          </w:tcPr>
          <w:p w14:paraId="3048C7EE" w14:textId="77777777" w:rsidR="003A09DE" w:rsidRDefault="0064324E" w:rsidP="00F144D6">
            <w:pPr>
              <w:shd w:val="clear" w:color="auto" w:fill="FFFFFF" w:themeFill="background1"/>
              <w:spacing w:after="0" w:line="240" w:lineRule="auto"/>
            </w:pPr>
            <w:r>
              <w:lastRenderedPageBreak/>
              <w:t>- HS đọc đề, nêu yêu cầu: xếp từ vào nhóm “Từ ngữ chỉ người” và “Từ ngữ chỉ vật”.</w:t>
            </w:r>
          </w:p>
        </w:tc>
      </w:tr>
      <w:tr w:rsidR="003A09DE" w14:paraId="26C1C2B9" w14:textId="77777777" w:rsidTr="00F144D6">
        <w:trPr>
          <w:jc w:val="center"/>
        </w:trPr>
        <w:tc>
          <w:tcPr>
            <w:tcW w:w="4800" w:type="dxa"/>
          </w:tcPr>
          <w:p w14:paraId="4BA1D72E" w14:textId="77777777" w:rsidR="003A09DE" w:rsidRDefault="0064324E" w:rsidP="00F144D6">
            <w:pPr>
              <w:shd w:val="clear" w:color="auto" w:fill="FFFFFF" w:themeFill="background1"/>
              <w:spacing w:after="0" w:line="240" w:lineRule="auto"/>
            </w:pPr>
            <w:r>
              <w:t>- GV yêu cầu HS đọc các từ: Trần Quốc Toản, vua, thuyền rồng, quả cam, lính, sứ thần, thanh gươm; làm việc nhóm 4.</w:t>
            </w:r>
          </w:p>
        </w:tc>
        <w:tc>
          <w:tcPr>
            <w:tcW w:w="4800" w:type="dxa"/>
          </w:tcPr>
          <w:p w14:paraId="1AC8DC8D" w14:textId="77777777" w:rsidR="003A09DE" w:rsidRDefault="0064324E" w:rsidP="00F144D6">
            <w:pPr>
              <w:shd w:val="clear" w:color="auto" w:fill="FFFFFF" w:themeFill="background1"/>
              <w:spacing w:after="0" w:line="240" w:lineRule="auto"/>
            </w:pPr>
            <w:r>
              <w:t>- HS làm nhóm 4. Đáp án: Từ ngữ chỉ người: Trần Quốc Toản, vua, lính, sứ thần. Từ ngữ chỉ vật: thuyền rồng, quả cam, thanh gươm.</w:t>
            </w:r>
          </w:p>
        </w:tc>
      </w:tr>
      <w:tr w:rsidR="003A09DE" w14:paraId="07174C93" w14:textId="77777777" w:rsidTr="00F144D6">
        <w:trPr>
          <w:jc w:val="center"/>
        </w:trPr>
        <w:tc>
          <w:tcPr>
            <w:tcW w:w="4800" w:type="dxa"/>
          </w:tcPr>
          <w:p w14:paraId="72580134" w14:textId="77777777" w:rsidR="003A09DE" w:rsidRDefault="0064324E" w:rsidP="00F144D6">
            <w:pPr>
              <w:shd w:val="clear" w:color="auto" w:fill="FFFFFF" w:themeFill="background1"/>
              <w:spacing w:after="0" w:line="240" w:lineRule="auto"/>
            </w:pPr>
            <w:r>
              <w:rPr>
                <w:b/>
              </w:rPr>
              <w:t>Bài tập 2: Kết hợp ô chữ bên trái với ô chữ bên phải để tạo câu nêu hoạt động.</w:t>
            </w:r>
          </w:p>
        </w:tc>
        <w:tc>
          <w:tcPr>
            <w:tcW w:w="4800" w:type="dxa"/>
          </w:tcPr>
          <w:p w14:paraId="35332B77" w14:textId="77777777" w:rsidR="003A09DE" w:rsidRDefault="0064324E" w:rsidP="00F144D6">
            <w:pPr>
              <w:shd w:val="clear" w:color="auto" w:fill="FFFFFF" w:themeFill="background1"/>
              <w:spacing w:after="0" w:line="240" w:lineRule="auto"/>
            </w:pPr>
            <w:r>
              <w:t>- HS đọc đề và quan sát các ô chữ.</w:t>
            </w:r>
          </w:p>
        </w:tc>
      </w:tr>
      <w:tr w:rsidR="003A09DE" w14:paraId="1D7F8DE6" w14:textId="77777777" w:rsidTr="00F144D6">
        <w:trPr>
          <w:jc w:val="center"/>
        </w:trPr>
        <w:tc>
          <w:tcPr>
            <w:tcW w:w="4800" w:type="dxa"/>
          </w:tcPr>
          <w:p w14:paraId="23E15CCD" w14:textId="77777777" w:rsidR="003A09DE" w:rsidRDefault="0064324E" w:rsidP="00F144D6">
            <w:pPr>
              <w:shd w:val="clear" w:color="auto" w:fill="FFFFFF" w:themeFill="background1"/>
              <w:spacing w:after="0" w:line="240" w:lineRule="auto"/>
            </w:pPr>
            <w:r>
              <w:t>- GV hướng dẫn HS nối cụm “Trần Quốc Toản” với các cụm phù hợp để tạo câu có nghĩa.</w:t>
            </w:r>
          </w:p>
        </w:tc>
        <w:tc>
          <w:tcPr>
            <w:tcW w:w="4800" w:type="dxa"/>
          </w:tcPr>
          <w:p w14:paraId="17B1DD32" w14:textId="77777777" w:rsidR="003A09DE" w:rsidRDefault="0064324E" w:rsidP="00F144D6">
            <w:pPr>
              <w:shd w:val="clear" w:color="auto" w:fill="FFFFFF" w:themeFill="background1"/>
              <w:spacing w:after="0" w:line="240" w:lineRule="auto"/>
            </w:pPr>
            <w:r>
              <w:t>- HS nêu câu: Trần Quốc Toản là một cậu bé có lòng yêu nước. Trần Quốc Toản xô mấy người lính gác, xăm xăm xuống bến để gặp vua. Trần Quốc Toản trẻ tuổi mà dũng cảm.</w:t>
            </w:r>
          </w:p>
        </w:tc>
      </w:tr>
      <w:tr w:rsidR="003A09DE" w14:paraId="164344EB" w14:textId="77777777" w:rsidTr="00F144D6">
        <w:trPr>
          <w:jc w:val="center"/>
        </w:trPr>
        <w:tc>
          <w:tcPr>
            <w:tcW w:w="4800" w:type="dxa"/>
            <w:tcBorders>
              <w:bottom w:val="single" w:sz="6" w:space="0" w:color="000000"/>
            </w:tcBorders>
          </w:tcPr>
          <w:p w14:paraId="41737603" w14:textId="77777777" w:rsidR="003A09DE" w:rsidRDefault="0064324E" w:rsidP="00F144D6">
            <w:pPr>
              <w:shd w:val="clear" w:color="auto" w:fill="FFFFFF" w:themeFill="background1"/>
              <w:spacing w:after="0" w:line="240" w:lineRule="auto"/>
            </w:pPr>
            <w:r>
              <w:t>- GV nhận xét, chốt: Khi ghép từ tạo câu, các em cần đọc lại để xem câu đã đủ ý, rõ nghĩa chưa.</w:t>
            </w:r>
          </w:p>
        </w:tc>
        <w:tc>
          <w:tcPr>
            <w:tcW w:w="4800" w:type="dxa"/>
            <w:tcBorders>
              <w:bottom w:val="single" w:sz="6" w:space="0" w:color="000000"/>
            </w:tcBorders>
          </w:tcPr>
          <w:p w14:paraId="0583398B" w14:textId="77777777" w:rsidR="003A09DE" w:rsidRDefault="0064324E" w:rsidP="00F144D6">
            <w:pPr>
              <w:shd w:val="clear" w:color="auto" w:fill="FFFFFF" w:themeFill="background1"/>
              <w:spacing w:after="0" w:line="240" w:lineRule="auto"/>
            </w:pPr>
            <w:r>
              <w:t>- HS lắng nghe, sửa câu nếu cần.</w:t>
            </w:r>
          </w:p>
        </w:tc>
      </w:tr>
      <w:tr w:rsidR="003A09DE" w14:paraId="789219C9" w14:textId="77777777" w:rsidTr="00F144D6">
        <w:trPr>
          <w:jc w:val="center"/>
        </w:trPr>
        <w:tc>
          <w:tcPr>
            <w:tcW w:w="10432" w:type="dxa"/>
            <w:gridSpan w:val="2"/>
            <w:tcBorders>
              <w:top w:val="single" w:sz="6" w:space="0" w:color="000000"/>
              <w:bottom w:val="single" w:sz="6" w:space="0" w:color="000000"/>
            </w:tcBorders>
            <w:shd w:val="clear" w:color="auto" w:fill="DDEBD6"/>
          </w:tcPr>
          <w:p w14:paraId="2DB7A06C" w14:textId="77777777" w:rsidR="003A09DE" w:rsidRDefault="0064324E" w:rsidP="00F144D6">
            <w:pPr>
              <w:shd w:val="clear" w:color="auto" w:fill="FFFFFF" w:themeFill="background1"/>
              <w:spacing w:after="0" w:line="240" w:lineRule="auto"/>
            </w:pPr>
            <w:r>
              <w:rPr>
                <w:b/>
              </w:rPr>
              <w:t>4. VẬN DỤNG (3 phút)</w:t>
            </w:r>
            <w:r>
              <w:rPr>
                <w:i/>
              </w:rPr>
              <w:br/>
              <w:t>Mục tiêu: HS biết kể ngắn điều em học được từ nhân vật Trần Quốc Toản.</w:t>
            </w:r>
          </w:p>
        </w:tc>
      </w:tr>
      <w:tr w:rsidR="003A09DE" w14:paraId="7EFDB758" w14:textId="77777777" w:rsidTr="00F144D6">
        <w:trPr>
          <w:jc w:val="center"/>
        </w:trPr>
        <w:tc>
          <w:tcPr>
            <w:tcW w:w="4800" w:type="dxa"/>
            <w:tcBorders>
              <w:top w:val="single" w:sz="6" w:space="0" w:color="000000"/>
            </w:tcBorders>
          </w:tcPr>
          <w:p w14:paraId="17F429F6" w14:textId="77777777" w:rsidR="003A09DE" w:rsidRDefault="0064324E" w:rsidP="00F144D6">
            <w:pPr>
              <w:shd w:val="clear" w:color="auto" w:fill="FFFFFF" w:themeFill="background1"/>
              <w:spacing w:after="0" w:line="240" w:lineRule="auto"/>
            </w:pPr>
            <w:r>
              <w:t>- GV yêu cầu HS nói một câu bắt đầu bằng: “Em học được ở Trần Quốc Toản...”</w:t>
            </w:r>
          </w:p>
        </w:tc>
        <w:tc>
          <w:tcPr>
            <w:tcW w:w="4800" w:type="dxa"/>
            <w:tcBorders>
              <w:top w:val="single" w:sz="6" w:space="0" w:color="000000"/>
            </w:tcBorders>
          </w:tcPr>
          <w:p w14:paraId="0CFA7240" w14:textId="77777777" w:rsidR="003A09DE" w:rsidRDefault="0064324E" w:rsidP="00F144D6">
            <w:pPr>
              <w:shd w:val="clear" w:color="auto" w:fill="FFFFFF" w:themeFill="background1"/>
              <w:spacing w:after="0" w:line="240" w:lineRule="auto"/>
            </w:pPr>
            <w:r>
              <w:t>- HS nêu: “Em học được ở Trần Quốc Toản lòng yêu nước.” “Em học được sự dũng cảm và quyết tâm.”</w:t>
            </w:r>
          </w:p>
        </w:tc>
      </w:tr>
      <w:tr w:rsidR="003A09DE" w14:paraId="2712EA34" w14:textId="77777777" w:rsidTr="00F144D6">
        <w:trPr>
          <w:jc w:val="center"/>
        </w:trPr>
        <w:tc>
          <w:tcPr>
            <w:tcW w:w="4800" w:type="dxa"/>
          </w:tcPr>
          <w:p w14:paraId="666FB0B7" w14:textId="77777777" w:rsidR="003A09DE" w:rsidRDefault="0064324E" w:rsidP="00F144D6">
            <w:pPr>
              <w:shd w:val="clear" w:color="auto" w:fill="FFFFFF" w:themeFill="background1"/>
              <w:spacing w:after="0" w:line="240" w:lineRule="auto"/>
            </w:pPr>
            <w:r>
              <w:t>- GV dặn HS luyện đọc lại bài và chuẩn bị tiết viết chữ hoa Q kiểu 2.</w:t>
            </w:r>
          </w:p>
        </w:tc>
        <w:tc>
          <w:tcPr>
            <w:tcW w:w="4800" w:type="dxa"/>
          </w:tcPr>
          <w:p w14:paraId="65DB3F29" w14:textId="77777777" w:rsidR="003A09DE" w:rsidRDefault="0064324E" w:rsidP="00F144D6">
            <w:pPr>
              <w:shd w:val="clear" w:color="auto" w:fill="FFFFFF" w:themeFill="background1"/>
              <w:spacing w:after="0" w:line="240" w:lineRule="auto"/>
            </w:pPr>
            <w:r>
              <w:t>- HS lắng nghe, ghi nhớ.</w:t>
            </w:r>
          </w:p>
        </w:tc>
      </w:tr>
    </w:tbl>
    <w:p w14:paraId="1BAF8C5C" w14:textId="77777777" w:rsidR="003A09DE" w:rsidRDefault="0064324E" w:rsidP="00F144D6">
      <w:pPr>
        <w:shd w:val="clear" w:color="auto" w:fill="FFFFFF" w:themeFill="background1"/>
        <w:spacing w:after="0" w:line="240" w:lineRule="auto"/>
      </w:pPr>
      <w:r>
        <w:rPr>
          <w:b/>
        </w:rPr>
        <w:t>IV. ĐIỀU CHỈNH SAU TIẾT HỌC (NẾU CÓ)</w:t>
      </w:r>
    </w:p>
    <w:p w14:paraId="38A85321" w14:textId="77777777" w:rsidR="003A09DE" w:rsidRDefault="003A09DE" w:rsidP="00F144D6">
      <w:pPr>
        <w:shd w:val="clear" w:color="auto" w:fill="FFFFFF" w:themeFill="background1"/>
        <w:spacing w:after="0" w:line="240" w:lineRule="auto"/>
      </w:pPr>
    </w:p>
    <w:p w14:paraId="2C89EB30" w14:textId="77777777" w:rsidR="003A09DE" w:rsidRDefault="0064324E" w:rsidP="00F144D6">
      <w:pPr>
        <w:shd w:val="clear" w:color="auto" w:fill="FFFFFF" w:themeFill="background1"/>
      </w:pPr>
      <w:r>
        <w:br w:type="page"/>
      </w:r>
    </w:p>
    <w:p w14:paraId="42104DE1" w14:textId="77777777" w:rsidR="003A09DE" w:rsidRDefault="0064324E" w:rsidP="00F144D6">
      <w:pPr>
        <w:shd w:val="clear" w:color="auto" w:fill="FFFFFF" w:themeFill="background1"/>
        <w:spacing w:after="0" w:line="240" w:lineRule="auto"/>
        <w:jc w:val="center"/>
      </w:pPr>
      <w:r>
        <w:rPr>
          <w:b/>
        </w:rPr>
        <w:lastRenderedPageBreak/>
        <w:t>BÀI 23: BÓP NÁT QUẢ CAM</w:t>
      </w:r>
    </w:p>
    <w:p w14:paraId="0688887C" w14:textId="77777777" w:rsidR="003A09DE" w:rsidRDefault="0064324E" w:rsidP="00F144D6">
      <w:pPr>
        <w:shd w:val="clear" w:color="auto" w:fill="FFFFFF" w:themeFill="background1"/>
        <w:spacing w:after="60" w:line="240" w:lineRule="auto"/>
        <w:jc w:val="center"/>
      </w:pPr>
      <w:r>
        <w:rPr>
          <w:b/>
        </w:rPr>
        <w:t>TIẾT 3: VIẾT - CHỮ HOA Q (KIỂU 2)</w:t>
      </w:r>
    </w:p>
    <w:p w14:paraId="3EE8A50F" w14:textId="77777777" w:rsidR="003A09DE" w:rsidRDefault="0064324E" w:rsidP="00F144D6">
      <w:pPr>
        <w:shd w:val="clear" w:color="auto" w:fill="FFFFFF" w:themeFill="background1"/>
        <w:spacing w:after="0" w:line="240" w:lineRule="auto"/>
      </w:pPr>
      <w:r>
        <w:rPr>
          <w:b/>
        </w:rPr>
        <w:t>I. YÊU CẦU CẦN ĐẠT</w:t>
      </w:r>
    </w:p>
    <w:p w14:paraId="7E110A23" w14:textId="77777777" w:rsidR="003A09DE" w:rsidRDefault="0064324E" w:rsidP="00F144D6">
      <w:pPr>
        <w:shd w:val="clear" w:color="auto" w:fill="FFFFFF" w:themeFill="background1"/>
        <w:spacing w:after="0" w:line="240" w:lineRule="auto"/>
      </w:pPr>
      <w:r>
        <w:rPr>
          <w:b/>
        </w:rPr>
        <w:t>1. Năng lực đặc thù</w:t>
      </w:r>
    </w:p>
    <w:p w14:paraId="6EBECAD0" w14:textId="77777777" w:rsidR="003A09DE" w:rsidRDefault="0064324E" w:rsidP="00F144D6">
      <w:pPr>
        <w:shd w:val="clear" w:color="auto" w:fill="FFFFFF" w:themeFill="background1"/>
        <w:spacing w:after="0" w:line="240" w:lineRule="auto"/>
      </w:pPr>
      <w:r>
        <w:t>- Biết viết chữ hoa Q kiểu 2 cỡ vừa và cỡ nhỏ đúng mẫu, đúng quy trình.</w:t>
      </w:r>
    </w:p>
    <w:p w14:paraId="28776F32" w14:textId="77777777" w:rsidR="003A09DE" w:rsidRDefault="0064324E" w:rsidP="00F144D6">
      <w:pPr>
        <w:shd w:val="clear" w:color="auto" w:fill="FFFFFF" w:themeFill="background1"/>
        <w:spacing w:after="0" w:line="240" w:lineRule="auto"/>
      </w:pPr>
      <w:r>
        <w:t>- Viết đúng câu ứng dụng: Trần Quốc Toản là người anh hùng nhỏ tuổi.</w:t>
      </w:r>
    </w:p>
    <w:p w14:paraId="08F19EB8" w14:textId="77777777" w:rsidR="003A09DE" w:rsidRDefault="0064324E" w:rsidP="00F144D6">
      <w:pPr>
        <w:shd w:val="clear" w:color="auto" w:fill="FFFFFF" w:themeFill="background1"/>
        <w:spacing w:after="0" w:line="240" w:lineRule="auto"/>
      </w:pPr>
      <w:r>
        <w:t>- Biết trình bày bài viết sạch đẹp, đúng khoảng cách, viết hoa đúng tên riêng.</w:t>
      </w:r>
    </w:p>
    <w:p w14:paraId="3862AC3F" w14:textId="77777777" w:rsidR="003A09DE" w:rsidRDefault="0064324E" w:rsidP="00F144D6">
      <w:pPr>
        <w:shd w:val="clear" w:color="auto" w:fill="FFFFFF" w:themeFill="background1"/>
        <w:spacing w:after="0" w:line="240" w:lineRule="auto"/>
      </w:pPr>
      <w:r>
        <w:rPr>
          <w:b/>
        </w:rPr>
        <w:t>2. Năng lực chung</w:t>
      </w:r>
    </w:p>
    <w:p w14:paraId="3C76B797" w14:textId="77777777" w:rsidR="003A09DE" w:rsidRDefault="0064324E" w:rsidP="00F144D6">
      <w:pPr>
        <w:shd w:val="clear" w:color="auto" w:fill="FFFFFF" w:themeFill="background1"/>
        <w:spacing w:after="0" w:line="240" w:lineRule="auto"/>
      </w:pPr>
      <w:r>
        <w:t>- Tự chủ và tự học: Tự quan sát mẫu chữ, luyện viết và tự soát lỗi.</w:t>
      </w:r>
    </w:p>
    <w:p w14:paraId="316DF95E" w14:textId="77777777" w:rsidR="003A09DE" w:rsidRDefault="0064324E" w:rsidP="00F144D6">
      <w:pPr>
        <w:shd w:val="clear" w:color="auto" w:fill="FFFFFF" w:themeFill="background1"/>
        <w:spacing w:after="0" w:line="240" w:lineRule="auto"/>
      </w:pPr>
      <w:r>
        <w:t>- Giao tiếp và hợp tác: Biết đổi vở, nhận xét nhẹ nhàng để cùng sửa lỗi.</w:t>
      </w:r>
    </w:p>
    <w:p w14:paraId="630458FF" w14:textId="77777777" w:rsidR="003A09DE" w:rsidRDefault="0064324E" w:rsidP="00F144D6">
      <w:pPr>
        <w:shd w:val="clear" w:color="auto" w:fill="FFFFFF" w:themeFill="background1"/>
        <w:spacing w:after="0" w:line="240" w:lineRule="auto"/>
      </w:pPr>
      <w:r>
        <w:t>- Giải quyết vấn đề và sáng tạo: Biết phát hiện lỗi viết sai độ cao, khoảng cách và điều chỉnh.</w:t>
      </w:r>
    </w:p>
    <w:p w14:paraId="38D72446" w14:textId="77777777" w:rsidR="003A09DE" w:rsidRDefault="0064324E" w:rsidP="00F144D6">
      <w:pPr>
        <w:shd w:val="clear" w:color="auto" w:fill="FFFFFF" w:themeFill="background1"/>
        <w:spacing w:after="0" w:line="240" w:lineRule="auto"/>
      </w:pPr>
      <w:r>
        <w:rPr>
          <w:b/>
        </w:rPr>
        <w:t>3. Phẩm chất</w:t>
      </w:r>
    </w:p>
    <w:p w14:paraId="30977203" w14:textId="77777777" w:rsidR="003A09DE" w:rsidRDefault="0064324E" w:rsidP="00F144D6">
      <w:pPr>
        <w:shd w:val="clear" w:color="auto" w:fill="FFFFFF" w:themeFill="background1"/>
        <w:spacing w:after="0" w:line="240" w:lineRule="auto"/>
      </w:pPr>
      <w:r>
        <w:t>- Chăm chỉ: Kiên trì luyện viết đúng, viết đẹp.</w:t>
      </w:r>
    </w:p>
    <w:p w14:paraId="3CFDBC19" w14:textId="77777777" w:rsidR="003A09DE" w:rsidRDefault="0064324E" w:rsidP="00F144D6">
      <w:pPr>
        <w:shd w:val="clear" w:color="auto" w:fill="FFFFFF" w:themeFill="background1"/>
        <w:spacing w:after="0" w:line="240" w:lineRule="auto"/>
      </w:pPr>
      <w:r>
        <w:t>- Trách nhiệm: Giữ vở sạch, viết cẩn thận, không bỏ dở nhiệm vụ.</w:t>
      </w:r>
    </w:p>
    <w:p w14:paraId="6D25F135" w14:textId="77777777" w:rsidR="003A09DE" w:rsidRDefault="0064324E" w:rsidP="00F144D6">
      <w:pPr>
        <w:shd w:val="clear" w:color="auto" w:fill="FFFFFF" w:themeFill="background1"/>
        <w:spacing w:after="0" w:line="240" w:lineRule="auto"/>
      </w:pPr>
      <w:r>
        <w:rPr>
          <w:b/>
        </w:rPr>
        <w:t>II. ĐỒ DÙNG DẠY HỌC</w:t>
      </w:r>
    </w:p>
    <w:p w14:paraId="63A36E32" w14:textId="77777777" w:rsidR="003A09DE" w:rsidRDefault="0064324E" w:rsidP="00F144D6">
      <w:pPr>
        <w:shd w:val="clear" w:color="auto" w:fill="FFFFFF" w:themeFill="background1"/>
        <w:spacing w:after="0" w:line="240" w:lineRule="auto"/>
      </w:pPr>
      <w:r>
        <w:t>- GV: Mẫu chữ hoa Q kiểu 2, câu ứng dụng, tranh cắt phần viết trong SGK, bảng phụ/máy chiếu.</w:t>
      </w:r>
    </w:p>
    <w:p w14:paraId="0FC75C65" w14:textId="77777777" w:rsidR="003A09DE" w:rsidRDefault="0064324E" w:rsidP="00F144D6">
      <w:pPr>
        <w:shd w:val="clear" w:color="auto" w:fill="FFFFFF" w:themeFill="background1"/>
        <w:spacing w:after="0" w:line="240" w:lineRule="auto"/>
      </w:pPr>
      <w:r>
        <w:t>- HS: Vở Tập viết, bảng con, phấn/bút chì.</w:t>
      </w:r>
    </w:p>
    <w:p w14:paraId="6E303534"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03B1CB3C" w14:textId="77777777" w:rsidTr="00F144D6">
        <w:trPr>
          <w:jc w:val="center"/>
        </w:trPr>
        <w:tc>
          <w:tcPr>
            <w:tcW w:w="5216" w:type="dxa"/>
            <w:tcBorders>
              <w:bottom w:val="single" w:sz="6" w:space="0" w:color="000000"/>
            </w:tcBorders>
            <w:shd w:val="clear" w:color="auto" w:fill="D9EAF7"/>
            <w:vAlign w:val="center"/>
          </w:tcPr>
          <w:p w14:paraId="4A75F3AA" w14:textId="77777777" w:rsidR="003A09DE" w:rsidRDefault="0064324E" w:rsidP="00F144D6">
            <w:pPr>
              <w:shd w:val="clear" w:color="auto" w:fill="FFFFFF" w:themeFill="background1"/>
              <w:spacing w:after="0"/>
              <w:jc w:val="center"/>
            </w:pPr>
            <w:r>
              <w:rPr>
                <w:b/>
              </w:rPr>
              <w:t>Hoạt động của giáo viên</w:t>
            </w:r>
          </w:p>
        </w:tc>
        <w:tc>
          <w:tcPr>
            <w:tcW w:w="5216" w:type="dxa"/>
            <w:tcBorders>
              <w:bottom w:val="single" w:sz="6" w:space="0" w:color="000000"/>
            </w:tcBorders>
            <w:shd w:val="clear" w:color="auto" w:fill="D9EAF7"/>
            <w:vAlign w:val="center"/>
          </w:tcPr>
          <w:p w14:paraId="2A11B0A1" w14:textId="77777777" w:rsidR="003A09DE" w:rsidRDefault="0064324E" w:rsidP="00F144D6">
            <w:pPr>
              <w:shd w:val="clear" w:color="auto" w:fill="FFFFFF" w:themeFill="background1"/>
              <w:spacing w:after="0"/>
              <w:jc w:val="center"/>
            </w:pPr>
            <w:r>
              <w:rPr>
                <w:b/>
              </w:rPr>
              <w:t>Hoạt động của học sinh</w:t>
            </w:r>
          </w:p>
        </w:tc>
      </w:tr>
      <w:tr w:rsidR="003A09DE" w14:paraId="4B0BE434" w14:textId="77777777" w:rsidTr="00F144D6">
        <w:trPr>
          <w:jc w:val="center"/>
        </w:trPr>
        <w:tc>
          <w:tcPr>
            <w:tcW w:w="10432" w:type="dxa"/>
            <w:gridSpan w:val="2"/>
            <w:tcBorders>
              <w:top w:val="single" w:sz="6" w:space="0" w:color="000000"/>
              <w:bottom w:val="single" w:sz="6" w:space="0" w:color="000000"/>
            </w:tcBorders>
            <w:shd w:val="clear" w:color="auto" w:fill="DDEBD6"/>
          </w:tcPr>
          <w:p w14:paraId="56CE7FDB" w14:textId="77777777" w:rsidR="003A09DE" w:rsidRDefault="0064324E" w:rsidP="00F144D6">
            <w:pPr>
              <w:shd w:val="clear" w:color="auto" w:fill="FFFFFF" w:themeFill="background1"/>
              <w:spacing w:after="0" w:line="240" w:lineRule="auto"/>
            </w:pPr>
            <w:r>
              <w:rPr>
                <w:b/>
              </w:rPr>
              <w:t>1. KHỞI ĐỘNG (3 phút)</w:t>
            </w:r>
            <w:r>
              <w:rPr>
                <w:i/>
              </w:rPr>
              <w:br/>
              <w:t>Mục tiêu: HS gợi nhớ tên nhân vật trong bài đọc và chuẩn bị vào tiết viết.</w:t>
            </w:r>
          </w:p>
        </w:tc>
      </w:tr>
      <w:tr w:rsidR="003A09DE" w14:paraId="2C791E99" w14:textId="77777777" w:rsidTr="00F144D6">
        <w:trPr>
          <w:jc w:val="center"/>
        </w:trPr>
        <w:tc>
          <w:tcPr>
            <w:tcW w:w="4800" w:type="dxa"/>
            <w:tcBorders>
              <w:top w:val="single" w:sz="6" w:space="0" w:color="000000"/>
            </w:tcBorders>
          </w:tcPr>
          <w:p w14:paraId="223E6B18" w14:textId="77777777" w:rsidR="003A09DE" w:rsidRDefault="0064324E" w:rsidP="00F144D6">
            <w:pPr>
              <w:shd w:val="clear" w:color="auto" w:fill="FFFFFF" w:themeFill="background1"/>
              <w:spacing w:after="0" w:line="240" w:lineRule="auto"/>
            </w:pPr>
            <w:r>
              <w:t>- GV tổ chức trò chơi “Tên riêng viết đúng”: HS nêu nhanh tên nhân vật trong bài Bóp nát quả cam.</w:t>
            </w:r>
          </w:p>
        </w:tc>
        <w:tc>
          <w:tcPr>
            <w:tcW w:w="4800" w:type="dxa"/>
            <w:tcBorders>
              <w:top w:val="single" w:sz="6" w:space="0" w:color="000000"/>
            </w:tcBorders>
          </w:tcPr>
          <w:p w14:paraId="4F9F4724" w14:textId="77777777" w:rsidR="003A09DE" w:rsidRDefault="0064324E" w:rsidP="00F144D6">
            <w:pPr>
              <w:shd w:val="clear" w:color="auto" w:fill="FFFFFF" w:themeFill="background1"/>
              <w:spacing w:after="0" w:line="240" w:lineRule="auto"/>
            </w:pPr>
            <w:r>
              <w:t>- HS nêu: Trần Quốc Toản, vua, Giặc Nguyên.</w:t>
            </w:r>
          </w:p>
        </w:tc>
      </w:tr>
      <w:tr w:rsidR="003A09DE" w14:paraId="03417D28" w14:textId="77777777" w:rsidTr="00F144D6">
        <w:trPr>
          <w:jc w:val="center"/>
        </w:trPr>
        <w:tc>
          <w:tcPr>
            <w:tcW w:w="4800" w:type="dxa"/>
            <w:tcBorders>
              <w:bottom w:val="single" w:sz="6" w:space="0" w:color="000000"/>
            </w:tcBorders>
          </w:tcPr>
          <w:p w14:paraId="3D97AA59" w14:textId="77777777" w:rsidR="003A09DE" w:rsidRDefault="0064324E" w:rsidP="00F144D6">
            <w:pPr>
              <w:shd w:val="clear" w:color="auto" w:fill="FFFFFF" w:themeFill="background1"/>
              <w:spacing w:after="0" w:line="240" w:lineRule="auto"/>
            </w:pPr>
            <w:r>
              <w:t>- GV dẫn vào bài: Hôm nay các em luyện viết chữ hoa Q kiểu 2 và câu ứng dụng về người anh hùng nhỏ tuổi Trần Quốc Toản.</w:t>
            </w:r>
          </w:p>
        </w:tc>
        <w:tc>
          <w:tcPr>
            <w:tcW w:w="4800" w:type="dxa"/>
            <w:tcBorders>
              <w:bottom w:val="single" w:sz="6" w:space="0" w:color="000000"/>
            </w:tcBorders>
          </w:tcPr>
          <w:p w14:paraId="7E6EFF35" w14:textId="77777777" w:rsidR="003A09DE" w:rsidRDefault="0064324E" w:rsidP="00F144D6">
            <w:pPr>
              <w:shd w:val="clear" w:color="auto" w:fill="FFFFFF" w:themeFill="background1"/>
              <w:spacing w:after="0" w:line="240" w:lineRule="auto"/>
            </w:pPr>
            <w:r>
              <w:t>- HS lắng nghe, ghi tên bài.</w:t>
            </w:r>
          </w:p>
        </w:tc>
      </w:tr>
      <w:tr w:rsidR="003A09DE" w14:paraId="63ACD9BE" w14:textId="77777777" w:rsidTr="00F144D6">
        <w:trPr>
          <w:jc w:val="center"/>
        </w:trPr>
        <w:tc>
          <w:tcPr>
            <w:tcW w:w="10432" w:type="dxa"/>
            <w:gridSpan w:val="2"/>
            <w:tcBorders>
              <w:top w:val="single" w:sz="6" w:space="0" w:color="000000"/>
              <w:bottom w:val="single" w:sz="6" w:space="0" w:color="000000"/>
            </w:tcBorders>
            <w:shd w:val="clear" w:color="auto" w:fill="DDEBD6"/>
          </w:tcPr>
          <w:p w14:paraId="026B2666" w14:textId="77777777" w:rsidR="003A09DE" w:rsidRDefault="0064324E" w:rsidP="00F144D6">
            <w:pPr>
              <w:shd w:val="clear" w:color="auto" w:fill="FFFFFF" w:themeFill="background1"/>
              <w:spacing w:after="0" w:line="240" w:lineRule="auto"/>
            </w:pPr>
            <w:r>
              <w:rPr>
                <w:b/>
              </w:rPr>
              <w:t>2. KHÁM PHÁ KIẾN THỨC (12 phút)</w:t>
            </w:r>
            <w:r>
              <w:rPr>
                <w:i/>
              </w:rPr>
              <w:br/>
              <w:t>Mục tiêu: HS nhận biết đặc điểm chữ hoa Q kiểu 2, hiểu ý nghĩa câu ứng dụng.</w:t>
            </w:r>
          </w:p>
        </w:tc>
      </w:tr>
      <w:tr w:rsidR="003A09DE" w14:paraId="62C63BC0" w14:textId="77777777" w:rsidTr="00F144D6">
        <w:trPr>
          <w:jc w:val="center"/>
        </w:trPr>
        <w:tc>
          <w:tcPr>
            <w:tcW w:w="10432" w:type="dxa"/>
            <w:gridSpan w:val="2"/>
            <w:tcBorders>
              <w:top w:val="single" w:sz="6" w:space="0" w:color="000000"/>
            </w:tcBorders>
            <w:shd w:val="clear" w:color="auto" w:fill="DDEBD6"/>
          </w:tcPr>
          <w:p w14:paraId="792A31D2" w14:textId="77777777" w:rsidR="003A09DE" w:rsidRDefault="0064324E" w:rsidP="00F144D6">
            <w:pPr>
              <w:shd w:val="clear" w:color="auto" w:fill="FFFFFF" w:themeFill="background1"/>
              <w:spacing w:after="0" w:line="240" w:lineRule="auto"/>
            </w:pPr>
            <w:r>
              <w:rPr>
                <w:b/>
              </w:rPr>
              <w:t>Hoạt động 1: Hướng dẫn viết chữ hoa Q kiểu 2</w:t>
            </w:r>
          </w:p>
        </w:tc>
      </w:tr>
      <w:tr w:rsidR="003A09DE" w14:paraId="6E87AECC" w14:textId="77777777" w:rsidTr="00F144D6">
        <w:trPr>
          <w:jc w:val="center"/>
        </w:trPr>
        <w:tc>
          <w:tcPr>
            <w:tcW w:w="4800" w:type="dxa"/>
          </w:tcPr>
          <w:p w14:paraId="69EF1555" w14:textId="77777777" w:rsidR="003A09DE" w:rsidRDefault="0064324E" w:rsidP="00F144D6">
            <w:pPr>
              <w:shd w:val="clear" w:color="auto" w:fill="FFFFFF" w:themeFill="background1"/>
              <w:spacing w:after="0" w:line="240" w:lineRule="auto"/>
            </w:pPr>
            <w:r>
              <w:t>- GV yêu cầu HS quan sát mẫu chữ hoa Q kiểu 2 trong SGK, nêu độ cao, độ rộng và nét chính của chữ.</w:t>
            </w:r>
          </w:p>
          <w:p w14:paraId="14123CE4" w14:textId="470BEB3B" w:rsidR="003A09DE" w:rsidRDefault="003A09DE" w:rsidP="00F144D6">
            <w:pPr>
              <w:shd w:val="clear" w:color="auto" w:fill="FFFFFF" w:themeFill="background1"/>
              <w:spacing w:after="0"/>
              <w:jc w:val="center"/>
            </w:pPr>
          </w:p>
        </w:tc>
        <w:tc>
          <w:tcPr>
            <w:tcW w:w="4800" w:type="dxa"/>
          </w:tcPr>
          <w:p w14:paraId="1AB6B698" w14:textId="77777777" w:rsidR="003A09DE" w:rsidRDefault="0064324E" w:rsidP="00F144D6">
            <w:pPr>
              <w:shd w:val="clear" w:color="auto" w:fill="FFFFFF" w:themeFill="background1"/>
              <w:spacing w:after="0" w:line="240" w:lineRule="auto"/>
            </w:pPr>
            <w:r>
              <w:t>- HS quan sát; nêu: chữ Q kiểu 2 cao 5 li, gồm nét cong và nét lượn; cần viết mềm mại, đúng điểm đặt bút.</w:t>
            </w:r>
          </w:p>
        </w:tc>
      </w:tr>
      <w:tr w:rsidR="003A09DE" w14:paraId="6DC792C3" w14:textId="77777777" w:rsidTr="00F144D6">
        <w:trPr>
          <w:jc w:val="center"/>
        </w:trPr>
        <w:tc>
          <w:tcPr>
            <w:tcW w:w="4800" w:type="dxa"/>
          </w:tcPr>
          <w:p w14:paraId="6649B02F" w14:textId="77777777" w:rsidR="003A09DE" w:rsidRDefault="0064324E" w:rsidP="00F144D6">
            <w:pPr>
              <w:shd w:val="clear" w:color="auto" w:fill="FFFFFF" w:themeFill="background1"/>
              <w:spacing w:after="0" w:line="240" w:lineRule="auto"/>
            </w:pPr>
            <w:r>
              <w:t>- GV viết mẫu chữ Q kiểu 2 trên bảng, vừa viết vừa nêu điểm đặt bút, hướng đưa bút và điểm dừng bút.</w:t>
            </w:r>
          </w:p>
        </w:tc>
        <w:tc>
          <w:tcPr>
            <w:tcW w:w="4800" w:type="dxa"/>
          </w:tcPr>
          <w:p w14:paraId="33F8E074" w14:textId="77777777" w:rsidR="003A09DE" w:rsidRDefault="0064324E" w:rsidP="00F144D6">
            <w:pPr>
              <w:shd w:val="clear" w:color="auto" w:fill="FFFFFF" w:themeFill="background1"/>
              <w:spacing w:after="0" w:line="240" w:lineRule="auto"/>
            </w:pPr>
            <w:r>
              <w:t>- HS quan sát, dùng ngón tay viết theo trên không.</w:t>
            </w:r>
          </w:p>
        </w:tc>
      </w:tr>
      <w:tr w:rsidR="003A09DE" w14:paraId="2B28B66F" w14:textId="77777777" w:rsidTr="00F144D6">
        <w:trPr>
          <w:jc w:val="center"/>
        </w:trPr>
        <w:tc>
          <w:tcPr>
            <w:tcW w:w="4800" w:type="dxa"/>
            <w:tcBorders>
              <w:bottom w:val="single" w:sz="6" w:space="0" w:color="000000"/>
            </w:tcBorders>
          </w:tcPr>
          <w:p w14:paraId="1C562DC4" w14:textId="77777777" w:rsidR="003A09DE" w:rsidRDefault="0064324E" w:rsidP="00F144D6">
            <w:pPr>
              <w:shd w:val="clear" w:color="auto" w:fill="FFFFFF" w:themeFill="background1"/>
              <w:spacing w:after="0" w:line="240" w:lineRule="auto"/>
            </w:pPr>
            <w:r>
              <w:t>- GV cho HS luyện viết chữ Q kiểu 2 trên bảng con; sửa lỗi về độ cao, nét cong, khoảng cách.</w:t>
            </w:r>
          </w:p>
        </w:tc>
        <w:tc>
          <w:tcPr>
            <w:tcW w:w="4800" w:type="dxa"/>
            <w:tcBorders>
              <w:bottom w:val="single" w:sz="6" w:space="0" w:color="000000"/>
            </w:tcBorders>
          </w:tcPr>
          <w:p w14:paraId="31267379" w14:textId="77777777" w:rsidR="003A09DE" w:rsidRDefault="0064324E" w:rsidP="00F144D6">
            <w:pPr>
              <w:shd w:val="clear" w:color="auto" w:fill="FFFFFF" w:themeFill="background1"/>
              <w:spacing w:after="0" w:line="240" w:lineRule="auto"/>
            </w:pPr>
            <w:r>
              <w:t>- HS viết bảng con, giơ bảng; tự sửa lỗi theo nhận xét của GV.</w:t>
            </w:r>
          </w:p>
        </w:tc>
      </w:tr>
      <w:tr w:rsidR="003A09DE" w14:paraId="0F77DB17" w14:textId="77777777" w:rsidTr="00F144D6">
        <w:trPr>
          <w:jc w:val="center"/>
        </w:trPr>
        <w:tc>
          <w:tcPr>
            <w:tcW w:w="10432" w:type="dxa"/>
            <w:gridSpan w:val="2"/>
            <w:tcBorders>
              <w:top w:val="single" w:sz="6" w:space="0" w:color="000000"/>
              <w:bottom w:val="single" w:sz="6" w:space="0" w:color="000000"/>
            </w:tcBorders>
            <w:shd w:val="clear" w:color="auto" w:fill="DDEBD6"/>
          </w:tcPr>
          <w:p w14:paraId="53EB931E" w14:textId="77777777" w:rsidR="003A09DE" w:rsidRDefault="0064324E" w:rsidP="00F144D6">
            <w:pPr>
              <w:shd w:val="clear" w:color="auto" w:fill="FFFFFF" w:themeFill="background1"/>
              <w:spacing w:after="0" w:line="240" w:lineRule="auto"/>
            </w:pPr>
            <w:r>
              <w:rPr>
                <w:b/>
              </w:rPr>
              <w:t>Hoạt động 2: Hướng dẫn viết câu ứng dụng</w:t>
            </w:r>
          </w:p>
        </w:tc>
      </w:tr>
      <w:tr w:rsidR="003A09DE" w14:paraId="49E4FC4D" w14:textId="77777777" w:rsidTr="00F144D6">
        <w:trPr>
          <w:jc w:val="center"/>
        </w:trPr>
        <w:tc>
          <w:tcPr>
            <w:tcW w:w="4800" w:type="dxa"/>
            <w:tcBorders>
              <w:top w:val="single" w:sz="6" w:space="0" w:color="000000"/>
            </w:tcBorders>
          </w:tcPr>
          <w:p w14:paraId="041CB822" w14:textId="77777777" w:rsidR="003A09DE" w:rsidRDefault="0064324E" w:rsidP="00F144D6">
            <w:pPr>
              <w:shd w:val="clear" w:color="auto" w:fill="FFFFFF" w:themeFill="background1"/>
              <w:spacing w:after="0" w:line="240" w:lineRule="auto"/>
            </w:pPr>
            <w:r>
              <w:t>- GV gọi HS đọc câu ứng dụng: Trần Quốc Toản là người anh hùng nhỏ tuổi.</w:t>
            </w:r>
          </w:p>
        </w:tc>
        <w:tc>
          <w:tcPr>
            <w:tcW w:w="4800" w:type="dxa"/>
            <w:tcBorders>
              <w:top w:val="single" w:sz="6" w:space="0" w:color="000000"/>
            </w:tcBorders>
          </w:tcPr>
          <w:p w14:paraId="5CD09B5C" w14:textId="77777777" w:rsidR="003A09DE" w:rsidRDefault="0064324E" w:rsidP="00F144D6">
            <w:pPr>
              <w:shd w:val="clear" w:color="auto" w:fill="FFFFFF" w:themeFill="background1"/>
              <w:spacing w:after="0" w:line="240" w:lineRule="auto"/>
            </w:pPr>
            <w:r>
              <w:t>- HS đọc cá nhân, đồng thanh câu ứng dụng.</w:t>
            </w:r>
          </w:p>
        </w:tc>
      </w:tr>
      <w:tr w:rsidR="003A09DE" w14:paraId="30154A28" w14:textId="77777777" w:rsidTr="00F144D6">
        <w:trPr>
          <w:jc w:val="center"/>
        </w:trPr>
        <w:tc>
          <w:tcPr>
            <w:tcW w:w="4800" w:type="dxa"/>
          </w:tcPr>
          <w:p w14:paraId="70AFF4AE" w14:textId="77777777" w:rsidR="003A09DE" w:rsidRDefault="0064324E" w:rsidP="00F144D6">
            <w:pPr>
              <w:shd w:val="clear" w:color="auto" w:fill="FFFFFF" w:themeFill="background1"/>
              <w:spacing w:after="0" w:line="240" w:lineRule="auto"/>
            </w:pPr>
            <w:r>
              <w:t>- GV hỏi: Câu ứng dụng nói về ai? Nhân vật ấy có điểm gì đáng quý?</w:t>
            </w:r>
          </w:p>
        </w:tc>
        <w:tc>
          <w:tcPr>
            <w:tcW w:w="4800" w:type="dxa"/>
          </w:tcPr>
          <w:p w14:paraId="294AA7D4" w14:textId="77777777" w:rsidR="003A09DE" w:rsidRDefault="0064324E" w:rsidP="00F144D6">
            <w:pPr>
              <w:shd w:val="clear" w:color="auto" w:fill="FFFFFF" w:themeFill="background1"/>
              <w:spacing w:after="0" w:line="240" w:lineRule="auto"/>
            </w:pPr>
            <w:r>
              <w:t>- HS trả lời: Câu nói về Trần Quốc Toản; bạn nhỏ tuổi nhưng yêu nước, dũng cảm.</w:t>
            </w:r>
          </w:p>
        </w:tc>
      </w:tr>
      <w:tr w:rsidR="003A09DE" w14:paraId="18FD05B1" w14:textId="77777777" w:rsidTr="00F144D6">
        <w:trPr>
          <w:jc w:val="center"/>
        </w:trPr>
        <w:tc>
          <w:tcPr>
            <w:tcW w:w="4800" w:type="dxa"/>
            <w:tcBorders>
              <w:bottom w:val="single" w:sz="6" w:space="0" w:color="000000"/>
            </w:tcBorders>
          </w:tcPr>
          <w:p w14:paraId="3BCAA7B7" w14:textId="77777777" w:rsidR="003A09DE" w:rsidRDefault="0064324E" w:rsidP="00F144D6">
            <w:pPr>
              <w:shd w:val="clear" w:color="auto" w:fill="FFFFFF" w:themeFill="background1"/>
              <w:spacing w:after="0" w:line="240" w:lineRule="auto"/>
            </w:pPr>
            <w:r>
              <w:t>- GV hướng dẫn HS nhận xét chữ viết hoa trong câu: Trần, Quốc, Toản viết hoa vì là tên riêng; đầu câu viết hoa, cuối câu có dấu chấm.</w:t>
            </w:r>
          </w:p>
        </w:tc>
        <w:tc>
          <w:tcPr>
            <w:tcW w:w="4800" w:type="dxa"/>
            <w:tcBorders>
              <w:bottom w:val="single" w:sz="6" w:space="0" w:color="000000"/>
            </w:tcBorders>
          </w:tcPr>
          <w:p w14:paraId="6890E062" w14:textId="77777777" w:rsidR="003A09DE" w:rsidRDefault="0064324E" w:rsidP="00F144D6">
            <w:pPr>
              <w:shd w:val="clear" w:color="auto" w:fill="FFFFFF" w:themeFill="background1"/>
              <w:spacing w:after="0" w:line="240" w:lineRule="auto"/>
            </w:pPr>
            <w:r>
              <w:t>- HS nêu lại: Tên riêng Trần Quốc Toản phải viết hoa chữ cái đầu mỗi tiếng.</w:t>
            </w:r>
          </w:p>
        </w:tc>
      </w:tr>
      <w:tr w:rsidR="003A09DE" w14:paraId="72C13460" w14:textId="77777777" w:rsidTr="00F144D6">
        <w:trPr>
          <w:jc w:val="center"/>
        </w:trPr>
        <w:tc>
          <w:tcPr>
            <w:tcW w:w="10432" w:type="dxa"/>
            <w:gridSpan w:val="2"/>
            <w:tcBorders>
              <w:top w:val="single" w:sz="6" w:space="0" w:color="000000"/>
              <w:bottom w:val="single" w:sz="6" w:space="0" w:color="000000"/>
            </w:tcBorders>
            <w:shd w:val="clear" w:color="auto" w:fill="DDEBD6"/>
          </w:tcPr>
          <w:p w14:paraId="3DD014F8" w14:textId="77777777" w:rsidR="003A09DE" w:rsidRDefault="0064324E" w:rsidP="00F144D6">
            <w:pPr>
              <w:shd w:val="clear" w:color="auto" w:fill="FFFFFF" w:themeFill="background1"/>
              <w:spacing w:after="0" w:line="240" w:lineRule="auto"/>
            </w:pPr>
            <w:r>
              <w:rPr>
                <w:b/>
              </w:rPr>
              <w:t>3. LUYỆN TẬP - THỰC HÀNH (15 phút)</w:t>
            </w:r>
            <w:r>
              <w:rPr>
                <w:i/>
              </w:rPr>
              <w:br/>
              <w:t>Mục tiêu: HS viết đúng chữ hoa Q kiểu 2 và câu ứng dụng vào vở.</w:t>
            </w:r>
          </w:p>
        </w:tc>
      </w:tr>
      <w:tr w:rsidR="003A09DE" w14:paraId="3558764B" w14:textId="77777777" w:rsidTr="00F144D6">
        <w:trPr>
          <w:jc w:val="center"/>
        </w:trPr>
        <w:tc>
          <w:tcPr>
            <w:tcW w:w="4800" w:type="dxa"/>
            <w:tcBorders>
              <w:top w:val="single" w:sz="6" w:space="0" w:color="000000"/>
            </w:tcBorders>
          </w:tcPr>
          <w:p w14:paraId="79032F3F" w14:textId="77777777" w:rsidR="003A09DE" w:rsidRDefault="0064324E" w:rsidP="00F144D6">
            <w:pPr>
              <w:shd w:val="clear" w:color="auto" w:fill="FFFFFF" w:themeFill="background1"/>
              <w:spacing w:after="0" w:line="240" w:lineRule="auto"/>
            </w:pPr>
            <w:r>
              <w:t xml:space="preserve">- GV nêu yêu cầu viết vở: viết chữ hoa Q kiểu </w:t>
            </w:r>
            <w:r>
              <w:lastRenderedPageBreak/>
              <w:t>2 cỡ vừa, cỡ nhỏ và câu ứng dụng theo mẫu.</w:t>
            </w:r>
          </w:p>
        </w:tc>
        <w:tc>
          <w:tcPr>
            <w:tcW w:w="4800" w:type="dxa"/>
            <w:tcBorders>
              <w:top w:val="single" w:sz="6" w:space="0" w:color="000000"/>
            </w:tcBorders>
          </w:tcPr>
          <w:p w14:paraId="0A388524" w14:textId="77777777" w:rsidR="003A09DE" w:rsidRDefault="0064324E" w:rsidP="00F144D6">
            <w:pPr>
              <w:shd w:val="clear" w:color="auto" w:fill="FFFFFF" w:themeFill="background1"/>
              <w:spacing w:after="0" w:line="240" w:lineRule="auto"/>
            </w:pPr>
            <w:r>
              <w:lastRenderedPageBreak/>
              <w:t>- HS mở vở, chuẩn bị bút và ngồi đúng tư thế.</w:t>
            </w:r>
          </w:p>
        </w:tc>
      </w:tr>
      <w:tr w:rsidR="003A09DE" w14:paraId="4C157DD8" w14:textId="77777777" w:rsidTr="00F144D6">
        <w:trPr>
          <w:jc w:val="center"/>
        </w:trPr>
        <w:tc>
          <w:tcPr>
            <w:tcW w:w="4800" w:type="dxa"/>
          </w:tcPr>
          <w:p w14:paraId="1DBEE846" w14:textId="77777777" w:rsidR="003A09DE" w:rsidRDefault="0064324E" w:rsidP="00F144D6">
            <w:pPr>
              <w:shd w:val="clear" w:color="auto" w:fill="FFFFFF" w:themeFill="background1"/>
              <w:spacing w:after="0" w:line="240" w:lineRule="auto"/>
            </w:pPr>
            <w:r>
              <w:t>- GV nhắc tư thế ngồi viết: lưng thẳng, mắt cách vở 25–30 cm, tay giữ vở, viết chậm và đều nét.</w:t>
            </w:r>
          </w:p>
        </w:tc>
        <w:tc>
          <w:tcPr>
            <w:tcW w:w="4800" w:type="dxa"/>
          </w:tcPr>
          <w:p w14:paraId="3FE194C7" w14:textId="77777777" w:rsidR="003A09DE" w:rsidRDefault="0064324E" w:rsidP="00F144D6">
            <w:pPr>
              <w:shd w:val="clear" w:color="auto" w:fill="FFFFFF" w:themeFill="background1"/>
              <w:spacing w:after="0" w:line="240" w:lineRule="auto"/>
            </w:pPr>
            <w:r>
              <w:t>- HS điều chỉnh tư thế ngồi viết.</w:t>
            </w:r>
          </w:p>
        </w:tc>
      </w:tr>
      <w:tr w:rsidR="003A09DE" w14:paraId="71C6515E" w14:textId="77777777" w:rsidTr="00F144D6">
        <w:trPr>
          <w:jc w:val="center"/>
        </w:trPr>
        <w:tc>
          <w:tcPr>
            <w:tcW w:w="4800" w:type="dxa"/>
          </w:tcPr>
          <w:p w14:paraId="6F89A25B" w14:textId="77777777" w:rsidR="003A09DE" w:rsidRDefault="0064324E" w:rsidP="00F144D6">
            <w:pPr>
              <w:shd w:val="clear" w:color="auto" w:fill="FFFFFF" w:themeFill="background1"/>
              <w:spacing w:after="0" w:line="240" w:lineRule="auto"/>
            </w:pPr>
            <w:r>
              <w:t>- GV cho HS viết bài; quan sát, hỗ trợ HS viết còn chậm hoặc sai nét.</w:t>
            </w:r>
          </w:p>
        </w:tc>
        <w:tc>
          <w:tcPr>
            <w:tcW w:w="4800" w:type="dxa"/>
          </w:tcPr>
          <w:p w14:paraId="0E266390" w14:textId="77777777" w:rsidR="003A09DE" w:rsidRDefault="0064324E" w:rsidP="00F144D6">
            <w:pPr>
              <w:shd w:val="clear" w:color="auto" w:fill="FFFFFF" w:themeFill="background1"/>
              <w:spacing w:after="0" w:line="240" w:lineRule="auto"/>
            </w:pPr>
            <w:r>
              <w:t>- HS viết bài vào vở, giữ khoảng cách giữa các tiếng, viết tên riêng đúng quy định.</w:t>
            </w:r>
          </w:p>
        </w:tc>
      </w:tr>
      <w:tr w:rsidR="003A09DE" w14:paraId="5A8BB792" w14:textId="77777777" w:rsidTr="00F144D6">
        <w:trPr>
          <w:jc w:val="center"/>
        </w:trPr>
        <w:tc>
          <w:tcPr>
            <w:tcW w:w="4800" w:type="dxa"/>
            <w:tcBorders>
              <w:bottom w:val="single" w:sz="6" w:space="0" w:color="000000"/>
            </w:tcBorders>
          </w:tcPr>
          <w:p w14:paraId="602C7CFB" w14:textId="77777777" w:rsidR="003A09DE" w:rsidRDefault="0064324E" w:rsidP="00F144D6">
            <w:pPr>
              <w:shd w:val="clear" w:color="auto" w:fill="FFFFFF" w:themeFill="background1"/>
              <w:spacing w:after="0" w:line="240" w:lineRule="auto"/>
            </w:pPr>
            <w:r>
              <w:t>- GV yêu cầu HS đổi vở theo cặp để soát lỗi; chọn một số bài viết đẹp để nhận xét.</w:t>
            </w:r>
          </w:p>
        </w:tc>
        <w:tc>
          <w:tcPr>
            <w:tcW w:w="4800" w:type="dxa"/>
            <w:tcBorders>
              <w:bottom w:val="single" w:sz="6" w:space="0" w:color="000000"/>
            </w:tcBorders>
          </w:tcPr>
          <w:p w14:paraId="25C39083" w14:textId="77777777" w:rsidR="003A09DE" w:rsidRDefault="0064324E" w:rsidP="00F144D6">
            <w:pPr>
              <w:shd w:val="clear" w:color="auto" w:fill="FFFFFF" w:themeFill="background1"/>
              <w:spacing w:after="0" w:line="240" w:lineRule="auto"/>
            </w:pPr>
            <w:r>
              <w:t>- HS đổi vở, nhận xét nhẹ nhàng; tự sửa lỗi nếu có.</w:t>
            </w:r>
          </w:p>
        </w:tc>
      </w:tr>
      <w:tr w:rsidR="003A09DE" w14:paraId="68F5DF37" w14:textId="77777777" w:rsidTr="00F144D6">
        <w:trPr>
          <w:jc w:val="center"/>
        </w:trPr>
        <w:tc>
          <w:tcPr>
            <w:tcW w:w="10432" w:type="dxa"/>
            <w:gridSpan w:val="2"/>
            <w:tcBorders>
              <w:top w:val="single" w:sz="6" w:space="0" w:color="000000"/>
              <w:bottom w:val="single" w:sz="6" w:space="0" w:color="000000"/>
            </w:tcBorders>
            <w:shd w:val="clear" w:color="auto" w:fill="DDEBD6"/>
          </w:tcPr>
          <w:p w14:paraId="3D0E4EE8" w14:textId="77777777" w:rsidR="003A09DE" w:rsidRDefault="0064324E" w:rsidP="00F144D6">
            <w:pPr>
              <w:shd w:val="clear" w:color="auto" w:fill="FFFFFF" w:themeFill="background1"/>
              <w:spacing w:after="0" w:line="240" w:lineRule="auto"/>
            </w:pPr>
            <w:r>
              <w:rPr>
                <w:b/>
              </w:rPr>
              <w:t>4. VẬN DỤNG (5 phút)</w:t>
            </w:r>
            <w:r>
              <w:rPr>
                <w:i/>
              </w:rPr>
              <w:br/>
              <w:t>Mục tiêu: HS liên hệ ý nghĩa câu ứng dụng với việc học tập và rèn luyện.</w:t>
            </w:r>
          </w:p>
        </w:tc>
      </w:tr>
      <w:tr w:rsidR="003A09DE" w14:paraId="1B14CFA3" w14:textId="77777777" w:rsidTr="00F144D6">
        <w:trPr>
          <w:jc w:val="center"/>
        </w:trPr>
        <w:tc>
          <w:tcPr>
            <w:tcW w:w="4800" w:type="dxa"/>
            <w:tcBorders>
              <w:top w:val="single" w:sz="6" w:space="0" w:color="000000"/>
            </w:tcBorders>
          </w:tcPr>
          <w:p w14:paraId="3B811F04" w14:textId="77777777" w:rsidR="003A09DE" w:rsidRDefault="0064324E" w:rsidP="00F144D6">
            <w:pPr>
              <w:shd w:val="clear" w:color="auto" w:fill="FFFFFF" w:themeFill="background1"/>
              <w:spacing w:after="0" w:line="240" w:lineRule="auto"/>
            </w:pPr>
            <w:r>
              <w:t>- GV hỏi: Em cần làm gì để xứng đáng với những người anh hùng nhỏ tuổi trong lịch sử?</w:t>
            </w:r>
          </w:p>
        </w:tc>
        <w:tc>
          <w:tcPr>
            <w:tcW w:w="4800" w:type="dxa"/>
            <w:tcBorders>
              <w:top w:val="single" w:sz="6" w:space="0" w:color="000000"/>
            </w:tcBorders>
          </w:tcPr>
          <w:p w14:paraId="638FB4B8" w14:textId="77777777" w:rsidR="003A09DE" w:rsidRDefault="0064324E" w:rsidP="00F144D6">
            <w:pPr>
              <w:shd w:val="clear" w:color="auto" w:fill="FFFFFF" w:themeFill="background1"/>
              <w:spacing w:after="0" w:line="240" w:lineRule="auto"/>
            </w:pPr>
            <w:r>
              <w:t>- HS nêu: Em chăm học, biết giữ kỉ luật, giúp bạn, yêu quê hương đất nước.</w:t>
            </w:r>
          </w:p>
        </w:tc>
      </w:tr>
      <w:tr w:rsidR="003A09DE" w14:paraId="26AEA42E" w14:textId="77777777" w:rsidTr="00F144D6">
        <w:trPr>
          <w:jc w:val="center"/>
        </w:trPr>
        <w:tc>
          <w:tcPr>
            <w:tcW w:w="4800" w:type="dxa"/>
          </w:tcPr>
          <w:p w14:paraId="086E5D0F" w14:textId="77777777" w:rsidR="003A09DE" w:rsidRDefault="0064324E" w:rsidP="00F144D6">
            <w:pPr>
              <w:shd w:val="clear" w:color="auto" w:fill="FFFFFF" w:themeFill="background1"/>
              <w:spacing w:after="0" w:line="240" w:lineRule="auto"/>
            </w:pPr>
            <w:r>
              <w:t>- GV nhận xét, dặn HS luyện viết thêm chữ Q kiểu 2 và ghi nhớ cách viết hoa tên người.</w:t>
            </w:r>
          </w:p>
        </w:tc>
        <w:tc>
          <w:tcPr>
            <w:tcW w:w="4800" w:type="dxa"/>
          </w:tcPr>
          <w:p w14:paraId="0CF4CECF" w14:textId="77777777" w:rsidR="003A09DE" w:rsidRDefault="0064324E" w:rsidP="00F144D6">
            <w:pPr>
              <w:shd w:val="clear" w:color="auto" w:fill="FFFFFF" w:themeFill="background1"/>
              <w:spacing w:after="0" w:line="240" w:lineRule="auto"/>
            </w:pPr>
            <w:r>
              <w:t>- HS lắng nghe, ghi nhớ.</w:t>
            </w:r>
          </w:p>
        </w:tc>
      </w:tr>
    </w:tbl>
    <w:p w14:paraId="14DD4F68" w14:textId="77777777" w:rsidR="003A09DE" w:rsidRDefault="0064324E" w:rsidP="00F144D6">
      <w:pPr>
        <w:shd w:val="clear" w:color="auto" w:fill="FFFFFF" w:themeFill="background1"/>
        <w:spacing w:after="0" w:line="240" w:lineRule="auto"/>
      </w:pPr>
      <w:r>
        <w:rPr>
          <w:b/>
        </w:rPr>
        <w:t>IV. ĐIỀU CHỈNH SAU TIẾT HỌC (NẾU CÓ)</w:t>
      </w:r>
    </w:p>
    <w:p w14:paraId="093C0254" w14:textId="77777777" w:rsidR="003A09DE" w:rsidRDefault="003A09DE" w:rsidP="00F144D6">
      <w:pPr>
        <w:shd w:val="clear" w:color="auto" w:fill="FFFFFF" w:themeFill="background1"/>
        <w:spacing w:after="0" w:line="240" w:lineRule="auto"/>
      </w:pPr>
    </w:p>
    <w:p w14:paraId="5E32172C" w14:textId="77777777" w:rsidR="003A09DE" w:rsidRDefault="0064324E" w:rsidP="00F144D6">
      <w:pPr>
        <w:shd w:val="clear" w:color="auto" w:fill="FFFFFF" w:themeFill="background1"/>
        <w:spacing w:after="0" w:line="240" w:lineRule="auto"/>
        <w:jc w:val="center"/>
      </w:pPr>
      <w:r>
        <w:rPr>
          <w:b/>
        </w:rPr>
        <w:t>BÀI 23: BÓP NÁT QUẢ CAM</w:t>
      </w:r>
    </w:p>
    <w:p w14:paraId="42AFD7D7" w14:textId="77777777" w:rsidR="003A09DE" w:rsidRDefault="0064324E" w:rsidP="00F144D6">
      <w:pPr>
        <w:shd w:val="clear" w:color="auto" w:fill="FFFFFF" w:themeFill="background1"/>
        <w:spacing w:after="60" w:line="240" w:lineRule="auto"/>
        <w:jc w:val="center"/>
      </w:pPr>
      <w:r>
        <w:rPr>
          <w:b/>
        </w:rPr>
        <w:t>TIẾT 4: NÓI VÀ NGHE - KỂ CHUYỆN BÓP NÁT QUẢ CAM</w:t>
      </w:r>
    </w:p>
    <w:p w14:paraId="6EF81950" w14:textId="77777777" w:rsidR="003A09DE" w:rsidRDefault="0064324E" w:rsidP="00F144D6">
      <w:pPr>
        <w:shd w:val="clear" w:color="auto" w:fill="FFFFFF" w:themeFill="background1"/>
        <w:spacing w:after="0" w:line="240" w:lineRule="auto"/>
      </w:pPr>
      <w:r>
        <w:rPr>
          <w:b/>
        </w:rPr>
        <w:t>I. YÊU CẦU CẦN ĐẠT</w:t>
      </w:r>
    </w:p>
    <w:p w14:paraId="3EEFF378" w14:textId="77777777" w:rsidR="003A09DE" w:rsidRDefault="0064324E" w:rsidP="00F144D6">
      <w:pPr>
        <w:shd w:val="clear" w:color="auto" w:fill="FFFFFF" w:themeFill="background1"/>
        <w:spacing w:after="0" w:line="240" w:lineRule="auto"/>
      </w:pPr>
      <w:r>
        <w:rPr>
          <w:b/>
        </w:rPr>
        <w:t>1. Năng lực đặc thù</w:t>
      </w:r>
    </w:p>
    <w:p w14:paraId="165C2188" w14:textId="77777777" w:rsidR="003A09DE" w:rsidRDefault="0064324E" w:rsidP="00F144D6">
      <w:pPr>
        <w:shd w:val="clear" w:color="auto" w:fill="FFFFFF" w:themeFill="background1"/>
        <w:spacing w:after="0" w:line="240" w:lineRule="auto"/>
      </w:pPr>
      <w:r>
        <w:t>- Nhận biết được sự việc trong từng tranh minh hoạ câu chuyện.</w:t>
      </w:r>
    </w:p>
    <w:p w14:paraId="677F1733" w14:textId="77777777" w:rsidR="003A09DE" w:rsidRDefault="0064324E" w:rsidP="00F144D6">
      <w:pPr>
        <w:shd w:val="clear" w:color="auto" w:fill="FFFFFF" w:themeFill="background1"/>
        <w:spacing w:after="0" w:line="240" w:lineRule="auto"/>
      </w:pPr>
      <w:r>
        <w:t>- Kể lại được từng đoạn câu chuyện theo tranh; biết dùng lời kể của mình, không đọc nguyên văn.</w:t>
      </w:r>
    </w:p>
    <w:p w14:paraId="11A9F398" w14:textId="77777777" w:rsidR="003A09DE" w:rsidRDefault="0064324E" w:rsidP="00F144D6">
      <w:pPr>
        <w:shd w:val="clear" w:color="auto" w:fill="FFFFFF" w:themeFill="background1"/>
        <w:spacing w:after="0" w:line="240" w:lineRule="auto"/>
      </w:pPr>
      <w:r>
        <w:t>- Biết lắng nghe bạn kể, nhận xét lời kể đúng mực.</w:t>
      </w:r>
    </w:p>
    <w:p w14:paraId="3FF2CF8E" w14:textId="77777777" w:rsidR="003A09DE" w:rsidRDefault="0064324E" w:rsidP="00F144D6">
      <w:pPr>
        <w:shd w:val="clear" w:color="auto" w:fill="FFFFFF" w:themeFill="background1"/>
        <w:spacing w:after="0" w:line="240" w:lineRule="auto"/>
      </w:pPr>
      <w:r>
        <w:rPr>
          <w:b/>
        </w:rPr>
        <w:t>2. Năng lực chung</w:t>
      </w:r>
    </w:p>
    <w:p w14:paraId="61116369" w14:textId="77777777" w:rsidR="003A09DE" w:rsidRDefault="0064324E" w:rsidP="00F144D6">
      <w:pPr>
        <w:shd w:val="clear" w:color="auto" w:fill="FFFFFF" w:themeFill="background1"/>
        <w:spacing w:after="0" w:line="240" w:lineRule="auto"/>
      </w:pPr>
      <w:r>
        <w:t>- Tự chủ và tự học: Tự quan sát tranh, ghi nhớ sự việc và tập kể.</w:t>
      </w:r>
    </w:p>
    <w:p w14:paraId="731F9167" w14:textId="77777777" w:rsidR="003A09DE" w:rsidRDefault="0064324E" w:rsidP="00F144D6">
      <w:pPr>
        <w:shd w:val="clear" w:color="auto" w:fill="FFFFFF" w:themeFill="background1"/>
        <w:spacing w:after="0" w:line="240" w:lineRule="auto"/>
      </w:pPr>
      <w:r>
        <w:t>- Giao tiếp và hợp tác: Kể chuyện theo cặp/nhóm, biết lắng nghe và góp ý.</w:t>
      </w:r>
    </w:p>
    <w:p w14:paraId="1D1A0997" w14:textId="77777777" w:rsidR="003A09DE" w:rsidRDefault="0064324E" w:rsidP="00F144D6">
      <w:pPr>
        <w:shd w:val="clear" w:color="auto" w:fill="FFFFFF" w:themeFill="background1"/>
        <w:spacing w:after="0" w:line="240" w:lineRule="auto"/>
      </w:pPr>
      <w:r>
        <w:t>- Giải quyết vấn đề và sáng tạo: Biết lựa chọn lời kể phù hợp, thêm cảm xúc cho nhân vật.</w:t>
      </w:r>
    </w:p>
    <w:p w14:paraId="0AEEB25C" w14:textId="77777777" w:rsidR="003A09DE" w:rsidRDefault="0064324E" w:rsidP="00F144D6">
      <w:pPr>
        <w:shd w:val="clear" w:color="auto" w:fill="FFFFFF" w:themeFill="background1"/>
        <w:spacing w:after="0" w:line="240" w:lineRule="auto"/>
      </w:pPr>
      <w:r>
        <w:rPr>
          <w:b/>
        </w:rPr>
        <w:t>3. Phẩm chất</w:t>
      </w:r>
    </w:p>
    <w:p w14:paraId="023D385C" w14:textId="77777777" w:rsidR="003A09DE" w:rsidRDefault="0064324E" w:rsidP="00F144D6">
      <w:pPr>
        <w:shd w:val="clear" w:color="auto" w:fill="FFFFFF" w:themeFill="background1"/>
        <w:spacing w:after="0" w:line="240" w:lineRule="auto"/>
      </w:pPr>
      <w:r>
        <w:t>- Yêu nước: Khâm phục lòng yêu nước, sự dũng cảm của Trần Quốc Toản.</w:t>
      </w:r>
    </w:p>
    <w:p w14:paraId="01A7D919" w14:textId="77777777" w:rsidR="003A09DE" w:rsidRDefault="0064324E" w:rsidP="00F144D6">
      <w:pPr>
        <w:shd w:val="clear" w:color="auto" w:fill="FFFFFF" w:themeFill="background1"/>
        <w:spacing w:after="0" w:line="240" w:lineRule="auto"/>
      </w:pPr>
      <w:r>
        <w:t>- Trách nhiệm: Có thái độ nghiêm túc khi nghe bạn kể, không ngắt lời bạn.</w:t>
      </w:r>
    </w:p>
    <w:p w14:paraId="1F4045FD" w14:textId="77777777" w:rsidR="003A09DE" w:rsidRDefault="0064324E" w:rsidP="00F144D6">
      <w:pPr>
        <w:shd w:val="clear" w:color="auto" w:fill="FFFFFF" w:themeFill="background1"/>
        <w:spacing w:after="0" w:line="240" w:lineRule="auto"/>
      </w:pPr>
      <w:r>
        <w:rPr>
          <w:b/>
        </w:rPr>
        <w:t>4. Tích hợp</w:t>
      </w:r>
    </w:p>
    <w:p w14:paraId="7FC9C455" w14:textId="77777777" w:rsidR="003A09DE" w:rsidRDefault="0064324E" w:rsidP="00F144D6">
      <w:pPr>
        <w:shd w:val="clear" w:color="auto" w:fill="FFFFFF" w:themeFill="background1"/>
        <w:spacing w:after="0" w:line="240" w:lineRule="auto"/>
      </w:pPr>
      <w:r>
        <w:rPr>
          <w:color w:val="C00000"/>
        </w:rPr>
        <w:t>- Tích hợp AI - YCCĐ 2.A1.2: HS biết AI/ChatGPT/Gemini có thể gợi ý trình tự kể chuyện theo tranh, nhưng cần kiểm tra lại với tranh SGK, tự kể bằng lời của mình và không nhập thông tin cá nhân.</w:t>
      </w:r>
    </w:p>
    <w:p w14:paraId="7A7DDE3C" w14:textId="77777777" w:rsidR="003A09DE" w:rsidRDefault="0064324E" w:rsidP="00F144D6">
      <w:pPr>
        <w:shd w:val="clear" w:color="auto" w:fill="FFFFFF" w:themeFill="background1"/>
        <w:spacing w:after="0" w:line="240" w:lineRule="auto"/>
      </w:pPr>
      <w:r>
        <w:rPr>
          <w:b/>
        </w:rPr>
        <w:t>II. ĐỒ DÙNG DẠY HỌC</w:t>
      </w:r>
    </w:p>
    <w:p w14:paraId="49C394DD" w14:textId="77777777" w:rsidR="003A09DE" w:rsidRDefault="0064324E" w:rsidP="00F144D6">
      <w:pPr>
        <w:shd w:val="clear" w:color="auto" w:fill="FFFFFF" w:themeFill="background1"/>
        <w:spacing w:after="0" w:line="240" w:lineRule="auto"/>
      </w:pPr>
      <w:r>
        <w:t>- GV: Tranh 4 đoạn câu chuyện cắt từ SGK, thẻ vai nhân vật, máy chiếu, một gợi ý kể chuyện ngắn do GV chuẩn bị.</w:t>
      </w:r>
    </w:p>
    <w:p w14:paraId="6F32BFDE" w14:textId="77777777" w:rsidR="003A09DE" w:rsidRDefault="0064324E" w:rsidP="00F144D6">
      <w:pPr>
        <w:shd w:val="clear" w:color="auto" w:fill="FFFFFF" w:themeFill="background1"/>
        <w:spacing w:after="0" w:line="240" w:lineRule="auto"/>
      </w:pPr>
      <w:r>
        <w:t>- HS: SGK, vở ghi.</w:t>
      </w:r>
    </w:p>
    <w:p w14:paraId="08F7A2D6"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31DAD546" w14:textId="77777777" w:rsidTr="00F144D6">
        <w:trPr>
          <w:jc w:val="center"/>
        </w:trPr>
        <w:tc>
          <w:tcPr>
            <w:tcW w:w="5216" w:type="dxa"/>
            <w:tcBorders>
              <w:bottom w:val="single" w:sz="6" w:space="0" w:color="000000"/>
            </w:tcBorders>
            <w:shd w:val="clear" w:color="auto" w:fill="D9EAF7"/>
            <w:vAlign w:val="center"/>
          </w:tcPr>
          <w:p w14:paraId="1F2E9089" w14:textId="77777777" w:rsidR="003A09DE" w:rsidRDefault="0064324E" w:rsidP="00F144D6">
            <w:pPr>
              <w:shd w:val="clear" w:color="auto" w:fill="FFFFFF" w:themeFill="background1"/>
              <w:spacing w:after="0"/>
              <w:jc w:val="center"/>
            </w:pPr>
            <w:r>
              <w:rPr>
                <w:b/>
              </w:rPr>
              <w:t>Hoạt động của giáo viên</w:t>
            </w:r>
          </w:p>
        </w:tc>
        <w:tc>
          <w:tcPr>
            <w:tcW w:w="5216" w:type="dxa"/>
            <w:tcBorders>
              <w:bottom w:val="single" w:sz="6" w:space="0" w:color="000000"/>
            </w:tcBorders>
            <w:shd w:val="clear" w:color="auto" w:fill="D9EAF7"/>
            <w:vAlign w:val="center"/>
          </w:tcPr>
          <w:p w14:paraId="586B925D" w14:textId="77777777" w:rsidR="003A09DE" w:rsidRDefault="0064324E" w:rsidP="00F144D6">
            <w:pPr>
              <w:shd w:val="clear" w:color="auto" w:fill="FFFFFF" w:themeFill="background1"/>
              <w:spacing w:after="0"/>
              <w:jc w:val="center"/>
            </w:pPr>
            <w:r>
              <w:rPr>
                <w:b/>
              </w:rPr>
              <w:t>Hoạt động của học sinh</w:t>
            </w:r>
          </w:p>
        </w:tc>
      </w:tr>
      <w:tr w:rsidR="003A09DE" w14:paraId="074EEF19" w14:textId="77777777" w:rsidTr="00F144D6">
        <w:trPr>
          <w:jc w:val="center"/>
        </w:trPr>
        <w:tc>
          <w:tcPr>
            <w:tcW w:w="10432" w:type="dxa"/>
            <w:gridSpan w:val="2"/>
            <w:tcBorders>
              <w:top w:val="single" w:sz="6" w:space="0" w:color="000000"/>
              <w:bottom w:val="single" w:sz="6" w:space="0" w:color="000000"/>
            </w:tcBorders>
            <w:shd w:val="clear" w:color="auto" w:fill="DDEBD6"/>
          </w:tcPr>
          <w:p w14:paraId="3334AFF4" w14:textId="77777777" w:rsidR="003A09DE" w:rsidRDefault="0064324E" w:rsidP="00F144D6">
            <w:pPr>
              <w:shd w:val="clear" w:color="auto" w:fill="FFFFFF" w:themeFill="background1"/>
              <w:spacing w:after="0" w:line="240" w:lineRule="auto"/>
            </w:pPr>
            <w:r>
              <w:rPr>
                <w:b/>
              </w:rPr>
              <w:t>1. KHỞI ĐỘNG (3 phút)</w:t>
            </w:r>
            <w:r>
              <w:rPr>
                <w:i/>
              </w:rPr>
              <w:br/>
              <w:t>Mục tiêu: HS nhớ lại các sự việc chính trong truyện Bóp nát quả cam.</w:t>
            </w:r>
          </w:p>
        </w:tc>
      </w:tr>
      <w:tr w:rsidR="003A09DE" w14:paraId="67E52025" w14:textId="77777777" w:rsidTr="00F144D6">
        <w:trPr>
          <w:jc w:val="center"/>
        </w:trPr>
        <w:tc>
          <w:tcPr>
            <w:tcW w:w="4800" w:type="dxa"/>
            <w:tcBorders>
              <w:top w:val="single" w:sz="6" w:space="0" w:color="000000"/>
            </w:tcBorders>
          </w:tcPr>
          <w:p w14:paraId="7A37422F" w14:textId="77777777" w:rsidR="003A09DE" w:rsidRDefault="0064324E" w:rsidP="00F144D6">
            <w:pPr>
              <w:shd w:val="clear" w:color="auto" w:fill="FFFFFF" w:themeFill="background1"/>
              <w:spacing w:after="0" w:line="240" w:lineRule="auto"/>
            </w:pPr>
            <w:r>
              <w:t>- GV tổ chức trò chơi “Bức tranh bí mật”: GV lần lượt che một phần tranh, HS đoán sự việc trong truyện.</w:t>
            </w:r>
          </w:p>
        </w:tc>
        <w:tc>
          <w:tcPr>
            <w:tcW w:w="4800" w:type="dxa"/>
            <w:tcBorders>
              <w:top w:val="single" w:sz="6" w:space="0" w:color="000000"/>
            </w:tcBorders>
          </w:tcPr>
          <w:p w14:paraId="34F2F671" w14:textId="77777777" w:rsidR="003A09DE" w:rsidRDefault="0064324E" w:rsidP="00F144D6">
            <w:pPr>
              <w:shd w:val="clear" w:color="auto" w:fill="FFFFFF" w:themeFill="background1"/>
              <w:spacing w:after="0" w:line="240" w:lineRule="auto"/>
            </w:pPr>
            <w:r>
              <w:t>- HS quan sát, đoán: Trần Quốc Toản gặp lính gác, gặp vua, nhận cam, bóp nát quả cam.</w:t>
            </w:r>
          </w:p>
        </w:tc>
      </w:tr>
      <w:tr w:rsidR="003A09DE" w14:paraId="7920EBCD" w14:textId="77777777" w:rsidTr="00F144D6">
        <w:trPr>
          <w:jc w:val="center"/>
        </w:trPr>
        <w:tc>
          <w:tcPr>
            <w:tcW w:w="4800" w:type="dxa"/>
            <w:tcBorders>
              <w:bottom w:val="single" w:sz="6" w:space="0" w:color="000000"/>
            </w:tcBorders>
          </w:tcPr>
          <w:p w14:paraId="5C0F1623" w14:textId="77777777" w:rsidR="003A09DE" w:rsidRDefault="0064324E" w:rsidP="00F144D6">
            <w:pPr>
              <w:shd w:val="clear" w:color="auto" w:fill="FFFFFF" w:themeFill="background1"/>
              <w:spacing w:after="0" w:line="240" w:lineRule="auto"/>
            </w:pPr>
            <w:r>
              <w:t>- GV dẫn vào bài: Tiết học này các em kể lại câu chuyện Bóp nát quả cam theo tranh.</w:t>
            </w:r>
          </w:p>
        </w:tc>
        <w:tc>
          <w:tcPr>
            <w:tcW w:w="4800" w:type="dxa"/>
            <w:tcBorders>
              <w:bottom w:val="single" w:sz="6" w:space="0" w:color="000000"/>
            </w:tcBorders>
          </w:tcPr>
          <w:p w14:paraId="49D12FBB" w14:textId="77777777" w:rsidR="003A09DE" w:rsidRDefault="0064324E" w:rsidP="00F144D6">
            <w:pPr>
              <w:shd w:val="clear" w:color="auto" w:fill="FFFFFF" w:themeFill="background1"/>
              <w:spacing w:after="0" w:line="240" w:lineRule="auto"/>
            </w:pPr>
            <w:r>
              <w:t>- HS lắng nghe, nhắc lại tên bài.</w:t>
            </w:r>
          </w:p>
        </w:tc>
      </w:tr>
      <w:tr w:rsidR="003A09DE" w14:paraId="3414E094" w14:textId="77777777" w:rsidTr="00F144D6">
        <w:trPr>
          <w:jc w:val="center"/>
        </w:trPr>
        <w:tc>
          <w:tcPr>
            <w:tcW w:w="10432" w:type="dxa"/>
            <w:gridSpan w:val="2"/>
            <w:tcBorders>
              <w:top w:val="single" w:sz="6" w:space="0" w:color="000000"/>
              <w:bottom w:val="single" w:sz="6" w:space="0" w:color="000000"/>
            </w:tcBorders>
            <w:shd w:val="clear" w:color="auto" w:fill="DDEBD6"/>
          </w:tcPr>
          <w:p w14:paraId="7F0313A0" w14:textId="77777777" w:rsidR="003A09DE" w:rsidRDefault="0064324E" w:rsidP="00F144D6">
            <w:pPr>
              <w:shd w:val="clear" w:color="auto" w:fill="FFFFFF" w:themeFill="background1"/>
              <w:spacing w:after="0" w:line="240" w:lineRule="auto"/>
            </w:pPr>
            <w:r>
              <w:rPr>
                <w:b/>
              </w:rPr>
              <w:t>2. KHÁM PHÁ KIẾN THỨC (10 phút)</w:t>
            </w:r>
            <w:r>
              <w:rPr>
                <w:i/>
              </w:rPr>
              <w:br/>
              <w:t>Mục tiêu: HS quan sát tranh, xác định đúng sự việc ở từng tranh.</w:t>
            </w:r>
          </w:p>
        </w:tc>
      </w:tr>
      <w:tr w:rsidR="003A09DE" w14:paraId="178338CB" w14:textId="77777777" w:rsidTr="00F144D6">
        <w:trPr>
          <w:jc w:val="center"/>
        </w:trPr>
        <w:tc>
          <w:tcPr>
            <w:tcW w:w="10432" w:type="dxa"/>
            <w:gridSpan w:val="2"/>
            <w:tcBorders>
              <w:top w:val="single" w:sz="6" w:space="0" w:color="000000"/>
            </w:tcBorders>
            <w:shd w:val="clear" w:color="auto" w:fill="DDEBD6"/>
          </w:tcPr>
          <w:p w14:paraId="1FF8668F" w14:textId="77777777" w:rsidR="003A09DE" w:rsidRDefault="0064324E" w:rsidP="00F144D6">
            <w:pPr>
              <w:shd w:val="clear" w:color="auto" w:fill="FFFFFF" w:themeFill="background1"/>
              <w:spacing w:after="0" w:line="240" w:lineRule="auto"/>
            </w:pPr>
            <w:r>
              <w:rPr>
                <w:b/>
              </w:rPr>
              <w:t>Hoạt động 1: Nêu sự việc trong từng tranh</w:t>
            </w:r>
          </w:p>
        </w:tc>
      </w:tr>
      <w:tr w:rsidR="003A09DE" w14:paraId="332C0AD0" w14:textId="77777777" w:rsidTr="00F144D6">
        <w:trPr>
          <w:jc w:val="center"/>
        </w:trPr>
        <w:tc>
          <w:tcPr>
            <w:tcW w:w="4800" w:type="dxa"/>
          </w:tcPr>
          <w:p w14:paraId="20268A1B" w14:textId="77777777" w:rsidR="003A09DE" w:rsidRDefault="0064324E" w:rsidP="00F144D6">
            <w:pPr>
              <w:shd w:val="clear" w:color="auto" w:fill="FFFFFF" w:themeFill="background1"/>
              <w:spacing w:after="0" w:line="240" w:lineRule="auto"/>
            </w:pPr>
            <w:r>
              <w:rPr>
                <w:b/>
              </w:rPr>
              <w:lastRenderedPageBreak/>
              <w:t>Bài tập 1: Nêu sự việc trong từng tranh.</w:t>
            </w:r>
          </w:p>
          <w:p w14:paraId="018CF6CB" w14:textId="0BE434C2" w:rsidR="003A09DE" w:rsidRDefault="003A09DE" w:rsidP="00F144D6">
            <w:pPr>
              <w:shd w:val="clear" w:color="auto" w:fill="FFFFFF" w:themeFill="background1"/>
              <w:spacing w:after="0"/>
              <w:jc w:val="center"/>
            </w:pPr>
          </w:p>
        </w:tc>
        <w:tc>
          <w:tcPr>
            <w:tcW w:w="4800" w:type="dxa"/>
          </w:tcPr>
          <w:p w14:paraId="17E47A14" w14:textId="77777777" w:rsidR="003A09DE" w:rsidRDefault="0064324E" w:rsidP="00F144D6">
            <w:pPr>
              <w:shd w:val="clear" w:color="auto" w:fill="FFFFFF" w:themeFill="background1"/>
              <w:spacing w:after="0" w:line="240" w:lineRule="auto"/>
            </w:pPr>
            <w:r>
              <w:t>- HS đọc yêu cầu, quan sát 4 tranh trong SGK.</w:t>
            </w:r>
          </w:p>
        </w:tc>
      </w:tr>
      <w:tr w:rsidR="003A09DE" w14:paraId="34B5A1EA" w14:textId="77777777" w:rsidTr="00F144D6">
        <w:trPr>
          <w:jc w:val="center"/>
        </w:trPr>
        <w:tc>
          <w:tcPr>
            <w:tcW w:w="4800" w:type="dxa"/>
          </w:tcPr>
          <w:p w14:paraId="3BA79FB9" w14:textId="77777777" w:rsidR="003A09DE" w:rsidRDefault="0064324E" w:rsidP="00F144D6">
            <w:pPr>
              <w:shd w:val="clear" w:color="auto" w:fill="FFFFFF" w:themeFill="background1"/>
              <w:spacing w:after="0" w:line="240" w:lineRule="auto"/>
            </w:pPr>
            <w:r>
              <w:t>- GV hỏi: Tranh 1 vẽ sự việc gì? Trần Quốc Toản xô những người lính gác để đi đâu?</w:t>
            </w:r>
          </w:p>
        </w:tc>
        <w:tc>
          <w:tcPr>
            <w:tcW w:w="4800" w:type="dxa"/>
          </w:tcPr>
          <w:p w14:paraId="28A74959" w14:textId="77777777" w:rsidR="003A09DE" w:rsidRDefault="0064324E" w:rsidP="00F144D6">
            <w:pPr>
              <w:shd w:val="clear" w:color="auto" w:fill="FFFFFF" w:themeFill="background1"/>
              <w:spacing w:after="0" w:line="240" w:lineRule="auto"/>
            </w:pPr>
            <w:r>
              <w:t>- HS trả lời: Trần Quốc Toản xô lính gác để xuống bến gặp vua.</w:t>
            </w:r>
          </w:p>
        </w:tc>
      </w:tr>
      <w:tr w:rsidR="003A09DE" w14:paraId="66EBA159" w14:textId="77777777" w:rsidTr="00F144D6">
        <w:trPr>
          <w:jc w:val="center"/>
        </w:trPr>
        <w:tc>
          <w:tcPr>
            <w:tcW w:w="4800" w:type="dxa"/>
          </w:tcPr>
          <w:p w14:paraId="37116BE5" w14:textId="77777777" w:rsidR="003A09DE" w:rsidRDefault="0064324E" w:rsidP="00F144D6">
            <w:pPr>
              <w:shd w:val="clear" w:color="auto" w:fill="FFFFFF" w:themeFill="background1"/>
              <w:spacing w:after="0" w:line="240" w:lineRule="auto"/>
            </w:pPr>
            <w:r>
              <w:t>- GV hỏi: Tranh 2 vẽ sự việc gì? Trần Quốc Toản nói với vua điều gì?</w:t>
            </w:r>
          </w:p>
        </w:tc>
        <w:tc>
          <w:tcPr>
            <w:tcW w:w="4800" w:type="dxa"/>
          </w:tcPr>
          <w:p w14:paraId="3264FA85" w14:textId="77777777" w:rsidR="003A09DE" w:rsidRDefault="0064324E" w:rsidP="00F144D6">
            <w:pPr>
              <w:shd w:val="clear" w:color="auto" w:fill="FFFFFF" w:themeFill="background1"/>
              <w:spacing w:after="0" w:line="240" w:lineRule="auto"/>
            </w:pPr>
            <w:r>
              <w:t>- HS trả lời: Trần Quốc Toản quỳ trước vua và xin vua cho đánh giặc.</w:t>
            </w:r>
          </w:p>
        </w:tc>
      </w:tr>
      <w:tr w:rsidR="003A09DE" w14:paraId="14CC91ED" w14:textId="77777777" w:rsidTr="00F144D6">
        <w:trPr>
          <w:jc w:val="center"/>
        </w:trPr>
        <w:tc>
          <w:tcPr>
            <w:tcW w:w="4800" w:type="dxa"/>
          </w:tcPr>
          <w:p w14:paraId="7899B5C9" w14:textId="77777777" w:rsidR="003A09DE" w:rsidRDefault="0064324E" w:rsidP="00F144D6">
            <w:pPr>
              <w:shd w:val="clear" w:color="auto" w:fill="FFFFFF" w:themeFill="background1"/>
              <w:spacing w:after="0" w:line="240" w:lineRule="auto"/>
            </w:pPr>
            <w:r>
              <w:t>- GV hỏi: Tranh 3 vẽ sự việc gì? Vua nói với Trần Quốc Toản điều gì?</w:t>
            </w:r>
          </w:p>
        </w:tc>
        <w:tc>
          <w:tcPr>
            <w:tcW w:w="4800" w:type="dxa"/>
          </w:tcPr>
          <w:p w14:paraId="3BDFD3C9" w14:textId="77777777" w:rsidR="003A09DE" w:rsidRDefault="0064324E" w:rsidP="00F144D6">
            <w:pPr>
              <w:shd w:val="clear" w:color="auto" w:fill="FFFFFF" w:themeFill="background1"/>
              <w:spacing w:after="0" w:line="240" w:lineRule="auto"/>
            </w:pPr>
            <w:r>
              <w:t>- HS trả lời: Vua khen Trần Quốc Toản còn trẻ mà biết lo việc nước và ban cho cậu một quả cam.</w:t>
            </w:r>
          </w:p>
        </w:tc>
      </w:tr>
      <w:tr w:rsidR="003A09DE" w14:paraId="47F1F52F" w14:textId="77777777" w:rsidTr="00F144D6">
        <w:trPr>
          <w:jc w:val="center"/>
        </w:trPr>
        <w:tc>
          <w:tcPr>
            <w:tcW w:w="4800" w:type="dxa"/>
          </w:tcPr>
          <w:p w14:paraId="0706E4A7" w14:textId="77777777" w:rsidR="003A09DE" w:rsidRDefault="0064324E" w:rsidP="00F144D6">
            <w:pPr>
              <w:shd w:val="clear" w:color="auto" w:fill="FFFFFF" w:themeFill="background1"/>
              <w:spacing w:after="0" w:line="240" w:lineRule="auto"/>
            </w:pPr>
            <w:r>
              <w:t>- GV hỏi: Tranh 4 vẽ sự việc gì? Quả cam trên tay Trần Quốc Toản thế nào?</w:t>
            </w:r>
          </w:p>
        </w:tc>
        <w:tc>
          <w:tcPr>
            <w:tcW w:w="4800" w:type="dxa"/>
          </w:tcPr>
          <w:p w14:paraId="2E7E8CF2" w14:textId="77777777" w:rsidR="003A09DE" w:rsidRDefault="0064324E" w:rsidP="00F144D6">
            <w:pPr>
              <w:shd w:val="clear" w:color="auto" w:fill="FFFFFF" w:themeFill="background1"/>
              <w:spacing w:after="0" w:line="240" w:lineRule="auto"/>
            </w:pPr>
            <w:r>
              <w:t>- HS trả lời: Trần Quốc Toản xòe tay cho mọi người xem; quả cam đã bị bóp nát.</w:t>
            </w:r>
          </w:p>
        </w:tc>
      </w:tr>
      <w:tr w:rsidR="003A09DE" w14:paraId="65E9C800" w14:textId="77777777" w:rsidTr="00F144D6">
        <w:trPr>
          <w:jc w:val="center"/>
        </w:trPr>
        <w:tc>
          <w:tcPr>
            <w:tcW w:w="4800" w:type="dxa"/>
            <w:tcBorders>
              <w:bottom w:val="single" w:sz="6" w:space="0" w:color="000000"/>
            </w:tcBorders>
          </w:tcPr>
          <w:p w14:paraId="2857DAAD" w14:textId="77777777" w:rsidR="003A09DE" w:rsidRDefault="0064324E" w:rsidP="00F144D6">
            <w:pPr>
              <w:shd w:val="clear" w:color="auto" w:fill="FFFFFF" w:themeFill="background1"/>
              <w:spacing w:after="0" w:line="240" w:lineRule="auto"/>
            </w:pPr>
            <w:r>
              <w:t>- GV kết luận: Bốn tranh thể hiện trình tự câu chuyện từ lúc Trần Quốc Toản quyết gặp vua đến khi cậu vô tình bóp nát quả cam vì căm giận giặc.</w:t>
            </w:r>
          </w:p>
        </w:tc>
        <w:tc>
          <w:tcPr>
            <w:tcW w:w="4800" w:type="dxa"/>
            <w:tcBorders>
              <w:bottom w:val="single" w:sz="6" w:space="0" w:color="000000"/>
            </w:tcBorders>
          </w:tcPr>
          <w:p w14:paraId="4D6CE714" w14:textId="77777777" w:rsidR="003A09DE" w:rsidRDefault="0064324E" w:rsidP="00F144D6">
            <w:pPr>
              <w:shd w:val="clear" w:color="auto" w:fill="FFFFFF" w:themeFill="background1"/>
              <w:spacing w:after="0" w:line="240" w:lineRule="auto"/>
            </w:pPr>
            <w:r>
              <w:t>- HS lắng nghe, ghi nhớ trình tự kể chuyện.</w:t>
            </w:r>
          </w:p>
        </w:tc>
      </w:tr>
      <w:tr w:rsidR="003A09DE" w14:paraId="2D99F764" w14:textId="77777777" w:rsidTr="00F144D6">
        <w:trPr>
          <w:jc w:val="center"/>
        </w:trPr>
        <w:tc>
          <w:tcPr>
            <w:tcW w:w="10432" w:type="dxa"/>
            <w:gridSpan w:val="2"/>
            <w:tcBorders>
              <w:top w:val="single" w:sz="6" w:space="0" w:color="000000"/>
              <w:bottom w:val="single" w:sz="6" w:space="0" w:color="000000"/>
            </w:tcBorders>
            <w:shd w:val="clear" w:color="auto" w:fill="DDEBD6"/>
          </w:tcPr>
          <w:p w14:paraId="54AA8AC1" w14:textId="77777777" w:rsidR="003A09DE" w:rsidRDefault="0064324E" w:rsidP="00F144D6">
            <w:pPr>
              <w:shd w:val="clear" w:color="auto" w:fill="FFFFFF" w:themeFill="background1"/>
              <w:spacing w:after="0" w:line="240" w:lineRule="auto"/>
            </w:pPr>
            <w:r>
              <w:rPr>
                <w:b/>
              </w:rPr>
              <w:t>3. LUYỆN TẬP - THỰC HÀNH (17 phút)</w:t>
            </w:r>
            <w:r>
              <w:rPr>
                <w:i/>
              </w:rPr>
              <w:br/>
              <w:t>Mục tiêu: HS kể lại từng đoạn câu chuyện theo tranh, biết dùng lời kể của mình.</w:t>
            </w:r>
          </w:p>
        </w:tc>
      </w:tr>
      <w:tr w:rsidR="003A09DE" w14:paraId="53A004ED" w14:textId="77777777" w:rsidTr="00F144D6">
        <w:trPr>
          <w:jc w:val="center"/>
        </w:trPr>
        <w:tc>
          <w:tcPr>
            <w:tcW w:w="10432" w:type="dxa"/>
            <w:gridSpan w:val="2"/>
            <w:tcBorders>
              <w:top w:val="single" w:sz="6" w:space="0" w:color="000000"/>
              <w:bottom w:val="single" w:sz="6" w:space="0" w:color="000000"/>
            </w:tcBorders>
            <w:shd w:val="clear" w:color="auto" w:fill="DDEBD6"/>
          </w:tcPr>
          <w:p w14:paraId="06B472AD" w14:textId="77777777" w:rsidR="003A09DE" w:rsidRDefault="0064324E" w:rsidP="00F144D6">
            <w:pPr>
              <w:shd w:val="clear" w:color="auto" w:fill="FFFFFF" w:themeFill="background1"/>
              <w:spacing w:after="0" w:line="240" w:lineRule="auto"/>
            </w:pPr>
            <w:r>
              <w:rPr>
                <w:b/>
              </w:rPr>
              <w:t>Hoạt động 2: Kể lại từng đoạn câu chuyện theo tranh</w:t>
            </w:r>
          </w:p>
        </w:tc>
      </w:tr>
      <w:tr w:rsidR="003A09DE" w14:paraId="7950B89E" w14:textId="77777777" w:rsidTr="00F144D6">
        <w:trPr>
          <w:jc w:val="center"/>
        </w:trPr>
        <w:tc>
          <w:tcPr>
            <w:tcW w:w="4800" w:type="dxa"/>
            <w:tcBorders>
              <w:top w:val="single" w:sz="6" w:space="0" w:color="000000"/>
            </w:tcBorders>
          </w:tcPr>
          <w:p w14:paraId="3CE9ED23" w14:textId="77777777" w:rsidR="003A09DE" w:rsidRDefault="0064324E" w:rsidP="00F144D6">
            <w:pPr>
              <w:shd w:val="clear" w:color="auto" w:fill="FFFFFF" w:themeFill="background1"/>
              <w:spacing w:after="0" w:line="240" w:lineRule="auto"/>
            </w:pPr>
            <w:r>
              <w:rPr>
                <w:b/>
              </w:rPr>
              <w:t>Bài tập 2: Kể lại từng đoạn câu chuyện theo tranh.</w:t>
            </w:r>
          </w:p>
        </w:tc>
        <w:tc>
          <w:tcPr>
            <w:tcW w:w="4800" w:type="dxa"/>
            <w:tcBorders>
              <w:top w:val="single" w:sz="6" w:space="0" w:color="000000"/>
            </w:tcBorders>
          </w:tcPr>
          <w:p w14:paraId="753B26E9" w14:textId="77777777" w:rsidR="003A09DE" w:rsidRDefault="0064324E" w:rsidP="00F144D6">
            <w:pPr>
              <w:shd w:val="clear" w:color="auto" w:fill="FFFFFF" w:themeFill="background1"/>
              <w:spacing w:after="0" w:line="240" w:lineRule="auto"/>
            </w:pPr>
            <w:r>
              <w:t>- HS đọc yêu cầu, chuẩn bị kể theo 4 tranh.</w:t>
            </w:r>
          </w:p>
        </w:tc>
      </w:tr>
      <w:tr w:rsidR="003A09DE" w14:paraId="42234F1A" w14:textId="77777777" w:rsidTr="00F144D6">
        <w:trPr>
          <w:jc w:val="center"/>
        </w:trPr>
        <w:tc>
          <w:tcPr>
            <w:tcW w:w="4800" w:type="dxa"/>
          </w:tcPr>
          <w:p w14:paraId="28C78EE5" w14:textId="77777777" w:rsidR="003A09DE" w:rsidRDefault="0064324E" w:rsidP="00F144D6">
            <w:pPr>
              <w:shd w:val="clear" w:color="auto" w:fill="FFFFFF" w:themeFill="background1"/>
              <w:spacing w:after="0" w:line="240" w:lineRule="auto"/>
            </w:pPr>
            <w:r>
              <w:t>- GV hướng dẫn: Mỗi tranh kể một đoạn; khi kể cần nêu nhân vật, việc xảy ra, lời nói quan trọng và cảm xúc của nhân vật.</w:t>
            </w:r>
          </w:p>
        </w:tc>
        <w:tc>
          <w:tcPr>
            <w:tcW w:w="4800" w:type="dxa"/>
          </w:tcPr>
          <w:p w14:paraId="0AC1A6A9" w14:textId="77777777" w:rsidR="003A09DE" w:rsidRDefault="0064324E" w:rsidP="00F144D6">
            <w:pPr>
              <w:shd w:val="clear" w:color="auto" w:fill="FFFFFF" w:themeFill="background1"/>
              <w:spacing w:after="0" w:line="240" w:lineRule="auto"/>
            </w:pPr>
            <w:r>
              <w:t>- HS lắng nghe, ghi nhớ tiêu chí kể: đủ ý, rõ lời, đúng trình tự.</w:t>
            </w:r>
          </w:p>
        </w:tc>
      </w:tr>
      <w:tr w:rsidR="003A09DE" w14:paraId="2504FC58" w14:textId="77777777" w:rsidTr="00F144D6">
        <w:trPr>
          <w:jc w:val="center"/>
        </w:trPr>
        <w:tc>
          <w:tcPr>
            <w:tcW w:w="4800" w:type="dxa"/>
          </w:tcPr>
          <w:p w14:paraId="5F9E6AA4" w14:textId="77777777" w:rsidR="003A09DE" w:rsidRDefault="0064324E" w:rsidP="00F144D6">
            <w:pPr>
              <w:shd w:val="clear" w:color="auto" w:fill="FFFFFF" w:themeFill="background1"/>
              <w:spacing w:after="0" w:line="240" w:lineRule="auto"/>
            </w:pPr>
            <w:r>
              <w:t>- GV cho HS luyện kể cá nhân trong 2 phút, sau đó kể theo nhóm 4, mỗi bạn kể một tranh.</w:t>
            </w:r>
          </w:p>
        </w:tc>
        <w:tc>
          <w:tcPr>
            <w:tcW w:w="4800" w:type="dxa"/>
          </w:tcPr>
          <w:p w14:paraId="5B6DF962" w14:textId="77777777" w:rsidR="003A09DE" w:rsidRDefault="0064324E" w:rsidP="00F144D6">
            <w:pPr>
              <w:shd w:val="clear" w:color="auto" w:fill="FFFFFF" w:themeFill="background1"/>
              <w:spacing w:after="0" w:line="240" w:lineRule="auto"/>
            </w:pPr>
            <w:r>
              <w:t>- HS luyện kể cá nhân; kể trong nhóm; góp ý cho bạn về nội dung và giọng kể.</w:t>
            </w:r>
          </w:p>
        </w:tc>
      </w:tr>
      <w:tr w:rsidR="003A09DE" w14:paraId="1CD8B622" w14:textId="77777777" w:rsidTr="00F144D6">
        <w:trPr>
          <w:jc w:val="center"/>
        </w:trPr>
        <w:tc>
          <w:tcPr>
            <w:tcW w:w="4800" w:type="dxa"/>
          </w:tcPr>
          <w:p w14:paraId="4B518A58" w14:textId="77777777" w:rsidR="003A09DE" w:rsidRDefault="0064324E" w:rsidP="00F144D6">
            <w:pPr>
              <w:shd w:val="clear" w:color="auto" w:fill="FFFFFF" w:themeFill="background1"/>
              <w:spacing w:after="0" w:line="240" w:lineRule="auto"/>
            </w:pPr>
            <w:r>
              <w:t>- GV mời 2 nhóm kể nối tiếp trước lớp; nhắc HS kể tự nhiên, không đọc nguyên văn SGK.</w:t>
            </w:r>
          </w:p>
        </w:tc>
        <w:tc>
          <w:tcPr>
            <w:tcW w:w="4800" w:type="dxa"/>
          </w:tcPr>
          <w:p w14:paraId="12352BA9" w14:textId="77777777" w:rsidR="003A09DE" w:rsidRDefault="0064324E" w:rsidP="00F144D6">
            <w:pPr>
              <w:shd w:val="clear" w:color="auto" w:fill="FFFFFF" w:themeFill="background1"/>
              <w:spacing w:after="0" w:line="240" w:lineRule="auto"/>
            </w:pPr>
            <w:r>
              <w:t>- Nhóm kể trước lớp; lớp nhận xét theo tiêu chí: đúng trình tự, đủ ý, giọng kể tự tin.</w:t>
            </w:r>
          </w:p>
        </w:tc>
      </w:tr>
      <w:tr w:rsidR="003A09DE" w14:paraId="1E7BACF5" w14:textId="77777777" w:rsidTr="00F144D6">
        <w:trPr>
          <w:jc w:val="center"/>
        </w:trPr>
        <w:tc>
          <w:tcPr>
            <w:tcW w:w="4800" w:type="dxa"/>
          </w:tcPr>
          <w:p w14:paraId="40CFF19F" w14:textId="77777777" w:rsidR="003A09DE" w:rsidRDefault="0064324E" w:rsidP="00F144D6">
            <w:pPr>
              <w:shd w:val="clear" w:color="auto" w:fill="FFFFFF" w:themeFill="background1"/>
              <w:spacing w:after="0" w:line="240" w:lineRule="auto"/>
            </w:pPr>
            <w:r>
              <w:t>- GV nêu câu hỏi dẫn: Nếu cô dùng ChatGPT hoặc Gemini để tạo gợi ý kể chuyện theo tranh, các em có nên chép nguyên lời gợi ý không? Vì sao?</w:t>
            </w:r>
          </w:p>
        </w:tc>
        <w:tc>
          <w:tcPr>
            <w:tcW w:w="4800" w:type="dxa"/>
          </w:tcPr>
          <w:p w14:paraId="04752E3E" w14:textId="77777777" w:rsidR="003A09DE" w:rsidRDefault="0064324E" w:rsidP="00F144D6">
            <w:pPr>
              <w:shd w:val="clear" w:color="auto" w:fill="FFFFFF" w:themeFill="background1"/>
              <w:spacing w:after="0" w:line="240" w:lineRule="auto"/>
            </w:pPr>
            <w:r>
              <w:t>- HS nêu: Không nên chép nguyên; cần xem gợi ý có đúng tranh không, tự kể bằng lời của mình và không nhập thông tin cá nhân.</w:t>
            </w:r>
          </w:p>
        </w:tc>
      </w:tr>
      <w:tr w:rsidR="003A09DE" w14:paraId="39324C8A" w14:textId="77777777" w:rsidTr="00F144D6">
        <w:trPr>
          <w:jc w:val="center"/>
        </w:trPr>
        <w:tc>
          <w:tcPr>
            <w:tcW w:w="4800" w:type="dxa"/>
          </w:tcPr>
          <w:p w14:paraId="09A701D5" w14:textId="77777777" w:rsidR="003A09DE" w:rsidRDefault="0064324E" w:rsidP="00F144D6">
            <w:pPr>
              <w:shd w:val="clear" w:color="auto" w:fill="FFFFFF" w:themeFill="background1"/>
              <w:spacing w:after="0" w:line="240" w:lineRule="auto"/>
            </w:pPr>
            <w:r>
              <w:rPr>
                <w:color w:val="C00000"/>
              </w:rPr>
              <w:t>- Tích hợp AI - YCCĐ 2.A1.2: GV diễn giải: Công cụ AI như ChatGPT/Gemini có thể giúp GV tạo nhanh gợi ý sắp xếp sự việc hoặc gợi ý từ ngữ kể chuyện. Tuy nhiên, AI có thể thiếu chi tiết hoặc sắp xếp chưa đúng tranh SGK. Khi sử dụng gợi ý AI, các em cần kiểm tra lại với tranh, với nội dung bài đã học, chỉ chọn ý phù hợp, không sao chép nguyên văn và không nhập họ tên, địa chỉ, số điện thoại của mình. Người kể chuyện cuối cùng vẫn là các em, nên lời kể cần tự nhiên, đúng hiểu biết của mình.</w:t>
            </w:r>
          </w:p>
        </w:tc>
        <w:tc>
          <w:tcPr>
            <w:tcW w:w="4800" w:type="dxa"/>
          </w:tcPr>
          <w:p w14:paraId="66FDFF26" w14:textId="77777777" w:rsidR="003A09DE" w:rsidRDefault="0064324E" w:rsidP="00F144D6">
            <w:pPr>
              <w:shd w:val="clear" w:color="auto" w:fill="FFFFFF" w:themeFill="background1"/>
              <w:spacing w:after="0" w:line="240" w:lineRule="auto"/>
            </w:pPr>
            <w:r>
              <w:rPr>
                <w:color w:val="C00000"/>
              </w:rPr>
              <w:t>- HS lắng nghe; nhắc lại 3 điều: kiểm tra với tranh SGK, tự kể bằng lời của mình, không nhập thông tin riêng tư.</w:t>
            </w:r>
          </w:p>
        </w:tc>
      </w:tr>
      <w:tr w:rsidR="003A09DE" w14:paraId="7A890DB9" w14:textId="77777777" w:rsidTr="00F144D6">
        <w:trPr>
          <w:jc w:val="center"/>
        </w:trPr>
        <w:tc>
          <w:tcPr>
            <w:tcW w:w="4800" w:type="dxa"/>
            <w:tcBorders>
              <w:bottom w:val="single" w:sz="6" w:space="0" w:color="000000"/>
            </w:tcBorders>
          </w:tcPr>
          <w:p w14:paraId="59AF2E03" w14:textId="77777777" w:rsidR="003A09DE" w:rsidRDefault="0064324E" w:rsidP="00F144D6">
            <w:pPr>
              <w:shd w:val="clear" w:color="auto" w:fill="FFFFFF" w:themeFill="background1"/>
              <w:spacing w:after="0" w:line="240" w:lineRule="auto"/>
            </w:pPr>
            <w:r>
              <w:t>- GV nhận xét, tuyên dương nhóm kể rõ ràng; bổ sung cho HS còn thiếu chi tiết.</w:t>
            </w:r>
          </w:p>
        </w:tc>
        <w:tc>
          <w:tcPr>
            <w:tcW w:w="4800" w:type="dxa"/>
            <w:tcBorders>
              <w:bottom w:val="single" w:sz="6" w:space="0" w:color="000000"/>
            </w:tcBorders>
          </w:tcPr>
          <w:p w14:paraId="308507CD" w14:textId="77777777" w:rsidR="003A09DE" w:rsidRDefault="0064324E" w:rsidP="00F144D6">
            <w:pPr>
              <w:shd w:val="clear" w:color="auto" w:fill="FFFFFF" w:themeFill="background1"/>
              <w:spacing w:after="0" w:line="240" w:lineRule="auto"/>
            </w:pPr>
            <w:r>
              <w:t>- HS lắng nghe, sửa lời kể của mình.</w:t>
            </w:r>
          </w:p>
        </w:tc>
      </w:tr>
      <w:tr w:rsidR="003A09DE" w14:paraId="1B9A9795" w14:textId="77777777" w:rsidTr="00F144D6">
        <w:trPr>
          <w:jc w:val="center"/>
        </w:trPr>
        <w:tc>
          <w:tcPr>
            <w:tcW w:w="10432" w:type="dxa"/>
            <w:gridSpan w:val="2"/>
            <w:tcBorders>
              <w:top w:val="single" w:sz="6" w:space="0" w:color="000000"/>
              <w:bottom w:val="single" w:sz="6" w:space="0" w:color="000000"/>
            </w:tcBorders>
            <w:shd w:val="clear" w:color="auto" w:fill="DDEBD6"/>
          </w:tcPr>
          <w:p w14:paraId="76E072A2" w14:textId="77777777" w:rsidR="003A09DE" w:rsidRDefault="0064324E" w:rsidP="00F144D6">
            <w:pPr>
              <w:shd w:val="clear" w:color="auto" w:fill="FFFFFF" w:themeFill="background1"/>
              <w:spacing w:after="0" w:line="240" w:lineRule="auto"/>
            </w:pPr>
            <w:r>
              <w:rPr>
                <w:b/>
              </w:rPr>
              <w:t>4. VẬN DỤNG (5 phút)</w:t>
            </w:r>
            <w:r>
              <w:rPr>
                <w:i/>
              </w:rPr>
              <w:br/>
              <w:t>Mục tiêu: HS biết kể câu chuyện cho người thân và bày tỏ cảm nghĩ về Trần Quốc Toản.</w:t>
            </w:r>
          </w:p>
        </w:tc>
      </w:tr>
      <w:tr w:rsidR="003A09DE" w14:paraId="5DFB85D2" w14:textId="77777777" w:rsidTr="00F144D6">
        <w:trPr>
          <w:jc w:val="center"/>
        </w:trPr>
        <w:tc>
          <w:tcPr>
            <w:tcW w:w="4800" w:type="dxa"/>
            <w:tcBorders>
              <w:top w:val="single" w:sz="6" w:space="0" w:color="000000"/>
            </w:tcBorders>
          </w:tcPr>
          <w:p w14:paraId="14B5E3CE" w14:textId="77777777" w:rsidR="003A09DE" w:rsidRDefault="0064324E" w:rsidP="00F144D6">
            <w:pPr>
              <w:shd w:val="clear" w:color="auto" w:fill="FFFFFF" w:themeFill="background1"/>
              <w:spacing w:after="0" w:line="240" w:lineRule="auto"/>
            </w:pPr>
            <w:r>
              <w:t>- GV yêu cầu HS nói một câu cảm nghĩ về người anh hùng nhỏ tuổi Trần Quốc Toản.</w:t>
            </w:r>
          </w:p>
        </w:tc>
        <w:tc>
          <w:tcPr>
            <w:tcW w:w="4800" w:type="dxa"/>
            <w:tcBorders>
              <w:top w:val="single" w:sz="6" w:space="0" w:color="000000"/>
            </w:tcBorders>
          </w:tcPr>
          <w:p w14:paraId="20F123EA" w14:textId="77777777" w:rsidR="003A09DE" w:rsidRDefault="0064324E" w:rsidP="00F144D6">
            <w:pPr>
              <w:shd w:val="clear" w:color="auto" w:fill="FFFFFF" w:themeFill="background1"/>
              <w:spacing w:after="0" w:line="240" w:lineRule="auto"/>
            </w:pPr>
            <w:r>
              <w:t>- HS nêu: Em khâm phục Trần Quốc Toản vì bạn nhỏ tuổi nhưng rất yêu nước và dũng cảm.</w:t>
            </w:r>
          </w:p>
        </w:tc>
      </w:tr>
      <w:tr w:rsidR="003A09DE" w14:paraId="02E6C102" w14:textId="77777777" w:rsidTr="00F144D6">
        <w:trPr>
          <w:jc w:val="center"/>
        </w:trPr>
        <w:tc>
          <w:tcPr>
            <w:tcW w:w="4800" w:type="dxa"/>
          </w:tcPr>
          <w:p w14:paraId="1549C3E0" w14:textId="77777777" w:rsidR="003A09DE" w:rsidRDefault="0064324E" w:rsidP="00F144D6">
            <w:pPr>
              <w:shd w:val="clear" w:color="auto" w:fill="FFFFFF" w:themeFill="background1"/>
              <w:spacing w:after="0" w:line="240" w:lineRule="auto"/>
            </w:pPr>
            <w:r>
              <w:t>- GV giao việc về nhà: Kể cho người thân nghe về người anh hùng nhỏ tuổi Trần Quốc Toản.</w:t>
            </w:r>
          </w:p>
        </w:tc>
        <w:tc>
          <w:tcPr>
            <w:tcW w:w="4800" w:type="dxa"/>
          </w:tcPr>
          <w:p w14:paraId="49EC2225" w14:textId="77777777" w:rsidR="003A09DE" w:rsidRDefault="0064324E" w:rsidP="00F144D6">
            <w:pPr>
              <w:shd w:val="clear" w:color="auto" w:fill="FFFFFF" w:themeFill="background1"/>
              <w:spacing w:after="0" w:line="240" w:lineRule="auto"/>
            </w:pPr>
            <w:r>
              <w:t>- HS ghi nhớ nhiệm vụ về nhà.</w:t>
            </w:r>
          </w:p>
        </w:tc>
      </w:tr>
    </w:tbl>
    <w:p w14:paraId="69871BDA" w14:textId="77777777" w:rsidR="003A09DE" w:rsidRDefault="0064324E" w:rsidP="00F144D6">
      <w:pPr>
        <w:shd w:val="clear" w:color="auto" w:fill="FFFFFF" w:themeFill="background1"/>
        <w:spacing w:after="0" w:line="240" w:lineRule="auto"/>
      </w:pPr>
      <w:r>
        <w:rPr>
          <w:b/>
        </w:rPr>
        <w:lastRenderedPageBreak/>
        <w:t>IV. ĐIỀU CHỈNH SAU TIẾT HỌC (NẾU CÓ)</w:t>
      </w:r>
    </w:p>
    <w:p w14:paraId="7F4467E4" w14:textId="77777777" w:rsidR="003A09DE" w:rsidRDefault="003A09DE" w:rsidP="00F144D6">
      <w:pPr>
        <w:shd w:val="clear" w:color="auto" w:fill="FFFFFF" w:themeFill="background1"/>
        <w:spacing w:after="0" w:line="240" w:lineRule="auto"/>
      </w:pPr>
    </w:p>
    <w:p w14:paraId="7E5283AB" w14:textId="77777777" w:rsidR="003A09DE" w:rsidRDefault="0064324E" w:rsidP="00F144D6">
      <w:pPr>
        <w:shd w:val="clear" w:color="auto" w:fill="FFFFFF" w:themeFill="background1"/>
      </w:pPr>
      <w:r>
        <w:br w:type="page"/>
      </w:r>
    </w:p>
    <w:p w14:paraId="3E92426A" w14:textId="77777777" w:rsidR="003A09DE" w:rsidRDefault="0064324E" w:rsidP="00F144D6">
      <w:pPr>
        <w:shd w:val="clear" w:color="auto" w:fill="FFFFFF" w:themeFill="background1"/>
        <w:spacing w:after="0" w:line="240" w:lineRule="auto"/>
        <w:jc w:val="center"/>
      </w:pPr>
      <w:r>
        <w:rPr>
          <w:b/>
        </w:rPr>
        <w:lastRenderedPageBreak/>
        <w:t>BÀI 24: CHIẾC RỄ ĐA TRÒN</w:t>
      </w:r>
    </w:p>
    <w:p w14:paraId="0C0AA9C3" w14:textId="77777777" w:rsidR="003A09DE" w:rsidRDefault="0064324E" w:rsidP="00F144D6">
      <w:pPr>
        <w:shd w:val="clear" w:color="auto" w:fill="FFFFFF" w:themeFill="background1"/>
        <w:spacing w:after="60" w:line="240" w:lineRule="auto"/>
        <w:jc w:val="center"/>
      </w:pPr>
      <w:r>
        <w:rPr>
          <w:b/>
        </w:rPr>
        <w:t>TIẾT 1 - 2: ĐỌC - CHIẾC RỄ ĐA TRÒN</w:t>
      </w:r>
    </w:p>
    <w:p w14:paraId="101F5BBC" w14:textId="77777777" w:rsidR="003A09DE" w:rsidRDefault="0064324E" w:rsidP="00F144D6">
      <w:pPr>
        <w:shd w:val="clear" w:color="auto" w:fill="FFFFFF" w:themeFill="background1"/>
        <w:spacing w:after="0" w:line="240" w:lineRule="auto"/>
      </w:pPr>
      <w:r>
        <w:rPr>
          <w:b/>
        </w:rPr>
        <w:t>I. YÊU CẦU CẦN ĐẠT</w:t>
      </w:r>
    </w:p>
    <w:p w14:paraId="1E0EF020" w14:textId="77777777" w:rsidR="003A09DE" w:rsidRDefault="0064324E" w:rsidP="00F144D6">
      <w:pPr>
        <w:shd w:val="clear" w:color="auto" w:fill="FFFFFF" w:themeFill="background1"/>
        <w:spacing w:after="0" w:line="240" w:lineRule="auto"/>
      </w:pPr>
      <w:r>
        <w:rPr>
          <w:b/>
        </w:rPr>
        <w:t>1. Năng lực đặc thù</w:t>
      </w:r>
    </w:p>
    <w:p w14:paraId="3E1EB146" w14:textId="77777777" w:rsidR="003A09DE" w:rsidRDefault="0064324E" w:rsidP="00F144D6">
      <w:pPr>
        <w:shd w:val="clear" w:color="auto" w:fill="FFFFFF" w:themeFill="background1"/>
        <w:spacing w:after="0" w:line="240" w:lineRule="auto"/>
      </w:pPr>
      <w:r>
        <w:t>- Đọc đúng, rõ ràng văn bản truyện; biết ngắt nghỉ hợp lí ở câu dài, đọc lời Bác Hồ nhẹ nhàng, ân cần.</w:t>
      </w:r>
    </w:p>
    <w:p w14:paraId="3A83A65E" w14:textId="77777777" w:rsidR="003A09DE" w:rsidRDefault="0064324E" w:rsidP="00F144D6">
      <w:pPr>
        <w:shd w:val="clear" w:color="auto" w:fill="FFFFFF" w:themeFill="background1"/>
        <w:spacing w:after="0" w:line="240" w:lineRule="auto"/>
      </w:pPr>
      <w:r>
        <w:t>- Hiểu nội dung bài đọc: Bác Hồ yêu thương, quan tâm đến thiếu nhi và có ý thức giữ gìn, chăm sóc cây xanh.</w:t>
      </w:r>
    </w:p>
    <w:p w14:paraId="6792391D" w14:textId="77777777" w:rsidR="003A09DE" w:rsidRDefault="0064324E" w:rsidP="00F144D6">
      <w:pPr>
        <w:shd w:val="clear" w:color="auto" w:fill="FFFFFF" w:themeFill="background1"/>
        <w:spacing w:after="0" w:line="240" w:lineRule="auto"/>
      </w:pPr>
      <w:r>
        <w:t>- Trả lời được câu hỏi đọc hiểu; chọn đúng từ phù hợp với chỗ trống; nhận biết tác dụng của dấu chấm than trong câu.</w:t>
      </w:r>
    </w:p>
    <w:p w14:paraId="6FA60CFC" w14:textId="77777777" w:rsidR="003A09DE" w:rsidRDefault="0064324E" w:rsidP="00F144D6">
      <w:pPr>
        <w:shd w:val="clear" w:color="auto" w:fill="FFFFFF" w:themeFill="background1"/>
        <w:spacing w:after="0" w:line="240" w:lineRule="auto"/>
      </w:pPr>
      <w:r>
        <w:rPr>
          <w:b/>
        </w:rPr>
        <w:t>2. Năng lực chung</w:t>
      </w:r>
    </w:p>
    <w:p w14:paraId="504D1EA0" w14:textId="77777777" w:rsidR="003A09DE" w:rsidRDefault="0064324E" w:rsidP="00F144D6">
      <w:pPr>
        <w:shd w:val="clear" w:color="auto" w:fill="FFFFFF" w:themeFill="background1"/>
        <w:spacing w:after="0" w:line="240" w:lineRule="auto"/>
      </w:pPr>
      <w:r>
        <w:t>- Tự chủ và tự học: Chủ động đọc thầm, tìm chi tiết trong bài để trả lời câu hỏi.</w:t>
      </w:r>
    </w:p>
    <w:p w14:paraId="399CBC5D" w14:textId="77777777" w:rsidR="003A09DE" w:rsidRDefault="0064324E" w:rsidP="00F144D6">
      <w:pPr>
        <w:shd w:val="clear" w:color="auto" w:fill="FFFFFF" w:themeFill="background1"/>
        <w:spacing w:after="0" w:line="240" w:lineRule="auto"/>
      </w:pPr>
      <w:r>
        <w:t>- Giao tiếp và hợp tác: Biết trao đổi nhóm đôi, nhóm bốn khi đọc hiểu và làm bài tập.</w:t>
      </w:r>
    </w:p>
    <w:p w14:paraId="4CF30643" w14:textId="77777777" w:rsidR="003A09DE" w:rsidRDefault="0064324E" w:rsidP="00F144D6">
      <w:pPr>
        <w:shd w:val="clear" w:color="auto" w:fill="FFFFFF" w:themeFill="background1"/>
        <w:spacing w:after="0" w:line="240" w:lineRule="auto"/>
      </w:pPr>
      <w:r>
        <w:t>- Giải quyết vấn đề và sáng tạo: Biết liên hệ việc làm nhỏ để chăm sóc cây xanh, làm việc tốt vì mọi người.</w:t>
      </w:r>
    </w:p>
    <w:p w14:paraId="22442750" w14:textId="77777777" w:rsidR="003A09DE" w:rsidRDefault="0064324E" w:rsidP="00F144D6">
      <w:pPr>
        <w:shd w:val="clear" w:color="auto" w:fill="FFFFFF" w:themeFill="background1"/>
        <w:spacing w:after="0" w:line="240" w:lineRule="auto"/>
      </w:pPr>
      <w:r>
        <w:rPr>
          <w:b/>
        </w:rPr>
        <w:t>3. Phẩm chất</w:t>
      </w:r>
    </w:p>
    <w:p w14:paraId="2BA4DBEA" w14:textId="77777777" w:rsidR="003A09DE" w:rsidRDefault="0064324E" w:rsidP="00F144D6">
      <w:pPr>
        <w:shd w:val="clear" w:color="auto" w:fill="FFFFFF" w:themeFill="background1"/>
        <w:spacing w:after="0" w:line="240" w:lineRule="auto"/>
      </w:pPr>
      <w:r>
        <w:t>- Nhân ái: Biết yêu thương, quan tâm đến bạn bè, thiếu nhi và mọi người xung quanh.</w:t>
      </w:r>
    </w:p>
    <w:p w14:paraId="6E956E28" w14:textId="77777777" w:rsidR="003A09DE" w:rsidRDefault="0064324E" w:rsidP="00F144D6">
      <w:pPr>
        <w:shd w:val="clear" w:color="auto" w:fill="FFFFFF" w:themeFill="background1"/>
        <w:spacing w:after="0" w:line="240" w:lineRule="auto"/>
      </w:pPr>
      <w:r>
        <w:t>- Trách nhiệm: Có ý thức chăm sóc cây xanh, giữ gìn môi trường học tập.</w:t>
      </w:r>
    </w:p>
    <w:p w14:paraId="75AFDFAD" w14:textId="77777777" w:rsidR="003A09DE" w:rsidRDefault="0064324E" w:rsidP="00F144D6">
      <w:pPr>
        <w:shd w:val="clear" w:color="auto" w:fill="FFFFFF" w:themeFill="background1"/>
        <w:spacing w:after="0" w:line="240" w:lineRule="auto"/>
      </w:pPr>
      <w:r>
        <w:rPr>
          <w:b/>
        </w:rPr>
        <w:t>4. Tích hợp</w:t>
      </w:r>
    </w:p>
    <w:p w14:paraId="7724E675" w14:textId="77777777" w:rsidR="003A09DE" w:rsidRDefault="0064324E" w:rsidP="00F144D6">
      <w:pPr>
        <w:shd w:val="clear" w:color="auto" w:fill="FFFFFF" w:themeFill="background1"/>
        <w:spacing w:after="0" w:line="240" w:lineRule="auto"/>
      </w:pPr>
      <w:r>
        <w:rPr>
          <w:color w:val="C00000"/>
        </w:rPr>
        <w:t>- Tích hợp lý tưởng cách mạng, đạo đức, lối sống: Giáo dục HS kính yêu Bác Hồ, biết làm việc tốt vì mọi người, chăm sóc cây xanh.</w:t>
      </w:r>
    </w:p>
    <w:p w14:paraId="5DAA0506" w14:textId="77777777" w:rsidR="003A09DE" w:rsidRDefault="0064324E" w:rsidP="00F144D6">
      <w:pPr>
        <w:shd w:val="clear" w:color="auto" w:fill="FFFFFF" w:themeFill="background1"/>
        <w:spacing w:after="0" w:line="240" w:lineRule="auto"/>
      </w:pPr>
      <w:r>
        <w:rPr>
          <w:color w:val="C00000"/>
        </w:rPr>
        <w:t>- Tích hợp AI - YCCĐ 2.B1.1: HS nhận biết AI đôi khi có thể thiên kiến, gợi ý chưa công bằng; con người cần kiểm tra để không bỏ sót, thiên vị ai.</w:t>
      </w:r>
    </w:p>
    <w:p w14:paraId="5E8F8E05" w14:textId="77777777" w:rsidR="003A09DE" w:rsidRDefault="0064324E" w:rsidP="00F144D6">
      <w:pPr>
        <w:shd w:val="clear" w:color="auto" w:fill="FFFFFF" w:themeFill="background1"/>
        <w:spacing w:after="0" w:line="240" w:lineRule="auto"/>
      </w:pPr>
      <w:r>
        <w:rPr>
          <w:b/>
        </w:rPr>
        <w:t>II. ĐỒ DÙNG DẠY HỌC</w:t>
      </w:r>
    </w:p>
    <w:p w14:paraId="444843A9" w14:textId="77777777" w:rsidR="003A09DE" w:rsidRDefault="0064324E" w:rsidP="00F144D6">
      <w:pPr>
        <w:shd w:val="clear" w:color="auto" w:fill="FFFFFF" w:themeFill="background1"/>
        <w:spacing w:after="0" w:line="240" w:lineRule="auto"/>
      </w:pPr>
      <w:r>
        <w:t>- GV: Máy tính, máy chiếu/tivi, tranh minh hoạ bài đọc, tranh Bác Hồ và thiếu nhi, thẻ từ, phiếu tình huống AI thiên kiến.</w:t>
      </w:r>
    </w:p>
    <w:p w14:paraId="23588F2D" w14:textId="77777777" w:rsidR="003A09DE" w:rsidRDefault="0064324E" w:rsidP="00F144D6">
      <w:pPr>
        <w:shd w:val="clear" w:color="auto" w:fill="FFFFFF" w:themeFill="background1"/>
        <w:spacing w:after="0" w:line="240" w:lineRule="auto"/>
      </w:pPr>
      <w:r>
        <w:t>- HS: SGK Tiếng Việt 2, VBT, vở ghi, bút chì.</w:t>
      </w:r>
    </w:p>
    <w:p w14:paraId="17797097"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26073B8F" w14:textId="77777777" w:rsidTr="00F144D6">
        <w:trPr>
          <w:jc w:val="center"/>
        </w:trPr>
        <w:tc>
          <w:tcPr>
            <w:tcW w:w="5216" w:type="dxa"/>
            <w:tcBorders>
              <w:bottom w:val="single" w:sz="6" w:space="0" w:color="000000"/>
            </w:tcBorders>
            <w:shd w:val="clear" w:color="auto" w:fill="D9EAF7"/>
            <w:vAlign w:val="center"/>
          </w:tcPr>
          <w:p w14:paraId="28E11006" w14:textId="77777777" w:rsidR="003A09DE" w:rsidRDefault="0064324E" w:rsidP="00F144D6">
            <w:pPr>
              <w:shd w:val="clear" w:color="auto" w:fill="FFFFFF" w:themeFill="background1"/>
              <w:spacing w:after="0"/>
              <w:jc w:val="center"/>
            </w:pPr>
            <w:r>
              <w:rPr>
                <w:b/>
              </w:rPr>
              <w:t>Hoạt động của giáo viên</w:t>
            </w:r>
          </w:p>
        </w:tc>
        <w:tc>
          <w:tcPr>
            <w:tcW w:w="5216" w:type="dxa"/>
            <w:tcBorders>
              <w:bottom w:val="single" w:sz="6" w:space="0" w:color="000000"/>
            </w:tcBorders>
            <w:shd w:val="clear" w:color="auto" w:fill="D9EAF7"/>
            <w:vAlign w:val="center"/>
          </w:tcPr>
          <w:p w14:paraId="5D306E60" w14:textId="77777777" w:rsidR="003A09DE" w:rsidRDefault="0064324E" w:rsidP="00F144D6">
            <w:pPr>
              <w:shd w:val="clear" w:color="auto" w:fill="FFFFFF" w:themeFill="background1"/>
              <w:spacing w:after="0"/>
              <w:jc w:val="center"/>
            </w:pPr>
            <w:r>
              <w:rPr>
                <w:b/>
              </w:rPr>
              <w:t>Hoạt động của học sinh</w:t>
            </w:r>
          </w:p>
        </w:tc>
      </w:tr>
      <w:tr w:rsidR="003A09DE" w14:paraId="3FEA48A8" w14:textId="77777777" w:rsidTr="00F144D6">
        <w:trPr>
          <w:jc w:val="center"/>
        </w:trPr>
        <w:tc>
          <w:tcPr>
            <w:tcW w:w="10432" w:type="dxa"/>
            <w:gridSpan w:val="2"/>
            <w:tcBorders>
              <w:top w:val="single" w:sz="6" w:space="0" w:color="000000"/>
              <w:bottom w:val="single" w:sz="6" w:space="0" w:color="000000"/>
            </w:tcBorders>
            <w:shd w:val="clear" w:color="auto" w:fill="DDEBD6"/>
          </w:tcPr>
          <w:p w14:paraId="7E8498E3" w14:textId="77777777" w:rsidR="003A09DE" w:rsidRDefault="0064324E" w:rsidP="00F144D6">
            <w:pPr>
              <w:shd w:val="clear" w:color="auto" w:fill="FFFFFF" w:themeFill="background1"/>
              <w:spacing w:after="0" w:line="240" w:lineRule="auto"/>
            </w:pPr>
            <w:r>
              <w:rPr>
                <w:b/>
              </w:rPr>
              <w:t>TIẾT 1</w:t>
            </w:r>
            <w:r>
              <w:rPr>
                <w:b/>
              </w:rPr>
              <w:br/>
              <w:t>1. KHỞI ĐỘNG (5 phút)</w:t>
            </w:r>
            <w:r>
              <w:rPr>
                <w:i/>
              </w:rPr>
              <w:br/>
              <w:t>Mục tiêu: HS gợi nhớ tình cảm của thiếu nhi với Bác Hồ; tạo hứng thú đọc bài mới.</w:t>
            </w:r>
          </w:p>
        </w:tc>
      </w:tr>
      <w:tr w:rsidR="003A09DE" w14:paraId="180F8D47" w14:textId="77777777" w:rsidTr="00F144D6">
        <w:trPr>
          <w:jc w:val="center"/>
        </w:trPr>
        <w:tc>
          <w:tcPr>
            <w:tcW w:w="4800" w:type="dxa"/>
            <w:tcBorders>
              <w:top w:val="single" w:sz="6" w:space="0" w:color="000000"/>
            </w:tcBorders>
          </w:tcPr>
          <w:p w14:paraId="19F2292E" w14:textId="77777777" w:rsidR="003A09DE" w:rsidRDefault="0064324E" w:rsidP="00F144D6">
            <w:pPr>
              <w:shd w:val="clear" w:color="auto" w:fill="FFFFFF" w:themeFill="background1"/>
              <w:spacing w:after="0" w:line="240" w:lineRule="auto"/>
            </w:pPr>
            <w:r>
              <w:t>- GV tổ chức cho HS hát một bài hát về Bác Hồ với thiếu niên, nhi đồng.</w:t>
            </w:r>
          </w:p>
        </w:tc>
        <w:tc>
          <w:tcPr>
            <w:tcW w:w="4800" w:type="dxa"/>
            <w:tcBorders>
              <w:top w:val="single" w:sz="6" w:space="0" w:color="000000"/>
            </w:tcBorders>
          </w:tcPr>
          <w:p w14:paraId="7A227C82" w14:textId="77777777" w:rsidR="003A09DE" w:rsidRDefault="0064324E" w:rsidP="00F144D6">
            <w:pPr>
              <w:shd w:val="clear" w:color="auto" w:fill="FFFFFF" w:themeFill="background1"/>
              <w:spacing w:after="0" w:line="240" w:lineRule="auto"/>
            </w:pPr>
            <w:r>
              <w:t>- HS hát một đoạn bài hát quen thuộc về Bác Hồ, ví dụ: Ai yêu Bác Hồ Chí Minh hơn thiếu niên nhi đồng.</w:t>
            </w:r>
          </w:p>
        </w:tc>
      </w:tr>
      <w:tr w:rsidR="003A09DE" w14:paraId="2779AA75" w14:textId="77777777" w:rsidTr="00F144D6">
        <w:trPr>
          <w:jc w:val="center"/>
        </w:trPr>
        <w:tc>
          <w:tcPr>
            <w:tcW w:w="4800" w:type="dxa"/>
          </w:tcPr>
          <w:p w14:paraId="27AB8E9F" w14:textId="77777777" w:rsidR="003A09DE" w:rsidRDefault="0064324E" w:rsidP="00F144D6">
            <w:pPr>
              <w:shd w:val="clear" w:color="auto" w:fill="FFFFFF" w:themeFill="background1"/>
              <w:spacing w:after="0" w:line="240" w:lineRule="auto"/>
            </w:pPr>
            <w:r>
              <w:t>- GV hỏi: Qua bài hát, em thấy thiếu nhi dành tình cảm gì cho Bác Hồ?</w:t>
            </w:r>
          </w:p>
        </w:tc>
        <w:tc>
          <w:tcPr>
            <w:tcW w:w="4800" w:type="dxa"/>
          </w:tcPr>
          <w:p w14:paraId="7B8B3B95" w14:textId="77777777" w:rsidR="003A09DE" w:rsidRDefault="0064324E" w:rsidP="00F144D6">
            <w:pPr>
              <w:shd w:val="clear" w:color="auto" w:fill="FFFFFF" w:themeFill="background1"/>
              <w:spacing w:after="0" w:line="240" w:lineRule="auto"/>
            </w:pPr>
            <w:r>
              <w:t>- HS nêu: Thiếu nhi kính yêu Bác, nhớ ơn Bác và muốn làm nhiều việc tốt.</w:t>
            </w:r>
          </w:p>
        </w:tc>
      </w:tr>
      <w:tr w:rsidR="003A09DE" w14:paraId="5029074A" w14:textId="77777777" w:rsidTr="00F144D6">
        <w:trPr>
          <w:jc w:val="center"/>
        </w:trPr>
        <w:tc>
          <w:tcPr>
            <w:tcW w:w="4800" w:type="dxa"/>
          </w:tcPr>
          <w:p w14:paraId="018D1091" w14:textId="77777777" w:rsidR="003A09DE" w:rsidRDefault="0064324E" w:rsidP="00F144D6">
            <w:pPr>
              <w:shd w:val="clear" w:color="auto" w:fill="FFFFFF" w:themeFill="background1"/>
              <w:spacing w:after="0" w:line="240" w:lineRule="auto"/>
            </w:pPr>
            <w:r>
              <w:t>- GV yêu cầu HS quan sát tranh đầu bài và dự đoán: Các bạn nhỏ đang làm gì trong khu vườn?</w:t>
            </w:r>
          </w:p>
          <w:p w14:paraId="1BC137C9" w14:textId="121A647D" w:rsidR="003A09DE" w:rsidRDefault="003A09DE" w:rsidP="00F144D6">
            <w:pPr>
              <w:shd w:val="clear" w:color="auto" w:fill="FFFFFF" w:themeFill="background1"/>
              <w:spacing w:after="0"/>
              <w:jc w:val="center"/>
            </w:pPr>
          </w:p>
        </w:tc>
        <w:tc>
          <w:tcPr>
            <w:tcW w:w="4800" w:type="dxa"/>
          </w:tcPr>
          <w:p w14:paraId="5E85DAD5" w14:textId="77777777" w:rsidR="003A09DE" w:rsidRDefault="0064324E" w:rsidP="00F144D6">
            <w:pPr>
              <w:shd w:val="clear" w:color="auto" w:fill="FFFFFF" w:themeFill="background1"/>
              <w:spacing w:after="0" w:line="240" w:lineRule="auto"/>
            </w:pPr>
            <w:r>
              <w:t>- HS quan sát tranh. Dự kiến: Các bạn nhỏ đang vui chơi gần cây đa, chạy qua vòng lá tròn.</w:t>
            </w:r>
          </w:p>
        </w:tc>
      </w:tr>
      <w:tr w:rsidR="003A09DE" w14:paraId="1793CE3F" w14:textId="77777777" w:rsidTr="00F144D6">
        <w:trPr>
          <w:jc w:val="center"/>
        </w:trPr>
        <w:tc>
          <w:tcPr>
            <w:tcW w:w="4800" w:type="dxa"/>
            <w:tcBorders>
              <w:bottom w:val="single" w:sz="6" w:space="0" w:color="000000"/>
            </w:tcBorders>
          </w:tcPr>
          <w:p w14:paraId="5109853D" w14:textId="77777777" w:rsidR="003A09DE" w:rsidRDefault="0064324E" w:rsidP="00F144D6">
            <w:pPr>
              <w:shd w:val="clear" w:color="auto" w:fill="FFFFFF" w:themeFill="background1"/>
              <w:spacing w:after="0" w:line="240" w:lineRule="auto"/>
            </w:pPr>
            <w:r>
              <w:t>- GV dẫn vào bài: Bài Chiếc rễ đa tròn sẽ cho các em thấy một việc làm rất nhỏ nhưng chứa đựng tình yêu thương lớn của Bác Hồ dành cho thiếu nhi.</w:t>
            </w:r>
          </w:p>
        </w:tc>
        <w:tc>
          <w:tcPr>
            <w:tcW w:w="4800" w:type="dxa"/>
            <w:tcBorders>
              <w:bottom w:val="single" w:sz="6" w:space="0" w:color="000000"/>
            </w:tcBorders>
          </w:tcPr>
          <w:p w14:paraId="75494974" w14:textId="77777777" w:rsidR="003A09DE" w:rsidRDefault="0064324E" w:rsidP="00F144D6">
            <w:pPr>
              <w:shd w:val="clear" w:color="auto" w:fill="FFFFFF" w:themeFill="background1"/>
              <w:spacing w:after="0" w:line="240" w:lineRule="auto"/>
            </w:pPr>
            <w:r>
              <w:t>- HS lắng nghe, ghi tên bài.</w:t>
            </w:r>
          </w:p>
        </w:tc>
      </w:tr>
      <w:tr w:rsidR="003A09DE" w14:paraId="0F449799" w14:textId="77777777" w:rsidTr="00F144D6">
        <w:trPr>
          <w:jc w:val="center"/>
        </w:trPr>
        <w:tc>
          <w:tcPr>
            <w:tcW w:w="10432" w:type="dxa"/>
            <w:gridSpan w:val="2"/>
            <w:tcBorders>
              <w:top w:val="single" w:sz="6" w:space="0" w:color="000000"/>
              <w:bottom w:val="single" w:sz="6" w:space="0" w:color="000000"/>
            </w:tcBorders>
            <w:shd w:val="clear" w:color="auto" w:fill="DDEBD6"/>
          </w:tcPr>
          <w:p w14:paraId="1C5BF7F8" w14:textId="77777777" w:rsidR="003A09DE" w:rsidRDefault="0064324E" w:rsidP="00F144D6">
            <w:pPr>
              <w:shd w:val="clear" w:color="auto" w:fill="FFFFFF" w:themeFill="background1"/>
              <w:spacing w:after="0" w:line="240" w:lineRule="auto"/>
            </w:pPr>
            <w:r>
              <w:rPr>
                <w:b/>
              </w:rPr>
              <w:t>2. KHÁM PHÁ KIẾN THỨC (27 phút)</w:t>
            </w:r>
            <w:r>
              <w:rPr>
                <w:i/>
              </w:rPr>
              <w:br/>
              <w:t>Mục tiêu: HS đọc đúng văn bản, hiểu từ khó và nắm được việc làm của Bác Hồ với chiếc rễ đa.</w:t>
            </w:r>
          </w:p>
        </w:tc>
      </w:tr>
      <w:tr w:rsidR="003A09DE" w14:paraId="0CAEC0EE" w14:textId="77777777" w:rsidTr="00F144D6">
        <w:trPr>
          <w:jc w:val="center"/>
        </w:trPr>
        <w:tc>
          <w:tcPr>
            <w:tcW w:w="10432" w:type="dxa"/>
            <w:gridSpan w:val="2"/>
            <w:tcBorders>
              <w:top w:val="single" w:sz="6" w:space="0" w:color="000000"/>
              <w:bottom w:val="single" w:sz="6" w:space="0" w:color="000000"/>
            </w:tcBorders>
            <w:shd w:val="clear" w:color="auto" w:fill="DDEBD6"/>
          </w:tcPr>
          <w:p w14:paraId="55788C64" w14:textId="77777777" w:rsidR="003A09DE" w:rsidRDefault="0064324E" w:rsidP="00F144D6">
            <w:pPr>
              <w:shd w:val="clear" w:color="auto" w:fill="FFFFFF" w:themeFill="background1"/>
              <w:spacing w:after="0" w:line="240" w:lineRule="auto"/>
            </w:pPr>
            <w:r>
              <w:rPr>
                <w:b/>
              </w:rPr>
              <w:t>Hoạt động 1: Đọc văn bản</w:t>
            </w:r>
          </w:p>
        </w:tc>
      </w:tr>
      <w:tr w:rsidR="003A09DE" w14:paraId="77F30662" w14:textId="77777777" w:rsidTr="00F144D6">
        <w:trPr>
          <w:jc w:val="center"/>
        </w:trPr>
        <w:tc>
          <w:tcPr>
            <w:tcW w:w="4800" w:type="dxa"/>
            <w:tcBorders>
              <w:top w:val="single" w:sz="6" w:space="0" w:color="000000"/>
            </w:tcBorders>
          </w:tcPr>
          <w:p w14:paraId="272C33D1" w14:textId="77777777" w:rsidR="003A09DE" w:rsidRDefault="0064324E" w:rsidP="00F144D6">
            <w:pPr>
              <w:shd w:val="clear" w:color="auto" w:fill="FFFFFF" w:themeFill="background1"/>
              <w:spacing w:after="0" w:line="240" w:lineRule="auto"/>
            </w:pPr>
            <w:r>
              <w:t xml:space="preserve">- GV giới thiệu ngắn gọn bài đọc: Câu chuyện kể về việc Bác Hồ nhặt một chiếc rễ đa và </w:t>
            </w:r>
            <w:r>
              <w:lastRenderedPageBreak/>
              <w:t>hướng dẫn chú cần vụ trồng để sau này thiếu nhi có chỗ vui chơi.</w:t>
            </w:r>
          </w:p>
        </w:tc>
        <w:tc>
          <w:tcPr>
            <w:tcW w:w="4800" w:type="dxa"/>
            <w:tcBorders>
              <w:top w:val="single" w:sz="6" w:space="0" w:color="000000"/>
            </w:tcBorders>
          </w:tcPr>
          <w:p w14:paraId="65CCAC18" w14:textId="77777777" w:rsidR="003A09DE" w:rsidRDefault="0064324E" w:rsidP="00F144D6">
            <w:pPr>
              <w:shd w:val="clear" w:color="auto" w:fill="FFFFFF" w:themeFill="background1"/>
              <w:spacing w:after="0" w:line="240" w:lineRule="auto"/>
            </w:pPr>
            <w:r>
              <w:lastRenderedPageBreak/>
              <w:t>- HS lắng nghe, xác định nhiệm vụ đọc: chú ý việc làm và lời nói của Bác.</w:t>
            </w:r>
          </w:p>
        </w:tc>
      </w:tr>
      <w:tr w:rsidR="003A09DE" w14:paraId="64F43CDF" w14:textId="77777777" w:rsidTr="00F144D6">
        <w:trPr>
          <w:jc w:val="center"/>
        </w:trPr>
        <w:tc>
          <w:tcPr>
            <w:tcW w:w="4800" w:type="dxa"/>
          </w:tcPr>
          <w:p w14:paraId="4148CC7F" w14:textId="77777777" w:rsidR="003A09DE" w:rsidRDefault="0064324E" w:rsidP="00F144D6">
            <w:pPr>
              <w:shd w:val="clear" w:color="auto" w:fill="FFFFFF" w:themeFill="background1"/>
              <w:spacing w:after="0" w:line="240" w:lineRule="auto"/>
            </w:pPr>
            <w:r>
              <w:t>- GV đọc mẫu toàn bài; nêu giọng đọc nhẹ nhàng, chậm rãi; giọng Bác ân cần, thân mật; giọng chú cần vụ lễ phép, băn khoăn.</w:t>
            </w:r>
          </w:p>
        </w:tc>
        <w:tc>
          <w:tcPr>
            <w:tcW w:w="4800" w:type="dxa"/>
          </w:tcPr>
          <w:p w14:paraId="20D9F762" w14:textId="77777777" w:rsidR="003A09DE" w:rsidRDefault="0064324E" w:rsidP="00F144D6">
            <w:pPr>
              <w:shd w:val="clear" w:color="auto" w:fill="FFFFFF" w:themeFill="background1"/>
              <w:spacing w:after="0" w:line="240" w:lineRule="auto"/>
            </w:pPr>
            <w:r>
              <w:t>- HS lắng nghe GV đọc mẫu, đọc thầm theo trong SGK.</w:t>
            </w:r>
          </w:p>
        </w:tc>
      </w:tr>
      <w:tr w:rsidR="003A09DE" w14:paraId="0C723555" w14:textId="77777777" w:rsidTr="00F144D6">
        <w:trPr>
          <w:jc w:val="center"/>
        </w:trPr>
        <w:tc>
          <w:tcPr>
            <w:tcW w:w="4800" w:type="dxa"/>
          </w:tcPr>
          <w:p w14:paraId="08D021CA" w14:textId="77777777" w:rsidR="003A09DE" w:rsidRDefault="0064324E" w:rsidP="00F144D6">
            <w:pPr>
              <w:shd w:val="clear" w:color="auto" w:fill="FFFFFF" w:themeFill="background1"/>
              <w:spacing w:after="0" w:line="240" w:lineRule="auto"/>
            </w:pPr>
            <w:r>
              <w:t>- GV hỏi: Bài đọc có thể chia thành mấy đoạn? Mỗi đoạn nói về sự việc gì?</w:t>
            </w:r>
          </w:p>
        </w:tc>
        <w:tc>
          <w:tcPr>
            <w:tcW w:w="4800" w:type="dxa"/>
          </w:tcPr>
          <w:p w14:paraId="33ACEFA4" w14:textId="77777777" w:rsidR="003A09DE" w:rsidRDefault="0064324E" w:rsidP="00F144D6">
            <w:pPr>
              <w:shd w:val="clear" w:color="auto" w:fill="FFFFFF" w:themeFill="background1"/>
              <w:spacing w:after="0" w:line="240" w:lineRule="auto"/>
            </w:pPr>
            <w:r>
              <w:t>- HS trả lời: Bài có thể chia 3 đoạn: Bác thấy rễ đa và bảo chú cần vụ trồng; Bác hướng dẫn cuốn rễ đa thành vòng tròn; nhiều năm sau cây đa thành chỗ vui chơi cho thiếu nhi.</w:t>
            </w:r>
          </w:p>
        </w:tc>
      </w:tr>
      <w:tr w:rsidR="003A09DE" w14:paraId="0ACEB7AF" w14:textId="77777777" w:rsidTr="00F144D6">
        <w:trPr>
          <w:jc w:val="center"/>
        </w:trPr>
        <w:tc>
          <w:tcPr>
            <w:tcW w:w="4800" w:type="dxa"/>
          </w:tcPr>
          <w:p w14:paraId="1474ADB0" w14:textId="77777777" w:rsidR="003A09DE" w:rsidRDefault="0064324E" w:rsidP="00F144D6">
            <w:pPr>
              <w:shd w:val="clear" w:color="auto" w:fill="FFFFFF" w:themeFill="background1"/>
              <w:spacing w:after="0" w:line="240" w:lineRule="auto"/>
            </w:pPr>
            <w:r>
              <w:t>- GV tổ chức HS đọc nối tiếp từng đoạn lần 1; cả lớp lắng nghe, phát hiện lỗi phát âm.</w:t>
            </w:r>
          </w:p>
        </w:tc>
        <w:tc>
          <w:tcPr>
            <w:tcW w:w="4800" w:type="dxa"/>
          </w:tcPr>
          <w:p w14:paraId="5B37E811" w14:textId="77777777" w:rsidR="003A09DE" w:rsidRDefault="0064324E" w:rsidP="00F144D6">
            <w:pPr>
              <w:shd w:val="clear" w:color="auto" w:fill="FFFFFF" w:themeFill="background1"/>
              <w:spacing w:after="0" w:line="240" w:lineRule="auto"/>
            </w:pPr>
            <w:r>
              <w:t>- HS đọc nối tiếp đoạn; HS khác nhận xét phát âm, ngắt nghỉ.</w:t>
            </w:r>
          </w:p>
        </w:tc>
      </w:tr>
      <w:tr w:rsidR="003A09DE" w14:paraId="4AEA2BD6" w14:textId="77777777" w:rsidTr="00F144D6">
        <w:trPr>
          <w:jc w:val="center"/>
        </w:trPr>
        <w:tc>
          <w:tcPr>
            <w:tcW w:w="4800" w:type="dxa"/>
          </w:tcPr>
          <w:p w14:paraId="37697071" w14:textId="77777777" w:rsidR="003A09DE" w:rsidRDefault="0064324E" w:rsidP="00F144D6">
            <w:pPr>
              <w:shd w:val="clear" w:color="auto" w:fill="FFFFFF" w:themeFill="background1"/>
              <w:spacing w:after="0" w:line="240" w:lineRule="auto"/>
            </w:pPr>
            <w:r>
              <w:t>- GV hỏi: Em thấy từ nào khó đọc hoặc khó hiểu trong bài?</w:t>
            </w:r>
          </w:p>
        </w:tc>
        <w:tc>
          <w:tcPr>
            <w:tcW w:w="4800" w:type="dxa"/>
          </w:tcPr>
          <w:p w14:paraId="630B7DE8" w14:textId="77777777" w:rsidR="003A09DE" w:rsidRDefault="0064324E" w:rsidP="00F144D6">
            <w:pPr>
              <w:shd w:val="clear" w:color="auto" w:fill="FFFFFF" w:themeFill="background1"/>
              <w:spacing w:after="0" w:line="240" w:lineRule="auto"/>
            </w:pPr>
            <w:r>
              <w:t>- HS nêu: ngoằn ngoèo, tần ngần, cần vụ, cuốn, buộc, vòng lá tròn.</w:t>
            </w:r>
          </w:p>
        </w:tc>
      </w:tr>
      <w:tr w:rsidR="003A09DE" w14:paraId="44EE1A90" w14:textId="77777777" w:rsidTr="00F144D6">
        <w:trPr>
          <w:jc w:val="center"/>
        </w:trPr>
        <w:tc>
          <w:tcPr>
            <w:tcW w:w="4800" w:type="dxa"/>
          </w:tcPr>
          <w:p w14:paraId="14A08291" w14:textId="77777777" w:rsidR="003A09DE" w:rsidRDefault="0064324E" w:rsidP="00F144D6">
            <w:pPr>
              <w:shd w:val="clear" w:color="auto" w:fill="FFFFFF" w:themeFill="background1"/>
              <w:spacing w:after="0" w:line="240" w:lineRule="auto"/>
            </w:pPr>
            <w:r>
              <w:t>- GV hướng dẫn luyện đọc từ khó theo cá nhân - nhóm - đồng thanh; nhắc HS đọc rõ các tiếng có âm đầu và vần dễ lẫn.</w:t>
            </w:r>
          </w:p>
        </w:tc>
        <w:tc>
          <w:tcPr>
            <w:tcW w:w="4800" w:type="dxa"/>
          </w:tcPr>
          <w:p w14:paraId="6CBDB5A3" w14:textId="77777777" w:rsidR="003A09DE" w:rsidRDefault="0064324E" w:rsidP="00F144D6">
            <w:pPr>
              <w:shd w:val="clear" w:color="auto" w:fill="FFFFFF" w:themeFill="background1"/>
              <w:spacing w:after="0" w:line="240" w:lineRule="auto"/>
            </w:pPr>
            <w:r>
              <w:t>- HS luyện đọc: ngoằn ngoèo, tần ngần, cần vụ, buộc, vòng lá tròn.</w:t>
            </w:r>
          </w:p>
        </w:tc>
      </w:tr>
      <w:tr w:rsidR="003A09DE" w14:paraId="7BD689E2" w14:textId="77777777" w:rsidTr="00F144D6">
        <w:trPr>
          <w:jc w:val="center"/>
        </w:trPr>
        <w:tc>
          <w:tcPr>
            <w:tcW w:w="4800" w:type="dxa"/>
          </w:tcPr>
          <w:p w14:paraId="7D7DD2F6" w14:textId="77777777" w:rsidR="003A09DE" w:rsidRDefault="0064324E" w:rsidP="00F144D6">
            <w:pPr>
              <w:shd w:val="clear" w:color="auto" w:fill="FFFFFF" w:themeFill="background1"/>
              <w:spacing w:after="0" w:line="240" w:lineRule="auto"/>
            </w:pPr>
            <w:r>
              <w:t>- GV hướng dẫn đọc câu dài: “Nói rồi,/ Bác cuộn chiếc rễ thành một vòng tròn,/ cùng chú cần vụ buộc nó tựa vào hai cái cọc,/ sau đó mới vùi hai đầu rễ xuống đất.”</w:t>
            </w:r>
          </w:p>
        </w:tc>
        <w:tc>
          <w:tcPr>
            <w:tcW w:w="4800" w:type="dxa"/>
          </w:tcPr>
          <w:p w14:paraId="5F132099" w14:textId="77777777" w:rsidR="003A09DE" w:rsidRDefault="0064324E" w:rsidP="00F144D6">
            <w:pPr>
              <w:shd w:val="clear" w:color="auto" w:fill="FFFFFF" w:themeFill="background1"/>
              <w:spacing w:after="0" w:line="240" w:lineRule="auto"/>
            </w:pPr>
            <w:r>
              <w:t>- HS luyện đọc câu dài, biết ngắt nghỉ theo cụm ý.</w:t>
            </w:r>
          </w:p>
        </w:tc>
      </w:tr>
      <w:tr w:rsidR="003A09DE" w14:paraId="7D537DCC" w14:textId="77777777" w:rsidTr="00F144D6">
        <w:trPr>
          <w:jc w:val="center"/>
        </w:trPr>
        <w:tc>
          <w:tcPr>
            <w:tcW w:w="4800" w:type="dxa"/>
          </w:tcPr>
          <w:p w14:paraId="7074B06A" w14:textId="77777777" w:rsidR="003A09DE" w:rsidRDefault="0064324E" w:rsidP="00F144D6">
            <w:pPr>
              <w:shd w:val="clear" w:color="auto" w:fill="FFFFFF" w:themeFill="background1"/>
              <w:spacing w:after="0" w:line="240" w:lineRule="auto"/>
            </w:pPr>
            <w:r>
              <w:t>- GV giải nghĩa từ: “ngoằn ngoèo” là uốn lượn theo nhiều hướng; “tần ngần” là còn đang suy nghĩ, chưa biết nên làm gì; “cần vụ” là người làm công việc chăm sóc Bác Hồ.</w:t>
            </w:r>
          </w:p>
        </w:tc>
        <w:tc>
          <w:tcPr>
            <w:tcW w:w="4800" w:type="dxa"/>
          </w:tcPr>
          <w:p w14:paraId="47A0C287" w14:textId="77777777" w:rsidR="003A09DE" w:rsidRDefault="0064324E" w:rsidP="00F144D6">
            <w:pPr>
              <w:shd w:val="clear" w:color="auto" w:fill="FFFFFF" w:themeFill="background1"/>
              <w:spacing w:after="0" w:line="240" w:lineRule="auto"/>
            </w:pPr>
            <w:r>
              <w:t>- HS lắng nghe, nhắc lại nghĩa từ bằng lời của mình.</w:t>
            </w:r>
          </w:p>
        </w:tc>
      </w:tr>
      <w:tr w:rsidR="003A09DE" w14:paraId="7CC3E785" w14:textId="77777777" w:rsidTr="00F144D6">
        <w:trPr>
          <w:jc w:val="center"/>
        </w:trPr>
        <w:tc>
          <w:tcPr>
            <w:tcW w:w="4800" w:type="dxa"/>
          </w:tcPr>
          <w:p w14:paraId="070DE343" w14:textId="77777777" w:rsidR="003A09DE" w:rsidRDefault="0064324E" w:rsidP="00F144D6">
            <w:pPr>
              <w:shd w:val="clear" w:color="auto" w:fill="FFFFFF" w:themeFill="background1"/>
              <w:spacing w:after="0" w:line="240" w:lineRule="auto"/>
            </w:pPr>
            <w:r>
              <w:t>- GV tổ chức HS luyện đọc nhóm 3; mỗi bạn đọc một đoạn, bạn khác góp ý cách phát âm và giọng đọc.</w:t>
            </w:r>
          </w:p>
        </w:tc>
        <w:tc>
          <w:tcPr>
            <w:tcW w:w="4800" w:type="dxa"/>
          </w:tcPr>
          <w:p w14:paraId="3AD44766" w14:textId="77777777" w:rsidR="003A09DE" w:rsidRDefault="0064324E" w:rsidP="00F144D6">
            <w:pPr>
              <w:shd w:val="clear" w:color="auto" w:fill="FFFFFF" w:themeFill="background1"/>
              <w:spacing w:after="0" w:line="240" w:lineRule="auto"/>
            </w:pPr>
            <w:r>
              <w:t>- HS luyện đọc trong nhóm, góp ý cho nhau nhẹ nhàng.</w:t>
            </w:r>
          </w:p>
        </w:tc>
      </w:tr>
      <w:tr w:rsidR="003A09DE" w14:paraId="0F4707B7" w14:textId="77777777" w:rsidTr="00F144D6">
        <w:trPr>
          <w:jc w:val="center"/>
        </w:trPr>
        <w:tc>
          <w:tcPr>
            <w:tcW w:w="4800" w:type="dxa"/>
            <w:tcBorders>
              <w:bottom w:val="single" w:sz="6" w:space="0" w:color="000000"/>
            </w:tcBorders>
          </w:tcPr>
          <w:p w14:paraId="0295E6DC" w14:textId="77777777" w:rsidR="003A09DE" w:rsidRDefault="0064324E" w:rsidP="00F144D6">
            <w:pPr>
              <w:shd w:val="clear" w:color="auto" w:fill="FFFFFF" w:themeFill="background1"/>
              <w:spacing w:after="0" w:line="240" w:lineRule="auto"/>
            </w:pPr>
            <w:r>
              <w:t>- GV mời một số nhóm đọc trước lớp; nhận xét giọng đọc và sự tiến bộ của HS.</w:t>
            </w:r>
          </w:p>
        </w:tc>
        <w:tc>
          <w:tcPr>
            <w:tcW w:w="4800" w:type="dxa"/>
            <w:tcBorders>
              <w:bottom w:val="single" w:sz="6" w:space="0" w:color="000000"/>
            </w:tcBorders>
          </w:tcPr>
          <w:p w14:paraId="4BC63E0B" w14:textId="77777777" w:rsidR="003A09DE" w:rsidRDefault="0064324E" w:rsidP="00F144D6">
            <w:pPr>
              <w:shd w:val="clear" w:color="auto" w:fill="FFFFFF" w:themeFill="background1"/>
              <w:spacing w:after="0" w:line="240" w:lineRule="auto"/>
            </w:pPr>
            <w:r>
              <w:t>- Đại diện nhóm đọc; lớp nhận xét nhóm đọc rõ, đúng giọng.</w:t>
            </w:r>
          </w:p>
        </w:tc>
      </w:tr>
      <w:tr w:rsidR="003A09DE" w14:paraId="14E3EF77" w14:textId="77777777" w:rsidTr="00F144D6">
        <w:trPr>
          <w:jc w:val="center"/>
        </w:trPr>
        <w:tc>
          <w:tcPr>
            <w:tcW w:w="10432" w:type="dxa"/>
            <w:gridSpan w:val="2"/>
            <w:tcBorders>
              <w:top w:val="single" w:sz="6" w:space="0" w:color="000000"/>
              <w:bottom w:val="single" w:sz="6" w:space="0" w:color="000000"/>
            </w:tcBorders>
            <w:shd w:val="clear" w:color="auto" w:fill="DDEBD6"/>
          </w:tcPr>
          <w:p w14:paraId="32FFA82F" w14:textId="77777777" w:rsidR="003A09DE" w:rsidRDefault="0064324E" w:rsidP="00F144D6">
            <w:pPr>
              <w:shd w:val="clear" w:color="auto" w:fill="FFFFFF" w:themeFill="background1"/>
              <w:spacing w:after="0" w:line="240" w:lineRule="auto"/>
            </w:pPr>
            <w:r>
              <w:rPr>
                <w:b/>
              </w:rPr>
              <w:t>3. VẬN DỤNG (3 phút)</w:t>
            </w:r>
            <w:r>
              <w:rPr>
                <w:i/>
              </w:rPr>
              <w:br/>
              <w:t>Mục tiêu: HS bước đầu liên hệ việc chăm sóc cây xanh ở trường, lớp.</w:t>
            </w:r>
          </w:p>
        </w:tc>
      </w:tr>
      <w:tr w:rsidR="003A09DE" w14:paraId="7CB85310" w14:textId="77777777" w:rsidTr="00F144D6">
        <w:trPr>
          <w:jc w:val="center"/>
        </w:trPr>
        <w:tc>
          <w:tcPr>
            <w:tcW w:w="4800" w:type="dxa"/>
            <w:tcBorders>
              <w:top w:val="single" w:sz="6" w:space="0" w:color="000000"/>
            </w:tcBorders>
          </w:tcPr>
          <w:p w14:paraId="07665A49" w14:textId="77777777" w:rsidR="003A09DE" w:rsidRDefault="0064324E" w:rsidP="00F144D6">
            <w:pPr>
              <w:shd w:val="clear" w:color="auto" w:fill="FFFFFF" w:themeFill="background1"/>
              <w:spacing w:after="0" w:line="240" w:lineRule="auto"/>
            </w:pPr>
            <w:r>
              <w:t>- GV hỏi: Nếu thấy một cây nhỏ bị nghiêng hoặc một cành cây non bị gãy, em nên làm gì?</w:t>
            </w:r>
          </w:p>
        </w:tc>
        <w:tc>
          <w:tcPr>
            <w:tcW w:w="4800" w:type="dxa"/>
            <w:tcBorders>
              <w:top w:val="single" w:sz="6" w:space="0" w:color="000000"/>
            </w:tcBorders>
          </w:tcPr>
          <w:p w14:paraId="7CA262E1" w14:textId="77777777" w:rsidR="003A09DE" w:rsidRDefault="0064324E" w:rsidP="00F144D6">
            <w:pPr>
              <w:shd w:val="clear" w:color="auto" w:fill="FFFFFF" w:themeFill="background1"/>
              <w:spacing w:after="0" w:line="240" w:lineRule="auto"/>
            </w:pPr>
            <w:r>
              <w:t>- HS nêu: Em báo cô hoặc bác bảo vệ, không giẫm lên cây, có thể cùng cô chăm sóc cây đúng cách.</w:t>
            </w:r>
          </w:p>
        </w:tc>
      </w:tr>
      <w:tr w:rsidR="003A09DE" w14:paraId="29768401" w14:textId="77777777" w:rsidTr="00F144D6">
        <w:trPr>
          <w:jc w:val="center"/>
        </w:trPr>
        <w:tc>
          <w:tcPr>
            <w:tcW w:w="4800" w:type="dxa"/>
            <w:tcBorders>
              <w:bottom w:val="single" w:sz="6" w:space="0" w:color="000000"/>
            </w:tcBorders>
          </w:tcPr>
          <w:p w14:paraId="46577A6F" w14:textId="77777777" w:rsidR="003A09DE" w:rsidRDefault="0064324E" w:rsidP="00F144D6">
            <w:pPr>
              <w:shd w:val="clear" w:color="auto" w:fill="FFFFFF" w:themeFill="background1"/>
              <w:spacing w:after="0" w:line="240" w:lineRule="auto"/>
            </w:pPr>
            <w:r>
              <w:t>- GV nhận xét, dặn HS đọc lại bài để tiết sau tìm hiểu nội dung.</w:t>
            </w:r>
          </w:p>
        </w:tc>
        <w:tc>
          <w:tcPr>
            <w:tcW w:w="4800" w:type="dxa"/>
            <w:tcBorders>
              <w:bottom w:val="single" w:sz="6" w:space="0" w:color="000000"/>
            </w:tcBorders>
          </w:tcPr>
          <w:p w14:paraId="2500C446" w14:textId="77777777" w:rsidR="003A09DE" w:rsidRDefault="0064324E" w:rsidP="00F144D6">
            <w:pPr>
              <w:shd w:val="clear" w:color="auto" w:fill="FFFFFF" w:themeFill="background1"/>
              <w:spacing w:after="0" w:line="240" w:lineRule="auto"/>
            </w:pPr>
            <w:r>
              <w:t>- HS lắng nghe, chuẩn bị bài.</w:t>
            </w:r>
          </w:p>
        </w:tc>
      </w:tr>
      <w:tr w:rsidR="003A09DE" w14:paraId="6186B7A7" w14:textId="77777777" w:rsidTr="00F144D6">
        <w:trPr>
          <w:jc w:val="center"/>
        </w:trPr>
        <w:tc>
          <w:tcPr>
            <w:tcW w:w="10432" w:type="dxa"/>
            <w:gridSpan w:val="2"/>
            <w:tcBorders>
              <w:top w:val="single" w:sz="6" w:space="0" w:color="000000"/>
              <w:bottom w:val="single" w:sz="6" w:space="0" w:color="000000"/>
            </w:tcBorders>
            <w:shd w:val="clear" w:color="auto" w:fill="DDEBD6"/>
          </w:tcPr>
          <w:p w14:paraId="42B2D448" w14:textId="77777777" w:rsidR="003A09DE" w:rsidRDefault="0064324E" w:rsidP="00F144D6">
            <w:pPr>
              <w:shd w:val="clear" w:color="auto" w:fill="FFFFFF" w:themeFill="background1"/>
              <w:spacing w:after="0" w:line="240" w:lineRule="auto"/>
            </w:pPr>
            <w:r>
              <w:rPr>
                <w:b/>
              </w:rPr>
              <w:t>TIẾT 2</w:t>
            </w:r>
            <w:r>
              <w:rPr>
                <w:b/>
              </w:rPr>
              <w:br/>
              <w:t>Hoạt động 2: Đọc hiểu (15 phút)</w:t>
            </w:r>
            <w:r>
              <w:rPr>
                <w:i/>
              </w:rPr>
              <w:br/>
              <w:t>Mục tiêu: HS hiểu việc làm của Bác Hồ, trả lời đúng câu hỏi trong SGK và rút ra bài học về tình yêu thương.</w:t>
            </w:r>
          </w:p>
        </w:tc>
      </w:tr>
      <w:tr w:rsidR="003A09DE" w14:paraId="0D8835F6" w14:textId="77777777" w:rsidTr="00F144D6">
        <w:trPr>
          <w:jc w:val="center"/>
        </w:trPr>
        <w:tc>
          <w:tcPr>
            <w:tcW w:w="4800" w:type="dxa"/>
            <w:tcBorders>
              <w:top w:val="single" w:sz="6" w:space="0" w:color="000000"/>
            </w:tcBorders>
          </w:tcPr>
          <w:p w14:paraId="08407848" w14:textId="77777777" w:rsidR="003A09DE" w:rsidRDefault="0064324E" w:rsidP="00F144D6">
            <w:pPr>
              <w:shd w:val="clear" w:color="auto" w:fill="FFFFFF" w:themeFill="background1"/>
              <w:spacing w:after="0" w:line="240" w:lineRule="auto"/>
            </w:pPr>
            <w:r>
              <w:t>- GV nêu nhiệm vụ: Các em đọc thầm lại bài, tìm chi tiết để trả lời từng câu hỏi.</w:t>
            </w:r>
          </w:p>
        </w:tc>
        <w:tc>
          <w:tcPr>
            <w:tcW w:w="4800" w:type="dxa"/>
            <w:tcBorders>
              <w:top w:val="single" w:sz="6" w:space="0" w:color="000000"/>
            </w:tcBorders>
          </w:tcPr>
          <w:p w14:paraId="2C532A3D" w14:textId="77777777" w:rsidR="003A09DE" w:rsidRDefault="0064324E" w:rsidP="00F144D6">
            <w:pPr>
              <w:shd w:val="clear" w:color="auto" w:fill="FFFFFF" w:themeFill="background1"/>
              <w:spacing w:after="0" w:line="240" w:lineRule="auto"/>
            </w:pPr>
            <w:r>
              <w:t>- HS đọc thầm bài, gạch chân chi tiết quan trọng.</w:t>
            </w:r>
          </w:p>
        </w:tc>
      </w:tr>
      <w:tr w:rsidR="003A09DE" w14:paraId="11E4806F" w14:textId="77777777" w:rsidTr="00F144D6">
        <w:trPr>
          <w:jc w:val="center"/>
        </w:trPr>
        <w:tc>
          <w:tcPr>
            <w:tcW w:w="4800" w:type="dxa"/>
          </w:tcPr>
          <w:p w14:paraId="3D8AE301" w14:textId="77777777" w:rsidR="003A09DE" w:rsidRDefault="0064324E" w:rsidP="00F144D6">
            <w:pPr>
              <w:shd w:val="clear" w:color="auto" w:fill="FFFFFF" w:themeFill="background1"/>
              <w:spacing w:after="0" w:line="240" w:lineRule="auto"/>
            </w:pPr>
            <w:r>
              <w:t>- GV hỏi: 1. Thấy chiếc rễ đa nằm trên mặt đất, Bác đã bảo chú cần vụ làm gì?</w:t>
            </w:r>
          </w:p>
        </w:tc>
        <w:tc>
          <w:tcPr>
            <w:tcW w:w="4800" w:type="dxa"/>
          </w:tcPr>
          <w:p w14:paraId="14335F87" w14:textId="77777777" w:rsidR="003A09DE" w:rsidRDefault="0064324E" w:rsidP="00F144D6">
            <w:pPr>
              <w:shd w:val="clear" w:color="auto" w:fill="FFFFFF" w:themeFill="background1"/>
              <w:spacing w:after="0" w:line="240" w:lineRule="auto"/>
            </w:pPr>
            <w:r>
              <w:t>- HS trả lời: Bác bảo chú cần vụ cuốn chiếc rễ lại rồi trồng cho nó mọc tiếp.</w:t>
            </w:r>
          </w:p>
        </w:tc>
      </w:tr>
      <w:tr w:rsidR="003A09DE" w14:paraId="0544B38D" w14:textId="77777777" w:rsidTr="00F144D6">
        <w:trPr>
          <w:jc w:val="center"/>
        </w:trPr>
        <w:tc>
          <w:tcPr>
            <w:tcW w:w="4800" w:type="dxa"/>
          </w:tcPr>
          <w:p w14:paraId="061FD342" w14:textId="77777777" w:rsidR="003A09DE" w:rsidRDefault="0064324E" w:rsidP="00F144D6">
            <w:pPr>
              <w:shd w:val="clear" w:color="auto" w:fill="FFFFFF" w:themeFill="background1"/>
              <w:spacing w:after="0" w:line="240" w:lineRule="auto"/>
            </w:pPr>
            <w:r>
              <w:t>- GV hỏi: 2. Bác hướng dẫn chú cần vụ trồng chiếc rễ đa như thế nào?</w:t>
            </w:r>
          </w:p>
        </w:tc>
        <w:tc>
          <w:tcPr>
            <w:tcW w:w="4800" w:type="dxa"/>
          </w:tcPr>
          <w:p w14:paraId="0DF82F8C" w14:textId="77777777" w:rsidR="003A09DE" w:rsidRDefault="0064324E" w:rsidP="00F144D6">
            <w:pPr>
              <w:shd w:val="clear" w:color="auto" w:fill="FFFFFF" w:themeFill="background1"/>
              <w:spacing w:after="0" w:line="240" w:lineRule="auto"/>
            </w:pPr>
            <w:r>
              <w:t>- HS trả lời: Bác cuộn chiếc rễ thành một vòng tròn, cùng chú cần vụ buộc nó tựa vào hai cái cọc, sau đó vùi hai đầu rễ xuống đất.</w:t>
            </w:r>
          </w:p>
        </w:tc>
      </w:tr>
      <w:tr w:rsidR="003A09DE" w14:paraId="3964F404" w14:textId="77777777" w:rsidTr="00F144D6">
        <w:trPr>
          <w:jc w:val="center"/>
        </w:trPr>
        <w:tc>
          <w:tcPr>
            <w:tcW w:w="4800" w:type="dxa"/>
          </w:tcPr>
          <w:p w14:paraId="37A8E9B6" w14:textId="77777777" w:rsidR="003A09DE" w:rsidRDefault="0064324E" w:rsidP="00F144D6">
            <w:pPr>
              <w:shd w:val="clear" w:color="auto" w:fill="FFFFFF" w:themeFill="background1"/>
              <w:spacing w:after="0" w:line="240" w:lineRule="auto"/>
            </w:pPr>
            <w:r>
              <w:t>- GV yêu cầu HS quan sát tranh Bác hướng dẫn chú cần vụ và nêu lại việc làm của Bác.</w:t>
            </w:r>
          </w:p>
          <w:p w14:paraId="661ABB83" w14:textId="198DD59F" w:rsidR="003A09DE" w:rsidRDefault="003A09DE" w:rsidP="00F144D6">
            <w:pPr>
              <w:shd w:val="clear" w:color="auto" w:fill="FFFFFF" w:themeFill="background1"/>
              <w:spacing w:after="0"/>
              <w:jc w:val="center"/>
            </w:pPr>
          </w:p>
        </w:tc>
        <w:tc>
          <w:tcPr>
            <w:tcW w:w="4800" w:type="dxa"/>
          </w:tcPr>
          <w:p w14:paraId="2A988CF9" w14:textId="77777777" w:rsidR="003A09DE" w:rsidRDefault="0064324E" w:rsidP="00F144D6">
            <w:pPr>
              <w:shd w:val="clear" w:color="auto" w:fill="FFFFFF" w:themeFill="background1"/>
              <w:spacing w:after="0" w:line="240" w:lineRule="auto"/>
            </w:pPr>
            <w:r>
              <w:t>- HS quan sát tranh; nêu: Bác đang cầm chiếc rễ đa và hướng dẫn chú cần vụ trồng thành vòng tròn.</w:t>
            </w:r>
          </w:p>
        </w:tc>
      </w:tr>
      <w:tr w:rsidR="003A09DE" w14:paraId="7DF949AE" w14:textId="77777777" w:rsidTr="00F144D6">
        <w:trPr>
          <w:jc w:val="center"/>
        </w:trPr>
        <w:tc>
          <w:tcPr>
            <w:tcW w:w="4800" w:type="dxa"/>
          </w:tcPr>
          <w:p w14:paraId="70F202D6" w14:textId="77777777" w:rsidR="003A09DE" w:rsidRDefault="0064324E" w:rsidP="00F144D6">
            <w:pPr>
              <w:shd w:val="clear" w:color="auto" w:fill="FFFFFF" w:themeFill="background1"/>
              <w:spacing w:after="0" w:line="240" w:lineRule="auto"/>
            </w:pPr>
            <w:r>
              <w:t xml:space="preserve">- GV hỏi: 3. Vì sao Bác cho trồng chiếc rễ đa </w:t>
            </w:r>
            <w:r>
              <w:lastRenderedPageBreak/>
              <w:t>như vậy?</w:t>
            </w:r>
          </w:p>
        </w:tc>
        <w:tc>
          <w:tcPr>
            <w:tcW w:w="4800" w:type="dxa"/>
          </w:tcPr>
          <w:p w14:paraId="0F63AD3A" w14:textId="77777777" w:rsidR="003A09DE" w:rsidRDefault="0064324E" w:rsidP="00F144D6">
            <w:pPr>
              <w:shd w:val="clear" w:color="auto" w:fill="FFFFFF" w:themeFill="background1"/>
              <w:spacing w:after="0" w:line="240" w:lineRule="auto"/>
            </w:pPr>
            <w:r>
              <w:lastRenderedPageBreak/>
              <w:t xml:space="preserve">- HS trả lời: Vì Bác muốn sau này cây đa có </w:t>
            </w:r>
            <w:r>
              <w:lastRenderedPageBreak/>
              <w:t>vòng lá tròn để thiếu nhi vào thăm vườn Bác có chỗ vui chơi.</w:t>
            </w:r>
          </w:p>
        </w:tc>
      </w:tr>
      <w:tr w:rsidR="003A09DE" w14:paraId="64CF902E" w14:textId="77777777" w:rsidTr="00F144D6">
        <w:trPr>
          <w:jc w:val="center"/>
        </w:trPr>
        <w:tc>
          <w:tcPr>
            <w:tcW w:w="4800" w:type="dxa"/>
          </w:tcPr>
          <w:p w14:paraId="5F8CA094" w14:textId="77777777" w:rsidR="003A09DE" w:rsidRDefault="0064324E" w:rsidP="00F144D6">
            <w:pPr>
              <w:shd w:val="clear" w:color="auto" w:fill="FFFFFF" w:themeFill="background1"/>
              <w:spacing w:after="0" w:line="240" w:lineRule="auto"/>
            </w:pPr>
            <w:r>
              <w:lastRenderedPageBreak/>
              <w:t>- GV hỏi: 4. Qua bài đọc, em thấy tình cảm của Bác Hồ với thiếu nhi như thế nào?</w:t>
            </w:r>
          </w:p>
        </w:tc>
        <w:tc>
          <w:tcPr>
            <w:tcW w:w="4800" w:type="dxa"/>
          </w:tcPr>
          <w:p w14:paraId="30F93E16" w14:textId="77777777" w:rsidR="003A09DE" w:rsidRDefault="0064324E" w:rsidP="00F144D6">
            <w:pPr>
              <w:shd w:val="clear" w:color="auto" w:fill="FFFFFF" w:themeFill="background1"/>
              <w:spacing w:after="0" w:line="240" w:lineRule="auto"/>
            </w:pPr>
            <w:r>
              <w:t>- HS trả lời: Bác rất yêu thương, quan tâm, chăm lo cho thiếu nhi; Bác nghĩ đến niềm vui của các em từ việc rất nhỏ.</w:t>
            </w:r>
          </w:p>
        </w:tc>
      </w:tr>
      <w:tr w:rsidR="003A09DE" w14:paraId="680963F0" w14:textId="77777777" w:rsidTr="00F144D6">
        <w:trPr>
          <w:jc w:val="center"/>
        </w:trPr>
        <w:tc>
          <w:tcPr>
            <w:tcW w:w="4800" w:type="dxa"/>
          </w:tcPr>
          <w:p w14:paraId="09DB2BC7" w14:textId="77777777" w:rsidR="003A09DE" w:rsidRDefault="0064324E" w:rsidP="00F144D6">
            <w:pPr>
              <w:shd w:val="clear" w:color="auto" w:fill="FFFFFF" w:themeFill="background1"/>
              <w:spacing w:after="0" w:line="240" w:lineRule="auto"/>
            </w:pPr>
            <w:r>
              <w:t>- GV nêu câu hỏi dẫn: Trong câu chuyện, Bác Hồ có bỏ quên niềm vui của bạn nhỏ nào không? Nếu một công cụ AI chỉ gợi ý quà tặng cho bạn ở thành phố mà quên bạn vùng sâu, vùng xa, em nhận xét thế nào?</w:t>
            </w:r>
          </w:p>
        </w:tc>
        <w:tc>
          <w:tcPr>
            <w:tcW w:w="4800" w:type="dxa"/>
          </w:tcPr>
          <w:p w14:paraId="382B1675" w14:textId="77777777" w:rsidR="003A09DE" w:rsidRDefault="0064324E" w:rsidP="00F144D6">
            <w:pPr>
              <w:shd w:val="clear" w:color="auto" w:fill="FFFFFF" w:themeFill="background1"/>
              <w:spacing w:after="0" w:line="240" w:lineRule="auto"/>
            </w:pPr>
            <w:r>
              <w:t>- HS nêu: Như vậy là chưa công bằng; cần quan tâm đến mọi bạn nhỏ, dù ở nơi nào.</w:t>
            </w:r>
          </w:p>
        </w:tc>
      </w:tr>
      <w:tr w:rsidR="003A09DE" w14:paraId="5877E70D" w14:textId="77777777" w:rsidTr="00F144D6">
        <w:trPr>
          <w:jc w:val="center"/>
        </w:trPr>
        <w:tc>
          <w:tcPr>
            <w:tcW w:w="4800" w:type="dxa"/>
          </w:tcPr>
          <w:p w14:paraId="4B4BDB6F" w14:textId="77777777" w:rsidR="003A09DE" w:rsidRDefault="0064324E" w:rsidP="00F144D6">
            <w:pPr>
              <w:shd w:val="clear" w:color="auto" w:fill="FFFFFF" w:themeFill="background1"/>
              <w:spacing w:after="0" w:line="240" w:lineRule="auto"/>
            </w:pPr>
            <w:r>
              <w:rPr>
                <w:color w:val="C00000"/>
              </w:rPr>
              <w:t>- Tích hợp AI - YCCĐ 2.B1.1: GV diễn giải: AI học từ dữ liệu do con người cung cấp. Nếu dữ liệu chưa đầy đủ, AI có thể thiên kiến, nghĩa là gợi ý chưa công bằng, chỉ chú ý đến một nhóm người mà bỏ sót nhóm khác. Câu chuyện Chiếc rễ đa tròn nhắc chúng ta biết nghĩ đến niềm vui của tất cả thiếu nhi. Khi dùng AI để gợi ý hoạt động, trò chơi hoặc quà tặng, GV và HS cần kiểm tra xem gợi ý đó có phù hợp với mọi bạn không, có bỏ quên bạn khó khăn, bạn ở xa, bạn có hoàn cảnh khác mình không. Con người phải dùng lòng nhân ái và sự công bằng để kiểm tra kết quả AI.</w:t>
            </w:r>
          </w:p>
        </w:tc>
        <w:tc>
          <w:tcPr>
            <w:tcW w:w="4800" w:type="dxa"/>
          </w:tcPr>
          <w:p w14:paraId="382E04B8" w14:textId="77777777" w:rsidR="003A09DE" w:rsidRDefault="0064324E" w:rsidP="00F144D6">
            <w:pPr>
              <w:shd w:val="clear" w:color="auto" w:fill="FFFFFF" w:themeFill="background1"/>
              <w:spacing w:after="0" w:line="240" w:lineRule="auto"/>
            </w:pPr>
            <w:r>
              <w:rPr>
                <w:color w:val="C00000"/>
              </w:rPr>
              <w:t>- HS lắng nghe; nhắc lại: AI có thể gợi ý chưa công bằng, nên con người cần kiểm tra và quan tâm đến mọi bạn.</w:t>
            </w:r>
          </w:p>
        </w:tc>
      </w:tr>
      <w:tr w:rsidR="003A09DE" w14:paraId="34A0F841" w14:textId="77777777" w:rsidTr="00F144D6">
        <w:trPr>
          <w:jc w:val="center"/>
        </w:trPr>
        <w:tc>
          <w:tcPr>
            <w:tcW w:w="4800" w:type="dxa"/>
            <w:tcBorders>
              <w:bottom w:val="single" w:sz="6" w:space="0" w:color="000000"/>
            </w:tcBorders>
          </w:tcPr>
          <w:p w14:paraId="0AE7C042" w14:textId="77777777" w:rsidR="003A09DE" w:rsidRDefault="0064324E" w:rsidP="00F144D6">
            <w:pPr>
              <w:shd w:val="clear" w:color="auto" w:fill="FFFFFF" w:themeFill="background1"/>
              <w:spacing w:after="0" w:line="240" w:lineRule="auto"/>
            </w:pPr>
            <w:r>
              <w:t>- GV kết luận: Câu chuyện cho thấy Bác Hồ luôn yêu thương, quan tâm đến thiếu nhi; từ một chiếc rễ đa nhỏ, Bác nghĩ đến niềm vui lâu dài của các em.</w:t>
            </w:r>
          </w:p>
        </w:tc>
        <w:tc>
          <w:tcPr>
            <w:tcW w:w="4800" w:type="dxa"/>
            <w:tcBorders>
              <w:bottom w:val="single" w:sz="6" w:space="0" w:color="000000"/>
            </w:tcBorders>
          </w:tcPr>
          <w:p w14:paraId="77C751FB" w14:textId="77777777" w:rsidR="003A09DE" w:rsidRDefault="0064324E" w:rsidP="00F144D6">
            <w:pPr>
              <w:shd w:val="clear" w:color="auto" w:fill="FFFFFF" w:themeFill="background1"/>
              <w:spacing w:after="0" w:line="240" w:lineRule="auto"/>
            </w:pPr>
            <w:r>
              <w:t>- HS nhắc lại nội dung chính của bài.</w:t>
            </w:r>
          </w:p>
        </w:tc>
      </w:tr>
      <w:tr w:rsidR="003A09DE" w14:paraId="7D4091EE" w14:textId="77777777" w:rsidTr="00F144D6">
        <w:trPr>
          <w:jc w:val="center"/>
        </w:trPr>
        <w:tc>
          <w:tcPr>
            <w:tcW w:w="10432" w:type="dxa"/>
            <w:gridSpan w:val="2"/>
            <w:tcBorders>
              <w:top w:val="single" w:sz="6" w:space="0" w:color="000000"/>
              <w:bottom w:val="single" w:sz="6" w:space="0" w:color="000000"/>
            </w:tcBorders>
            <w:shd w:val="clear" w:color="auto" w:fill="DDEBD6"/>
          </w:tcPr>
          <w:p w14:paraId="1E60A903" w14:textId="77777777" w:rsidR="003A09DE" w:rsidRDefault="0064324E" w:rsidP="00F144D6">
            <w:pPr>
              <w:shd w:val="clear" w:color="auto" w:fill="FFFFFF" w:themeFill="background1"/>
              <w:spacing w:after="0" w:line="240" w:lineRule="auto"/>
            </w:pPr>
            <w:r>
              <w:rPr>
                <w:b/>
              </w:rPr>
              <w:t>Hoạt động 3: Luyện đọc lại (7 phút)</w:t>
            </w:r>
            <w:r>
              <w:rPr>
                <w:i/>
              </w:rPr>
              <w:br/>
              <w:t>Mục tiêu: HS đọc lại văn bản trôi chảy, thể hiện giọng đọc nhẹ nhàng, tình cảm.</w:t>
            </w:r>
          </w:p>
        </w:tc>
      </w:tr>
      <w:tr w:rsidR="003A09DE" w14:paraId="2255BE8A" w14:textId="77777777" w:rsidTr="00F144D6">
        <w:trPr>
          <w:jc w:val="center"/>
        </w:trPr>
        <w:tc>
          <w:tcPr>
            <w:tcW w:w="4800" w:type="dxa"/>
            <w:tcBorders>
              <w:top w:val="single" w:sz="6" w:space="0" w:color="000000"/>
            </w:tcBorders>
          </w:tcPr>
          <w:p w14:paraId="312B605B" w14:textId="77777777" w:rsidR="003A09DE" w:rsidRDefault="0064324E" w:rsidP="00F144D6">
            <w:pPr>
              <w:shd w:val="clear" w:color="auto" w:fill="FFFFFF" w:themeFill="background1"/>
              <w:spacing w:after="0" w:line="240" w:lineRule="auto"/>
            </w:pPr>
            <w:r>
              <w:t>- GV đọc mẫu đoạn Bác hướng dẫn chú cần vụ trồng chiếc rễ đa.</w:t>
            </w:r>
          </w:p>
        </w:tc>
        <w:tc>
          <w:tcPr>
            <w:tcW w:w="4800" w:type="dxa"/>
            <w:tcBorders>
              <w:top w:val="single" w:sz="6" w:space="0" w:color="000000"/>
            </w:tcBorders>
          </w:tcPr>
          <w:p w14:paraId="681C5780" w14:textId="77777777" w:rsidR="003A09DE" w:rsidRDefault="0064324E" w:rsidP="00F144D6">
            <w:pPr>
              <w:shd w:val="clear" w:color="auto" w:fill="FFFFFF" w:themeFill="background1"/>
              <w:spacing w:after="0" w:line="240" w:lineRule="auto"/>
            </w:pPr>
            <w:r>
              <w:t>- HS lắng nghe, đánh dấu chỗ ngắt nghỉ.</w:t>
            </w:r>
          </w:p>
        </w:tc>
      </w:tr>
      <w:tr w:rsidR="003A09DE" w14:paraId="4B601DE7" w14:textId="77777777" w:rsidTr="00F144D6">
        <w:trPr>
          <w:jc w:val="center"/>
        </w:trPr>
        <w:tc>
          <w:tcPr>
            <w:tcW w:w="4800" w:type="dxa"/>
          </w:tcPr>
          <w:p w14:paraId="4E7B8355" w14:textId="77777777" w:rsidR="003A09DE" w:rsidRDefault="0064324E" w:rsidP="00F144D6">
            <w:pPr>
              <w:shd w:val="clear" w:color="auto" w:fill="FFFFFF" w:themeFill="background1"/>
              <w:spacing w:after="0" w:line="240" w:lineRule="auto"/>
            </w:pPr>
            <w:r>
              <w:t>- GV tổ chức HS luyện đọc đoạn em thích theo nhóm đôi.</w:t>
            </w:r>
          </w:p>
        </w:tc>
        <w:tc>
          <w:tcPr>
            <w:tcW w:w="4800" w:type="dxa"/>
          </w:tcPr>
          <w:p w14:paraId="736A2D7E" w14:textId="77777777" w:rsidR="003A09DE" w:rsidRDefault="0064324E" w:rsidP="00F144D6">
            <w:pPr>
              <w:shd w:val="clear" w:color="auto" w:fill="FFFFFF" w:themeFill="background1"/>
              <w:spacing w:after="0" w:line="240" w:lineRule="auto"/>
            </w:pPr>
            <w:r>
              <w:t>- HS đọc nhóm đôi, góp ý cho nhau về giọng đọc.</w:t>
            </w:r>
          </w:p>
        </w:tc>
      </w:tr>
      <w:tr w:rsidR="003A09DE" w14:paraId="3FCC8DB3" w14:textId="77777777" w:rsidTr="00F144D6">
        <w:trPr>
          <w:jc w:val="center"/>
        </w:trPr>
        <w:tc>
          <w:tcPr>
            <w:tcW w:w="4800" w:type="dxa"/>
            <w:tcBorders>
              <w:bottom w:val="single" w:sz="6" w:space="0" w:color="000000"/>
            </w:tcBorders>
          </w:tcPr>
          <w:p w14:paraId="41680CBF" w14:textId="77777777" w:rsidR="003A09DE" w:rsidRDefault="0064324E" w:rsidP="00F144D6">
            <w:pPr>
              <w:shd w:val="clear" w:color="auto" w:fill="FFFFFF" w:themeFill="background1"/>
              <w:spacing w:after="0" w:line="240" w:lineRule="auto"/>
            </w:pPr>
            <w:r>
              <w:t>- GV mời HS đọc trước lớp; nhận xét, sửa lỗi phát âm nếu cần.</w:t>
            </w:r>
          </w:p>
        </w:tc>
        <w:tc>
          <w:tcPr>
            <w:tcW w:w="4800" w:type="dxa"/>
            <w:tcBorders>
              <w:bottom w:val="single" w:sz="6" w:space="0" w:color="000000"/>
            </w:tcBorders>
          </w:tcPr>
          <w:p w14:paraId="4FBDCF75" w14:textId="77777777" w:rsidR="003A09DE" w:rsidRDefault="0064324E" w:rsidP="00F144D6">
            <w:pPr>
              <w:shd w:val="clear" w:color="auto" w:fill="FFFFFF" w:themeFill="background1"/>
              <w:spacing w:after="0" w:line="240" w:lineRule="auto"/>
            </w:pPr>
            <w:r>
              <w:t>- HS đọc trước lớp; lớp nhận xét bạn đọc rõ, đúng giọng.</w:t>
            </w:r>
          </w:p>
        </w:tc>
      </w:tr>
      <w:tr w:rsidR="003A09DE" w14:paraId="2C51961F" w14:textId="77777777" w:rsidTr="00F144D6">
        <w:trPr>
          <w:jc w:val="center"/>
        </w:trPr>
        <w:tc>
          <w:tcPr>
            <w:tcW w:w="10432" w:type="dxa"/>
            <w:gridSpan w:val="2"/>
            <w:tcBorders>
              <w:top w:val="single" w:sz="6" w:space="0" w:color="000000"/>
              <w:bottom w:val="single" w:sz="6" w:space="0" w:color="000000"/>
            </w:tcBorders>
            <w:shd w:val="clear" w:color="auto" w:fill="DDEBD6"/>
          </w:tcPr>
          <w:p w14:paraId="2564EFD5" w14:textId="77777777" w:rsidR="003A09DE" w:rsidRDefault="0064324E" w:rsidP="00F144D6">
            <w:pPr>
              <w:shd w:val="clear" w:color="auto" w:fill="FFFFFF" w:themeFill="background1"/>
              <w:spacing w:after="0" w:line="240" w:lineRule="auto"/>
            </w:pPr>
            <w:r>
              <w:rPr>
                <w:b/>
              </w:rPr>
              <w:t>Hoạt động 4: Luyện tập theo văn bản đọc (10 phút)</w:t>
            </w:r>
            <w:r>
              <w:rPr>
                <w:i/>
              </w:rPr>
              <w:br/>
              <w:t>Mục tiêu: HS chọn đúng từ phù hợp với chỗ trống và nhận biết tác dụng của dấu chấm than.</w:t>
            </w:r>
          </w:p>
        </w:tc>
      </w:tr>
      <w:tr w:rsidR="003A09DE" w14:paraId="4C988E16" w14:textId="77777777" w:rsidTr="00F144D6">
        <w:trPr>
          <w:jc w:val="center"/>
        </w:trPr>
        <w:tc>
          <w:tcPr>
            <w:tcW w:w="4800" w:type="dxa"/>
            <w:tcBorders>
              <w:top w:val="single" w:sz="6" w:space="0" w:color="000000"/>
            </w:tcBorders>
          </w:tcPr>
          <w:p w14:paraId="50F8F1A3" w14:textId="77777777" w:rsidR="003A09DE" w:rsidRDefault="0064324E" w:rsidP="00F144D6">
            <w:pPr>
              <w:shd w:val="clear" w:color="auto" w:fill="FFFFFF" w:themeFill="background1"/>
              <w:spacing w:after="0" w:line="240" w:lineRule="auto"/>
            </w:pPr>
            <w:r>
              <w:rPr>
                <w:b/>
              </w:rPr>
              <w:t>Bài tập 1: Chọn từ (cuốn, vùi, xới, trồng) phù hợp với mỗi chỗ trống.</w:t>
            </w:r>
          </w:p>
          <w:p w14:paraId="795AD3E7" w14:textId="77777777" w:rsidR="003A09DE" w:rsidRDefault="0064324E" w:rsidP="00F144D6">
            <w:pPr>
              <w:shd w:val="clear" w:color="auto" w:fill="FFFFFF" w:themeFill="background1"/>
              <w:spacing w:after="0"/>
              <w:jc w:val="center"/>
            </w:pPr>
            <w:r>
              <w:rPr>
                <w:noProof/>
                <w:lang w:val="vi-VN" w:eastAsia="vi-VN"/>
              </w:rPr>
              <w:drawing>
                <wp:inline distT="0" distB="0" distL="0" distR="0" wp14:anchorId="6D64E6B8" wp14:editId="52F414AF">
                  <wp:extent cx="2651760" cy="8748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4_luyen_doc_baitap.png"/>
                          <pic:cNvPicPr/>
                        </pic:nvPicPr>
                        <pic:blipFill>
                          <a:blip r:embed="rId6"/>
                          <a:stretch>
                            <a:fillRect/>
                          </a:stretch>
                        </pic:blipFill>
                        <pic:spPr>
                          <a:xfrm>
                            <a:off x="0" y="0"/>
                            <a:ext cx="2651760" cy="874807"/>
                          </a:xfrm>
                          <a:prstGeom prst="rect">
                            <a:avLst/>
                          </a:prstGeom>
                        </pic:spPr>
                      </pic:pic>
                    </a:graphicData>
                  </a:graphic>
                </wp:inline>
              </w:drawing>
            </w:r>
          </w:p>
        </w:tc>
        <w:tc>
          <w:tcPr>
            <w:tcW w:w="4800" w:type="dxa"/>
            <w:tcBorders>
              <w:top w:val="single" w:sz="6" w:space="0" w:color="000000"/>
            </w:tcBorders>
          </w:tcPr>
          <w:p w14:paraId="2C802F05" w14:textId="77777777" w:rsidR="003A09DE" w:rsidRDefault="0064324E" w:rsidP="00F144D6">
            <w:pPr>
              <w:shd w:val="clear" w:color="auto" w:fill="FFFFFF" w:themeFill="background1"/>
              <w:spacing w:after="0" w:line="240" w:lineRule="auto"/>
            </w:pPr>
            <w:r>
              <w:t>- HS đọc đề và các từ cần chọn.</w:t>
            </w:r>
          </w:p>
        </w:tc>
      </w:tr>
      <w:tr w:rsidR="003A09DE" w14:paraId="08E40828" w14:textId="77777777" w:rsidTr="00F144D6">
        <w:trPr>
          <w:jc w:val="center"/>
        </w:trPr>
        <w:tc>
          <w:tcPr>
            <w:tcW w:w="4800" w:type="dxa"/>
          </w:tcPr>
          <w:p w14:paraId="138FAF79" w14:textId="77777777" w:rsidR="003A09DE" w:rsidRDefault="0064324E" w:rsidP="00F144D6">
            <w:pPr>
              <w:shd w:val="clear" w:color="auto" w:fill="FFFFFF" w:themeFill="background1"/>
              <w:spacing w:after="0" w:line="240" w:lineRule="auto"/>
            </w:pPr>
            <w:r>
              <w:rPr>
                <w:b/>
              </w:rPr>
              <w:t>a. Chú (...) chiếc rễ này lại rồi (...) cho nó mọc tiếp nhé!</w:t>
            </w:r>
          </w:p>
        </w:tc>
        <w:tc>
          <w:tcPr>
            <w:tcW w:w="4800" w:type="dxa"/>
          </w:tcPr>
          <w:p w14:paraId="0A4B6165" w14:textId="77777777" w:rsidR="003A09DE" w:rsidRDefault="0064324E" w:rsidP="00F144D6">
            <w:pPr>
              <w:shd w:val="clear" w:color="auto" w:fill="FFFFFF" w:themeFill="background1"/>
              <w:spacing w:after="0" w:line="240" w:lineRule="auto"/>
            </w:pPr>
            <w:r>
              <w:t>- HS chọn: Chú cuốn chiếc rễ này lại rồi trồng cho nó mọc tiếp nhé!</w:t>
            </w:r>
          </w:p>
        </w:tc>
      </w:tr>
      <w:tr w:rsidR="003A09DE" w14:paraId="1D3A25A3" w14:textId="77777777" w:rsidTr="00F144D6">
        <w:trPr>
          <w:jc w:val="center"/>
        </w:trPr>
        <w:tc>
          <w:tcPr>
            <w:tcW w:w="4800" w:type="dxa"/>
          </w:tcPr>
          <w:p w14:paraId="2F199D4E" w14:textId="77777777" w:rsidR="003A09DE" w:rsidRDefault="0064324E" w:rsidP="00F144D6">
            <w:pPr>
              <w:shd w:val="clear" w:color="auto" w:fill="FFFFFF" w:themeFill="background1"/>
              <w:spacing w:after="0" w:line="240" w:lineRule="auto"/>
            </w:pPr>
            <w:r>
              <w:rPr>
                <w:b/>
              </w:rPr>
              <w:t>b. Chú cần vụ (...) đất, (...) chiếc rễ xuống.</w:t>
            </w:r>
          </w:p>
        </w:tc>
        <w:tc>
          <w:tcPr>
            <w:tcW w:w="4800" w:type="dxa"/>
          </w:tcPr>
          <w:p w14:paraId="04B48AB6" w14:textId="77777777" w:rsidR="003A09DE" w:rsidRDefault="0064324E" w:rsidP="00F144D6">
            <w:pPr>
              <w:shd w:val="clear" w:color="auto" w:fill="FFFFFF" w:themeFill="background1"/>
              <w:spacing w:after="0" w:line="240" w:lineRule="auto"/>
            </w:pPr>
            <w:r>
              <w:t>- HS chọn: Chú cần vụ xới đất, vùi chiếc rễ xuống.</w:t>
            </w:r>
          </w:p>
        </w:tc>
      </w:tr>
      <w:tr w:rsidR="003A09DE" w14:paraId="661880BD" w14:textId="77777777" w:rsidTr="00F144D6">
        <w:trPr>
          <w:jc w:val="center"/>
        </w:trPr>
        <w:tc>
          <w:tcPr>
            <w:tcW w:w="4800" w:type="dxa"/>
          </w:tcPr>
          <w:p w14:paraId="5AC2968F" w14:textId="77777777" w:rsidR="003A09DE" w:rsidRDefault="0064324E" w:rsidP="00F144D6">
            <w:pPr>
              <w:shd w:val="clear" w:color="auto" w:fill="FFFFFF" w:themeFill="background1"/>
              <w:spacing w:after="0" w:line="240" w:lineRule="auto"/>
            </w:pPr>
            <w:r>
              <w:rPr>
                <w:b/>
              </w:rPr>
              <w:t>Bài tập 2: Tìm trong bài câu có dùng dấu chấm than. Câu đó dùng để làm gì? (chọn ý đúng)</w:t>
            </w:r>
          </w:p>
        </w:tc>
        <w:tc>
          <w:tcPr>
            <w:tcW w:w="4800" w:type="dxa"/>
          </w:tcPr>
          <w:p w14:paraId="7616DC90" w14:textId="77777777" w:rsidR="003A09DE" w:rsidRDefault="0064324E" w:rsidP="00F144D6">
            <w:pPr>
              <w:shd w:val="clear" w:color="auto" w:fill="FFFFFF" w:themeFill="background1"/>
              <w:spacing w:after="0" w:line="240" w:lineRule="auto"/>
            </w:pPr>
            <w:r>
              <w:t>- HS đọc đề, tìm câu có dấu chấm than trong bài.</w:t>
            </w:r>
          </w:p>
        </w:tc>
      </w:tr>
      <w:tr w:rsidR="003A09DE" w14:paraId="7C4CA291" w14:textId="77777777" w:rsidTr="00F144D6">
        <w:trPr>
          <w:jc w:val="center"/>
        </w:trPr>
        <w:tc>
          <w:tcPr>
            <w:tcW w:w="4800" w:type="dxa"/>
            <w:tcBorders>
              <w:bottom w:val="single" w:sz="6" w:space="0" w:color="000000"/>
            </w:tcBorders>
          </w:tcPr>
          <w:p w14:paraId="550FB963" w14:textId="77777777" w:rsidR="003A09DE" w:rsidRDefault="0064324E" w:rsidP="00F144D6">
            <w:pPr>
              <w:shd w:val="clear" w:color="auto" w:fill="FFFFFF" w:themeFill="background1"/>
              <w:spacing w:after="0" w:line="240" w:lineRule="auto"/>
            </w:pPr>
            <w:r>
              <w:lastRenderedPageBreak/>
              <w:t>- GV hướng dẫn HS đọc lại lời Bác nói và chọn đáp án đúng.</w:t>
            </w:r>
          </w:p>
        </w:tc>
        <w:tc>
          <w:tcPr>
            <w:tcW w:w="4800" w:type="dxa"/>
            <w:tcBorders>
              <w:bottom w:val="single" w:sz="6" w:space="0" w:color="000000"/>
            </w:tcBorders>
          </w:tcPr>
          <w:p w14:paraId="5747E5ED" w14:textId="77777777" w:rsidR="003A09DE" w:rsidRDefault="0064324E" w:rsidP="00F144D6">
            <w:pPr>
              <w:shd w:val="clear" w:color="auto" w:fill="FFFFFF" w:themeFill="background1"/>
              <w:spacing w:after="0" w:line="240" w:lineRule="auto"/>
            </w:pPr>
            <w:r>
              <w:t>- HS nêu: Câu “Chú cuốn chiếc rễ này lại, rồi trồng cho nó mọc tiếp nhé!” dùng để nêu yêu cầu, đề nghị. Đáp án a.</w:t>
            </w:r>
          </w:p>
        </w:tc>
      </w:tr>
      <w:tr w:rsidR="003A09DE" w14:paraId="249856AB" w14:textId="77777777" w:rsidTr="00F144D6">
        <w:trPr>
          <w:jc w:val="center"/>
        </w:trPr>
        <w:tc>
          <w:tcPr>
            <w:tcW w:w="10432" w:type="dxa"/>
            <w:gridSpan w:val="2"/>
            <w:tcBorders>
              <w:top w:val="single" w:sz="6" w:space="0" w:color="000000"/>
              <w:bottom w:val="single" w:sz="6" w:space="0" w:color="000000"/>
            </w:tcBorders>
            <w:shd w:val="clear" w:color="auto" w:fill="DDEBD6"/>
          </w:tcPr>
          <w:p w14:paraId="23057CFA" w14:textId="77777777" w:rsidR="003A09DE" w:rsidRDefault="0064324E" w:rsidP="00F144D6">
            <w:pPr>
              <w:shd w:val="clear" w:color="auto" w:fill="FFFFFF" w:themeFill="background1"/>
              <w:spacing w:after="0" w:line="240" w:lineRule="auto"/>
            </w:pPr>
            <w:r>
              <w:rPr>
                <w:b/>
              </w:rPr>
              <w:t>4. VẬN DỤNG (3 phút)</w:t>
            </w:r>
            <w:r>
              <w:rPr>
                <w:i/>
              </w:rPr>
              <w:br/>
              <w:t>Mục tiêu: HS liên hệ hành động nhỏ thể hiện tình yêu thương và trách nhiệm.</w:t>
            </w:r>
          </w:p>
        </w:tc>
      </w:tr>
      <w:tr w:rsidR="003A09DE" w14:paraId="58FD02AE" w14:textId="77777777" w:rsidTr="00F144D6">
        <w:trPr>
          <w:jc w:val="center"/>
        </w:trPr>
        <w:tc>
          <w:tcPr>
            <w:tcW w:w="4800" w:type="dxa"/>
            <w:tcBorders>
              <w:top w:val="single" w:sz="6" w:space="0" w:color="000000"/>
            </w:tcBorders>
          </w:tcPr>
          <w:p w14:paraId="03419B6B" w14:textId="77777777" w:rsidR="003A09DE" w:rsidRDefault="0064324E" w:rsidP="00F144D6">
            <w:pPr>
              <w:shd w:val="clear" w:color="auto" w:fill="FFFFFF" w:themeFill="background1"/>
              <w:spacing w:after="0" w:line="240" w:lineRule="auto"/>
            </w:pPr>
            <w:r>
              <w:t>- GV hỏi: Em sẽ làm một việc nhỏ nào để lớp học, sân trường xanh hơn?</w:t>
            </w:r>
          </w:p>
        </w:tc>
        <w:tc>
          <w:tcPr>
            <w:tcW w:w="4800" w:type="dxa"/>
            <w:tcBorders>
              <w:top w:val="single" w:sz="6" w:space="0" w:color="000000"/>
            </w:tcBorders>
          </w:tcPr>
          <w:p w14:paraId="06F3FB51" w14:textId="77777777" w:rsidR="003A09DE" w:rsidRDefault="0064324E" w:rsidP="00F144D6">
            <w:pPr>
              <w:shd w:val="clear" w:color="auto" w:fill="FFFFFF" w:themeFill="background1"/>
              <w:spacing w:after="0" w:line="240" w:lineRule="auto"/>
            </w:pPr>
            <w:r>
              <w:t>- HS nêu: Em tưới cây, không bẻ cành, nhặt lá rụng, bỏ rác đúng nơi quy định.</w:t>
            </w:r>
          </w:p>
        </w:tc>
      </w:tr>
      <w:tr w:rsidR="003A09DE" w14:paraId="13F573B7" w14:textId="77777777" w:rsidTr="00F144D6">
        <w:trPr>
          <w:jc w:val="center"/>
        </w:trPr>
        <w:tc>
          <w:tcPr>
            <w:tcW w:w="4800" w:type="dxa"/>
          </w:tcPr>
          <w:p w14:paraId="7D5CBD24" w14:textId="77777777" w:rsidR="003A09DE" w:rsidRDefault="0064324E" w:rsidP="00F144D6">
            <w:pPr>
              <w:shd w:val="clear" w:color="auto" w:fill="FFFFFF" w:themeFill="background1"/>
              <w:spacing w:after="0" w:line="240" w:lineRule="auto"/>
            </w:pPr>
            <w:r>
              <w:t>- GV dặn HS thực hiện một việc chăm sóc cây xanh ở nhà hoặc ở trường theo hướng dẫn của người lớn.</w:t>
            </w:r>
          </w:p>
        </w:tc>
        <w:tc>
          <w:tcPr>
            <w:tcW w:w="4800" w:type="dxa"/>
          </w:tcPr>
          <w:p w14:paraId="69D10D3B" w14:textId="77777777" w:rsidR="003A09DE" w:rsidRDefault="0064324E" w:rsidP="00F144D6">
            <w:pPr>
              <w:shd w:val="clear" w:color="auto" w:fill="FFFFFF" w:themeFill="background1"/>
              <w:spacing w:after="0" w:line="240" w:lineRule="auto"/>
            </w:pPr>
            <w:r>
              <w:t>- HS lắng nghe, ghi nhớ.</w:t>
            </w:r>
          </w:p>
        </w:tc>
      </w:tr>
    </w:tbl>
    <w:p w14:paraId="4A6500CE" w14:textId="77777777" w:rsidR="003A09DE" w:rsidRDefault="0064324E" w:rsidP="00F144D6">
      <w:pPr>
        <w:shd w:val="clear" w:color="auto" w:fill="FFFFFF" w:themeFill="background1"/>
        <w:spacing w:after="0" w:line="240" w:lineRule="auto"/>
      </w:pPr>
      <w:r>
        <w:rPr>
          <w:b/>
        </w:rPr>
        <w:t>IV. ĐIỀU CHỈNH SAU TIẾT HỌC (NẾU CÓ)</w:t>
      </w:r>
    </w:p>
    <w:p w14:paraId="1FDCCA10" w14:textId="77777777" w:rsidR="003A09DE" w:rsidRDefault="003A09DE" w:rsidP="00F144D6">
      <w:pPr>
        <w:shd w:val="clear" w:color="auto" w:fill="FFFFFF" w:themeFill="background1"/>
        <w:spacing w:after="0" w:line="240" w:lineRule="auto"/>
      </w:pPr>
    </w:p>
    <w:p w14:paraId="74407883" w14:textId="7148EFCD" w:rsidR="003A09DE" w:rsidRDefault="003A09DE" w:rsidP="00F144D6">
      <w:pPr>
        <w:shd w:val="clear" w:color="auto" w:fill="FFFFFF" w:themeFill="background1"/>
      </w:pPr>
    </w:p>
    <w:p w14:paraId="685C3C56" w14:textId="77777777" w:rsidR="003A09DE" w:rsidRDefault="0064324E" w:rsidP="00F144D6">
      <w:pPr>
        <w:shd w:val="clear" w:color="auto" w:fill="FFFFFF" w:themeFill="background1"/>
        <w:spacing w:after="0" w:line="240" w:lineRule="auto"/>
        <w:jc w:val="center"/>
      </w:pPr>
      <w:r>
        <w:rPr>
          <w:b/>
        </w:rPr>
        <w:t>BÀI 24: CHIẾC RỄ ĐA TRÒN</w:t>
      </w:r>
    </w:p>
    <w:p w14:paraId="3583AE19" w14:textId="77777777" w:rsidR="003A09DE" w:rsidRDefault="0064324E" w:rsidP="00F144D6">
      <w:pPr>
        <w:shd w:val="clear" w:color="auto" w:fill="FFFFFF" w:themeFill="background1"/>
        <w:spacing w:after="60" w:line="240" w:lineRule="auto"/>
        <w:jc w:val="center"/>
      </w:pPr>
      <w:r>
        <w:rPr>
          <w:b/>
        </w:rPr>
        <w:t>TIẾT 3: VIẾT - NGHE VIẾT; VIẾT HOA TÊN NGƯỜI; PHÂN BIỆT IU/ƯU, IM/IÊM</w:t>
      </w:r>
    </w:p>
    <w:p w14:paraId="17BABC6B" w14:textId="77777777" w:rsidR="003A09DE" w:rsidRDefault="0064324E" w:rsidP="00F144D6">
      <w:pPr>
        <w:shd w:val="clear" w:color="auto" w:fill="FFFFFF" w:themeFill="background1"/>
        <w:spacing w:after="0" w:line="240" w:lineRule="auto"/>
      </w:pPr>
      <w:r>
        <w:rPr>
          <w:b/>
        </w:rPr>
        <w:t>I. YÊU CẦU CẦN ĐẠT</w:t>
      </w:r>
    </w:p>
    <w:p w14:paraId="71DB0559" w14:textId="77777777" w:rsidR="003A09DE" w:rsidRDefault="0064324E" w:rsidP="00F144D6">
      <w:pPr>
        <w:shd w:val="clear" w:color="auto" w:fill="FFFFFF" w:themeFill="background1"/>
        <w:spacing w:after="0" w:line="240" w:lineRule="auto"/>
      </w:pPr>
      <w:r>
        <w:rPr>
          <w:b/>
        </w:rPr>
        <w:t>1. Năng lực đặc thù</w:t>
      </w:r>
    </w:p>
    <w:p w14:paraId="7A69152C" w14:textId="77777777" w:rsidR="003A09DE" w:rsidRDefault="0064324E" w:rsidP="00F144D6">
      <w:pPr>
        <w:shd w:val="clear" w:color="auto" w:fill="FFFFFF" w:themeFill="background1"/>
        <w:spacing w:after="0" w:line="240" w:lineRule="auto"/>
      </w:pPr>
      <w:r>
        <w:t>- Nghe - viết đúng đoạn văn trong bài Chiếc rễ đa tròn; trình bày đúng đoạn văn.</w:t>
      </w:r>
    </w:p>
    <w:p w14:paraId="2C5E4447" w14:textId="77777777" w:rsidR="003A09DE" w:rsidRDefault="0064324E" w:rsidP="00F144D6">
      <w:pPr>
        <w:shd w:val="clear" w:color="auto" w:fill="FFFFFF" w:themeFill="background1"/>
        <w:spacing w:after="0" w:line="240" w:lineRule="auto"/>
      </w:pPr>
      <w:r>
        <w:t>- Viết đúng tên người được nói đến trong chủ điểm Con người Việt Nam.</w:t>
      </w:r>
    </w:p>
    <w:p w14:paraId="376E250B" w14:textId="77777777" w:rsidR="003A09DE" w:rsidRDefault="0064324E" w:rsidP="00F144D6">
      <w:pPr>
        <w:shd w:val="clear" w:color="auto" w:fill="FFFFFF" w:themeFill="background1"/>
        <w:spacing w:after="0" w:line="240" w:lineRule="auto"/>
      </w:pPr>
      <w:r>
        <w:t>- Làm đúng bài tập phân biệt iu/ưu, im/iêm; biết soát lỗi sau khi viết.</w:t>
      </w:r>
    </w:p>
    <w:p w14:paraId="178FFB41" w14:textId="77777777" w:rsidR="003A09DE" w:rsidRDefault="0064324E" w:rsidP="00F144D6">
      <w:pPr>
        <w:shd w:val="clear" w:color="auto" w:fill="FFFFFF" w:themeFill="background1"/>
        <w:spacing w:after="0" w:line="240" w:lineRule="auto"/>
      </w:pPr>
      <w:r>
        <w:rPr>
          <w:b/>
        </w:rPr>
        <w:t>2. Năng lực chung</w:t>
      </w:r>
    </w:p>
    <w:p w14:paraId="09A6A171" w14:textId="77777777" w:rsidR="003A09DE" w:rsidRDefault="0064324E" w:rsidP="00F144D6">
      <w:pPr>
        <w:shd w:val="clear" w:color="auto" w:fill="FFFFFF" w:themeFill="background1"/>
        <w:spacing w:after="0" w:line="240" w:lineRule="auto"/>
      </w:pPr>
      <w:r>
        <w:t>- Tự chủ và tự học: Tự nghe - viết, tự soát lỗi và sửa lỗi.</w:t>
      </w:r>
    </w:p>
    <w:p w14:paraId="588C21B3" w14:textId="77777777" w:rsidR="003A09DE" w:rsidRDefault="0064324E" w:rsidP="00F144D6">
      <w:pPr>
        <w:shd w:val="clear" w:color="auto" w:fill="FFFFFF" w:themeFill="background1"/>
        <w:spacing w:after="0" w:line="240" w:lineRule="auto"/>
      </w:pPr>
      <w:r>
        <w:t>- Giao tiếp và hợp tác: Biết đổi vở kiểm tra, góp ý lịch sự.</w:t>
      </w:r>
    </w:p>
    <w:p w14:paraId="12F5ABF8" w14:textId="77777777" w:rsidR="003A09DE" w:rsidRDefault="0064324E" w:rsidP="00F144D6">
      <w:pPr>
        <w:shd w:val="clear" w:color="auto" w:fill="FFFFFF" w:themeFill="background1"/>
        <w:spacing w:after="0" w:line="240" w:lineRule="auto"/>
      </w:pPr>
      <w:r>
        <w:t>- Giải quyết vấn đề và sáng tạo: Vận dụng quy tắc chính tả để chọn tiếng/từ đúng.</w:t>
      </w:r>
    </w:p>
    <w:p w14:paraId="75D2F7B2" w14:textId="77777777" w:rsidR="003A09DE" w:rsidRDefault="0064324E" w:rsidP="00F144D6">
      <w:pPr>
        <w:shd w:val="clear" w:color="auto" w:fill="FFFFFF" w:themeFill="background1"/>
        <w:spacing w:after="0" w:line="240" w:lineRule="auto"/>
      </w:pPr>
      <w:r>
        <w:rPr>
          <w:b/>
        </w:rPr>
        <w:t>3. Phẩm chất</w:t>
      </w:r>
    </w:p>
    <w:p w14:paraId="3975671E" w14:textId="77777777" w:rsidR="003A09DE" w:rsidRDefault="0064324E" w:rsidP="00F144D6">
      <w:pPr>
        <w:shd w:val="clear" w:color="auto" w:fill="FFFFFF" w:themeFill="background1"/>
        <w:spacing w:after="0" w:line="240" w:lineRule="auto"/>
      </w:pPr>
      <w:r>
        <w:t>- Chăm chỉ: Viết cẩn thận, giữ vở sạch.</w:t>
      </w:r>
    </w:p>
    <w:p w14:paraId="6801C2B0" w14:textId="77777777" w:rsidR="003A09DE" w:rsidRDefault="0064324E" w:rsidP="00F144D6">
      <w:pPr>
        <w:shd w:val="clear" w:color="auto" w:fill="FFFFFF" w:themeFill="background1"/>
        <w:spacing w:after="0" w:line="240" w:lineRule="auto"/>
      </w:pPr>
      <w:r>
        <w:t>- Trách nhiệm: Trung thực khi soát lỗi và biết sửa lỗi của mình.</w:t>
      </w:r>
    </w:p>
    <w:p w14:paraId="2696BD25" w14:textId="77777777" w:rsidR="003A09DE" w:rsidRDefault="0064324E" w:rsidP="00F144D6">
      <w:pPr>
        <w:shd w:val="clear" w:color="auto" w:fill="FFFFFF" w:themeFill="background1"/>
        <w:spacing w:after="0" w:line="240" w:lineRule="auto"/>
      </w:pPr>
      <w:r>
        <w:rPr>
          <w:b/>
        </w:rPr>
        <w:t>II. ĐỒ DÙNG DẠY HỌC</w:t>
      </w:r>
    </w:p>
    <w:p w14:paraId="7FE2FACC" w14:textId="77777777" w:rsidR="003A09DE" w:rsidRDefault="0064324E" w:rsidP="00F144D6">
      <w:pPr>
        <w:shd w:val="clear" w:color="auto" w:fill="FFFFFF" w:themeFill="background1"/>
        <w:spacing w:after="0" w:line="240" w:lineRule="auto"/>
      </w:pPr>
      <w:r>
        <w:t>- GV: Bảng phụ đoạn viết, thẻ bài tập chính tả, tranh cắt từ SGK, máy chiếu.</w:t>
      </w:r>
    </w:p>
    <w:p w14:paraId="41BC5374" w14:textId="77777777" w:rsidR="003A09DE" w:rsidRDefault="0064324E" w:rsidP="00F144D6">
      <w:pPr>
        <w:shd w:val="clear" w:color="auto" w:fill="FFFFFF" w:themeFill="background1"/>
        <w:spacing w:after="0" w:line="240" w:lineRule="auto"/>
      </w:pPr>
      <w:r>
        <w:t>- HS: Vở ô ly, VBT, bảng con, bút chì.</w:t>
      </w:r>
    </w:p>
    <w:p w14:paraId="70DA5FFB"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7CBF7A21" w14:textId="77777777" w:rsidTr="00F144D6">
        <w:trPr>
          <w:jc w:val="center"/>
        </w:trPr>
        <w:tc>
          <w:tcPr>
            <w:tcW w:w="5216" w:type="dxa"/>
            <w:tcBorders>
              <w:bottom w:val="single" w:sz="6" w:space="0" w:color="000000"/>
            </w:tcBorders>
            <w:shd w:val="clear" w:color="auto" w:fill="D9EAF7"/>
            <w:vAlign w:val="center"/>
          </w:tcPr>
          <w:p w14:paraId="04A10E08" w14:textId="77777777" w:rsidR="003A09DE" w:rsidRDefault="0064324E" w:rsidP="00F144D6">
            <w:pPr>
              <w:shd w:val="clear" w:color="auto" w:fill="FFFFFF" w:themeFill="background1"/>
              <w:spacing w:after="0"/>
              <w:jc w:val="center"/>
            </w:pPr>
            <w:r>
              <w:rPr>
                <w:b/>
              </w:rPr>
              <w:t>Hoạt động của giáo viên</w:t>
            </w:r>
          </w:p>
        </w:tc>
        <w:tc>
          <w:tcPr>
            <w:tcW w:w="5216" w:type="dxa"/>
            <w:tcBorders>
              <w:bottom w:val="single" w:sz="6" w:space="0" w:color="000000"/>
            </w:tcBorders>
            <w:shd w:val="clear" w:color="auto" w:fill="D9EAF7"/>
            <w:vAlign w:val="center"/>
          </w:tcPr>
          <w:p w14:paraId="31A40779" w14:textId="77777777" w:rsidR="003A09DE" w:rsidRDefault="0064324E" w:rsidP="00F144D6">
            <w:pPr>
              <w:shd w:val="clear" w:color="auto" w:fill="FFFFFF" w:themeFill="background1"/>
              <w:spacing w:after="0"/>
              <w:jc w:val="center"/>
            </w:pPr>
            <w:r>
              <w:rPr>
                <w:b/>
              </w:rPr>
              <w:t>Hoạt động của học sinh</w:t>
            </w:r>
          </w:p>
        </w:tc>
      </w:tr>
      <w:tr w:rsidR="003A09DE" w14:paraId="70721799" w14:textId="77777777" w:rsidTr="00F144D6">
        <w:trPr>
          <w:jc w:val="center"/>
        </w:trPr>
        <w:tc>
          <w:tcPr>
            <w:tcW w:w="10432" w:type="dxa"/>
            <w:gridSpan w:val="2"/>
            <w:tcBorders>
              <w:top w:val="single" w:sz="6" w:space="0" w:color="000000"/>
              <w:bottom w:val="single" w:sz="6" w:space="0" w:color="000000"/>
            </w:tcBorders>
            <w:shd w:val="clear" w:color="auto" w:fill="DDEBD6"/>
          </w:tcPr>
          <w:p w14:paraId="58BD47A3" w14:textId="77777777" w:rsidR="003A09DE" w:rsidRDefault="0064324E" w:rsidP="00F144D6">
            <w:pPr>
              <w:shd w:val="clear" w:color="auto" w:fill="FFFFFF" w:themeFill="background1"/>
              <w:spacing w:after="0" w:line="240" w:lineRule="auto"/>
            </w:pPr>
            <w:r>
              <w:rPr>
                <w:b/>
              </w:rPr>
              <w:t>1. KHỞI ĐỘNG (3 phút)</w:t>
            </w:r>
            <w:r>
              <w:rPr>
                <w:i/>
              </w:rPr>
              <w:br/>
              <w:t>Mục tiêu: HS nhớ lại nội dung bài đọc và chuẩn bị nghe - viết.</w:t>
            </w:r>
          </w:p>
        </w:tc>
      </w:tr>
      <w:tr w:rsidR="003A09DE" w14:paraId="241BB4E1" w14:textId="77777777" w:rsidTr="00F144D6">
        <w:trPr>
          <w:jc w:val="center"/>
        </w:trPr>
        <w:tc>
          <w:tcPr>
            <w:tcW w:w="4800" w:type="dxa"/>
            <w:tcBorders>
              <w:top w:val="single" w:sz="6" w:space="0" w:color="000000"/>
            </w:tcBorders>
          </w:tcPr>
          <w:p w14:paraId="64002B30" w14:textId="77777777" w:rsidR="003A09DE" w:rsidRDefault="0064324E" w:rsidP="00F144D6">
            <w:pPr>
              <w:shd w:val="clear" w:color="auto" w:fill="FFFFFF" w:themeFill="background1"/>
              <w:spacing w:after="0" w:line="240" w:lineRule="auto"/>
            </w:pPr>
            <w:r>
              <w:t>- GV hỏi: Trong bài Chiếc rễ đa tròn, Bác Hồ đã làm gì với chiếc rễ đa nhỏ?</w:t>
            </w:r>
          </w:p>
        </w:tc>
        <w:tc>
          <w:tcPr>
            <w:tcW w:w="4800" w:type="dxa"/>
            <w:tcBorders>
              <w:top w:val="single" w:sz="6" w:space="0" w:color="000000"/>
            </w:tcBorders>
          </w:tcPr>
          <w:p w14:paraId="7585ABC6" w14:textId="77777777" w:rsidR="003A09DE" w:rsidRDefault="0064324E" w:rsidP="00F144D6">
            <w:pPr>
              <w:shd w:val="clear" w:color="auto" w:fill="FFFFFF" w:themeFill="background1"/>
              <w:spacing w:after="0" w:line="240" w:lineRule="auto"/>
            </w:pPr>
            <w:r>
              <w:t>- HS trả lời: Bác hướng dẫn chú cần vụ trồng chiếc rễ đa thành vòng tròn để sau này thiếu nhi có chỗ vui chơi.</w:t>
            </w:r>
          </w:p>
        </w:tc>
      </w:tr>
      <w:tr w:rsidR="003A09DE" w14:paraId="4F748AD3" w14:textId="77777777" w:rsidTr="00F144D6">
        <w:trPr>
          <w:jc w:val="center"/>
        </w:trPr>
        <w:tc>
          <w:tcPr>
            <w:tcW w:w="4800" w:type="dxa"/>
            <w:tcBorders>
              <w:bottom w:val="single" w:sz="6" w:space="0" w:color="000000"/>
            </w:tcBorders>
          </w:tcPr>
          <w:p w14:paraId="55F6EF95" w14:textId="77777777" w:rsidR="003A09DE" w:rsidRDefault="0064324E" w:rsidP="00F144D6">
            <w:pPr>
              <w:shd w:val="clear" w:color="auto" w:fill="FFFFFF" w:themeFill="background1"/>
              <w:spacing w:after="0" w:line="240" w:lineRule="auto"/>
            </w:pPr>
            <w:r>
              <w:t>- GV dẫn vào bài chính tả: Hôm nay các em nghe - viết một đoạn trong bài Chiếc rễ đa tròn và luyện viết hoa tên người.</w:t>
            </w:r>
          </w:p>
        </w:tc>
        <w:tc>
          <w:tcPr>
            <w:tcW w:w="4800" w:type="dxa"/>
            <w:tcBorders>
              <w:bottom w:val="single" w:sz="6" w:space="0" w:color="000000"/>
            </w:tcBorders>
          </w:tcPr>
          <w:p w14:paraId="7D520AC8" w14:textId="77777777" w:rsidR="003A09DE" w:rsidRDefault="0064324E" w:rsidP="00F144D6">
            <w:pPr>
              <w:shd w:val="clear" w:color="auto" w:fill="FFFFFF" w:themeFill="background1"/>
              <w:spacing w:after="0" w:line="240" w:lineRule="auto"/>
            </w:pPr>
            <w:r>
              <w:t>- HS lắng nghe, chuẩn bị vở viết.</w:t>
            </w:r>
          </w:p>
        </w:tc>
      </w:tr>
      <w:tr w:rsidR="003A09DE" w14:paraId="7600EAE0" w14:textId="77777777" w:rsidTr="00F144D6">
        <w:trPr>
          <w:jc w:val="center"/>
        </w:trPr>
        <w:tc>
          <w:tcPr>
            <w:tcW w:w="10432" w:type="dxa"/>
            <w:gridSpan w:val="2"/>
            <w:tcBorders>
              <w:top w:val="single" w:sz="6" w:space="0" w:color="000000"/>
              <w:bottom w:val="single" w:sz="6" w:space="0" w:color="000000"/>
            </w:tcBorders>
            <w:shd w:val="clear" w:color="auto" w:fill="DDEBD6"/>
          </w:tcPr>
          <w:p w14:paraId="44FE9758" w14:textId="77777777" w:rsidR="003A09DE" w:rsidRDefault="0064324E" w:rsidP="00F144D6">
            <w:pPr>
              <w:shd w:val="clear" w:color="auto" w:fill="FFFFFF" w:themeFill="background1"/>
              <w:spacing w:after="0" w:line="240" w:lineRule="auto"/>
            </w:pPr>
            <w:r>
              <w:rPr>
                <w:b/>
              </w:rPr>
              <w:t>2. KHÁM PHÁ KIẾN THỨC (8 phút)</w:t>
            </w:r>
            <w:r>
              <w:rPr>
                <w:i/>
              </w:rPr>
              <w:br/>
              <w:t>Mục tiêu: HS hiểu nội dung đoạn viết, nhận biết từ khó và cách trình bày.</w:t>
            </w:r>
          </w:p>
        </w:tc>
      </w:tr>
      <w:tr w:rsidR="003A09DE" w14:paraId="4B2D879F" w14:textId="77777777" w:rsidTr="00F144D6">
        <w:trPr>
          <w:jc w:val="center"/>
        </w:trPr>
        <w:tc>
          <w:tcPr>
            <w:tcW w:w="10432" w:type="dxa"/>
            <w:gridSpan w:val="2"/>
            <w:tcBorders>
              <w:top w:val="single" w:sz="6" w:space="0" w:color="000000"/>
              <w:bottom w:val="single" w:sz="6" w:space="0" w:color="000000"/>
            </w:tcBorders>
            <w:shd w:val="clear" w:color="auto" w:fill="DDEBD6"/>
          </w:tcPr>
          <w:p w14:paraId="1C3F8066" w14:textId="77777777" w:rsidR="003A09DE" w:rsidRDefault="0064324E" w:rsidP="00F144D6">
            <w:pPr>
              <w:shd w:val="clear" w:color="auto" w:fill="FFFFFF" w:themeFill="background1"/>
              <w:spacing w:after="0" w:line="240" w:lineRule="auto"/>
            </w:pPr>
            <w:r>
              <w:rPr>
                <w:b/>
              </w:rPr>
              <w:t>Hoạt động 1: Tìm hiểu đoạn nghe - viết</w:t>
            </w:r>
          </w:p>
        </w:tc>
      </w:tr>
      <w:tr w:rsidR="003A09DE" w14:paraId="378E3457" w14:textId="77777777" w:rsidTr="00F144D6">
        <w:trPr>
          <w:jc w:val="center"/>
        </w:trPr>
        <w:tc>
          <w:tcPr>
            <w:tcW w:w="4800" w:type="dxa"/>
            <w:tcBorders>
              <w:top w:val="single" w:sz="6" w:space="0" w:color="000000"/>
            </w:tcBorders>
          </w:tcPr>
          <w:p w14:paraId="2CB8ABF0" w14:textId="77777777" w:rsidR="003A09DE" w:rsidRDefault="0064324E" w:rsidP="00F144D6">
            <w:pPr>
              <w:shd w:val="clear" w:color="auto" w:fill="FFFFFF" w:themeFill="background1"/>
              <w:spacing w:after="0" w:line="240" w:lineRule="auto"/>
            </w:pPr>
            <w:r>
              <w:rPr>
                <w:b/>
              </w:rPr>
              <w:t>Bài tập 1: Nghe - viết: Chiếc rễ đa tròn (từ Nhiều năm sau đến hình tròn như thế).</w:t>
            </w:r>
          </w:p>
          <w:p w14:paraId="43A8F379" w14:textId="6B5A72E8" w:rsidR="003A09DE" w:rsidRDefault="003A09DE" w:rsidP="00F144D6">
            <w:pPr>
              <w:shd w:val="clear" w:color="auto" w:fill="FFFFFF" w:themeFill="background1"/>
              <w:spacing w:after="0"/>
              <w:jc w:val="center"/>
            </w:pPr>
          </w:p>
        </w:tc>
        <w:tc>
          <w:tcPr>
            <w:tcW w:w="4800" w:type="dxa"/>
            <w:tcBorders>
              <w:top w:val="single" w:sz="6" w:space="0" w:color="000000"/>
            </w:tcBorders>
          </w:tcPr>
          <w:p w14:paraId="43914844" w14:textId="77777777" w:rsidR="003A09DE" w:rsidRDefault="0064324E" w:rsidP="00F144D6">
            <w:pPr>
              <w:shd w:val="clear" w:color="auto" w:fill="FFFFFF" w:themeFill="background1"/>
              <w:spacing w:after="0" w:line="240" w:lineRule="auto"/>
            </w:pPr>
            <w:r>
              <w:t>- HS đọc yêu cầu, lắng nghe GV đọc đoạn viết.</w:t>
            </w:r>
          </w:p>
        </w:tc>
      </w:tr>
      <w:tr w:rsidR="003A09DE" w14:paraId="7F29552E" w14:textId="77777777" w:rsidTr="00F144D6">
        <w:trPr>
          <w:jc w:val="center"/>
        </w:trPr>
        <w:tc>
          <w:tcPr>
            <w:tcW w:w="4800" w:type="dxa"/>
          </w:tcPr>
          <w:p w14:paraId="657ACD10" w14:textId="77777777" w:rsidR="003A09DE" w:rsidRDefault="0064324E" w:rsidP="00F144D6">
            <w:pPr>
              <w:shd w:val="clear" w:color="auto" w:fill="FFFFFF" w:themeFill="background1"/>
              <w:spacing w:after="0" w:line="240" w:lineRule="auto"/>
            </w:pPr>
            <w:r>
              <w:t>- GV đọc đoạn viết một lượt và hỏi: Đoạn văn nói về điều gì?</w:t>
            </w:r>
          </w:p>
        </w:tc>
        <w:tc>
          <w:tcPr>
            <w:tcW w:w="4800" w:type="dxa"/>
          </w:tcPr>
          <w:p w14:paraId="3319C863" w14:textId="77777777" w:rsidR="003A09DE" w:rsidRDefault="0064324E" w:rsidP="00F144D6">
            <w:pPr>
              <w:shd w:val="clear" w:color="auto" w:fill="FFFFFF" w:themeFill="background1"/>
              <w:spacing w:after="0" w:line="240" w:lineRule="auto"/>
            </w:pPr>
            <w:r>
              <w:t>- HS nêu: Đoạn văn nói về chiếc rễ đa lớn lên thành cây đa con có vòng lá tròn; thiếu nhi vào thăm vườn Bác rất thích chui qua chui lại.</w:t>
            </w:r>
          </w:p>
        </w:tc>
      </w:tr>
      <w:tr w:rsidR="003A09DE" w14:paraId="31F2CB79" w14:textId="77777777" w:rsidTr="00F144D6">
        <w:trPr>
          <w:jc w:val="center"/>
        </w:trPr>
        <w:tc>
          <w:tcPr>
            <w:tcW w:w="4800" w:type="dxa"/>
          </w:tcPr>
          <w:p w14:paraId="6FB5B008" w14:textId="77777777" w:rsidR="003A09DE" w:rsidRDefault="0064324E" w:rsidP="00F144D6">
            <w:pPr>
              <w:shd w:val="clear" w:color="auto" w:fill="FFFFFF" w:themeFill="background1"/>
              <w:spacing w:after="0" w:line="240" w:lineRule="auto"/>
            </w:pPr>
            <w:r>
              <w:lastRenderedPageBreak/>
              <w:t>- GV hỏi: Trong đoạn viết có những từ nào dễ viết sai?</w:t>
            </w:r>
          </w:p>
        </w:tc>
        <w:tc>
          <w:tcPr>
            <w:tcW w:w="4800" w:type="dxa"/>
          </w:tcPr>
          <w:p w14:paraId="282F1985" w14:textId="77777777" w:rsidR="003A09DE" w:rsidRDefault="0064324E" w:rsidP="00F144D6">
            <w:pPr>
              <w:shd w:val="clear" w:color="auto" w:fill="FFFFFF" w:themeFill="background1"/>
              <w:spacing w:after="0" w:line="240" w:lineRule="auto"/>
            </w:pPr>
            <w:r>
              <w:t>- HS nêu: nhiều năm sau, chiếc rễ, thành cây, thiếu nhi, vui chơi, hình tròn.</w:t>
            </w:r>
          </w:p>
        </w:tc>
      </w:tr>
      <w:tr w:rsidR="003A09DE" w14:paraId="2A50DD88" w14:textId="77777777" w:rsidTr="00F144D6">
        <w:trPr>
          <w:jc w:val="center"/>
        </w:trPr>
        <w:tc>
          <w:tcPr>
            <w:tcW w:w="4800" w:type="dxa"/>
            <w:tcBorders>
              <w:bottom w:val="single" w:sz="6" w:space="0" w:color="000000"/>
            </w:tcBorders>
          </w:tcPr>
          <w:p w14:paraId="4A74B7B9" w14:textId="77777777" w:rsidR="003A09DE" w:rsidRDefault="0064324E" w:rsidP="00F144D6">
            <w:pPr>
              <w:shd w:val="clear" w:color="auto" w:fill="FFFFFF" w:themeFill="background1"/>
              <w:spacing w:after="0" w:line="240" w:lineRule="auto"/>
            </w:pPr>
            <w:r>
              <w:t>- GV hướng dẫn HS luyện viết từ khó vào bảng con.</w:t>
            </w:r>
          </w:p>
        </w:tc>
        <w:tc>
          <w:tcPr>
            <w:tcW w:w="4800" w:type="dxa"/>
            <w:tcBorders>
              <w:bottom w:val="single" w:sz="6" w:space="0" w:color="000000"/>
            </w:tcBorders>
          </w:tcPr>
          <w:p w14:paraId="7AB91B15" w14:textId="77777777" w:rsidR="003A09DE" w:rsidRDefault="0064324E" w:rsidP="00F144D6">
            <w:pPr>
              <w:shd w:val="clear" w:color="auto" w:fill="FFFFFF" w:themeFill="background1"/>
              <w:spacing w:after="0" w:line="240" w:lineRule="auto"/>
            </w:pPr>
            <w:r>
              <w:t>- HS viết bảng con; sửa lỗi theo nhận xét của GV.</w:t>
            </w:r>
          </w:p>
        </w:tc>
      </w:tr>
      <w:tr w:rsidR="003A09DE" w14:paraId="3086651E" w14:textId="77777777" w:rsidTr="00F144D6">
        <w:trPr>
          <w:jc w:val="center"/>
        </w:trPr>
        <w:tc>
          <w:tcPr>
            <w:tcW w:w="10432" w:type="dxa"/>
            <w:gridSpan w:val="2"/>
            <w:tcBorders>
              <w:top w:val="single" w:sz="6" w:space="0" w:color="000000"/>
              <w:bottom w:val="single" w:sz="6" w:space="0" w:color="000000"/>
            </w:tcBorders>
            <w:shd w:val="clear" w:color="auto" w:fill="DDEBD6"/>
          </w:tcPr>
          <w:p w14:paraId="7B4F6945" w14:textId="77777777" w:rsidR="003A09DE" w:rsidRDefault="0064324E" w:rsidP="00F144D6">
            <w:pPr>
              <w:shd w:val="clear" w:color="auto" w:fill="FFFFFF" w:themeFill="background1"/>
              <w:spacing w:after="0" w:line="240" w:lineRule="auto"/>
            </w:pPr>
            <w:r>
              <w:rPr>
                <w:b/>
              </w:rPr>
              <w:t>3. LUYỆN TẬP - THỰC HÀNH (18 phút)</w:t>
            </w:r>
            <w:r>
              <w:rPr>
                <w:i/>
              </w:rPr>
              <w:br/>
              <w:t>Mục tiêu: HS nghe - viết đúng đoạn văn, làm đúng bài tập chính tả.</w:t>
            </w:r>
          </w:p>
        </w:tc>
      </w:tr>
      <w:tr w:rsidR="003A09DE" w14:paraId="64329613" w14:textId="77777777" w:rsidTr="00F144D6">
        <w:trPr>
          <w:jc w:val="center"/>
        </w:trPr>
        <w:tc>
          <w:tcPr>
            <w:tcW w:w="4800" w:type="dxa"/>
            <w:tcBorders>
              <w:top w:val="single" w:sz="6" w:space="0" w:color="000000"/>
            </w:tcBorders>
          </w:tcPr>
          <w:p w14:paraId="2EE1FCDA" w14:textId="77777777" w:rsidR="003A09DE" w:rsidRDefault="0064324E" w:rsidP="00F144D6">
            <w:pPr>
              <w:shd w:val="clear" w:color="auto" w:fill="FFFFFF" w:themeFill="background1"/>
              <w:spacing w:after="0" w:line="240" w:lineRule="auto"/>
            </w:pPr>
            <w:r>
              <w:t>- GV đọc từng cụm từ cho HS viết; đọc chậm, rõ ràng, đúng tốc độ.</w:t>
            </w:r>
          </w:p>
        </w:tc>
        <w:tc>
          <w:tcPr>
            <w:tcW w:w="4800" w:type="dxa"/>
            <w:tcBorders>
              <w:top w:val="single" w:sz="6" w:space="0" w:color="000000"/>
            </w:tcBorders>
          </w:tcPr>
          <w:p w14:paraId="2EADFF94" w14:textId="77777777" w:rsidR="003A09DE" w:rsidRDefault="0064324E" w:rsidP="00F144D6">
            <w:pPr>
              <w:shd w:val="clear" w:color="auto" w:fill="FFFFFF" w:themeFill="background1"/>
              <w:spacing w:after="0" w:line="240" w:lineRule="auto"/>
            </w:pPr>
            <w:r>
              <w:t>- HS nghe - viết vào vở, trình bày đoạn văn sạch đẹp.</w:t>
            </w:r>
          </w:p>
        </w:tc>
      </w:tr>
      <w:tr w:rsidR="003A09DE" w14:paraId="3A86D112" w14:textId="77777777" w:rsidTr="00F144D6">
        <w:trPr>
          <w:jc w:val="center"/>
        </w:trPr>
        <w:tc>
          <w:tcPr>
            <w:tcW w:w="4800" w:type="dxa"/>
          </w:tcPr>
          <w:p w14:paraId="03B4316B" w14:textId="77777777" w:rsidR="003A09DE" w:rsidRDefault="0064324E" w:rsidP="00F144D6">
            <w:pPr>
              <w:shd w:val="clear" w:color="auto" w:fill="FFFFFF" w:themeFill="background1"/>
              <w:spacing w:after="0" w:line="240" w:lineRule="auto"/>
            </w:pPr>
            <w:r>
              <w:t>- GV đọc lại toàn đoạn để HS soát lỗi; hướng dẫn HS dùng bút chì gạch chân lỗi.</w:t>
            </w:r>
          </w:p>
        </w:tc>
        <w:tc>
          <w:tcPr>
            <w:tcW w:w="4800" w:type="dxa"/>
          </w:tcPr>
          <w:p w14:paraId="32D89988" w14:textId="77777777" w:rsidR="003A09DE" w:rsidRDefault="0064324E" w:rsidP="00F144D6">
            <w:pPr>
              <w:shd w:val="clear" w:color="auto" w:fill="FFFFFF" w:themeFill="background1"/>
              <w:spacing w:after="0" w:line="240" w:lineRule="auto"/>
            </w:pPr>
            <w:r>
              <w:t>- HS soát lỗi, tự sửa lỗi nếu có.</w:t>
            </w:r>
          </w:p>
        </w:tc>
      </w:tr>
      <w:tr w:rsidR="003A09DE" w14:paraId="09B4F711" w14:textId="77777777" w:rsidTr="00F144D6">
        <w:trPr>
          <w:jc w:val="center"/>
        </w:trPr>
        <w:tc>
          <w:tcPr>
            <w:tcW w:w="4800" w:type="dxa"/>
          </w:tcPr>
          <w:p w14:paraId="610F7122" w14:textId="77777777" w:rsidR="003A09DE" w:rsidRDefault="0064324E" w:rsidP="00F144D6">
            <w:pPr>
              <w:shd w:val="clear" w:color="auto" w:fill="FFFFFF" w:themeFill="background1"/>
              <w:spacing w:after="0" w:line="240" w:lineRule="auto"/>
            </w:pPr>
            <w:r>
              <w:t>- GV yêu cầu HS đổi vở theo cặp để kiểm tra lỗi chính tả.</w:t>
            </w:r>
          </w:p>
        </w:tc>
        <w:tc>
          <w:tcPr>
            <w:tcW w:w="4800" w:type="dxa"/>
          </w:tcPr>
          <w:p w14:paraId="28741E23" w14:textId="77777777" w:rsidR="003A09DE" w:rsidRDefault="0064324E" w:rsidP="00F144D6">
            <w:pPr>
              <w:shd w:val="clear" w:color="auto" w:fill="FFFFFF" w:themeFill="background1"/>
              <w:spacing w:after="0" w:line="240" w:lineRule="auto"/>
            </w:pPr>
            <w:r>
              <w:t>- HS đổi vở, góp ý nhẹ nhàng và sửa lỗi.</w:t>
            </w:r>
          </w:p>
        </w:tc>
      </w:tr>
      <w:tr w:rsidR="003A09DE" w14:paraId="1ACFD02D" w14:textId="77777777" w:rsidTr="00F144D6">
        <w:trPr>
          <w:jc w:val="center"/>
        </w:trPr>
        <w:tc>
          <w:tcPr>
            <w:tcW w:w="4800" w:type="dxa"/>
          </w:tcPr>
          <w:p w14:paraId="7E76EC30" w14:textId="77777777" w:rsidR="003A09DE" w:rsidRDefault="0064324E" w:rsidP="00F144D6">
            <w:pPr>
              <w:shd w:val="clear" w:color="auto" w:fill="FFFFFF" w:themeFill="background1"/>
              <w:spacing w:after="0" w:line="240" w:lineRule="auto"/>
            </w:pPr>
            <w:r>
              <w:rPr>
                <w:b/>
              </w:rPr>
              <w:t>Bài tập 2: Viết vào vở tên của 2 nhân vật được nói đến trong chủ điểm Con người Việt Nam.</w:t>
            </w:r>
          </w:p>
        </w:tc>
        <w:tc>
          <w:tcPr>
            <w:tcW w:w="4800" w:type="dxa"/>
          </w:tcPr>
          <w:p w14:paraId="334FE34D" w14:textId="77777777" w:rsidR="003A09DE" w:rsidRDefault="0064324E" w:rsidP="00F144D6">
            <w:pPr>
              <w:shd w:val="clear" w:color="auto" w:fill="FFFFFF" w:themeFill="background1"/>
              <w:spacing w:after="0" w:line="240" w:lineRule="auto"/>
            </w:pPr>
            <w:r>
              <w:t>- HS nêu và viết tên nhân vật. Dự kiến: Mai An Tiêm, Trần Quốc Toản, Bác Hồ.</w:t>
            </w:r>
          </w:p>
        </w:tc>
      </w:tr>
      <w:tr w:rsidR="003A09DE" w14:paraId="044A84E0" w14:textId="77777777" w:rsidTr="00F144D6">
        <w:trPr>
          <w:jc w:val="center"/>
        </w:trPr>
        <w:tc>
          <w:tcPr>
            <w:tcW w:w="4800" w:type="dxa"/>
          </w:tcPr>
          <w:p w14:paraId="3172019A" w14:textId="77777777" w:rsidR="003A09DE" w:rsidRDefault="0064324E" w:rsidP="00F144D6">
            <w:pPr>
              <w:shd w:val="clear" w:color="auto" w:fill="FFFFFF" w:themeFill="background1"/>
              <w:spacing w:after="0" w:line="240" w:lineRule="auto"/>
            </w:pPr>
            <w:r>
              <w:rPr>
                <w:b/>
              </w:rPr>
              <w:t>Bài tập 3: Chọn a hoặc b. a. Tìm từ ngữ có tiếng chứa iu hoặc ưu.</w:t>
            </w:r>
          </w:p>
        </w:tc>
        <w:tc>
          <w:tcPr>
            <w:tcW w:w="4800" w:type="dxa"/>
          </w:tcPr>
          <w:p w14:paraId="7DB42DB5" w14:textId="77777777" w:rsidR="003A09DE" w:rsidRDefault="0064324E" w:rsidP="00F144D6">
            <w:pPr>
              <w:shd w:val="clear" w:color="auto" w:fill="FFFFFF" w:themeFill="background1"/>
              <w:spacing w:after="0" w:line="240" w:lineRule="auto"/>
            </w:pPr>
            <w:r>
              <w:t>- HS quan sát tranh, tìm từ: cứu thương, địu em, cái địu, con cừu, cặp cứu hộ.</w:t>
            </w:r>
          </w:p>
        </w:tc>
      </w:tr>
      <w:tr w:rsidR="003A09DE" w14:paraId="3102A468" w14:textId="77777777" w:rsidTr="00F144D6">
        <w:trPr>
          <w:jc w:val="center"/>
        </w:trPr>
        <w:tc>
          <w:tcPr>
            <w:tcW w:w="4800" w:type="dxa"/>
            <w:tcBorders>
              <w:bottom w:val="nil"/>
            </w:tcBorders>
          </w:tcPr>
          <w:p w14:paraId="39D82C43" w14:textId="77777777" w:rsidR="003A09DE" w:rsidRDefault="0064324E" w:rsidP="00F144D6">
            <w:pPr>
              <w:shd w:val="clear" w:color="auto" w:fill="FFFFFF" w:themeFill="background1"/>
              <w:spacing w:after="0" w:line="240" w:lineRule="auto"/>
            </w:pPr>
            <w:r>
              <w:rPr>
                <w:b/>
              </w:rPr>
              <w:t>b. Chọn im hoặc iêm thay cho ô vuông: đàn ch..., quả hồng x..., đứng ngh..., màu t...</w:t>
            </w:r>
          </w:p>
        </w:tc>
        <w:tc>
          <w:tcPr>
            <w:tcW w:w="4800" w:type="dxa"/>
            <w:tcBorders>
              <w:bottom w:val="nil"/>
            </w:tcBorders>
          </w:tcPr>
          <w:p w14:paraId="3526EA98" w14:textId="77777777" w:rsidR="003A09DE" w:rsidRDefault="0064324E" w:rsidP="00F144D6">
            <w:pPr>
              <w:shd w:val="clear" w:color="auto" w:fill="FFFFFF" w:themeFill="background1"/>
              <w:spacing w:after="0" w:line="240" w:lineRule="auto"/>
            </w:pPr>
            <w:r>
              <w:t>- HS chọn: đàn chim, quả hồng xiêm, đứng nghiêm, màu tím.</w:t>
            </w:r>
          </w:p>
        </w:tc>
      </w:tr>
      <w:tr w:rsidR="003A09DE" w14:paraId="776D18AE" w14:textId="77777777" w:rsidTr="00F144D6">
        <w:trPr>
          <w:jc w:val="center"/>
        </w:trPr>
        <w:tc>
          <w:tcPr>
            <w:tcW w:w="10432" w:type="dxa"/>
            <w:gridSpan w:val="2"/>
            <w:tcBorders>
              <w:top w:val="nil"/>
              <w:left w:val="nil"/>
              <w:bottom w:val="nil"/>
              <w:right w:val="nil"/>
            </w:tcBorders>
            <w:shd w:val="clear" w:color="auto" w:fill="DDEBD6"/>
          </w:tcPr>
          <w:p w14:paraId="4D6A05CB" w14:textId="77777777" w:rsidR="003A09DE" w:rsidRDefault="0064324E" w:rsidP="00F144D6">
            <w:pPr>
              <w:shd w:val="clear" w:color="auto" w:fill="FFFFFF" w:themeFill="background1"/>
              <w:spacing w:after="0" w:line="240" w:lineRule="auto"/>
            </w:pPr>
            <w:r>
              <w:rPr>
                <w:b/>
              </w:rPr>
              <w:t>4. VẬN DỤNG (6 phút)</w:t>
            </w:r>
            <w:r>
              <w:rPr>
                <w:i/>
              </w:rPr>
              <w:br/>
              <w:t>Mục tiêu: HS vận dụng quy tắc viết hoa tên người và liên hệ tình cảm kính yêu Bác Hồ.</w:t>
            </w:r>
          </w:p>
        </w:tc>
      </w:tr>
      <w:tr w:rsidR="003A09DE" w14:paraId="66F461F2" w14:textId="77777777" w:rsidTr="00F144D6">
        <w:trPr>
          <w:jc w:val="center"/>
        </w:trPr>
        <w:tc>
          <w:tcPr>
            <w:tcW w:w="4800" w:type="dxa"/>
            <w:tcBorders>
              <w:top w:val="nil"/>
            </w:tcBorders>
          </w:tcPr>
          <w:p w14:paraId="2F58C68B" w14:textId="77777777" w:rsidR="003A09DE" w:rsidRDefault="0064324E" w:rsidP="00F144D6">
            <w:pPr>
              <w:shd w:val="clear" w:color="auto" w:fill="FFFFFF" w:themeFill="background1"/>
              <w:spacing w:after="0" w:line="240" w:lineRule="auto"/>
            </w:pPr>
            <w:r>
              <w:t>- GV hỏi: Khi viết tên Bác Hồ hoặc tên các nhân vật trong chủ điểm, em cần chú ý điều gì?</w:t>
            </w:r>
          </w:p>
        </w:tc>
        <w:tc>
          <w:tcPr>
            <w:tcW w:w="4800" w:type="dxa"/>
            <w:tcBorders>
              <w:top w:val="nil"/>
            </w:tcBorders>
          </w:tcPr>
          <w:p w14:paraId="7BC59BBB" w14:textId="77777777" w:rsidR="003A09DE" w:rsidRDefault="0064324E" w:rsidP="00F144D6">
            <w:pPr>
              <w:shd w:val="clear" w:color="auto" w:fill="FFFFFF" w:themeFill="background1"/>
              <w:spacing w:after="0" w:line="240" w:lineRule="auto"/>
            </w:pPr>
            <w:r>
              <w:t>- HS trả lời: Cần viết hoa chữ cái đầu mỗi tiếng trong tên riêng.</w:t>
            </w:r>
          </w:p>
        </w:tc>
      </w:tr>
      <w:tr w:rsidR="003A09DE" w14:paraId="1BD5A3BE" w14:textId="77777777" w:rsidTr="00F144D6">
        <w:trPr>
          <w:jc w:val="center"/>
        </w:trPr>
        <w:tc>
          <w:tcPr>
            <w:tcW w:w="4800" w:type="dxa"/>
          </w:tcPr>
          <w:p w14:paraId="485E7B6C" w14:textId="77777777" w:rsidR="003A09DE" w:rsidRDefault="0064324E" w:rsidP="00F144D6">
            <w:pPr>
              <w:shd w:val="clear" w:color="auto" w:fill="FFFFFF" w:themeFill="background1"/>
              <w:spacing w:after="0" w:line="240" w:lineRule="auto"/>
            </w:pPr>
            <w:r>
              <w:t>- GV nhận xét và dặn HS viết cẩn thận tên người, giữ vở sạch, chuẩn bị bài Luyện từ và câu.</w:t>
            </w:r>
          </w:p>
        </w:tc>
        <w:tc>
          <w:tcPr>
            <w:tcW w:w="4800" w:type="dxa"/>
          </w:tcPr>
          <w:p w14:paraId="6BB1B766" w14:textId="77777777" w:rsidR="003A09DE" w:rsidRDefault="0064324E" w:rsidP="00F144D6">
            <w:pPr>
              <w:shd w:val="clear" w:color="auto" w:fill="FFFFFF" w:themeFill="background1"/>
              <w:spacing w:after="0" w:line="240" w:lineRule="auto"/>
            </w:pPr>
            <w:r>
              <w:t>- HS lắng nghe, ghi nhớ.</w:t>
            </w:r>
          </w:p>
        </w:tc>
      </w:tr>
    </w:tbl>
    <w:p w14:paraId="6DF761D9" w14:textId="77777777" w:rsidR="003A09DE" w:rsidRDefault="0064324E" w:rsidP="00F144D6">
      <w:pPr>
        <w:shd w:val="clear" w:color="auto" w:fill="FFFFFF" w:themeFill="background1"/>
        <w:spacing w:after="0" w:line="240" w:lineRule="auto"/>
      </w:pPr>
      <w:r>
        <w:rPr>
          <w:b/>
        </w:rPr>
        <w:t>IV. ĐIỀU CHỈNH SAU TIẾT HỌC (NẾU CÓ)</w:t>
      </w:r>
    </w:p>
    <w:p w14:paraId="4671BA04" w14:textId="77777777" w:rsidR="003A09DE" w:rsidRDefault="003A09DE" w:rsidP="00F144D6">
      <w:pPr>
        <w:shd w:val="clear" w:color="auto" w:fill="FFFFFF" w:themeFill="background1"/>
        <w:spacing w:after="0" w:line="240" w:lineRule="auto"/>
      </w:pPr>
    </w:p>
    <w:p w14:paraId="13FA12C8" w14:textId="77777777" w:rsidR="003A09DE" w:rsidRDefault="0064324E" w:rsidP="00F144D6">
      <w:pPr>
        <w:shd w:val="clear" w:color="auto" w:fill="FFFFFF" w:themeFill="background1"/>
        <w:spacing w:after="0" w:line="240" w:lineRule="auto"/>
        <w:jc w:val="center"/>
      </w:pPr>
      <w:r>
        <w:rPr>
          <w:b/>
        </w:rPr>
        <w:t>BÀI 24: CHIẾC RỄ ĐA TRÒN</w:t>
      </w:r>
    </w:p>
    <w:p w14:paraId="7BAF48A3" w14:textId="77777777" w:rsidR="003A09DE" w:rsidRDefault="0064324E" w:rsidP="00F144D6">
      <w:pPr>
        <w:shd w:val="clear" w:color="auto" w:fill="FFFFFF" w:themeFill="background1"/>
        <w:spacing w:after="60" w:line="240" w:lineRule="auto"/>
        <w:jc w:val="center"/>
      </w:pPr>
      <w:r>
        <w:rPr>
          <w:b/>
        </w:rPr>
        <w:t>TIẾT 4: LUYỆN TỪ VÀ CÂU - MỞ RỘNG VỐN TỪ VỀ BÁC HỒ VÀ NHÂN DÂN</w:t>
      </w:r>
    </w:p>
    <w:p w14:paraId="0E828815" w14:textId="77777777" w:rsidR="003A09DE" w:rsidRDefault="0064324E" w:rsidP="00F144D6">
      <w:pPr>
        <w:shd w:val="clear" w:color="auto" w:fill="FFFFFF" w:themeFill="background1"/>
        <w:spacing w:after="0" w:line="240" w:lineRule="auto"/>
      </w:pPr>
      <w:r>
        <w:rPr>
          <w:b/>
        </w:rPr>
        <w:t>I. YÊU CẦU CẦN ĐẠT</w:t>
      </w:r>
    </w:p>
    <w:p w14:paraId="40AB52A3" w14:textId="77777777" w:rsidR="003A09DE" w:rsidRDefault="0064324E" w:rsidP="00F144D6">
      <w:pPr>
        <w:shd w:val="clear" w:color="auto" w:fill="FFFFFF" w:themeFill="background1"/>
        <w:spacing w:after="0" w:line="240" w:lineRule="auto"/>
      </w:pPr>
      <w:r>
        <w:rPr>
          <w:b/>
        </w:rPr>
        <w:t>1. Năng lực đặc thù</w:t>
      </w:r>
    </w:p>
    <w:p w14:paraId="078E1C39" w14:textId="77777777" w:rsidR="003A09DE" w:rsidRDefault="0064324E" w:rsidP="00F144D6">
      <w:pPr>
        <w:shd w:val="clear" w:color="auto" w:fill="FFFFFF" w:themeFill="background1"/>
        <w:spacing w:after="0" w:line="240" w:lineRule="auto"/>
      </w:pPr>
      <w:r>
        <w:t>- Xếp được các từ ngữ theo nhóm chỉ tình cảm của Bác Hồ với thiếu nhi và tình cảm của thiếu nhi với Bác Hồ.</w:t>
      </w:r>
    </w:p>
    <w:p w14:paraId="71DD647C" w14:textId="77777777" w:rsidR="003A09DE" w:rsidRDefault="0064324E" w:rsidP="00F144D6">
      <w:pPr>
        <w:shd w:val="clear" w:color="auto" w:fill="FFFFFF" w:themeFill="background1"/>
        <w:spacing w:after="0" w:line="240" w:lineRule="auto"/>
      </w:pPr>
      <w:r>
        <w:t>- Chọn đúng từ phù hợp để hoàn thành câu về con người Việt Nam.</w:t>
      </w:r>
    </w:p>
    <w:p w14:paraId="5564E893" w14:textId="77777777" w:rsidR="003A09DE" w:rsidRDefault="0064324E" w:rsidP="00F144D6">
      <w:pPr>
        <w:shd w:val="clear" w:color="auto" w:fill="FFFFFF" w:themeFill="background1"/>
        <w:spacing w:after="0" w:line="240" w:lineRule="auto"/>
      </w:pPr>
      <w:r>
        <w:t>- Đặt được tên tranh và nói được một câu về Bác Hồ theo tranh.</w:t>
      </w:r>
    </w:p>
    <w:p w14:paraId="1B3B2F3D" w14:textId="77777777" w:rsidR="003A09DE" w:rsidRDefault="0064324E" w:rsidP="00F144D6">
      <w:pPr>
        <w:shd w:val="clear" w:color="auto" w:fill="FFFFFF" w:themeFill="background1"/>
        <w:spacing w:after="0" w:line="240" w:lineRule="auto"/>
      </w:pPr>
      <w:r>
        <w:rPr>
          <w:b/>
        </w:rPr>
        <w:t>2. Năng lực chung</w:t>
      </w:r>
    </w:p>
    <w:p w14:paraId="488FF6D9" w14:textId="77777777" w:rsidR="003A09DE" w:rsidRDefault="0064324E" w:rsidP="00F144D6">
      <w:pPr>
        <w:shd w:val="clear" w:color="auto" w:fill="FFFFFF" w:themeFill="background1"/>
        <w:spacing w:after="0" w:line="240" w:lineRule="auto"/>
      </w:pPr>
      <w:r>
        <w:t>- Tự chủ và tự học: Tự đọc yêu cầu bài tập, hoàn thành nhiệm vụ cá nhân.</w:t>
      </w:r>
    </w:p>
    <w:p w14:paraId="55FDCBCE" w14:textId="77777777" w:rsidR="003A09DE" w:rsidRDefault="0064324E" w:rsidP="00F144D6">
      <w:pPr>
        <w:shd w:val="clear" w:color="auto" w:fill="FFFFFF" w:themeFill="background1"/>
        <w:spacing w:after="0" w:line="240" w:lineRule="auto"/>
      </w:pPr>
      <w:r>
        <w:t>- Giao tiếp và hợp tác: Thảo luận nhóm, trình bày và phản hồi kết quả.</w:t>
      </w:r>
    </w:p>
    <w:p w14:paraId="04808A09" w14:textId="77777777" w:rsidR="003A09DE" w:rsidRDefault="0064324E" w:rsidP="00F144D6">
      <w:pPr>
        <w:shd w:val="clear" w:color="auto" w:fill="FFFFFF" w:themeFill="background1"/>
        <w:spacing w:after="0" w:line="240" w:lineRule="auto"/>
      </w:pPr>
      <w:r>
        <w:t>- Giải quyết vấn đề và sáng tạo: Biết chọn từ phù hợp trong ngữ cảnh, nói câu rõ nghĩa.</w:t>
      </w:r>
    </w:p>
    <w:p w14:paraId="523C39D5" w14:textId="77777777" w:rsidR="003A09DE" w:rsidRDefault="0064324E" w:rsidP="00F144D6">
      <w:pPr>
        <w:shd w:val="clear" w:color="auto" w:fill="FFFFFF" w:themeFill="background1"/>
        <w:spacing w:after="0" w:line="240" w:lineRule="auto"/>
      </w:pPr>
      <w:r>
        <w:rPr>
          <w:b/>
        </w:rPr>
        <w:t>3. Phẩm chất</w:t>
      </w:r>
    </w:p>
    <w:p w14:paraId="6B8393EA" w14:textId="77777777" w:rsidR="003A09DE" w:rsidRDefault="0064324E" w:rsidP="00F144D6">
      <w:pPr>
        <w:shd w:val="clear" w:color="auto" w:fill="FFFFFF" w:themeFill="background1"/>
        <w:spacing w:after="0" w:line="240" w:lineRule="auto"/>
      </w:pPr>
      <w:r>
        <w:t>- Nhân ái: Kính yêu Bác Hồ, biết quan tâm đến mọi người.</w:t>
      </w:r>
    </w:p>
    <w:p w14:paraId="31CE7BA8" w14:textId="77777777" w:rsidR="003A09DE" w:rsidRDefault="0064324E" w:rsidP="00F144D6">
      <w:pPr>
        <w:shd w:val="clear" w:color="auto" w:fill="FFFFFF" w:themeFill="background1"/>
        <w:spacing w:after="0" w:line="240" w:lineRule="auto"/>
      </w:pPr>
      <w:r>
        <w:t>- Trách nhiệm: Biết ơn các chú bộ đội và có ý thức học tập, giữ kỉ luật.</w:t>
      </w:r>
    </w:p>
    <w:p w14:paraId="596ABB6A" w14:textId="77777777" w:rsidR="003A09DE" w:rsidRDefault="0064324E" w:rsidP="00F144D6">
      <w:pPr>
        <w:shd w:val="clear" w:color="auto" w:fill="FFFFFF" w:themeFill="background1"/>
        <w:spacing w:after="0" w:line="240" w:lineRule="auto"/>
      </w:pPr>
      <w:r>
        <w:rPr>
          <w:b/>
        </w:rPr>
        <w:t>4. Tích hợp</w:t>
      </w:r>
    </w:p>
    <w:p w14:paraId="6EA4B41C" w14:textId="77777777" w:rsidR="003A09DE" w:rsidRDefault="0064324E" w:rsidP="00F144D6">
      <w:pPr>
        <w:shd w:val="clear" w:color="auto" w:fill="FFFFFF" w:themeFill="background1"/>
        <w:spacing w:after="0" w:line="240" w:lineRule="auto"/>
      </w:pPr>
      <w:r>
        <w:rPr>
          <w:color w:val="C00000"/>
        </w:rPr>
        <w:t>- Tích hợp QPAN/ANQP: Qua câu “Các chú bộ đội chiến đấu anh dũng để bảo vệ Tổ quốc”, giáo dục HS biết ơn, kính trọng bộ đội, có ý thức chào cờ nghiêm túc, giữ kỉ luật, góp phần giữ gìn an toàn trường lớp.</w:t>
      </w:r>
    </w:p>
    <w:p w14:paraId="3F9E97E0" w14:textId="77777777" w:rsidR="003A09DE" w:rsidRDefault="0064324E" w:rsidP="00F144D6">
      <w:pPr>
        <w:shd w:val="clear" w:color="auto" w:fill="FFFFFF" w:themeFill="background1"/>
        <w:spacing w:after="0" w:line="240" w:lineRule="auto"/>
      </w:pPr>
      <w:r>
        <w:rPr>
          <w:b/>
        </w:rPr>
        <w:t>II. ĐỒ DÙNG DẠY HỌC</w:t>
      </w:r>
    </w:p>
    <w:p w14:paraId="42353009" w14:textId="77777777" w:rsidR="003A09DE" w:rsidRDefault="0064324E" w:rsidP="00F144D6">
      <w:pPr>
        <w:shd w:val="clear" w:color="auto" w:fill="FFFFFF" w:themeFill="background1"/>
        <w:spacing w:after="0" w:line="240" w:lineRule="auto"/>
      </w:pPr>
      <w:r>
        <w:t>- GV: Tranh bài tập, thẻ từ, bảng phụ, phiếu học tập, máy chiếu.</w:t>
      </w:r>
    </w:p>
    <w:p w14:paraId="0D80A3F0" w14:textId="77777777" w:rsidR="003A09DE" w:rsidRDefault="0064324E" w:rsidP="00F144D6">
      <w:pPr>
        <w:shd w:val="clear" w:color="auto" w:fill="FFFFFF" w:themeFill="background1"/>
        <w:spacing w:after="0" w:line="240" w:lineRule="auto"/>
      </w:pPr>
      <w:r>
        <w:t>- HS: SGK, VBT, vở ghi.</w:t>
      </w:r>
    </w:p>
    <w:p w14:paraId="1B1DD96C"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4262FD9E" w14:textId="77777777" w:rsidTr="00F144D6">
        <w:trPr>
          <w:jc w:val="center"/>
        </w:trPr>
        <w:tc>
          <w:tcPr>
            <w:tcW w:w="5216" w:type="dxa"/>
            <w:tcBorders>
              <w:bottom w:val="nil"/>
            </w:tcBorders>
            <w:shd w:val="clear" w:color="auto" w:fill="D9EAF7"/>
            <w:vAlign w:val="center"/>
          </w:tcPr>
          <w:p w14:paraId="632AD6A7" w14:textId="77777777" w:rsidR="003A09DE" w:rsidRDefault="0064324E" w:rsidP="00F144D6">
            <w:pPr>
              <w:shd w:val="clear" w:color="auto" w:fill="FFFFFF" w:themeFill="background1"/>
              <w:spacing w:after="0"/>
              <w:jc w:val="center"/>
            </w:pPr>
            <w:r>
              <w:rPr>
                <w:b/>
              </w:rPr>
              <w:lastRenderedPageBreak/>
              <w:t>Hoạt động của giáo viên</w:t>
            </w:r>
          </w:p>
        </w:tc>
        <w:tc>
          <w:tcPr>
            <w:tcW w:w="5216" w:type="dxa"/>
            <w:tcBorders>
              <w:bottom w:val="nil"/>
            </w:tcBorders>
            <w:shd w:val="clear" w:color="auto" w:fill="D9EAF7"/>
            <w:vAlign w:val="center"/>
          </w:tcPr>
          <w:p w14:paraId="7D79BD60" w14:textId="77777777" w:rsidR="003A09DE" w:rsidRDefault="0064324E" w:rsidP="00F144D6">
            <w:pPr>
              <w:shd w:val="clear" w:color="auto" w:fill="FFFFFF" w:themeFill="background1"/>
              <w:spacing w:after="0"/>
              <w:jc w:val="center"/>
            </w:pPr>
            <w:r>
              <w:rPr>
                <w:b/>
              </w:rPr>
              <w:t>Hoạt động của học sinh</w:t>
            </w:r>
          </w:p>
        </w:tc>
      </w:tr>
      <w:tr w:rsidR="003A09DE" w14:paraId="595FB76B" w14:textId="77777777" w:rsidTr="00F144D6">
        <w:trPr>
          <w:jc w:val="center"/>
        </w:trPr>
        <w:tc>
          <w:tcPr>
            <w:tcW w:w="10432" w:type="dxa"/>
            <w:gridSpan w:val="2"/>
            <w:tcBorders>
              <w:top w:val="nil"/>
              <w:left w:val="nil"/>
              <w:bottom w:val="nil"/>
              <w:right w:val="nil"/>
            </w:tcBorders>
            <w:shd w:val="clear" w:color="auto" w:fill="DDEBD6"/>
          </w:tcPr>
          <w:p w14:paraId="6AA8660C" w14:textId="77777777" w:rsidR="003A09DE" w:rsidRDefault="0064324E" w:rsidP="00F144D6">
            <w:pPr>
              <w:shd w:val="clear" w:color="auto" w:fill="FFFFFF" w:themeFill="background1"/>
              <w:spacing w:after="0" w:line="240" w:lineRule="auto"/>
            </w:pPr>
            <w:r>
              <w:rPr>
                <w:b/>
              </w:rPr>
              <w:t>1. KHỞI ĐỘNG (3 phút)</w:t>
            </w:r>
            <w:r>
              <w:rPr>
                <w:i/>
              </w:rPr>
              <w:br/>
              <w:t>Mục tiêu: HS gợi nhớ các từ ngữ nói về tình cảm với Bác Hồ.</w:t>
            </w:r>
          </w:p>
        </w:tc>
      </w:tr>
      <w:tr w:rsidR="003A09DE" w14:paraId="51AE1150" w14:textId="77777777" w:rsidTr="00F144D6">
        <w:trPr>
          <w:jc w:val="center"/>
        </w:trPr>
        <w:tc>
          <w:tcPr>
            <w:tcW w:w="4800" w:type="dxa"/>
            <w:tcBorders>
              <w:top w:val="nil"/>
            </w:tcBorders>
          </w:tcPr>
          <w:p w14:paraId="480C74A3" w14:textId="77777777" w:rsidR="003A09DE" w:rsidRDefault="0064324E" w:rsidP="00F144D6">
            <w:pPr>
              <w:shd w:val="clear" w:color="auto" w:fill="FFFFFF" w:themeFill="background1"/>
              <w:spacing w:after="0" w:line="240" w:lineRule="auto"/>
            </w:pPr>
            <w:r>
              <w:t>- GV tổ chức trò chơi “Nói nhanh từ đẹp”: HS nêu một từ thể hiện tình cảm của thiếu nhi với Bác Hồ.</w:t>
            </w:r>
          </w:p>
        </w:tc>
        <w:tc>
          <w:tcPr>
            <w:tcW w:w="4800" w:type="dxa"/>
            <w:tcBorders>
              <w:top w:val="nil"/>
            </w:tcBorders>
          </w:tcPr>
          <w:p w14:paraId="20E37938" w14:textId="77777777" w:rsidR="003A09DE" w:rsidRDefault="0064324E" w:rsidP="00F144D6">
            <w:pPr>
              <w:shd w:val="clear" w:color="auto" w:fill="FFFFFF" w:themeFill="background1"/>
              <w:spacing w:after="0" w:line="240" w:lineRule="auto"/>
            </w:pPr>
            <w:r>
              <w:t>- HS nêu: kính yêu, nhớ ơn, kính trọng, yêu quý.</w:t>
            </w:r>
          </w:p>
        </w:tc>
      </w:tr>
      <w:tr w:rsidR="003A09DE" w14:paraId="179057DF" w14:textId="77777777" w:rsidTr="00F144D6">
        <w:trPr>
          <w:jc w:val="center"/>
        </w:trPr>
        <w:tc>
          <w:tcPr>
            <w:tcW w:w="4800" w:type="dxa"/>
            <w:tcBorders>
              <w:bottom w:val="single" w:sz="6" w:space="0" w:color="000000"/>
            </w:tcBorders>
          </w:tcPr>
          <w:p w14:paraId="1DDB1E34" w14:textId="77777777" w:rsidR="003A09DE" w:rsidRDefault="0064324E" w:rsidP="00F144D6">
            <w:pPr>
              <w:shd w:val="clear" w:color="auto" w:fill="FFFFFF" w:themeFill="background1"/>
              <w:spacing w:after="0" w:line="240" w:lineRule="auto"/>
            </w:pPr>
            <w:r>
              <w:t>- GV dẫn vào bài: Hôm nay các em mở rộng vốn từ về Bác Hồ và nhân dân, luyện chọn từ phù hợp để hoàn thành câu.</w:t>
            </w:r>
          </w:p>
        </w:tc>
        <w:tc>
          <w:tcPr>
            <w:tcW w:w="4800" w:type="dxa"/>
            <w:tcBorders>
              <w:bottom w:val="single" w:sz="6" w:space="0" w:color="000000"/>
            </w:tcBorders>
          </w:tcPr>
          <w:p w14:paraId="7A227931" w14:textId="77777777" w:rsidR="003A09DE" w:rsidRDefault="0064324E" w:rsidP="00F144D6">
            <w:pPr>
              <w:shd w:val="clear" w:color="auto" w:fill="FFFFFF" w:themeFill="background1"/>
              <w:spacing w:after="0" w:line="240" w:lineRule="auto"/>
            </w:pPr>
            <w:r>
              <w:t>- HS lắng nghe, chuẩn bị bài.</w:t>
            </w:r>
          </w:p>
        </w:tc>
      </w:tr>
      <w:tr w:rsidR="003A09DE" w14:paraId="4D9BB9CE" w14:textId="77777777" w:rsidTr="00F144D6">
        <w:trPr>
          <w:jc w:val="center"/>
        </w:trPr>
        <w:tc>
          <w:tcPr>
            <w:tcW w:w="10432" w:type="dxa"/>
            <w:gridSpan w:val="2"/>
            <w:tcBorders>
              <w:top w:val="single" w:sz="6" w:space="0" w:color="000000"/>
              <w:left w:val="single" w:sz="6" w:space="0" w:color="000000"/>
              <w:bottom w:val="single" w:sz="6" w:space="0" w:color="000000"/>
              <w:right w:val="single" w:sz="6" w:space="0" w:color="000000"/>
            </w:tcBorders>
            <w:shd w:val="clear" w:color="auto" w:fill="DDEBD6"/>
          </w:tcPr>
          <w:p w14:paraId="1787BE49" w14:textId="77777777" w:rsidR="003A09DE" w:rsidRDefault="0064324E" w:rsidP="00F144D6">
            <w:pPr>
              <w:shd w:val="clear" w:color="auto" w:fill="FFFFFF" w:themeFill="background1"/>
              <w:spacing w:after="0" w:line="240" w:lineRule="auto"/>
            </w:pPr>
            <w:r>
              <w:rPr>
                <w:b/>
              </w:rPr>
              <w:t>2. KHÁM PHÁ KIẾN THỨC (10 phút)</w:t>
            </w:r>
            <w:r>
              <w:rPr>
                <w:i/>
              </w:rPr>
              <w:br/>
              <w:t>Mục tiêu: HS xếp được từ ngữ theo nhóm tình cảm của Bác Hồ với thiếu nhi và của thiếu nhi với Bác Hồ.</w:t>
            </w:r>
          </w:p>
        </w:tc>
      </w:tr>
      <w:tr w:rsidR="003A09DE" w14:paraId="65D89004" w14:textId="77777777" w:rsidTr="00F144D6">
        <w:trPr>
          <w:jc w:val="center"/>
        </w:trPr>
        <w:tc>
          <w:tcPr>
            <w:tcW w:w="10432" w:type="dxa"/>
            <w:gridSpan w:val="2"/>
            <w:tcBorders>
              <w:top w:val="single" w:sz="6" w:space="0" w:color="000000"/>
            </w:tcBorders>
            <w:shd w:val="clear" w:color="auto" w:fill="DDEBD6"/>
          </w:tcPr>
          <w:p w14:paraId="6A33F205" w14:textId="77777777" w:rsidR="003A09DE" w:rsidRDefault="0064324E" w:rsidP="00F144D6">
            <w:pPr>
              <w:shd w:val="clear" w:color="auto" w:fill="FFFFFF" w:themeFill="background1"/>
              <w:spacing w:after="0" w:line="240" w:lineRule="auto"/>
            </w:pPr>
            <w:r>
              <w:rPr>
                <w:b/>
              </w:rPr>
              <w:t>Hoạt động 1: Mở rộng vốn từ về Bác Hồ và thiếu nhi</w:t>
            </w:r>
          </w:p>
        </w:tc>
      </w:tr>
      <w:tr w:rsidR="003A09DE" w14:paraId="31BB32BD" w14:textId="77777777" w:rsidTr="00F144D6">
        <w:trPr>
          <w:jc w:val="center"/>
        </w:trPr>
        <w:tc>
          <w:tcPr>
            <w:tcW w:w="4800" w:type="dxa"/>
          </w:tcPr>
          <w:p w14:paraId="4019E05D" w14:textId="77777777" w:rsidR="003A09DE" w:rsidRDefault="0064324E" w:rsidP="00F144D6">
            <w:pPr>
              <w:shd w:val="clear" w:color="auto" w:fill="FFFFFF" w:themeFill="background1"/>
              <w:spacing w:after="0" w:line="240" w:lineRule="auto"/>
            </w:pPr>
            <w:r>
              <w:rPr>
                <w:b/>
              </w:rPr>
              <w:t>Bài tập 1: Xếp các từ ngữ dưới đây vào nhóm thích hợp.</w:t>
            </w:r>
          </w:p>
          <w:p w14:paraId="3BC133BD" w14:textId="07F72D37" w:rsidR="003A09DE" w:rsidRDefault="003A09DE" w:rsidP="00F144D6">
            <w:pPr>
              <w:shd w:val="clear" w:color="auto" w:fill="FFFFFF" w:themeFill="background1"/>
              <w:spacing w:after="0"/>
              <w:jc w:val="center"/>
            </w:pPr>
          </w:p>
        </w:tc>
        <w:tc>
          <w:tcPr>
            <w:tcW w:w="4800" w:type="dxa"/>
          </w:tcPr>
          <w:p w14:paraId="7DEABF56" w14:textId="77777777" w:rsidR="003A09DE" w:rsidRDefault="0064324E" w:rsidP="00F144D6">
            <w:pPr>
              <w:shd w:val="clear" w:color="auto" w:fill="FFFFFF" w:themeFill="background1"/>
              <w:spacing w:after="0" w:line="240" w:lineRule="auto"/>
            </w:pPr>
            <w:r>
              <w:t>- HS đọc đề, đọc các từ: yêu thương, kính yêu, chăm lo, nhớ ơn, kính trọng, quan tâm.</w:t>
            </w:r>
          </w:p>
        </w:tc>
      </w:tr>
      <w:tr w:rsidR="003A09DE" w14:paraId="226E46A7" w14:textId="77777777" w:rsidTr="00F144D6">
        <w:trPr>
          <w:jc w:val="center"/>
        </w:trPr>
        <w:tc>
          <w:tcPr>
            <w:tcW w:w="4800" w:type="dxa"/>
          </w:tcPr>
          <w:p w14:paraId="75965718" w14:textId="77777777" w:rsidR="003A09DE" w:rsidRDefault="0064324E" w:rsidP="00F144D6">
            <w:pPr>
              <w:shd w:val="clear" w:color="auto" w:fill="FFFFFF" w:themeFill="background1"/>
              <w:spacing w:after="0" w:line="240" w:lineRule="auto"/>
            </w:pPr>
            <w:r>
              <w:t>- GV yêu cầu HS làm nhóm 4: nhóm 1 chọn từ chỉ tình cảm của Bác Hồ với thiếu nhi; nhóm 2 chọn từ chỉ tình cảm của thiếu nhi với Bác Hồ.</w:t>
            </w:r>
          </w:p>
        </w:tc>
        <w:tc>
          <w:tcPr>
            <w:tcW w:w="4800" w:type="dxa"/>
          </w:tcPr>
          <w:p w14:paraId="23983D24" w14:textId="77777777" w:rsidR="003A09DE" w:rsidRDefault="0064324E" w:rsidP="00F144D6">
            <w:pPr>
              <w:shd w:val="clear" w:color="auto" w:fill="FFFFFF" w:themeFill="background1"/>
              <w:spacing w:after="0" w:line="240" w:lineRule="auto"/>
            </w:pPr>
            <w:r>
              <w:t>- HS làm nhóm 4. Đáp án: Nhóm 1: yêu thương, chăm lo, quan tâm. Nhóm 2: kính yêu, nhớ ơn, kính trọng.</w:t>
            </w:r>
          </w:p>
        </w:tc>
      </w:tr>
      <w:tr w:rsidR="003A09DE" w14:paraId="35DAC13D" w14:textId="77777777" w:rsidTr="00F144D6">
        <w:trPr>
          <w:jc w:val="center"/>
        </w:trPr>
        <w:tc>
          <w:tcPr>
            <w:tcW w:w="4800" w:type="dxa"/>
          </w:tcPr>
          <w:p w14:paraId="7B992D76" w14:textId="77777777" w:rsidR="003A09DE" w:rsidRDefault="0064324E" w:rsidP="00F144D6">
            <w:pPr>
              <w:shd w:val="clear" w:color="auto" w:fill="FFFFFF" w:themeFill="background1"/>
              <w:spacing w:after="0" w:line="240" w:lineRule="auto"/>
            </w:pPr>
            <w:r>
              <w:t>- GV gọi đại diện nhóm trình bày, yêu cầu nhóm khác nhận xét.</w:t>
            </w:r>
          </w:p>
        </w:tc>
        <w:tc>
          <w:tcPr>
            <w:tcW w:w="4800" w:type="dxa"/>
          </w:tcPr>
          <w:p w14:paraId="3E71FBEE" w14:textId="77777777" w:rsidR="003A09DE" w:rsidRDefault="0064324E" w:rsidP="00F144D6">
            <w:pPr>
              <w:shd w:val="clear" w:color="auto" w:fill="FFFFFF" w:themeFill="background1"/>
              <w:spacing w:after="0" w:line="240" w:lineRule="auto"/>
            </w:pPr>
            <w:r>
              <w:t>- Đại diện nhóm trình bày; nhóm khác nhận xét và bổ sung.</w:t>
            </w:r>
          </w:p>
        </w:tc>
      </w:tr>
      <w:tr w:rsidR="003A09DE" w14:paraId="097029D3" w14:textId="77777777" w:rsidTr="00F144D6">
        <w:trPr>
          <w:jc w:val="center"/>
        </w:trPr>
        <w:tc>
          <w:tcPr>
            <w:tcW w:w="4800" w:type="dxa"/>
            <w:tcBorders>
              <w:bottom w:val="single" w:sz="6" w:space="0" w:color="000000"/>
            </w:tcBorders>
          </w:tcPr>
          <w:p w14:paraId="24340A98" w14:textId="77777777" w:rsidR="003A09DE" w:rsidRDefault="0064324E" w:rsidP="00F144D6">
            <w:pPr>
              <w:shd w:val="clear" w:color="auto" w:fill="FFFFFF" w:themeFill="background1"/>
              <w:spacing w:after="0" w:line="240" w:lineRule="auto"/>
            </w:pPr>
            <w:r>
              <w:t>- GV kết luận: Từ ngữ trong bài giúp chúng ta nói rõ tình cảm của Bác Hồ với thiếu nhi và tình cảm kính yêu, nhớ ơn của thiếu nhi với Bác.</w:t>
            </w:r>
          </w:p>
        </w:tc>
        <w:tc>
          <w:tcPr>
            <w:tcW w:w="4800" w:type="dxa"/>
            <w:tcBorders>
              <w:bottom w:val="single" w:sz="6" w:space="0" w:color="000000"/>
            </w:tcBorders>
          </w:tcPr>
          <w:p w14:paraId="7B871CFE" w14:textId="77777777" w:rsidR="003A09DE" w:rsidRDefault="0064324E" w:rsidP="00F144D6">
            <w:pPr>
              <w:shd w:val="clear" w:color="auto" w:fill="FFFFFF" w:themeFill="background1"/>
              <w:spacing w:after="0" w:line="240" w:lineRule="auto"/>
            </w:pPr>
            <w:r>
              <w:t>- HS lắng nghe, đọc lại các từ theo nhóm.</w:t>
            </w:r>
          </w:p>
        </w:tc>
      </w:tr>
      <w:tr w:rsidR="003A09DE" w14:paraId="5A28DBA1" w14:textId="77777777" w:rsidTr="00F144D6">
        <w:trPr>
          <w:jc w:val="center"/>
        </w:trPr>
        <w:tc>
          <w:tcPr>
            <w:tcW w:w="10432" w:type="dxa"/>
            <w:gridSpan w:val="2"/>
            <w:tcBorders>
              <w:top w:val="single" w:sz="6" w:space="0" w:color="000000"/>
              <w:bottom w:val="single" w:sz="6" w:space="0" w:color="000000"/>
            </w:tcBorders>
            <w:shd w:val="clear" w:color="auto" w:fill="DDEBD6"/>
          </w:tcPr>
          <w:p w14:paraId="2F012658" w14:textId="77777777" w:rsidR="003A09DE" w:rsidRDefault="0064324E" w:rsidP="00F144D6">
            <w:pPr>
              <w:shd w:val="clear" w:color="auto" w:fill="FFFFFF" w:themeFill="background1"/>
              <w:spacing w:after="0" w:line="240" w:lineRule="auto"/>
            </w:pPr>
            <w:r>
              <w:rPr>
                <w:b/>
              </w:rPr>
              <w:t>3. LUYỆN TẬP - THỰC HÀNH (17 phút)</w:t>
            </w:r>
            <w:r>
              <w:rPr>
                <w:i/>
              </w:rPr>
              <w:br/>
              <w:t>Mục tiêu: HS chọn đúng từ phù hợp để hoàn thành câu; nói được câu về Bác Hồ theo tranh.</w:t>
            </w:r>
          </w:p>
        </w:tc>
      </w:tr>
      <w:tr w:rsidR="003A09DE" w14:paraId="3D6424FC" w14:textId="77777777" w:rsidTr="00F144D6">
        <w:trPr>
          <w:jc w:val="center"/>
        </w:trPr>
        <w:tc>
          <w:tcPr>
            <w:tcW w:w="4800" w:type="dxa"/>
            <w:tcBorders>
              <w:top w:val="single" w:sz="6" w:space="0" w:color="000000"/>
            </w:tcBorders>
          </w:tcPr>
          <w:p w14:paraId="6C7E8B46" w14:textId="77777777" w:rsidR="003A09DE" w:rsidRDefault="0064324E" w:rsidP="00F144D6">
            <w:pPr>
              <w:shd w:val="clear" w:color="auto" w:fill="FFFFFF" w:themeFill="background1"/>
              <w:spacing w:after="0" w:line="240" w:lineRule="auto"/>
            </w:pPr>
            <w:r>
              <w:rPr>
                <w:b/>
              </w:rPr>
              <w:t>Bài tập 2: Chọn từ phù hợp để hoàn thành câu: anh dũng, thân thiện, cần cù.</w:t>
            </w:r>
          </w:p>
        </w:tc>
        <w:tc>
          <w:tcPr>
            <w:tcW w:w="4800" w:type="dxa"/>
            <w:tcBorders>
              <w:top w:val="single" w:sz="6" w:space="0" w:color="000000"/>
            </w:tcBorders>
          </w:tcPr>
          <w:p w14:paraId="4DB1E9D3" w14:textId="77777777" w:rsidR="003A09DE" w:rsidRDefault="0064324E" w:rsidP="00F144D6">
            <w:pPr>
              <w:shd w:val="clear" w:color="auto" w:fill="FFFFFF" w:themeFill="background1"/>
              <w:spacing w:after="0" w:line="240" w:lineRule="auto"/>
            </w:pPr>
            <w:r>
              <w:t>- HS đọc đề và các từ cần chọn.</w:t>
            </w:r>
          </w:p>
        </w:tc>
      </w:tr>
      <w:tr w:rsidR="003A09DE" w14:paraId="40D59357" w14:textId="77777777" w:rsidTr="00F144D6">
        <w:trPr>
          <w:jc w:val="center"/>
        </w:trPr>
        <w:tc>
          <w:tcPr>
            <w:tcW w:w="4800" w:type="dxa"/>
          </w:tcPr>
          <w:p w14:paraId="45EBAF83" w14:textId="77777777" w:rsidR="003A09DE" w:rsidRDefault="0064324E" w:rsidP="00F144D6">
            <w:pPr>
              <w:shd w:val="clear" w:color="auto" w:fill="FFFFFF" w:themeFill="background1"/>
              <w:spacing w:after="0" w:line="240" w:lineRule="auto"/>
            </w:pPr>
            <w:r>
              <w:rPr>
                <w:b/>
              </w:rPr>
              <w:t>a. Người dân Việt Nam lao động rất (...).</w:t>
            </w:r>
          </w:p>
        </w:tc>
        <w:tc>
          <w:tcPr>
            <w:tcW w:w="4800" w:type="dxa"/>
          </w:tcPr>
          <w:p w14:paraId="7DB917DE" w14:textId="77777777" w:rsidR="003A09DE" w:rsidRDefault="0064324E" w:rsidP="00F144D6">
            <w:pPr>
              <w:shd w:val="clear" w:color="auto" w:fill="FFFFFF" w:themeFill="background1"/>
              <w:spacing w:after="0" w:line="240" w:lineRule="auto"/>
            </w:pPr>
            <w:r>
              <w:t>- HS chọn: Người dân Việt Nam lao động rất cần cù.</w:t>
            </w:r>
          </w:p>
        </w:tc>
      </w:tr>
      <w:tr w:rsidR="003A09DE" w14:paraId="512158FF" w14:textId="77777777" w:rsidTr="00F144D6">
        <w:trPr>
          <w:jc w:val="center"/>
        </w:trPr>
        <w:tc>
          <w:tcPr>
            <w:tcW w:w="4800" w:type="dxa"/>
          </w:tcPr>
          <w:p w14:paraId="5C823577" w14:textId="77777777" w:rsidR="003A09DE" w:rsidRDefault="0064324E" w:rsidP="00F144D6">
            <w:pPr>
              <w:shd w:val="clear" w:color="auto" w:fill="FFFFFF" w:themeFill="background1"/>
              <w:spacing w:after="0" w:line="240" w:lineRule="auto"/>
            </w:pPr>
            <w:r>
              <w:rPr>
                <w:b/>
              </w:rPr>
              <w:t>b. Các chú bộ đội chiến đấu (...) để bảo vệ Tổ quốc.</w:t>
            </w:r>
          </w:p>
        </w:tc>
        <w:tc>
          <w:tcPr>
            <w:tcW w:w="4800" w:type="dxa"/>
          </w:tcPr>
          <w:p w14:paraId="0A49ED4D" w14:textId="77777777" w:rsidR="003A09DE" w:rsidRDefault="0064324E" w:rsidP="00F144D6">
            <w:pPr>
              <w:shd w:val="clear" w:color="auto" w:fill="FFFFFF" w:themeFill="background1"/>
              <w:spacing w:after="0" w:line="240" w:lineRule="auto"/>
            </w:pPr>
            <w:r>
              <w:t>- HS chọn: Các chú bộ đội chiến đấu anh dũng để bảo vệ Tổ quốc.</w:t>
            </w:r>
          </w:p>
        </w:tc>
      </w:tr>
      <w:tr w:rsidR="003A09DE" w14:paraId="0C496ABE" w14:textId="77777777" w:rsidTr="00F144D6">
        <w:trPr>
          <w:jc w:val="center"/>
        </w:trPr>
        <w:tc>
          <w:tcPr>
            <w:tcW w:w="4800" w:type="dxa"/>
          </w:tcPr>
          <w:p w14:paraId="0760070E" w14:textId="77777777" w:rsidR="003A09DE" w:rsidRDefault="0064324E" w:rsidP="00F144D6">
            <w:pPr>
              <w:shd w:val="clear" w:color="auto" w:fill="FFFFFF" w:themeFill="background1"/>
              <w:spacing w:after="0" w:line="240" w:lineRule="auto"/>
            </w:pPr>
            <w:r>
              <w:rPr>
                <w:b/>
              </w:rPr>
              <w:t>c. Người Việt Nam luôn (...) với du khách nước ngoài.</w:t>
            </w:r>
          </w:p>
        </w:tc>
        <w:tc>
          <w:tcPr>
            <w:tcW w:w="4800" w:type="dxa"/>
          </w:tcPr>
          <w:p w14:paraId="09FB6474" w14:textId="77777777" w:rsidR="003A09DE" w:rsidRDefault="0064324E" w:rsidP="00F144D6">
            <w:pPr>
              <w:shd w:val="clear" w:color="auto" w:fill="FFFFFF" w:themeFill="background1"/>
              <w:spacing w:after="0" w:line="240" w:lineRule="auto"/>
            </w:pPr>
            <w:r>
              <w:t>- HS chọn: Người Việt Nam luôn thân thiện với du khách nước ngoài.</w:t>
            </w:r>
          </w:p>
        </w:tc>
      </w:tr>
      <w:tr w:rsidR="003A09DE" w14:paraId="14D26EBB" w14:textId="77777777" w:rsidTr="00F144D6">
        <w:trPr>
          <w:jc w:val="center"/>
        </w:trPr>
        <w:tc>
          <w:tcPr>
            <w:tcW w:w="4800" w:type="dxa"/>
          </w:tcPr>
          <w:p w14:paraId="7790C221" w14:textId="77777777" w:rsidR="003A09DE" w:rsidRDefault="0064324E" w:rsidP="00F144D6">
            <w:pPr>
              <w:shd w:val="clear" w:color="auto" w:fill="FFFFFF" w:themeFill="background1"/>
              <w:spacing w:after="0" w:line="240" w:lineRule="auto"/>
            </w:pPr>
            <w:r>
              <w:t>- GV nêu câu hỏi dẫn: Khi đọc câu “Các chú bộ đội chiến đấu anh dũng để bảo vệ Tổ quốc”, em hiểu mình cần có thái độ thế nào với các chú bộ đội?</w:t>
            </w:r>
          </w:p>
        </w:tc>
        <w:tc>
          <w:tcPr>
            <w:tcW w:w="4800" w:type="dxa"/>
          </w:tcPr>
          <w:p w14:paraId="0774544B" w14:textId="77777777" w:rsidR="003A09DE" w:rsidRDefault="0064324E" w:rsidP="00F144D6">
            <w:pPr>
              <w:shd w:val="clear" w:color="auto" w:fill="FFFFFF" w:themeFill="background1"/>
              <w:spacing w:after="0" w:line="240" w:lineRule="auto"/>
            </w:pPr>
            <w:r>
              <w:t>- HS nêu: Em biết ơn, kính trọng các chú bộ đội; em học tập tốt, giữ kỉ luật để xứng đáng với sự bảo vệ của các chú.</w:t>
            </w:r>
          </w:p>
        </w:tc>
      </w:tr>
      <w:tr w:rsidR="003A09DE" w14:paraId="021BFAFF" w14:textId="77777777" w:rsidTr="00F144D6">
        <w:trPr>
          <w:jc w:val="center"/>
        </w:trPr>
        <w:tc>
          <w:tcPr>
            <w:tcW w:w="4800" w:type="dxa"/>
          </w:tcPr>
          <w:p w14:paraId="67EEB939" w14:textId="77777777" w:rsidR="003A09DE" w:rsidRDefault="0064324E" w:rsidP="00F144D6">
            <w:pPr>
              <w:shd w:val="clear" w:color="auto" w:fill="FFFFFF" w:themeFill="background1"/>
              <w:spacing w:after="0" w:line="240" w:lineRule="auto"/>
            </w:pPr>
            <w:r>
              <w:rPr>
                <w:color w:val="C00000"/>
              </w:rPr>
              <w:t xml:space="preserve">- Tích hợp QPAN/ANQP: GV diễn giải: Các chú bộ đội ngày đêm canh giữ biên giới, biển đảo, bầu trời và bình yên của nhân dân. Từ “anh dũng” giúp chúng ta hiểu sự dũng cảm, kiên trì của người lính khi làm nhiệm vụ bảo vệ Tổ quốc. Học sinh lớp 2 thể hiện lòng biết ơn bằng việc chào cờ nghiêm túc, giữ trật tự nơi công cộng, không đùa nghịch nguy hiểm, chăm học và biết nói lời cảm ơn khi gặp các chú bộ đội, công an, bảo vệ trường học. Đó là những việc nhỏ nhưng góp phần hình thành ý thức </w:t>
            </w:r>
            <w:r>
              <w:rPr>
                <w:color w:val="C00000"/>
              </w:rPr>
              <w:lastRenderedPageBreak/>
              <w:t>quốc phòng, an ninh phù hợp với lứa tuổi.</w:t>
            </w:r>
          </w:p>
        </w:tc>
        <w:tc>
          <w:tcPr>
            <w:tcW w:w="4800" w:type="dxa"/>
          </w:tcPr>
          <w:p w14:paraId="4C44AFE0" w14:textId="77777777" w:rsidR="003A09DE" w:rsidRDefault="0064324E" w:rsidP="00F144D6">
            <w:pPr>
              <w:shd w:val="clear" w:color="auto" w:fill="FFFFFF" w:themeFill="background1"/>
              <w:spacing w:after="0" w:line="240" w:lineRule="auto"/>
            </w:pPr>
            <w:r>
              <w:rPr>
                <w:color w:val="C00000"/>
              </w:rPr>
              <w:lastRenderedPageBreak/>
              <w:t>- HS lắng nghe; nêu việc làm cụ thể: chào cờ nghiêm túc, giữ kỉ luật, biết ơn các chú bộ đội và người giữ gìn an toàn.</w:t>
            </w:r>
          </w:p>
        </w:tc>
      </w:tr>
      <w:tr w:rsidR="003A09DE" w14:paraId="0D44EA06" w14:textId="77777777" w:rsidTr="00F144D6">
        <w:trPr>
          <w:jc w:val="center"/>
        </w:trPr>
        <w:tc>
          <w:tcPr>
            <w:tcW w:w="4800" w:type="dxa"/>
          </w:tcPr>
          <w:p w14:paraId="0678BB38" w14:textId="77777777" w:rsidR="003A09DE" w:rsidRDefault="0064324E" w:rsidP="00F144D6">
            <w:pPr>
              <w:shd w:val="clear" w:color="auto" w:fill="FFFFFF" w:themeFill="background1"/>
              <w:spacing w:after="0" w:line="240" w:lineRule="auto"/>
            </w:pPr>
            <w:r>
              <w:rPr>
                <w:b/>
              </w:rPr>
              <w:t>Bài tập 3: Quan sát tranh: a. Đặt tên cho bức tranh. b. Nói một câu về Bác Hồ.</w:t>
            </w:r>
          </w:p>
          <w:p w14:paraId="60B2F7C2" w14:textId="308E3F12" w:rsidR="003A09DE" w:rsidRDefault="003A09DE" w:rsidP="00F144D6">
            <w:pPr>
              <w:shd w:val="clear" w:color="auto" w:fill="FFFFFF" w:themeFill="background1"/>
              <w:spacing w:after="0"/>
              <w:jc w:val="center"/>
            </w:pPr>
          </w:p>
        </w:tc>
        <w:tc>
          <w:tcPr>
            <w:tcW w:w="4800" w:type="dxa"/>
          </w:tcPr>
          <w:p w14:paraId="4CD7C8F3" w14:textId="77777777" w:rsidR="003A09DE" w:rsidRDefault="0064324E" w:rsidP="00F144D6">
            <w:pPr>
              <w:shd w:val="clear" w:color="auto" w:fill="FFFFFF" w:themeFill="background1"/>
              <w:spacing w:after="0" w:line="240" w:lineRule="auto"/>
            </w:pPr>
            <w:r>
              <w:t>- HS đọc yêu cầu, quan sát tranh Bác Hồ tưới cây.</w:t>
            </w:r>
          </w:p>
        </w:tc>
      </w:tr>
      <w:tr w:rsidR="003A09DE" w14:paraId="195E8283" w14:textId="77777777" w:rsidTr="00F144D6">
        <w:trPr>
          <w:jc w:val="center"/>
        </w:trPr>
        <w:tc>
          <w:tcPr>
            <w:tcW w:w="4800" w:type="dxa"/>
          </w:tcPr>
          <w:p w14:paraId="27D29031" w14:textId="77777777" w:rsidR="003A09DE" w:rsidRDefault="0064324E" w:rsidP="00F144D6">
            <w:pPr>
              <w:shd w:val="clear" w:color="auto" w:fill="FFFFFF" w:themeFill="background1"/>
              <w:spacing w:after="0" w:line="240" w:lineRule="auto"/>
            </w:pPr>
            <w:r>
              <w:t>- GV hướng dẫn HS đặt tên ngắn gọn cho bức tranh.</w:t>
            </w:r>
          </w:p>
        </w:tc>
        <w:tc>
          <w:tcPr>
            <w:tcW w:w="4800" w:type="dxa"/>
          </w:tcPr>
          <w:p w14:paraId="53F2817D" w14:textId="77777777" w:rsidR="003A09DE" w:rsidRDefault="0064324E" w:rsidP="00F144D6">
            <w:pPr>
              <w:shd w:val="clear" w:color="auto" w:fill="FFFFFF" w:themeFill="background1"/>
              <w:spacing w:after="0" w:line="240" w:lineRule="auto"/>
            </w:pPr>
            <w:r>
              <w:t>- HS nêu: Bác Hồ trồng cây; Bác Hồ chăm cây; Bác Hồ tưới cây.</w:t>
            </w:r>
          </w:p>
        </w:tc>
      </w:tr>
      <w:tr w:rsidR="003A09DE" w14:paraId="14B772DA" w14:textId="77777777" w:rsidTr="00F144D6">
        <w:trPr>
          <w:jc w:val="center"/>
        </w:trPr>
        <w:tc>
          <w:tcPr>
            <w:tcW w:w="4800" w:type="dxa"/>
          </w:tcPr>
          <w:p w14:paraId="59C196DB" w14:textId="77777777" w:rsidR="003A09DE" w:rsidRDefault="0064324E" w:rsidP="00F144D6">
            <w:pPr>
              <w:shd w:val="clear" w:color="auto" w:fill="FFFFFF" w:themeFill="background1"/>
              <w:spacing w:after="0" w:line="240" w:lineRule="auto"/>
            </w:pPr>
            <w:r>
              <w:t>- GV yêu cầu HS nói một câu về Bác Hồ theo tranh.</w:t>
            </w:r>
          </w:p>
        </w:tc>
        <w:tc>
          <w:tcPr>
            <w:tcW w:w="4800" w:type="dxa"/>
          </w:tcPr>
          <w:p w14:paraId="72C54365" w14:textId="77777777" w:rsidR="003A09DE" w:rsidRDefault="0064324E" w:rsidP="00F144D6">
            <w:pPr>
              <w:shd w:val="clear" w:color="auto" w:fill="FFFFFF" w:themeFill="background1"/>
              <w:spacing w:after="0" w:line="240" w:lineRule="auto"/>
            </w:pPr>
            <w:r>
              <w:t>- HS nói: Bác Hồ đang tưới cây. Bác Hồ rất yêu thiên nhiên. Bác Hồ luôn chăm lo cho thiếu nhi và cây xanh.</w:t>
            </w:r>
          </w:p>
        </w:tc>
      </w:tr>
      <w:tr w:rsidR="003A09DE" w14:paraId="7BE450D2" w14:textId="77777777" w:rsidTr="00F144D6">
        <w:trPr>
          <w:jc w:val="center"/>
        </w:trPr>
        <w:tc>
          <w:tcPr>
            <w:tcW w:w="10432" w:type="dxa"/>
            <w:gridSpan w:val="2"/>
            <w:shd w:val="clear" w:color="auto" w:fill="DDEBD6"/>
          </w:tcPr>
          <w:p w14:paraId="5CBDE418" w14:textId="77777777" w:rsidR="003A09DE" w:rsidRDefault="0064324E" w:rsidP="00F144D6">
            <w:pPr>
              <w:shd w:val="clear" w:color="auto" w:fill="FFFFFF" w:themeFill="background1"/>
              <w:spacing w:after="0" w:line="240" w:lineRule="auto"/>
            </w:pPr>
            <w:r>
              <w:rPr>
                <w:b/>
              </w:rPr>
              <w:t>4. VẬN DỤNG (5 phút)</w:t>
            </w:r>
            <w:r>
              <w:rPr>
                <w:i/>
              </w:rPr>
              <w:br/>
              <w:t>Mục tiêu: HS sử dụng từ ngữ đã học để nói lời biết ơn Bác Hồ và các chú bộ đội.</w:t>
            </w:r>
          </w:p>
        </w:tc>
      </w:tr>
      <w:tr w:rsidR="003A09DE" w14:paraId="3879200B" w14:textId="77777777" w:rsidTr="00F144D6">
        <w:trPr>
          <w:jc w:val="center"/>
        </w:trPr>
        <w:tc>
          <w:tcPr>
            <w:tcW w:w="4800" w:type="dxa"/>
          </w:tcPr>
          <w:p w14:paraId="00FD7BE8" w14:textId="77777777" w:rsidR="003A09DE" w:rsidRDefault="0064324E" w:rsidP="00F144D6">
            <w:pPr>
              <w:shd w:val="clear" w:color="auto" w:fill="FFFFFF" w:themeFill="background1"/>
              <w:spacing w:after="0" w:line="240" w:lineRule="auto"/>
            </w:pPr>
            <w:r>
              <w:t>- GV yêu cầu HS chọn một từ đã học và đặt câu thể hiện tình cảm của mình.</w:t>
            </w:r>
          </w:p>
        </w:tc>
        <w:tc>
          <w:tcPr>
            <w:tcW w:w="4800" w:type="dxa"/>
          </w:tcPr>
          <w:p w14:paraId="17873140" w14:textId="77777777" w:rsidR="003A09DE" w:rsidRDefault="0064324E" w:rsidP="00F144D6">
            <w:pPr>
              <w:shd w:val="clear" w:color="auto" w:fill="FFFFFF" w:themeFill="background1"/>
              <w:spacing w:after="0" w:line="240" w:lineRule="auto"/>
            </w:pPr>
            <w:r>
              <w:t>- HS đặt câu: Em kính yêu Bác Hồ. Chúng em nhớ ơn Bác Hồ. Các chú bộ đội rất anh dũng.</w:t>
            </w:r>
          </w:p>
        </w:tc>
      </w:tr>
      <w:tr w:rsidR="003A09DE" w14:paraId="5EB2B6E4" w14:textId="77777777" w:rsidTr="00F144D6">
        <w:trPr>
          <w:jc w:val="center"/>
        </w:trPr>
        <w:tc>
          <w:tcPr>
            <w:tcW w:w="4800" w:type="dxa"/>
          </w:tcPr>
          <w:p w14:paraId="19CF2964" w14:textId="77777777" w:rsidR="003A09DE" w:rsidRDefault="0064324E" w:rsidP="00F144D6">
            <w:pPr>
              <w:shd w:val="clear" w:color="auto" w:fill="FFFFFF" w:themeFill="background1"/>
              <w:spacing w:after="0" w:line="240" w:lineRule="auto"/>
            </w:pPr>
            <w:r>
              <w:t>- GV nhận xét, dặn HS tìm thêm 2 từ ngữ nói về con người Việt Nam.</w:t>
            </w:r>
          </w:p>
        </w:tc>
        <w:tc>
          <w:tcPr>
            <w:tcW w:w="4800" w:type="dxa"/>
          </w:tcPr>
          <w:p w14:paraId="3B73A5F7" w14:textId="77777777" w:rsidR="003A09DE" w:rsidRDefault="0064324E" w:rsidP="00F144D6">
            <w:pPr>
              <w:shd w:val="clear" w:color="auto" w:fill="FFFFFF" w:themeFill="background1"/>
              <w:spacing w:after="0" w:line="240" w:lineRule="auto"/>
            </w:pPr>
            <w:r>
              <w:t>- HS lắng nghe, ghi nhớ.</w:t>
            </w:r>
          </w:p>
        </w:tc>
      </w:tr>
    </w:tbl>
    <w:p w14:paraId="091F3195" w14:textId="77777777" w:rsidR="003A09DE" w:rsidRDefault="0064324E" w:rsidP="00F144D6">
      <w:pPr>
        <w:shd w:val="clear" w:color="auto" w:fill="FFFFFF" w:themeFill="background1"/>
        <w:spacing w:after="0" w:line="240" w:lineRule="auto"/>
      </w:pPr>
      <w:r>
        <w:rPr>
          <w:b/>
        </w:rPr>
        <w:t>IV. ĐIỀU CHỈNH SAU TIẾT HỌC (NẾU CÓ)</w:t>
      </w:r>
    </w:p>
    <w:p w14:paraId="0CBDD20F" w14:textId="77777777" w:rsidR="003A09DE" w:rsidRDefault="003A09DE" w:rsidP="00F144D6">
      <w:pPr>
        <w:shd w:val="clear" w:color="auto" w:fill="FFFFFF" w:themeFill="background1"/>
        <w:spacing w:after="0" w:line="240" w:lineRule="auto"/>
      </w:pPr>
    </w:p>
    <w:p w14:paraId="69305460" w14:textId="77777777" w:rsidR="003A09DE" w:rsidRDefault="0064324E" w:rsidP="00F144D6">
      <w:pPr>
        <w:shd w:val="clear" w:color="auto" w:fill="FFFFFF" w:themeFill="background1"/>
        <w:spacing w:after="0" w:line="240" w:lineRule="auto"/>
        <w:jc w:val="center"/>
      </w:pPr>
      <w:r>
        <w:rPr>
          <w:b/>
        </w:rPr>
        <w:t>BÀI 24: CHIẾC RỄ ĐA TRÒN</w:t>
      </w:r>
    </w:p>
    <w:p w14:paraId="7E21D949" w14:textId="77777777" w:rsidR="003A09DE" w:rsidRDefault="0064324E" w:rsidP="00F144D6">
      <w:pPr>
        <w:shd w:val="clear" w:color="auto" w:fill="FFFFFF" w:themeFill="background1"/>
        <w:spacing w:after="60" w:line="240" w:lineRule="auto"/>
        <w:jc w:val="center"/>
      </w:pPr>
      <w:r>
        <w:rPr>
          <w:b/>
        </w:rPr>
        <w:t>TIẾT 5: VIẾT ĐOẠN VĂN KỂ MỘT SỰ VIỆC</w:t>
      </w:r>
    </w:p>
    <w:p w14:paraId="7399D3BB" w14:textId="77777777" w:rsidR="003A09DE" w:rsidRDefault="0064324E" w:rsidP="00F144D6">
      <w:pPr>
        <w:shd w:val="clear" w:color="auto" w:fill="FFFFFF" w:themeFill="background1"/>
        <w:spacing w:after="0" w:line="240" w:lineRule="auto"/>
      </w:pPr>
      <w:r>
        <w:rPr>
          <w:b/>
        </w:rPr>
        <w:t>I. YÊU CẦU CẦN ĐẠT</w:t>
      </w:r>
    </w:p>
    <w:p w14:paraId="6F5CA3D8" w14:textId="77777777" w:rsidR="003A09DE" w:rsidRDefault="0064324E" w:rsidP="00F144D6">
      <w:pPr>
        <w:shd w:val="clear" w:color="auto" w:fill="FFFFFF" w:themeFill="background1"/>
        <w:spacing w:after="0" w:line="240" w:lineRule="auto"/>
      </w:pPr>
      <w:r>
        <w:rPr>
          <w:b/>
        </w:rPr>
        <w:t>1. Năng lực đặc thù</w:t>
      </w:r>
    </w:p>
    <w:p w14:paraId="5006797F" w14:textId="77777777" w:rsidR="003A09DE" w:rsidRDefault="0064324E" w:rsidP="00F144D6">
      <w:pPr>
        <w:shd w:val="clear" w:color="auto" w:fill="FFFFFF" w:themeFill="background1"/>
        <w:spacing w:after="0" w:line="240" w:lineRule="auto"/>
      </w:pPr>
      <w:r>
        <w:t>- Kể lại được một việc Bác Hồ đã làm trong câu chuyện Chiếc rễ đa tròn theo gợi ý.</w:t>
      </w:r>
    </w:p>
    <w:p w14:paraId="236FE9DC" w14:textId="77777777" w:rsidR="003A09DE" w:rsidRDefault="0064324E" w:rsidP="00F144D6">
      <w:pPr>
        <w:shd w:val="clear" w:color="auto" w:fill="FFFFFF" w:themeFill="background1"/>
        <w:spacing w:after="0" w:line="240" w:lineRule="auto"/>
      </w:pPr>
      <w:r>
        <w:t>- Viết được 4–5 câu về việc vừa kể; câu rõ nghĩa, đúng nội dung, có cảm nghĩ.</w:t>
      </w:r>
    </w:p>
    <w:p w14:paraId="176B65E8" w14:textId="77777777" w:rsidR="003A09DE" w:rsidRDefault="0064324E" w:rsidP="00F144D6">
      <w:pPr>
        <w:shd w:val="clear" w:color="auto" w:fill="FFFFFF" w:themeFill="background1"/>
        <w:spacing w:after="0" w:line="240" w:lineRule="auto"/>
      </w:pPr>
      <w:r>
        <w:t>- Biết soát lỗi câu, dấu câu, chữ viết hoa trong đoạn văn.</w:t>
      </w:r>
    </w:p>
    <w:p w14:paraId="0E31259D" w14:textId="77777777" w:rsidR="003A09DE" w:rsidRDefault="0064324E" w:rsidP="00F144D6">
      <w:pPr>
        <w:shd w:val="clear" w:color="auto" w:fill="FFFFFF" w:themeFill="background1"/>
        <w:spacing w:after="0" w:line="240" w:lineRule="auto"/>
      </w:pPr>
      <w:r>
        <w:rPr>
          <w:b/>
        </w:rPr>
        <w:t>2. Năng lực chung</w:t>
      </w:r>
    </w:p>
    <w:p w14:paraId="0E7CB195" w14:textId="77777777" w:rsidR="003A09DE" w:rsidRDefault="0064324E" w:rsidP="00F144D6">
      <w:pPr>
        <w:shd w:val="clear" w:color="auto" w:fill="FFFFFF" w:themeFill="background1"/>
        <w:spacing w:after="0" w:line="240" w:lineRule="auto"/>
      </w:pPr>
      <w:r>
        <w:t>- Tự chủ và tự học: Tự chọn việc muốn kể, lập ý và viết đoạn văn.</w:t>
      </w:r>
    </w:p>
    <w:p w14:paraId="60B567C9" w14:textId="77777777" w:rsidR="003A09DE" w:rsidRDefault="0064324E" w:rsidP="00F144D6">
      <w:pPr>
        <w:shd w:val="clear" w:color="auto" w:fill="FFFFFF" w:themeFill="background1"/>
        <w:spacing w:after="0" w:line="240" w:lineRule="auto"/>
      </w:pPr>
      <w:r>
        <w:t>- Giao tiếp và hợp tác: Biết trao đổi nhóm đôi, góp ý bài viết của bạn.</w:t>
      </w:r>
    </w:p>
    <w:p w14:paraId="2A5B6EE0" w14:textId="77777777" w:rsidR="003A09DE" w:rsidRDefault="0064324E" w:rsidP="00F144D6">
      <w:pPr>
        <w:shd w:val="clear" w:color="auto" w:fill="FFFFFF" w:themeFill="background1"/>
        <w:spacing w:after="0" w:line="240" w:lineRule="auto"/>
      </w:pPr>
      <w:r>
        <w:t>- Giải quyết vấn đề và sáng tạo: Biết lựa chọn từ ngữ phù hợp để diễn đạt suy nghĩ.</w:t>
      </w:r>
    </w:p>
    <w:p w14:paraId="10B94D96" w14:textId="77777777" w:rsidR="003A09DE" w:rsidRDefault="0064324E" w:rsidP="00F144D6">
      <w:pPr>
        <w:shd w:val="clear" w:color="auto" w:fill="FFFFFF" w:themeFill="background1"/>
        <w:spacing w:after="0" w:line="240" w:lineRule="auto"/>
      </w:pPr>
      <w:r>
        <w:rPr>
          <w:b/>
        </w:rPr>
        <w:t>3. Phẩm chất</w:t>
      </w:r>
    </w:p>
    <w:p w14:paraId="2FE22E89" w14:textId="77777777" w:rsidR="003A09DE" w:rsidRDefault="0064324E" w:rsidP="00F144D6">
      <w:pPr>
        <w:shd w:val="clear" w:color="auto" w:fill="FFFFFF" w:themeFill="background1"/>
        <w:spacing w:after="0" w:line="240" w:lineRule="auto"/>
      </w:pPr>
      <w:r>
        <w:t>- Nhân ái: Biết học tập tình yêu thương, sự quan tâm của Bác Hồ.</w:t>
      </w:r>
    </w:p>
    <w:p w14:paraId="13201CB5" w14:textId="77777777" w:rsidR="003A09DE" w:rsidRDefault="0064324E" w:rsidP="00F144D6">
      <w:pPr>
        <w:shd w:val="clear" w:color="auto" w:fill="FFFFFF" w:themeFill="background1"/>
        <w:spacing w:after="0" w:line="240" w:lineRule="auto"/>
      </w:pPr>
      <w:r>
        <w:t>- Chăm chỉ: Tích cực viết, sửa bài để đoạn văn rõ ràng hơn.</w:t>
      </w:r>
    </w:p>
    <w:p w14:paraId="51FA048C" w14:textId="77777777" w:rsidR="003A09DE" w:rsidRDefault="0064324E" w:rsidP="00F144D6">
      <w:pPr>
        <w:shd w:val="clear" w:color="auto" w:fill="FFFFFF" w:themeFill="background1"/>
        <w:spacing w:after="0" w:line="240" w:lineRule="auto"/>
      </w:pPr>
      <w:r>
        <w:rPr>
          <w:b/>
        </w:rPr>
        <w:t>II. ĐỒ DÙNG DẠY HỌC</w:t>
      </w:r>
    </w:p>
    <w:p w14:paraId="7F8D62EB" w14:textId="77777777" w:rsidR="003A09DE" w:rsidRDefault="0064324E" w:rsidP="00F144D6">
      <w:pPr>
        <w:shd w:val="clear" w:color="auto" w:fill="FFFFFF" w:themeFill="background1"/>
        <w:spacing w:after="0" w:line="240" w:lineRule="auto"/>
      </w:pPr>
      <w:r>
        <w:t>- GV: Tranh Bác Hồ tưới cây, sơ đồ gợi ý viết đoạn văn, bảng phụ.</w:t>
      </w:r>
    </w:p>
    <w:p w14:paraId="6E18DF6F" w14:textId="77777777" w:rsidR="003A09DE" w:rsidRDefault="0064324E" w:rsidP="00F144D6">
      <w:pPr>
        <w:shd w:val="clear" w:color="auto" w:fill="FFFFFF" w:themeFill="background1"/>
        <w:spacing w:after="0" w:line="240" w:lineRule="auto"/>
      </w:pPr>
      <w:r>
        <w:t>- HS: SGK, vở ô ly, bút chì.</w:t>
      </w:r>
    </w:p>
    <w:p w14:paraId="4B408E26"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16"/>
        <w:gridCol w:w="5216"/>
      </w:tblGrid>
      <w:tr w:rsidR="003A09DE" w14:paraId="7B4B99DC" w14:textId="77777777">
        <w:trPr>
          <w:jc w:val="center"/>
        </w:trPr>
        <w:tc>
          <w:tcPr>
            <w:tcW w:w="5216" w:type="dxa"/>
            <w:shd w:val="clear" w:color="auto" w:fill="D9EAF7"/>
            <w:vAlign w:val="center"/>
          </w:tcPr>
          <w:p w14:paraId="069A2625" w14:textId="77777777" w:rsidR="003A09DE" w:rsidRDefault="0064324E" w:rsidP="00F144D6">
            <w:pPr>
              <w:shd w:val="clear" w:color="auto" w:fill="FFFFFF" w:themeFill="background1"/>
              <w:spacing w:after="0"/>
              <w:jc w:val="center"/>
            </w:pPr>
            <w:r>
              <w:rPr>
                <w:b/>
              </w:rPr>
              <w:t>Hoạt động của giáo viên</w:t>
            </w:r>
          </w:p>
        </w:tc>
        <w:tc>
          <w:tcPr>
            <w:tcW w:w="5216" w:type="dxa"/>
            <w:shd w:val="clear" w:color="auto" w:fill="D9EAF7"/>
            <w:vAlign w:val="center"/>
          </w:tcPr>
          <w:p w14:paraId="62B600DA" w14:textId="77777777" w:rsidR="003A09DE" w:rsidRDefault="0064324E" w:rsidP="00F144D6">
            <w:pPr>
              <w:shd w:val="clear" w:color="auto" w:fill="FFFFFF" w:themeFill="background1"/>
              <w:spacing w:after="0"/>
              <w:jc w:val="center"/>
            </w:pPr>
            <w:r>
              <w:rPr>
                <w:b/>
              </w:rPr>
              <w:t>Hoạt động của học sinh</w:t>
            </w:r>
          </w:p>
        </w:tc>
      </w:tr>
      <w:tr w:rsidR="003A09DE" w14:paraId="1485A38C" w14:textId="77777777">
        <w:trPr>
          <w:jc w:val="center"/>
        </w:trPr>
        <w:tc>
          <w:tcPr>
            <w:tcW w:w="10432" w:type="dxa"/>
            <w:gridSpan w:val="2"/>
            <w:shd w:val="clear" w:color="auto" w:fill="DDEBD6"/>
          </w:tcPr>
          <w:p w14:paraId="1E5A97FE" w14:textId="77777777" w:rsidR="003A09DE" w:rsidRDefault="0064324E" w:rsidP="00F144D6">
            <w:pPr>
              <w:shd w:val="clear" w:color="auto" w:fill="FFFFFF" w:themeFill="background1"/>
              <w:spacing w:after="0" w:line="240" w:lineRule="auto"/>
            </w:pPr>
            <w:r>
              <w:rPr>
                <w:b/>
              </w:rPr>
              <w:t>1. KHỞI ĐỘNG (3 phút)</w:t>
            </w:r>
            <w:r>
              <w:rPr>
                <w:i/>
              </w:rPr>
              <w:br/>
              <w:t>Mục tiêu: HS nhớ lại một việc làm của Bác Hồ trong câu chuyện Chiếc rễ đa tròn.</w:t>
            </w:r>
          </w:p>
        </w:tc>
      </w:tr>
      <w:tr w:rsidR="003A09DE" w14:paraId="4C236254" w14:textId="77777777">
        <w:trPr>
          <w:jc w:val="center"/>
        </w:trPr>
        <w:tc>
          <w:tcPr>
            <w:tcW w:w="4800" w:type="dxa"/>
          </w:tcPr>
          <w:p w14:paraId="65DFF525" w14:textId="77777777" w:rsidR="003A09DE" w:rsidRDefault="0064324E" w:rsidP="00F144D6">
            <w:pPr>
              <w:shd w:val="clear" w:color="auto" w:fill="FFFFFF" w:themeFill="background1"/>
              <w:spacing w:after="0" w:line="240" w:lineRule="auto"/>
            </w:pPr>
            <w:r>
              <w:t>- GV hỏi: Trong câu chuyện Chiếc rễ đa tròn, em nhớ nhất việc làm nào của Bác Hồ?</w:t>
            </w:r>
          </w:p>
        </w:tc>
        <w:tc>
          <w:tcPr>
            <w:tcW w:w="4800" w:type="dxa"/>
          </w:tcPr>
          <w:p w14:paraId="5BCC6AA0" w14:textId="77777777" w:rsidR="003A09DE" w:rsidRDefault="0064324E" w:rsidP="00F144D6">
            <w:pPr>
              <w:shd w:val="clear" w:color="auto" w:fill="FFFFFF" w:themeFill="background1"/>
              <w:spacing w:after="0" w:line="240" w:lineRule="auto"/>
            </w:pPr>
            <w:r>
              <w:t>- HS nêu: Bác nhặt rễ đa, bảo chú cần vụ trồng lại; Bác cuộn rễ thành vòng tròn để thiếu nhi vui chơi.</w:t>
            </w:r>
          </w:p>
        </w:tc>
      </w:tr>
      <w:tr w:rsidR="003A09DE" w14:paraId="7CCB92E1" w14:textId="77777777">
        <w:trPr>
          <w:jc w:val="center"/>
        </w:trPr>
        <w:tc>
          <w:tcPr>
            <w:tcW w:w="4800" w:type="dxa"/>
          </w:tcPr>
          <w:p w14:paraId="04800111" w14:textId="77777777" w:rsidR="003A09DE" w:rsidRDefault="0064324E" w:rsidP="00F144D6">
            <w:pPr>
              <w:shd w:val="clear" w:color="auto" w:fill="FFFFFF" w:themeFill="background1"/>
              <w:spacing w:after="0" w:line="240" w:lineRule="auto"/>
            </w:pPr>
            <w:r>
              <w:t>- GV dẫn vào bài: Hôm nay các em kể lại và viết 4–5 câu về một việc Bác Hồ đã làm trong câu chuyện.</w:t>
            </w:r>
          </w:p>
        </w:tc>
        <w:tc>
          <w:tcPr>
            <w:tcW w:w="4800" w:type="dxa"/>
          </w:tcPr>
          <w:p w14:paraId="3DB5A6C4" w14:textId="77777777" w:rsidR="003A09DE" w:rsidRDefault="0064324E" w:rsidP="00F144D6">
            <w:pPr>
              <w:shd w:val="clear" w:color="auto" w:fill="FFFFFF" w:themeFill="background1"/>
              <w:spacing w:after="0" w:line="240" w:lineRule="auto"/>
            </w:pPr>
            <w:r>
              <w:t>- HS lắng nghe, chuẩn bị vở.</w:t>
            </w:r>
          </w:p>
        </w:tc>
      </w:tr>
      <w:tr w:rsidR="003A09DE" w14:paraId="1BFF0E3D" w14:textId="77777777">
        <w:trPr>
          <w:jc w:val="center"/>
        </w:trPr>
        <w:tc>
          <w:tcPr>
            <w:tcW w:w="10432" w:type="dxa"/>
            <w:gridSpan w:val="2"/>
            <w:shd w:val="clear" w:color="auto" w:fill="DDEBD6"/>
          </w:tcPr>
          <w:p w14:paraId="28CEAE3C" w14:textId="77777777" w:rsidR="003A09DE" w:rsidRDefault="0064324E" w:rsidP="00F144D6">
            <w:pPr>
              <w:shd w:val="clear" w:color="auto" w:fill="FFFFFF" w:themeFill="background1"/>
              <w:spacing w:after="0" w:line="240" w:lineRule="auto"/>
            </w:pPr>
            <w:r>
              <w:rPr>
                <w:b/>
              </w:rPr>
              <w:t>2. KHÁM PHÁ KIẾN THỨC (10 phút)</w:t>
            </w:r>
            <w:r>
              <w:rPr>
                <w:i/>
              </w:rPr>
              <w:br/>
              <w:t>Mục tiêu: HS lập được ý kể theo gợi ý trong SGK.</w:t>
            </w:r>
          </w:p>
        </w:tc>
      </w:tr>
      <w:tr w:rsidR="003A09DE" w14:paraId="6BF7E7FA" w14:textId="77777777">
        <w:trPr>
          <w:jc w:val="center"/>
        </w:trPr>
        <w:tc>
          <w:tcPr>
            <w:tcW w:w="10432" w:type="dxa"/>
            <w:gridSpan w:val="2"/>
            <w:shd w:val="clear" w:color="auto" w:fill="DDEBD6"/>
          </w:tcPr>
          <w:p w14:paraId="22D1F6DB" w14:textId="77777777" w:rsidR="003A09DE" w:rsidRDefault="0064324E" w:rsidP="00F144D6">
            <w:pPr>
              <w:shd w:val="clear" w:color="auto" w:fill="FFFFFF" w:themeFill="background1"/>
              <w:spacing w:after="0" w:line="240" w:lineRule="auto"/>
            </w:pPr>
            <w:r>
              <w:rPr>
                <w:b/>
              </w:rPr>
              <w:t>Hoạt động 1: Kể lại một việc Bác Hồ đã làm</w:t>
            </w:r>
          </w:p>
        </w:tc>
      </w:tr>
      <w:tr w:rsidR="003A09DE" w14:paraId="7524CE65" w14:textId="77777777">
        <w:trPr>
          <w:jc w:val="center"/>
        </w:trPr>
        <w:tc>
          <w:tcPr>
            <w:tcW w:w="4800" w:type="dxa"/>
          </w:tcPr>
          <w:p w14:paraId="208B5968" w14:textId="77777777" w:rsidR="003A09DE" w:rsidRDefault="0064324E" w:rsidP="00F144D6">
            <w:pPr>
              <w:shd w:val="clear" w:color="auto" w:fill="FFFFFF" w:themeFill="background1"/>
              <w:spacing w:after="0" w:line="240" w:lineRule="auto"/>
            </w:pPr>
            <w:r>
              <w:rPr>
                <w:b/>
              </w:rPr>
              <w:t>Bài tập 1: Kể lại một việc Bác Hồ đã làm trong câu chuyện Chiếc rễ đa tròn.</w:t>
            </w:r>
          </w:p>
          <w:p w14:paraId="1CF1C0BA" w14:textId="5C164FD5" w:rsidR="003A09DE" w:rsidRDefault="003A09DE" w:rsidP="00F144D6">
            <w:pPr>
              <w:shd w:val="clear" w:color="auto" w:fill="FFFFFF" w:themeFill="background1"/>
              <w:spacing w:after="0"/>
              <w:jc w:val="center"/>
            </w:pPr>
          </w:p>
        </w:tc>
        <w:tc>
          <w:tcPr>
            <w:tcW w:w="4800" w:type="dxa"/>
          </w:tcPr>
          <w:p w14:paraId="017B602A" w14:textId="77777777" w:rsidR="003A09DE" w:rsidRDefault="0064324E" w:rsidP="00F144D6">
            <w:pPr>
              <w:shd w:val="clear" w:color="auto" w:fill="FFFFFF" w:themeFill="background1"/>
              <w:spacing w:after="0" w:line="240" w:lineRule="auto"/>
            </w:pPr>
            <w:r>
              <w:t>- HS đọc yêu cầu và các gợi ý trong SGK.</w:t>
            </w:r>
          </w:p>
        </w:tc>
      </w:tr>
      <w:tr w:rsidR="003A09DE" w14:paraId="059AD528" w14:textId="77777777">
        <w:trPr>
          <w:jc w:val="center"/>
        </w:trPr>
        <w:tc>
          <w:tcPr>
            <w:tcW w:w="4800" w:type="dxa"/>
          </w:tcPr>
          <w:p w14:paraId="200F002A" w14:textId="77777777" w:rsidR="003A09DE" w:rsidRDefault="0064324E" w:rsidP="00F144D6">
            <w:pPr>
              <w:shd w:val="clear" w:color="auto" w:fill="FFFFFF" w:themeFill="background1"/>
              <w:spacing w:after="0" w:line="240" w:lineRule="auto"/>
            </w:pPr>
            <w:r>
              <w:lastRenderedPageBreak/>
              <w:t>- GV hỏi: Em muốn kể về việc làm nào của Bác Hồ?</w:t>
            </w:r>
          </w:p>
        </w:tc>
        <w:tc>
          <w:tcPr>
            <w:tcW w:w="4800" w:type="dxa"/>
          </w:tcPr>
          <w:p w14:paraId="7A8619DB" w14:textId="77777777" w:rsidR="003A09DE" w:rsidRDefault="0064324E" w:rsidP="00F144D6">
            <w:pPr>
              <w:shd w:val="clear" w:color="auto" w:fill="FFFFFF" w:themeFill="background1"/>
              <w:spacing w:after="0" w:line="240" w:lineRule="auto"/>
            </w:pPr>
            <w:r>
              <w:t>- HS nêu: Em muốn kể việc Bác bảo chú cần vụ trồng lại chiếc rễ đa.</w:t>
            </w:r>
          </w:p>
        </w:tc>
      </w:tr>
      <w:tr w:rsidR="003A09DE" w14:paraId="462775C2" w14:textId="77777777">
        <w:trPr>
          <w:jc w:val="center"/>
        </w:trPr>
        <w:tc>
          <w:tcPr>
            <w:tcW w:w="4800" w:type="dxa"/>
          </w:tcPr>
          <w:p w14:paraId="1FF016E8" w14:textId="77777777" w:rsidR="003A09DE" w:rsidRDefault="0064324E" w:rsidP="00F144D6">
            <w:pPr>
              <w:shd w:val="clear" w:color="auto" w:fill="FFFFFF" w:themeFill="background1"/>
              <w:spacing w:after="0" w:line="240" w:lineRule="auto"/>
            </w:pPr>
            <w:r>
              <w:t>- GV hỏi: Bác đã làm việc đó như thế nào?</w:t>
            </w:r>
          </w:p>
        </w:tc>
        <w:tc>
          <w:tcPr>
            <w:tcW w:w="4800" w:type="dxa"/>
          </w:tcPr>
          <w:p w14:paraId="58AB7EAC" w14:textId="77777777" w:rsidR="003A09DE" w:rsidRDefault="0064324E" w:rsidP="00F144D6">
            <w:pPr>
              <w:shd w:val="clear" w:color="auto" w:fill="FFFFFF" w:themeFill="background1"/>
              <w:spacing w:after="0" w:line="240" w:lineRule="auto"/>
            </w:pPr>
            <w:r>
              <w:t>- HS nêu: Bác cuộn chiếc rễ thành vòng tròn, cùng chú cần vụ buộc vào hai cái cọc rồi vùi hai đầu rễ xuống đất.</w:t>
            </w:r>
          </w:p>
        </w:tc>
      </w:tr>
      <w:tr w:rsidR="003A09DE" w14:paraId="5EB49D11" w14:textId="77777777">
        <w:trPr>
          <w:jc w:val="center"/>
        </w:trPr>
        <w:tc>
          <w:tcPr>
            <w:tcW w:w="4800" w:type="dxa"/>
          </w:tcPr>
          <w:p w14:paraId="72DD752E" w14:textId="77777777" w:rsidR="003A09DE" w:rsidRDefault="0064324E" w:rsidP="00F144D6">
            <w:pPr>
              <w:shd w:val="clear" w:color="auto" w:fill="FFFFFF" w:themeFill="background1"/>
              <w:spacing w:after="0" w:line="240" w:lineRule="auto"/>
            </w:pPr>
            <w:r>
              <w:t>- GV hỏi: Em có suy nghĩ gì về việc làm của Bác?</w:t>
            </w:r>
          </w:p>
        </w:tc>
        <w:tc>
          <w:tcPr>
            <w:tcW w:w="4800" w:type="dxa"/>
          </w:tcPr>
          <w:p w14:paraId="34E56085" w14:textId="77777777" w:rsidR="003A09DE" w:rsidRDefault="0064324E" w:rsidP="00F144D6">
            <w:pPr>
              <w:shd w:val="clear" w:color="auto" w:fill="FFFFFF" w:themeFill="background1"/>
              <w:spacing w:after="0" w:line="240" w:lineRule="auto"/>
            </w:pPr>
            <w:r>
              <w:t>- HS nêu: Em thấy Bác rất yêu cây xanh, rất quan tâm đến thiếu nhi và nghĩ xa cho niềm vui của các em.</w:t>
            </w:r>
          </w:p>
        </w:tc>
      </w:tr>
      <w:tr w:rsidR="003A09DE" w14:paraId="63ED665F" w14:textId="77777777">
        <w:trPr>
          <w:jc w:val="center"/>
        </w:trPr>
        <w:tc>
          <w:tcPr>
            <w:tcW w:w="4800" w:type="dxa"/>
          </w:tcPr>
          <w:p w14:paraId="51FA6B58" w14:textId="77777777" w:rsidR="003A09DE" w:rsidRDefault="0064324E" w:rsidP="00F144D6">
            <w:pPr>
              <w:shd w:val="clear" w:color="auto" w:fill="FFFFFF" w:themeFill="background1"/>
              <w:spacing w:after="0" w:line="240" w:lineRule="auto"/>
            </w:pPr>
            <w:r>
              <w:t>- GV cho HS nói miệng theo nhóm đôi, một bạn kể, một bạn góp ý xem câu kể đã đủ ý chưa.</w:t>
            </w:r>
          </w:p>
        </w:tc>
        <w:tc>
          <w:tcPr>
            <w:tcW w:w="4800" w:type="dxa"/>
          </w:tcPr>
          <w:p w14:paraId="0EF4E477" w14:textId="77777777" w:rsidR="003A09DE" w:rsidRDefault="0064324E" w:rsidP="00F144D6">
            <w:pPr>
              <w:shd w:val="clear" w:color="auto" w:fill="FFFFFF" w:themeFill="background1"/>
              <w:spacing w:after="0" w:line="240" w:lineRule="auto"/>
            </w:pPr>
            <w:r>
              <w:t>- HS thực hành nói trong nhóm đôi, góp ý cho bạn.</w:t>
            </w:r>
          </w:p>
        </w:tc>
      </w:tr>
      <w:tr w:rsidR="003A09DE" w14:paraId="4E2A53E2" w14:textId="77777777">
        <w:trPr>
          <w:jc w:val="center"/>
        </w:trPr>
        <w:tc>
          <w:tcPr>
            <w:tcW w:w="10432" w:type="dxa"/>
            <w:gridSpan w:val="2"/>
            <w:shd w:val="clear" w:color="auto" w:fill="DDEBD6"/>
          </w:tcPr>
          <w:p w14:paraId="257D2CBF" w14:textId="77777777" w:rsidR="003A09DE" w:rsidRDefault="0064324E" w:rsidP="00F144D6">
            <w:pPr>
              <w:shd w:val="clear" w:color="auto" w:fill="FFFFFF" w:themeFill="background1"/>
              <w:spacing w:after="0" w:line="240" w:lineRule="auto"/>
            </w:pPr>
            <w:r>
              <w:rPr>
                <w:b/>
              </w:rPr>
              <w:t>3. LUYỆN TẬP - THỰC HÀNH (17 phút)</w:t>
            </w:r>
            <w:r>
              <w:rPr>
                <w:i/>
              </w:rPr>
              <w:br/>
              <w:t>Mục tiêu: HS viết được đoạn 4–5 câu kể một việc Bác Hồ đã làm.</w:t>
            </w:r>
          </w:p>
        </w:tc>
      </w:tr>
      <w:tr w:rsidR="003A09DE" w14:paraId="23BD6B81" w14:textId="77777777">
        <w:trPr>
          <w:jc w:val="center"/>
        </w:trPr>
        <w:tc>
          <w:tcPr>
            <w:tcW w:w="4800" w:type="dxa"/>
          </w:tcPr>
          <w:p w14:paraId="48E0DD4B" w14:textId="77777777" w:rsidR="003A09DE" w:rsidRDefault="0064324E" w:rsidP="00F144D6">
            <w:pPr>
              <w:shd w:val="clear" w:color="auto" w:fill="FFFFFF" w:themeFill="background1"/>
              <w:spacing w:after="0" w:line="240" w:lineRule="auto"/>
            </w:pPr>
            <w:r>
              <w:rPr>
                <w:b/>
              </w:rPr>
              <w:t>Bài tập 2: Viết 4–5 câu về việc em vừa kể ở trên.</w:t>
            </w:r>
          </w:p>
        </w:tc>
        <w:tc>
          <w:tcPr>
            <w:tcW w:w="4800" w:type="dxa"/>
          </w:tcPr>
          <w:p w14:paraId="75965811" w14:textId="77777777" w:rsidR="003A09DE" w:rsidRDefault="0064324E" w:rsidP="00F144D6">
            <w:pPr>
              <w:shd w:val="clear" w:color="auto" w:fill="FFFFFF" w:themeFill="background1"/>
              <w:spacing w:after="0" w:line="240" w:lineRule="auto"/>
            </w:pPr>
            <w:r>
              <w:t>- HS đọc đề và xác định yêu cầu: viết 4–5 câu.</w:t>
            </w:r>
          </w:p>
        </w:tc>
      </w:tr>
      <w:tr w:rsidR="003A09DE" w14:paraId="678E0011" w14:textId="77777777">
        <w:trPr>
          <w:jc w:val="center"/>
        </w:trPr>
        <w:tc>
          <w:tcPr>
            <w:tcW w:w="4800" w:type="dxa"/>
          </w:tcPr>
          <w:p w14:paraId="34D1F9EC" w14:textId="77777777" w:rsidR="003A09DE" w:rsidRDefault="0064324E" w:rsidP="00F144D6">
            <w:pPr>
              <w:shd w:val="clear" w:color="auto" w:fill="FFFFFF" w:themeFill="background1"/>
              <w:spacing w:after="0" w:line="240" w:lineRule="auto"/>
            </w:pPr>
            <w:r>
              <w:t>- GV hướng dẫn cách viết: câu 1 giới thiệu việc làm; câu 2–3 kể việc Bác làm; câu 4 nêu kết quả; câu 5 nêu suy nghĩ của em.</w:t>
            </w:r>
          </w:p>
        </w:tc>
        <w:tc>
          <w:tcPr>
            <w:tcW w:w="4800" w:type="dxa"/>
          </w:tcPr>
          <w:p w14:paraId="766DA634" w14:textId="77777777" w:rsidR="003A09DE" w:rsidRDefault="0064324E" w:rsidP="00F144D6">
            <w:pPr>
              <w:shd w:val="clear" w:color="auto" w:fill="FFFFFF" w:themeFill="background1"/>
              <w:spacing w:after="0" w:line="240" w:lineRule="auto"/>
            </w:pPr>
            <w:r>
              <w:t>- HS lắng nghe, nhắc lại dàn ý ngắn gọn.</w:t>
            </w:r>
          </w:p>
        </w:tc>
      </w:tr>
      <w:tr w:rsidR="003A09DE" w14:paraId="4F0C3F3C" w14:textId="77777777">
        <w:trPr>
          <w:jc w:val="center"/>
        </w:trPr>
        <w:tc>
          <w:tcPr>
            <w:tcW w:w="4800" w:type="dxa"/>
          </w:tcPr>
          <w:p w14:paraId="4DA56AA9" w14:textId="77777777" w:rsidR="003A09DE" w:rsidRDefault="0064324E" w:rsidP="00F144D6">
            <w:pPr>
              <w:shd w:val="clear" w:color="auto" w:fill="FFFFFF" w:themeFill="background1"/>
              <w:spacing w:after="0" w:line="240" w:lineRule="auto"/>
            </w:pPr>
            <w:r>
              <w:t>- GV viết mẫu khung gợi ý trên bảng: “Trong câu chuyện..., em nhớ nhất việc... Bác đã... Việc làm ấy cho thấy... Em rất...”</w:t>
            </w:r>
          </w:p>
        </w:tc>
        <w:tc>
          <w:tcPr>
            <w:tcW w:w="4800" w:type="dxa"/>
          </w:tcPr>
          <w:p w14:paraId="5DF9B11B" w14:textId="77777777" w:rsidR="003A09DE" w:rsidRDefault="0064324E" w:rsidP="00F144D6">
            <w:pPr>
              <w:shd w:val="clear" w:color="auto" w:fill="FFFFFF" w:themeFill="background1"/>
              <w:spacing w:after="0" w:line="240" w:lineRule="auto"/>
            </w:pPr>
            <w:r>
              <w:t>- HS quan sát khung gợi ý, chọn từ ngữ phù hợp để viết đoạn của mình.</w:t>
            </w:r>
          </w:p>
        </w:tc>
      </w:tr>
      <w:tr w:rsidR="003A09DE" w14:paraId="19E28AE9" w14:textId="77777777">
        <w:trPr>
          <w:jc w:val="center"/>
        </w:trPr>
        <w:tc>
          <w:tcPr>
            <w:tcW w:w="4800" w:type="dxa"/>
          </w:tcPr>
          <w:p w14:paraId="23E2C640" w14:textId="77777777" w:rsidR="003A09DE" w:rsidRDefault="0064324E" w:rsidP="00F144D6">
            <w:pPr>
              <w:shd w:val="clear" w:color="auto" w:fill="FFFFFF" w:themeFill="background1"/>
              <w:spacing w:after="0" w:line="240" w:lineRule="auto"/>
            </w:pPr>
            <w:r>
              <w:t>- GV cho HS viết vào vở; nhắc HS đầu câu viết hoa, cuối câu có dấu chấm, viết tên Bác Hồ đúng chính tả.</w:t>
            </w:r>
          </w:p>
        </w:tc>
        <w:tc>
          <w:tcPr>
            <w:tcW w:w="4800" w:type="dxa"/>
          </w:tcPr>
          <w:p w14:paraId="4DDC5CD7" w14:textId="77777777" w:rsidR="003A09DE" w:rsidRDefault="0064324E" w:rsidP="00F144D6">
            <w:pPr>
              <w:shd w:val="clear" w:color="auto" w:fill="FFFFFF" w:themeFill="background1"/>
              <w:spacing w:after="0" w:line="240" w:lineRule="auto"/>
            </w:pPr>
            <w:r>
              <w:t>- HS viết đoạn văn 4–5 câu vào vở.</w:t>
            </w:r>
          </w:p>
        </w:tc>
      </w:tr>
      <w:tr w:rsidR="003A09DE" w14:paraId="2B06F468" w14:textId="77777777">
        <w:trPr>
          <w:jc w:val="center"/>
        </w:trPr>
        <w:tc>
          <w:tcPr>
            <w:tcW w:w="4800" w:type="dxa"/>
          </w:tcPr>
          <w:p w14:paraId="22F7C837" w14:textId="77777777" w:rsidR="003A09DE" w:rsidRDefault="0064324E" w:rsidP="00F144D6">
            <w:pPr>
              <w:shd w:val="clear" w:color="auto" w:fill="FFFFFF" w:themeFill="background1"/>
              <w:spacing w:after="0" w:line="240" w:lineRule="auto"/>
            </w:pPr>
            <w:r>
              <w:t>- GV mời 2–3 HS đọc bài viết; nhận xét theo tiêu chí: đủ số câu, đúng nội dung, có cảm nghĩ.</w:t>
            </w:r>
          </w:p>
        </w:tc>
        <w:tc>
          <w:tcPr>
            <w:tcW w:w="4800" w:type="dxa"/>
          </w:tcPr>
          <w:p w14:paraId="16C8A8F8" w14:textId="77777777" w:rsidR="003A09DE" w:rsidRDefault="0064324E" w:rsidP="00F144D6">
            <w:pPr>
              <w:shd w:val="clear" w:color="auto" w:fill="FFFFFF" w:themeFill="background1"/>
              <w:spacing w:after="0" w:line="240" w:lineRule="auto"/>
            </w:pPr>
            <w:r>
              <w:t>- HS đọc bài; lớp nhận xét, góp ý; HS tự sửa bài.</w:t>
            </w:r>
          </w:p>
        </w:tc>
      </w:tr>
      <w:tr w:rsidR="003A09DE" w14:paraId="221F7CDC" w14:textId="77777777">
        <w:trPr>
          <w:jc w:val="center"/>
        </w:trPr>
        <w:tc>
          <w:tcPr>
            <w:tcW w:w="10432" w:type="dxa"/>
            <w:gridSpan w:val="2"/>
            <w:shd w:val="clear" w:color="auto" w:fill="DDEBD6"/>
          </w:tcPr>
          <w:p w14:paraId="44DB0A1B" w14:textId="77777777" w:rsidR="003A09DE" w:rsidRDefault="0064324E" w:rsidP="00F144D6">
            <w:pPr>
              <w:shd w:val="clear" w:color="auto" w:fill="FFFFFF" w:themeFill="background1"/>
              <w:spacing w:after="0" w:line="240" w:lineRule="auto"/>
            </w:pPr>
            <w:r>
              <w:rPr>
                <w:b/>
              </w:rPr>
              <w:t>4. VẬN DỤNG (5 phút)</w:t>
            </w:r>
            <w:r>
              <w:rPr>
                <w:i/>
              </w:rPr>
              <w:br/>
              <w:t>Mục tiêu: HS liên hệ việc làm nhỏ thể hiện tình yêu thương và trách nhiệm.</w:t>
            </w:r>
          </w:p>
        </w:tc>
      </w:tr>
      <w:tr w:rsidR="003A09DE" w14:paraId="5DA974A4" w14:textId="77777777">
        <w:trPr>
          <w:jc w:val="center"/>
        </w:trPr>
        <w:tc>
          <w:tcPr>
            <w:tcW w:w="4800" w:type="dxa"/>
          </w:tcPr>
          <w:p w14:paraId="2D05CF9A" w14:textId="77777777" w:rsidR="003A09DE" w:rsidRDefault="0064324E" w:rsidP="00F144D6">
            <w:pPr>
              <w:shd w:val="clear" w:color="auto" w:fill="FFFFFF" w:themeFill="background1"/>
              <w:spacing w:after="0" w:line="240" w:lineRule="auto"/>
            </w:pPr>
            <w:r>
              <w:t>- GV hỏi: Sau khi viết về việc làm của Bác, em muốn làm việc tốt nào cho lớp hoặc gia đình?</w:t>
            </w:r>
          </w:p>
        </w:tc>
        <w:tc>
          <w:tcPr>
            <w:tcW w:w="4800" w:type="dxa"/>
          </w:tcPr>
          <w:p w14:paraId="52FA0BF4" w14:textId="77777777" w:rsidR="003A09DE" w:rsidRDefault="0064324E" w:rsidP="00F144D6">
            <w:pPr>
              <w:shd w:val="clear" w:color="auto" w:fill="FFFFFF" w:themeFill="background1"/>
              <w:spacing w:after="0" w:line="240" w:lineRule="auto"/>
            </w:pPr>
            <w:r>
              <w:t>- HS nêu: Em chăm cây, giúp bố mẹ, giữ lớp sạch, nhường nhịn bạn.</w:t>
            </w:r>
          </w:p>
        </w:tc>
      </w:tr>
      <w:tr w:rsidR="003A09DE" w14:paraId="24B01137" w14:textId="77777777">
        <w:trPr>
          <w:jc w:val="center"/>
        </w:trPr>
        <w:tc>
          <w:tcPr>
            <w:tcW w:w="4800" w:type="dxa"/>
          </w:tcPr>
          <w:p w14:paraId="48ECB216" w14:textId="77777777" w:rsidR="003A09DE" w:rsidRDefault="0064324E" w:rsidP="00F144D6">
            <w:pPr>
              <w:shd w:val="clear" w:color="auto" w:fill="FFFFFF" w:themeFill="background1"/>
              <w:spacing w:after="0" w:line="240" w:lineRule="auto"/>
            </w:pPr>
            <w:r>
              <w:t>- GV dặn HS hoàn thiện đoạn văn và chuẩn bị một câu chuyện kể về Bác Hồ cho tiết Đọc mở rộng.</w:t>
            </w:r>
          </w:p>
        </w:tc>
        <w:tc>
          <w:tcPr>
            <w:tcW w:w="4800" w:type="dxa"/>
          </w:tcPr>
          <w:p w14:paraId="3B78CF28" w14:textId="77777777" w:rsidR="003A09DE" w:rsidRDefault="0064324E" w:rsidP="00F144D6">
            <w:pPr>
              <w:shd w:val="clear" w:color="auto" w:fill="FFFFFF" w:themeFill="background1"/>
              <w:spacing w:after="0" w:line="240" w:lineRule="auto"/>
            </w:pPr>
            <w:r>
              <w:t>- HS lắng nghe, ghi nhớ.</w:t>
            </w:r>
          </w:p>
        </w:tc>
      </w:tr>
    </w:tbl>
    <w:p w14:paraId="11914319" w14:textId="77777777" w:rsidR="003A09DE" w:rsidRDefault="0064324E" w:rsidP="00F144D6">
      <w:pPr>
        <w:shd w:val="clear" w:color="auto" w:fill="FFFFFF" w:themeFill="background1"/>
        <w:spacing w:after="0" w:line="240" w:lineRule="auto"/>
      </w:pPr>
      <w:r>
        <w:rPr>
          <w:b/>
        </w:rPr>
        <w:t>IV. ĐIỀU CHỈNH SAU TIẾT HỌC (NẾU CÓ)</w:t>
      </w:r>
    </w:p>
    <w:p w14:paraId="0CC7E0F0" w14:textId="77777777" w:rsidR="003A09DE" w:rsidRDefault="003A09DE" w:rsidP="00F144D6">
      <w:pPr>
        <w:shd w:val="clear" w:color="auto" w:fill="FFFFFF" w:themeFill="background1"/>
        <w:spacing w:after="0" w:line="240" w:lineRule="auto"/>
      </w:pPr>
    </w:p>
    <w:p w14:paraId="6B0D1C45" w14:textId="77777777" w:rsidR="003A09DE" w:rsidRDefault="0064324E" w:rsidP="00F144D6">
      <w:pPr>
        <w:shd w:val="clear" w:color="auto" w:fill="FFFFFF" w:themeFill="background1"/>
        <w:spacing w:after="0" w:line="240" w:lineRule="auto"/>
        <w:jc w:val="center"/>
      </w:pPr>
      <w:r>
        <w:rPr>
          <w:b/>
        </w:rPr>
        <w:t>BÀI 24: CHIẾC RỄ ĐA TRÒN</w:t>
      </w:r>
    </w:p>
    <w:p w14:paraId="71026F09" w14:textId="77777777" w:rsidR="003A09DE" w:rsidRDefault="0064324E" w:rsidP="00F144D6">
      <w:pPr>
        <w:shd w:val="clear" w:color="auto" w:fill="FFFFFF" w:themeFill="background1"/>
        <w:spacing w:after="60" w:line="240" w:lineRule="auto"/>
        <w:jc w:val="center"/>
      </w:pPr>
      <w:r>
        <w:rPr>
          <w:b/>
        </w:rPr>
        <w:t>TIẾT 6: ĐỌC MỞ RỘNG</w:t>
      </w:r>
    </w:p>
    <w:p w14:paraId="056AA2BC" w14:textId="77777777" w:rsidR="003A09DE" w:rsidRDefault="0064324E" w:rsidP="00F144D6">
      <w:pPr>
        <w:shd w:val="clear" w:color="auto" w:fill="FFFFFF" w:themeFill="background1"/>
        <w:spacing w:after="0" w:line="240" w:lineRule="auto"/>
      </w:pPr>
      <w:r>
        <w:rPr>
          <w:b/>
        </w:rPr>
        <w:t>I. YÊU CẦU CẦN ĐẠT</w:t>
      </w:r>
    </w:p>
    <w:p w14:paraId="66F1C084" w14:textId="77777777" w:rsidR="003A09DE" w:rsidRDefault="0064324E" w:rsidP="00F144D6">
      <w:pPr>
        <w:shd w:val="clear" w:color="auto" w:fill="FFFFFF" w:themeFill="background1"/>
        <w:spacing w:after="0" w:line="240" w:lineRule="auto"/>
      </w:pPr>
      <w:r>
        <w:rPr>
          <w:b/>
        </w:rPr>
        <w:t>1. Năng lực đặc thù</w:t>
      </w:r>
    </w:p>
    <w:p w14:paraId="637366F6" w14:textId="77777777" w:rsidR="003A09DE" w:rsidRDefault="0064324E" w:rsidP="00F144D6">
      <w:pPr>
        <w:shd w:val="clear" w:color="auto" w:fill="FFFFFF" w:themeFill="background1"/>
        <w:spacing w:after="0" w:line="240" w:lineRule="auto"/>
      </w:pPr>
      <w:r>
        <w:t>- Tìm đọc được một câu chuyện, bài thơ hoặc đoạn văn kể về Bác Hồ phù hợp lứa tuổi.</w:t>
      </w:r>
    </w:p>
    <w:p w14:paraId="5D41D17E" w14:textId="77777777" w:rsidR="003A09DE" w:rsidRDefault="0064324E" w:rsidP="00F144D6">
      <w:pPr>
        <w:shd w:val="clear" w:color="auto" w:fill="FFFFFF" w:themeFill="background1"/>
        <w:spacing w:after="0" w:line="240" w:lineRule="auto"/>
      </w:pPr>
      <w:r>
        <w:t>- Kể lại được câu chuyện đã đọc và nói được cảm xúc của mình sau khi đọc.</w:t>
      </w:r>
    </w:p>
    <w:p w14:paraId="410EBEB7" w14:textId="77777777" w:rsidR="003A09DE" w:rsidRDefault="0064324E" w:rsidP="00F144D6">
      <w:pPr>
        <w:shd w:val="clear" w:color="auto" w:fill="FFFFFF" w:themeFill="background1"/>
        <w:spacing w:after="0" w:line="240" w:lineRule="auto"/>
      </w:pPr>
      <w:r>
        <w:t>- Biết ghi nhớ tên câu chuyện, nhân vật và việc làm đáng nhớ của Bác Hồ.</w:t>
      </w:r>
    </w:p>
    <w:p w14:paraId="6DB75A8E" w14:textId="77777777" w:rsidR="003A09DE" w:rsidRDefault="0064324E" w:rsidP="00F144D6">
      <w:pPr>
        <w:shd w:val="clear" w:color="auto" w:fill="FFFFFF" w:themeFill="background1"/>
        <w:spacing w:after="0" w:line="240" w:lineRule="auto"/>
      </w:pPr>
      <w:r>
        <w:rPr>
          <w:b/>
        </w:rPr>
        <w:t>2. Năng lực chung</w:t>
      </w:r>
    </w:p>
    <w:p w14:paraId="2E19DEE4" w14:textId="77777777" w:rsidR="003A09DE" w:rsidRDefault="0064324E" w:rsidP="00F144D6">
      <w:pPr>
        <w:shd w:val="clear" w:color="auto" w:fill="FFFFFF" w:themeFill="background1"/>
        <w:spacing w:after="0" w:line="240" w:lineRule="auto"/>
      </w:pPr>
      <w:r>
        <w:t>- Tự chủ và tự học: Chủ động chuẩn bị sách, bài đọc và ghi nhớ thông tin chính.</w:t>
      </w:r>
    </w:p>
    <w:p w14:paraId="31889A7C" w14:textId="77777777" w:rsidR="003A09DE" w:rsidRDefault="0064324E" w:rsidP="00F144D6">
      <w:pPr>
        <w:shd w:val="clear" w:color="auto" w:fill="FFFFFF" w:themeFill="background1"/>
        <w:spacing w:after="0" w:line="240" w:lineRule="auto"/>
      </w:pPr>
      <w:r>
        <w:t>- Giao tiếp và hợp tác: Biết kể chuyện trong nhóm, lắng nghe và nhận xét bạn.</w:t>
      </w:r>
    </w:p>
    <w:p w14:paraId="609B4FBA" w14:textId="77777777" w:rsidR="003A09DE" w:rsidRDefault="0064324E" w:rsidP="00F144D6">
      <w:pPr>
        <w:shd w:val="clear" w:color="auto" w:fill="FFFFFF" w:themeFill="background1"/>
        <w:spacing w:after="0" w:line="240" w:lineRule="auto"/>
      </w:pPr>
      <w:r>
        <w:t>- Giải quyết vấn đề và sáng tạo: Biết chọn thông tin chính để kể lại ngắn gọn, tự nhiên.</w:t>
      </w:r>
    </w:p>
    <w:p w14:paraId="414E73C1" w14:textId="77777777" w:rsidR="003A09DE" w:rsidRDefault="0064324E" w:rsidP="00F144D6">
      <w:pPr>
        <w:shd w:val="clear" w:color="auto" w:fill="FFFFFF" w:themeFill="background1"/>
        <w:spacing w:after="0" w:line="240" w:lineRule="auto"/>
      </w:pPr>
      <w:r>
        <w:rPr>
          <w:b/>
        </w:rPr>
        <w:t>3. Phẩm chất</w:t>
      </w:r>
    </w:p>
    <w:p w14:paraId="79BB7D24" w14:textId="77777777" w:rsidR="003A09DE" w:rsidRDefault="0064324E" w:rsidP="00F144D6">
      <w:pPr>
        <w:shd w:val="clear" w:color="auto" w:fill="FFFFFF" w:themeFill="background1"/>
        <w:spacing w:after="0" w:line="240" w:lineRule="auto"/>
      </w:pPr>
      <w:r>
        <w:t>- Chăm chỉ: Hình thành thói quen đọc sách, đọc thêm ngoài SGK.</w:t>
      </w:r>
    </w:p>
    <w:p w14:paraId="28BCB99A" w14:textId="77777777" w:rsidR="003A09DE" w:rsidRDefault="0064324E" w:rsidP="00F144D6">
      <w:pPr>
        <w:shd w:val="clear" w:color="auto" w:fill="FFFFFF" w:themeFill="background1"/>
        <w:spacing w:after="0" w:line="240" w:lineRule="auto"/>
      </w:pPr>
      <w:r>
        <w:t>- Nhân ái: Kính yêu Bác Hồ, mong muốn làm việc tốt theo lời Bác dạy.</w:t>
      </w:r>
    </w:p>
    <w:p w14:paraId="6B291598" w14:textId="77777777" w:rsidR="003A09DE" w:rsidRDefault="0064324E" w:rsidP="00F144D6">
      <w:pPr>
        <w:shd w:val="clear" w:color="auto" w:fill="FFFFFF" w:themeFill="background1"/>
        <w:spacing w:after="0" w:line="240" w:lineRule="auto"/>
      </w:pPr>
      <w:r>
        <w:rPr>
          <w:b/>
        </w:rPr>
        <w:t>4. Tích hợp</w:t>
      </w:r>
    </w:p>
    <w:p w14:paraId="222E6174" w14:textId="77777777" w:rsidR="003A09DE" w:rsidRDefault="0064324E" w:rsidP="00F144D6">
      <w:pPr>
        <w:shd w:val="clear" w:color="auto" w:fill="FFFFFF" w:themeFill="background1"/>
        <w:spacing w:after="0" w:line="240" w:lineRule="auto"/>
      </w:pPr>
      <w:r>
        <w:rPr>
          <w:color w:val="C00000"/>
        </w:rPr>
        <w:lastRenderedPageBreak/>
        <w:t>- Tích hợp NLS 1.1.CB1a: HS biết xác định thông tin cần tìm và tìm kiếm đơn giản câu chuyện về Bác Hồ trong môi trường số dưới sự hướng dẫn của người lớn; không bấm đường link lạ, không nhập thông tin cá nhân.</w:t>
      </w:r>
    </w:p>
    <w:p w14:paraId="685D7515" w14:textId="77777777" w:rsidR="003A09DE" w:rsidRDefault="0064324E" w:rsidP="00F144D6">
      <w:pPr>
        <w:shd w:val="clear" w:color="auto" w:fill="FFFFFF" w:themeFill="background1"/>
        <w:spacing w:after="0" w:line="240" w:lineRule="auto"/>
      </w:pPr>
      <w:r>
        <w:rPr>
          <w:b/>
        </w:rPr>
        <w:t>II. ĐỒ DÙNG DẠY HỌC</w:t>
      </w:r>
    </w:p>
    <w:p w14:paraId="64618D94" w14:textId="77777777" w:rsidR="003A09DE" w:rsidRDefault="0064324E" w:rsidP="00F144D6">
      <w:pPr>
        <w:shd w:val="clear" w:color="auto" w:fill="FFFFFF" w:themeFill="background1"/>
        <w:spacing w:after="0" w:line="240" w:lineRule="auto"/>
      </w:pPr>
      <w:r>
        <w:t>- GV: Một số sách, báo, câu chuyện ngắn về Bác Hồ; phiếu đọc mở rộng; máy chiếu nếu có.</w:t>
      </w:r>
    </w:p>
    <w:p w14:paraId="0D8156A3" w14:textId="77777777" w:rsidR="003A09DE" w:rsidRDefault="0064324E" w:rsidP="00F144D6">
      <w:pPr>
        <w:shd w:val="clear" w:color="auto" w:fill="FFFFFF" w:themeFill="background1"/>
        <w:spacing w:after="0" w:line="240" w:lineRule="auto"/>
      </w:pPr>
      <w:r>
        <w:t>- HS: Sách/bài đọc đã chuẩn bị, vở ghi.</w:t>
      </w:r>
    </w:p>
    <w:p w14:paraId="35E565F6" w14:textId="77777777" w:rsidR="003A09DE" w:rsidRDefault="0064324E" w:rsidP="00F144D6">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216"/>
        <w:gridCol w:w="5216"/>
      </w:tblGrid>
      <w:tr w:rsidR="003A09DE" w14:paraId="2D6FC0BA" w14:textId="77777777" w:rsidTr="00F144D6">
        <w:trPr>
          <w:jc w:val="center"/>
        </w:trPr>
        <w:tc>
          <w:tcPr>
            <w:tcW w:w="5216" w:type="dxa"/>
            <w:tcBorders>
              <w:bottom w:val="single" w:sz="6" w:space="0" w:color="000000"/>
            </w:tcBorders>
            <w:shd w:val="clear" w:color="auto" w:fill="D9EAF7"/>
            <w:vAlign w:val="center"/>
          </w:tcPr>
          <w:p w14:paraId="3C85516E" w14:textId="77777777" w:rsidR="003A09DE" w:rsidRDefault="0064324E" w:rsidP="00F144D6">
            <w:pPr>
              <w:shd w:val="clear" w:color="auto" w:fill="FFFFFF" w:themeFill="background1"/>
              <w:spacing w:after="0"/>
              <w:jc w:val="center"/>
            </w:pPr>
            <w:r>
              <w:rPr>
                <w:b/>
              </w:rPr>
              <w:t>Hoạt động của giáo viên</w:t>
            </w:r>
          </w:p>
        </w:tc>
        <w:tc>
          <w:tcPr>
            <w:tcW w:w="5216" w:type="dxa"/>
            <w:tcBorders>
              <w:bottom w:val="single" w:sz="6" w:space="0" w:color="000000"/>
            </w:tcBorders>
            <w:shd w:val="clear" w:color="auto" w:fill="D9EAF7"/>
            <w:vAlign w:val="center"/>
          </w:tcPr>
          <w:p w14:paraId="6191B23D" w14:textId="77777777" w:rsidR="003A09DE" w:rsidRDefault="0064324E" w:rsidP="00F144D6">
            <w:pPr>
              <w:shd w:val="clear" w:color="auto" w:fill="FFFFFF" w:themeFill="background1"/>
              <w:spacing w:after="0"/>
              <w:jc w:val="center"/>
            </w:pPr>
            <w:r>
              <w:rPr>
                <w:b/>
              </w:rPr>
              <w:t>Hoạt động của học sinh</w:t>
            </w:r>
          </w:p>
        </w:tc>
      </w:tr>
      <w:tr w:rsidR="003A09DE" w14:paraId="704BF4CA" w14:textId="77777777" w:rsidTr="00F144D6">
        <w:trPr>
          <w:jc w:val="center"/>
        </w:trPr>
        <w:tc>
          <w:tcPr>
            <w:tcW w:w="10432" w:type="dxa"/>
            <w:gridSpan w:val="2"/>
            <w:tcBorders>
              <w:top w:val="single" w:sz="6" w:space="0" w:color="000000"/>
              <w:bottom w:val="single" w:sz="6" w:space="0" w:color="000000"/>
            </w:tcBorders>
            <w:shd w:val="clear" w:color="auto" w:fill="DDEBD6"/>
          </w:tcPr>
          <w:p w14:paraId="33416EFF" w14:textId="77777777" w:rsidR="003A09DE" w:rsidRDefault="0064324E" w:rsidP="00F144D6">
            <w:pPr>
              <w:shd w:val="clear" w:color="auto" w:fill="FFFFFF" w:themeFill="background1"/>
              <w:spacing w:after="0" w:line="240" w:lineRule="auto"/>
            </w:pPr>
            <w:r>
              <w:rPr>
                <w:b/>
              </w:rPr>
              <w:t>1. KHỞI ĐỘNG (3 phút)</w:t>
            </w:r>
            <w:r>
              <w:rPr>
                <w:i/>
              </w:rPr>
              <w:br/>
              <w:t>Mục tiêu: HS chia sẻ tên câu chuyện hoặc bài thơ đã tìm đọc về Bác Hồ.</w:t>
            </w:r>
          </w:p>
        </w:tc>
      </w:tr>
      <w:tr w:rsidR="003A09DE" w14:paraId="70F27BDE" w14:textId="77777777" w:rsidTr="00F144D6">
        <w:trPr>
          <w:jc w:val="center"/>
        </w:trPr>
        <w:tc>
          <w:tcPr>
            <w:tcW w:w="4800" w:type="dxa"/>
            <w:tcBorders>
              <w:top w:val="single" w:sz="6" w:space="0" w:color="000000"/>
            </w:tcBorders>
          </w:tcPr>
          <w:p w14:paraId="2CFAE684" w14:textId="77777777" w:rsidR="003A09DE" w:rsidRDefault="0064324E" w:rsidP="00F144D6">
            <w:pPr>
              <w:shd w:val="clear" w:color="auto" w:fill="FFFFFF" w:themeFill="background1"/>
              <w:spacing w:after="0" w:line="240" w:lineRule="auto"/>
            </w:pPr>
            <w:r>
              <w:t>- GV hỏi: Em đã tìm đọc câu chuyện hoặc bài thơ nào kể về Bác Hồ?</w:t>
            </w:r>
          </w:p>
        </w:tc>
        <w:tc>
          <w:tcPr>
            <w:tcW w:w="4800" w:type="dxa"/>
            <w:tcBorders>
              <w:top w:val="single" w:sz="6" w:space="0" w:color="000000"/>
            </w:tcBorders>
          </w:tcPr>
          <w:p w14:paraId="306A169E" w14:textId="77777777" w:rsidR="003A09DE" w:rsidRDefault="0064324E" w:rsidP="00F144D6">
            <w:pPr>
              <w:shd w:val="clear" w:color="auto" w:fill="FFFFFF" w:themeFill="background1"/>
              <w:spacing w:after="0" w:line="240" w:lineRule="auto"/>
            </w:pPr>
            <w:r>
              <w:t>- HS nêu: Chiếc rễ đa tròn, Ai ngoan sẽ được thưởng, Bác Hồ đến thăm trại nhi đồng, Thư Trung thu của Bác Hồ.</w:t>
            </w:r>
          </w:p>
        </w:tc>
      </w:tr>
      <w:tr w:rsidR="003A09DE" w14:paraId="14083452" w14:textId="77777777" w:rsidTr="00F144D6">
        <w:trPr>
          <w:jc w:val="center"/>
        </w:trPr>
        <w:tc>
          <w:tcPr>
            <w:tcW w:w="4800" w:type="dxa"/>
            <w:tcBorders>
              <w:bottom w:val="single" w:sz="6" w:space="0" w:color="000000"/>
            </w:tcBorders>
          </w:tcPr>
          <w:p w14:paraId="2186F700" w14:textId="77777777" w:rsidR="003A09DE" w:rsidRDefault="0064324E" w:rsidP="00F144D6">
            <w:pPr>
              <w:shd w:val="clear" w:color="auto" w:fill="FFFFFF" w:themeFill="background1"/>
              <w:spacing w:after="0" w:line="240" w:lineRule="auto"/>
            </w:pPr>
            <w:r>
              <w:t>- GV dẫn vào bài: Hôm nay các em đọc mở rộng, kể lại câu chuyện đã đọc và nói cảm xúc của mình.</w:t>
            </w:r>
          </w:p>
        </w:tc>
        <w:tc>
          <w:tcPr>
            <w:tcW w:w="4800" w:type="dxa"/>
            <w:tcBorders>
              <w:bottom w:val="single" w:sz="6" w:space="0" w:color="000000"/>
            </w:tcBorders>
          </w:tcPr>
          <w:p w14:paraId="51BE7E82" w14:textId="77777777" w:rsidR="003A09DE" w:rsidRDefault="0064324E" w:rsidP="00F144D6">
            <w:pPr>
              <w:shd w:val="clear" w:color="auto" w:fill="FFFFFF" w:themeFill="background1"/>
              <w:spacing w:after="0" w:line="240" w:lineRule="auto"/>
            </w:pPr>
            <w:r>
              <w:t>- HS lắng nghe, chuẩn bị sách/bài đọc.</w:t>
            </w:r>
          </w:p>
        </w:tc>
      </w:tr>
      <w:tr w:rsidR="003A09DE" w14:paraId="3D8DBF60" w14:textId="77777777" w:rsidTr="00F144D6">
        <w:trPr>
          <w:jc w:val="center"/>
        </w:trPr>
        <w:tc>
          <w:tcPr>
            <w:tcW w:w="10432" w:type="dxa"/>
            <w:gridSpan w:val="2"/>
            <w:tcBorders>
              <w:top w:val="single" w:sz="6" w:space="0" w:color="000000"/>
              <w:bottom w:val="single" w:sz="6" w:space="0" w:color="000000"/>
            </w:tcBorders>
            <w:shd w:val="clear" w:color="auto" w:fill="DDEBD6"/>
          </w:tcPr>
          <w:p w14:paraId="19CBE144" w14:textId="77777777" w:rsidR="003A09DE" w:rsidRDefault="0064324E" w:rsidP="00F144D6">
            <w:pPr>
              <w:shd w:val="clear" w:color="auto" w:fill="FFFFFF" w:themeFill="background1"/>
              <w:spacing w:after="0" w:line="240" w:lineRule="auto"/>
            </w:pPr>
            <w:r>
              <w:rPr>
                <w:b/>
              </w:rPr>
              <w:t>2. KHÁM PHÁ - LUYỆN TẬP (22 phút)</w:t>
            </w:r>
            <w:r>
              <w:rPr>
                <w:i/>
              </w:rPr>
              <w:br/>
              <w:t>Mục tiêu: HS tìm đọc, ghi nhớ thông tin chính và kể lại được câu chuyện về Bác Hồ.</w:t>
            </w:r>
          </w:p>
        </w:tc>
      </w:tr>
      <w:tr w:rsidR="003A09DE" w14:paraId="7A31C1ED" w14:textId="77777777" w:rsidTr="00F144D6">
        <w:trPr>
          <w:jc w:val="center"/>
        </w:trPr>
        <w:tc>
          <w:tcPr>
            <w:tcW w:w="10432" w:type="dxa"/>
            <w:gridSpan w:val="2"/>
            <w:tcBorders>
              <w:top w:val="single" w:sz="6" w:space="0" w:color="000000"/>
              <w:bottom w:val="single" w:sz="6" w:space="0" w:color="000000"/>
            </w:tcBorders>
            <w:shd w:val="clear" w:color="auto" w:fill="DDEBD6"/>
          </w:tcPr>
          <w:p w14:paraId="01F39F45" w14:textId="77777777" w:rsidR="003A09DE" w:rsidRDefault="0064324E" w:rsidP="00F144D6">
            <w:pPr>
              <w:shd w:val="clear" w:color="auto" w:fill="FFFFFF" w:themeFill="background1"/>
              <w:spacing w:after="0" w:line="240" w:lineRule="auto"/>
            </w:pPr>
            <w:r>
              <w:rPr>
                <w:b/>
              </w:rPr>
              <w:t>Hoạt động 1: Tìm đọc một câu chuyện kể về Bác Hồ</w:t>
            </w:r>
          </w:p>
        </w:tc>
      </w:tr>
      <w:tr w:rsidR="003A09DE" w14:paraId="1389C030" w14:textId="77777777" w:rsidTr="00F144D6">
        <w:trPr>
          <w:jc w:val="center"/>
        </w:trPr>
        <w:tc>
          <w:tcPr>
            <w:tcW w:w="4800" w:type="dxa"/>
            <w:tcBorders>
              <w:top w:val="single" w:sz="6" w:space="0" w:color="000000"/>
            </w:tcBorders>
          </w:tcPr>
          <w:p w14:paraId="61E99337" w14:textId="77777777" w:rsidR="003A09DE" w:rsidRDefault="0064324E" w:rsidP="00F144D6">
            <w:pPr>
              <w:shd w:val="clear" w:color="auto" w:fill="FFFFFF" w:themeFill="background1"/>
              <w:spacing w:after="0" w:line="240" w:lineRule="auto"/>
            </w:pPr>
            <w:r>
              <w:rPr>
                <w:b/>
              </w:rPr>
              <w:t>Bài tập 1: Tìm đọc một câu chuyện kể về Bác Hồ.</w:t>
            </w:r>
          </w:p>
        </w:tc>
        <w:tc>
          <w:tcPr>
            <w:tcW w:w="4800" w:type="dxa"/>
            <w:tcBorders>
              <w:top w:val="single" w:sz="6" w:space="0" w:color="000000"/>
            </w:tcBorders>
          </w:tcPr>
          <w:p w14:paraId="58C187F6" w14:textId="77777777" w:rsidR="003A09DE" w:rsidRDefault="0064324E" w:rsidP="00F144D6">
            <w:pPr>
              <w:shd w:val="clear" w:color="auto" w:fill="FFFFFF" w:themeFill="background1"/>
              <w:spacing w:after="0" w:line="240" w:lineRule="auto"/>
            </w:pPr>
            <w:r>
              <w:t>- HS đọc yêu cầu, giới thiệu sách/bài đọc đã chuẩn bị.</w:t>
            </w:r>
          </w:p>
        </w:tc>
      </w:tr>
      <w:tr w:rsidR="003A09DE" w14:paraId="0C39F92A" w14:textId="77777777" w:rsidTr="00F144D6">
        <w:trPr>
          <w:jc w:val="center"/>
        </w:trPr>
        <w:tc>
          <w:tcPr>
            <w:tcW w:w="4800" w:type="dxa"/>
          </w:tcPr>
          <w:p w14:paraId="269EA06B" w14:textId="77777777" w:rsidR="003A09DE" w:rsidRDefault="0064324E" w:rsidP="00F144D6">
            <w:pPr>
              <w:shd w:val="clear" w:color="auto" w:fill="FFFFFF" w:themeFill="background1"/>
              <w:spacing w:after="0" w:line="240" w:lineRule="auto"/>
            </w:pPr>
            <w:r>
              <w:t>- GV hướng dẫn HS xác định thông tin cần tìm: tên câu chuyện, nhân vật, việc làm của Bác, điều em thích.</w:t>
            </w:r>
          </w:p>
        </w:tc>
        <w:tc>
          <w:tcPr>
            <w:tcW w:w="4800" w:type="dxa"/>
          </w:tcPr>
          <w:p w14:paraId="2E7CFE71" w14:textId="77777777" w:rsidR="003A09DE" w:rsidRDefault="0064324E" w:rsidP="00F144D6">
            <w:pPr>
              <w:shd w:val="clear" w:color="auto" w:fill="FFFFFF" w:themeFill="background1"/>
              <w:spacing w:after="0" w:line="240" w:lineRule="auto"/>
            </w:pPr>
            <w:r>
              <w:t>- HS ghi nhanh vào vở: tên truyện, việc làm của Bác, điều em cảm nhận.</w:t>
            </w:r>
          </w:p>
        </w:tc>
      </w:tr>
      <w:tr w:rsidR="003A09DE" w14:paraId="286ACB41" w14:textId="77777777" w:rsidTr="00F144D6">
        <w:trPr>
          <w:jc w:val="center"/>
        </w:trPr>
        <w:tc>
          <w:tcPr>
            <w:tcW w:w="4800" w:type="dxa"/>
          </w:tcPr>
          <w:p w14:paraId="27187802" w14:textId="77777777" w:rsidR="003A09DE" w:rsidRDefault="0064324E" w:rsidP="00F144D6">
            <w:pPr>
              <w:shd w:val="clear" w:color="auto" w:fill="FFFFFF" w:themeFill="background1"/>
              <w:spacing w:after="0" w:line="240" w:lineRule="auto"/>
            </w:pPr>
            <w:r>
              <w:t>- GV nêu câu hỏi dẫn: Khi tìm truyện về Bác Hồ trên máy tính hoặc điện thoại của người lớn, em cần làm gì để tìm đúng và an toàn?</w:t>
            </w:r>
          </w:p>
        </w:tc>
        <w:tc>
          <w:tcPr>
            <w:tcW w:w="4800" w:type="dxa"/>
          </w:tcPr>
          <w:p w14:paraId="70C09D98" w14:textId="77777777" w:rsidR="003A09DE" w:rsidRDefault="0064324E" w:rsidP="00F144D6">
            <w:pPr>
              <w:shd w:val="clear" w:color="auto" w:fill="FFFFFF" w:themeFill="background1"/>
              <w:spacing w:after="0" w:line="240" w:lineRule="auto"/>
            </w:pPr>
            <w:r>
              <w:t>- HS nêu: Em nhờ người lớn hướng dẫn, tìm theo từ khóa rõ ràng, chọn nguồn tin phù hợp, không bấm đường link lạ.</w:t>
            </w:r>
          </w:p>
        </w:tc>
      </w:tr>
      <w:tr w:rsidR="003A09DE" w14:paraId="6516E37F" w14:textId="77777777" w:rsidTr="00F144D6">
        <w:trPr>
          <w:jc w:val="center"/>
        </w:trPr>
        <w:tc>
          <w:tcPr>
            <w:tcW w:w="4800" w:type="dxa"/>
            <w:tcBorders>
              <w:bottom w:val="single" w:sz="6" w:space="0" w:color="000000"/>
            </w:tcBorders>
          </w:tcPr>
          <w:p w14:paraId="240439FB" w14:textId="77777777" w:rsidR="003A09DE" w:rsidRDefault="0064324E" w:rsidP="00F144D6">
            <w:pPr>
              <w:shd w:val="clear" w:color="auto" w:fill="FFFFFF" w:themeFill="background1"/>
              <w:spacing w:after="0" w:line="240" w:lineRule="auto"/>
            </w:pPr>
            <w:r>
              <w:rPr>
                <w:color w:val="C00000"/>
              </w:rPr>
              <w:t>- Tích hợp NLS 1.1.CB1a: GV diễn giải: Khi tìm đọc câu chuyện về Bác Hồ trong môi trường số, các em cần xác định rõ thông tin cần tìm, ví dụ “truyện thiếu nhi về Bác Hồ” hoặc “câu chuyện Bác Hồ với thiếu nhi”. Các em chỉ tìm khi có sự đồng ý và hướng dẫn của người lớn, ưu tiên nguồn do thầy cô, thư viện nhà trường hoặc trang thông tin chính thống giới thiệu. Khi thấy đường link lạ, hình ảnh không phù hợp hoặc yêu cầu nhập tên, số điện thoại, địa chỉ, các em phải dừng lại và báo người lớn. Sau khi tìm được, các em đọc, chọn thông tin chính và kể lại bằng lời của mình.</w:t>
            </w:r>
          </w:p>
        </w:tc>
        <w:tc>
          <w:tcPr>
            <w:tcW w:w="4800" w:type="dxa"/>
            <w:tcBorders>
              <w:bottom w:val="single" w:sz="6" w:space="0" w:color="000000"/>
            </w:tcBorders>
          </w:tcPr>
          <w:p w14:paraId="513122F5" w14:textId="77777777" w:rsidR="003A09DE" w:rsidRDefault="0064324E" w:rsidP="00F144D6">
            <w:pPr>
              <w:shd w:val="clear" w:color="auto" w:fill="FFFFFF" w:themeFill="background1"/>
              <w:spacing w:after="0" w:line="240" w:lineRule="auto"/>
            </w:pPr>
            <w:r>
              <w:rPr>
                <w:color w:val="C00000"/>
              </w:rPr>
              <w:t>- HS lắng nghe; nhắc lại cách tìm an toàn: có người lớn hướng dẫn, dùng từ khóa rõ, không bấm link lạ, không nhập thông tin riêng tư.</w:t>
            </w:r>
          </w:p>
        </w:tc>
      </w:tr>
      <w:tr w:rsidR="003A09DE" w14:paraId="5867DF2E" w14:textId="77777777" w:rsidTr="00F144D6">
        <w:trPr>
          <w:jc w:val="center"/>
        </w:trPr>
        <w:tc>
          <w:tcPr>
            <w:tcW w:w="10432" w:type="dxa"/>
            <w:gridSpan w:val="2"/>
            <w:tcBorders>
              <w:top w:val="single" w:sz="6" w:space="0" w:color="000000"/>
              <w:bottom w:val="single" w:sz="6" w:space="0" w:color="000000"/>
            </w:tcBorders>
            <w:shd w:val="clear" w:color="auto" w:fill="DDEBD6"/>
          </w:tcPr>
          <w:p w14:paraId="3A227ED1" w14:textId="77777777" w:rsidR="003A09DE" w:rsidRDefault="0064324E" w:rsidP="00F144D6">
            <w:pPr>
              <w:shd w:val="clear" w:color="auto" w:fill="FFFFFF" w:themeFill="background1"/>
              <w:spacing w:after="0" w:line="240" w:lineRule="auto"/>
            </w:pPr>
            <w:r>
              <w:rPr>
                <w:b/>
              </w:rPr>
              <w:t>Hoạt động 2: Kể lại câu chuyện đã đọc. Nói cảm xúc của em sau khi đọc câu chuyện</w:t>
            </w:r>
          </w:p>
        </w:tc>
      </w:tr>
      <w:tr w:rsidR="003A09DE" w14:paraId="07B46225" w14:textId="77777777" w:rsidTr="00F144D6">
        <w:trPr>
          <w:jc w:val="center"/>
        </w:trPr>
        <w:tc>
          <w:tcPr>
            <w:tcW w:w="4800" w:type="dxa"/>
            <w:tcBorders>
              <w:top w:val="single" w:sz="6" w:space="0" w:color="000000"/>
            </w:tcBorders>
          </w:tcPr>
          <w:p w14:paraId="23E9DDF3" w14:textId="77777777" w:rsidR="003A09DE" w:rsidRDefault="0064324E" w:rsidP="00F144D6">
            <w:pPr>
              <w:shd w:val="clear" w:color="auto" w:fill="FFFFFF" w:themeFill="background1"/>
              <w:spacing w:after="0" w:line="240" w:lineRule="auto"/>
            </w:pPr>
            <w:r>
              <w:rPr>
                <w:b/>
              </w:rPr>
              <w:t>Bài tập 2: Kể lại câu chuyện đã đọc. Nói cảm xúc của em sau khi đọc câu chuyện.</w:t>
            </w:r>
          </w:p>
        </w:tc>
        <w:tc>
          <w:tcPr>
            <w:tcW w:w="4800" w:type="dxa"/>
            <w:tcBorders>
              <w:top w:val="single" w:sz="6" w:space="0" w:color="000000"/>
            </w:tcBorders>
          </w:tcPr>
          <w:p w14:paraId="5DF47EE1" w14:textId="77777777" w:rsidR="003A09DE" w:rsidRDefault="0064324E" w:rsidP="00F144D6">
            <w:pPr>
              <w:shd w:val="clear" w:color="auto" w:fill="FFFFFF" w:themeFill="background1"/>
              <w:spacing w:after="0" w:line="240" w:lineRule="auto"/>
            </w:pPr>
            <w:r>
              <w:t>- HS đọc yêu cầu, chuẩn bị kể trong nhóm.</w:t>
            </w:r>
          </w:p>
        </w:tc>
      </w:tr>
      <w:tr w:rsidR="003A09DE" w14:paraId="5122BE15" w14:textId="77777777" w:rsidTr="00F144D6">
        <w:trPr>
          <w:jc w:val="center"/>
        </w:trPr>
        <w:tc>
          <w:tcPr>
            <w:tcW w:w="4800" w:type="dxa"/>
          </w:tcPr>
          <w:p w14:paraId="2E25E834" w14:textId="77777777" w:rsidR="003A09DE" w:rsidRDefault="0064324E" w:rsidP="00F144D6">
            <w:pPr>
              <w:shd w:val="clear" w:color="auto" w:fill="FFFFFF" w:themeFill="background1"/>
              <w:spacing w:after="0" w:line="240" w:lineRule="auto"/>
            </w:pPr>
            <w:r>
              <w:t>- GV tổ chức HS kể theo nhóm 4; mỗi bạn kể ngắn gọn tên chuyện, việc làm của Bác và cảm xúc của mình.</w:t>
            </w:r>
          </w:p>
        </w:tc>
        <w:tc>
          <w:tcPr>
            <w:tcW w:w="4800" w:type="dxa"/>
          </w:tcPr>
          <w:p w14:paraId="7F49E6A8" w14:textId="77777777" w:rsidR="003A09DE" w:rsidRDefault="0064324E" w:rsidP="00F144D6">
            <w:pPr>
              <w:shd w:val="clear" w:color="auto" w:fill="FFFFFF" w:themeFill="background1"/>
              <w:spacing w:after="0" w:line="240" w:lineRule="auto"/>
            </w:pPr>
            <w:r>
              <w:t>- HS kể trong nhóm. Dự kiến: Em đọc chuyện Ai ngoan sẽ được thưởng; em thấy Bác rất yêu thiếu nhi; em cảm thấy kính yêu Bác hơn.</w:t>
            </w:r>
          </w:p>
        </w:tc>
      </w:tr>
      <w:tr w:rsidR="003A09DE" w14:paraId="1C30155F" w14:textId="77777777" w:rsidTr="00F144D6">
        <w:trPr>
          <w:jc w:val="center"/>
        </w:trPr>
        <w:tc>
          <w:tcPr>
            <w:tcW w:w="4800" w:type="dxa"/>
            <w:tcBorders>
              <w:bottom w:val="single" w:sz="6" w:space="0" w:color="000000"/>
            </w:tcBorders>
          </w:tcPr>
          <w:p w14:paraId="3CE2F9A1" w14:textId="77777777" w:rsidR="003A09DE" w:rsidRDefault="0064324E" w:rsidP="00F144D6">
            <w:pPr>
              <w:shd w:val="clear" w:color="auto" w:fill="FFFFFF" w:themeFill="background1"/>
              <w:spacing w:after="0" w:line="240" w:lineRule="auto"/>
            </w:pPr>
            <w:r>
              <w:t>- GV mời một số HS kể trước lớp; nhắc HS nói rõ ràng, nhìn bạn nghe, không đọc nguyên văn.</w:t>
            </w:r>
          </w:p>
        </w:tc>
        <w:tc>
          <w:tcPr>
            <w:tcW w:w="4800" w:type="dxa"/>
            <w:tcBorders>
              <w:bottom w:val="single" w:sz="6" w:space="0" w:color="000000"/>
            </w:tcBorders>
          </w:tcPr>
          <w:p w14:paraId="6A8F72B2" w14:textId="77777777" w:rsidR="003A09DE" w:rsidRDefault="0064324E" w:rsidP="00F144D6">
            <w:pPr>
              <w:shd w:val="clear" w:color="auto" w:fill="FFFFFF" w:themeFill="background1"/>
              <w:spacing w:after="0" w:line="240" w:lineRule="auto"/>
            </w:pPr>
            <w:r>
              <w:t>- HS kể trước lớp; lớp lắng nghe, nhận xét bằng lời lịch sự.</w:t>
            </w:r>
          </w:p>
        </w:tc>
      </w:tr>
      <w:tr w:rsidR="003A09DE" w14:paraId="409A215E" w14:textId="77777777" w:rsidTr="00F144D6">
        <w:trPr>
          <w:jc w:val="center"/>
        </w:trPr>
        <w:tc>
          <w:tcPr>
            <w:tcW w:w="10432" w:type="dxa"/>
            <w:gridSpan w:val="2"/>
            <w:tcBorders>
              <w:top w:val="single" w:sz="6" w:space="0" w:color="000000"/>
              <w:bottom w:val="single" w:sz="6" w:space="0" w:color="000000"/>
            </w:tcBorders>
            <w:shd w:val="clear" w:color="auto" w:fill="DDEBD6"/>
          </w:tcPr>
          <w:p w14:paraId="7BB096E7" w14:textId="77777777" w:rsidR="003A09DE" w:rsidRDefault="0064324E" w:rsidP="00F144D6">
            <w:pPr>
              <w:shd w:val="clear" w:color="auto" w:fill="FFFFFF" w:themeFill="background1"/>
              <w:spacing w:after="0" w:line="240" w:lineRule="auto"/>
            </w:pPr>
            <w:r>
              <w:rPr>
                <w:b/>
              </w:rPr>
              <w:t>3. VẬN DỤNG (10 phút)</w:t>
            </w:r>
            <w:r>
              <w:rPr>
                <w:i/>
              </w:rPr>
              <w:br/>
              <w:t>Mục tiêu: HS biết vận dụng bài đọc mở rộng để rèn thói quen đọc sách và làm việc tốt.</w:t>
            </w:r>
          </w:p>
        </w:tc>
      </w:tr>
      <w:tr w:rsidR="003A09DE" w14:paraId="75D95849" w14:textId="77777777" w:rsidTr="00F144D6">
        <w:trPr>
          <w:jc w:val="center"/>
        </w:trPr>
        <w:tc>
          <w:tcPr>
            <w:tcW w:w="4800" w:type="dxa"/>
            <w:tcBorders>
              <w:top w:val="single" w:sz="6" w:space="0" w:color="000000"/>
            </w:tcBorders>
          </w:tcPr>
          <w:p w14:paraId="73FED9F4" w14:textId="77777777" w:rsidR="003A09DE" w:rsidRDefault="0064324E" w:rsidP="00F144D6">
            <w:pPr>
              <w:shd w:val="clear" w:color="auto" w:fill="FFFFFF" w:themeFill="background1"/>
              <w:spacing w:after="0" w:line="240" w:lineRule="auto"/>
            </w:pPr>
            <w:r>
              <w:lastRenderedPageBreak/>
              <w:t>- GV yêu cầu HS viết vào vở một câu cảm xúc sau khi đọc câu chuyện về Bác Hồ.</w:t>
            </w:r>
          </w:p>
        </w:tc>
        <w:tc>
          <w:tcPr>
            <w:tcW w:w="4800" w:type="dxa"/>
            <w:tcBorders>
              <w:top w:val="single" w:sz="6" w:space="0" w:color="000000"/>
            </w:tcBorders>
          </w:tcPr>
          <w:p w14:paraId="12FC586F" w14:textId="77777777" w:rsidR="003A09DE" w:rsidRDefault="0064324E" w:rsidP="00F144D6">
            <w:pPr>
              <w:shd w:val="clear" w:color="auto" w:fill="FFFFFF" w:themeFill="background1"/>
              <w:spacing w:after="0" w:line="240" w:lineRule="auto"/>
            </w:pPr>
            <w:r>
              <w:t>- HS viết: Em rất kính yêu Bác Hồ. Em muốn học tập tốt và làm nhiều việc tốt theo lời Bác dạy.</w:t>
            </w:r>
          </w:p>
        </w:tc>
      </w:tr>
      <w:tr w:rsidR="003A09DE" w14:paraId="71EC84BB" w14:textId="77777777" w:rsidTr="00F144D6">
        <w:trPr>
          <w:jc w:val="center"/>
        </w:trPr>
        <w:tc>
          <w:tcPr>
            <w:tcW w:w="4800" w:type="dxa"/>
          </w:tcPr>
          <w:p w14:paraId="2E1CF10A" w14:textId="77777777" w:rsidR="003A09DE" w:rsidRDefault="0064324E" w:rsidP="00F144D6">
            <w:pPr>
              <w:shd w:val="clear" w:color="auto" w:fill="FFFFFF" w:themeFill="background1"/>
              <w:spacing w:after="0" w:line="240" w:lineRule="auto"/>
            </w:pPr>
            <w:r>
              <w:t>- GV dặn HS tiếp tục tìm đọc sách, báo, câu chuyện về Bác Hồ và chia sẻ với người thân.</w:t>
            </w:r>
          </w:p>
        </w:tc>
        <w:tc>
          <w:tcPr>
            <w:tcW w:w="4800" w:type="dxa"/>
          </w:tcPr>
          <w:p w14:paraId="2757E4AD" w14:textId="77777777" w:rsidR="003A09DE" w:rsidRDefault="0064324E" w:rsidP="00F144D6">
            <w:pPr>
              <w:shd w:val="clear" w:color="auto" w:fill="FFFFFF" w:themeFill="background1"/>
              <w:spacing w:after="0" w:line="240" w:lineRule="auto"/>
            </w:pPr>
            <w:r>
              <w:t>- HS ghi nhớ nhiệm vụ về nhà.</w:t>
            </w:r>
          </w:p>
        </w:tc>
      </w:tr>
    </w:tbl>
    <w:p w14:paraId="19ACE981" w14:textId="77777777" w:rsidR="003A09DE" w:rsidRDefault="0064324E" w:rsidP="00F144D6">
      <w:pPr>
        <w:shd w:val="clear" w:color="auto" w:fill="FFFFFF" w:themeFill="background1"/>
        <w:spacing w:after="0" w:line="240" w:lineRule="auto"/>
      </w:pPr>
      <w:r>
        <w:rPr>
          <w:b/>
        </w:rPr>
        <w:t>IV. ĐIỀU CHỈNH SAU TIẾT HỌC (NẾU CÓ)</w:t>
      </w:r>
    </w:p>
    <w:p w14:paraId="1986BF2D" w14:textId="77777777" w:rsidR="003A09DE" w:rsidRDefault="003A09DE" w:rsidP="00F144D6">
      <w:pPr>
        <w:shd w:val="clear" w:color="auto" w:fill="FFFFFF" w:themeFill="background1"/>
        <w:spacing w:after="0" w:line="240" w:lineRule="auto"/>
      </w:pPr>
    </w:p>
    <w:sectPr w:rsidR="003A09DE" w:rsidSect="00034616">
      <w:pgSz w:w="11906" w:h="16838"/>
      <w:pgMar w:top="765" w:right="709" w:bottom="680"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5494117">
    <w:abstractNumId w:val="8"/>
  </w:num>
  <w:num w:numId="2" w16cid:durableId="92632832">
    <w:abstractNumId w:val="6"/>
  </w:num>
  <w:num w:numId="3" w16cid:durableId="140122444">
    <w:abstractNumId w:val="5"/>
  </w:num>
  <w:num w:numId="4" w16cid:durableId="1918400382">
    <w:abstractNumId w:val="4"/>
  </w:num>
  <w:num w:numId="5" w16cid:durableId="63378895">
    <w:abstractNumId w:val="7"/>
  </w:num>
  <w:num w:numId="6" w16cid:durableId="1675108931">
    <w:abstractNumId w:val="3"/>
  </w:num>
  <w:num w:numId="7" w16cid:durableId="1755007809">
    <w:abstractNumId w:val="2"/>
  </w:num>
  <w:num w:numId="8" w16cid:durableId="830029030">
    <w:abstractNumId w:val="1"/>
  </w:num>
  <w:num w:numId="9" w16cid:durableId="12963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09DE"/>
    <w:rsid w:val="0064324E"/>
    <w:rsid w:val="00665CB5"/>
    <w:rsid w:val="00AA1D8D"/>
    <w:rsid w:val="00B47730"/>
    <w:rsid w:val="00CB0664"/>
    <w:rsid w:val="00F144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D17D53"/>
  <w14:defaultImageDpi w14:val="300"/>
  <w15:docId w15:val="{EBFED6D4-E6DE-4ED1-B2CC-0C63CA90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A1B76-8318-44DF-BC14-1FC275DC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6248</Words>
  <Characters>35620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2026-06-08T13:55:00Z</dcterms:created>
  <dcterms:modified xsi:type="dcterms:W3CDTF">2026-08-17T15:21:00Z</dcterms:modified>
  <cp:category/>
</cp:coreProperties>
</file>