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EC0" w:rsidRDefault="00FB6E6F">
      <w:pPr>
        <w:spacing w:after="0" w:line="240" w:lineRule="auto"/>
        <w:jc w:val="center"/>
      </w:pPr>
      <w:r>
        <w:rPr>
          <w:b/>
        </w:rPr>
        <w:t>KẾ HOẠCH BÀI DẠY MÔN TOÁN LỚP 2 - TUẦN 16</w:t>
      </w:r>
    </w:p>
    <w:p w:rsidR="00136EC0" w:rsidRDefault="00FB6E6F">
      <w:pPr>
        <w:spacing w:after="0" w:line="240" w:lineRule="auto"/>
        <w:jc w:val="center"/>
      </w:pPr>
      <w:r>
        <w:rPr>
          <w:b/>
        </w:rPr>
        <w:t>CHỦ ĐỀ 6: NGÀY - GIỜ, GIỜ - PHÚT, NGÀY - THÁNG</w:t>
      </w:r>
    </w:p>
    <w:p w:rsidR="00136EC0" w:rsidRDefault="00FB6E6F">
      <w:pPr>
        <w:spacing w:after="0" w:line="240" w:lineRule="auto"/>
        <w:jc w:val="center"/>
      </w:pPr>
      <w:r>
        <w:rPr>
          <w:b/>
        </w:rPr>
        <w:t>BÀI 30. NGÀY - THÁNG</w:t>
      </w:r>
    </w:p>
    <w:p w:rsidR="00136EC0" w:rsidRDefault="00FB6E6F">
      <w:pPr>
        <w:spacing w:after="0" w:line="240" w:lineRule="auto"/>
        <w:jc w:val="center"/>
      </w:pPr>
      <w:r>
        <w:rPr>
          <w:b/>
        </w:rPr>
        <w:t>TIẾT 1: NGÀY - THÁNG</w:t>
      </w:r>
    </w:p>
    <w:p w:rsidR="00136EC0" w:rsidRDefault="00FB6E6F">
      <w:pPr>
        <w:spacing w:after="0" w:line="240" w:lineRule="auto"/>
      </w:pPr>
      <w:r>
        <w:rPr>
          <w:b/>
        </w:rPr>
        <w:t>I. YÊU CẦU CẦN ĐẠT</w:t>
      </w:r>
    </w:p>
    <w:p w:rsidR="00136EC0" w:rsidRDefault="00FB6E6F">
      <w:pPr>
        <w:spacing w:after="0" w:line="240" w:lineRule="auto"/>
      </w:pPr>
      <w:r>
        <w:rPr>
          <w:b/>
        </w:rPr>
        <w:t>1. Năng lực đặc thù:</w:t>
      </w:r>
    </w:p>
    <w:p w:rsidR="00136EC0" w:rsidRDefault="00FB6E6F">
      <w:pPr>
        <w:spacing w:after="0" w:line="240" w:lineRule="auto"/>
      </w:pPr>
      <w:r>
        <w:t>- Nhận biết được số ngày trong tháng, ngày trong tháng thông qua tờ lịch tháng.</w:t>
      </w:r>
    </w:p>
    <w:p w:rsidR="00136EC0" w:rsidRDefault="00FB6E6F">
      <w:pPr>
        <w:spacing w:after="0" w:line="240" w:lineRule="auto"/>
      </w:pPr>
      <w:r>
        <w:t>- Biết đọc ngày, thứ trên tờ lịch và xác định được một số ngày, sự kiện quen thuộc.</w:t>
      </w:r>
    </w:p>
    <w:p w:rsidR="00136EC0" w:rsidRDefault="00FB6E6F">
      <w:pPr>
        <w:spacing w:after="0" w:line="240" w:lineRule="auto"/>
      </w:pPr>
      <w:r>
        <w:t>- Bước đầu biết sử dụng vật liệu đơn giản để đề xuất ý tưởng làm lịch để bàn tiện ích.</w:t>
      </w:r>
    </w:p>
    <w:p w:rsidR="00136EC0" w:rsidRDefault="00FB6E6F">
      <w:pPr>
        <w:spacing w:after="0" w:line="240" w:lineRule="auto"/>
      </w:pPr>
      <w:r>
        <w:rPr>
          <w:b/>
        </w:rPr>
        <w:t>2. Năng lực chung:</w:t>
      </w:r>
    </w:p>
    <w:p w:rsidR="00136EC0" w:rsidRDefault="00FB6E6F">
      <w:pPr>
        <w:spacing w:after="0" w:line="240" w:lineRule="auto"/>
      </w:pPr>
      <w:r>
        <w:t>- Tự chủ và tự học: Chủ động thực hiện nhiệm vụ học tập, biết tự kiểm tra kết quả và hoàn thành nhiệm vụ cá nhân.</w:t>
      </w:r>
    </w:p>
    <w:p w:rsidR="00136EC0" w:rsidRDefault="00FB6E6F">
      <w:pPr>
        <w:spacing w:after="0" w:line="240" w:lineRule="auto"/>
      </w:pPr>
      <w:r>
        <w:t>- Giao tiếp và hợp tác: Biết trao đổi, thảo luận, lắng nghe và phối hợp với bạn trong hoạt động nhóm.</w:t>
      </w:r>
    </w:p>
    <w:p w:rsidR="00136EC0" w:rsidRDefault="00FB6E6F">
      <w:pPr>
        <w:spacing w:after="0" w:line="240" w:lineRule="auto"/>
      </w:pPr>
      <w:r>
        <w:t>- Giải quyết vấn đề và sáng tạo: Biết lựa chọn cách làm phù hợp, vận dụng kiến thức đã học vào tình huống thực tế.</w:t>
      </w:r>
    </w:p>
    <w:p w:rsidR="00136EC0" w:rsidRDefault="00FB6E6F">
      <w:pPr>
        <w:spacing w:after="0" w:line="240" w:lineRule="auto"/>
      </w:pPr>
      <w:r>
        <w:rPr>
          <w:b/>
        </w:rPr>
        <w:t>3. Phẩm chất:</w:t>
      </w:r>
    </w:p>
    <w:p w:rsidR="00136EC0" w:rsidRDefault="00FB6E6F">
      <w:pPr>
        <w:spacing w:after="0" w:line="240" w:lineRule="auto"/>
      </w:pPr>
      <w:r>
        <w:t>- Chăm chỉ: Tích cực tham gia hoạt động học tập, kiên trì khi thực hành và luyện tập.</w:t>
      </w:r>
    </w:p>
    <w:p w:rsidR="00136EC0" w:rsidRDefault="00FB6E6F">
      <w:pPr>
        <w:spacing w:after="0" w:line="240" w:lineRule="auto"/>
      </w:pPr>
      <w:r>
        <w:t>- Trách nhiệm: Có ý thức hoàn thành nhiệm vụ, giữ gìn đồ dùng học tập và thực hiện đúng thời gian.</w:t>
      </w:r>
    </w:p>
    <w:p w:rsidR="00136EC0" w:rsidRDefault="00FB6E6F">
      <w:pPr>
        <w:spacing w:after="0" w:line="240" w:lineRule="auto"/>
      </w:pPr>
      <w:r>
        <w:rPr>
          <w:b/>
          <w:color w:val="FF0000"/>
        </w:rPr>
        <w:t>4. Tích hợp</w:t>
      </w:r>
    </w:p>
    <w:p w:rsidR="00136EC0" w:rsidRDefault="00FB6E6F">
      <w:pPr>
        <w:spacing w:after="0" w:line="240" w:lineRule="auto"/>
      </w:pPr>
      <w:r>
        <w:rPr>
          <w:color w:val="FF0000"/>
        </w:rPr>
        <w:t>- Bài học STEM: Lịch để bàn tiện ích - HS thực hành sử dụng vật liệu đơn giản để tạo sản phẩm lịch để bàn; nhận biết số ngày trong tháng và một số sự kiện thường được tổ chức ở trường.</w:t>
      </w:r>
    </w:p>
    <w:p w:rsidR="00136EC0" w:rsidRDefault="00FB6E6F">
      <w:pPr>
        <w:spacing w:after="0" w:line="240" w:lineRule="auto"/>
      </w:pPr>
      <w:r>
        <w:rPr>
          <w:b/>
        </w:rPr>
        <w:t>II. ĐỒ DÙNG DẠY HỌC</w:t>
      </w:r>
    </w:p>
    <w:p w:rsidR="00136EC0" w:rsidRDefault="00FB6E6F">
      <w:pPr>
        <w:spacing w:after="0" w:line="240" w:lineRule="auto"/>
      </w:pPr>
      <w:r>
        <w:t>- GV: Máy tính, ti vi, tờ lịch tháng phóng to, hình SGK, phiếu học tập, giấy bìa, bút màu, kéo thủ công.</w:t>
      </w:r>
    </w:p>
    <w:p w:rsidR="00136EC0" w:rsidRDefault="00FB6E6F">
      <w:pPr>
        <w:spacing w:after="0" w:line="240" w:lineRule="auto"/>
      </w:pPr>
      <w:r>
        <w:t>- HS: SGK, vở ô li, thước kẻ, bút chì, bút màu, giấy trắng/giấy bìa, tranh ảnh về sự kiện hoặc cảnh quan.</w:t>
      </w:r>
    </w:p>
    <w:p w:rsidR="00136EC0" w:rsidRDefault="00FB6E6F">
      <w:pPr>
        <w:spacing w:after="0" w:line="240" w:lineRule="auto"/>
      </w:pPr>
      <w:r>
        <w:rPr>
          <w:b/>
        </w:rPr>
        <w:t>III. CÁC HOẠT ĐỘNG DẠY HỌC CHỦ YẾU</w:t>
      </w:r>
    </w:p>
    <w:tbl>
      <w:tblPr>
        <w:tblW w:w="0" w:type="auto"/>
        <w:jc w:val="center"/>
        <w:tblBorders>
          <w:top w:val="single" w:sz="4" w:space="0" w:color="808080"/>
          <w:left w:val="single" w:sz="4" w:space="0" w:color="808080"/>
          <w:bottom w:val="single" w:sz="4" w:space="0" w:color="808080"/>
          <w:right w:val="single" w:sz="4" w:space="0" w:color="808080"/>
          <w:insideV w:val="single" w:sz="4" w:space="0" w:color="808080"/>
        </w:tblBorders>
        <w:tblLayout w:type="fixed"/>
        <w:tblLook w:val="04A0" w:firstRow="1" w:lastRow="0" w:firstColumn="1" w:lastColumn="0" w:noHBand="0" w:noVBand="1"/>
      </w:tblPr>
      <w:tblGrid>
        <w:gridCol w:w="5400"/>
        <w:gridCol w:w="5400"/>
      </w:tblGrid>
      <w:tr w:rsidR="00136EC0" w:rsidTr="00D149B2">
        <w:trPr>
          <w:jc w:val="center"/>
        </w:trPr>
        <w:tc>
          <w:tcPr>
            <w:tcW w:w="5112" w:type="dxa"/>
            <w:tcBorders>
              <w:bottom w:val="single" w:sz="4" w:space="0" w:color="808080"/>
            </w:tcBorders>
            <w:shd w:val="clear" w:color="auto" w:fill="auto"/>
          </w:tcPr>
          <w:p w:rsidR="00136EC0" w:rsidRDefault="00FB6E6F">
            <w:pPr>
              <w:spacing w:after="0" w:line="240" w:lineRule="auto"/>
              <w:jc w:val="center"/>
            </w:pPr>
            <w:r>
              <w:rPr>
                <w:b/>
              </w:rPr>
              <w:t>Hoạt động của giáo viên</w:t>
            </w:r>
          </w:p>
        </w:tc>
        <w:tc>
          <w:tcPr>
            <w:tcW w:w="4536" w:type="dxa"/>
            <w:tcBorders>
              <w:bottom w:val="single" w:sz="4" w:space="0" w:color="808080"/>
            </w:tcBorders>
            <w:shd w:val="clear" w:color="auto" w:fill="auto"/>
          </w:tcPr>
          <w:p w:rsidR="00136EC0" w:rsidRDefault="00FB6E6F">
            <w:pPr>
              <w:spacing w:after="0" w:line="240" w:lineRule="auto"/>
              <w:jc w:val="center"/>
            </w:pPr>
            <w:r>
              <w:rPr>
                <w:b/>
              </w:rPr>
              <w:t>Hoạt động của học sinh</w:t>
            </w:r>
          </w:p>
        </w:tc>
      </w:tr>
      <w:tr w:rsidR="00136EC0" w:rsidTr="00D149B2">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1. KHỞI ĐỘNG (5 phút)</w:t>
            </w:r>
            <w:r>
              <w:rPr>
                <w:b/>
              </w:rPr>
              <w:br/>
              <w:t>Mục tiêu: Tạo hứng thú, gợi nhớ kiến thức về tuần, ngày, tháng và dẫn vào bài học.</w:t>
            </w:r>
          </w:p>
        </w:tc>
      </w:tr>
      <w:tr w:rsidR="00136EC0" w:rsidTr="00D149B2">
        <w:trPr>
          <w:jc w:val="center"/>
        </w:trPr>
        <w:tc>
          <w:tcPr>
            <w:tcW w:w="5400" w:type="dxa"/>
            <w:tcBorders>
              <w:top w:val="single" w:sz="4" w:space="0" w:color="808080"/>
            </w:tcBorders>
            <w:shd w:val="clear" w:color="auto" w:fill="auto"/>
          </w:tcPr>
          <w:p w:rsidR="00136EC0" w:rsidRDefault="00FB6E6F">
            <w:pPr>
              <w:spacing w:after="0" w:line="240" w:lineRule="auto"/>
            </w:pPr>
            <w:r>
              <w:t>- GV tổ chức trò chơi “Kéo co kiến thức”: mỗi đội trả lời nhanh câu hỏi về thời gian.</w:t>
            </w:r>
          </w:p>
        </w:tc>
        <w:tc>
          <w:tcPr>
            <w:tcW w:w="5400" w:type="dxa"/>
            <w:tcBorders>
              <w:top w:val="single" w:sz="4" w:space="0" w:color="808080"/>
            </w:tcBorders>
            <w:shd w:val="clear" w:color="auto" w:fill="auto"/>
          </w:tcPr>
          <w:p w:rsidR="00136EC0" w:rsidRDefault="00FB6E6F">
            <w:pPr>
              <w:spacing w:after="0" w:line="240" w:lineRule="auto"/>
            </w:pPr>
            <w:r>
              <w:t>- HS lắng nghe luật chơi và tham gia trả lời theo đội.</w:t>
            </w:r>
          </w:p>
        </w:tc>
      </w:tr>
      <w:tr w:rsidR="00136EC0" w:rsidTr="00D149B2">
        <w:trPr>
          <w:jc w:val="center"/>
        </w:trPr>
        <w:tc>
          <w:tcPr>
            <w:tcW w:w="5400" w:type="dxa"/>
            <w:shd w:val="clear" w:color="auto" w:fill="auto"/>
          </w:tcPr>
          <w:p w:rsidR="00136EC0" w:rsidRDefault="00FB6E6F">
            <w:pPr>
              <w:spacing w:after="0" w:line="240" w:lineRule="auto"/>
            </w:pPr>
            <w:r>
              <w:t>- GV hỏi: Một tuần có mấy ngày? Một ngày có bao nhiêu giờ? Một năm có bao nhiêu tháng?</w:t>
            </w:r>
          </w:p>
        </w:tc>
        <w:tc>
          <w:tcPr>
            <w:tcW w:w="5400" w:type="dxa"/>
            <w:shd w:val="clear" w:color="auto" w:fill="auto"/>
          </w:tcPr>
          <w:p w:rsidR="00136EC0" w:rsidRDefault="00FB6E6F">
            <w:pPr>
              <w:spacing w:after="0" w:line="240" w:lineRule="auto"/>
            </w:pPr>
            <w:r>
              <w:t>- HS trả lời: Một tuần có 7 ngày; một ngày có 24 giờ; một năm có 12 tháng.</w:t>
            </w:r>
          </w:p>
        </w:tc>
      </w:tr>
      <w:tr w:rsidR="00136EC0" w:rsidTr="00D149B2">
        <w:trPr>
          <w:jc w:val="center"/>
        </w:trPr>
        <w:tc>
          <w:tcPr>
            <w:tcW w:w="5400" w:type="dxa"/>
            <w:shd w:val="clear" w:color="auto" w:fill="auto"/>
          </w:tcPr>
          <w:p w:rsidR="00136EC0" w:rsidRDefault="00FB6E6F">
            <w:pPr>
              <w:spacing w:after="0" w:line="240" w:lineRule="auto"/>
            </w:pPr>
            <w:r>
              <w:t>- GV hỏi: Tháng 4 có bao nhiêu ngày? Em biết thêm tháng nào có 30 hoặc 31 ngày?</w:t>
            </w:r>
          </w:p>
        </w:tc>
        <w:tc>
          <w:tcPr>
            <w:tcW w:w="5400" w:type="dxa"/>
            <w:shd w:val="clear" w:color="auto" w:fill="auto"/>
          </w:tcPr>
          <w:p w:rsidR="00136EC0" w:rsidRDefault="00FB6E6F">
            <w:pPr>
              <w:spacing w:after="0" w:line="240" w:lineRule="auto"/>
            </w:pPr>
            <w:r>
              <w:t>- HS trả lời theo hiểu biết: Tháng 4 có 30 ngày; một số tháng có 30 ngày hoặc 31 ngày.</w:t>
            </w:r>
          </w:p>
        </w:tc>
      </w:tr>
      <w:tr w:rsidR="00136EC0" w:rsidTr="00D149B2">
        <w:trPr>
          <w:jc w:val="center"/>
        </w:trPr>
        <w:tc>
          <w:tcPr>
            <w:tcW w:w="5400" w:type="dxa"/>
            <w:tcBorders>
              <w:bottom w:val="single" w:sz="4" w:space="0" w:color="808080"/>
            </w:tcBorders>
            <w:shd w:val="clear" w:color="auto" w:fill="auto"/>
          </w:tcPr>
          <w:p w:rsidR="00136EC0" w:rsidRDefault="00FB6E6F">
            <w:pPr>
              <w:spacing w:after="0" w:line="240" w:lineRule="auto"/>
            </w:pPr>
            <w:r>
              <w:t>- GV nhận xét, dẫn dắt vào bài Ngày - tháng và nhiệm vụ STEM làm lịch để bàn tiện ích.</w:t>
            </w:r>
          </w:p>
        </w:tc>
        <w:tc>
          <w:tcPr>
            <w:tcW w:w="5400" w:type="dxa"/>
            <w:tcBorders>
              <w:bottom w:val="single" w:sz="4" w:space="0" w:color="808080"/>
            </w:tcBorders>
            <w:shd w:val="clear" w:color="auto" w:fill="auto"/>
          </w:tcPr>
          <w:p w:rsidR="00136EC0" w:rsidRDefault="00FB6E6F">
            <w:pPr>
              <w:spacing w:after="0" w:line="240" w:lineRule="auto"/>
            </w:pPr>
            <w:r>
              <w:t>- HS lắng nghe, chuẩn bị vào bài học.</w:t>
            </w:r>
          </w:p>
        </w:tc>
      </w:tr>
      <w:tr w:rsidR="00136EC0" w:rsidTr="00D149B2">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2. KHÁM PHÁ (15 phút)</w:t>
            </w:r>
            <w:r>
              <w:rPr>
                <w:b/>
              </w:rPr>
              <w:br/>
              <w:t>Mục tiêu: HS nhận biết cách xem tờ lịch tháng, số ngày trong tháng và ngày đầu tiên của tháng.</w:t>
            </w:r>
          </w:p>
        </w:tc>
      </w:tr>
      <w:tr w:rsidR="00136EC0" w:rsidTr="00D149B2">
        <w:trPr>
          <w:jc w:val="center"/>
        </w:trPr>
        <w:tc>
          <w:tcPr>
            <w:tcW w:w="5400" w:type="dxa"/>
            <w:tcBorders>
              <w:top w:val="single" w:sz="4" w:space="0" w:color="808080"/>
            </w:tcBorders>
            <w:shd w:val="clear" w:color="auto" w:fill="auto"/>
          </w:tcPr>
          <w:p w:rsidR="00136EC0" w:rsidRDefault="00FB6E6F">
            <w:pPr>
              <w:spacing w:after="0" w:line="240" w:lineRule="auto"/>
            </w:pPr>
            <w:r>
              <w:t>- GV yêu cầu HS quan sát phần Khám phá trong SGK và tờ lịch tháng 9.</w:t>
            </w:r>
          </w:p>
          <w:p w:rsidR="00136EC0" w:rsidRDefault="00136EC0">
            <w:pPr>
              <w:spacing w:after="0" w:line="240" w:lineRule="auto"/>
              <w:jc w:val="center"/>
            </w:pPr>
          </w:p>
        </w:tc>
        <w:tc>
          <w:tcPr>
            <w:tcW w:w="5400" w:type="dxa"/>
            <w:tcBorders>
              <w:top w:val="single" w:sz="4" w:space="0" w:color="808080"/>
            </w:tcBorders>
            <w:shd w:val="clear" w:color="auto" w:fill="auto"/>
          </w:tcPr>
          <w:p w:rsidR="00136EC0" w:rsidRDefault="00FB6E6F">
            <w:pPr>
              <w:spacing w:after="0" w:line="240" w:lineRule="auto"/>
            </w:pPr>
            <w:r>
              <w:t>- HS quan sát tranh và tờ lịch trong SGK.</w:t>
            </w:r>
          </w:p>
        </w:tc>
      </w:tr>
      <w:tr w:rsidR="00136EC0" w:rsidTr="00D149B2">
        <w:trPr>
          <w:jc w:val="center"/>
        </w:trPr>
        <w:tc>
          <w:tcPr>
            <w:tcW w:w="5400" w:type="dxa"/>
            <w:shd w:val="clear" w:color="auto" w:fill="auto"/>
          </w:tcPr>
          <w:p w:rsidR="00136EC0" w:rsidRDefault="00FB6E6F">
            <w:pPr>
              <w:spacing w:after="0" w:line="240" w:lineRule="auto"/>
            </w:pPr>
            <w:r>
              <w:t>- GV hỏi: Trên tờ lịch có những thông tin nào?</w:t>
            </w:r>
          </w:p>
        </w:tc>
        <w:tc>
          <w:tcPr>
            <w:tcW w:w="5400" w:type="dxa"/>
            <w:shd w:val="clear" w:color="auto" w:fill="auto"/>
          </w:tcPr>
          <w:p w:rsidR="00136EC0" w:rsidRDefault="00FB6E6F">
            <w:pPr>
              <w:spacing w:after="0" w:line="240" w:lineRule="auto"/>
            </w:pPr>
            <w:r>
              <w:t>- HS trả lời: Có tên tháng, các thứ trong tuần và các ngày trong tháng.</w:t>
            </w:r>
          </w:p>
        </w:tc>
      </w:tr>
      <w:tr w:rsidR="00136EC0" w:rsidTr="00D149B2">
        <w:trPr>
          <w:jc w:val="center"/>
        </w:trPr>
        <w:tc>
          <w:tcPr>
            <w:tcW w:w="5400" w:type="dxa"/>
            <w:shd w:val="clear" w:color="auto" w:fill="auto"/>
          </w:tcPr>
          <w:p w:rsidR="00136EC0" w:rsidRDefault="00FB6E6F">
            <w:pPr>
              <w:spacing w:after="0" w:line="240" w:lineRule="auto"/>
            </w:pPr>
            <w:r>
              <w:t>- GV hỏi: Tháng 9 có bao nhiêu ngày? Ngày đầu tiên của tháng 9 là thứ mấy?</w:t>
            </w:r>
          </w:p>
        </w:tc>
        <w:tc>
          <w:tcPr>
            <w:tcW w:w="5400" w:type="dxa"/>
            <w:shd w:val="clear" w:color="auto" w:fill="auto"/>
          </w:tcPr>
          <w:p w:rsidR="00136EC0" w:rsidRDefault="00FB6E6F">
            <w:pPr>
              <w:spacing w:after="0" w:line="240" w:lineRule="auto"/>
            </w:pPr>
            <w:r>
              <w:t>- HS trả lời: Tháng 9 có 30 ngày; ngày đầu tiên là thứ Tư.</w:t>
            </w:r>
          </w:p>
        </w:tc>
      </w:tr>
      <w:tr w:rsidR="00136EC0" w:rsidTr="00D149B2">
        <w:trPr>
          <w:jc w:val="center"/>
        </w:trPr>
        <w:tc>
          <w:tcPr>
            <w:tcW w:w="5400" w:type="dxa"/>
            <w:shd w:val="clear" w:color="auto" w:fill="auto"/>
          </w:tcPr>
          <w:p w:rsidR="00136EC0" w:rsidRDefault="00FB6E6F">
            <w:pPr>
              <w:spacing w:after="0" w:line="240" w:lineRule="auto"/>
            </w:pPr>
            <w:r>
              <w:t xml:space="preserve">- GV hỏi: Nếu hôm nay là thứ Sáu ngày 10/9 thì </w:t>
            </w:r>
            <w:r>
              <w:lastRenderedPageBreak/>
              <w:t>ngày mai là ngày nào? Hôm qua là ngày nào?</w:t>
            </w:r>
          </w:p>
        </w:tc>
        <w:tc>
          <w:tcPr>
            <w:tcW w:w="5400" w:type="dxa"/>
            <w:shd w:val="clear" w:color="auto" w:fill="auto"/>
          </w:tcPr>
          <w:p w:rsidR="00136EC0" w:rsidRDefault="00FB6E6F">
            <w:pPr>
              <w:spacing w:after="0" w:line="240" w:lineRule="auto"/>
            </w:pPr>
            <w:r>
              <w:lastRenderedPageBreak/>
              <w:t xml:space="preserve">- HS trả lời: Ngày mai là thứ Bảy ngày 11/9; hôm </w:t>
            </w:r>
            <w:r>
              <w:lastRenderedPageBreak/>
              <w:t>qua là thứ Năm ngày 9/9.</w:t>
            </w:r>
          </w:p>
        </w:tc>
      </w:tr>
      <w:tr w:rsidR="00136EC0" w:rsidTr="00D149B2">
        <w:trPr>
          <w:jc w:val="center"/>
        </w:trPr>
        <w:tc>
          <w:tcPr>
            <w:tcW w:w="5400" w:type="dxa"/>
            <w:shd w:val="clear" w:color="auto" w:fill="auto"/>
          </w:tcPr>
          <w:p w:rsidR="00136EC0" w:rsidRDefault="00FB6E6F">
            <w:pPr>
              <w:spacing w:after="0" w:line="240" w:lineRule="auto"/>
            </w:pPr>
            <w:r>
              <w:lastRenderedPageBreak/>
              <w:t>- GV hướng dẫn HS đọc các ngày lễ, ngày sinh nhật hoặc sự kiện có thể đánh dấu trên lịch.</w:t>
            </w:r>
          </w:p>
        </w:tc>
        <w:tc>
          <w:tcPr>
            <w:tcW w:w="5400" w:type="dxa"/>
            <w:shd w:val="clear" w:color="auto" w:fill="auto"/>
          </w:tcPr>
          <w:p w:rsidR="00136EC0" w:rsidRDefault="00FB6E6F">
            <w:pPr>
              <w:spacing w:after="0" w:line="240" w:lineRule="auto"/>
            </w:pPr>
            <w:r>
              <w:t>- HS nêu ví dụ: ngày khai giảng, ngày sinh nhật, ngày Tết Thiếu nhi, sinh nhật Bác Hồ.</w:t>
            </w:r>
          </w:p>
        </w:tc>
      </w:tr>
      <w:tr w:rsidR="00136EC0" w:rsidTr="00D149B2">
        <w:trPr>
          <w:jc w:val="center"/>
        </w:trPr>
        <w:tc>
          <w:tcPr>
            <w:tcW w:w="5400" w:type="dxa"/>
            <w:shd w:val="clear" w:color="auto" w:fill="auto"/>
          </w:tcPr>
          <w:p w:rsidR="00136EC0" w:rsidRDefault="00FB6E6F">
            <w:pPr>
              <w:spacing w:after="0" w:line="240" w:lineRule="auto"/>
            </w:pPr>
            <w:r>
              <w:rPr>
                <w:color w:val="FF0000"/>
              </w:rPr>
              <w:t>- Tích hợp STEM: GV nêu vấn đề: “Hai bạn An và Bình muốn lưu lại ngày sinh nhật của các bạn trong lớp và những ngày lễ trong năm. Em hãy nghĩ cách giúp hai bạn làm một chiếc lịch để bàn tiện ích.” GV hướng HS hiểu vấn đề cần giải quyết: lịch phải xem được ngày, tháng; ghi rõ số ngày trong tháng; có thể đánh dấu sự kiện của lớp/trường; sản phẩm cần làm bằng vật liệu đơn giản, an toàn và có thể đặt trên bàn học. GV nhấn mạnh đây không chỉ là bài xem lịch mà còn là nhiệm vụ thiết kế sản phẩm dùng được trong thực tế.</w:t>
            </w:r>
          </w:p>
        </w:tc>
        <w:tc>
          <w:tcPr>
            <w:tcW w:w="5400" w:type="dxa"/>
            <w:shd w:val="clear" w:color="auto" w:fill="auto"/>
          </w:tcPr>
          <w:p w:rsidR="00136EC0" w:rsidRDefault="00FB6E6F">
            <w:pPr>
              <w:spacing w:after="0" w:line="240" w:lineRule="auto"/>
            </w:pPr>
            <w:r>
              <w:t>- HS lắng nghe tình huống, nêu ý tưởng ban đầu: làm lịch bằng giấy bìa, trang trí bằng bút màu, ghi sinh nhật, ngày lễ hoặc hoạt động của lớp.</w:t>
            </w:r>
          </w:p>
        </w:tc>
      </w:tr>
      <w:tr w:rsidR="00136EC0" w:rsidTr="00D149B2">
        <w:trPr>
          <w:jc w:val="center"/>
        </w:trPr>
        <w:tc>
          <w:tcPr>
            <w:tcW w:w="10800" w:type="dxa"/>
            <w:gridSpan w:val="2"/>
            <w:shd w:val="clear" w:color="auto" w:fill="auto"/>
          </w:tcPr>
          <w:p w:rsidR="00136EC0" w:rsidRDefault="00FB6E6F">
            <w:pPr>
              <w:spacing w:after="0" w:line="240" w:lineRule="auto"/>
            </w:pPr>
            <w:r>
              <w:rPr>
                <w:b/>
              </w:rPr>
              <w:t>3. LUYỆN TẬP, THỰC HÀNH (18 phút)</w:t>
            </w:r>
            <w:r>
              <w:rPr>
                <w:b/>
              </w:rPr>
              <w:br/>
              <w:t>Mục tiêu: HS luyện xem lịch tháng, xác định số ngày và chuẩn bị ý tưởng làm lịch để bàn.</w:t>
            </w:r>
          </w:p>
        </w:tc>
      </w:tr>
      <w:tr w:rsidR="00136EC0" w:rsidTr="00D149B2">
        <w:trPr>
          <w:jc w:val="center"/>
        </w:trPr>
        <w:tc>
          <w:tcPr>
            <w:tcW w:w="5400" w:type="dxa"/>
            <w:shd w:val="clear" w:color="auto" w:fill="auto"/>
          </w:tcPr>
          <w:p w:rsidR="00136EC0" w:rsidRDefault="00FB6E6F">
            <w:pPr>
              <w:spacing w:after="0" w:line="240" w:lineRule="auto"/>
            </w:pPr>
            <w:r>
              <w:rPr>
                <w:b/>
              </w:rPr>
              <w:t>Bài 1: Tìm hai con vật có cùng ngày sinh.</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đọc yêu cầu bài tập.</w:t>
            </w:r>
          </w:p>
        </w:tc>
      </w:tr>
      <w:tr w:rsidR="00136EC0" w:rsidTr="00D149B2">
        <w:trPr>
          <w:jc w:val="center"/>
        </w:trPr>
        <w:tc>
          <w:tcPr>
            <w:tcW w:w="5400" w:type="dxa"/>
            <w:shd w:val="clear" w:color="auto" w:fill="auto"/>
          </w:tcPr>
          <w:p w:rsidR="00136EC0" w:rsidRDefault="00FB6E6F">
            <w:pPr>
              <w:spacing w:after="0" w:line="240" w:lineRule="auto"/>
            </w:pPr>
            <w:r>
              <w:t>- GV yêu cầu HS làm cá nhân: quan sát ngày sinh ghi trên mỗi tấm thẻ của các con vật trong SGK, sau đó trao đổi nhóm đôi để tìm các cặp có cùng ngày sinh.</w:t>
            </w:r>
          </w:p>
        </w:tc>
        <w:tc>
          <w:tcPr>
            <w:tcW w:w="5400" w:type="dxa"/>
            <w:shd w:val="clear" w:color="auto" w:fill="auto"/>
          </w:tcPr>
          <w:p w:rsidR="00136EC0" w:rsidRDefault="00FB6E6F">
            <w:pPr>
              <w:spacing w:after="0" w:line="240" w:lineRule="auto"/>
            </w:pPr>
            <w:r>
              <w:t>- HS quan sát hình, đọc ngày sinh của từng con vật và trao đổi với bạn cùng bàn.</w:t>
            </w:r>
          </w:p>
        </w:tc>
      </w:tr>
      <w:tr w:rsidR="00136EC0" w:rsidTr="00D149B2">
        <w:trPr>
          <w:jc w:val="center"/>
        </w:trPr>
        <w:tc>
          <w:tcPr>
            <w:tcW w:w="5400" w:type="dxa"/>
            <w:shd w:val="clear" w:color="auto" w:fill="auto"/>
          </w:tcPr>
          <w:p w:rsidR="00136EC0" w:rsidRDefault="00FB6E6F">
            <w:pPr>
              <w:spacing w:after="0" w:line="240" w:lineRule="auto"/>
            </w:pPr>
            <w:r>
              <w:t>- GV hỏi: Những con vật nào có cùng ngày sinh?</w:t>
            </w:r>
          </w:p>
        </w:tc>
        <w:tc>
          <w:tcPr>
            <w:tcW w:w="5400" w:type="dxa"/>
            <w:shd w:val="clear" w:color="auto" w:fill="auto"/>
          </w:tcPr>
          <w:p w:rsidR="00136EC0" w:rsidRDefault="00FB6E6F">
            <w:pPr>
              <w:spacing w:after="0" w:line="240" w:lineRule="auto"/>
            </w:pPr>
            <w:r>
              <w:t>- HS trả lời: Chó và bò cùng ngày 10 tháng 1; mèo và trâu cùng ngày 8 tháng 3; dê và thỏ cùng ngày 1 tháng 6; lợn và chim cùng ngày 14 tháng 8.</w:t>
            </w:r>
          </w:p>
        </w:tc>
      </w:tr>
      <w:tr w:rsidR="00136EC0" w:rsidTr="00D149B2">
        <w:trPr>
          <w:jc w:val="center"/>
        </w:trPr>
        <w:tc>
          <w:tcPr>
            <w:tcW w:w="5400" w:type="dxa"/>
            <w:shd w:val="clear" w:color="auto" w:fill="auto"/>
          </w:tcPr>
          <w:p w:rsidR="00136EC0" w:rsidRDefault="00FB6E6F">
            <w:pPr>
              <w:spacing w:after="0" w:line="240" w:lineRule="auto"/>
            </w:pPr>
            <w:r>
              <w:t>- GV chốt: Khi đọc ngày tháng trên tờ lịch hoặc thẻ thông tin, cần đọc đúng ngày, đúng tháng rồi mới so sánh.</w:t>
            </w:r>
          </w:p>
        </w:tc>
        <w:tc>
          <w:tcPr>
            <w:tcW w:w="5400" w:type="dxa"/>
            <w:shd w:val="clear" w:color="auto" w:fill="auto"/>
          </w:tcPr>
          <w:p w:rsidR="00136EC0" w:rsidRDefault="00FB6E6F">
            <w:pPr>
              <w:spacing w:after="0" w:line="240" w:lineRule="auto"/>
            </w:pPr>
            <w:r>
              <w:t>- HS lắng nghe, kiểm tra lại các cặp đã tìm được.</w:t>
            </w:r>
          </w:p>
        </w:tc>
      </w:tr>
      <w:tr w:rsidR="00136EC0" w:rsidTr="00D149B2">
        <w:trPr>
          <w:jc w:val="center"/>
        </w:trPr>
        <w:tc>
          <w:tcPr>
            <w:tcW w:w="5400" w:type="dxa"/>
            <w:shd w:val="clear" w:color="auto" w:fill="auto"/>
          </w:tcPr>
          <w:p w:rsidR="00136EC0" w:rsidRDefault="00FB6E6F">
            <w:pPr>
              <w:spacing w:after="0" w:line="240" w:lineRule="auto"/>
            </w:pPr>
            <w:r>
              <w:rPr>
                <w:b/>
              </w:rPr>
              <w:t>Bài 2: Nêu các ngày còn thiếu trong tờ lịch tháng 12 và trả lời câu hỏi.</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quan sát lịch tháng 12 trong SGK.</w:t>
            </w:r>
          </w:p>
        </w:tc>
      </w:tr>
      <w:tr w:rsidR="00136EC0" w:rsidTr="00D149B2">
        <w:trPr>
          <w:jc w:val="center"/>
        </w:trPr>
        <w:tc>
          <w:tcPr>
            <w:tcW w:w="5400" w:type="dxa"/>
            <w:shd w:val="clear" w:color="auto" w:fill="auto"/>
          </w:tcPr>
          <w:p w:rsidR="00136EC0" w:rsidRDefault="00FB6E6F">
            <w:pPr>
              <w:spacing w:after="0" w:line="240" w:lineRule="auto"/>
            </w:pPr>
            <w:r>
              <w:t>- GV yêu cầu HS thảo luận nhóm đôi: đọc lịch tháng 12, tìm các ngày còn thiếu và trả lời câu hỏi của bài.</w:t>
            </w:r>
          </w:p>
        </w:tc>
        <w:tc>
          <w:tcPr>
            <w:tcW w:w="5400" w:type="dxa"/>
            <w:shd w:val="clear" w:color="auto" w:fill="auto"/>
          </w:tcPr>
          <w:p w:rsidR="00136EC0" w:rsidRDefault="00FB6E6F">
            <w:pPr>
              <w:spacing w:after="0" w:line="240" w:lineRule="auto"/>
            </w:pPr>
            <w:r>
              <w:t>- HS thảo luận nhóm đôi, một bạn hỏi, một bạn trả lời rồi đổi vai.</w:t>
            </w:r>
          </w:p>
        </w:tc>
      </w:tr>
      <w:tr w:rsidR="00136EC0" w:rsidTr="00D149B2">
        <w:trPr>
          <w:jc w:val="center"/>
        </w:trPr>
        <w:tc>
          <w:tcPr>
            <w:tcW w:w="5400" w:type="dxa"/>
            <w:shd w:val="clear" w:color="auto" w:fill="auto"/>
          </w:tcPr>
          <w:p w:rsidR="00136EC0" w:rsidRDefault="00FB6E6F">
            <w:pPr>
              <w:spacing w:after="0" w:line="240" w:lineRule="auto"/>
            </w:pPr>
            <w:r>
              <w:t>- GV hỏi: Tháng 12 có bao nhiêu ngày? Ngày đầu tiên của tháng 12 là thứ mấy?</w:t>
            </w:r>
          </w:p>
        </w:tc>
        <w:tc>
          <w:tcPr>
            <w:tcW w:w="5400" w:type="dxa"/>
            <w:shd w:val="clear" w:color="auto" w:fill="auto"/>
          </w:tcPr>
          <w:p w:rsidR="00136EC0" w:rsidRDefault="00FB6E6F">
            <w:pPr>
              <w:spacing w:after="0" w:line="240" w:lineRule="auto"/>
            </w:pPr>
            <w:r>
              <w:t>- HS trả lời: Tháng 12 có 31 ngày; ngày đầu tiên là thứ Tư.</w:t>
            </w:r>
          </w:p>
        </w:tc>
      </w:tr>
      <w:tr w:rsidR="00136EC0" w:rsidTr="00D149B2">
        <w:trPr>
          <w:jc w:val="center"/>
        </w:trPr>
        <w:tc>
          <w:tcPr>
            <w:tcW w:w="5400" w:type="dxa"/>
            <w:shd w:val="clear" w:color="auto" w:fill="auto"/>
          </w:tcPr>
          <w:p w:rsidR="00136EC0" w:rsidRDefault="00FB6E6F">
            <w:pPr>
              <w:spacing w:after="0" w:line="240" w:lineRule="auto"/>
            </w:pPr>
            <w:r>
              <w:t>- GV hỏi: Ngày cuối cùng của tháng 12 là thứ mấy?</w:t>
            </w:r>
          </w:p>
        </w:tc>
        <w:tc>
          <w:tcPr>
            <w:tcW w:w="5400" w:type="dxa"/>
            <w:shd w:val="clear" w:color="auto" w:fill="auto"/>
          </w:tcPr>
          <w:p w:rsidR="00136EC0" w:rsidRDefault="00FB6E6F">
            <w:pPr>
              <w:spacing w:after="0" w:line="240" w:lineRule="auto"/>
            </w:pPr>
            <w:r>
              <w:t>- HS trả lời: Ngày cuối cùng của tháng 12 là thứ Sáu.</w:t>
            </w:r>
          </w:p>
        </w:tc>
      </w:tr>
      <w:tr w:rsidR="00136EC0" w:rsidTr="00ED18E8">
        <w:trPr>
          <w:jc w:val="center"/>
        </w:trPr>
        <w:tc>
          <w:tcPr>
            <w:tcW w:w="5400" w:type="dxa"/>
            <w:tcBorders>
              <w:bottom w:val="single" w:sz="4" w:space="0" w:color="808080"/>
            </w:tcBorders>
            <w:shd w:val="clear" w:color="auto" w:fill="auto"/>
          </w:tcPr>
          <w:p w:rsidR="00136EC0" w:rsidRDefault="00FB6E6F">
            <w:pPr>
              <w:spacing w:after="0" w:line="240" w:lineRule="auto"/>
            </w:pPr>
            <w:r>
              <w:rPr>
                <w:color w:val="FF0000"/>
              </w:rPr>
              <w:t xml:space="preserve">- Tích hợp STEM: GV yêu cầu mỗi nhóm chọn một tháng muốn làm lịch để bàn và nêu lí do chọn tháng đó. GV gợi ý HS chọn tháng có sự kiện gần gũi như tháng 5 có sinh nhật Bác Hồ, tháng 6 có Tết Thiếu nhi hoặc tháng có sinh nhật của nhiều bạn. GV hướng dẫn HS ghi vào phiếu: tên tháng, số ngày, ngày đầu tiên của tháng, sự kiện muốn đánh dấu, ý tưởng trang trí. GV nhắc </w:t>
            </w:r>
            <w:r>
              <w:rPr>
                <w:color w:val="FF0000"/>
              </w:rPr>
              <w:lastRenderedPageBreak/>
              <w:t>HS khi chọn thông tin đưa lên lịch phải đúng, dễ đọc, không viết quá nhiều làm rối sản phẩm.</w:t>
            </w:r>
          </w:p>
        </w:tc>
        <w:tc>
          <w:tcPr>
            <w:tcW w:w="5400" w:type="dxa"/>
            <w:tcBorders>
              <w:bottom w:val="single" w:sz="4" w:space="0" w:color="808080"/>
            </w:tcBorders>
            <w:shd w:val="clear" w:color="auto" w:fill="auto"/>
          </w:tcPr>
          <w:p w:rsidR="00136EC0" w:rsidRDefault="00FB6E6F">
            <w:pPr>
              <w:spacing w:after="0" w:line="240" w:lineRule="auto"/>
            </w:pPr>
            <w:r>
              <w:lastRenderedPageBreak/>
              <w:t>- HS thảo luận nhóm 4, chọn tháng làm lịch, ghi tên tháng, số ngày và sự kiện cần đánh dấu vào phiếu.</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lastRenderedPageBreak/>
              <w:t>4. VẬN DỤNG TRẢI NGHIỆM (2 phút)</w:t>
            </w:r>
            <w:r>
              <w:rPr>
                <w:b/>
              </w:rPr>
              <w:br/>
              <w:t>Mục tiêu: Củng cố cách xem lịch và chuyển giao nhiệm vụ chuẩn bị vật liệu STEM.</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t>- GV hỏi: Khi xem tờ lịch tháng, em cần chú ý những thông tin nào?</w:t>
            </w:r>
          </w:p>
        </w:tc>
        <w:tc>
          <w:tcPr>
            <w:tcW w:w="5400" w:type="dxa"/>
            <w:tcBorders>
              <w:top w:val="single" w:sz="4" w:space="0" w:color="808080"/>
            </w:tcBorders>
            <w:shd w:val="clear" w:color="auto" w:fill="auto"/>
          </w:tcPr>
          <w:p w:rsidR="00136EC0" w:rsidRDefault="00FB6E6F">
            <w:pPr>
              <w:spacing w:after="0" w:line="240" w:lineRule="auto"/>
            </w:pPr>
            <w:r>
              <w:t>- HS trả lời: Cần chú ý tên tháng, các thứ trong tuần, số ngày và các ngày đặc biệt.</w:t>
            </w:r>
          </w:p>
        </w:tc>
      </w:tr>
      <w:tr w:rsidR="00136EC0" w:rsidTr="00D149B2">
        <w:trPr>
          <w:jc w:val="center"/>
        </w:trPr>
        <w:tc>
          <w:tcPr>
            <w:tcW w:w="5400" w:type="dxa"/>
            <w:shd w:val="clear" w:color="auto" w:fill="auto"/>
          </w:tcPr>
          <w:p w:rsidR="00136EC0" w:rsidRDefault="00FB6E6F">
            <w:pPr>
              <w:spacing w:after="0" w:line="240" w:lineRule="auto"/>
            </w:pPr>
            <w:r>
              <w:t>- GV giao nhiệm vụ: Về nhà chuẩn bị giấy bìa, bút màu, thước, kéo thủ công và tranh ảnh nhỏ để tiết sau làm lịch để bàn tiện ích.</w:t>
            </w:r>
          </w:p>
        </w:tc>
        <w:tc>
          <w:tcPr>
            <w:tcW w:w="5400" w:type="dxa"/>
            <w:shd w:val="clear" w:color="auto" w:fill="auto"/>
          </w:tcPr>
          <w:p w:rsidR="00136EC0" w:rsidRDefault="00FB6E6F">
            <w:pPr>
              <w:spacing w:after="0" w:line="240" w:lineRule="auto"/>
            </w:pPr>
            <w:r>
              <w:t>- HS lắng nghe, ghi nhớ vật liệu cần chuẩn bị.</w:t>
            </w:r>
          </w:p>
        </w:tc>
      </w:tr>
    </w:tbl>
    <w:p w:rsidR="00D149B2" w:rsidRDefault="00FB6E6F" w:rsidP="00D149B2">
      <w:pPr>
        <w:spacing w:after="0" w:line="240" w:lineRule="auto"/>
        <w:rPr>
          <w:b/>
        </w:rPr>
      </w:pPr>
      <w:r>
        <w:rPr>
          <w:b/>
        </w:rPr>
        <w:t>IV. ĐIỀU CHỈNH TIẾT DẠY (NẾU CÓ): ……………………………………………………………………………………</w:t>
      </w:r>
    </w:p>
    <w:p w:rsidR="00D149B2" w:rsidRDefault="00D149B2" w:rsidP="00D149B2">
      <w:pPr>
        <w:spacing w:after="0" w:line="240" w:lineRule="auto"/>
        <w:rPr>
          <w:b/>
        </w:rPr>
      </w:pPr>
    </w:p>
    <w:p w:rsidR="00D149B2" w:rsidRDefault="00D149B2" w:rsidP="00D149B2">
      <w:pPr>
        <w:spacing w:after="0" w:line="240" w:lineRule="auto"/>
        <w:rPr>
          <w:b/>
        </w:rPr>
      </w:pPr>
    </w:p>
    <w:p w:rsidR="00136EC0" w:rsidRDefault="00FB6E6F" w:rsidP="00D149B2">
      <w:pPr>
        <w:spacing w:after="0" w:line="240" w:lineRule="auto"/>
      </w:pPr>
      <w:r>
        <w:rPr>
          <w:b/>
        </w:rPr>
        <w:t>KẾ HOẠCH BÀI DẠY MÔN TOÁN LỚP 2 - TUẦN 16</w:t>
      </w:r>
    </w:p>
    <w:p w:rsidR="00136EC0" w:rsidRDefault="00FB6E6F">
      <w:pPr>
        <w:spacing w:after="0" w:line="240" w:lineRule="auto"/>
        <w:jc w:val="center"/>
      </w:pPr>
      <w:r>
        <w:rPr>
          <w:b/>
        </w:rPr>
        <w:t>CHỦ ĐỀ 6: NGÀY - GIỜ, GIỜ - PHÚT, NGÀY - THÁNG</w:t>
      </w:r>
    </w:p>
    <w:p w:rsidR="00136EC0" w:rsidRDefault="00FB6E6F">
      <w:pPr>
        <w:spacing w:after="0" w:line="240" w:lineRule="auto"/>
        <w:jc w:val="center"/>
      </w:pPr>
      <w:r>
        <w:rPr>
          <w:b/>
        </w:rPr>
        <w:t>BÀI 30. NGÀY - THÁNG</w:t>
      </w:r>
    </w:p>
    <w:p w:rsidR="00136EC0" w:rsidRDefault="00FB6E6F">
      <w:pPr>
        <w:spacing w:after="0" w:line="240" w:lineRule="auto"/>
        <w:jc w:val="center"/>
      </w:pPr>
      <w:r>
        <w:rPr>
          <w:b/>
        </w:rPr>
        <w:t>TIẾT 2: LUYỆN TẬP - BÀI HỌC STEM: LỊCH ĐỂ BÀN TIỆN ÍCH</w:t>
      </w:r>
    </w:p>
    <w:p w:rsidR="00136EC0" w:rsidRDefault="00FB6E6F">
      <w:pPr>
        <w:spacing w:after="0" w:line="240" w:lineRule="auto"/>
      </w:pPr>
      <w:r>
        <w:rPr>
          <w:b/>
        </w:rPr>
        <w:t>I. YÊU CẦU CẦN ĐẠT</w:t>
      </w:r>
    </w:p>
    <w:p w:rsidR="00136EC0" w:rsidRDefault="00FB6E6F">
      <w:pPr>
        <w:spacing w:after="0" w:line="240" w:lineRule="auto"/>
      </w:pPr>
      <w:r>
        <w:rPr>
          <w:b/>
        </w:rPr>
        <w:t>1. Năng lực đặc thù:</w:t>
      </w:r>
    </w:p>
    <w:p w:rsidR="00136EC0" w:rsidRDefault="00FB6E6F">
      <w:pPr>
        <w:spacing w:after="0" w:line="240" w:lineRule="auto"/>
      </w:pPr>
      <w:r>
        <w:t>- Củng cố cách xem lịch tháng, xác định số ngày trong tháng và một số ngày đặc biệt.</w:t>
      </w:r>
    </w:p>
    <w:p w:rsidR="00136EC0" w:rsidRDefault="00FB6E6F">
      <w:pPr>
        <w:spacing w:after="0" w:line="240" w:lineRule="auto"/>
      </w:pPr>
      <w:r>
        <w:t>- Thực hành sử dụng vật liệu đơn giản để tạo sản phẩm lịch để bàn tiện ích.</w:t>
      </w:r>
    </w:p>
    <w:p w:rsidR="00136EC0" w:rsidRDefault="00FB6E6F">
      <w:pPr>
        <w:spacing w:after="0" w:line="240" w:lineRule="auto"/>
      </w:pPr>
      <w:r>
        <w:t>- Biết trưng bày, giới thiệu sản phẩm lịch để bàn và nêu ý định sử dụng sản phẩm.</w:t>
      </w:r>
    </w:p>
    <w:p w:rsidR="00136EC0" w:rsidRDefault="00FB6E6F">
      <w:pPr>
        <w:spacing w:after="0" w:line="240" w:lineRule="auto"/>
      </w:pPr>
      <w:r>
        <w:rPr>
          <w:b/>
        </w:rPr>
        <w:t>2. Năng lực chung:</w:t>
      </w:r>
    </w:p>
    <w:p w:rsidR="00136EC0" w:rsidRDefault="00FB6E6F">
      <w:pPr>
        <w:spacing w:after="0" w:line="240" w:lineRule="auto"/>
      </w:pPr>
      <w:r>
        <w:t>- Tự chủ và tự học: Chủ động thực hiện nhiệm vụ học tập, biết tự kiểm tra kết quả và hoàn thành nhiệm vụ cá nhân.</w:t>
      </w:r>
    </w:p>
    <w:p w:rsidR="00136EC0" w:rsidRDefault="00FB6E6F">
      <w:pPr>
        <w:spacing w:after="0" w:line="240" w:lineRule="auto"/>
      </w:pPr>
      <w:r>
        <w:t>- Giao tiếp và hợp tác: Biết trao đổi, thảo luận, lắng nghe và phối hợp với bạn trong hoạt động nhóm.</w:t>
      </w:r>
    </w:p>
    <w:p w:rsidR="00136EC0" w:rsidRDefault="00FB6E6F">
      <w:pPr>
        <w:spacing w:after="0" w:line="240" w:lineRule="auto"/>
      </w:pPr>
      <w:r>
        <w:t>- Giải quyết vấn đề và sáng tạo: Biết lựa chọn cách làm phù hợp, vận dụng kiến thức đã học vào tình huống thực tế.</w:t>
      </w:r>
    </w:p>
    <w:p w:rsidR="00136EC0" w:rsidRDefault="00FB6E6F">
      <w:pPr>
        <w:spacing w:after="0" w:line="240" w:lineRule="auto"/>
      </w:pPr>
      <w:r>
        <w:rPr>
          <w:b/>
        </w:rPr>
        <w:t>3. Phẩm chất:</w:t>
      </w:r>
    </w:p>
    <w:p w:rsidR="00136EC0" w:rsidRDefault="00FB6E6F">
      <w:pPr>
        <w:spacing w:after="0" w:line="240" w:lineRule="auto"/>
      </w:pPr>
      <w:r>
        <w:t>- Chăm chỉ: Tích cực tham gia hoạt động học tập, kiên trì khi thực hành và luyện tập.</w:t>
      </w:r>
    </w:p>
    <w:p w:rsidR="00136EC0" w:rsidRDefault="00FB6E6F">
      <w:pPr>
        <w:spacing w:after="0" w:line="240" w:lineRule="auto"/>
      </w:pPr>
      <w:r>
        <w:t>- Trách nhiệm: Có ý thức hoàn thành nhiệm vụ, giữ gìn đồ dùng học tập và thực hiện đúng thời gian.</w:t>
      </w:r>
    </w:p>
    <w:p w:rsidR="00136EC0" w:rsidRDefault="00FB6E6F">
      <w:pPr>
        <w:spacing w:after="0" w:line="240" w:lineRule="auto"/>
      </w:pPr>
      <w:r>
        <w:rPr>
          <w:b/>
          <w:color w:val="FF0000"/>
        </w:rPr>
        <w:t>4. Tích hợp</w:t>
      </w:r>
    </w:p>
    <w:p w:rsidR="00136EC0" w:rsidRDefault="00FB6E6F">
      <w:pPr>
        <w:spacing w:after="0" w:line="240" w:lineRule="auto"/>
      </w:pPr>
      <w:r>
        <w:rPr>
          <w:color w:val="FF0000"/>
        </w:rPr>
        <w:t>- Bài học STEM: Lịch để bàn tiện ích - HS thực hành sử dụng vật liệu đơn giản để tạo sản phẩm lịch để bàn; nhận biết số ngày trong tháng và một số sự kiện thường được tổ chức ở trường.</w:t>
      </w:r>
    </w:p>
    <w:p w:rsidR="00136EC0" w:rsidRDefault="00FB6E6F">
      <w:pPr>
        <w:spacing w:after="0" w:line="240" w:lineRule="auto"/>
      </w:pPr>
      <w:r>
        <w:rPr>
          <w:b/>
        </w:rPr>
        <w:t>II. ĐỒ DÙNG DẠY HỌC</w:t>
      </w:r>
    </w:p>
    <w:p w:rsidR="00136EC0" w:rsidRDefault="00FB6E6F">
      <w:pPr>
        <w:spacing w:after="0" w:line="240" w:lineRule="auto"/>
      </w:pPr>
      <w:r>
        <w:t>- GV: Phiếu học tập, mẫu khung lịch, giấy bìa, kéo, bút màu, tranh ảnh minh họa, hình SGK.</w:t>
      </w:r>
    </w:p>
    <w:p w:rsidR="00136EC0" w:rsidRDefault="00FB6E6F">
      <w:pPr>
        <w:spacing w:after="0" w:line="240" w:lineRule="auto"/>
      </w:pPr>
      <w:r>
        <w:t>- HS: Giấy bìa/giấy trắng, bút chì, bút màu, kéo thủ công, thước kẻ, tranh ảnh nhỏ.</w:t>
      </w:r>
    </w:p>
    <w:p w:rsidR="00136EC0" w:rsidRDefault="00FB6E6F">
      <w:pPr>
        <w:spacing w:after="0" w:line="240" w:lineRule="auto"/>
      </w:pPr>
      <w:r>
        <w:rPr>
          <w:b/>
        </w:rPr>
        <w:t>III. CÁC HOẠT ĐỘNG DẠY HỌC CHỦ YẾU</w:t>
      </w:r>
    </w:p>
    <w:tbl>
      <w:tblPr>
        <w:tblW w:w="0" w:type="auto"/>
        <w:jc w:val="center"/>
        <w:tblBorders>
          <w:top w:val="single" w:sz="4" w:space="0" w:color="808080"/>
          <w:left w:val="single" w:sz="4" w:space="0" w:color="808080"/>
          <w:bottom w:val="single" w:sz="4" w:space="0" w:color="808080"/>
          <w:right w:val="single" w:sz="4" w:space="0" w:color="808080"/>
          <w:insideV w:val="single" w:sz="4" w:space="0" w:color="808080"/>
        </w:tblBorders>
        <w:tblLayout w:type="fixed"/>
        <w:tblLook w:val="04A0" w:firstRow="1" w:lastRow="0" w:firstColumn="1" w:lastColumn="0" w:noHBand="0" w:noVBand="1"/>
      </w:tblPr>
      <w:tblGrid>
        <w:gridCol w:w="5400"/>
        <w:gridCol w:w="5400"/>
      </w:tblGrid>
      <w:tr w:rsidR="00136EC0" w:rsidTr="00ED18E8">
        <w:trPr>
          <w:jc w:val="center"/>
        </w:trPr>
        <w:tc>
          <w:tcPr>
            <w:tcW w:w="5112" w:type="dxa"/>
            <w:tcBorders>
              <w:bottom w:val="single" w:sz="4" w:space="0" w:color="808080"/>
            </w:tcBorders>
            <w:shd w:val="clear" w:color="auto" w:fill="auto"/>
          </w:tcPr>
          <w:p w:rsidR="00136EC0" w:rsidRDefault="00FB6E6F">
            <w:pPr>
              <w:spacing w:after="0" w:line="240" w:lineRule="auto"/>
              <w:jc w:val="center"/>
            </w:pPr>
            <w:r>
              <w:rPr>
                <w:b/>
              </w:rPr>
              <w:t>Hoạt động của giáo viên</w:t>
            </w:r>
          </w:p>
        </w:tc>
        <w:tc>
          <w:tcPr>
            <w:tcW w:w="4536" w:type="dxa"/>
            <w:tcBorders>
              <w:bottom w:val="single" w:sz="4" w:space="0" w:color="808080"/>
            </w:tcBorders>
            <w:shd w:val="clear" w:color="auto" w:fill="auto"/>
          </w:tcPr>
          <w:p w:rsidR="00136EC0" w:rsidRDefault="00FB6E6F">
            <w:pPr>
              <w:spacing w:after="0" w:line="240" w:lineRule="auto"/>
              <w:jc w:val="center"/>
            </w:pPr>
            <w:r>
              <w:rPr>
                <w:b/>
              </w:rPr>
              <w:t>Hoạt động của học sinh</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1. KHỞI ĐỘNG (3 phút)</w:t>
            </w:r>
            <w:r>
              <w:rPr>
                <w:b/>
              </w:rPr>
              <w:br/>
              <w:t>Mục tiêu: Gợi nhớ số ngày trong tháng và tạo tâm thế cho hoạt động STEM.</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t>- GV tổ chức trò chơi “Ai nhớ nhanh”: GV nêu tên tháng, HS giơ thẻ 30 ngày, 31 ngày hoặc 28/29 ngày.</w:t>
            </w:r>
          </w:p>
        </w:tc>
        <w:tc>
          <w:tcPr>
            <w:tcW w:w="5400" w:type="dxa"/>
            <w:tcBorders>
              <w:top w:val="single" w:sz="4" w:space="0" w:color="808080"/>
            </w:tcBorders>
            <w:shd w:val="clear" w:color="auto" w:fill="auto"/>
          </w:tcPr>
          <w:p w:rsidR="00136EC0" w:rsidRDefault="00FB6E6F">
            <w:pPr>
              <w:spacing w:after="0" w:line="240" w:lineRule="auto"/>
            </w:pPr>
            <w:r>
              <w:t>- HS tham gia trò chơi, giơ thẻ và nêu nhanh số ngày trong tháng.</w:t>
            </w:r>
          </w:p>
        </w:tc>
      </w:tr>
      <w:tr w:rsidR="00136EC0" w:rsidTr="00ED18E8">
        <w:trPr>
          <w:jc w:val="center"/>
        </w:trPr>
        <w:tc>
          <w:tcPr>
            <w:tcW w:w="5400" w:type="dxa"/>
            <w:tcBorders>
              <w:bottom w:val="single" w:sz="4" w:space="0" w:color="808080"/>
            </w:tcBorders>
            <w:shd w:val="clear" w:color="auto" w:fill="auto"/>
          </w:tcPr>
          <w:p w:rsidR="00136EC0" w:rsidRDefault="00FB6E6F">
            <w:pPr>
              <w:spacing w:after="0" w:line="240" w:lineRule="auto"/>
            </w:pPr>
            <w:r>
              <w:t>- GV nhận xét, nhắc lại nhiệm vụ tiết trước: làm lịch để bàn tiện ích.</w:t>
            </w:r>
          </w:p>
        </w:tc>
        <w:tc>
          <w:tcPr>
            <w:tcW w:w="5400" w:type="dxa"/>
            <w:tcBorders>
              <w:bottom w:val="single" w:sz="4" w:space="0" w:color="808080"/>
            </w:tcBorders>
            <w:shd w:val="clear" w:color="auto" w:fill="auto"/>
          </w:tcPr>
          <w:p w:rsidR="00136EC0" w:rsidRDefault="00FB6E6F">
            <w:pPr>
              <w:spacing w:after="0" w:line="240" w:lineRule="auto"/>
            </w:pPr>
            <w:r>
              <w:t>- HS lắng nghe, chuẩn bị vật liệu của nhóm.</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2. LUYỆN TẬP, THỰC HÀNH STEM (30 phút)</w:t>
            </w:r>
            <w:r>
              <w:rPr>
                <w:b/>
              </w:rPr>
              <w:br/>
              <w:t>Mục tiêu: HS hoàn thiện ý tưởng, làm sản phẩm lịch để bàn và sử dụng lịch để trả lời câu hỏi.</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rPr>
                <w:b/>
              </w:rPr>
              <w:lastRenderedPageBreak/>
              <w:t>Bài 3: Xem tờ lịch tháng 1 dưới đây rồi trả lời câu hỏi.</w:t>
            </w:r>
          </w:p>
          <w:p w:rsidR="00136EC0" w:rsidRDefault="00136EC0">
            <w:pPr>
              <w:spacing w:after="0" w:line="240" w:lineRule="auto"/>
              <w:jc w:val="center"/>
            </w:pPr>
          </w:p>
        </w:tc>
        <w:tc>
          <w:tcPr>
            <w:tcW w:w="5400" w:type="dxa"/>
            <w:tcBorders>
              <w:top w:val="single" w:sz="4" w:space="0" w:color="808080"/>
            </w:tcBorders>
            <w:shd w:val="clear" w:color="auto" w:fill="auto"/>
          </w:tcPr>
          <w:p w:rsidR="00136EC0" w:rsidRDefault="00FB6E6F">
            <w:pPr>
              <w:spacing w:after="0" w:line="240" w:lineRule="auto"/>
            </w:pPr>
            <w:r>
              <w:t>- HS đọc yêu cầu và quan sát lịch tháng 1 trong SGK.</w:t>
            </w:r>
          </w:p>
        </w:tc>
      </w:tr>
      <w:tr w:rsidR="00136EC0" w:rsidTr="00D149B2">
        <w:trPr>
          <w:jc w:val="center"/>
        </w:trPr>
        <w:tc>
          <w:tcPr>
            <w:tcW w:w="5400" w:type="dxa"/>
            <w:shd w:val="clear" w:color="auto" w:fill="auto"/>
          </w:tcPr>
          <w:p w:rsidR="00136EC0" w:rsidRDefault="00FB6E6F">
            <w:pPr>
              <w:spacing w:after="0" w:line="240" w:lineRule="auto"/>
            </w:pPr>
            <w:r>
              <w:t>- GV yêu cầu HS thảo luận nhóm đôi: tháng 1 có bao nhiêu ngày, ngày Tết Dương lịch 1/1 là thứ mấy và ngày 1/2 cùng năm là thứ mấy.</w:t>
            </w:r>
          </w:p>
        </w:tc>
        <w:tc>
          <w:tcPr>
            <w:tcW w:w="5400" w:type="dxa"/>
            <w:shd w:val="clear" w:color="auto" w:fill="auto"/>
          </w:tcPr>
          <w:p w:rsidR="00136EC0" w:rsidRDefault="00FB6E6F">
            <w:pPr>
              <w:spacing w:after="0" w:line="240" w:lineRule="auto"/>
            </w:pPr>
            <w:r>
              <w:t>- HS thảo luận nhóm đôi, đọc lịch tháng 1 và thống nhất câu trả lời.</w:t>
            </w:r>
          </w:p>
        </w:tc>
      </w:tr>
      <w:tr w:rsidR="00136EC0" w:rsidTr="00D149B2">
        <w:trPr>
          <w:jc w:val="center"/>
        </w:trPr>
        <w:tc>
          <w:tcPr>
            <w:tcW w:w="5400" w:type="dxa"/>
            <w:shd w:val="clear" w:color="auto" w:fill="auto"/>
          </w:tcPr>
          <w:p w:rsidR="00136EC0" w:rsidRDefault="00FB6E6F">
            <w:pPr>
              <w:spacing w:after="0" w:line="240" w:lineRule="auto"/>
            </w:pPr>
            <w:r>
              <w:t>- GV hỏi: Ngày 1 tháng 1 thường là ngày gì?</w:t>
            </w:r>
          </w:p>
        </w:tc>
        <w:tc>
          <w:tcPr>
            <w:tcW w:w="5400" w:type="dxa"/>
            <w:shd w:val="clear" w:color="auto" w:fill="auto"/>
          </w:tcPr>
          <w:p w:rsidR="00136EC0" w:rsidRDefault="00FB6E6F">
            <w:pPr>
              <w:spacing w:after="0" w:line="240" w:lineRule="auto"/>
            </w:pPr>
            <w:r>
              <w:t>- HS trả lời: Ngày 1 tháng 1 là Tết Dương lịch.</w:t>
            </w:r>
          </w:p>
        </w:tc>
      </w:tr>
      <w:tr w:rsidR="00136EC0" w:rsidTr="00D149B2">
        <w:trPr>
          <w:jc w:val="center"/>
        </w:trPr>
        <w:tc>
          <w:tcPr>
            <w:tcW w:w="5400" w:type="dxa"/>
            <w:shd w:val="clear" w:color="auto" w:fill="auto"/>
          </w:tcPr>
          <w:p w:rsidR="00136EC0" w:rsidRDefault="00FB6E6F">
            <w:pPr>
              <w:spacing w:after="0" w:line="240" w:lineRule="auto"/>
            </w:pPr>
            <w:r>
              <w:t>- GV kết luận: Khi làm lịch, cần ghi đúng số ngày trong tháng và có thể đánh dấu các ngày đáng nhớ.</w:t>
            </w:r>
          </w:p>
        </w:tc>
        <w:tc>
          <w:tcPr>
            <w:tcW w:w="5400" w:type="dxa"/>
            <w:shd w:val="clear" w:color="auto" w:fill="auto"/>
          </w:tcPr>
          <w:p w:rsidR="00136EC0" w:rsidRDefault="00FB6E6F">
            <w:pPr>
              <w:spacing w:after="0" w:line="240" w:lineRule="auto"/>
            </w:pPr>
            <w:r>
              <w:t>- HS lắng nghe, ghi nhớ yêu cầu của sản phẩm lịch.</w:t>
            </w:r>
          </w:p>
        </w:tc>
      </w:tr>
      <w:tr w:rsidR="00136EC0" w:rsidTr="00D149B2">
        <w:trPr>
          <w:jc w:val="center"/>
        </w:trPr>
        <w:tc>
          <w:tcPr>
            <w:tcW w:w="5400" w:type="dxa"/>
            <w:shd w:val="clear" w:color="auto" w:fill="auto"/>
          </w:tcPr>
          <w:p w:rsidR="00136EC0" w:rsidRDefault="00FB6E6F">
            <w:pPr>
              <w:spacing w:after="0" w:line="240" w:lineRule="auto"/>
            </w:pPr>
            <w:r>
              <w:rPr>
                <w:color w:val="FF0000"/>
              </w:rPr>
              <w:t>- Tích hợp STEM: GV chia lớp thành nhóm 4 - 6 HS, yêu cầu các nhóm mở phiếu ý tưởng đã chuẩn bị, kiểm tra lại tên tháng, số ngày, ngày đầu tiên của tháng và sự kiện muốn đánh dấu. GV nhắc tiêu chí sản phẩm: ghi rõ tên tháng; thể hiện đúng số ngày; có thứ trong tuần; đánh dấu được ít nhất một sự kiện; trang trí sáng tạo nhưng không che mất ngày tháng; sản phẩm có thể đặt trên bàn học. GV hướng dẫn HS phân công nhiệm vụ: bạn kẻ khung lịch, bạn viết số ngày, bạn trang trí, bạn kiểm tra thông tin, bạn giới thiệu sản phẩm.</w:t>
            </w:r>
          </w:p>
        </w:tc>
        <w:tc>
          <w:tcPr>
            <w:tcW w:w="5400" w:type="dxa"/>
            <w:shd w:val="clear" w:color="auto" w:fill="auto"/>
          </w:tcPr>
          <w:p w:rsidR="00136EC0" w:rsidRDefault="00FB6E6F">
            <w:pPr>
              <w:spacing w:after="0" w:line="240" w:lineRule="auto"/>
            </w:pPr>
            <w:r>
              <w:t>- HS làm việc nhóm, phân công nhiệm vụ và thống nhất cách làm lịch để bàn.</w:t>
            </w:r>
          </w:p>
        </w:tc>
      </w:tr>
      <w:tr w:rsidR="00136EC0" w:rsidTr="00D149B2">
        <w:trPr>
          <w:jc w:val="center"/>
        </w:trPr>
        <w:tc>
          <w:tcPr>
            <w:tcW w:w="5400" w:type="dxa"/>
            <w:shd w:val="clear" w:color="auto" w:fill="auto"/>
          </w:tcPr>
          <w:p w:rsidR="00136EC0" w:rsidRDefault="00FB6E6F">
            <w:pPr>
              <w:spacing w:after="0" w:line="240" w:lineRule="auto"/>
            </w:pPr>
            <w:r>
              <w:rPr>
                <w:b/>
              </w:rPr>
              <w:t>Hoạt động 1: Đề xuất ý tưởng làm lịch để bàn tiện ích.</w:t>
            </w:r>
          </w:p>
        </w:tc>
        <w:tc>
          <w:tcPr>
            <w:tcW w:w="5400" w:type="dxa"/>
            <w:shd w:val="clear" w:color="auto" w:fill="auto"/>
          </w:tcPr>
          <w:p w:rsidR="00136EC0" w:rsidRDefault="00FB6E6F">
            <w:pPr>
              <w:spacing w:after="0" w:line="240" w:lineRule="auto"/>
            </w:pPr>
            <w:r>
              <w:t>- HS chia sẻ ý tưởng của nhóm.</w:t>
            </w:r>
          </w:p>
        </w:tc>
      </w:tr>
      <w:tr w:rsidR="00136EC0" w:rsidTr="00D149B2">
        <w:trPr>
          <w:jc w:val="center"/>
        </w:trPr>
        <w:tc>
          <w:tcPr>
            <w:tcW w:w="5400" w:type="dxa"/>
            <w:shd w:val="clear" w:color="auto" w:fill="auto"/>
          </w:tcPr>
          <w:p w:rsidR="00136EC0" w:rsidRDefault="00FB6E6F">
            <w:pPr>
              <w:spacing w:after="0" w:line="240" w:lineRule="auto"/>
            </w:pPr>
            <w:r>
              <w:t>- GV đặt câu hỏi gợi ý: Nhóm làm lịch bằng chất liệu gì? Có đế để bàn không? Làm lịch tháng nào? Tháng đó có bao nhiêu ngày? Trên tờ lịch kẻ bao nhiêu cột?</w:t>
            </w:r>
          </w:p>
        </w:tc>
        <w:tc>
          <w:tcPr>
            <w:tcW w:w="5400" w:type="dxa"/>
            <w:shd w:val="clear" w:color="auto" w:fill="auto"/>
          </w:tcPr>
          <w:p w:rsidR="00136EC0" w:rsidRDefault="00FB6E6F">
            <w:pPr>
              <w:spacing w:after="0" w:line="240" w:lineRule="auto"/>
            </w:pPr>
            <w:r>
              <w:t>- Đại diện nhóm trả lời: dùng giấy bìa/giấy A4, có đế để bàn, làm lịch tháng đã chọn, kẻ 7 cột theo các thứ trong tuần.</w:t>
            </w:r>
          </w:p>
        </w:tc>
      </w:tr>
      <w:tr w:rsidR="00136EC0" w:rsidTr="00D149B2">
        <w:trPr>
          <w:jc w:val="center"/>
        </w:trPr>
        <w:tc>
          <w:tcPr>
            <w:tcW w:w="5400" w:type="dxa"/>
            <w:shd w:val="clear" w:color="auto" w:fill="auto"/>
          </w:tcPr>
          <w:p w:rsidR="00136EC0" w:rsidRDefault="00FB6E6F">
            <w:pPr>
              <w:spacing w:after="0" w:line="240" w:lineRule="auto"/>
            </w:pPr>
            <w:r>
              <w:t>- GV yêu cầu nhóm khác góp ý để nhóm hoàn thiện ý tưởng.</w:t>
            </w:r>
          </w:p>
        </w:tc>
        <w:tc>
          <w:tcPr>
            <w:tcW w:w="5400" w:type="dxa"/>
            <w:shd w:val="clear" w:color="auto" w:fill="auto"/>
          </w:tcPr>
          <w:p w:rsidR="00136EC0" w:rsidRDefault="00FB6E6F">
            <w:pPr>
              <w:spacing w:after="0" w:line="240" w:lineRule="auto"/>
            </w:pPr>
            <w:r>
              <w:t>- HS lắng nghe, góp ý về bố cục, màu sắc, cách đánh dấu sự kiện.</w:t>
            </w:r>
          </w:p>
        </w:tc>
      </w:tr>
      <w:tr w:rsidR="00136EC0" w:rsidTr="00D149B2">
        <w:trPr>
          <w:jc w:val="center"/>
        </w:trPr>
        <w:tc>
          <w:tcPr>
            <w:tcW w:w="5400" w:type="dxa"/>
            <w:shd w:val="clear" w:color="auto" w:fill="auto"/>
          </w:tcPr>
          <w:p w:rsidR="00136EC0" w:rsidRDefault="00FB6E6F">
            <w:pPr>
              <w:spacing w:after="0" w:line="240" w:lineRule="auto"/>
            </w:pPr>
            <w:r>
              <w:rPr>
                <w:b/>
              </w:rPr>
              <w:t>Hoạt động 2: Làm lịch để bàn tiện ích.</w:t>
            </w:r>
          </w:p>
        </w:tc>
        <w:tc>
          <w:tcPr>
            <w:tcW w:w="5400" w:type="dxa"/>
            <w:shd w:val="clear" w:color="auto" w:fill="auto"/>
          </w:tcPr>
          <w:p w:rsidR="00136EC0" w:rsidRDefault="00FB6E6F">
            <w:pPr>
              <w:spacing w:after="0" w:line="240" w:lineRule="auto"/>
            </w:pPr>
            <w:r>
              <w:t>- HS chuẩn bị vật liệu của nhóm.</w:t>
            </w:r>
          </w:p>
        </w:tc>
      </w:tr>
      <w:tr w:rsidR="00136EC0" w:rsidTr="00D149B2">
        <w:trPr>
          <w:jc w:val="center"/>
        </w:trPr>
        <w:tc>
          <w:tcPr>
            <w:tcW w:w="5400" w:type="dxa"/>
            <w:shd w:val="clear" w:color="auto" w:fill="auto"/>
          </w:tcPr>
          <w:p w:rsidR="00136EC0" w:rsidRDefault="00FB6E6F">
            <w:pPr>
              <w:spacing w:after="0" w:line="240" w:lineRule="auto"/>
            </w:pPr>
            <w:r>
              <w:t>- GV hướng dẫn các bước: Bước 1 tạo khung lịch; bước 2 ghi tên tháng và số ngày; bước 3 trang trí, đánh dấu sự kiện; bước 4 hoàn thiện đế để bàn.</w:t>
            </w:r>
          </w:p>
        </w:tc>
        <w:tc>
          <w:tcPr>
            <w:tcW w:w="5400" w:type="dxa"/>
            <w:shd w:val="clear" w:color="auto" w:fill="auto"/>
          </w:tcPr>
          <w:p w:rsidR="00136EC0" w:rsidRDefault="00FB6E6F">
            <w:pPr>
              <w:spacing w:after="0" w:line="240" w:lineRule="auto"/>
            </w:pPr>
            <w:r>
              <w:t>- HS thực hành theo các bước, sử dụng thước, bút màu, kéo thủ công an toàn.</w:t>
            </w:r>
          </w:p>
        </w:tc>
      </w:tr>
      <w:tr w:rsidR="00136EC0" w:rsidTr="00D149B2">
        <w:trPr>
          <w:jc w:val="center"/>
        </w:trPr>
        <w:tc>
          <w:tcPr>
            <w:tcW w:w="5400" w:type="dxa"/>
            <w:shd w:val="clear" w:color="auto" w:fill="auto"/>
          </w:tcPr>
          <w:p w:rsidR="00136EC0" w:rsidRDefault="00FB6E6F">
            <w:pPr>
              <w:spacing w:after="0" w:line="240" w:lineRule="auto"/>
            </w:pPr>
            <w:r>
              <w:t>- GV nhắc HS dùng kéo đúng cách, không đùa nghịch, không cắt quá sát tay; giấy vụn thu gom gọn vào hộp rác.</w:t>
            </w:r>
          </w:p>
        </w:tc>
        <w:tc>
          <w:tcPr>
            <w:tcW w:w="5400" w:type="dxa"/>
            <w:shd w:val="clear" w:color="auto" w:fill="auto"/>
          </w:tcPr>
          <w:p w:rsidR="00136EC0" w:rsidRDefault="00FB6E6F">
            <w:pPr>
              <w:spacing w:after="0" w:line="240" w:lineRule="auto"/>
            </w:pPr>
            <w:r>
              <w:t>- HS thực hiện an toàn, giữ vệ sinh bàn học và khu vực nhóm.</w:t>
            </w:r>
          </w:p>
        </w:tc>
      </w:tr>
      <w:tr w:rsidR="00136EC0" w:rsidTr="00D149B2">
        <w:trPr>
          <w:jc w:val="center"/>
        </w:trPr>
        <w:tc>
          <w:tcPr>
            <w:tcW w:w="5400" w:type="dxa"/>
            <w:shd w:val="clear" w:color="auto" w:fill="auto"/>
          </w:tcPr>
          <w:p w:rsidR="00136EC0" w:rsidRDefault="00FB6E6F">
            <w:pPr>
              <w:spacing w:after="0" w:line="240" w:lineRule="auto"/>
            </w:pPr>
            <w:r>
              <w:t>- GV quan sát, hỗ trợ nhóm gặp khó khăn khi kẻ bảng, sắp xếp ngày hoặc làm đế lịch.</w:t>
            </w:r>
          </w:p>
        </w:tc>
        <w:tc>
          <w:tcPr>
            <w:tcW w:w="5400" w:type="dxa"/>
            <w:shd w:val="clear" w:color="auto" w:fill="auto"/>
          </w:tcPr>
          <w:p w:rsidR="00136EC0" w:rsidRDefault="00FB6E6F">
            <w:pPr>
              <w:spacing w:after="0" w:line="240" w:lineRule="auto"/>
            </w:pPr>
            <w:r>
              <w:t>- HS hỏi GV khi cần hỗ trợ và chỉnh sửa sản phẩm theo góp ý.</w:t>
            </w:r>
          </w:p>
        </w:tc>
      </w:tr>
      <w:tr w:rsidR="00136EC0" w:rsidTr="00D149B2">
        <w:trPr>
          <w:jc w:val="center"/>
        </w:trPr>
        <w:tc>
          <w:tcPr>
            <w:tcW w:w="5400" w:type="dxa"/>
            <w:shd w:val="clear" w:color="auto" w:fill="auto"/>
          </w:tcPr>
          <w:p w:rsidR="00136EC0" w:rsidRDefault="00FB6E6F">
            <w:pPr>
              <w:spacing w:after="0" w:line="240" w:lineRule="auto"/>
            </w:pPr>
            <w:r>
              <w:rPr>
                <w:b/>
              </w:rPr>
              <w:t>Hoạt động 3: Sử dụng và giới thiệu lịch để bàn.</w:t>
            </w:r>
          </w:p>
        </w:tc>
        <w:tc>
          <w:tcPr>
            <w:tcW w:w="5400" w:type="dxa"/>
            <w:shd w:val="clear" w:color="auto" w:fill="auto"/>
          </w:tcPr>
          <w:p w:rsidR="00136EC0" w:rsidRDefault="00FB6E6F">
            <w:pPr>
              <w:spacing w:after="0" w:line="240" w:lineRule="auto"/>
            </w:pPr>
            <w:r>
              <w:t>- HS kiểm tra sản phẩm hoàn thành.</w:t>
            </w:r>
          </w:p>
        </w:tc>
      </w:tr>
      <w:tr w:rsidR="00136EC0" w:rsidTr="00D149B2">
        <w:trPr>
          <w:jc w:val="center"/>
        </w:trPr>
        <w:tc>
          <w:tcPr>
            <w:tcW w:w="5400" w:type="dxa"/>
            <w:shd w:val="clear" w:color="auto" w:fill="auto"/>
          </w:tcPr>
          <w:p w:rsidR="00136EC0" w:rsidRDefault="00FB6E6F">
            <w:pPr>
              <w:spacing w:after="0" w:line="240" w:lineRule="auto"/>
            </w:pPr>
            <w:r>
              <w:t>- GV yêu cầu mỗi nhóm dùng sản phẩm trả lời: Lịch của em là tháng mấy? Tháng đó có bao nhiêu ngày? Có mấy ngày Chủ nhật? Ngày đầu tiên của tháng là thứ mấy?</w:t>
            </w:r>
          </w:p>
        </w:tc>
        <w:tc>
          <w:tcPr>
            <w:tcW w:w="5400" w:type="dxa"/>
            <w:shd w:val="clear" w:color="auto" w:fill="auto"/>
          </w:tcPr>
          <w:p w:rsidR="00136EC0" w:rsidRDefault="00FB6E6F">
            <w:pPr>
              <w:spacing w:after="0" w:line="240" w:lineRule="auto"/>
            </w:pPr>
            <w:r>
              <w:t>- HS dùng lịch của nhóm để trả lời các câu hỏi, kiểm tra lại thông tin trên sản phẩm.</w:t>
            </w:r>
          </w:p>
        </w:tc>
      </w:tr>
      <w:tr w:rsidR="00136EC0" w:rsidTr="00D149B2">
        <w:trPr>
          <w:jc w:val="center"/>
        </w:trPr>
        <w:tc>
          <w:tcPr>
            <w:tcW w:w="5400" w:type="dxa"/>
            <w:shd w:val="clear" w:color="auto" w:fill="auto"/>
          </w:tcPr>
          <w:p w:rsidR="00136EC0" w:rsidRDefault="00FB6E6F">
            <w:pPr>
              <w:spacing w:after="0" w:line="240" w:lineRule="auto"/>
            </w:pPr>
            <w:r>
              <w:t>- GV mời đại diện nhóm trưng bày và giới thiệu sản phẩm.</w:t>
            </w:r>
          </w:p>
        </w:tc>
        <w:tc>
          <w:tcPr>
            <w:tcW w:w="5400" w:type="dxa"/>
            <w:shd w:val="clear" w:color="auto" w:fill="auto"/>
          </w:tcPr>
          <w:p w:rsidR="00136EC0" w:rsidRDefault="00FB6E6F">
            <w:pPr>
              <w:spacing w:after="0" w:line="240" w:lineRule="auto"/>
            </w:pPr>
            <w:r>
              <w:t xml:space="preserve">- Đại diện nhóm giới thiệu cấu tạo lịch, tháng đã chọn, sự kiện đánh dấu, vật liệu sử dụng và ý </w:t>
            </w:r>
            <w:r>
              <w:lastRenderedPageBreak/>
              <w:t>định đặt lịch trên bàn học.</w:t>
            </w:r>
          </w:p>
        </w:tc>
      </w:tr>
      <w:tr w:rsidR="00136EC0" w:rsidTr="00D149B2">
        <w:trPr>
          <w:jc w:val="center"/>
        </w:trPr>
        <w:tc>
          <w:tcPr>
            <w:tcW w:w="5400" w:type="dxa"/>
            <w:shd w:val="clear" w:color="auto" w:fill="auto"/>
          </w:tcPr>
          <w:p w:rsidR="00136EC0" w:rsidRDefault="00FB6E6F">
            <w:pPr>
              <w:spacing w:after="0" w:line="240" w:lineRule="auto"/>
            </w:pPr>
            <w:r>
              <w:lastRenderedPageBreak/>
              <w:t>- GV nhận xét theo tiêu chí: đúng thông tin ngày tháng, trình bày rõ ràng, trang trí phù hợp, sản phẩm sử dụng được.</w:t>
            </w:r>
          </w:p>
        </w:tc>
        <w:tc>
          <w:tcPr>
            <w:tcW w:w="5400" w:type="dxa"/>
            <w:shd w:val="clear" w:color="auto" w:fill="auto"/>
          </w:tcPr>
          <w:p w:rsidR="00136EC0" w:rsidRDefault="00FB6E6F">
            <w:pPr>
              <w:spacing w:after="0" w:line="240" w:lineRule="auto"/>
            </w:pPr>
            <w:r>
              <w:t>- HS lắng nghe nhận xét, tự đánh giá sản phẩm của nhóm bằng mặt cười hoặc phiếu đánh giá.</w:t>
            </w:r>
          </w:p>
        </w:tc>
      </w:tr>
      <w:tr w:rsidR="00136EC0" w:rsidTr="00ED18E8">
        <w:trPr>
          <w:jc w:val="center"/>
        </w:trPr>
        <w:tc>
          <w:tcPr>
            <w:tcW w:w="5400" w:type="dxa"/>
            <w:tcBorders>
              <w:bottom w:val="single" w:sz="4" w:space="0" w:color="808080"/>
            </w:tcBorders>
            <w:shd w:val="clear" w:color="auto" w:fill="auto"/>
          </w:tcPr>
          <w:p w:rsidR="00136EC0" w:rsidRDefault="00FB6E6F">
            <w:pPr>
              <w:spacing w:after="0" w:line="240" w:lineRule="auto"/>
            </w:pPr>
            <w:r>
              <w:rPr>
                <w:color w:val="FF0000"/>
              </w:rPr>
              <w:t>- Tích hợp STEM: GV nhấn mạnh sản phẩm lịch để bàn giúp HS thấy Toán học gắn với cuộc sống: biết xem ngày tháng để nhớ sự kiện, sắp xếp việc học, chuẩn bị hoạt động của lớp. GV khuyến khích HS sử dụng sản phẩm tại bàn học, mỗi tuần đánh dấu việc cần làm như chuẩn bị bài, sinh nhật bạn, ngày trực nhật hoặc hoạt động của trường. Qua đó, HS biết vận dụng kiến thức về ngày - tháng vào sản phẩm có ích, rèn sự khéo léo, hợp tác và trách nhiệm với sản phẩm của nhóm.</w:t>
            </w:r>
          </w:p>
        </w:tc>
        <w:tc>
          <w:tcPr>
            <w:tcW w:w="5400" w:type="dxa"/>
            <w:tcBorders>
              <w:bottom w:val="single" w:sz="4" w:space="0" w:color="808080"/>
            </w:tcBorders>
            <w:shd w:val="clear" w:color="auto" w:fill="auto"/>
          </w:tcPr>
          <w:p w:rsidR="00136EC0" w:rsidRDefault="00FB6E6F">
            <w:pPr>
              <w:spacing w:after="0" w:line="240" w:lineRule="auto"/>
            </w:pPr>
            <w:r>
              <w:t>- HS lắng nghe, nêu cách sẽ sử dụng lịch để bàn: xem ngày, ghi sinh nhật, đánh dấu ngày kiểm tra hoặc hoạt động của lớp.</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3. VẬN DỤNG TRẢI NGHIỆM (2 phút)</w:t>
            </w:r>
            <w:r>
              <w:rPr>
                <w:b/>
              </w:rPr>
              <w:br/>
              <w:t>Mục tiêu: Củng cố kiến thức và định hướng sử dụng sản phẩm.</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t>- GV hỏi: Sản phẩm lịch để bàn giúp em làm được những việc gì?</w:t>
            </w:r>
          </w:p>
        </w:tc>
        <w:tc>
          <w:tcPr>
            <w:tcW w:w="5400" w:type="dxa"/>
            <w:tcBorders>
              <w:top w:val="single" w:sz="4" w:space="0" w:color="808080"/>
            </w:tcBorders>
            <w:shd w:val="clear" w:color="auto" w:fill="auto"/>
          </w:tcPr>
          <w:p w:rsidR="00136EC0" w:rsidRDefault="00FB6E6F">
            <w:pPr>
              <w:spacing w:after="0" w:line="240" w:lineRule="auto"/>
            </w:pPr>
            <w:r>
              <w:t>- HS trả lời: Giúp xem ngày, tháng, nhớ sự kiện và sắp xếp việc học.</w:t>
            </w:r>
          </w:p>
        </w:tc>
      </w:tr>
      <w:tr w:rsidR="00136EC0" w:rsidTr="00D149B2">
        <w:trPr>
          <w:jc w:val="center"/>
        </w:trPr>
        <w:tc>
          <w:tcPr>
            <w:tcW w:w="5400" w:type="dxa"/>
            <w:shd w:val="clear" w:color="auto" w:fill="auto"/>
          </w:tcPr>
          <w:p w:rsidR="00136EC0" w:rsidRDefault="00FB6E6F">
            <w:pPr>
              <w:spacing w:after="0" w:line="240" w:lineRule="auto"/>
            </w:pPr>
            <w:r>
              <w:t>- GV dặn HS hoàn thiện sản phẩm nếu còn thiếu và đặt lịch ở góc học tập để sử dụng hằng ngày.</w:t>
            </w:r>
          </w:p>
        </w:tc>
        <w:tc>
          <w:tcPr>
            <w:tcW w:w="5400" w:type="dxa"/>
            <w:shd w:val="clear" w:color="auto" w:fill="auto"/>
          </w:tcPr>
          <w:p w:rsidR="00136EC0" w:rsidRDefault="00FB6E6F">
            <w:pPr>
              <w:spacing w:after="0" w:line="240" w:lineRule="auto"/>
            </w:pPr>
            <w:r>
              <w:t>- HS lắng nghe và ghi nhớ nhiệm vụ.</w:t>
            </w:r>
          </w:p>
        </w:tc>
      </w:tr>
    </w:tbl>
    <w:p w:rsidR="00D149B2" w:rsidRDefault="00FB6E6F" w:rsidP="00D149B2">
      <w:pPr>
        <w:spacing w:after="0" w:line="240" w:lineRule="auto"/>
        <w:rPr>
          <w:b/>
        </w:rPr>
      </w:pPr>
      <w:r>
        <w:rPr>
          <w:b/>
        </w:rPr>
        <w:t>IV. ĐIỀU CHỈNH TIẾT DẠY (NẾU CÓ): ……………………………………………………………………………………</w:t>
      </w:r>
    </w:p>
    <w:p w:rsidR="00D149B2" w:rsidRDefault="00D149B2" w:rsidP="00D149B2">
      <w:pPr>
        <w:spacing w:after="0" w:line="240" w:lineRule="auto"/>
        <w:rPr>
          <w:b/>
        </w:rPr>
      </w:pPr>
    </w:p>
    <w:p w:rsidR="00D149B2" w:rsidRDefault="00D149B2" w:rsidP="00D149B2">
      <w:pPr>
        <w:spacing w:after="0" w:line="240" w:lineRule="auto"/>
        <w:rPr>
          <w:b/>
        </w:rPr>
      </w:pPr>
    </w:p>
    <w:p w:rsidR="00D149B2" w:rsidRDefault="00D149B2" w:rsidP="00D149B2">
      <w:pPr>
        <w:spacing w:after="0" w:line="240" w:lineRule="auto"/>
        <w:rPr>
          <w:b/>
        </w:rPr>
      </w:pPr>
    </w:p>
    <w:p w:rsidR="00136EC0" w:rsidRDefault="00FB6E6F" w:rsidP="00D149B2">
      <w:pPr>
        <w:spacing w:after="0" w:line="240" w:lineRule="auto"/>
      </w:pPr>
      <w:r>
        <w:rPr>
          <w:b/>
        </w:rPr>
        <w:t>KẾ HOẠCH BÀI DẠY MÔN TOÁN LỚP 2 - TUẦN 16</w:t>
      </w:r>
    </w:p>
    <w:p w:rsidR="00136EC0" w:rsidRDefault="00FB6E6F">
      <w:pPr>
        <w:spacing w:after="0" w:line="240" w:lineRule="auto"/>
        <w:jc w:val="center"/>
      </w:pPr>
      <w:r>
        <w:rPr>
          <w:b/>
        </w:rPr>
        <w:t>CHỦ ĐỀ 6: NGÀY - GIỜ, GIỜ - PHÚT, NGÀY - THÁNG</w:t>
      </w:r>
    </w:p>
    <w:p w:rsidR="00136EC0" w:rsidRDefault="00FB6E6F">
      <w:pPr>
        <w:spacing w:after="0" w:line="240" w:lineRule="auto"/>
        <w:jc w:val="center"/>
      </w:pPr>
      <w:r>
        <w:rPr>
          <w:b/>
        </w:rPr>
        <w:t>BÀI 31. THỰC HÀNH VÀ TRẢI NGHIỆM XEM ĐỒNG HỒ, XEM LỊCH</w:t>
      </w:r>
    </w:p>
    <w:p w:rsidR="00136EC0" w:rsidRDefault="00FB6E6F">
      <w:pPr>
        <w:spacing w:after="0" w:line="240" w:lineRule="auto"/>
        <w:jc w:val="center"/>
      </w:pPr>
      <w:r>
        <w:rPr>
          <w:b/>
        </w:rPr>
        <w:t>TIẾT 1: THỰC HÀNH VÀ TRẢI NGHIỆM XEM ĐỒNG HỒ</w:t>
      </w:r>
    </w:p>
    <w:p w:rsidR="00136EC0" w:rsidRDefault="00FB6E6F">
      <w:pPr>
        <w:spacing w:after="0" w:line="240" w:lineRule="auto"/>
      </w:pPr>
      <w:r>
        <w:rPr>
          <w:b/>
        </w:rPr>
        <w:t>I. YÊU CẦU CẦN ĐẠT</w:t>
      </w:r>
    </w:p>
    <w:p w:rsidR="00136EC0" w:rsidRDefault="00FB6E6F">
      <w:pPr>
        <w:spacing w:after="0" w:line="240" w:lineRule="auto"/>
      </w:pPr>
      <w:r>
        <w:rPr>
          <w:b/>
        </w:rPr>
        <w:t>1. Năng lực đặc thù:</w:t>
      </w:r>
    </w:p>
    <w:p w:rsidR="00136EC0" w:rsidRDefault="00FB6E6F">
      <w:pPr>
        <w:spacing w:after="0" w:line="240" w:lineRule="auto"/>
      </w:pPr>
      <w:r>
        <w:t>- Thực hành đọc giờ trên đồng hồ khi kim phút chỉ số 12, số 3, số 6.</w:t>
      </w:r>
    </w:p>
    <w:p w:rsidR="00136EC0" w:rsidRDefault="00FB6E6F">
      <w:pPr>
        <w:spacing w:after="0" w:line="240" w:lineRule="auto"/>
      </w:pPr>
      <w:r>
        <w:t>- Biết sử dụng thời khóa biểu, đồng hồ để xác định thời điểm học tập, sinh hoạt.</w:t>
      </w:r>
    </w:p>
    <w:p w:rsidR="00136EC0" w:rsidRDefault="00FB6E6F">
      <w:pPr>
        <w:spacing w:after="0" w:line="240" w:lineRule="auto"/>
      </w:pPr>
      <w:r>
        <w:t>- Thực hành sắp xếp thời gian biểu học tập và sinh hoạt cá nhân.</w:t>
      </w:r>
    </w:p>
    <w:p w:rsidR="00136EC0" w:rsidRDefault="00FB6E6F">
      <w:pPr>
        <w:spacing w:after="0" w:line="240" w:lineRule="auto"/>
      </w:pPr>
      <w:r>
        <w:rPr>
          <w:b/>
        </w:rPr>
        <w:t>2. Năng lực chung:</w:t>
      </w:r>
    </w:p>
    <w:p w:rsidR="00136EC0" w:rsidRDefault="00FB6E6F">
      <w:pPr>
        <w:spacing w:after="0" w:line="240" w:lineRule="auto"/>
      </w:pPr>
      <w:r>
        <w:t>- Tự chủ và tự học: Chủ động thực hiện nhiệm vụ học tập, biết tự kiểm tra kết quả và hoàn thành nhiệm vụ cá nhân.</w:t>
      </w:r>
    </w:p>
    <w:p w:rsidR="00136EC0" w:rsidRDefault="00FB6E6F">
      <w:pPr>
        <w:spacing w:after="0" w:line="240" w:lineRule="auto"/>
      </w:pPr>
      <w:r>
        <w:t>- Giao tiếp và hợp tác: Biết trao đổi, thảo luận, lắng nghe và phối hợp với bạn trong hoạt động nhóm.</w:t>
      </w:r>
    </w:p>
    <w:p w:rsidR="00136EC0" w:rsidRDefault="00FB6E6F">
      <w:pPr>
        <w:spacing w:after="0" w:line="240" w:lineRule="auto"/>
      </w:pPr>
      <w:r>
        <w:t>- Giải quyết vấn đề và sáng tạo: Biết lựa chọn cách làm phù hợp, vận dụng kiến thức đã học vào tình huống thực tế.</w:t>
      </w:r>
    </w:p>
    <w:p w:rsidR="00136EC0" w:rsidRDefault="00FB6E6F">
      <w:pPr>
        <w:spacing w:after="0" w:line="240" w:lineRule="auto"/>
      </w:pPr>
      <w:r>
        <w:rPr>
          <w:b/>
        </w:rPr>
        <w:t>3. Phẩm chất:</w:t>
      </w:r>
    </w:p>
    <w:p w:rsidR="00136EC0" w:rsidRDefault="00FB6E6F">
      <w:pPr>
        <w:spacing w:after="0" w:line="240" w:lineRule="auto"/>
      </w:pPr>
      <w:r>
        <w:t>- Chăm chỉ: Tích cực tham gia hoạt động học tập, kiên trì khi thực hành và luyện tập.</w:t>
      </w:r>
    </w:p>
    <w:p w:rsidR="00136EC0" w:rsidRDefault="00FB6E6F">
      <w:pPr>
        <w:spacing w:after="0" w:line="240" w:lineRule="auto"/>
      </w:pPr>
      <w:r>
        <w:t>- Trách nhiệm: Có ý thức hoàn thành nhiệm vụ, giữ gìn đồ dùng học tập và thực hiện đúng thời gian.</w:t>
      </w:r>
    </w:p>
    <w:p w:rsidR="00136EC0" w:rsidRDefault="00FB6E6F">
      <w:pPr>
        <w:spacing w:after="0" w:line="240" w:lineRule="auto"/>
      </w:pPr>
      <w:r>
        <w:rPr>
          <w:b/>
          <w:color w:val="FF0000"/>
        </w:rPr>
        <w:t>4. Tích hợp</w:t>
      </w:r>
    </w:p>
    <w:p w:rsidR="00136EC0" w:rsidRDefault="00FB6E6F">
      <w:pPr>
        <w:spacing w:after="0" w:line="240" w:lineRule="auto"/>
      </w:pPr>
      <w:r>
        <w:rPr>
          <w:color w:val="FF0000"/>
        </w:rPr>
        <w:t>- Giáo dục kĩ năng sống: HS biết xem đồng hồ, xem lịch và thời khóa biểu để sắp xếp việc học, vui chơi, nghỉ ngơi hợp lí; hình thành thói quen đúng giờ, tự giác và có trách nhiệm.</w:t>
      </w:r>
    </w:p>
    <w:p w:rsidR="00136EC0" w:rsidRDefault="00FB6E6F">
      <w:pPr>
        <w:spacing w:after="0" w:line="240" w:lineRule="auto"/>
      </w:pPr>
      <w:r>
        <w:rPr>
          <w:color w:val="FF0000"/>
        </w:rPr>
        <w:lastRenderedPageBreak/>
        <w:t>- Tích hợp AI - YCCĐ 2.A2.2: HS nhận biết AI như loa thông minh/robot nhắc việc có thể hỗ trợ con người quản lí thời gian để cuộc sống tiện nghi hơn.</w:t>
      </w:r>
    </w:p>
    <w:p w:rsidR="00136EC0" w:rsidRDefault="00FB6E6F">
      <w:pPr>
        <w:spacing w:after="0" w:line="240" w:lineRule="auto"/>
      </w:pPr>
      <w:r>
        <w:rPr>
          <w:b/>
        </w:rPr>
        <w:t>II. ĐỒ DÙNG DẠY HỌC</w:t>
      </w:r>
    </w:p>
    <w:p w:rsidR="00136EC0" w:rsidRDefault="00FB6E6F">
      <w:pPr>
        <w:spacing w:after="0" w:line="240" w:lineRule="auto"/>
      </w:pPr>
      <w:r>
        <w:t>- GV: Mô hình đồng hồ, thời khóa biểu lớp, tranh SGK, video/ảnh minh họa loa thông minh nhắc giờ.</w:t>
      </w:r>
    </w:p>
    <w:p w:rsidR="00136EC0" w:rsidRDefault="00FB6E6F">
      <w:pPr>
        <w:spacing w:after="0" w:line="240" w:lineRule="auto"/>
      </w:pPr>
      <w:r>
        <w:t>- HS: SGK, mô hình đồng hồ trong bộ đồ dùng Toán, vở ô li.</w:t>
      </w:r>
    </w:p>
    <w:p w:rsidR="00136EC0" w:rsidRDefault="00FB6E6F">
      <w:pPr>
        <w:spacing w:after="0" w:line="240" w:lineRule="auto"/>
      </w:pPr>
      <w:r>
        <w:rPr>
          <w:b/>
        </w:rPr>
        <w:t>III. CÁC HOẠT ĐỘNG DẠY HỌC CHỦ YẾU</w:t>
      </w:r>
    </w:p>
    <w:tbl>
      <w:tblPr>
        <w:tblW w:w="0" w:type="auto"/>
        <w:jc w:val="center"/>
        <w:tblBorders>
          <w:top w:val="single" w:sz="4" w:space="0" w:color="808080"/>
          <w:left w:val="single" w:sz="4" w:space="0" w:color="808080"/>
          <w:bottom w:val="single" w:sz="4" w:space="0" w:color="808080"/>
          <w:right w:val="single" w:sz="4" w:space="0" w:color="808080"/>
          <w:insideV w:val="single" w:sz="4" w:space="0" w:color="808080"/>
        </w:tblBorders>
        <w:tblLayout w:type="fixed"/>
        <w:tblLook w:val="04A0" w:firstRow="1" w:lastRow="0" w:firstColumn="1" w:lastColumn="0" w:noHBand="0" w:noVBand="1"/>
      </w:tblPr>
      <w:tblGrid>
        <w:gridCol w:w="5400"/>
        <w:gridCol w:w="5400"/>
      </w:tblGrid>
      <w:tr w:rsidR="00136EC0" w:rsidTr="00ED18E8">
        <w:trPr>
          <w:jc w:val="center"/>
        </w:trPr>
        <w:tc>
          <w:tcPr>
            <w:tcW w:w="5112" w:type="dxa"/>
            <w:tcBorders>
              <w:bottom w:val="single" w:sz="4" w:space="0" w:color="808080"/>
            </w:tcBorders>
            <w:shd w:val="clear" w:color="auto" w:fill="auto"/>
          </w:tcPr>
          <w:p w:rsidR="00136EC0" w:rsidRDefault="00FB6E6F">
            <w:pPr>
              <w:spacing w:after="0" w:line="240" w:lineRule="auto"/>
              <w:jc w:val="center"/>
            </w:pPr>
            <w:r>
              <w:rPr>
                <w:b/>
              </w:rPr>
              <w:t>Hoạt động của giáo viên</w:t>
            </w:r>
          </w:p>
        </w:tc>
        <w:tc>
          <w:tcPr>
            <w:tcW w:w="4536" w:type="dxa"/>
            <w:tcBorders>
              <w:bottom w:val="single" w:sz="4" w:space="0" w:color="808080"/>
            </w:tcBorders>
            <w:shd w:val="clear" w:color="auto" w:fill="auto"/>
          </w:tcPr>
          <w:p w:rsidR="00136EC0" w:rsidRDefault="00FB6E6F">
            <w:pPr>
              <w:spacing w:after="0" w:line="240" w:lineRule="auto"/>
              <w:jc w:val="center"/>
            </w:pPr>
            <w:r>
              <w:rPr>
                <w:b/>
              </w:rPr>
              <w:t>Hoạt động của học sinh</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1. KHỞI ĐỘNG (5 phút)</w:t>
            </w:r>
            <w:r>
              <w:rPr>
                <w:b/>
              </w:rPr>
              <w:br/>
              <w:t>Mục tiêu: Tạo tâm thế hứng thú và gợi nhớ một số ngày lễ, mốc thời gian quen thuộc.</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t>- GV cho HS hát đầu giờ hoặc vận động theo bài hát về thời gian/đồng hồ.</w:t>
            </w:r>
          </w:p>
        </w:tc>
        <w:tc>
          <w:tcPr>
            <w:tcW w:w="5400" w:type="dxa"/>
            <w:tcBorders>
              <w:top w:val="single" w:sz="4" w:space="0" w:color="808080"/>
            </w:tcBorders>
            <w:shd w:val="clear" w:color="auto" w:fill="auto"/>
          </w:tcPr>
          <w:p w:rsidR="00136EC0" w:rsidRDefault="00FB6E6F">
            <w:pPr>
              <w:spacing w:after="0" w:line="240" w:lineRule="auto"/>
            </w:pPr>
            <w:r>
              <w:t>- HS hát, vận động nhẹ nhàng và chuẩn bị vào bài học.</w:t>
            </w:r>
          </w:p>
        </w:tc>
      </w:tr>
      <w:tr w:rsidR="00136EC0" w:rsidTr="00D149B2">
        <w:trPr>
          <w:jc w:val="center"/>
        </w:trPr>
        <w:tc>
          <w:tcPr>
            <w:tcW w:w="5400" w:type="dxa"/>
            <w:shd w:val="clear" w:color="auto" w:fill="auto"/>
          </w:tcPr>
          <w:p w:rsidR="00136EC0" w:rsidRDefault="00FB6E6F">
            <w:pPr>
              <w:spacing w:after="0" w:line="240" w:lineRule="auto"/>
            </w:pPr>
            <w:r>
              <w:t>- GV yêu cầu HS kể tên một số ngày lễ lớn trong năm mà em biết.</w:t>
            </w:r>
          </w:p>
        </w:tc>
        <w:tc>
          <w:tcPr>
            <w:tcW w:w="5400" w:type="dxa"/>
            <w:shd w:val="clear" w:color="auto" w:fill="auto"/>
          </w:tcPr>
          <w:p w:rsidR="00136EC0" w:rsidRDefault="00FB6E6F">
            <w:pPr>
              <w:spacing w:after="0" w:line="240" w:lineRule="auto"/>
            </w:pPr>
            <w:r>
              <w:t>- HS kể: Tết Nguyên đán, ngày khai giảng, Tết Thiếu nhi, sinh nhật Bác Hồ, Quốc khánh...</w:t>
            </w:r>
          </w:p>
        </w:tc>
      </w:tr>
      <w:tr w:rsidR="00136EC0" w:rsidTr="00ED18E8">
        <w:trPr>
          <w:jc w:val="center"/>
        </w:trPr>
        <w:tc>
          <w:tcPr>
            <w:tcW w:w="5400" w:type="dxa"/>
            <w:tcBorders>
              <w:bottom w:val="single" w:sz="4" w:space="0" w:color="808080"/>
            </w:tcBorders>
            <w:shd w:val="clear" w:color="auto" w:fill="auto"/>
          </w:tcPr>
          <w:p w:rsidR="00136EC0" w:rsidRDefault="00FB6E6F">
            <w:pPr>
              <w:spacing w:after="0" w:line="240" w:lineRule="auto"/>
            </w:pPr>
            <w:r>
              <w:t>- GV nhận xét, kết nối vào bài thực hành xem đồng hồ, xem lịch.</w:t>
            </w:r>
          </w:p>
        </w:tc>
        <w:tc>
          <w:tcPr>
            <w:tcW w:w="5400" w:type="dxa"/>
            <w:tcBorders>
              <w:bottom w:val="single" w:sz="4" w:space="0" w:color="808080"/>
            </w:tcBorders>
            <w:shd w:val="clear" w:color="auto" w:fill="auto"/>
          </w:tcPr>
          <w:p w:rsidR="00136EC0" w:rsidRDefault="00FB6E6F">
            <w:pPr>
              <w:spacing w:after="0" w:line="240" w:lineRule="auto"/>
            </w:pPr>
            <w:r>
              <w:t>- HS lắng nghe và ghi tên bài.</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2. LUYỆN TẬP, THỰC HÀNH (28 phút)</w:t>
            </w:r>
            <w:r>
              <w:rPr>
                <w:b/>
              </w:rPr>
              <w:br/>
              <w:t>Mục tiêu: HS quay kim đồng hồ, đọc thời khóa biểu, lập thời gian biểu và nhận biết thói quen đúng giờ.</w:t>
            </w:r>
            <w:r>
              <w:rPr>
                <w:b/>
              </w:rPr>
              <w:br/>
              <w:t>Mục tiêu tích hợp KNS: HS biết sắp xếp việc học, vui chơi, nghỉ ngơi hợp lí và hình thành thói quen đúng giờ.</w:t>
            </w:r>
            <w:r>
              <w:rPr>
                <w:b/>
              </w:rPr>
              <w:br/>
              <w:t>Mục tiêu tích hợp AI: HS biết thiết bị thông minh có thể hỗ trợ nhắc giờ, nhưng bản thân vẫn phải tự giác thực hiện nhiệm vụ.</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rPr>
                <w:b/>
              </w:rPr>
              <w:t>Bài 1: Quay kim đồng hồ để đồng hồ chỉ 2 giờ, 9 giờ 30 phút, 7 giờ 15 phút.</w:t>
            </w:r>
          </w:p>
          <w:p w:rsidR="00136EC0" w:rsidRDefault="00136EC0">
            <w:pPr>
              <w:spacing w:after="0" w:line="240" w:lineRule="auto"/>
              <w:jc w:val="center"/>
            </w:pPr>
          </w:p>
        </w:tc>
        <w:tc>
          <w:tcPr>
            <w:tcW w:w="5400" w:type="dxa"/>
            <w:tcBorders>
              <w:top w:val="single" w:sz="4" w:space="0" w:color="808080"/>
            </w:tcBorders>
            <w:shd w:val="clear" w:color="auto" w:fill="auto"/>
          </w:tcPr>
          <w:p w:rsidR="00136EC0" w:rsidRDefault="00FB6E6F">
            <w:pPr>
              <w:spacing w:after="0" w:line="240" w:lineRule="auto"/>
            </w:pPr>
            <w:r>
              <w:t>- HS đọc yêu cầu bài tập.</w:t>
            </w:r>
          </w:p>
        </w:tc>
      </w:tr>
      <w:tr w:rsidR="00136EC0" w:rsidTr="00D149B2">
        <w:trPr>
          <w:jc w:val="center"/>
        </w:trPr>
        <w:tc>
          <w:tcPr>
            <w:tcW w:w="5400" w:type="dxa"/>
            <w:shd w:val="clear" w:color="auto" w:fill="auto"/>
          </w:tcPr>
          <w:p w:rsidR="00136EC0" w:rsidRDefault="00FB6E6F">
            <w:pPr>
              <w:spacing w:after="0" w:line="240" w:lineRule="auto"/>
            </w:pPr>
            <w:r>
              <w:t>- GV yêu cầu HS làm việc nhóm 4, mỗi bạn lần lượt quay kim đồng hồ theo một thời điểm GV nêu.</w:t>
            </w:r>
          </w:p>
        </w:tc>
        <w:tc>
          <w:tcPr>
            <w:tcW w:w="5400" w:type="dxa"/>
            <w:shd w:val="clear" w:color="auto" w:fill="auto"/>
          </w:tcPr>
          <w:p w:rsidR="00136EC0" w:rsidRDefault="00FB6E6F">
            <w:pPr>
              <w:spacing w:after="0" w:line="240" w:lineRule="auto"/>
            </w:pPr>
            <w:r>
              <w:t>- HS thực hành trong nhóm 4, quay kim đồng hồ và đọc thời gian.</w:t>
            </w:r>
          </w:p>
        </w:tc>
      </w:tr>
      <w:tr w:rsidR="00136EC0" w:rsidTr="00D149B2">
        <w:trPr>
          <w:jc w:val="center"/>
        </w:trPr>
        <w:tc>
          <w:tcPr>
            <w:tcW w:w="5400" w:type="dxa"/>
            <w:shd w:val="clear" w:color="auto" w:fill="auto"/>
          </w:tcPr>
          <w:p w:rsidR="00136EC0" w:rsidRDefault="00FB6E6F">
            <w:pPr>
              <w:spacing w:after="0" w:line="240" w:lineRule="auto"/>
            </w:pPr>
            <w:r>
              <w:t>- GV hỏi: Khi quay đồng hồ chỉ 2 giờ, kim giờ và kim phút ở đâu?</w:t>
            </w:r>
          </w:p>
        </w:tc>
        <w:tc>
          <w:tcPr>
            <w:tcW w:w="5400" w:type="dxa"/>
            <w:shd w:val="clear" w:color="auto" w:fill="auto"/>
          </w:tcPr>
          <w:p w:rsidR="00136EC0" w:rsidRDefault="00FB6E6F">
            <w:pPr>
              <w:spacing w:after="0" w:line="240" w:lineRule="auto"/>
            </w:pPr>
            <w:r>
              <w:t>- HS trả lời: Kim giờ chỉ số 2, kim phút chỉ số 12.</w:t>
            </w:r>
          </w:p>
        </w:tc>
      </w:tr>
      <w:tr w:rsidR="00136EC0" w:rsidTr="00D149B2">
        <w:trPr>
          <w:jc w:val="center"/>
        </w:trPr>
        <w:tc>
          <w:tcPr>
            <w:tcW w:w="5400" w:type="dxa"/>
            <w:shd w:val="clear" w:color="auto" w:fill="auto"/>
          </w:tcPr>
          <w:p w:rsidR="00136EC0" w:rsidRDefault="00FB6E6F">
            <w:pPr>
              <w:spacing w:after="0" w:line="240" w:lineRule="auto"/>
            </w:pPr>
            <w:r>
              <w:t>- GV hỏi: Khi kim phút đi từ số 12 đến số 3 thì đã qua bao nhiêu phút?</w:t>
            </w:r>
          </w:p>
        </w:tc>
        <w:tc>
          <w:tcPr>
            <w:tcW w:w="5400" w:type="dxa"/>
            <w:shd w:val="clear" w:color="auto" w:fill="auto"/>
          </w:tcPr>
          <w:p w:rsidR="00136EC0" w:rsidRDefault="00FB6E6F">
            <w:pPr>
              <w:spacing w:after="0" w:line="240" w:lineRule="auto"/>
            </w:pPr>
            <w:r>
              <w:t>- HS trả lời: Đã qua 15 phút.</w:t>
            </w:r>
          </w:p>
        </w:tc>
      </w:tr>
      <w:tr w:rsidR="00136EC0" w:rsidTr="00D149B2">
        <w:trPr>
          <w:jc w:val="center"/>
        </w:trPr>
        <w:tc>
          <w:tcPr>
            <w:tcW w:w="5400" w:type="dxa"/>
            <w:shd w:val="clear" w:color="auto" w:fill="auto"/>
          </w:tcPr>
          <w:p w:rsidR="00136EC0" w:rsidRDefault="00FB6E6F">
            <w:pPr>
              <w:spacing w:after="0" w:line="240" w:lineRule="auto"/>
            </w:pPr>
            <w:r>
              <w:t>- GV hỏi: Từ 2 giờ đến 2 giờ 15 phút là bao nhiêu phút?</w:t>
            </w:r>
          </w:p>
        </w:tc>
        <w:tc>
          <w:tcPr>
            <w:tcW w:w="5400" w:type="dxa"/>
            <w:shd w:val="clear" w:color="auto" w:fill="auto"/>
          </w:tcPr>
          <w:p w:rsidR="00136EC0" w:rsidRDefault="00FB6E6F">
            <w:pPr>
              <w:spacing w:after="0" w:line="240" w:lineRule="auto"/>
            </w:pPr>
            <w:r>
              <w:t>- HS trả lời: Là 15 phút.</w:t>
            </w:r>
          </w:p>
        </w:tc>
      </w:tr>
      <w:tr w:rsidR="00136EC0" w:rsidTr="00D149B2">
        <w:trPr>
          <w:jc w:val="center"/>
        </w:trPr>
        <w:tc>
          <w:tcPr>
            <w:tcW w:w="5400" w:type="dxa"/>
            <w:shd w:val="clear" w:color="auto" w:fill="auto"/>
          </w:tcPr>
          <w:p w:rsidR="00136EC0" w:rsidRDefault="00FB6E6F">
            <w:pPr>
              <w:spacing w:after="0" w:line="240" w:lineRule="auto"/>
            </w:pPr>
            <w:r>
              <w:t>- GV mời đại diện nhóm lên bảng quay đồng hồ và đọc giờ.</w:t>
            </w:r>
          </w:p>
        </w:tc>
        <w:tc>
          <w:tcPr>
            <w:tcW w:w="5400" w:type="dxa"/>
            <w:shd w:val="clear" w:color="auto" w:fill="auto"/>
          </w:tcPr>
          <w:p w:rsidR="00136EC0" w:rsidRDefault="00FB6E6F">
            <w:pPr>
              <w:spacing w:after="0" w:line="240" w:lineRule="auto"/>
            </w:pPr>
            <w:r>
              <w:t>- Đại diện nhóm thực hành; lớp nhận xét cách quay kim.</w:t>
            </w:r>
          </w:p>
        </w:tc>
      </w:tr>
      <w:tr w:rsidR="00136EC0" w:rsidTr="00D149B2">
        <w:trPr>
          <w:jc w:val="center"/>
        </w:trPr>
        <w:tc>
          <w:tcPr>
            <w:tcW w:w="5400" w:type="dxa"/>
            <w:shd w:val="clear" w:color="auto" w:fill="auto"/>
          </w:tcPr>
          <w:p w:rsidR="00136EC0" w:rsidRDefault="00FB6E6F">
            <w:pPr>
              <w:spacing w:after="0" w:line="240" w:lineRule="auto"/>
            </w:pPr>
            <w:r>
              <w:rPr>
                <w:b/>
              </w:rPr>
              <w:t>Bài 2: Đọc thời khóa biểu của lớp.</w:t>
            </w:r>
          </w:p>
        </w:tc>
        <w:tc>
          <w:tcPr>
            <w:tcW w:w="5400" w:type="dxa"/>
            <w:shd w:val="clear" w:color="auto" w:fill="auto"/>
          </w:tcPr>
          <w:p w:rsidR="00136EC0" w:rsidRDefault="00FB6E6F">
            <w:pPr>
              <w:spacing w:after="0" w:line="240" w:lineRule="auto"/>
            </w:pPr>
            <w:r>
              <w:t>- HS quan sát thời khóa biểu GV chiếu.</w:t>
            </w:r>
          </w:p>
        </w:tc>
      </w:tr>
      <w:tr w:rsidR="00136EC0" w:rsidTr="00D149B2">
        <w:trPr>
          <w:jc w:val="center"/>
        </w:trPr>
        <w:tc>
          <w:tcPr>
            <w:tcW w:w="5400" w:type="dxa"/>
            <w:shd w:val="clear" w:color="auto" w:fill="auto"/>
          </w:tcPr>
          <w:p w:rsidR="00136EC0" w:rsidRDefault="00FB6E6F">
            <w:pPr>
              <w:spacing w:after="0" w:line="240" w:lineRule="auto"/>
            </w:pPr>
            <w:r>
              <w:t>- GV chiếu thời khóa biểu ngày hôm nay của lớp và yêu cầu HS đọc thời gian bắt đầu, kết thúc từng tiết.</w:t>
            </w:r>
          </w:p>
        </w:tc>
        <w:tc>
          <w:tcPr>
            <w:tcW w:w="5400" w:type="dxa"/>
            <w:shd w:val="clear" w:color="auto" w:fill="auto"/>
          </w:tcPr>
          <w:p w:rsidR="00136EC0" w:rsidRDefault="00FB6E6F">
            <w:pPr>
              <w:spacing w:after="0" w:line="240" w:lineRule="auto"/>
            </w:pPr>
            <w:r>
              <w:t>- HS quan sát thời khóa biểu, đọc tên môn học và thời gian tương ứng.</w:t>
            </w:r>
          </w:p>
        </w:tc>
      </w:tr>
      <w:tr w:rsidR="00136EC0" w:rsidTr="00D149B2">
        <w:trPr>
          <w:jc w:val="center"/>
        </w:trPr>
        <w:tc>
          <w:tcPr>
            <w:tcW w:w="5400" w:type="dxa"/>
            <w:shd w:val="clear" w:color="auto" w:fill="auto"/>
          </w:tcPr>
          <w:p w:rsidR="00136EC0" w:rsidRDefault="00FB6E6F">
            <w:pPr>
              <w:spacing w:after="0" w:line="240" w:lineRule="auto"/>
            </w:pPr>
            <w:r>
              <w:t>- GV hỏi: Ở thời điểm tiết 1, lớp mình học môn gì? Tiết học đó bắt đầu lúc mấy giờ?</w:t>
            </w:r>
          </w:p>
        </w:tc>
        <w:tc>
          <w:tcPr>
            <w:tcW w:w="5400" w:type="dxa"/>
            <w:shd w:val="clear" w:color="auto" w:fill="auto"/>
          </w:tcPr>
          <w:p w:rsidR="00136EC0" w:rsidRDefault="00FB6E6F">
            <w:pPr>
              <w:spacing w:after="0" w:line="240" w:lineRule="auto"/>
            </w:pPr>
            <w:r>
              <w:t>- HS trả lời theo thời khóa biểu thực tế của lớp.</w:t>
            </w:r>
          </w:p>
        </w:tc>
      </w:tr>
      <w:tr w:rsidR="00136EC0" w:rsidTr="00D149B2">
        <w:trPr>
          <w:jc w:val="center"/>
        </w:trPr>
        <w:tc>
          <w:tcPr>
            <w:tcW w:w="5400" w:type="dxa"/>
            <w:shd w:val="clear" w:color="auto" w:fill="auto"/>
          </w:tcPr>
          <w:p w:rsidR="00136EC0" w:rsidRDefault="00FB6E6F">
            <w:pPr>
              <w:spacing w:after="0" w:line="240" w:lineRule="auto"/>
            </w:pPr>
            <w:r>
              <w:t>- GV hỏi: Sau giờ ra chơi, lớp mình học môn gì? Em cần chuẩn bị đồ dùng nào?</w:t>
            </w:r>
          </w:p>
        </w:tc>
        <w:tc>
          <w:tcPr>
            <w:tcW w:w="5400" w:type="dxa"/>
            <w:shd w:val="clear" w:color="auto" w:fill="auto"/>
          </w:tcPr>
          <w:p w:rsidR="00136EC0" w:rsidRDefault="00FB6E6F">
            <w:pPr>
              <w:spacing w:after="0" w:line="240" w:lineRule="auto"/>
            </w:pPr>
            <w:r>
              <w:t>- HS trả lời theo thời khóa biểu, nêu đồ dùng cần chuẩn bị.</w:t>
            </w:r>
          </w:p>
        </w:tc>
      </w:tr>
      <w:tr w:rsidR="00136EC0" w:rsidTr="00D149B2">
        <w:trPr>
          <w:jc w:val="center"/>
        </w:trPr>
        <w:tc>
          <w:tcPr>
            <w:tcW w:w="5400" w:type="dxa"/>
            <w:shd w:val="clear" w:color="auto" w:fill="auto"/>
          </w:tcPr>
          <w:p w:rsidR="00136EC0" w:rsidRDefault="00FB6E6F">
            <w:pPr>
              <w:spacing w:after="0" w:line="240" w:lineRule="auto"/>
            </w:pPr>
            <w:r>
              <w:rPr>
                <w:color w:val="FF0000"/>
              </w:rPr>
              <w:t xml:space="preserve">- Tích hợp kĩ năng sống: GV hướng dẫn HS hiểu thời khóa biểu là công cụ giúp sắp xếp việc học theo trật tự thời gian. Khi biết xem đồng hồ và thời khóa biểu, các em sẽ chuẩn bị sách vở đúng </w:t>
            </w:r>
            <w:r>
              <w:rPr>
                <w:color w:val="FF0000"/>
              </w:rPr>
              <w:lastRenderedPageBreak/>
              <w:t>môn, đến lớp đúng giờ, biết lúc nào học, lúc nào nghỉ, lúc nào vui chơi. GV nhấn mạnh: đúng giờ là biểu hiện của sự tự giác và trách nhiệm; nếu biết tự xem giờ, các em sẽ bớt phụ thuộc vào người lớn và chủ động hơn trong học tập, sinh hoạt.</w:t>
            </w:r>
          </w:p>
        </w:tc>
        <w:tc>
          <w:tcPr>
            <w:tcW w:w="5400" w:type="dxa"/>
            <w:shd w:val="clear" w:color="auto" w:fill="auto"/>
          </w:tcPr>
          <w:p w:rsidR="00136EC0" w:rsidRDefault="00FB6E6F">
            <w:pPr>
              <w:spacing w:after="0" w:line="240" w:lineRule="auto"/>
            </w:pPr>
            <w:r>
              <w:lastRenderedPageBreak/>
              <w:t>- HS lắng nghe, nêu việc mình cần làm để đúng giờ: chuẩn bị sách vở từ tối hôm trước, xem đồng hồ trước khi đi học, không mải chơi quá giờ.</w:t>
            </w:r>
          </w:p>
        </w:tc>
      </w:tr>
      <w:tr w:rsidR="00136EC0" w:rsidTr="00D149B2">
        <w:trPr>
          <w:jc w:val="center"/>
        </w:trPr>
        <w:tc>
          <w:tcPr>
            <w:tcW w:w="5400" w:type="dxa"/>
            <w:shd w:val="clear" w:color="auto" w:fill="auto"/>
          </w:tcPr>
          <w:p w:rsidR="00136EC0" w:rsidRDefault="00FB6E6F">
            <w:pPr>
              <w:spacing w:after="0" w:line="240" w:lineRule="auto"/>
            </w:pPr>
            <w:r>
              <w:rPr>
                <w:b/>
              </w:rPr>
              <w:lastRenderedPageBreak/>
              <w:t>Bài 3: Đọc giờ trên đồng hồ và liên hệ hoạt động thực tế.</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đọc yêu cầu và quan sát các đồng hồ.</w:t>
            </w:r>
          </w:p>
        </w:tc>
      </w:tr>
      <w:tr w:rsidR="00136EC0" w:rsidTr="00D149B2">
        <w:trPr>
          <w:jc w:val="center"/>
        </w:trPr>
        <w:tc>
          <w:tcPr>
            <w:tcW w:w="5400" w:type="dxa"/>
            <w:shd w:val="clear" w:color="auto" w:fill="auto"/>
          </w:tcPr>
          <w:p w:rsidR="00136EC0" w:rsidRDefault="00FB6E6F">
            <w:pPr>
              <w:spacing w:after="0" w:line="240" w:lineRule="auto"/>
            </w:pPr>
            <w:r>
              <w:t>- GV yêu cầu HS dùng mô hình đồng hồ quay thời gian trong bài và đọc giờ.</w:t>
            </w:r>
          </w:p>
        </w:tc>
        <w:tc>
          <w:tcPr>
            <w:tcW w:w="5400" w:type="dxa"/>
            <w:shd w:val="clear" w:color="auto" w:fill="auto"/>
          </w:tcPr>
          <w:p w:rsidR="00136EC0" w:rsidRDefault="00FB6E6F">
            <w:pPr>
              <w:spacing w:after="0" w:line="240" w:lineRule="auto"/>
            </w:pPr>
            <w:r>
              <w:t>- HS làm việc nhóm 4, quay kim và đọc giờ cho cả nhóm nghe.</w:t>
            </w:r>
          </w:p>
        </w:tc>
      </w:tr>
      <w:tr w:rsidR="00136EC0" w:rsidTr="00D149B2">
        <w:trPr>
          <w:jc w:val="center"/>
        </w:trPr>
        <w:tc>
          <w:tcPr>
            <w:tcW w:w="5400" w:type="dxa"/>
            <w:shd w:val="clear" w:color="auto" w:fill="auto"/>
          </w:tcPr>
          <w:p w:rsidR="00136EC0" w:rsidRDefault="00FB6E6F">
            <w:pPr>
              <w:spacing w:after="0" w:line="240" w:lineRule="auto"/>
            </w:pPr>
            <w:r>
              <w:t>- GV hỏi: Lúc 8 giờ 15 phút, em thường làm gì trong ngày học?</w:t>
            </w:r>
          </w:p>
        </w:tc>
        <w:tc>
          <w:tcPr>
            <w:tcW w:w="5400" w:type="dxa"/>
            <w:shd w:val="clear" w:color="auto" w:fill="auto"/>
          </w:tcPr>
          <w:p w:rsidR="00136EC0" w:rsidRDefault="00FB6E6F">
            <w:pPr>
              <w:spacing w:after="0" w:line="240" w:lineRule="auto"/>
            </w:pPr>
            <w:r>
              <w:t>- HS trả lời: Em đang học ở lớp/đọc bài/làm bài theo thời khóa biểu.</w:t>
            </w:r>
          </w:p>
        </w:tc>
      </w:tr>
      <w:tr w:rsidR="00136EC0" w:rsidTr="00D149B2">
        <w:trPr>
          <w:jc w:val="center"/>
        </w:trPr>
        <w:tc>
          <w:tcPr>
            <w:tcW w:w="5400" w:type="dxa"/>
            <w:shd w:val="clear" w:color="auto" w:fill="auto"/>
          </w:tcPr>
          <w:p w:rsidR="00136EC0" w:rsidRDefault="00FB6E6F">
            <w:pPr>
              <w:spacing w:after="0" w:line="240" w:lineRule="auto"/>
            </w:pPr>
            <w:r>
              <w:t>- GV hỏi: Lúc 9 giờ 30 phút, em có thể làm gì để giữ sức khỏe?</w:t>
            </w:r>
          </w:p>
        </w:tc>
        <w:tc>
          <w:tcPr>
            <w:tcW w:w="5400" w:type="dxa"/>
            <w:shd w:val="clear" w:color="auto" w:fill="auto"/>
          </w:tcPr>
          <w:p w:rsidR="00136EC0" w:rsidRDefault="00FB6E6F">
            <w:pPr>
              <w:spacing w:after="0" w:line="240" w:lineRule="auto"/>
            </w:pPr>
            <w:r>
              <w:t>- HS trả lời: Em có thể ra chơi, uống nước, vận động nhẹ hoặc nghỉ ngơi.</w:t>
            </w:r>
          </w:p>
        </w:tc>
      </w:tr>
      <w:tr w:rsidR="00136EC0" w:rsidTr="00D149B2">
        <w:trPr>
          <w:jc w:val="center"/>
        </w:trPr>
        <w:tc>
          <w:tcPr>
            <w:tcW w:w="5400" w:type="dxa"/>
            <w:shd w:val="clear" w:color="auto" w:fill="auto"/>
          </w:tcPr>
          <w:p w:rsidR="00136EC0" w:rsidRDefault="00FB6E6F">
            <w:pPr>
              <w:spacing w:after="0" w:line="240" w:lineRule="auto"/>
            </w:pPr>
            <w:r>
              <w:rPr>
                <w:b/>
              </w:rPr>
              <w:t>Bài 4: Tìm hiểu thời gian biểu của bạn Nam và lập thời gian biểu cá nhân.</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đọc yêu cầu bài tập.</w:t>
            </w:r>
          </w:p>
        </w:tc>
      </w:tr>
      <w:tr w:rsidR="00136EC0" w:rsidTr="00D149B2">
        <w:trPr>
          <w:jc w:val="center"/>
        </w:trPr>
        <w:tc>
          <w:tcPr>
            <w:tcW w:w="5400" w:type="dxa"/>
            <w:shd w:val="clear" w:color="auto" w:fill="auto"/>
          </w:tcPr>
          <w:p w:rsidR="00136EC0" w:rsidRDefault="00FB6E6F">
            <w:pPr>
              <w:spacing w:after="0" w:line="240" w:lineRule="auto"/>
            </w:pPr>
            <w:r>
              <w:t>- GV yêu cầu HS quan sát thời gian biểu của bạn Nam và nói từng hoạt động tương ứng với thời gian.</w:t>
            </w:r>
          </w:p>
        </w:tc>
        <w:tc>
          <w:tcPr>
            <w:tcW w:w="5400" w:type="dxa"/>
            <w:shd w:val="clear" w:color="auto" w:fill="auto"/>
          </w:tcPr>
          <w:p w:rsidR="00136EC0" w:rsidRDefault="00FB6E6F">
            <w:pPr>
              <w:spacing w:after="0" w:line="240" w:lineRule="auto"/>
            </w:pPr>
            <w:r>
              <w:t>- HS quan sát, nói việc làm của bạn Nam theo từng mốc giờ.</w:t>
            </w:r>
          </w:p>
        </w:tc>
      </w:tr>
      <w:tr w:rsidR="00136EC0" w:rsidTr="00D149B2">
        <w:trPr>
          <w:jc w:val="center"/>
        </w:trPr>
        <w:tc>
          <w:tcPr>
            <w:tcW w:w="5400" w:type="dxa"/>
            <w:shd w:val="clear" w:color="auto" w:fill="auto"/>
          </w:tcPr>
          <w:p w:rsidR="00136EC0" w:rsidRDefault="00FB6E6F">
            <w:pPr>
              <w:spacing w:after="0" w:line="240" w:lineRule="auto"/>
            </w:pPr>
            <w:r>
              <w:t>- GV yêu cầu HS làm cá nhân: lập thời gian biểu ngày cuối tuần của em vào vở.</w:t>
            </w:r>
          </w:p>
        </w:tc>
        <w:tc>
          <w:tcPr>
            <w:tcW w:w="5400" w:type="dxa"/>
            <w:shd w:val="clear" w:color="auto" w:fill="auto"/>
          </w:tcPr>
          <w:p w:rsidR="00136EC0" w:rsidRDefault="00FB6E6F">
            <w:pPr>
              <w:spacing w:after="0" w:line="240" w:lineRule="auto"/>
            </w:pPr>
            <w:r>
              <w:t>- HS lập thời gian biểu cá nhân: thức dậy, ăn sáng, học bài, vui chơi, giúp việc nhà, đi ngủ.</w:t>
            </w:r>
          </w:p>
        </w:tc>
      </w:tr>
      <w:tr w:rsidR="00136EC0" w:rsidTr="00D149B2">
        <w:trPr>
          <w:jc w:val="center"/>
        </w:trPr>
        <w:tc>
          <w:tcPr>
            <w:tcW w:w="5400" w:type="dxa"/>
            <w:shd w:val="clear" w:color="auto" w:fill="auto"/>
          </w:tcPr>
          <w:p w:rsidR="00136EC0" w:rsidRDefault="00FB6E6F">
            <w:pPr>
              <w:spacing w:after="0" w:line="240" w:lineRule="auto"/>
            </w:pPr>
            <w:r>
              <w:t>- GV mời HS đọc thời gian biểu và hỏi: Em đã sắp xếp thời gian học, chơi, nghỉ ngơi hợp lí chưa?</w:t>
            </w:r>
          </w:p>
        </w:tc>
        <w:tc>
          <w:tcPr>
            <w:tcW w:w="5400" w:type="dxa"/>
            <w:shd w:val="clear" w:color="auto" w:fill="auto"/>
          </w:tcPr>
          <w:p w:rsidR="00136EC0" w:rsidRDefault="00FB6E6F">
            <w:pPr>
              <w:spacing w:after="0" w:line="240" w:lineRule="auto"/>
            </w:pPr>
            <w:r>
              <w:t>- HS đọc thời gian biểu, tự nhận xét và điều chỉnh nếu cần.</w:t>
            </w:r>
          </w:p>
        </w:tc>
      </w:tr>
      <w:tr w:rsidR="00136EC0" w:rsidTr="00D149B2">
        <w:trPr>
          <w:jc w:val="center"/>
        </w:trPr>
        <w:tc>
          <w:tcPr>
            <w:tcW w:w="5400" w:type="dxa"/>
            <w:shd w:val="clear" w:color="auto" w:fill="auto"/>
          </w:tcPr>
          <w:p w:rsidR="00136EC0" w:rsidRDefault="00FB6E6F">
            <w:pPr>
              <w:spacing w:after="0" w:line="240" w:lineRule="auto"/>
            </w:pPr>
            <w:r>
              <w:rPr>
                <w:color w:val="FF0000"/>
              </w:rPr>
              <w:t>- Tích hợp AI: GV nêu tình huống: “Nếu gia đình có loa thông minh hoặc robot nhắc việc, em có thể nhờ thiết bị nhắc: 6 giờ thức dậy, 7 giờ đi học, 19 giờ chuẩn bị sách vở.” GV giải thích AI có thể hỗ trợ nhắc giờ, tạo lịch nhắc việc, giúp người già và trẻ em không quên việc quan trọng. Tuy nhiên, GV nhấn mạnh thiết bị chỉ hỗ trợ, còn HS phải tự giác thực hiện: nghe nhắc giờ thì đứng dậy đúng lúc, tắt thiết bị sau khi dùng, không phụ thuộc hoàn toàn vào máy.</w:t>
            </w:r>
          </w:p>
        </w:tc>
        <w:tc>
          <w:tcPr>
            <w:tcW w:w="5400" w:type="dxa"/>
            <w:shd w:val="clear" w:color="auto" w:fill="auto"/>
          </w:tcPr>
          <w:p w:rsidR="00136EC0" w:rsidRDefault="00FB6E6F">
            <w:pPr>
              <w:spacing w:after="0" w:line="240" w:lineRule="auto"/>
            </w:pPr>
            <w:r>
              <w:t>- HS thảo luận: Nếu robot giúp sắp xếp thời khóa biểu, em sẽ dùng để nhắc giờ học, giờ đọc sách, giờ đi ngủ; HS nêu thêm việc bản thân vẫn phải tự thực hiện.</w:t>
            </w:r>
          </w:p>
        </w:tc>
      </w:tr>
      <w:tr w:rsidR="00136EC0" w:rsidTr="00D149B2">
        <w:trPr>
          <w:jc w:val="center"/>
        </w:trPr>
        <w:tc>
          <w:tcPr>
            <w:tcW w:w="5400" w:type="dxa"/>
            <w:shd w:val="clear" w:color="auto" w:fill="auto"/>
          </w:tcPr>
          <w:p w:rsidR="00136EC0" w:rsidRDefault="00FB6E6F">
            <w:pPr>
              <w:spacing w:after="0" w:line="240" w:lineRule="auto"/>
            </w:pPr>
            <w:r>
              <w:rPr>
                <w:b/>
              </w:rPr>
              <w:t>Bài 5: Ai đến lớp đúng giờ, ai đến muộn?</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quan sát tranh và đồng hồ điện tử trong bài.</w:t>
            </w:r>
          </w:p>
        </w:tc>
      </w:tr>
      <w:tr w:rsidR="00136EC0" w:rsidTr="00D149B2">
        <w:trPr>
          <w:jc w:val="center"/>
        </w:trPr>
        <w:tc>
          <w:tcPr>
            <w:tcW w:w="5400" w:type="dxa"/>
            <w:shd w:val="clear" w:color="auto" w:fill="auto"/>
          </w:tcPr>
          <w:p w:rsidR="00136EC0" w:rsidRDefault="00FB6E6F">
            <w:pPr>
              <w:spacing w:after="0" w:line="240" w:lineRule="auto"/>
            </w:pPr>
            <w:r>
              <w:t>- GV yêu cầu HS thảo luận nhóm 4, quan sát giờ đến lớp của mỗi bạn và so sánh với giờ vào lớp.</w:t>
            </w:r>
          </w:p>
        </w:tc>
        <w:tc>
          <w:tcPr>
            <w:tcW w:w="5400" w:type="dxa"/>
            <w:shd w:val="clear" w:color="auto" w:fill="auto"/>
          </w:tcPr>
          <w:p w:rsidR="00136EC0" w:rsidRDefault="00FB6E6F">
            <w:pPr>
              <w:spacing w:after="0" w:line="240" w:lineRule="auto"/>
            </w:pPr>
            <w:r>
              <w:t>- HS thảo luận nhóm 4, từng bạn nêu lập luận của mình.</w:t>
            </w:r>
          </w:p>
        </w:tc>
      </w:tr>
      <w:tr w:rsidR="00136EC0" w:rsidTr="00D149B2">
        <w:trPr>
          <w:jc w:val="center"/>
        </w:trPr>
        <w:tc>
          <w:tcPr>
            <w:tcW w:w="5400" w:type="dxa"/>
            <w:shd w:val="clear" w:color="auto" w:fill="auto"/>
          </w:tcPr>
          <w:p w:rsidR="00136EC0" w:rsidRDefault="00FB6E6F">
            <w:pPr>
              <w:spacing w:after="0" w:line="240" w:lineRule="auto"/>
            </w:pPr>
            <w:r>
              <w:t>- GV hỏi: Lớp học bắt đầu lúc mấy giờ chiều?</w:t>
            </w:r>
          </w:p>
        </w:tc>
        <w:tc>
          <w:tcPr>
            <w:tcW w:w="5400" w:type="dxa"/>
            <w:shd w:val="clear" w:color="auto" w:fill="auto"/>
          </w:tcPr>
          <w:p w:rsidR="00136EC0" w:rsidRDefault="00FB6E6F">
            <w:pPr>
              <w:spacing w:after="0" w:line="240" w:lineRule="auto"/>
            </w:pPr>
            <w:r>
              <w:t>- HS trả lời: Lớp học bắt đầu lúc 2 giờ chiều, tức là 14 giờ.</w:t>
            </w:r>
          </w:p>
        </w:tc>
      </w:tr>
      <w:tr w:rsidR="00136EC0" w:rsidTr="00D149B2">
        <w:trPr>
          <w:jc w:val="center"/>
        </w:trPr>
        <w:tc>
          <w:tcPr>
            <w:tcW w:w="5400" w:type="dxa"/>
            <w:shd w:val="clear" w:color="auto" w:fill="auto"/>
          </w:tcPr>
          <w:p w:rsidR="00136EC0" w:rsidRDefault="00FB6E6F">
            <w:pPr>
              <w:spacing w:after="0" w:line="240" w:lineRule="auto"/>
            </w:pPr>
            <w:r>
              <w:t>- GV hỏi: Bạn nào đến đúng giờ? Vì sao?</w:t>
            </w:r>
          </w:p>
        </w:tc>
        <w:tc>
          <w:tcPr>
            <w:tcW w:w="5400" w:type="dxa"/>
            <w:shd w:val="clear" w:color="auto" w:fill="auto"/>
          </w:tcPr>
          <w:p w:rsidR="00136EC0" w:rsidRDefault="00FB6E6F">
            <w:pPr>
              <w:spacing w:after="0" w:line="240" w:lineRule="auto"/>
            </w:pPr>
            <w:r>
              <w:t>- HS trả lời: Nam đến đúng giờ vì lúc 14 giờ bạn đã ngồi trong lớp; Việt không muộn vì 13 giờ 30 phút đã qua cổng trường.</w:t>
            </w:r>
          </w:p>
        </w:tc>
      </w:tr>
      <w:tr w:rsidR="00136EC0" w:rsidTr="00D149B2">
        <w:trPr>
          <w:jc w:val="center"/>
        </w:trPr>
        <w:tc>
          <w:tcPr>
            <w:tcW w:w="5400" w:type="dxa"/>
            <w:shd w:val="clear" w:color="auto" w:fill="auto"/>
          </w:tcPr>
          <w:p w:rsidR="00136EC0" w:rsidRDefault="00FB6E6F">
            <w:pPr>
              <w:spacing w:after="0" w:line="240" w:lineRule="auto"/>
            </w:pPr>
            <w:r>
              <w:t>- GV hỏi: Bạn nào đến muộn? Vì sao?</w:t>
            </w:r>
          </w:p>
        </w:tc>
        <w:tc>
          <w:tcPr>
            <w:tcW w:w="5400" w:type="dxa"/>
            <w:shd w:val="clear" w:color="auto" w:fill="auto"/>
          </w:tcPr>
          <w:p w:rsidR="00136EC0" w:rsidRDefault="00FB6E6F">
            <w:pPr>
              <w:spacing w:after="0" w:line="240" w:lineRule="auto"/>
            </w:pPr>
            <w:r>
              <w:t>- HS trả lời: Mai đến muộn vì 14 giờ 15 phút bạn mới đứng ở cửa lớp.</w:t>
            </w:r>
          </w:p>
        </w:tc>
      </w:tr>
      <w:tr w:rsidR="00136EC0" w:rsidTr="00D149B2">
        <w:trPr>
          <w:jc w:val="center"/>
        </w:trPr>
        <w:tc>
          <w:tcPr>
            <w:tcW w:w="10800" w:type="dxa"/>
            <w:gridSpan w:val="2"/>
            <w:shd w:val="clear" w:color="auto" w:fill="auto"/>
          </w:tcPr>
          <w:p w:rsidR="00136EC0" w:rsidRDefault="00FB6E6F">
            <w:pPr>
              <w:spacing w:after="0" w:line="240" w:lineRule="auto"/>
            </w:pPr>
            <w:r>
              <w:rPr>
                <w:b/>
              </w:rPr>
              <w:t>3. VẬN DỤNG TRẢI NGHIỆM (2 phút)</w:t>
            </w:r>
            <w:r>
              <w:rPr>
                <w:b/>
              </w:rPr>
              <w:br/>
            </w:r>
            <w:r>
              <w:rPr>
                <w:b/>
              </w:rPr>
              <w:lastRenderedPageBreak/>
              <w:t>Mục tiêu: Củng cố ý nghĩa của việc xem đồng hồ và sắp xếp thời gian.</w:t>
            </w:r>
          </w:p>
        </w:tc>
      </w:tr>
      <w:tr w:rsidR="00136EC0" w:rsidTr="00D149B2">
        <w:trPr>
          <w:jc w:val="center"/>
        </w:trPr>
        <w:tc>
          <w:tcPr>
            <w:tcW w:w="5400" w:type="dxa"/>
            <w:shd w:val="clear" w:color="auto" w:fill="auto"/>
          </w:tcPr>
          <w:p w:rsidR="00136EC0" w:rsidRDefault="00FB6E6F">
            <w:pPr>
              <w:spacing w:after="0" w:line="240" w:lineRule="auto"/>
            </w:pPr>
            <w:r>
              <w:lastRenderedPageBreak/>
              <w:t>- GV hỏi: Biết xem đồng hồ và thời khóa biểu giúp em điều gì?</w:t>
            </w:r>
          </w:p>
        </w:tc>
        <w:tc>
          <w:tcPr>
            <w:tcW w:w="5400" w:type="dxa"/>
            <w:shd w:val="clear" w:color="auto" w:fill="auto"/>
          </w:tcPr>
          <w:p w:rsidR="00136EC0" w:rsidRDefault="00FB6E6F">
            <w:pPr>
              <w:spacing w:after="0" w:line="240" w:lineRule="auto"/>
            </w:pPr>
            <w:r>
              <w:t>- HS trả lời: Giúp em đi học đúng giờ, chuẩn bị bài đúng môn, sắp xếp học và chơi hợp lí.</w:t>
            </w:r>
          </w:p>
        </w:tc>
      </w:tr>
      <w:tr w:rsidR="00136EC0" w:rsidTr="00D149B2">
        <w:trPr>
          <w:jc w:val="center"/>
        </w:trPr>
        <w:tc>
          <w:tcPr>
            <w:tcW w:w="5400" w:type="dxa"/>
            <w:shd w:val="clear" w:color="auto" w:fill="auto"/>
          </w:tcPr>
          <w:p w:rsidR="00136EC0" w:rsidRDefault="00FB6E6F">
            <w:pPr>
              <w:spacing w:after="0" w:line="240" w:lineRule="auto"/>
            </w:pPr>
            <w:r>
              <w:t>- GV dặn HS về nhà trao đổi với người thân để điều chỉnh thời gian biểu cuối tuần của mình.</w:t>
            </w:r>
          </w:p>
        </w:tc>
        <w:tc>
          <w:tcPr>
            <w:tcW w:w="5400" w:type="dxa"/>
            <w:shd w:val="clear" w:color="auto" w:fill="auto"/>
          </w:tcPr>
          <w:p w:rsidR="00136EC0" w:rsidRDefault="00FB6E6F">
            <w:pPr>
              <w:spacing w:after="0" w:line="240" w:lineRule="auto"/>
            </w:pPr>
            <w:r>
              <w:t>- HS lắng nghe và ghi nhớ nhiệm vụ.</w:t>
            </w:r>
          </w:p>
        </w:tc>
      </w:tr>
    </w:tbl>
    <w:p w:rsidR="00D149B2" w:rsidRDefault="00FB6E6F" w:rsidP="00D149B2">
      <w:pPr>
        <w:spacing w:after="0" w:line="240" w:lineRule="auto"/>
        <w:rPr>
          <w:b/>
        </w:rPr>
      </w:pPr>
      <w:r>
        <w:rPr>
          <w:b/>
        </w:rPr>
        <w:t>IV. ĐIỀU CHỈNH TIẾT DẠY (NẾU CÓ): ……………………………………………………………………………………</w:t>
      </w:r>
    </w:p>
    <w:p w:rsidR="00D149B2" w:rsidRDefault="00D149B2" w:rsidP="00D149B2">
      <w:pPr>
        <w:spacing w:after="0" w:line="240" w:lineRule="auto"/>
        <w:rPr>
          <w:b/>
        </w:rPr>
      </w:pPr>
    </w:p>
    <w:p w:rsidR="00D149B2" w:rsidRDefault="00D149B2" w:rsidP="00D149B2">
      <w:pPr>
        <w:spacing w:after="0" w:line="240" w:lineRule="auto"/>
        <w:rPr>
          <w:b/>
        </w:rPr>
      </w:pPr>
    </w:p>
    <w:p w:rsidR="00136EC0" w:rsidRDefault="00FB6E6F" w:rsidP="00D149B2">
      <w:pPr>
        <w:spacing w:after="0" w:line="240" w:lineRule="auto"/>
      </w:pPr>
      <w:r>
        <w:rPr>
          <w:b/>
        </w:rPr>
        <w:t>KẾ HOẠCH BÀI DẠY MÔN TOÁN LỚP 2 - TUẦN 16</w:t>
      </w:r>
    </w:p>
    <w:p w:rsidR="00136EC0" w:rsidRDefault="00FB6E6F">
      <w:pPr>
        <w:spacing w:after="0" w:line="240" w:lineRule="auto"/>
        <w:jc w:val="center"/>
      </w:pPr>
      <w:r>
        <w:rPr>
          <w:b/>
        </w:rPr>
        <w:t>CHỦ ĐỀ 6: NGÀY - GIỜ, GIỜ - PHÚT, NGÀY - THÁNG</w:t>
      </w:r>
    </w:p>
    <w:p w:rsidR="00136EC0" w:rsidRDefault="00FB6E6F">
      <w:pPr>
        <w:spacing w:after="0" w:line="240" w:lineRule="auto"/>
        <w:jc w:val="center"/>
      </w:pPr>
      <w:r>
        <w:rPr>
          <w:b/>
        </w:rPr>
        <w:t>BÀI 31. THỰC HÀNH VÀ TRẢI NGHIỆM XEM ĐỒNG HỒ, XEM LỊCH</w:t>
      </w:r>
    </w:p>
    <w:p w:rsidR="00136EC0" w:rsidRDefault="00FB6E6F">
      <w:pPr>
        <w:spacing w:after="0" w:line="240" w:lineRule="auto"/>
        <w:jc w:val="center"/>
      </w:pPr>
      <w:r>
        <w:rPr>
          <w:b/>
        </w:rPr>
        <w:t>TIẾT 2: THỰC HÀNH VÀ TRẢI NGHIỆM XEM LỊCH</w:t>
      </w:r>
    </w:p>
    <w:p w:rsidR="00136EC0" w:rsidRDefault="00FB6E6F">
      <w:pPr>
        <w:spacing w:after="0" w:line="240" w:lineRule="auto"/>
      </w:pPr>
      <w:r>
        <w:rPr>
          <w:b/>
        </w:rPr>
        <w:t>I. YÊU CẦU CẦN ĐẠT</w:t>
      </w:r>
    </w:p>
    <w:p w:rsidR="00136EC0" w:rsidRDefault="00FB6E6F">
      <w:pPr>
        <w:spacing w:after="0" w:line="240" w:lineRule="auto"/>
      </w:pPr>
      <w:r>
        <w:rPr>
          <w:b/>
        </w:rPr>
        <w:t>1. Năng lực đặc thù:</w:t>
      </w:r>
    </w:p>
    <w:p w:rsidR="00136EC0" w:rsidRDefault="00FB6E6F">
      <w:pPr>
        <w:spacing w:after="0" w:line="240" w:lineRule="auto"/>
      </w:pPr>
      <w:r>
        <w:t>- Nhận biết được số ngày trong tháng, ngày trong tháng thông qua tờ lịch tháng.</w:t>
      </w:r>
    </w:p>
    <w:p w:rsidR="00136EC0" w:rsidRDefault="00FB6E6F">
      <w:pPr>
        <w:spacing w:after="0" w:line="240" w:lineRule="auto"/>
      </w:pPr>
      <w:r>
        <w:t>- Biết đọc lịch tháng, xác định ngày, thứ và một số sự kiện quen thuộc.</w:t>
      </w:r>
    </w:p>
    <w:p w:rsidR="00136EC0" w:rsidRDefault="00FB6E6F">
      <w:pPr>
        <w:spacing w:after="0" w:line="240" w:lineRule="auto"/>
      </w:pPr>
      <w:r>
        <w:t>- Biết liên hệ tờ lịch với thời khóa biểu, hoạt động học tập và sinh hoạt cá nhân.</w:t>
      </w:r>
    </w:p>
    <w:p w:rsidR="00136EC0" w:rsidRDefault="00FB6E6F">
      <w:pPr>
        <w:spacing w:after="0" w:line="240" w:lineRule="auto"/>
      </w:pPr>
      <w:r>
        <w:rPr>
          <w:b/>
        </w:rPr>
        <w:t>2. Năng lực chung:</w:t>
      </w:r>
    </w:p>
    <w:p w:rsidR="00136EC0" w:rsidRDefault="00FB6E6F">
      <w:pPr>
        <w:spacing w:after="0" w:line="240" w:lineRule="auto"/>
      </w:pPr>
      <w:r>
        <w:t>- Tự chủ và tự học: Chủ động thực hiện nhiệm vụ học tập, biết tự kiểm tra kết quả và hoàn thành nhiệm vụ cá nhân.</w:t>
      </w:r>
    </w:p>
    <w:p w:rsidR="00136EC0" w:rsidRDefault="00FB6E6F">
      <w:pPr>
        <w:spacing w:after="0" w:line="240" w:lineRule="auto"/>
      </w:pPr>
      <w:r>
        <w:t>- Giao tiếp và hợp tác: Biết trao đổi, thảo luận, lắng nghe và phối hợp với bạn trong hoạt động nhóm.</w:t>
      </w:r>
    </w:p>
    <w:p w:rsidR="00136EC0" w:rsidRDefault="00FB6E6F">
      <w:pPr>
        <w:spacing w:after="0" w:line="240" w:lineRule="auto"/>
      </w:pPr>
      <w:r>
        <w:t>- Giải quyết vấn đề và sáng tạo: Biết lựa chọn cách làm phù hợp, vận dụng kiến thức đã học vào tình huống thực tế.</w:t>
      </w:r>
    </w:p>
    <w:p w:rsidR="00136EC0" w:rsidRDefault="00FB6E6F">
      <w:pPr>
        <w:spacing w:after="0" w:line="240" w:lineRule="auto"/>
      </w:pPr>
      <w:r>
        <w:rPr>
          <w:b/>
        </w:rPr>
        <w:t>3. Phẩm chất:</w:t>
      </w:r>
    </w:p>
    <w:p w:rsidR="00136EC0" w:rsidRDefault="00FB6E6F">
      <w:pPr>
        <w:spacing w:after="0" w:line="240" w:lineRule="auto"/>
      </w:pPr>
      <w:r>
        <w:t>- Chăm chỉ: Tích cực tham gia hoạt động học tập, kiên trì khi thực hành và luyện tập.</w:t>
      </w:r>
    </w:p>
    <w:p w:rsidR="00136EC0" w:rsidRDefault="00FB6E6F">
      <w:pPr>
        <w:spacing w:after="0" w:line="240" w:lineRule="auto"/>
      </w:pPr>
      <w:r>
        <w:t>- Trách nhiệm: Có ý thức hoàn thành nhiệm vụ, giữ gìn đồ dùng học tập và thực hiện đúng thời gian.</w:t>
      </w:r>
    </w:p>
    <w:p w:rsidR="00136EC0" w:rsidRDefault="00FB6E6F">
      <w:pPr>
        <w:spacing w:after="0" w:line="240" w:lineRule="auto"/>
      </w:pPr>
      <w:r>
        <w:rPr>
          <w:b/>
          <w:color w:val="FF0000"/>
        </w:rPr>
        <w:t>4. Tích hợp</w:t>
      </w:r>
    </w:p>
    <w:p w:rsidR="00136EC0" w:rsidRDefault="00FB6E6F">
      <w:pPr>
        <w:spacing w:after="0" w:line="240" w:lineRule="auto"/>
      </w:pPr>
      <w:r>
        <w:rPr>
          <w:color w:val="FF0000"/>
        </w:rPr>
        <w:t>- Tích hợp năng lực số 1.3.CB1a: HS nhận biết nơi sắp xếp dữ liệu, thông tin đơn giản trong môi trường có cấu trúc; biết quan sát ứng dụng lịch/đồng hồ số để đọc ngày, tháng, thời điểm của một hoạt động.</w:t>
      </w:r>
    </w:p>
    <w:p w:rsidR="00136EC0" w:rsidRDefault="00FB6E6F">
      <w:pPr>
        <w:spacing w:after="0" w:line="240" w:lineRule="auto"/>
      </w:pPr>
      <w:r>
        <w:rPr>
          <w:b/>
        </w:rPr>
        <w:t>II. ĐỒ DÙNG DẠY HỌC</w:t>
      </w:r>
    </w:p>
    <w:p w:rsidR="00136EC0" w:rsidRDefault="00FB6E6F">
      <w:pPr>
        <w:spacing w:after="0" w:line="240" w:lineRule="auto"/>
      </w:pPr>
      <w:r>
        <w:t>- GV: Tờ lịch tháng, lịch điện tử/ứng dụng lịch trên máy tính, hình SGK, bảng phụ.</w:t>
      </w:r>
    </w:p>
    <w:p w:rsidR="00136EC0" w:rsidRDefault="00FB6E6F">
      <w:pPr>
        <w:spacing w:after="0" w:line="240" w:lineRule="auto"/>
      </w:pPr>
      <w:r>
        <w:t>- HS: SGK, vở ô li, lịch cá nhân hoặc lịch bàn nếu có.</w:t>
      </w:r>
    </w:p>
    <w:p w:rsidR="00136EC0" w:rsidRDefault="00FB6E6F">
      <w:pPr>
        <w:spacing w:after="0" w:line="240" w:lineRule="auto"/>
      </w:pPr>
      <w:r>
        <w:rPr>
          <w:b/>
        </w:rPr>
        <w:t>III. CÁC HOẠT ĐỘNG DẠY HỌC CHỦ YẾU</w:t>
      </w:r>
    </w:p>
    <w:tbl>
      <w:tblPr>
        <w:tblW w:w="0" w:type="auto"/>
        <w:jc w:val="center"/>
        <w:tblBorders>
          <w:top w:val="single" w:sz="4" w:space="0" w:color="808080"/>
          <w:left w:val="single" w:sz="4" w:space="0" w:color="808080"/>
          <w:bottom w:val="single" w:sz="4" w:space="0" w:color="808080"/>
          <w:right w:val="single" w:sz="4" w:space="0" w:color="808080"/>
          <w:insideV w:val="single" w:sz="4" w:space="0" w:color="808080"/>
        </w:tblBorders>
        <w:tblLayout w:type="fixed"/>
        <w:tblLook w:val="04A0" w:firstRow="1" w:lastRow="0" w:firstColumn="1" w:lastColumn="0" w:noHBand="0" w:noVBand="1"/>
      </w:tblPr>
      <w:tblGrid>
        <w:gridCol w:w="5400"/>
        <w:gridCol w:w="5400"/>
      </w:tblGrid>
      <w:tr w:rsidR="00136EC0" w:rsidTr="00ED18E8">
        <w:trPr>
          <w:jc w:val="center"/>
        </w:trPr>
        <w:tc>
          <w:tcPr>
            <w:tcW w:w="5112" w:type="dxa"/>
            <w:tcBorders>
              <w:bottom w:val="single" w:sz="4" w:space="0" w:color="808080"/>
            </w:tcBorders>
            <w:shd w:val="clear" w:color="auto" w:fill="auto"/>
          </w:tcPr>
          <w:p w:rsidR="00136EC0" w:rsidRDefault="00FB6E6F">
            <w:pPr>
              <w:spacing w:after="0" w:line="240" w:lineRule="auto"/>
              <w:jc w:val="center"/>
            </w:pPr>
            <w:r>
              <w:rPr>
                <w:b/>
              </w:rPr>
              <w:t>Hoạt động của giáo viên</w:t>
            </w:r>
          </w:p>
        </w:tc>
        <w:tc>
          <w:tcPr>
            <w:tcW w:w="4536" w:type="dxa"/>
            <w:tcBorders>
              <w:bottom w:val="single" w:sz="4" w:space="0" w:color="808080"/>
            </w:tcBorders>
            <w:shd w:val="clear" w:color="auto" w:fill="auto"/>
          </w:tcPr>
          <w:p w:rsidR="00136EC0" w:rsidRDefault="00FB6E6F">
            <w:pPr>
              <w:spacing w:after="0" w:line="240" w:lineRule="auto"/>
              <w:jc w:val="center"/>
            </w:pPr>
            <w:r>
              <w:rPr>
                <w:b/>
              </w:rPr>
              <w:t>Hoạt động của học sinh</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1. KHỞI ĐỘNG (5 phút)</w:t>
            </w:r>
            <w:r>
              <w:rPr>
                <w:b/>
              </w:rPr>
              <w:br/>
              <w:t>Mục tiêu: Tạo hứng thú và gợi nhớ cách xem tờ lịch tháng.</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t>- GV cho HS hát tập thể hoặc chơi trò chơi “Tôi là ai?” về các tháng trong năm.</w:t>
            </w:r>
          </w:p>
        </w:tc>
        <w:tc>
          <w:tcPr>
            <w:tcW w:w="5400" w:type="dxa"/>
            <w:tcBorders>
              <w:top w:val="single" w:sz="4" w:space="0" w:color="808080"/>
            </w:tcBorders>
            <w:shd w:val="clear" w:color="auto" w:fill="auto"/>
          </w:tcPr>
          <w:p w:rsidR="00136EC0" w:rsidRDefault="00FB6E6F">
            <w:pPr>
              <w:spacing w:after="0" w:line="240" w:lineRule="auto"/>
            </w:pPr>
            <w:r>
              <w:t>- HS hát hoặc tham gia trò chơi, đoán tên tháng theo gợi ý của GV.</w:t>
            </w:r>
          </w:p>
        </w:tc>
      </w:tr>
      <w:tr w:rsidR="00136EC0" w:rsidTr="00ED18E8">
        <w:trPr>
          <w:jc w:val="center"/>
        </w:trPr>
        <w:tc>
          <w:tcPr>
            <w:tcW w:w="5400" w:type="dxa"/>
            <w:tcBorders>
              <w:bottom w:val="single" w:sz="4" w:space="0" w:color="808080"/>
            </w:tcBorders>
            <w:shd w:val="clear" w:color="auto" w:fill="auto"/>
          </w:tcPr>
          <w:p w:rsidR="00136EC0" w:rsidRDefault="00FB6E6F">
            <w:pPr>
              <w:spacing w:after="0" w:line="240" w:lineRule="auto"/>
            </w:pPr>
            <w:r>
              <w:t>- GV nhận xét, dẫn dắt vào tiết thực hành xem lịch.</w:t>
            </w:r>
          </w:p>
        </w:tc>
        <w:tc>
          <w:tcPr>
            <w:tcW w:w="5400" w:type="dxa"/>
            <w:tcBorders>
              <w:bottom w:val="single" w:sz="4" w:space="0" w:color="808080"/>
            </w:tcBorders>
            <w:shd w:val="clear" w:color="auto" w:fill="auto"/>
          </w:tcPr>
          <w:p w:rsidR="00136EC0" w:rsidRDefault="00FB6E6F">
            <w:pPr>
              <w:spacing w:after="0" w:line="240" w:lineRule="auto"/>
            </w:pPr>
            <w:r>
              <w:t>- HS lắng nghe và chuẩn bị SGK, vở.</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2. LUYỆN TẬP, THỰC HÀNH (28 phút)</w:t>
            </w:r>
            <w:r>
              <w:rPr>
                <w:b/>
              </w:rPr>
              <w:br/>
              <w:t>Mục tiêu: HS xem lịch tháng, trả lời câu hỏi và liên hệ với hoạt động thực tế.</w:t>
            </w:r>
            <w:r>
              <w:rPr>
                <w:b/>
              </w:rPr>
              <w:br/>
              <w:t>Mục tiêu tích hợp năng lực số: HS biết lịch số/ứng dụng lịch sắp xếp dữ liệu ngày, tháng, thứ theo cấu trúc rõ ràng để con người dễ tìm thông tin.</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rPr>
                <w:b/>
              </w:rPr>
              <w:t>Bài 1: Em xem tờ lịch tháng rồi trả lời câu hỏi.</w:t>
            </w:r>
          </w:p>
          <w:p w:rsidR="00136EC0" w:rsidRDefault="00136EC0">
            <w:pPr>
              <w:spacing w:after="0" w:line="240" w:lineRule="auto"/>
              <w:jc w:val="center"/>
            </w:pPr>
          </w:p>
        </w:tc>
        <w:tc>
          <w:tcPr>
            <w:tcW w:w="5400" w:type="dxa"/>
            <w:tcBorders>
              <w:top w:val="single" w:sz="4" w:space="0" w:color="808080"/>
            </w:tcBorders>
            <w:shd w:val="clear" w:color="auto" w:fill="auto"/>
          </w:tcPr>
          <w:p w:rsidR="00136EC0" w:rsidRDefault="00FB6E6F">
            <w:pPr>
              <w:spacing w:after="0" w:line="240" w:lineRule="auto"/>
            </w:pPr>
            <w:r>
              <w:t>- HS đọc yêu cầu và quan sát phần bài tập trong SGK.</w:t>
            </w:r>
          </w:p>
        </w:tc>
      </w:tr>
      <w:tr w:rsidR="00136EC0" w:rsidTr="00D149B2">
        <w:trPr>
          <w:jc w:val="center"/>
        </w:trPr>
        <w:tc>
          <w:tcPr>
            <w:tcW w:w="5400" w:type="dxa"/>
            <w:shd w:val="clear" w:color="auto" w:fill="auto"/>
          </w:tcPr>
          <w:p w:rsidR="00136EC0" w:rsidRDefault="00FB6E6F">
            <w:pPr>
              <w:spacing w:after="0" w:line="240" w:lineRule="auto"/>
            </w:pPr>
            <w:r>
              <w:lastRenderedPageBreak/>
              <w:t>- GV chiếu tờ lịch tháng 9, yêu cầu HS quan sát cá nhân.</w:t>
            </w:r>
          </w:p>
        </w:tc>
        <w:tc>
          <w:tcPr>
            <w:tcW w:w="5400" w:type="dxa"/>
            <w:shd w:val="clear" w:color="auto" w:fill="auto"/>
          </w:tcPr>
          <w:p w:rsidR="00136EC0" w:rsidRDefault="00FB6E6F">
            <w:pPr>
              <w:spacing w:after="0" w:line="240" w:lineRule="auto"/>
            </w:pPr>
            <w:r>
              <w:t>- HS quan sát lịch tháng 9 và xác định các ngày trong tháng.</w:t>
            </w:r>
          </w:p>
        </w:tc>
      </w:tr>
      <w:tr w:rsidR="00136EC0" w:rsidTr="00D149B2">
        <w:trPr>
          <w:jc w:val="center"/>
        </w:trPr>
        <w:tc>
          <w:tcPr>
            <w:tcW w:w="5400" w:type="dxa"/>
            <w:shd w:val="clear" w:color="auto" w:fill="auto"/>
          </w:tcPr>
          <w:p w:rsidR="00136EC0" w:rsidRDefault="00FB6E6F">
            <w:pPr>
              <w:spacing w:after="0" w:line="240" w:lineRule="auto"/>
            </w:pPr>
            <w:r>
              <w:t>- GV hỏi: Tháng 9 có bao nhiêu ngày? Ngày đầu tiên của tháng là thứ mấy?</w:t>
            </w:r>
          </w:p>
        </w:tc>
        <w:tc>
          <w:tcPr>
            <w:tcW w:w="5400" w:type="dxa"/>
            <w:shd w:val="clear" w:color="auto" w:fill="auto"/>
          </w:tcPr>
          <w:p w:rsidR="00136EC0" w:rsidRDefault="00FB6E6F">
            <w:pPr>
              <w:spacing w:after="0" w:line="240" w:lineRule="auto"/>
            </w:pPr>
            <w:r>
              <w:t>- HS trả lời: Tháng 9 có 30 ngày; ngày đầu tiên là thứ Tư.</w:t>
            </w:r>
          </w:p>
        </w:tc>
      </w:tr>
      <w:tr w:rsidR="00136EC0" w:rsidTr="00D149B2">
        <w:trPr>
          <w:jc w:val="center"/>
        </w:trPr>
        <w:tc>
          <w:tcPr>
            <w:tcW w:w="5400" w:type="dxa"/>
            <w:shd w:val="clear" w:color="auto" w:fill="auto"/>
          </w:tcPr>
          <w:p w:rsidR="00136EC0" w:rsidRDefault="00FB6E6F">
            <w:pPr>
              <w:spacing w:after="0" w:line="240" w:lineRule="auto"/>
            </w:pPr>
            <w:r>
              <w:t>- GV hỏi: Nếu hôm nay là thứ Sáu ngày 10/9 thì ngày mai là thứ mấy, ngày mấy? Hôm qua là thứ mấy, ngày mấy?</w:t>
            </w:r>
          </w:p>
        </w:tc>
        <w:tc>
          <w:tcPr>
            <w:tcW w:w="5400" w:type="dxa"/>
            <w:shd w:val="clear" w:color="auto" w:fill="auto"/>
          </w:tcPr>
          <w:p w:rsidR="00136EC0" w:rsidRDefault="00FB6E6F">
            <w:pPr>
              <w:spacing w:after="0" w:line="240" w:lineRule="auto"/>
            </w:pPr>
            <w:r>
              <w:t>- HS trả lời: Ngày mai là thứ Bảy ngày 11/9; hôm qua là thứ Năm ngày 9/9.</w:t>
            </w:r>
          </w:p>
        </w:tc>
      </w:tr>
      <w:tr w:rsidR="00136EC0" w:rsidTr="00D149B2">
        <w:trPr>
          <w:jc w:val="center"/>
        </w:trPr>
        <w:tc>
          <w:tcPr>
            <w:tcW w:w="5400" w:type="dxa"/>
            <w:shd w:val="clear" w:color="auto" w:fill="auto"/>
          </w:tcPr>
          <w:p w:rsidR="00136EC0" w:rsidRDefault="00FB6E6F">
            <w:pPr>
              <w:spacing w:after="0" w:line="240" w:lineRule="auto"/>
            </w:pPr>
            <w:r>
              <w:t>- GV hỏi: Ngày khai giảng năm học mới 5/9 là thứ mấy?</w:t>
            </w:r>
          </w:p>
        </w:tc>
        <w:tc>
          <w:tcPr>
            <w:tcW w:w="5400" w:type="dxa"/>
            <w:shd w:val="clear" w:color="auto" w:fill="auto"/>
          </w:tcPr>
          <w:p w:rsidR="00136EC0" w:rsidRDefault="00FB6E6F">
            <w:pPr>
              <w:spacing w:after="0" w:line="240" w:lineRule="auto"/>
            </w:pPr>
            <w:r>
              <w:t>- HS trả lời: Ngày 5/9 là Chủ nhật.</w:t>
            </w:r>
          </w:p>
        </w:tc>
      </w:tr>
      <w:tr w:rsidR="00136EC0" w:rsidTr="00D149B2">
        <w:trPr>
          <w:jc w:val="center"/>
        </w:trPr>
        <w:tc>
          <w:tcPr>
            <w:tcW w:w="5400" w:type="dxa"/>
            <w:shd w:val="clear" w:color="auto" w:fill="auto"/>
          </w:tcPr>
          <w:p w:rsidR="00136EC0" w:rsidRDefault="00FB6E6F">
            <w:pPr>
              <w:spacing w:after="0" w:line="240" w:lineRule="auto"/>
            </w:pPr>
            <w:r>
              <w:rPr>
                <w:color w:val="FF0000"/>
              </w:rPr>
              <w:t>- Tích hợp năng lực số: GV chiếu thêm ứng dụng Lịch hoặc đồng hồ số trên máy tính/điện thoại mẫu. GV hướng dẫn HS quan sát: tên tháng nằm ở phía trên, các thứ được sắp xếp theo cột, các ngày được sắp xếp theo hàng. GV nhấn mạnh đây là nơi dữ liệu thời gian được sắp xếp có cấu trúc, giống như tờ lịch giấy nhưng có thể mở nhanh, tìm ngày nhanh, thêm nhắc việc. GV yêu cầu HS đối chiếu ngày 10/9 trên lịch giấy và lịch số để thấy thông tin phải khớp nhau; nếu không khớp cần kiểm tra lại tháng/năm đang xem.</w:t>
            </w:r>
          </w:p>
        </w:tc>
        <w:tc>
          <w:tcPr>
            <w:tcW w:w="5400" w:type="dxa"/>
            <w:shd w:val="clear" w:color="auto" w:fill="auto"/>
          </w:tcPr>
          <w:p w:rsidR="00136EC0" w:rsidRDefault="00FB6E6F">
            <w:pPr>
              <w:spacing w:after="0" w:line="240" w:lineRule="auto"/>
            </w:pPr>
            <w:r>
              <w:t>- HS quan sát lịch số, chỉ được tên tháng, thứ, ngày; biết đối chiếu lịch giấy với lịch số để đọc đúng thông tin.</w:t>
            </w:r>
          </w:p>
        </w:tc>
      </w:tr>
      <w:tr w:rsidR="00136EC0" w:rsidTr="00D149B2">
        <w:trPr>
          <w:jc w:val="center"/>
        </w:trPr>
        <w:tc>
          <w:tcPr>
            <w:tcW w:w="5400" w:type="dxa"/>
            <w:shd w:val="clear" w:color="auto" w:fill="auto"/>
          </w:tcPr>
          <w:p w:rsidR="00136EC0" w:rsidRDefault="00FB6E6F">
            <w:pPr>
              <w:spacing w:after="0" w:line="240" w:lineRule="auto"/>
            </w:pPr>
            <w:r>
              <w:t>- GV yêu cầu HS liên hệ với thời khóa biểu: ngày thứ Hai, thứ Ba, thứ Tư lớp mình thường học những môn nào?</w:t>
            </w:r>
          </w:p>
        </w:tc>
        <w:tc>
          <w:tcPr>
            <w:tcW w:w="5400" w:type="dxa"/>
            <w:shd w:val="clear" w:color="auto" w:fill="auto"/>
          </w:tcPr>
          <w:p w:rsidR="00136EC0" w:rsidRDefault="00FB6E6F">
            <w:pPr>
              <w:spacing w:after="0" w:line="240" w:lineRule="auto"/>
            </w:pPr>
            <w:r>
              <w:t>- HS kể tên môn học theo thời khóa biểu của lớp.</w:t>
            </w:r>
          </w:p>
        </w:tc>
      </w:tr>
      <w:tr w:rsidR="00136EC0" w:rsidTr="00D149B2">
        <w:trPr>
          <w:jc w:val="center"/>
        </w:trPr>
        <w:tc>
          <w:tcPr>
            <w:tcW w:w="5400" w:type="dxa"/>
            <w:shd w:val="clear" w:color="auto" w:fill="auto"/>
          </w:tcPr>
          <w:p w:rsidR="00136EC0" w:rsidRDefault="00FB6E6F">
            <w:pPr>
              <w:spacing w:after="0" w:line="240" w:lineRule="auto"/>
            </w:pPr>
            <w:r>
              <w:rPr>
                <w:b/>
              </w:rPr>
              <w:t>Bài 2: Xem lịch tháng 5 rồi trả lời câu hỏi.</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đọc yêu cầu bài tập.</w:t>
            </w:r>
          </w:p>
        </w:tc>
      </w:tr>
      <w:tr w:rsidR="00136EC0" w:rsidTr="00D149B2">
        <w:trPr>
          <w:jc w:val="center"/>
        </w:trPr>
        <w:tc>
          <w:tcPr>
            <w:tcW w:w="5400" w:type="dxa"/>
            <w:shd w:val="clear" w:color="auto" w:fill="auto"/>
          </w:tcPr>
          <w:p w:rsidR="00136EC0" w:rsidRDefault="00FB6E6F">
            <w:pPr>
              <w:spacing w:after="0" w:line="240" w:lineRule="auto"/>
            </w:pPr>
            <w:r>
              <w:t>- GV yêu cầu HS trao đổi nhóm đôi, đọc các ngày trong tháng 5 và tìm câu trả lời.</w:t>
            </w:r>
          </w:p>
        </w:tc>
        <w:tc>
          <w:tcPr>
            <w:tcW w:w="5400" w:type="dxa"/>
            <w:shd w:val="clear" w:color="auto" w:fill="auto"/>
          </w:tcPr>
          <w:p w:rsidR="00136EC0" w:rsidRDefault="00FB6E6F">
            <w:pPr>
              <w:spacing w:after="0" w:line="240" w:lineRule="auto"/>
            </w:pPr>
            <w:r>
              <w:t>- HS làm việc nhóm đôi, một bạn hỏi, một bạn trả lời rồi đổi vai.</w:t>
            </w:r>
          </w:p>
        </w:tc>
      </w:tr>
      <w:tr w:rsidR="00136EC0" w:rsidTr="00D149B2">
        <w:trPr>
          <w:jc w:val="center"/>
        </w:trPr>
        <w:tc>
          <w:tcPr>
            <w:tcW w:w="5400" w:type="dxa"/>
            <w:shd w:val="clear" w:color="auto" w:fill="auto"/>
          </w:tcPr>
          <w:p w:rsidR="00136EC0" w:rsidRDefault="00FB6E6F">
            <w:pPr>
              <w:spacing w:after="0" w:line="240" w:lineRule="auto"/>
            </w:pPr>
            <w:r>
              <w:t>- GV hỏi: Tháng 5 có bao nhiêu ngày? Trong tháng 5 có những ngày đáng nhớ nào?</w:t>
            </w:r>
          </w:p>
        </w:tc>
        <w:tc>
          <w:tcPr>
            <w:tcW w:w="5400" w:type="dxa"/>
            <w:shd w:val="clear" w:color="auto" w:fill="auto"/>
          </w:tcPr>
          <w:p w:rsidR="00136EC0" w:rsidRDefault="00FB6E6F">
            <w:pPr>
              <w:spacing w:after="0" w:line="240" w:lineRule="auto"/>
            </w:pPr>
            <w:r>
              <w:t>- HS trả lời: Tháng 5 có 31 ngày; có ngày thành lập Đội 15/5, ngày sinh nhật Bác Hồ 19/5, ngày tổng kết năm học tùy trường.</w:t>
            </w:r>
          </w:p>
        </w:tc>
      </w:tr>
      <w:tr w:rsidR="00136EC0" w:rsidTr="00D149B2">
        <w:trPr>
          <w:jc w:val="center"/>
        </w:trPr>
        <w:tc>
          <w:tcPr>
            <w:tcW w:w="5400" w:type="dxa"/>
            <w:shd w:val="clear" w:color="auto" w:fill="auto"/>
          </w:tcPr>
          <w:p w:rsidR="00136EC0" w:rsidRDefault="00FB6E6F">
            <w:pPr>
              <w:spacing w:after="0" w:line="240" w:lineRule="auto"/>
            </w:pPr>
            <w:r>
              <w:t>- GV yêu cầu HS kể một kỉ niệm đáng nhớ cuối năm lớp 1 hoặc hoạt động cuối năm học.</w:t>
            </w:r>
          </w:p>
        </w:tc>
        <w:tc>
          <w:tcPr>
            <w:tcW w:w="5400" w:type="dxa"/>
            <w:shd w:val="clear" w:color="auto" w:fill="auto"/>
          </w:tcPr>
          <w:p w:rsidR="00136EC0" w:rsidRDefault="00FB6E6F">
            <w:pPr>
              <w:spacing w:after="0" w:line="240" w:lineRule="auto"/>
            </w:pPr>
            <w:r>
              <w:t>- HS chia sẻ theo trải nghiệm cá nhân: tổng kết, nhận thưởng, đi chơi cùng lớp, nghỉ hè với gia đình.</w:t>
            </w:r>
          </w:p>
        </w:tc>
      </w:tr>
      <w:tr w:rsidR="00136EC0" w:rsidTr="00D149B2">
        <w:trPr>
          <w:jc w:val="center"/>
        </w:trPr>
        <w:tc>
          <w:tcPr>
            <w:tcW w:w="5400" w:type="dxa"/>
            <w:shd w:val="clear" w:color="auto" w:fill="auto"/>
          </w:tcPr>
          <w:p w:rsidR="00136EC0" w:rsidRDefault="00FB6E6F">
            <w:pPr>
              <w:spacing w:after="0" w:line="240" w:lineRule="auto"/>
            </w:pPr>
            <w:r>
              <w:rPr>
                <w:b/>
              </w:rPr>
              <w:t>Bài 3: Xem tờ lịch tháng 6 và trả lời câu hỏi.</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đọc yêu cầu bài tập.</w:t>
            </w:r>
          </w:p>
        </w:tc>
      </w:tr>
      <w:tr w:rsidR="00136EC0" w:rsidTr="00D149B2">
        <w:trPr>
          <w:jc w:val="center"/>
        </w:trPr>
        <w:tc>
          <w:tcPr>
            <w:tcW w:w="5400" w:type="dxa"/>
            <w:shd w:val="clear" w:color="auto" w:fill="auto"/>
          </w:tcPr>
          <w:p w:rsidR="00136EC0" w:rsidRDefault="00FB6E6F">
            <w:pPr>
              <w:spacing w:after="0" w:line="240" w:lineRule="auto"/>
            </w:pPr>
            <w:r>
              <w:t>- GV yêu cầu HS thảo luận nhóm 4, đọc lịch tháng 6 và trả lời các câu hỏi của bài.</w:t>
            </w:r>
          </w:p>
        </w:tc>
        <w:tc>
          <w:tcPr>
            <w:tcW w:w="5400" w:type="dxa"/>
            <w:shd w:val="clear" w:color="auto" w:fill="auto"/>
          </w:tcPr>
          <w:p w:rsidR="00136EC0" w:rsidRDefault="00FB6E6F">
            <w:pPr>
              <w:spacing w:after="0" w:line="240" w:lineRule="auto"/>
            </w:pPr>
            <w:r>
              <w:t>- HS thảo luận nhóm 4, cùng đọc lịch và thống nhất câu trả lời.</w:t>
            </w:r>
          </w:p>
        </w:tc>
      </w:tr>
      <w:tr w:rsidR="00136EC0" w:rsidTr="00D149B2">
        <w:trPr>
          <w:jc w:val="center"/>
        </w:trPr>
        <w:tc>
          <w:tcPr>
            <w:tcW w:w="5400" w:type="dxa"/>
            <w:shd w:val="clear" w:color="auto" w:fill="auto"/>
          </w:tcPr>
          <w:p w:rsidR="00136EC0" w:rsidRDefault="00FB6E6F">
            <w:pPr>
              <w:spacing w:after="0" w:line="240" w:lineRule="auto"/>
            </w:pPr>
            <w:r>
              <w:t>- GV hỏi: Tháng 6 có ngày đặc biệt nào dành cho thiếu nhi?</w:t>
            </w:r>
          </w:p>
        </w:tc>
        <w:tc>
          <w:tcPr>
            <w:tcW w:w="5400" w:type="dxa"/>
            <w:shd w:val="clear" w:color="auto" w:fill="auto"/>
          </w:tcPr>
          <w:p w:rsidR="00136EC0" w:rsidRDefault="00FB6E6F">
            <w:pPr>
              <w:spacing w:after="0" w:line="240" w:lineRule="auto"/>
            </w:pPr>
            <w:r>
              <w:t>- HS trả lời: Ngày 1/6 là Tết Thiếu nhi.</w:t>
            </w:r>
          </w:p>
        </w:tc>
      </w:tr>
      <w:tr w:rsidR="00136EC0" w:rsidTr="00D149B2">
        <w:trPr>
          <w:jc w:val="center"/>
        </w:trPr>
        <w:tc>
          <w:tcPr>
            <w:tcW w:w="5400" w:type="dxa"/>
            <w:shd w:val="clear" w:color="auto" w:fill="auto"/>
          </w:tcPr>
          <w:p w:rsidR="00136EC0" w:rsidRDefault="00FB6E6F">
            <w:pPr>
              <w:spacing w:after="0" w:line="240" w:lineRule="auto"/>
            </w:pPr>
            <w:r>
              <w:t>- GV hỏi: Khi muốn tìm nhanh một ngày trên lịch, em làm thế nào?</w:t>
            </w:r>
          </w:p>
        </w:tc>
        <w:tc>
          <w:tcPr>
            <w:tcW w:w="5400" w:type="dxa"/>
            <w:shd w:val="clear" w:color="auto" w:fill="auto"/>
          </w:tcPr>
          <w:p w:rsidR="00136EC0" w:rsidRDefault="00FB6E6F">
            <w:pPr>
              <w:spacing w:after="0" w:line="240" w:lineRule="auto"/>
            </w:pPr>
            <w:r>
              <w:t>- HS trả lời: Tìm tên tháng, tìm số ngày, nhìn theo hàng/cột để biết thứ tương ứng.</w:t>
            </w:r>
          </w:p>
        </w:tc>
      </w:tr>
      <w:tr w:rsidR="00136EC0" w:rsidTr="00ED18E8">
        <w:trPr>
          <w:jc w:val="center"/>
        </w:trPr>
        <w:tc>
          <w:tcPr>
            <w:tcW w:w="5400" w:type="dxa"/>
            <w:tcBorders>
              <w:bottom w:val="single" w:sz="4" w:space="0" w:color="808080"/>
            </w:tcBorders>
            <w:shd w:val="clear" w:color="auto" w:fill="auto"/>
          </w:tcPr>
          <w:p w:rsidR="00136EC0" w:rsidRDefault="00FB6E6F">
            <w:pPr>
              <w:spacing w:after="0" w:line="240" w:lineRule="auto"/>
            </w:pPr>
            <w:r>
              <w:rPr>
                <w:color w:val="FF0000"/>
              </w:rPr>
              <w:t xml:space="preserve">- Tích hợp năng lực số: GV gợi ý HS tưởng tượng trên lịch số, khi muốn ghi “Tết Thiếu nhi 1/6” hoặc “sinh nhật bạn”, ta có thể thêm nhắc việc vào đúng ngày. GV nhấn mạnh lịch số giúp lưu thông tin có cấu trúc: ngày, tháng, giờ, tên hoạt động; nhưng HS cần nhập đúng ngày, đúng tên việc và không tự ý sử dụng thiết bị cá nhân </w:t>
            </w:r>
            <w:r>
              <w:rPr>
                <w:color w:val="FF0000"/>
              </w:rPr>
              <w:lastRenderedPageBreak/>
              <w:t>khi chưa được người lớn cho phép. GV liên hệ: dùng lịch để biết ngày học, ngày nghỉ, ngày sinh nhật giúp em chủ động và có trách nhiệm hơn.</w:t>
            </w:r>
          </w:p>
        </w:tc>
        <w:tc>
          <w:tcPr>
            <w:tcW w:w="5400" w:type="dxa"/>
            <w:tcBorders>
              <w:bottom w:val="single" w:sz="4" w:space="0" w:color="808080"/>
            </w:tcBorders>
            <w:shd w:val="clear" w:color="auto" w:fill="auto"/>
          </w:tcPr>
          <w:p w:rsidR="00136EC0" w:rsidRDefault="00FB6E6F">
            <w:pPr>
              <w:spacing w:after="0" w:line="240" w:lineRule="auto"/>
            </w:pPr>
            <w:r>
              <w:lastRenderedPageBreak/>
              <w:t>- HS nêu ví dụ hoạt động có thể ghi vào lịch: sinh nhật, ngày trực nhật, ngày kiểm tra, ngày đi tham quan hoặc ngày lễ.</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lastRenderedPageBreak/>
              <w:t>3. VẬN DỤNG TRẢI NGHIỆM (2 phút)</w:t>
            </w:r>
            <w:r>
              <w:rPr>
                <w:b/>
              </w:rPr>
              <w:br/>
              <w:t>Mục tiêu: Củng cố cách xem lịch và liên hệ sử dụng lịch trong đời sống.</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t>- GV hỏi: Khi xem lịch, em cần đọc những thông tin nào trước?</w:t>
            </w:r>
          </w:p>
        </w:tc>
        <w:tc>
          <w:tcPr>
            <w:tcW w:w="5400" w:type="dxa"/>
            <w:tcBorders>
              <w:top w:val="single" w:sz="4" w:space="0" w:color="808080"/>
            </w:tcBorders>
            <w:shd w:val="clear" w:color="auto" w:fill="auto"/>
          </w:tcPr>
          <w:p w:rsidR="00136EC0" w:rsidRDefault="00FB6E6F">
            <w:pPr>
              <w:spacing w:after="0" w:line="240" w:lineRule="auto"/>
            </w:pPr>
            <w:r>
              <w:t>- HS trả lời: Đọc tháng, năm, thứ trong tuần và ngày cần tìm.</w:t>
            </w:r>
          </w:p>
        </w:tc>
      </w:tr>
      <w:tr w:rsidR="00136EC0" w:rsidTr="00D149B2">
        <w:trPr>
          <w:jc w:val="center"/>
        </w:trPr>
        <w:tc>
          <w:tcPr>
            <w:tcW w:w="5400" w:type="dxa"/>
            <w:shd w:val="clear" w:color="auto" w:fill="auto"/>
          </w:tcPr>
          <w:p w:rsidR="00136EC0" w:rsidRDefault="00FB6E6F">
            <w:pPr>
              <w:spacing w:after="0" w:line="240" w:lineRule="auto"/>
            </w:pPr>
            <w:r>
              <w:t>- GV dặn HS về nhà xem lịch gia đình, tìm ngày sinh nhật của người thân hoặc một ngày lễ gần nhất.</w:t>
            </w:r>
          </w:p>
        </w:tc>
        <w:tc>
          <w:tcPr>
            <w:tcW w:w="5400" w:type="dxa"/>
            <w:shd w:val="clear" w:color="auto" w:fill="auto"/>
          </w:tcPr>
          <w:p w:rsidR="00136EC0" w:rsidRDefault="00FB6E6F">
            <w:pPr>
              <w:spacing w:after="0" w:line="240" w:lineRule="auto"/>
            </w:pPr>
            <w:r>
              <w:t>- HS lắng nghe, ghi nhớ nhiệm vụ.</w:t>
            </w:r>
          </w:p>
        </w:tc>
      </w:tr>
    </w:tbl>
    <w:p w:rsidR="00D149B2" w:rsidRDefault="00FB6E6F" w:rsidP="00D149B2">
      <w:pPr>
        <w:spacing w:after="0" w:line="240" w:lineRule="auto"/>
        <w:rPr>
          <w:b/>
        </w:rPr>
      </w:pPr>
      <w:r>
        <w:rPr>
          <w:b/>
        </w:rPr>
        <w:t>IV. ĐIỀU CHỈNH TIẾT DẠY (NẾU CÓ): ……………………………………………………………………………………</w:t>
      </w:r>
    </w:p>
    <w:p w:rsidR="00D149B2" w:rsidRDefault="00D149B2" w:rsidP="00D149B2">
      <w:pPr>
        <w:spacing w:after="0" w:line="240" w:lineRule="auto"/>
        <w:rPr>
          <w:b/>
        </w:rPr>
      </w:pPr>
    </w:p>
    <w:p w:rsidR="00D149B2" w:rsidRDefault="00D149B2" w:rsidP="00D149B2">
      <w:pPr>
        <w:spacing w:after="0" w:line="240" w:lineRule="auto"/>
        <w:rPr>
          <w:b/>
        </w:rPr>
      </w:pPr>
    </w:p>
    <w:p w:rsidR="00D149B2" w:rsidRDefault="00D149B2" w:rsidP="00D149B2">
      <w:pPr>
        <w:spacing w:after="0" w:line="240" w:lineRule="auto"/>
        <w:rPr>
          <w:b/>
        </w:rPr>
      </w:pPr>
    </w:p>
    <w:p w:rsidR="00D149B2" w:rsidRDefault="00D149B2" w:rsidP="00D149B2">
      <w:pPr>
        <w:spacing w:after="0" w:line="240" w:lineRule="auto"/>
        <w:rPr>
          <w:b/>
        </w:rPr>
      </w:pPr>
    </w:p>
    <w:p w:rsidR="00136EC0" w:rsidRDefault="00FB6E6F" w:rsidP="00D149B2">
      <w:pPr>
        <w:spacing w:after="0" w:line="240" w:lineRule="auto"/>
      </w:pPr>
      <w:r>
        <w:rPr>
          <w:b/>
        </w:rPr>
        <w:t>KẾ HOẠCH BÀI DẠY MÔN TOÁN LỚP 2 - TUẦN 16</w:t>
      </w:r>
    </w:p>
    <w:p w:rsidR="00136EC0" w:rsidRDefault="00FB6E6F">
      <w:pPr>
        <w:spacing w:after="0" w:line="240" w:lineRule="auto"/>
        <w:jc w:val="center"/>
      </w:pPr>
      <w:r>
        <w:rPr>
          <w:b/>
        </w:rPr>
        <w:t>CHỦ ĐỀ 6: NGÀY - GIỜ, GIỜ - PHÚT, NGÀY - THÁNG</w:t>
      </w:r>
    </w:p>
    <w:p w:rsidR="00136EC0" w:rsidRDefault="00FB6E6F">
      <w:pPr>
        <w:spacing w:after="0" w:line="240" w:lineRule="auto"/>
        <w:jc w:val="center"/>
      </w:pPr>
      <w:r>
        <w:rPr>
          <w:b/>
        </w:rPr>
        <w:t>BÀI 32. LUYỆN TẬP CHUNG</w:t>
      </w:r>
    </w:p>
    <w:p w:rsidR="00136EC0" w:rsidRDefault="00FB6E6F">
      <w:pPr>
        <w:spacing w:after="0" w:line="240" w:lineRule="auto"/>
        <w:jc w:val="center"/>
      </w:pPr>
      <w:r>
        <w:rPr>
          <w:b/>
        </w:rPr>
        <w:t>TIẾT 1: LUYỆN TẬP</w:t>
      </w:r>
    </w:p>
    <w:p w:rsidR="00136EC0" w:rsidRDefault="00FB6E6F">
      <w:pPr>
        <w:spacing w:after="0" w:line="240" w:lineRule="auto"/>
      </w:pPr>
      <w:r>
        <w:rPr>
          <w:b/>
        </w:rPr>
        <w:t>I. YÊU CẦU CẦN ĐẠT</w:t>
      </w:r>
    </w:p>
    <w:p w:rsidR="00136EC0" w:rsidRDefault="00FB6E6F">
      <w:pPr>
        <w:spacing w:after="0" w:line="240" w:lineRule="auto"/>
      </w:pPr>
      <w:r>
        <w:rPr>
          <w:b/>
        </w:rPr>
        <w:t>1. Năng lực đặc thù:</w:t>
      </w:r>
    </w:p>
    <w:p w:rsidR="00136EC0" w:rsidRDefault="00FB6E6F">
      <w:pPr>
        <w:spacing w:after="0" w:line="240" w:lineRule="auto"/>
      </w:pPr>
      <w:r>
        <w:t>- Ôn tập, củng cố kiến thức về ngày - tháng, ngày - giờ, giờ - phút.</w:t>
      </w:r>
    </w:p>
    <w:p w:rsidR="00136EC0" w:rsidRDefault="00FB6E6F">
      <w:pPr>
        <w:spacing w:after="0" w:line="240" w:lineRule="auto"/>
      </w:pPr>
      <w:r>
        <w:t>- Đọc được giờ trên đồng hồ trong các trường hợp đã học; biết xem tờ lịch tháng.</w:t>
      </w:r>
    </w:p>
    <w:p w:rsidR="00136EC0" w:rsidRDefault="00FB6E6F">
      <w:pPr>
        <w:spacing w:after="0" w:line="240" w:lineRule="auto"/>
      </w:pPr>
      <w:r>
        <w:t>- Biết vận dụng kiến thức thời gian để giải quyết các tình huống thực tế trong SGK.</w:t>
      </w:r>
    </w:p>
    <w:p w:rsidR="00136EC0" w:rsidRDefault="00FB6E6F">
      <w:pPr>
        <w:spacing w:after="0" w:line="240" w:lineRule="auto"/>
      </w:pPr>
      <w:r>
        <w:rPr>
          <w:b/>
        </w:rPr>
        <w:t>2. Năng lực chung:</w:t>
      </w:r>
    </w:p>
    <w:p w:rsidR="00136EC0" w:rsidRDefault="00FB6E6F">
      <w:pPr>
        <w:spacing w:after="0" w:line="240" w:lineRule="auto"/>
      </w:pPr>
      <w:r>
        <w:t>- Tự chủ và tự học: Chủ động thực hiện nhiệm vụ học tập, biết tự kiểm tra kết quả và hoàn thành nhiệm vụ cá nhân.</w:t>
      </w:r>
    </w:p>
    <w:p w:rsidR="00136EC0" w:rsidRDefault="00FB6E6F">
      <w:pPr>
        <w:spacing w:after="0" w:line="240" w:lineRule="auto"/>
      </w:pPr>
      <w:r>
        <w:t>- Giao tiếp và hợp tác: Biết trao đổi, thảo luận, lắng nghe và phối hợp với bạn trong hoạt động nhóm.</w:t>
      </w:r>
    </w:p>
    <w:p w:rsidR="00136EC0" w:rsidRDefault="00FB6E6F">
      <w:pPr>
        <w:spacing w:after="0" w:line="240" w:lineRule="auto"/>
      </w:pPr>
      <w:r>
        <w:t>- Giải quyết vấn đề và sáng tạo: Biết lựa chọn cách làm phù hợp, vận dụng kiến thức đã học vào tình huống thực tế.</w:t>
      </w:r>
    </w:p>
    <w:p w:rsidR="00136EC0" w:rsidRDefault="00FB6E6F">
      <w:pPr>
        <w:spacing w:after="0" w:line="240" w:lineRule="auto"/>
      </w:pPr>
      <w:r>
        <w:rPr>
          <w:b/>
        </w:rPr>
        <w:t>3. Phẩm chất:</w:t>
      </w:r>
    </w:p>
    <w:p w:rsidR="00136EC0" w:rsidRDefault="00FB6E6F">
      <w:pPr>
        <w:spacing w:after="0" w:line="240" w:lineRule="auto"/>
      </w:pPr>
      <w:r>
        <w:t>- Chăm chỉ: Tích cực tham gia hoạt động học tập, kiên trì khi thực hành và luyện tập.</w:t>
      </w:r>
    </w:p>
    <w:p w:rsidR="00136EC0" w:rsidRDefault="00FB6E6F">
      <w:pPr>
        <w:spacing w:after="0" w:line="240" w:lineRule="auto"/>
      </w:pPr>
      <w:r>
        <w:t>- Trách nhiệm: Có ý thức hoàn thành nhiệm vụ, giữ gìn đồ dùng học tập và thực hiện đúng thời gian.</w:t>
      </w:r>
    </w:p>
    <w:p w:rsidR="00136EC0" w:rsidRDefault="00FB6E6F">
      <w:pPr>
        <w:spacing w:after="0" w:line="240" w:lineRule="auto"/>
      </w:pPr>
      <w:r>
        <w:rPr>
          <w:b/>
        </w:rPr>
        <w:t>II. ĐỒ DÙNG DẠY HỌC</w:t>
      </w:r>
    </w:p>
    <w:p w:rsidR="00136EC0" w:rsidRDefault="00FB6E6F">
      <w:pPr>
        <w:spacing w:after="0" w:line="240" w:lineRule="auto"/>
      </w:pPr>
      <w:r>
        <w:t>- GV: Mô hình đồng hồ, máy chiếu, hình SGK phóng to, bảng con.</w:t>
      </w:r>
    </w:p>
    <w:p w:rsidR="00136EC0" w:rsidRDefault="00FB6E6F">
      <w:pPr>
        <w:spacing w:after="0" w:line="240" w:lineRule="auto"/>
      </w:pPr>
      <w:r>
        <w:t>- HS: SGK, vở ô li, bảng con, mô hình đồng hồ.</w:t>
      </w:r>
    </w:p>
    <w:p w:rsidR="00136EC0" w:rsidRDefault="00FB6E6F">
      <w:pPr>
        <w:spacing w:after="0" w:line="240" w:lineRule="auto"/>
      </w:pPr>
      <w:r>
        <w:rPr>
          <w:b/>
        </w:rPr>
        <w:t>III. CÁC HOẠT ĐỘNG DẠY HỌC CHỦ YẾU</w:t>
      </w:r>
    </w:p>
    <w:tbl>
      <w:tblPr>
        <w:tblW w:w="0" w:type="auto"/>
        <w:jc w:val="center"/>
        <w:tblBorders>
          <w:top w:val="single" w:sz="4" w:space="0" w:color="808080"/>
          <w:left w:val="single" w:sz="4" w:space="0" w:color="808080"/>
          <w:bottom w:val="single" w:sz="4" w:space="0" w:color="808080"/>
          <w:right w:val="single" w:sz="4" w:space="0" w:color="808080"/>
          <w:insideV w:val="single" w:sz="4" w:space="0" w:color="808080"/>
        </w:tblBorders>
        <w:tblLayout w:type="fixed"/>
        <w:tblLook w:val="04A0" w:firstRow="1" w:lastRow="0" w:firstColumn="1" w:lastColumn="0" w:noHBand="0" w:noVBand="1"/>
      </w:tblPr>
      <w:tblGrid>
        <w:gridCol w:w="5400"/>
        <w:gridCol w:w="5400"/>
      </w:tblGrid>
      <w:tr w:rsidR="00136EC0" w:rsidTr="00ED18E8">
        <w:trPr>
          <w:jc w:val="center"/>
        </w:trPr>
        <w:tc>
          <w:tcPr>
            <w:tcW w:w="5112" w:type="dxa"/>
            <w:tcBorders>
              <w:bottom w:val="single" w:sz="4" w:space="0" w:color="808080"/>
            </w:tcBorders>
            <w:shd w:val="clear" w:color="auto" w:fill="auto"/>
          </w:tcPr>
          <w:p w:rsidR="00136EC0" w:rsidRDefault="00FB6E6F">
            <w:pPr>
              <w:spacing w:after="0" w:line="240" w:lineRule="auto"/>
              <w:jc w:val="center"/>
            </w:pPr>
            <w:r>
              <w:rPr>
                <w:b/>
              </w:rPr>
              <w:t>Hoạt động của giáo viên</w:t>
            </w:r>
          </w:p>
        </w:tc>
        <w:tc>
          <w:tcPr>
            <w:tcW w:w="4536" w:type="dxa"/>
            <w:tcBorders>
              <w:bottom w:val="single" w:sz="4" w:space="0" w:color="808080"/>
            </w:tcBorders>
            <w:shd w:val="clear" w:color="auto" w:fill="auto"/>
          </w:tcPr>
          <w:p w:rsidR="00136EC0" w:rsidRDefault="00FB6E6F">
            <w:pPr>
              <w:spacing w:after="0" w:line="240" w:lineRule="auto"/>
              <w:jc w:val="center"/>
            </w:pPr>
            <w:r>
              <w:rPr>
                <w:b/>
              </w:rPr>
              <w:t>Hoạt động của học sinh</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bookmarkStart w:id="0" w:name="_GoBack"/>
            <w:r>
              <w:rPr>
                <w:b/>
              </w:rPr>
              <w:t>1. KHỞI ĐỘNG (5 phút)</w:t>
            </w:r>
            <w:r>
              <w:rPr>
                <w:b/>
              </w:rPr>
              <w:br/>
              <w:t>Mục tiêu: Tạo hứng thú và ôn nhanh cách đọc giờ đã học.</w:t>
            </w:r>
          </w:p>
        </w:tc>
      </w:tr>
      <w:bookmarkEnd w:id="0"/>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t>- GV cho HS hát và vận động theo bài “Chiếc đồng hồ thần kì”.</w:t>
            </w:r>
          </w:p>
        </w:tc>
        <w:tc>
          <w:tcPr>
            <w:tcW w:w="5400" w:type="dxa"/>
            <w:tcBorders>
              <w:top w:val="single" w:sz="4" w:space="0" w:color="808080"/>
            </w:tcBorders>
            <w:shd w:val="clear" w:color="auto" w:fill="auto"/>
          </w:tcPr>
          <w:p w:rsidR="00136EC0" w:rsidRDefault="00FB6E6F">
            <w:pPr>
              <w:spacing w:after="0" w:line="240" w:lineRule="auto"/>
            </w:pPr>
            <w:r>
              <w:t>- HS hát, vận động theo nhạc và chuẩn bị vào bài học.</w:t>
            </w:r>
          </w:p>
        </w:tc>
      </w:tr>
      <w:tr w:rsidR="00136EC0" w:rsidTr="00D149B2">
        <w:trPr>
          <w:jc w:val="center"/>
        </w:trPr>
        <w:tc>
          <w:tcPr>
            <w:tcW w:w="5400" w:type="dxa"/>
            <w:shd w:val="clear" w:color="auto" w:fill="auto"/>
          </w:tcPr>
          <w:p w:rsidR="00136EC0" w:rsidRDefault="00FB6E6F">
            <w:pPr>
              <w:spacing w:after="0" w:line="240" w:lineRule="auto"/>
            </w:pPr>
            <w:r>
              <w:t>- GV tổ chức câu hỏi nhanh: Kim phút chỉ số 3 là mấy phút? Kim phút chỉ số 6 là mấy phút?</w:t>
            </w:r>
          </w:p>
        </w:tc>
        <w:tc>
          <w:tcPr>
            <w:tcW w:w="5400" w:type="dxa"/>
            <w:shd w:val="clear" w:color="auto" w:fill="auto"/>
          </w:tcPr>
          <w:p w:rsidR="00136EC0" w:rsidRDefault="00FB6E6F">
            <w:pPr>
              <w:spacing w:after="0" w:line="240" w:lineRule="auto"/>
            </w:pPr>
            <w:r>
              <w:t>- HS trả lời: Số 3 là 15 phút; số 6 là 30 phút.</w:t>
            </w:r>
          </w:p>
        </w:tc>
      </w:tr>
      <w:tr w:rsidR="00136EC0" w:rsidTr="00D149B2">
        <w:trPr>
          <w:jc w:val="center"/>
        </w:trPr>
        <w:tc>
          <w:tcPr>
            <w:tcW w:w="5400" w:type="dxa"/>
            <w:shd w:val="clear" w:color="auto" w:fill="auto"/>
          </w:tcPr>
          <w:p w:rsidR="00136EC0" w:rsidRDefault="00FB6E6F">
            <w:pPr>
              <w:spacing w:after="0" w:line="240" w:lineRule="auto"/>
            </w:pPr>
            <w:r>
              <w:t>- GV nhận xét, giới thiệu bài Luyện tập chung.</w:t>
            </w:r>
          </w:p>
        </w:tc>
        <w:tc>
          <w:tcPr>
            <w:tcW w:w="5400" w:type="dxa"/>
            <w:shd w:val="clear" w:color="auto" w:fill="auto"/>
          </w:tcPr>
          <w:p w:rsidR="00136EC0" w:rsidRDefault="00FB6E6F">
            <w:pPr>
              <w:spacing w:after="0" w:line="240" w:lineRule="auto"/>
            </w:pPr>
            <w:r>
              <w:t>- HS lắng nghe và nhắc lại tên bài.</w:t>
            </w:r>
          </w:p>
        </w:tc>
      </w:tr>
      <w:tr w:rsidR="00136EC0" w:rsidTr="00D149B2">
        <w:trPr>
          <w:jc w:val="center"/>
        </w:trPr>
        <w:tc>
          <w:tcPr>
            <w:tcW w:w="10800" w:type="dxa"/>
            <w:gridSpan w:val="2"/>
            <w:shd w:val="clear" w:color="auto" w:fill="auto"/>
          </w:tcPr>
          <w:p w:rsidR="00136EC0" w:rsidRDefault="00FB6E6F">
            <w:pPr>
              <w:spacing w:after="0" w:line="240" w:lineRule="auto"/>
            </w:pPr>
            <w:r>
              <w:rPr>
                <w:b/>
              </w:rPr>
              <w:t>2. LUYỆN TẬP, THỰC HÀNH (28 phút)</w:t>
            </w:r>
            <w:r>
              <w:rPr>
                <w:b/>
              </w:rPr>
              <w:br/>
              <w:t xml:space="preserve">Mục tiêu: HS luyện đọc giờ, xem lịch, xác định trình tự thời gian và liên hệ địa danh/sự kiện </w:t>
            </w:r>
            <w:r>
              <w:rPr>
                <w:b/>
              </w:rPr>
              <w:lastRenderedPageBreak/>
              <w:t>thực tế.</w:t>
            </w:r>
          </w:p>
        </w:tc>
      </w:tr>
      <w:tr w:rsidR="00136EC0" w:rsidTr="00D149B2">
        <w:trPr>
          <w:jc w:val="center"/>
        </w:trPr>
        <w:tc>
          <w:tcPr>
            <w:tcW w:w="5400" w:type="dxa"/>
            <w:shd w:val="clear" w:color="auto" w:fill="auto"/>
          </w:tcPr>
          <w:p w:rsidR="00136EC0" w:rsidRDefault="00FB6E6F">
            <w:pPr>
              <w:spacing w:after="0" w:line="240" w:lineRule="auto"/>
            </w:pPr>
            <w:r>
              <w:rPr>
                <w:b/>
              </w:rPr>
              <w:lastRenderedPageBreak/>
              <w:t>Bài 1: Chọn đáp án đúng về giờ trên đồng hồ.</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quan sát đồng hồ trong SGK.</w:t>
            </w:r>
          </w:p>
        </w:tc>
      </w:tr>
      <w:tr w:rsidR="00136EC0" w:rsidTr="00D149B2">
        <w:trPr>
          <w:jc w:val="center"/>
        </w:trPr>
        <w:tc>
          <w:tcPr>
            <w:tcW w:w="5400" w:type="dxa"/>
            <w:shd w:val="clear" w:color="auto" w:fill="auto"/>
          </w:tcPr>
          <w:p w:rsidR="00136EC0" w:rsidRDefault="00FB6E6F">
            <w:pPr>
              <w:spacing w:after="0" w:line="240" w:lineRule="auto"/>
            </w:pPr>
            <w:r>
              <w:t>- GV cho HS chơi “Rung chuông vàng”: ghi đáp án A, B, C vào bảng con.</w:t>
            </w:r>
          </w:p>
        </w:tc>
        <w:tc>
          <w:tcPr>
            <w:tcW w:w="5400" w:type="dxa"/>
            <w:shd w:val="clear" w:color="auto" w:fill="auto"/>
          </w:tcPr>
          <w:p w:rsidR="00136EC0" w:rsidRDefault="00FB6E6F">
            <w:pPr>
              <w:spacing w:after="0" w:line="240" w:lineRule="auto"/>
            </w:pPr>
            <w:r>
              <w:t>- HS đọc kĩ câu hỏi, ghi đáp án vào bảng con.</w:t>
            </w:r>
          </w:p>
        </w:tc>
      </w:tr>
      <w:tr w:rsidR="00136EC0" w:rsidTr="00D149B2">
        <w:trPr>
          <w:jc w:val="center"/>
        </w:trPr>
        <w:tc>
          <w:tcPr>
            <w:tcW w:w="5400" w:type="dxa"/>
            <w:shd w:val="clear" w:color="auto" w:fill="auto"/>
          </w:tcPr>
          <w:p w:rsidR="00136EC0" w:rsidRDefault="00FB6E6F">
            <w:pPr>
              <w:spacing w:after="0" w:line="240" w:lineRule="auto"/>
            </w:pPr>
            <w:r>
              <w:t>- GV hỏi: Đồng hồ có kim giờ gần số mấy và kim phút chỉ số mấy?</w:t>
            </w:r>
          </w:p>
        </w:tc>
        <w:tc>
          <w:tcPr>
            <w:tcW w:w="5400" w:type="dxa"/>
            <w:shd w:val="clear" w:color="auto" w:fill="auto"/>
          </w:tcPr>
          <w:p w:rsidR="00136EC0" w:rsidRDefault="00FB6E6F">
            <w:pPr>
              <w:spacing w:after="0" w:line="240" w:lineRule="auto"/>
            </w:pPr>
            <w:r>
              <w:t>- HS trả lời: Kim giờ gần số 3, kim phút chỉ số 3.</w:t>
            </w:r>
          </w:p>
        </w:tc>
      </w:tr>
      <w:tr w:rsidR="00136EC0" w:rsidTr="00D149B2">
        <w:trPr>
          <w:jc w:val="center"/>
        </w:trPr>
        <w:tc>
          <w:tcPr>
            <w:tcW w:w="5400" w:type="dxa"/>
            <w:shd w:val="clear" w:color="auto" w:fill="auto"/>
          </w:tcPr>
          <w:p w:rsidR="00136EC0" w:rsidRDefault="00FB6E6F">
            <w:pPr>
              <w:spacing w:after="0" w:line="240" w:lineRule="auto"/>
            </w:pPr>
            <w:r>
              <w:t>- GV hỏi: Khi kim phút chỉ số 3, đồng hồ chỉ mấy phút?</w:t>
            </w:r>
          </w:p>
        </w:tc>
        <w:tc>
          <w:tcPr>
            <w:tcW w:w="5400" w:type="dxa"/>
            <w:shd w:val="clear" w:color="auto" w:fill="auto"/>
          </w:tcPr>
          <w:p w:rsidR="00136EC0" w:rsidRDefault="00FB6E6F">
            <w:pPr>
              <w:spacing w:after="0" w:line="240" w:lineRule="auto"/>
            </w:pPr>
            <w:r>
              <w:t>- HS trả lời: Chỉ 15 phút.</w:t>
            </w:r>
          </w:p>
        </w:tc>
      </w:tr>
      <w:tr w:rsidR="00136EC0" w:rsidTr="00D149B2">
        <w:trPr>
          <w:jc w:val="center"/>
        </w:trPr>
        <w:tc>
          <w:tcPr>
            <w:tcW w:w="5400" w:type="dxa"/>
            <w:shd w:val="clear" w:color="auto" w:fill="auto"/>
          </w:tcPr>
          <w:p w:rsidR="00136EC0" w:rsidRDefault="00FB6E6F">
            <w:pPr>
              <w:spacing w:after="0" w:line="240" w:lineRule="auto"/>
            </w:pPr>
            <w:r>
              <w:t>- GV chốt đáp án: Đồng hồ chỉ 3 giờ 15 phút.</w:t>
            </w:r>
          </w:p>
        </w:tc>
        <w:tc>
          <w:tcPr>
            <w:tcW w:w="5400" w:type="dxa"/>
            <w:shd w:val="clear" w:color="auto" w:fill="auto"/>
          </w:tcPr>
          <w:p w:rsidR="00136EC0" w:rsidRDefault="00FB6E6F">
            <w:pPr>
              <w:spacing w:after="0" w:line="240" w:lineRule="auto"/>
            </w:pPr>
            <w:r>
              <w:t>- HS đối chiếu đáp án và sửa nếu sai.</w:t>
            </w:r>
          </w:p>
        </w:tc>
      </w:tr>
      <w:tr w:rsidR="00136EC0" w:rsidTr="00D149B2">
        <w:trPr>
          <w:jc w:val="center"/>
        </w:trPr>
        <w:tc>
          <w:tcPr>
            <w:tcW w:w="5400" w:type="dxa"/>
            <w:shd w:val="clear" w:color="auto" w:fill="auto"/>
          </w:tcPr>
          <w:p w:rsidR="00136EC0" w:rsidRDefault="00FB6E6F">
            <w:pPr>
              <w:spacing w:after="0" w:line="240" w:lineRule="auto"/>
            </w:pPr>
            <w:r>
              <w:t>- GV hỏi thêm: Nếu kim phút chạy tiếp đến số 6 thì đồng hồ chỉ mấy giờ mấy phút?</w:t>
            </w:r>
          </w:p>
        </w:tc>
        <w:tc>
          <w:tcPr>
            <w:tcW w:w="5400" w:type="dxa"/>
            <w:shd w:val="clear" w:color="auto" w:fill="auto"/>
          </w:tcPr>
          <w:p w:rsidR="00136EC0" w:rsidRDefault="00FB6E6F">
            <w:pPr>
              <w:spacing w:after="0" w:line="240" w:lineRule="auto"/>
            </w:pPr>
            <w:r>
              <w:t>- HS trả lời: Đồng hồ chỉ 3 giờ 30 phút.</w:t>
            </w:r>
          </w:p>
        </w:tc>
      </w:tr>
      <w:tr w:rsidR="00136EC0" w:rsidTr="00D149B2">
        <w:trPr>
          <w:jc w:val="center"/>
        </w:trPr>
        <w:tc>
          <w:tcPr>
            <w:tcW w:w="5400" w:type="dxa"/>
            <w:shd w:val="clear" w:color="auto" w:fill="auto"/>
          </w:tcPr>
          <w:p w:rsidR="00136EC0" w:rsidRDefault="00FB6E6F">
            <w:pPr>
              <w:spacing w:after="0" w:line="240" w:lineRule="auto"/>
            </w:pPr>
            <w:r>
              <w:rPr>
                <w:b/>
              </w:rPr>
              <w:t>Bài 2: Xem lịch và nói ngày Rô-bốt ghé thăm các địa danh.</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đọc yêu cầu và quan sát tranh, lịch tháng 8.</w:t>
            </w:r>
          </w:p>
        </w:tc>
      </w:tr>
      <w:tr w:rsidR="00136EC0" w:rsidTr="00D149B2">
        <w:trPr>
          <w:jc w:val="center"/>
        </w:trPr>
        <w:tc>
          <w:tcPr>
            <w:tcW w:w="5400" w:type="dxa"/>
            <w:shd w:val="clear" w:color="auto" w:fill="auto"/>
          </w:tcPr>
          <w:p w:rsidR="00136EC0" w:rsidRDefault="00FB6E6F">
            <w:pPr>
              <w:spacing w:after="0" w:line="240" w:lineRule="auto"/>
            </w:pPr>
            <w:r>
              <w:t>- GV yêu cầu HS thảo luận nhóm đôi theo hình thức 1 bạn hỏi, 1 bạn trả lời.</w:t>
            </w:r>
          </w:p>
        </w:tc>
        <w:tc>
          <w:tcPr>
            <w:tcW w:w="5400" w:type="dxa"/>
            <w:shd w:val="clear" w:color="auto" w:fill="auto"/>
          </w:tcPr>
          <w:p w:rsidR="00136EC0" w:rsidRDefault="00FB6E6F">
            <w:pPr>
              <w:spacing w:after="0" w:line="240" w:lineRule="auto"/>
            </w:pPr>
            <w:r>
              <w:t>- HS thảo luận nhóm đôi, dựa vào mũi tên và ảnh trong lịch để trả lời.</w:t>
            </w:r>
          </w:p>
        </w:tc>
      </w:tr>
      <w:tr w:rsidR="00136EC0" w:rsidTr="00D149B2">
        <w:trPr>
          <w:jc w:val="center"/>
        </w:trPr>
        <w:tc>
          <w:tcPr>
            <w:tcW w:w="5400" w:type="dxa"/>
            <w:shd w:val="clear" w:color="auto" w:fill="auto"/>
          </w:tcPr>
          <w:p w:rsidR="00136EC0" w:rsidRDefault="00FB6E6F">
            <w:pPr>
              <w:spacing w:after="0" w:line="240" w:lineRule="auto"/>
            </w:pPr>
            <w:r>
              <w:t>- GV hỏi: Rô-bốt ghé thăm Tây Nguyên vào ngày nào? Vì sao em biết?</w:t>
            </w:r>
          </w:p>
        </w:tc>
        <w:tc>
          <w:tcPr>
            <w:tcW w:w="5400" w:type="dxa"/>
            <w:shd w:val="clear" w:color="auto" w:fill="auto"/>
          </w:tcPr>
          <w:p w:rsidR="00136EC0" w:rsidRDefault="00FB6E6F">
            <w:pPr>
              <w:spacing w:after="0" w:line="240" w:lineRule="auto"/>
            </w:pPr>
            <w:r>
              <w:t>- HS trả lời: Ngày 2 tháng 8, vì trên lịch có mũi tên gắn với ảnh Tây Nguyên.</w:t>
            </w:r>
          </w:p>
        </w:tc>
      </w:tr>
      <w:tr w:rsidR="00136EC0" w:rsidTr="00D149B2">
        <w:trPr>
          <w:jc w:val="center"/>
        </w:trPr>
        <w:tc>
          <w:tcPr>
            <w:tcW w:w="5400" w:type="dxa"/>
            <w:shd w:val="clear" w:color="auto" w:fill="auto"/>
          </w:tcPr>
          <w:p w:rsidR="00136EC0" w:rsidRDefault="00FB6E6F">
            <w:pPr>
              <w:spacing w:after="0" w:line="240" w:lineRule="auto"/>
            </w:pPr>
            <w:r>
              <w:t>- GV hỏi: Rô-bốt ghé thăm Mù Cang Chải vào ngày nào?</w:t>
            </w:r>
          </w:p>
        </w:tc>
        <w:tc>
          <w:tcPr>
            <w:tcW w:w="5400" w:type="dxa"/>
            <w:shd w:val="clear" w:color="auto" w:fill="auto"/>
          </w:tcPr>
          <w:p w:rsidR="00136EC0" w:rsidRDefault="00FB6E6F">
            <w:pPr>
              <w:spacing w:after="0" w:line="240" w:lineRule="auto"/>
            </w:pPr>
            <w:r>
              <w:t>- HS trả lời: Ngày 30 tháng 8.</w:t>
            </w:r>
          </w:p>
        </w:tc>
      </w:tr>
      <w:tr w:rsidR="00136EC0" w:rsidTr="00D149B2">
        <w:trPr>
          <w:jc w:val="center"/>
        </w:trPr>
        <w:tc>
          <w:tcPr>
            <w:tcW w:w="5400" w:type="dxa"/>
            <w:shd w:val="clear" w:color="auto" w:fill="auto"/>
          </w:tcPr>
          <w:p w:rsidR="00136EC0" w:rsidRDefault="00FB6E6F">
            <w:pPr>
              <w:spacing w:after="0" w:line="240" w:lineRule="auto"/>
            </w:pPr>
            <w:r>
              <w:t>- GV hỏi: Rô-bốt ghé thăm chợ nổi Năm Căn vào ngày nào?</w:t>
            </w:r>
          </w:p>
        </w:tc>
        <w:tc>
          <w:tcPr>
            <w:tcW w:w="5400" w:type="dxa"/>
            <w:shd w:val="clear" w:color="auto" w:fill="auto"/>
          </w:tcPr>
          <w:p w:rsidR="00136EC0" w:rsidRDefault="00FB6E6F">
            <w:pPr>
              <w:spacing w:after="0" w:line="240" w:lineRule="auto"/>
            </w:pPr>
            <w:r>
              <w:t>- HS trả lời: Ngày 21 tháng 8.</w:t>
            </w:r>
          </w:p>
        </w:tc>
      </w:tr>
      <w:tr w:rsidR="00136EC0" w:rsidTr="00D149B2">
        <w:trPr>
          <w:jc w:val="center"/>
        </w:trPr>
        <w:tc>
          <w:tcPr>
            <w:tcW w:w="5400" w:type="dxa"/>
            <w:shd w:val="clear" w:color="auto" w:fill="auto"/>
          </w:tcPr>
          <w:p w:rsidR="00136EC0" w:rsidRDefault="00FB6E6F">
            <w:pPr>
              <w:spacing w:after="0" w:line="240" w:lineRule="auto"/>
            </w:pPr>
            <w:r>
              <w:t>- GV hỏi: Rô-bốt ghé thăm Huế vào ngày nào?</w:t>
            </w:r>
          </w:p>
        </w:tc>
        <w:tc>
          <w:tcPr>
            <w:tcW w:w="5400" w:type="dxa"/>
            <w:shd w:val="clear" w:color="auto" w:fill="auto"/>
          </w:tcPr>
          <w:p w:rsidR="00136EC0" w:rsidRDefault="00FB6E6F">
            <w:pPr>
              <w:spacing w:after="0" w:line="240" w:lineRule="auto"/>
            </w:pPr>
            <w:r>
              <w:t>- HS trả lời: Ngày 13 tháng 8.</w:t>
            </w:r>
          </w:p>
        </w:tc>
      </w:tr>
      <w:tr w:rsidR="00136EC0" w:rsidTr="00D149B2">
        <w:trPr>
          <w:jc w:val="center"/>
        </w:trPr>
        <w:tc>
          <w:tcPr>
            <w:tcW w:w="5400" w:type="dxa"/>
            <w:shd w:val="clear" w:color="auto" w:fill="auto"/>
          </w:tcPr>
          <w:p w:rsidR="00136EC0" w:rsidRDefault="00FB6E6F">
            <w:pPr>
              <w:spacing w:after="0" w:line="240" w:lineRule="auto"/>
            </w:pPr>
            <w:r>
              <w:t>- GV mở rộng: Đây là những địa danh nổi tiếng ở các vùng miền đất nước; khi xem lịch, em có thể đánh dấu ngày đi tham quan hoặc hoạt động trải nghiệm.</w:t>
            </w:r>
          </w:p>
        </w:tc>
        <w:tc>
          <w:tcPr>
            <w:tcW w:w="5400" w:type="dxa"/>
            <w:shd w:val="clear" w:color="auto" w:fill="auto"/>
          </w:tcPr>
          <w:p w:rsidR="00136EC0" w:rsidRDefault="00FB6E6F">
            <w:pPr>
              <w:spacing w:after="0" w:line="240" w:lineRule="auto"/>
            </w:pPr>
            <w:r>
              <w:t>- HS lắng nghe và chia sẻ địa danh em biết hoặc muốn đến thăm.</w:t>
            </w:r>
          </w:p>
        </w:tc>
      </w:tr>
      <w:tr w:rsidR="00136EC0" w:rsidTr="00D149B2">
        <w:trPr>
          <w:jc w:val="center"/>
        </w:trPr>
        <w:tc>
          <w:tcPr>
            <w:tcW w:w="5400" w:type="dxa"/>
            <w:shd w:val="clear" w:color="auto" w:fill="auto"/>
          </w:tcPr>
          <w:p w:rsidR="00136EC0" w:rsidRDefault="00FB6E6F">
            <w:pPr>
              <w:spacing w:after="0" w:line="240" w:lineRule="auto"/>
            </w:pPr>
            <w:r>
              <w:rPr>
                <w:b/>
              </w:rPr>
              <w:t>Bài 3: Bạn nào được vào thăm Bảo tàng Lịch sử Quân sự Việt Nam?</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quan sát tranh, đồng hồ và khung giờ mở cửa.</w:t>
            </w:r>
          </w:p>
        </w:tc>
      </w:tr>
      <w:tr w:rsidR="00136EC0" w:rsidTr="00D149B2">
        <w:trPr>
          <w:jc w:val="center"/>
        </w:trPr>
        <w:tc>
          <w:tcPr>
            <w:tcW w:w="5400" w:type="dxa"/>
            <w:shd w:val="clear" w:color="auto" w:fill="auto"/>
          </w:tcPr>
          <w:p w:rsidR="00136EC0" w:rsidRDefault="00FB6E6F">
            <w:pPr>
              <w:spacing w:after="0" w:line="240" w:lineRule="auto"/>
            </w:pPr>
            <w:r>
              <w:t>- GV hướng dẫn: Muốn biết bạn nào được vào bảo tàng, cần so sánh giờ đến của từng bạn với giờ mở cửa, đóng cửa.</w:t>
            </w:r>
          </w:p>
        </w:tc>
        <w:tc>
          <w:tcPr>
            <w:tcW w:w="5400" w:type="dxa"/>
            <w:shd w:val="clear" w:color="auto" w:fill="auto"/>
          </w:tcPr>
          <w:p w:rsidR="00136EC0" w:rsidRDefault="00FB6E6F">
            <w:pPr>
              <w:spacing w:after="0" w:line="240" w:lineRule="auto"/>
            </w:pPr>
            <w:r>
              <w:t>- HS lắng nghe cách làm và xác định giờ đến của từng bạn.</w:t>
            </w:r>
          </w:p>
        </w:tc>
      </w:tr>
      <w:tr w:rsidR="00136EC0" w:rsidTr="00D149B2">
        <w:trPr>
          <w:jc w:val="center"/>
        </w:trPr>
        <w:tc>
          <w:tcPr>
            <w:tcW w:w="5400" w:type="dxa"/>
            <w:shd w:val="clear" w:color="auto" w:fill="auto"/>
          </w:tcPr>
          <w:p w:rsidR="00136EC0" w:rsidRDefault="00FB6E6F">
            <w:pPr>
              <w:spacing w:after="0" w:line="240" w:lineRule="auto"/>
            </w:pPr>
            <w:r>
              <w:t>- GV yêu cầu HS thảo luận nhóm 4, đọc giờ của từng bạn và cho biết bạn nào được vào.</w:t>
            </w:r>
          </w:p>
        </w:tc>
        <w:tc>
          <w:tcPr>
            <w:tcW w:w="5400" w:type="dxa"/>
            <w:shd w:val="clear" w:color="auto" w:fill="auto"/>
          </w:tcPr>
          <w:p w:rsidR="00136EC0" w:rsidRDefault="00FB6E6F">
            <w:pPr>
              <w:spacing w:after="0" w:line="240" w:lineRule="auto"/>
            </w:pPr>
            <w:r>
              <w:t>- HS thảo luận nhóm 4 và thống nhất đáp án.</w:t>
            </w:r>
          </w:p>
        </w:tc>
      </w:tr>
      <w:tr w:rsidR="00136EC0" w:rsidTr="00D149B2">
        <w:trPr>
          <w:jc w:val="center"/>
        </w:trPr>
        <w:tc>
          <w:tcPr>
            <w:tcW w:w="5400" w:type="dxa"/>
            <w:shd w:val="clear" w:color="auto" w:fill="auto"/>
          </w:tcPr>
          <w:p w:rsidR="00136EC0" w:rsidRDefault="00FB6E6F">
            <w:pPr>
              <w:spacing w:after="0" w:line="240" w:lineRule="auto"/>
            </w:pPr>
            <w:r>
              <w:t>- GV hỏi: Những bạn nào được vào thăm bảo tàng?</w:t>
            </w:r>
          </w:p>
        </w:tc>
        <w:tc>
          <w:tcPr>
            <w:tcW w:w="5400" w:type="dxa"/>
            <w:shd w:val="clear" w:color="auto" w:fill="auto"/>
          </w:tcPr>
          <w:p w:rsidR="00136EC0" w:rsidRDefault="00FB6E6F">
            <w:pPr>
              <w:spacing w:after="0" w:line="240" w:lineRule="auto"/>
            </w:pPr>
            <w:r>
              <w:t>- HS trả lời: Mai, Mi, Việt, Nam được vào thăm bảo tàng.</w:t>
            </w:r>
          </w:p>
        </w:tc>
      </w:tr>
      <w:tr w:rsidR="00136EC0" w:rsidTr="00D149B2">
        <w:trPr>
          <w:jc w:val="center"/>
        </w:trPr>
        <w:tc>
          <w:tcPr>
            <w:tcW w:w="5400" w:type="dxa"/>
            <w:shd w:val="clear" w:color="auto" w:fill="auto"/>
          </w:tcPr>
          <w:p w:rsidR="00136EC0" w:rsidRDefault="00FB6E6F">
            <w:pPr>
              <w:spacing w:after="0" w:line="240" w:lineRule="auto"/>
            </w:pPr>
            <w:r>
              <w:t>- GV hỏi: Vì sao Rô-bốt không được vào thăm bảo tàng?</w:t>
            </w:r>
          </w:p>
        </w:tc>
        <w:tc>
          <w:tcPr>
            <w:tcW w:w="5400" w:type="dxa"/>
            <w:shd w:val="clear" w:color="auto" w:fill="auto"/>
          </w:tcPr>
          <w:p w:rsidR="00136EC0" w:rsidRDefault="00FB6E6F">
            <w:pPr>
              <w:spacing w:after="0" w:line="240" w:lineRule="auto"/>
            </w:pPr>
            <w:r>
              <w:t>- HS trả lời: Vì Rô-bốt đến lúc bảo tàng đã đóng cửa.</w:t>
            </w:r>
          </w:p>
        </w:tc>
      </w:tr>
      <w:tr w:rsidR="00136EC0" w:rsidTr="00D149B2">
        <w:trPr>
          <w:jc w:val="center"/>
        </w:trPr>
        <w:tc>
          <w:tcPr>
            <w:tcW w:w="5400" w:type="dxa"/>
            <w:shd w:val="clear" w:color="auto" w:fill="auto"/>
          </w:tcPr>
          <w:p w:rsidR="00136EC0" w:rsidRDefault="00FB6E6F">
            <w:pPr>
              <w:spacing w:after="0" w:line="240" w:lineRule="auto"/>
            </w:pPr>
            <w:r>
              <w:rPr>
                <w:b/>
              </w:rPr>
              <w:t>Bài 4: Trước và sau giờ học bóng rổ, Rô-bốt học những môn nào?</w:t>
            </w:r>
          </w:p>
          <w:p w:rsidR="00136EC0" w:rsidRDefault="00136EC0">
            <w:pPr>
              <w:spacing w:after="0" w:line="240" w:lineRule="auto"/>
              <w:jc w:val="center"/>
            </w:pPr>
          </w:p>
        </w:tc>
        <w:tc>
          <w:tcPr>
            <w:tcW w:w="5400" w:type="dxa"/>
            <w:shd w:val="clear" w:color="auto" w:fill="auto"/>
          </w:tcPr>
          <w:p w:rsidR="00136EC0" w:rsidRDefault="00FB6E6F">
            <w:pPr>
              <w:spacing w:after="0" w:line="240" w:lineRule="auto"/>
            </w:pPr>
            <w:r>
              <w:t>- HS đọc yêu cầu bài tập.</w:t>
            </w:r>
          </w:p>
        </w:tc>
      </w:tr>
      <w:tr w:rsidR="00136EC0" w:rsidTr="00D149B2">
        <w:trPr>
          <w:jc w:val="center"/>
        </w:trPr>
        <w:tc>
          <w:tcPr>
            <w:tcW w:w="5400" w:type="dxa"/>
            <w:shd w:val="clear" w:color="auto" w:fill="auto"/>
          </w:tcPr>
          <w:p w:rsidR="00136EC0" w:rsidRDefault="00FB6E6F">
            <w:pPr>
              <w:spacing w:after="0" w:line="240" w:lineRule="auto"/>
            </w:pPr>
            <w:r>
              <w:t>- GV yêu cầu HS quan sát tranh và thời gian biểu hoạt động của Rô-bốt.</w:t>
            </w:r>
          </w:p>
        </w:tc>
        <w:tc>
          <w:tcPr>
            <w:tcW w:w="5400" w:type="dxa"/>
            <w:shd w:val="clear" w:color="auto" w:fill="auto"/>
          </w:tcPr>
          <w:p w:rsidR="00136EC0" w:rsidRDefault="00FB6E6F">
            <w:pPr>
              <w:spacing w:after="0" w:line="240" w:lineRule="auto"/>
            </w:pPr>
            <w:r>
              <w:t>- HS quan sát, đọc giờ và tên hoạt động theo thứ tự thời gian.</w:t>
            </w:r>
          </w:p>
        </w:tc>
      </w:tr>
      <w:tr w:rsidR="00136EC0" w:rsidTr="00D149B2">
        <w:trPr>
          <w:jc w:val="center"/>
        </w:trPr>
        <w:tc>
          <w:tcPr>
            <w:tcW w:w="5400" w:type="dxa"/>
            <w:shd w:val="clear" w:color="auto" w:fill="auto"/>
          </w:tcPr>
          <w:p w:rsidR="00136EC0" w:rsidRDefault="00FB6E6F">
            <w:pPr>
              <w:spacing w:after="0" w:line="240" w:lineRule="auto"/>
            </w:pPr>
            <w:r>
              <w:t>- GV hỏi: Trước giờ học bóng rổ, Rô-bốt học những môn nào? Vì sao em biết?</w:t>
            </w:r>
          </w:p>
        </w:tc>
        <w:tc>
          <w:tcPr>
            <w:tcW w:w="5400" w:type="dxa"/>
            <w:shd w:val="clear" w:color="auto" w:fill="auto"/>
          </w:tcPr>
          <w:p w:rsidR="00136EC0" w:rsidRDefault="00FB6E6F">
            <w:pPr>
              <w:spacing w:after="0" w:line="240" w:lineRule="auto"/>
            </w:pPr>
            <w:r>
              <w:t>- HS trả lời: Rô-bốt học hát, học vẽ... vì các hoạt động đó diễn ra trước giờ học bóng rổ.</w:t>
            </w:r>
          </w:p>
        </w:tc>
      </w:tr>
      <w:tr w:rsidR="00136EC0" w:rsidTr="00D149B2">
        <w:trPr>
          <w:jc w:val="center"/>
        </w:trPr>
        <w:tc>
          <w:tcPr>
            <w:tcW w:w="5400" w:type="dxa"/>
            <w:shd w:val="clear" w:color="auto" w:fill="auto"/>
          </w:tcPr>
          <w:p w:rsidR="00136EC0" w:rsidRDefault="00FB6E6F">
            <w:pPr>
              <w:spacing w:after="0" w:line="240" w:lineRule="auto"/>
            </w:pPr>
            <w:r>
              <w:t xml:space="preserve">- GV hỏi: Sau giờ học bóng rổ, Rô-bốt học môn </w:t>
            </w:r>
            <w:r>
              <w:lastRenderedPageBreak/>
              <w:t>nào?</w:t>
            </w:r>
          </w:p>
        </w:tc>
        <w:tc>
          <w:tcPr>
            <w:tcW w:w="5400" w:type="dxa"/>
            <w:shd w:val="clear" w:color="auto" w:fill="auto"/>
          </w:tcPr>
          <w:p w:rsidR="00136EC0" w:rsidRDefault="00FB6E6F">
            <w:pPr>
              <w:spacing w:after="0" w:line="240" w:lineRule="auto"/>
            </w:pPr>
            <w:r>
              <w:lastRenderedPageBreak/>
              <w:t>- HS trả lời: Sau giờ học bóng rổ, Rô-bốt học võ.</w:t>
            </w:r>
          </w:p>
        </w:tc>
      </w:tr>
      <w:tr w:rsidR="00136EC0" w:rsidTr="00ED18E8">
        <w:trPr>
          <w:jc w:val="center"/>
        </w:trPr>
        <w:tc>
          <w:tcPr>
            <w:tcW w:w="5400" w:type="dxa"/>
            <w:tcBorders>
              <w:bottom w:val="single" w:sz="4" w:space="0" w:color="808080"/>
            </w:tcBorders>
            <w:shd w:val="clear" w:color="auto" w:fill="auto"/>
          </w:tcPr>
          <w:p w:rsidR="00136EC0" w:rsidRDefault="00FB6E6F">
            <w:pPr>
              <w:spacing w:after="0" w:line="240" w:lineRule="auto"/>
            </w:pPr>
            <w:r>
              <w:lastRenderedPageBreak/>
              <w:t>- GV kết luận: Khi sắp xếp các hoạt động, cần đọc đúng giờ và xác định việc nào trước, việc nào sau.</w:t>
            </w:r>
          </w:p>
        </w:tc>
        <w:tc>
          <w:tcPr>
            <w:tcW w:w="5400" w:type="dxa"/>
            <w:tcBorders>
              <w:bottom w:val="single" w:sz="4" w:space="0" w:color="808080"/>
            </w:tcBorders>
            <w:shd w:val="clear" w:color="auto" w:fill="auto"/>
          </w:tcPr>
          <w:p w:rsidR="00136EC0" w:rsidRDefault="00FB6E6F">
            <w:pPr>
              <w:spacing w:after="0" w:line="240" w:lineRule="auto"/>
            </w:pPr>
            <w:r>
              <w:t>- HS lắng nghe và nhắc lại cách xác định thứ tự thời gian.</w:t>
            </w:r>
          </w:p>
        </w:tc>
      </w:tr>
      <w:tr w:rsidR="00136EC0" w:rsidTr="00ED18E8">
        <w:trPr>
          <w:jc w:val="center"/>
        </w:trPr>
        <w:tc>
          <w:tcPr>
            <w:tcW w:w="10800" w:type="dxa"/>
            <w:gridSpan w:val="2"/>
            <w:tcBorders>
              <w:top w:val="single" w:sz="4" w:space="0" w:color="808080"/>
              <w:bottom w:val="single" w:sz="4" w:space="0" w:color="808080"/>
            </w:tcBorders>
            <w:shd w:val="clear" w:color="auto" w:fill="auto"/>
          </w:tcPr>
          <w:p w:rsidR="00136EC0" w:rsidRDefault="00FB6E6F">
            <w:pPr>
              <w:spacing w:after="0" w:line="240" w:lineRule="auto"/>
            </w:pPr>
            <w:r>
              <w:rPr>
                <w:b/>
              </w:rPr>
              <w:t>3. VẬN DỤNG TRẢI NGHIỆM (2 phút)</w:t>
            </w:r>
            <w:r>
              <w:rPr>
                <w:b/>
              </w:rPr>
              <w:br/>
              <w:t>Mục tiêu: Củng cố kiến thức xem đồng hồ, xem lịch và sắp xếp trình tự thời gian.</w:t>
            </w:r>
          </w:p>
        </w:tc>
      </w:tr>
      <w:tr w:rsidR="00136EC0" w:rsidTr="00ED18E8">
        <w:trPr>
          <w:jc w:val="center"/>
        </w:trPr>
        <w:tc>
          <w:tcPr>
            <w:tcW w:w="5400" w:type="dxa"/>
            <w:tcBorders>
              <w:top w:val="single" w:sz="4" w:space="0" w:color="808080"/>
            </w:tcBorders>
            <w:shd w:val="clear" w:color="auto" w:fill="auto"/>
          </w:tcPr>
          <w:p w:rsidR="00136EC0" w:rsidRDefault="00FB6E6F">
            <w:pPr>
              <w:spacing w:after="0" w:line="240" w:lineRule="auto"/>
            </w:pPr>
            <w:r>
              <w:t>- GV hỏi: Hôm nay em đã luyện tập những nội dung gì?</w:t>
            </w:r>
          </w:p>
        </w:tc>
        <w:tc>
          <w:tcPr>
            <w:tcW w:w="5400" w:type="dxa"/>
            <w:tcBorders>
              <w:top w:val="single" w:sz="4" w:space="0" w:color="808080"/>
            </w:tcBorders>
            <w:shd w:val="clear" w:color="auto" w:fill="auto"/>
          </w:tcPr>
          <w:p w:rsidR="00136EC0" w:rsidRDefault="00FB6E6F">
            <w:pPr>
              <w:spacing w:after="0" w:line="240" w:lineRule="auto"/>
            </w:pPr>
            <w:r>
              <w:t>- HS trả lời: Xem đồng hồ, xem lịch, xác định ngày tháng và thứ tự thời gian.</w:t>
            </w:r>
          </w:p>
        </w:tc>
      </w:tr>
      <w:tr w:rsidR="00136EC0" w:rsidTr="00D149B2">
        <w:trPr>
          <w:jc w:val="center"/>
        </w:trPr>
        <w:tc>
          <w:tcPr>
            <w:tcW w:w="5400" w:type="dxa"/>
            <w:shd w:val="clear" w:color="auto" w:fill="auto"/>
          </w:tcPr>
          <w:p w:rsidR="00136EC0" w:rsidRDefault="00FB6E6F">
            <w:pPr>
              <w:spacing w:after="0" w:line="240" w:lineRule="auto"/>
            </w:pPr>
            <w:r>
              <w:t>- GV dặn HS về nhà đọc lịch tháng hiện tại và kể cho người thân nghe một ngày đặc biệt trong tháng.</w:t>
            </w:r>
          </w:p>
        </w:tc>
        <w:tc>
          <w:tcPr>
            <w:tcW w:w="5400" w:type="dxa"/>
            <w:shd w:val="clear" w:color="auto" w:fill="auto"/>
          </w:tcPr>
          <w:p w:rsidR="00136EC0" w:rsidRDefault="00FB6E6F">
            <w:pPr>
              <w:spacing w:after="0" w:line="240" w:lineRule="auto"/>
            </w:pPr>
            <w:r>
              <w:t>- HS lắng nghe và ghi nhớ nhiệm vụ.</w:t>
            </w:r>
          </w:p>
        </w:tc>
      </w:tr>
    </w:tbl>
    <w:p w:rsidR="00136EC0" w:rsidRDefault="00FB6E6F">
      <w:pPr>
        <w:spacing w:after="0" w:line="240" w:lineRule="auto"/>
      </w:pPr>
      <w:r>
        <w:rPr>
          <w:b/>
        </w:rPr>
        <w:t>IV. ĐIỀU CHỈNH TIẾT DẠY (NẾU CÓ): ……………………………………………………………………………………</w:t>
      </w:r>
    </w:p>
    <w:sectPr w:rsidR="00136EC0" w:rsidSect="00034616">
      <w:pgSz w:w="12240" w:h="15840"/>
      <w:pgMar w:top="648"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36EC0"/>
    <w:rsid w:val="0015074B"/>
    <w:rsid w:val="0029639D"/>
    <w:rsid w:val="00326F90"/>
    <w:rsid w:val="00AA1D8D"/>
    <w:rsid w:val="00B47730"/>
    <w:rsid w:val="00CB0664"/>
    <w:rsid w:val="00D149B2"/>
    <w:rsid w:val="00ED18E8"/>
    <w:rsid w:val="00FB6E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14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9B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14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9B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9432F-C616-4E1C-A9BC-4DC178D7E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4412</Words>
  <Characters>25154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29507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2026-06-09T19:52:00Z</dcterms:created>
  <dcterms:modified xsi:type="dcterms:W3CDTF">2026-08-17T15:19:00Z</dcterms:modified>
  <cp:category/>
</cp:coreProperties>
</file>