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97864" w14:textId="2AD91E73" w:rsidR="007164B3" w:rsidRPr="007164B3" w:rsidRDefault="00000000" w:rsidP="007164B3">
      <w:pPr>
        <w:jc w:val="center"/>
        <w:rPr>
          <w:rFonts w:cs="Times New Roman"/>
          <w:b/>
          <w:sz w:val="32"/>
          <w:szCs w:val="32"/>
        </w:rPr>
      </w:pPr>
      <w:r w:rsidRPr="007164B3">
        <w:rPr>
          <w:rFonts w:cs="Times New Roman"/>
          <w:b/>
          <w:sz w:val="32"/>
          <w:szCs w:val="32"/>
        </w:rPr>
        <w:t>IN THE COURT OF THE PRINCIPAL JUDGE, FAMILY COURT AT [DISTRICT], [STATE]</w:t>
      </w:r>
    </w:p>
    <w:p w14:paraId="39D3280D" w14:textId="77777777" w:rsidR="00193F65" w:rsidRPr="007164B3" w:rsidRDefault="00000000">
      <w:pPr>
        <w:jc w:val="center"/>
        <w:rPr>
          <w:rFonts w:cs="Times New Roman"/>
          <w:sz w:val="24"/>
          <w:szCs w:val="24"/>
        </w:rPr>
      </w:pPr>
      <w:r w:rsidRPr="007164B3">
        <w:rPr>
          <w:rFonts w:cs="Times New Roman"/>
          <w:b/>
          <w:sz w:val="24"/>
          <w:szCs w:val="24"/>
        </w:rPr>
        <w:t>PETITION FOR DISSOLUTION OF MARRIAGE BY A DECREE OF DIVORCE</w:t>
      </w:r>
    </w:p>
    <w:p w14:paraId="74B44B6B" w14:textId="77777777" w:rsidR="00193F65" w:rsidRPr="007164B3" w:rsidRDefault="00000000" w:rsidP="007164B3">
      <w:pPr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b/>
          <w:sz w:val="28"/>
          <w:szCs w:val="28"/>
        </w:rPr>
        <w:t>UNDER THE APPLICABLE PERSONAL LAW / STATUTORY PROVISION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4"/>
        <w:gridCol w:w="4218"/>
      </w:tblGrid>
      <w:tr w:rsidR="00193F65" w:rsidRPr="007164B3" w14:paraId="601529AC" w14:textId="77777777" w:rsidTr="007164B3">
        <w:tc>
          <w:tcPr>
            <w:tcW w:w="4968" w:type="dxa"/>
          </w:tcPr>
          <w:p w14:paraId="43BE39C3" w14:textId="77777777" w:rsidR="00193F65" w:rsidRPr="007164B3" w:rsidRDefault="00000000" w:rsidP="007164B3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7164B3">
              <w:rPr>
                <w:rFonts w:cs="Times New Roman"/>
                <w:sz w:val="28"/>
                <w:szCs w:val="28"/>
              </w:rPr>
              <w:t>Petitioner</w:t>
            </w:r>
          </w:p>
        </w:tc>
        <w:tc>
          <w:tcPr>
            <w:tcW w:w="4968" w:type="dxa"/>
          </w:tcPr>
          <w:p w14:paraId="73BACB46" w14:textId="77777777" w:rsidR="00193F65" w:rsidRPr="007164B3" w:rsidRDefault="00000000" w:rsidP="007164B3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7164B3">
              <w:rPr>
                <w:rFonts w:cs="Times New Roman"/>
                <w:sz w:val="28"/>
                <w:szCs w:val="28"/>
              </w:rPr>
              <w:t>[FULL NAME], [AGE], [OCCUPATION], resident of [FULL ADDRESS]</w:t>
            </w:r>
          </w:p>
        </w:tc>
      </w:tr>
      <w:tr w:rsidR="00193F65" w:rsidRPr="007164B3" w14:paraId="799D8B3E" w14:textId="77777777" w:rsidTr="007164B3">
        <w:tc>
          <w:tcPr>
            <w:tcW w:w="4968" w:type="dxa"/>
          </w:tcPr>
          <w:p w14:paraId="26ECA565" w14:textId="77777777" w:rsidR="00193F65" w:rsidRPr="007164B3" w:rsidRDefault="00000000" w:rsidP="007164B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7164B3">
              <w:rPr>
                <w:rFonts w:cs="Times New Roman"/>
                <w:sz w:val="28"/>
                <w:szCs w:val="28"/>
              </w:rPr>
              <w:t>Versus</w:t>
            </w:r>
          </w:p>
        </w:tc>
        <w:tc>
          <w:tcPr>
            <w:tcW w:w="4968" w:type="dxa"/>
          </w:tcPr>
          <w:p w14:paraId="4097D068" w14:textId="77777777" w:rsidR="00193F65" w:rsidRDefault="00000000" w:rsidP="007164B3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7164B3">
              <w:rPr>
                <w:rFonts w:cs="Times New Roman"/>
                <w:sz w:val="28"/>
                <w:szCs w:val="28"/>
              </w:rPr>
              <w:t>[SPOUSE FULL NAME], [AGE], [OCCUPATION], resident of [FULL ADDRESS]</w:t>
            </w:r>
          </w:p>
          <w:p w14:paraId="5F91DB79" w14:textId="77777777" w:rsidR="007164B3" w:rsidRPr="007164B3" w:rsidRDefault="007164B3" w:rsidP="007164B3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193F65" w:rsidRPr="007164B3" w14:paraId="549E32CD" w14:textId="77777777" w:rsidTr="007164B3">
        <w:tc>
          <w:tcPr>
            <w:tcW w:w="4968" w:type="dxa"/>
          </w:tcPr>
          <w:p w14:paraId="2BF3C502" w14:textId="77777777" w:rsidR="00193F65" w:rsidRPr="007164B3" w:rsidRDefault="00000000" w:rsidP="007164B3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7164B3">
              <w:rPr>
                <w:rFonts w:cs="Times New Roman"/>
                <w:sz w:val="28"/>
                <w:szCs w:val="28"/>
              </w:rPr>
              <w:t>Marriage</w:t>
            </w:r>
          </w:p>
        </w:tc>
        <w:tc>
          <w:tcPr>
            <w:tcW w:w="4968" w:type="dxa"/>
          </w:tcPr>
          <w:p w14:paraId="293C625B" w14:textId="77777777" w:rsidR="00193F65" w:rsidRDefault="00000000" w:rsidP="007164B3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7164B3">
              <w:rPr>
                <w:rFonts w:cs="Times New Roman"/>
                <w:sz w:val="28"/>
                <w:szCs w:val="28"/>
              </w:rPr>
              <w:t>Marriage solemnized on [DATE] at [PLACE] according to [CUSTOM/LAW]</w:t>
            </w:r>
          </w:p>
          <w:p w14:paraId="41D99E64" w14:textId="77777777" w:rsidR="007164B3" w:rsidRPr="007164B3" w:rsidRDefault="007164B3" w:rsidP="007164B3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193F65" w:rsidRPr="007164B3" w14:paraId="1B73D719" w14:textId="77777777" w:rsidTr="007164B3">
        <w:tc>
          <w:tcPr>
            <w:tcW w:w="4968" w:type="dxa"/>
          </w:tcPr>
          <w:p w14:paraId="540FBF75" w14:textId="77777777" w:rsidR="00193F65" w:rsidRPr="007164B3" w:rsidRDefault="00000000" w:rsidP="007164B3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7164B3">
              <w:rPr>
                <w:rFonts w:cs="Times New Roman"/>
                <w:sz w:val="28"/>
                <w:szCs w:val="28"/>
              </w:rPr>
              <w:t>Children</w:t>
            </w:r>
          </w:p>
        </w:tc>
        <w:tc>
          <w:tcPr>
            <w:tcW w:w="4968" w:type="dxa"/>
          </w:tcPr>
          <w:p w14:paraId="74A02B3C" w14:textId="77777777" w:rsidR="00193F65" w:rsidRDefault="00000000" w:rsidP="007164B3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7164B3">
              <w:rPr>
                <w:rFonts w:cs="Times New Roman"/>
                <w:sz w:val="28"/>
                <w:szCs w:val="28"/>
              </w:rPr>
              <w:t>[NONE / DETAILS OF CHILDREN AND CURRENT CUSTODY]</w:t>
            </w:r>
          </w:p>
          <w:p w14:paraId="7B30D54D" w14:textId="77777777" w:rsidR="007164B3" w:rsidRPr="007164B3" w:rsidRDefault="007164B3" w:rsidP="007164B3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193F65" w:rsidRPr="007164B3" w14:paraId="5BA56F07" w14:textId="77777777" w:rsidTr="007164B3">
        <w:tc>
          <w:tcPr>
            <w:tcW w:w="4968" w:type="dxa"/>
          </w:tcPr>
          <w:p w14:paraId="460F91C1" w14:textId="77777777" w:rsidR="00193F65" w:rsidRPr="007164B3" w:rsidRDefault="00000000" w:rsidP="007164B3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7164B3">
              <w:rPr>
                <w:rFonts w:cs="Times New Roman"/>
                <w:sz w:val="28"/>
                <w:szCs w:val="28"/>
              </w:rPr>
              <w:t>Relief sought</w:t>
            </w:r>
          </w:p>
        </w:tc>
        <w:tc>
          <w:tcPr>
            <w:tcW w:w="4968" w:type="dxa"/>
          </w:tcPr>
          <w:p w14:paraId="1853A7F6" w14:textId="77777777" w:rsidR="00193F65" w:rsidRDefault="00000000" w:rsidP="007164B3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7164B3">
              <w:rPr>
                <w:rFonts w:cs="Times New Roman"/>
                <w:sz w:val="28"/>
                <w:szCs w:val="28"/>
              </w:rPr>
              <w:t>Dissolution of marriage by decree of divorce under [APPLICABLE PROVISION]</w:t>
            </w:r>
          </w:p>
          <w:p w14:paraId="5E577161" w14:textId="77777777" w:rsidR="007164B3" w:rsidRPr="007164B3" w:rsidRDefault="007164B3" w:rsidP="007164B3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</w:tbl>
    <w:p w14:paraId="74A142BF" w14:textId="77777777" w:rsidR="00193F65" w:rsidRPr="007164B3" w:rsidRDefault="00000000">
      <w:pPr>
        <w:rPr>
          <w:rFonts w:cs="Times New Roman"/>
          <w:sz w:val="28"/>
          <w:szCs w:val="28"/>
        </w:rPr>
      </w:pPr>
      <w:r w:rsidRPr="007164B3">
        <w:rPr>
          <w:rFonts w:cs="Times New Roman"/>
          <w:b/>
          <w:sz w:val="28"/>
          <w:szCs w:val="28"/>
        </w:rPr>
        <w:t>THE HUMBLE PETITION OF THE PETITIONER</w:t>
      </w:r>
    </w:p>
    <w:p w14:paraId="698A861B" w14:textId="77777777" w:rsidR="00193F65" w:rsidRPr="007164B3" w:rsidRDefault="00000000" w:rsidP="007164B3">
      <w:pPr>
        <w:spacing w:after="100" w:line="48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>1. That the Petitioner and Respondent were married on [DATE] at [PLACE] in accordance with [APPLICABLE LAW/CUSTOM].</w:t>
      </w:r>
    </w:p>
    <w:p w14:paraId="0247A93B" w14:textId="77777777" w:rsidR="00193F65" w:rsidRPr="007164B3" w:rsidRDefault="00000000" w:rsidP="007164B3">
      <w:pPr>
        <w:spacing w:after="100" w:line="48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lastRenderedPageBreak/>
        <w:t>2. That after marriage, the parties lived together at [ADDRESS/PLACES] and last resided together at [PLACE] on/about [DATE].</w:t>
      </w:r>
    </w:p>
    <w:p w14:paraId="1233F3BC" w14:textId="77777777" w:rsidR="00193F65" w:rsidRPr="007164B3" w:rsidRDefault="00000000" w:rsidP="007164B3">
      <w:pPr>
        <w:spacing w:after="100" w:line="48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>3. That [CHILDREN DETAILS OR STATE THAT THERE ARE NO CHILDREN].</w:t>
      </w:r>
    </w:p>
    <w:p w14:paraId="6E1A28B8" w14:textId="77777777" w:rsidR="00193F65" w:rsidRPr="007164B3" w:rsidRDefault="00000000" w:rsidP="007164B3">
      <w:pPr>
        <w:spacing w:after="100" w:line="48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>4. That material matrimonial differences arose from [DATE/PERIOD]. The relevant facts are set out chronologically below.</w:t>
      </w:r>
    </w:p>
    <w:p w14:paraId="7C991F3D" w14:textId="77777777" w:rsidR="00193F65" w:rsidRPr="007164B3" w:rsidRDefault="00000000" w:rsidP="007164B3">
      <w:pPr>
        <w:spacing w:after="100" w:line="48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>5. That on [DATE], [FACTUAL INCIDENT/CONDUCT]. On [DATE], [SECOND MATERIAL INCIDENT].</w:t>
      </w:r>
    </w:p>
    <w:p w14:paraId="195065DE" w14:textId="77777777" w:rsidR="00193F65" w:rsidRPr="007164B3" w:rsidRDefault="00000000" w:rsidP="007164B3">
      <w:pPr>
        <w:spacing w:after="100" w:line="48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>6. That the parties have [lived separately since DATE / attempted reconciliation / attended mediation], but the matrimonial relationship has [FACTUAL DESCRIPTION].</w:t>
      </w:r>
    </w:p>
    <w:p w14:paraId="3C60AF1E" w14:textId="77777777" w:rsidR="00193F65" w:rsidRPr="007164B3" w:rsidRDefault="00000000" w:rsidP="007164B3">
      <w:pPr>
        <w:spacing w:after="100" w:line="48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>7. That the Petitioner relies upon the statutory ground of [CRUELTY / DESERTION / OTHER] under [EXACT STATUTORY PROVISION], subject to proof and determination by this Hon’ble Court.</w:t>
      </w:r>
    </w:p>
    <w:p w14:paraId="642AF7F3" w14:textId="77777777" w:rsidR="00193F65" w:rsidRPr="007164B3" w:rsidRDefault="00000000" w:rsidP="007164B3">
      <w:pPr>
        <w:spacing w:after="100" w:line="48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>8. That, if desertion is pleaded, the relevant period and facts showing continuous desertion are: [DETAILS].</w:t>
      </w:r>
    </w:p>
    <w:p w14:paraId="5F770E40" w14:textId="77777777" w:rsidR="00193F65" w:rsidRPr="007164B3" w:rsidRDefault="00000000" w:rsidP="007164B3">
      <w:pPr>
        <w:spacing w:after="100" w:line="48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>9. That, if cruelty is pleaded, the specific conduct relied upon is: [DETAILS].</w:t>
      </w:r>
    </w:p>
    <w:p w14:paraId="756A9972" w14:textId="77777777" w:rsidR="00193F65" w:rsidRPr="007164B3" w:rsidRDefault="00000000" w:rsidP="007164B3">
      <w:pPr>
        <w:spacing w:after="100" w:line="48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lastRenderedPageBreak/>
        <w:t>10. That there is no collusion between the parties in presenting the present petition, except where a different statutory procedure is applicable.</w:t>
      </w:r>
    </w:p>
    <w:p w14:paraId="158D8F58" w14:textId="77777777" w:rsidR="00193F65" w:rsidRPr="007164B3" w:rsidRDefault="00000000" w:rsidP="007164B3">
      <w:pPr>
        <w:spacing w:after="100" w:line="48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>11. That this Hon’ble Court has jurisdiction because [marriage was solemnized here / Respondent resides here / parties last resided together here / other statutory ground].</w:t>
      </w:r>
    </w:p>
    <w:p w14:paraId="72C0F038" w14:textId="77777777" w:rsidR="00193F65" w:rsidRPr="007164B3" w:rsidRDefault="00000000" w:rsidP="007164B3">
      <w:pPr>
        <w:spacing w:after="100" w:line="48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>12. That there is no other proceeding concerning the same matrimonial cause pending between the parties, except [CASE NUMBER, COURT, NATURE, STATUS].</w:t>
      </w:r>
    </w:p>
    <w:p w14:paraId="6ECC7898" w14:textId="77777777" w:rsidR="00193F65" w:rsidRPr="007164B3" w:rsidRDefault="00000000" w:rsidP="007164B3">
      <w:pPr>
        <w:spacing w:after="100" w:line="48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>13. That the Petitioner has disclosed all material matrimonial proceedings known to the Petitioner.</w:t>
      </w:r>
    </w:p>
    <w:p w14:paraId="353B60EC" w14:textId="77777777" w:rsidR="00193F65" w:rsidRPr="007164B3" w:rsidRDefault="00000000" w:rsidP="007164B3">
      <w:pPr>
        <w:spacing w:after="100" w:line="48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>14. That the cause of action arose on [DATE/PLACE] and continues to the extent permitted by law.</w:t>
      </w:r>
    </w:p>
    <w:p w14:paraId="42020165" w14:textId="77777777" w:rsidR="00193F65" w:rsidRPr="007164B3" w:rsidRDefault="00000000" w:rsidP="007164B3">
      <w:pPr>
        <w:spacing w:line="360" w:lineRule="auto"/>
        <w:jc w:val="center"/>
        <w:rPr>
          <w:rFonts w:cs="Times New Roman"/>
          <w:sz w:val="28"/>
          <w:szCs w:val="28"/>
        </w:rPr>
      </w:pPr>
      <w:r w:rsidRPr="007164B3">
        <w:rPr>
          <w:rFonts w:cs="Times New Roman"/>
          <w:b/>
          <w:sz w:val="28"/>
          <w:szCs w:val="28"/>
        </w:rPr>
        <w:t>PRAYER</w:t>
      </w:r>
    </w:p>
    <w:p w14:paraId="61FC5A5A" w14:textId="77777777" w:rsidR="00193F65" w:rsidRPr="007164B3" w:rsidRDefault="00000000" w:rsidP="007164B3">
      <w:pPr>
        <w:spacing w:line="36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>In view of the facts stated above, the Petitioner most respectfully prays that this Hon’ble Court may be pleased to:</w:t>
      </w:r>
    </w:p>
    <w:p w14:paraId="292326A8" w14:textId="77777777" w:rsidR="00193F65" w:rsidRPr="007164B3" w:rsidRDefault="00000000" w:rsidP="007164B3">
      <w:pPr>
        <w:spacing w:line="36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b/>
          <w:sz w:val="28"/>
          <w:szCs w:val="28"/>
        </w:rPr>
        <w:t xml:space="preserve">1. </w:t>
      </w:r>
      <w:r w:rsidRPr="007164B3">
        <w:rPr>
          <w:rFonts w:cs="Times New Roman"/>
          <w:sz w:val="28"/>
          <w:szCs w:val="28"/>
        </w:rPr>
        <w:t>pass a decree dissolving the marriage between the Petitioner and Respondent under [APPLICABLE LAW/SECTION];</w:t>
      </w:r>
    </w:p>
    <w:p w14:paraId="448ECD74" w14:textId="77777777" w:rsidR="00193F65" w:rsidRPr="007164B3" w:rsidRDefault="00000000" w:rsidP="007164B3">
      <w:pPr>
        <w:spacing w:line="36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b/>
          <w:sz w:val="28"/>
          <w:szCs w:val="28"/>
        </w:rPr>
        <w:t xml:space="preserve">2. </w:t>
      </w:r>
      <w:r w:rsidRPr="007164B3">
        <w:rPr>
          <w:rFonts w:cs="Times New Roman"/>
          <w:sz w:val="28"/>
          <w:szCs w:val="28"/>
        </w:rPr>
        <w:t>pass appropriate orders regarding custody, maintenance, permanent alimony or other consequential reliefs, if specifically claimed and legally maintainable;</w:t>
      </w:r>
    </w:p>
    <w:p w14:paraId="356CAD7D" w14:textId="77777777" w:rsidR="00193F65" w:rsidRPr="007164B3" w:rsidRDefault="00000000" w:rsidP="007164B3">
      <w:pPr>
        <w:spacing w:line="36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b/>
          <w:sz w:val="28"/>
          <w:szCs w:val="28"/>
        </w:rPr>
        <w:lastRenderedPageBreak/>
        <w:t xml:space="preserve">3. </w:t>
      </w:r>
      <w:r w:rsidRPr="007164B3">
        <w:rPr>
          <w:rFonts w:cs="Times New Roman"/>
          <w:sz w:val="28"/>
          <w:szCs w:val="28"/>
        </w:rPr>
        <w:t>grant costs of the proceedings, if permissible; and</w:t>
      </w:r>
    </w:p>
    <w:p w14:paraId="25485FCA" w14:textId="77777777" w:rsidR="00193F65" w:rsidRPr="007164B3" w:rsidRDefault="00000000" w:rsidP="007164B3">
      <w:pPr>
        <w:spacing w:line="36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b/>
          <w:sz w:val="28"/>
          <w:szCs w:val="28"/>
        </w:rPr>
        <w:t xml:space="preserve">4. </w:t>
      </w:r>
      <w:r w:rsidRPr="007164B3">
        <w:rPr>
          <w:rFonts w:cs="Times New Roman"/>
          <w:sz w:val="28"/>
          <w:szCs w:val="28"/>
        </w:rPr>
        <w:t>pass any other order which this Hon’ble Court may deem fit and proper in the interests of justice.</w:t>
      </w:r>
    </w:p>
    <w:p w14:paraId="648F97E1" w14:textId="77777777" w:rsidR="00193F65" w:rsidRPr="007164B3" w:rsidRDefault="00000000" w:rsidP="007164B3">
      <w:pPr>
        <w:spacing w:line="36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b/>
          <w:sz w:val="28"/>
          <w:szCs w:val="28"/>
        </w:rPr>
        <w:t>INTERIM RELIEF (IF REQUIRED)</w:t>
      </w:r>
    </w:p>
    <w:p w14:paraId="73C28839" w14:textId="77777777" w:rsidR="00193F65" w:rsidRDefault="00000000" w:rsidP="007164B3">
      <w:pPr>
        <w:spacing w:line="36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>[State any interim request separately, such as interim maintenance, litigation expenses, custody/visitation arrangements or other relief, with supporting facts and applicable provision.]</w:t>
      </w:r>
    </w:p>
    <w:p w14:paraId="6311C7BA" w14:textId="77777777" w:rsidR="007164B3" w:rsidRPr="007164B3" w:rsidRDefault="007164B3" w:rsidP="007164B3">
      <w:pPr>
        <w:rPr>
          <w:rFonts w:cs="Times New Roman"/>
          <w:sz w:val="28"/>
          <w:szCs w:val="28"/>
        </w:rPr>
      </w:pPr>
      <w:r w:rsidRPr="007164B3">
        <w:rPr>
          <w:rFonts w:cs="Times New Roman"/>
          <w:b/>
          <w:sz w:val="28"/>
          <w:szCs w:val="28"/>
        </w:rPr>
        <w:t>VERIFICATION</w:t>
      </w:r>
    </w:p>
    <w:p w14:paraId="3C280B74" w14:textId="77777777" w:rsidR="007164B3" w:rsidRPr="007164B3" w:rsidRDefault="007164B3" w:rsidP="007164B3">
      <w:pPr>
        <w:spacing w:line="36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>I, [FULL NAME], the Petitioner above named, do hereby verify that the contents of paragraphs 1 to 14 are true and correct to my knowledge and belief, based on the records and information available to me, and that nothing material has been knowingly concealed.</w:t>
      </w:r>
    </w:p>
    <w:p w14:paraId="674C35A8" w14:textId="7B8D318D" w:rsidR="007164B3" w:rsidRDefault="007164B3" w:rsidP="007164B3">
      <w:pPr>
        <w:spacing w:line="360" w:lineRule="auto"/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 xml:space="preserve">Verified at [PLACE] on this </w:t>
      </w:r>
      <w:r w:rsidRPr="007164B3">
        <w:rPr>
          <w:rFonts w:cs="Times New Roman"/>
          <w:sz w:val="28"/>
          <w:szCs w:val="28"/>
        </w:rPr>
        <w:t>[DAY] Day</w:t>
      </w:r>
      <w:r w:rsidRPr="007164B3">
        <w:rPr>
          <w:rFonts w:cs="Times New Roman"/>
          <w:sz w:val="28"/>
          <w:szCs w:val="28"/>
        </w:rPr>
        <w:t xml:space="preserve"> of [MONTH], [YEAR].</w:t>
      </w:r>
    </w:p>
    <w:p w14:paraId="737BE63D" w14:textId="77777777" w:rsidR="007164B3" w:rsidRPr="007164B3" w:rsidRDefault="007164B3" w:rsidP="007164B3">
      <w:pPr>
        <w:spacing w:line="360" w:lineRule="auto"/>
        <w:jc w:val="both"/>
        <w:rPr>
          <w:rFonts w:cs="Times New Roman"/>
          <w:sz w:val="28"/>
          <w:szCs w:val="28"/>
        </w:rPr>
      </w:pPr>
    </w:p>
    <w:p w14:paraId="78ECDE77" w14:textId="77777777" w:rsidR="007164B3" w:rsidRDefault="007164B3" w:rsidP="007164B3">
      <w:pPr>
        <w:jc w:val="right"/>
        <w:rPr>
          <w:rFonts w:cs="Times New Roman"/>
          <w:b/>
          <w:sz w:val="28"/>
          <w:szCs w:val="28"/>
        </w:rPr>
      </w:pPr>
      <w:r w:rsidRPr="007164B3">
        <w:rPr>
          <w:rFonts w:cs="Times New Roman"/>
          <w:b/>
          <w:sz w:val="28"/>
          <w:szCs w:val="28"/>
        </w:rPr>
        <w:t>Signature of Petitioner</w:t>
      </w:r>
    </w:p>
    <w:p w14:paraId="71B36A09" w14:textId="733CA758" w:rsidR="007164B3" w:rsidRPr="007164B3" w:rsidRDefault="007164B3" w:rsidP="007164B3">
      <w:pPr>
        <w:jc w:val="right"/>
        <w:rPr>
          <w:rFonts w:cs="Times New Roman"/>
          <w:sz w:val="28"/>
          <w:szCs w:val="28"/>
        </w:rPr>
      </w:pPr>
      <w:r w:rsidRPr="007164B3">
        <w:rPr>
          <w:rFonts w:cs="Times New Roman"/>
          <w:b/>
          <w:sz w:val="28"/>
          <w:szCs w:val="28"/>
        </w:rPr>
        <w:br/>
        <w:t>[FULL NAME]</w:t>
      </w:r>
    </w:p>
    <w:p w14:paraId="3DD9AEC0" w14:textId="77777777" w:rsidR="007164B3" w:rsidRPr="007164B3" w:rsidRDefault="007164B3" w:rsidP="007164B3">
      <w:pPr>
        <w:spacing w:line="360" w:lineRule="auto"/>
        <w:jc w:val="both"/>
        <w:rPr>
          <w:rFonts w:cs="Times New Roman"/>
          <w:sz w:val="28"/>
          <w:szCs w:val="28"/>
        </w:rPr>
      </w:pPr>
    </w:p>
    <w:p w14:paraId="08F0EBB8" w14:textId="77777777" w:rsidR="00193F65" w:rsidRPr="007164B3" w:rsidRDefault="00000000">
      <w:pPr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br w:type="page"/>
      </w:r>
    </w:p>
    <w:p w14:paraId="3A75B310" w14:textId="77777777" w:rsidR="00193F65" w:rsidRPr="007164B3" w:rsidRDefault="00000000">
      <w:pPr>
        <w:rPr>
          <w:rFonts w:cs="Times New Roman"/>
          <w:sz w:val="28"/>
          <w:szCs w:val="28"/>
        </w:rPr>
      </w:pPr>
      <w:r w:rsidRPr="007164B3">
        <w:rPr>
          <w:rFonts w:cs="Times New Roman"/>
          <w:b/>
          <w:sz w:val="28"/>
          <w:szCs w:val="28"/>
        </w:rPr>
        <w:lastRenderedPageBreak/>
        <w:t>LIST OF DOCUMENTS / ANNEXURES</w:t>
      </w:r>
    </w:p>
    <w:p w14:paraId="50634514" w14:textId="77777777" w:rsidR="00193F65" w:rsidRPr="007164B3" w:rsidRDefault="00000000">
      <w:pPr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>1. Marriage certificate / proof of marriage</w:t>
      </w:r>
    </w:p>
    <w:p w14:paraId="0B5DE90F" w14:textId="77777777" w:rsidR="00193F65" w:rsidRPr="007164B3" w:rsidRDefault="00000000">
      <w:pPr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>2. Identity and address documents, as required</w:t>
      </w:r>
    </w:p>
    <w:p w14:paraId="2CC2A14B" w14:textId="77777777" w:rsidR="00193F65" w:rsidRPr="007164B3" w:rsidRDefault="00000000">
      <w:pPr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>3. Children’s birth certificates, if relevant</w:t>
      </w:r>
    </w:p>
    <w:p w14:paraId="41B2809B" w14:textId="77777777" w:rsidR="00193F65" w:rsidRPr="007164B3" w:rsidRDefault="00000000">
      <w:pPr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>4. Relevant correspondence/messages/documents relied upon</w:t>
      </w:r>
    </w:p>
    <w:p w14:paraId="77FC8349" w14:textId="77777777" w:rsidR="00193F65" w:rsidRPr="007164B3" w:rsidRDefault="00000000">
      <w:pPr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>5. Prior mediation/counselling records, if applicable</w:t>
      </w:r>
    </w:p>
    <w:p w14:paraId="2D458494" w14:textId="77777777" w:rsidR="00193F65" w:rsidRPr="007164B3" w:rsidRDefault="00000000">
      <w:pPr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>6. Details/copies of previous matrimonial proceedings, if any</w:t>
      </w:r>
    </w:p>
    <w:p w14:paraId="5EFBDB62" w14:textId="77777777" w:rsidR="00193F65" w:rsidRPr="007164B3" w:rsidRDefault="00000000">
      <w:pPr>
        <w:rPr>
          <w:rFonts w:cs="Times New Roman"/>
          <w:sz w:val="28"/>
          <w:szCs w:val="28"/>
        </w:rPr>
      </w:pPr>
      <w:r w:rsidRPr="007164B3">
        <w:rPr>
          <w:rFonts w:cs="Times New Roman"/>
          <w:sz w:val="28"/>
          <w:szCs w:val="28"/>
        </w:rPr>
        <w:t>7. Other supporting documents: [________________]</w:t>
      </w:r>
    </w:p>
    <w:p w14:paraId="7F1C3296" w14:textId="77777777" w:rsidR="00193F65" w:rsidRPr="007164B3" w:rsidRDefault="00000000" w:rsidP="007164B3">
      <w:pPr>
        <w:jc w:val="both"/>
        <w:rPr>
          <w:rFonts w:cs="Times New Roman"/>
          <w:sz w:val="28"/>
          <w:szCs w:val="28"/>
        </w:rPr>
      </w:pPr>
      <w:r w:rsidRPr="007164B3">
        <w:rPr>
          <w:rFonts w:cs="Times New Roman"/>
          <w:b/>
          <w:sz w:val="28"/>
          <w:szCs w:val="28"/>
        </w:rPr>
        <w:t xml:space="preserve">TEMPLATE NOTE: </w:t>
      </w:r>
      <w:r w:rsidRPr="007164B3">
        <w:rPr>
          <w:rFonts w:cs="Times New Roman"/>
          <w:sz w:val="28"/>
          <w:szCs w:val="28"/>
        </w:rPr>
        <w:t>This is a general editable matrimonial template. The applicable personal law, exact statutory ground, jurisdiction, court fees, affidavit format, custody/maintenance claims and Family Court filing rules vary by case and jurisdiction. Review by a qualified advocate is recommended before filing.</w:t>
      </w:r>
    </w:p>
    <w:sectPr w:rsidR="00193F65" w:rsidRPr="007164B3" w:rsidSect="007164B3">
      <w:footerReference w:type="default" r:id="rId8"/>
      <w:pgSz w:w="11906" w:h="16838" w:code="9"/>
      <w:pgMar w:top="1728" w:right="1440" w:bottom="1728" w:left="2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B3DCE" w14:textId="77777777" w:rsidR="009706E0" w:rsidRDefault="009706E0">
      <w:pPr>
        <w:spacing w:after="0" w:line="240" w:lineRule="auto"/>
      </w:pPr>
      <w:r>
        <w:separator/>
      </w:r>
    </w:p>
  </w:endnote>
  <w:endnote w:type="continuationSeparator" w:id="0">
    <w:p w14:paraId="3BD14061" w14:textId="77777777" w:rsidR="009706E0" w:rsidRDefault="00970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7E7F1" w14:textId="77777777" w:rsidR="00193F65" w:rsidRDefault="00000000">
    <w:pPr>
      <w:pStyle w:val="Footer"/>
      <w:jc w:val="center"/>
    </w:pPr>
    <w:r>
      <w:rPr>
        <w:i/>
      </w:rPr>
      <w:t>Editable Legal Format • Divorce Petition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9A94F" w14:textId="77777777" w:rsidR="009706E0" w:rsidRDefault="009706E0">
      <w:pPr>
        <w:spacing w:after="0" w:line="240" w:lineRule="auto"/>
      </w:pPr>
      <w:r>
        <w:separator/>
      </w:r>
    </w:p>
  </w:footnote>
  <w:footnote w:type="continuationSeparator" w:id="0">
    <w:p w14:paraId="2D633273" w14:textId="77777777" w:rsidR="009706E0" w:rsidRDefault="00970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5519523">
    <w:abstractNumId w:val="8"/>
  </w:num>
  <w:num w:numId="2" w16cid:durableId="881669878">
    <w:abstractNumId w:val="6"/>
  </w:num>
  <w:num w:numId="3" w16cid:durableId="1258712882">
    <w:abstractNumId w:val="5"/>
  </w:num>
  <w:num w:numId="4" w16cid:durableId="36702593">
    <w:abstractNumId w:val="4"/>
  </w:num>
  <w:num w:numId="5" w16cid:durableId="598877906">
    <w:abstractNumId w:val="7"/>
  </w:num>
  <w:num w:numId="6" w16cid:durableId="517618924">
    <w:abstractNumId w:val="3"/>
  </w:num>
  <w:num w:numId="7" w16cid:durableId="142434088">
    <w:abstractNumId w:val="2"/>
  </w:num>
  <w:num w:numId="8" w16cid:durableId="604458819">
    <w:abstractNumId w:val="1"/>
  </w:num>
  <w:num w:numId="9" w16cid:durableId="608196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3F65"/>
    <w:rsid w:val="0029639D"/>
    <w:rsid w:val="00326F90"/>
    <w:rsid w:val="00400F30"/>
    <w:rsid w:val="007164B3"/>
    <w:rsid w:val="009706E0"/>
    <w:rsid w:val="00995C5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CADD5B"/>
  <w14:defaultImageDpi w14:val="300"/>
  <w15:docId w15:val="{21BCD08C-380F-42FE-83B4-4032DEA2D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Asha</dc:creator>
  <cp:keywords/>
  <dc:description>Asha</dc:description>
  <cp:lastModifiedBy>Asha .</cp:lastModifiedBy>
  <cp:revision>2</cp:revision>
  <dcterms:created xsi:type="dcterms:W3CDTF">2026-08-21T13:15:00Z</dcterms:created>
  <dcterms:modified xsi:type="dcterms:W3CDTF">2026-08-21T13:15:00Z</dcterms:modified>
  <cp:category/>
</cp:coreProperties>
</file>