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713" w:rsidRPr="00371F72" w:rsidRDefault="00F16FFC" w:rsidP="00371F72">
      <w:pPr>
        <w:spacing w:after="0" w:line="240" w:lineRule="auto"/>
        <w:jc w:val="center"/>
      </w:pPr>
      <w:r w:rsidRPr="00371F72">
        <w:rPr>
          <w:rFonts w:ascii="Times New Roman" w:eastAsia="Times New Roman" w:hAnsi="Times New Roman"/>
          <w:b/>
          <w:sz w:val="28"/>
        </w:rPr>
        <w:t>TUẦN 25</w:t>
      </w:r>
    </w:p>
    <w:p w:rsidR="00627713" w:rsidRPr="00371F72" w:rsidRDefault="00F16FFC" w:rsidP="00371F72">
      <w:pPr>
        <w:spacing w:after="0" w:line="240" w:lineRule="auto"/>
        <w:jc w:val="center"/>
      </w:pPr>
      <w:r w:rsidRPr="00371F72">
        <w:rPr>
          <w:rFonts w:ascii="Times New Roman" w:eastAsia="Times New Roman" w:hAnsi="Times New Roman"/>
          <w:b/>
          <w:sz w:val="28"/>
        </w:rPr>
        <w:t>KẾ HOẠCH BÀI DẠY MÔN TOÁN 3</w:t>
      </w:r>
    </w:p>
    <w:p w:rsidR="00627713" w:rsidRPr="00371F72" w:rsidRDefault="00F16FFC" w:rsidP="00371F72">
      <w:pPr>
        <w:spacing w:after="0" w:line="240" w:lineRule="auto"/>
        <w:jc w:val="center"/>
      </w:pPr>
      <w:r w:rsidRPr="00371F72">
        <w:rPr>
          <w:rFonts w:ascii="Times New Roman" w:eastAsia="Times New Roman" w:hAnsi="Times New Roman"/>
          <w:b/>
          <w:sz w:val="26"/>
        </w:rPr>
        <w:t>CHỦ ĐỀ 10: CỘNG, TRỪ, NHÂN, CHIA TRONG PHẠM VI 10 000</w:t>
      </w:r>
    </w:p>
    <w:p w:rsidR="00627713" w:rsidRPr="00371F72" w:rsidRDefault="00F16FFC" w:rsidP="00371F72">
      <w:pPr>
        <w:spacing w:after="0" w:line="240" w:lineRule="auto"/>
        <w:jc w:val="center"/>
      </w:pPr>
      <w:r w:rsidRPr="00371F72">
        <w:rPr>
          <w:rFonts w:ascii="Times New Roman" w:eastAsia="Times New Roman" w:hAnsi="Times New Roman"/>
          <w:b/>
          <w:sz w:val="26"/>
        </w:rPr>
        <w:t>Bài 57: CHIA SỐ CÓ BỐN CHỮ SỐ CHO SỐ CÓ MỘT CHỮ SỐ (Tiết 2) - Trang 49, 50</w:t>
      </w:r>
    </w:p>
    <w:p w:rsidR="00627713" w:rsidRPr="00371F72" w:rsidRDefault="00F16FFC" w:rsidP="00371F72">
      <w:pPr>
        <w:spacing w:after="0" w:line="240" w:lineRule="auto"/>
      </w:pPr>
      <w:r w:rsidRPr="00371F72">
        <w:rPr>
          <w:rFonts w:ascii="Times New Roman" w:eastAsia="Times New Roman" w:hAnsi="Times New Roman"/>
          <w:b/>
          <w:sz w:val="26"/>
        </w:rPr>
        <w:t>I. YÊU CẦU CẦN ĐẠT:</w:t>
      </w:r>
    </w:p>
    <w:p w:rsidR="00627713" w:rsidRPr="00371F72" w:rsidRDefault="00F16FFC" w:rsidP="00371F72">
      <w:pPr>
        <w:spacing w:after="0" w:line="240" w:lineRule="auto"/>
      </w:pPr>
      <w:r w:rsidRPr="00371F72">
        <w:rPr>
          <w:rFonts w:ascii="Times New Roman" w:eastAsia="Times New Roman" w:hAnsi="Times New Roman"/>
          <w:b/>
          <w:sz w:val="26"/>
        </w:rPr>
        <w:t>1. Năng lực đặc thù:</w:t>
      </w:r>
    </w:p>
    <w:p w:rsidR="00627713" w:rsidRPr="00371F72" w:rsidRDefault="00F16FFC" w:rsidP="00371F72">
      <w:pPr>
        <w:spacing w:after="0" w:line="240" w:lineRule="auto"/>
      </w:pPr>
      <w:r w:rsidRPr="00371F72">
        <w:rPr>
          <w:rFonts w:ascii="Times New Roman" w:eastAsia="Times New Roman" w:hAnsi="Times New Roman"/>
          <w:sz w:val="26"/>
        </w:rPr>
        <w:t>- Biết thực hiện phép chia số có bốn chữ số cho số có một chữ số trong trường hợp có dư.</w:t>
      </w:r>
    </w:p>
    <w:p w:rsidR="00627713" w:rsidRPr="00371F72" w:rsidRDefault="00F16FFC" w:rsidP="00371F72">
      <w:pPr>
        <w:spacing w:after="0" w:line="240" w:lineRule="auto"/>
      </w:pPr>
      <w:r w:rsidRPr="00371F72">
        <w:rPr>
          <w:rFonts w:ascii="Times New Roman" w:eastAsia="Times New Roman" w:hAnsi="Times New Roman"/>
          <w:sz w:val="26"/>
        </w:rPr>
        <w:t>- Xác định đúng số bị chia, số chia, thương và số dư trong phép chia.</w:t>
      </w:r>
    </w:p>
    <w:p w:rsidR="00627713" w:rsidRPr="00371F72" w:rsidRDefault="00F16FFC" w:rsidP="00371F72">
      <w:pPr>
        <w:spacing w:after="0" w:line="240" w:lineRule="auto"/>
      </w:pPr>
      <w:r w:rsidRPr="00371F72">
        <w:rPr>
          <w:rFonts w:ascii="Times New Roman" w:eastAsia="Times New Roman" w:hAnsi="Times New Roman"/>
          <w:sz w:val="26"/>
        </w:rPr>
        <w:t>- Giải được bài toán thực tế về chia theo nhóm và tình huống giảm đi một số lần.</w:t>
      </w:r>
    </w:p>
    <w:p w:rsidR="00627713" w:rsidRPr="00371F72" w:rsidRDefault="00F16FFC" w:rsidP="00371F72">
      <w:pPr>
        <w:spacing w:after="0" w:line="240" w:lineRule="auto"/>
      </w:pPr>
      <w:r w:rsidRPr="00371F72">
        <w:rPr>
          <w:rFonts w:ascii="Times New Roman" w:eastAsia="Times New Roman" w:hAnsi="Times New Roman"/>
          <w:sz w:val="26"/>
        </w:rPr>
        <w:t>- Biết kiểm tra điều kiện số dư bé hơn số chia.</w:t>
      </w:r>
    </w:p>
    <w:p w:rsidR="00627713" w:rsidRPr="00371F72" w:rsidRDefault="00F16FFC" w:rsidP="00371F72">
      <w:pPr>
        <w:spacing w:after="0" w:line="240" w:lineRule="auto"/>
      </w:pPr>
      <w:r w:rsidRPr="00371F72">
        <w:rPr>
          <w:rFonts w:ascii="Times New Roman" w:eastAsia="Times New Roman" w:hAnsi="Times New Roman"/>
          <w:b/>
          <w:sz w:val="26"/>
        </w:rPr>
        <w:t>2. Năng lực chung:</w:t>
      </w:r>
    </w:p>
    <w:p w:rsidR="00627713" w:rsidRPr="00371F72" w:rsidRDefault="00F16FFC" w:rsidP="00371F72">
      <w:pPr>
        <w:spacing w:after="0" w:line="240" w:lineRule="auto"/>
      </w:pPr>
      <w:r w:rsidRPr="00371F72">
        <w:rPr>
          <w:rFonts w:ascii="Times New Roman" w:eastAsia="Times New Roman" w:hAnsi="Times New Roman"/>
          <w:sz w:val="26"/>
        </w:rPr>
        <w:t>- Tự chủ, tự học: tự thực hiện phép chia từng lượt và kiểm tra số dư.</w:t>
      </w:r>
    </w:p>
    <w:p w:rsidR="00627713" w:rsidRPr="00371F72" w:rsidRDefault="00F16FFC" w:rsidP="00371F72">
      <w:pPr>
        <w:spacing w:after="0" w:line="240" w:lineRule="auto"/>
      </w:pPr>
      <w:r w:rsidRPr="00371F72">
        <w:rPr>
          <w:rFonts w:ascii="Times New Roman" w:eastAsia="Times New Roman" w:hAnsi="Times New Roman"/>
          <w:sz w:val="26"/>
        </w:rPr>
        <w:t>- Giao tiếp và hợp tác: trao đổi nhóm 2 khi đọc bảng phép chia và giải toán có lời văn.</w:t>
      </w:r>
    </w:p>
    <w:p w:rsidR="00627713" w:rsidRPr="00371F72" w:rsidRDefault="00F16FFC" w:rsidP="00371F72">
      <w:pPr>
        <w:spacing w:after="0" w:line="240" w:lineRule="auto"/>
      </w:pPr>
      <w:r w:rsidRPr="00371F72">
        <w:rPr>
          <w:rFonts w:ascii="Times New Roman" w:eastAsia="Times New Roman" w:hAnsi="Times New Roman"/>
          <w:sz w:val="26"/>
        </w:rPr>
        <w:t>- Giải quyết vấn đề và sáng tạo: vận dụng phép chia có dư vào tình huống chia nhóm thực tế.</w:t>
      </w:r>
    </w:p>
    <w:p w:rsidR="00627713" w:rsidRPr="00371F72" w:rsidRDefault="00F16FFC" w:rsidP="00371F72">
      <w:pPr>
        <w:spacing w:after="0" w:line="240" w:lineRule="auto"/>
      </w:pPr>
      <w:r w:rsidRPr="00371F72">
        <w:rPr>
          <w:rFonts w:ascii="Times New Roman" w:eastAsia="Times New Roman" w:hAnsi="Times New Roman"/>
          <w:b/>
          <w:sz w:val="26"/>
        </w:rPr>
        <w:t>3. Phẩm chất:</w:t>
      </w:r>
    </w:p>
    <w:p w:rsidR="00627713" w:rsidRPr="00371F72" w:rsidRDefault="00F16FFC" w:rsidP="00371F72">
      <w:pPr>
        <w:spacing w:after="0" w:line="240" w:lineRule="auto"/>
      </w:pPr>
      <w:r w:rsidRPr="00371F72">
        <w:rPr>
          <w:rFonts w:ascii="Times New Roman" w:eastAsia="Times New Roman" w:hAnsi="Times New Roman"/>
          <w:sz w:val="26"/>
        </w:rPr>
        <w:t>- Chăm chỉ: luyện chia từng bước cẩn thận.</w:t>
      </w:r>
    </w:p>
    <w:p w:rsidR="00627713" w:rsidRPr="00371F72" w:rsidRDefault="00F16FFC" w:rsidP="00371F72">
      <w:pPr>
        <w:spacing w:after="0" w:line="240" w:lineRule="auto"/>
      </w:pPr>
      <w:r w:rsidRPr="00371F72">
        <w:rPr>
          <w:rFonts w:ascii="Times New Roman" w:eastAsia="Times New Roman" w:hAnsi="Times New Roman"/>
          <w:sz w:val="26"/>
        </w:rPr>
        <w:t>- Trung thực: nêu đúng thương, số dư, không bỏ qua bước kiểm tra.</w:t>
      </w:r>
    </w:p>
    <w:p w:rsidR="00627713" w:rsidRPr="00371F72" w:rsidRDefault="00F16FFC" w:rsidP="00371F72">
      <w:pPr>
        <w:spacing w:after="0" w:line="240" w:lineRule="auto"/>
      </w:pPr>
      <w:r w:rsidRPr="00371F72">
        <w:rPr>
          <w:rFonts w:ascii="Times New Roman" w:eastAsia="Times New Roman" w:hAnsi="Times New Roman"/>
          <w:sz w:val="26"/>
        </w:rPr>
        <w:t>- Trách nhiệm: hoàn thành bài tập cá nhân và sửa lỗi khi được góp ý.</w:t>
      </w:r>
    </w:p>
    <w:p w:rsidR="00627713" w:rsidRPr="00371F72" w:rsidRDefault="00F16FFC" w:rsidP="00371F72">
      <w:pPr>
        <w:spacing w:after="0" w:line="240" w:lineRule="auto"/>
      </w:pPr>
      <w:r w:rsidRPr="00371F72">
        <w:rPr>
          <w:rFonts w:ascii="Times New Roman" w:eastAsia="Times New Roman" w:hAnsi="Times New Roman"/>
          <w:b/>
          <w:sz w:val="26"/>
        </w:rPr>
        <w:t>4. Tích hợp:</w:t>
      </w:r>
    </w:p>
    <w:p w:rsidR="00627713" w:rsidRPr="00371F72" w:rsidRDefault="00F16FFC" w:rsidP="00371F72">
      <w:pPr>
        <w:spacing w:after="0" w:line="240" w:lineRule="auto"/>
      </w:pPr>
      <w:r w:rsidRPr="00371F72">
        <w:rPr>
          <w:rFonts w:ascii="Times New Roman" w:eastAsia="Times New Roman" w:hAnsi="Times New Roman"/>
          <w:sz w:val="26"/>
        </w:rPr>
        <w:t>- Tích hợp QPAN: Qua bài toán về đội quân của tướng Cao Lỗ và thành lũy trong SGK, HS thêm tự hào về truyền thống dựng nước, giữ nước, biết trân trọng di tích lịch sử và công lao của cha ông trong bảo vệ đất nước.</w:t>
      </w:r>
    </w:p>
    <w:p w:rsidR="00627713" w:rsidRPr="00371F72" w:rsidRDefault="00F16FFC" w:rsidP="00371F72">
      <w:pPr>
        <w:spacing w:after="0" w:line="240" w:lineRule="auto"/>
      </w:pPr>
      <w:r w:rsidRPr="00371F72">
        <w:rPr>
          <w:rFonts w:ascii="Times New Roman" w:eastAsia="Times New Roman" w:hAnsi="Times New Roman"/>
          <w:b/>
          <w:sz w:val="26"/>
        </w:rPr>
        <w:t>II. ĐỒ DÙNG DẠY HỌC</w:t>
      </w:r>
    </w:p>
    <w:p w:rsidR="00627713" w:rsidRPr="00371F72" w:rsidRDefault="00F16FFC" w:rsidP="00371F72">
      <w:pPr>
        <w:spacing w:after="0" w:line="240" w:lineRule="auto"/>
      </w:pPr>
      <w:r w:rsidRPr="00371F72">
        <w:rPr>
          <w:rFonts w:ascii="Times New Roman" w:eastAsia="Times New Roman" w:hAnsi="Times New Roman"/>
          <w:sz w:val="26"/>
        </w:rPr>
        <w:t>- Kế hoạch bài dạy, SGK Toán 3 tập hai, bài giảng PowerPoint.</w:t>
      </w:r>
    </w:p>
    <w:p w:rsidR="00627713" w:rsidRPr="00371F72" w:rsidRDefault="00F16FFC" w:rsidP="00371F72">
      <w:pPr>
        <w:spacing w:after="0" w:line="240" w:lineRule="auto"/>
      </w:pPr>
      <w:r w:rsidRPr="00371F72">
        <w:rPr>
          <w:rFonts w:ascii="Times New Roman" w:eastAsia="Times New Roman" w:hAnsi="Times New Roman"/>
          <w:sz w:val="26"/>
        </w:rPr>
        <w:t>- Bảng con, phiếu ghi từng bước chia, hình cắt từ SGK trang 49, 50.</w:t>
      </w:r>
    </w:p>
    <w:p w:rsidR="00627713" w:rsidRPr="00371F72" w:rsidRDefault="00F16FFC" w:rsidP="00371F72">
      <w:pPr>
        <w:spacing w:after="0" w:line="240" w:lineRule="auto"/>
      </w:pPr>
      <w:r w:rsidRPr="00371F72">
        <w:rPr>
          <w:rFonts w:ascii="Times New Roman" w:eastAsia="Times New Roman" w:hAnsi="Times New Roman"/>
          <w:b/>
          <w:sz w:val="26"/>
        </w:rPr>
        <w:t>III. HOẠT ĐỘNG DẠY HỌC</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40"/>
        <w:gridCol w:w="5040"/>
      </w:tblGrid>
      <w:tr w:rsidR="00371F72" w:rsidRPr="00371F72" w:rsidTr="00371F72">
        <w:trPr>
          <w:jc w:val="center"/>
        </w:trPr>
        <w:tc>
          <w:tcPr>
            <w:tcW w:w="5040" w:type="dxa"/>
            <w:tcBorders>
              <w:bottom w:val="single" w:sz="4" w:space="0" w:color="auto"/>
            </w:tcBorders>
            <w:shd w:val="clear" w:color="auto" w:fill="auto"/>
          </w:tcPr>
          <w:p w:rsidR="00627713" w:rsidRPr="00371F72" w:rsidRDefault="00F16FFC" w:rsidP="00371F72">
            <w:pPr>
              <w:spacing w:after="0" w:line="240" w:lineRule="auto"/>
              <w:jc w:val="center"/>
            </w:pPr>
            <w:r w:rsidRPr="00371F72">
              <w:rPr>
                <w:rFonts w:ascii="Times New Roman" w:eastAsia="Times New Roman" w:hAnsi="Times New Roman"/>
                <w:b/>
                <w:sz w:val="26"/>
              </w:rPr>
              <w:t>Hoạt động của giáo viên</w:t>
            </w:r>
          </w:p>
        </w:tc>
        <w:tc>
          <w:tcPr>
            <w:tcW w:w="5040" w:type="dxa"/>
            <w:tcBorders>
              <w:bottom w:val="single" w:sz="4" w:space="0" w:color="auto"/>
            </w:tcBorders>
            <w:shd w:val="clear" w:color="auto" w:fill="auto"/>
          </w:tcPr>
          <w:p w:rsidR="00627713" w:rsidRPr="00371F72" w:rsidRDefault="00F16FFC" w:rsidP="00371F72">
            <w:pPr>
              <w:spacing w:after="0" w:line="240" w:lineRule="auto"/>
              <w:jc w:val="center"/>
            </w:pPr>
            <w:r w:rsidRPr="00371F72">
              <w:rPr>
                <w:rFonts w:ascii="Times New Roman" w:eastAsia="Times New Roman" w:hAnsi="Times New Roman"/>
                <w:b/>
                <w:sz w:val="26"/>
              </w:rPr>
              <w:t>Hoạt động của học sinh</w:t>
            </w:r>
          </w:p>
        </w:tc>
      </w:tr>
      <w:tr w:rsidR="00371F72" w:rsidRPr="00371F72" w:rsidTr="00371F72">
        <w:trPr>
          <w:jc w:val="center"/>
        </w:trPr>
        <w:tc>
          <w:tcPr>
            <w:tcW w:w="10080" w:type="dxa"/>
            <w:gridSpan w:val="2"/>
            <w:tcBorders>
              <w:top w:val="single" w:sz="4" w:space="0" w:color="auto"/>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1. Khởi động (5 phút):</w:t>
            </w:r>
          </w:p>
          <w:p w:rsidR="00627713" w:rsidRPr="00371F72" w:rsidRDefault="00F16FFC" w:rsidP="00371F72">
            <w:pPr>
              <w:spacing w:after="0" w:line="240" w:lineRule="auto"/>
            </w:pPr>
            <w:r w:rsidRPr="00371F72">
              <w:rPr>
                <w:rFonts w:ascii="Times New Roman" w:eastAsia="Times New Roman" w:hAnsi="Times New Roman"/>
                <w:sz w:val="26"/>
              </w:rPr>
              <w:t>- Mục tiêu: Ôn phép chia đã học và gợi mở phép chia có dư.</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371F72">
        <w:trPr>
          <w:jc w:val="center"/>
        </w:trPr>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tổ chức trò chơi “Chia nhanh” với các phép chia hết đơn giản.</w:t>
            </w:r>
          </w:p>
        </w:tc>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tham gia trò chơi, trả lời nhanh kết quả phép chia.</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nêu phép tính 6 408 : 2 và yêu cầu HS nêu kết quả.</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6 408 : 2 = 3 204.</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Khi chia, nếu sau lượt chia cuối còn thừa, em gọi số còn thừa đó là gì?</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Số còn thừa gọi là số dư.</w:t>
            </w:r>
          </w:p>
        </w:tc>
      </w:tr>
      <w:tr w:rsidR="00371F72" w:rsidRPr="00371F72" w:rsidTr="00371F72">
        <w:trPr>
          <w:jc w:val="center"/>
        </w:trPr>
        <w:tc>
          <w:tcPr>
            <w:tcW w:w="5040" w:type="dxa"/>
            <w:tcBorders>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dẫn dắt vào bài chia số có bốn chữ số cho số có một chữ số có dư.</w:t>
            </w:r>
          </w:p>
        </w:tc>
        <w:tc>
          <w:tcPr>
            <w:tcW w:w="5040" w:type="dxa"/>
            <w:tcBorders>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 và ghi tên bài vào vở.</w:t>
            </w:r>
          </w:p>
        </w:tc>
      </w:tr>
      <w:tr w:rsidR="00371F72" w:rsidRPr="00371F72" w:rsidTr="00371F72">
        <w:trPr>
          <w:jc w:val="center"/>
        </w:trPr>
        <w:tc>
          <w:tcPr>
            <w:tcW w:w="10080" w:type="dxa"/>
            <w:gridSpan w:val="2"/>
            <w:tcBorders>
              <w:top w:val="single" w:sz="4" w:space="0" w:color="auto"/>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2. Khám phá (12 phút):</w:t>
            </w:r>
          </w:p>
          <w:p w:rsidR="00627713" w:rsidRPr="00371F72" w:rsidRDefault="00F16FFC" w:rsidP="00371F72">
            <w:pPr>
              <w:spacing w:after="0" w:line="240" w:lineRule="auto"/>
            </w:pPr>
            <w:r w:rsidRPr="00371F72">
              <w:rPr>
                <w:rFonts w:ascii="Times New Roman" w:eastAsia="Times New Roman" w:hAnsi="Times New Roman"/>
                <w:sz w:val="26"/>
              </w:rPr>
              <w:t>- Mục tiêu: Biết cách thực hiện phép chia có dư và đọc đúng thương, số dư.</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371F72">
        <w:trPr>
          <w:jc w:val="center"/>
        </w:trPr>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Khám phá. Phép chia có dư 9 365 : 3 và 2 249 : 4. (Làm việc cá nhân, cả lớp)</w:t>
            </w:r>
          </w:p>
          <w:p w:rsidR="00627713" w:rsidRPr="00371F72" w:rsidRDefault="00F16FFC" w:rsidP="00371F72">
            <w:pPr>
              <w:spacing w:after="0" w:line="240" w:lineRule="auto"/>
            </w:pPr>
            <w:r w:rsidRPr="00371F72">
              <w:rPr>
                <w:rFonts w:ascii="Times New Roman" w:eastAsia="Times New Roman" w:hAnsi="Times New Roman"/>
                <w:sz w:val="26"/>
              </w:rPr>
              <w:t>- HS quan sát hình trong SGK.</w:t>
            </w:r>
          </w:p>
        </w:tc>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tranh khám phá.</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xml:space="preserve">- GV cho HS đọc thầm cá nhân tình huống phú ông đổi gà lấy thóc, sau đó 1 HS đọc to </w:t>
            </w:r>
            <w:r w:rsidRPr="00371F72">
              <w:rPr>
                <w:rFonts w:ascii="Times New Roman" w:eastAsia="Times New Roman" w:hAnsi="Times New Roman"/>
                <w:sz w:val="26"/>
              </w:rPr>
              <w:lastRenderedPageBreak/>
              <w:t>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HS đọc tình huống: Phú ông có 9 365 con gà, cứ 3 con đổi được 1 thúng thóc.</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GV cho HS làm bảng con: viết phép chia 9 365 : 3 và quan sát cách chia trong SGK.</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viết phép chia vào bảng con, quan sát từng lượt chia.</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hướng dẫn HS chia từng lượt và nhấn mạnh lượt cuối còn dư 2.</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nêu: 9 365 : 3 = 3 121 dư 2.</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Trong phép chia 9 365 : 3, số bị chia, số chia, thương và số dư là gì?</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Số bị chia là 9 365, số chia là 3, thương là 3 121, số dư là 2.</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quan sát phép chia 2 249 : 4 và yêu cầu HS nêu kết quả.</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2 249 : 4 = 562 dư 1.</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Số dư trong phép chia có dư phải như thế nào so với số chia?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Số dư phải bé hơn số chia.</w:t>
            </w:r>
          </w:p>
        </w:tc>
      </w:tr>
      <w:tr w:rsidR="00371F72" w:rsidRPr="00371F72" w:rsidTr="00371F72">
        <w:trPr>
          <w:jc w:val="center"/>
        </w:trPr>
        <w:tc>
          <w:tcPr>
            <w:tcW w:w="5040" w:type="dxa"/>
            <w:tcBorders>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Khi chia có dư, cần ghi thương, số dư và kiểm tra số dư bé hơn số chia.</w:t>
            </w:r>
          </w:p>
        </w:tc>
        <w:tc>
          <w:tcPr>
            <w:tcW w:w="5040" w:type="dxa"/>
            <w:tcBorders>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 và ghi nhớ.</w:t>
            </w:r>
          </w:p>
        </w:tc>
      </w:tr>
      <w:tr w:rsidR="00371F72" w:rsidRPr="00371F72" w:rsidTr="00371F72">
        <w:trPr>
          <w:jc w:val="center"/>
        </w:trPr>
        <w:tc>
          <w:tcPr>
            <w:tcW w:w="10080" w:type="dxa"/>
            <w:gridSpan w:val="2"/>
            <w:tcBorders>
              <w:top w:val="single" w:sz="4" w:space="0" w:color="auto"/>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3. Hoạt động (13 phút):</w:t>
            </w:r>
          </w:p>
          <w:p w:rsidR="00627713" w:rsidRPr="00371F72" w:rsidRDefault="00F16FFC" w:rsidP="00371F72">
            <w:pPr>
              <w:spacing w:after="0" w:line="240" w:lineRule="auto"/>
            </w:pPr>
            <w:r w:rsidRPr="00371F72">
              <w:rPr>
                <w:rFonts w:ascii="Times New Roman" w:eastAsia="Times New Roman" w:hAnsi="Times New Roman"/>
                <w:sz w:val="26"/>
              </w:rPr>
              <w:t>- Mục tiêu: Thực hành chia có dư, điền bảng và giải bài toán thực tế.</w:t>
            </w:r>
          </w:p>
          <w:p w:rsidR="00627713" w:rsidRPr="00371F72" w:rsidRDefault="00F16FFC" w:rsidP="00371F72">
            <w:pPr>
              <w:spacing w:after="0" w:line="240" w:lineRule="auto"/>
            </w:pPr>
            <w:r w:rsidRPr="00371F72">
              <w:rPr>
                <w:rFonts w:ascii="Times New Roman" w:eastAsia="Times New Roman" w:hAnsi="Times New Roman"/>
                <w:sz w:val="26"/>
              </w:rPr>
              <w:t>- Mục tiêu tích hợp QPAN: HS tự hào về truyền thống dựng nước, giữ nước qua tình huống đội quân của tướng Cao Lỗ; biết trân trọng di tích, thành lũy và công lao bảo vệ đất nước của cha ông.</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371F72">
        <w:trPr>
          <w:jc w:val="center"/>
        </w:trPr>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1. Tính và hoàn thành bảng.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1.</w:t>
            </w:r>
          </w:p>
          <w:p w:rsidR="00627713" w:rsidRPr="00371F72" w:rsidRDefault="00627713" w:rsidP="00371F72">
            <w:pPr>
              <w:spacing w:after="0" w:line="240" w:lineRule="auto"/>
            </w:pPr>
          </w:p>
        </w:tc>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hai phép chia và bảng.</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cá nhân yêu cầu Bài 1,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Tính; Số?</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làm cá nhân vào vở phép chia 6 729 : 6.</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6 729 : 6 = 1 121 dư 3.</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làm cá nhân vào vở phép chia 4 163 : 8.</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4 163 : 8 = 520 dư 3.</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gọi HS nêu số bị chia, số chia, thương, số dư của từng phép chia.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nêu: 6 729, 6, 1 121, 3; 4 163, 8, 520, 3.</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Trong bảng phép chia, cần điền đúng tên gọi từng thành phần và nhớ số dư bé hơn số chia.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 và sửa bài nếu cần.</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2. Bài toán đội quân của tướng Cao Lỗ. (Làm việc nhóm 2)</w:t>
            </w:r>
          </w:p>
          <w:p w:rsidR="00627713" w:rsidRPr="00371F72" w:rsidRDefault="00F16FFC" w:rsidP="00371F72">
            <w:pPr>
              <w:spacing w:after="0" w:line="240" w:lineRule="auto"/>
            </w:pPr>
            <w:r w:rsidRPr="00371F72">
              <w:rPr>
                <w:rFonts w:ascii="Times New Roman" w:eastAsia="Times New Roman" w:hAnsi="Times New Roman"/>
                <w:sz w:val="26"/>
              </w:rPr>
              <w:t>- HS quan sát Bài 2.</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bài toán và quan sát tranh thành lũy.</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Đội quân của tướng Cao Lỗ có 6 308 người, chia thành nhóm nhỏ, mỗi nhóm 7 người.</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xml:space="preserve">- Tích hợp QPAN: GV khai thác đúng tình huống Bài 2 về đội quân của tướng Cao Lỗ và thành lũy. GV hỏi: “Qua bài toán này, em biết thêm điều gì về việc cha ông ta tổ chức quân đội, xây thành lũy để bảo vệ đất nước?” GV </w:t>
            </w:r>
            <w:r w:rsidRPr="00371F72">
              <w:rPr>
                <w:rFonts w:ascii="Times New Roman" w:eastAsia="Times New Roman" w:hAnsi="Times New Roman"/>
                <w:sz w:val="26"/>
              </w:rPr>
              <w:lastRenderedPageBreak/>
              <w:t>diễn giải: Tướng Cao Lỗ gắn với truyền thống dựng nước, giữ nước; thành lũy, quân đội thời xưa thể hiện tinh thần bảo vệ quê hương. Khi học bài toán chia đội quân thành các nhóm, HS vừa luyện phép chia có dư, vừa biết tự hào, trân trọng di tích lịch sử và công lao của cha ông.</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HS trả lời: Em tự hào về truyền thống dựng nước, giữ nước; em cần trân trọng di tích lịch sử, biết ơn những người đã góp công bảo vệ đất nước và chăm học để xây dựng quê hương.</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GV hỏi: Bài toán cho biết gì và hỏi gì?</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Có 6 308 người, mỗi nhóm 7 người; hỏi chia được bao nhiêu nhóm và còn dư mấy người.</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làm nhóm 2, thảo luận phép chia cần thực hiện.</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thảo luận và nêu phép chia 6 308 : 7.</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trình bày bài giải vào vở.</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trình bày: 6 308 : 7 = 901 dư 1. Vậy chia được 901 nhóm và dư 1 người.</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Bài toán chia theo nhóm thực tế có thể là phép chia có dư.</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3. Bài toán tuổi thọ ve sầu và đường đi.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3.</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đề bài và mê cung.</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cá nhân đề bài,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Kiến chúa có tuổi thọ 9 490 ngày, gấp đôi tuổi thọ của ve sầu.</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Muốn biết ve sầu có tuổi thọ bao nhiêu ngày, ta làm phép tính gì?</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Lấy 9 490 : 2.</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làm cá nhân vào vở câu 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9 490 : 2 = 4 745 ngày.</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hướng dẫn HS quan sát mê cung câu b, dùng bút chì tìm đường đi không gặp chim.</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tìm đường đi cho ve sầu chui lên mặt đất mà không gặp chim.</w:t>
            </w:r>
          </w:p>
        </w:tc>
      </w:tr>
      <w:tr w:rsidR="00371F72" w:rsidRPr="00371F72" w:rsidTr="00371F72">
        <w:trPr>
          <w:jc w:val="center"/>
        </w:trPr>
        <w:tc>
          <w:tcPr>
            <w:tcW w:w="5040" w:type="dxa"/>
            <w:tcBorders>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“Gấp đôi” liên quan đến phép nhân, còn tìm một phần khi biết gấp đôi thì dùng phép chia.</w:t>
            </w:r>
          </w:p>
        </w:tc>
        <w:tc>
          <w:tcPr>
            <w:tcW w:w="5040" w:type="dxa"/>
            <w:tcBorders>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371F72">
        <w:trPr>
          <w:jc w:val="center"/>
        </w:trPr>
        <w:tc>
          <w:tcPr>
            <w:tcW w:w="10080" w:type="dxa"/>
            <w:gridSpan w:val="2"/>
            <w:tcBorders>
              <w:top w:val="single" w:sz="4" w:space="0" w:color="auto"/>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4. Vận dụng - Trải nghiệm (5 phút):</w:t>
            </w:r>
          </w:p>
          <w:p w:rsidR="00627713" w:rsidRPr="00371F72" w:rsidRDefault="00F16FFC" w:rsidP="00371F72">
            <w:pPr>
              <w:spacing w:after="0" w:line="240" w:lineRule="auto"/>
            </w:pPr>
            <w:r w:rsidRPr="00371F72">
              <w:rPr>
                <w:rFonts w:ascii="Times New Roman" w:eastAsia="Times New Roman" w:hAnsi="Times New Roman"/>
                <w:sz w:val="26"/>
              </w:rPr>
              <w:t>- Mục tiêu: Củng cố phép chia có dư, liên hệ thực tế, nhận xét tiết học và dặn dò.</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371F72">
        <w:trPr>
          <w:jc w:val="center"/>
        </w:trPr>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Khi thực hiện phép chia có dư, em cần ghi những gì trong kết quả?</w:t>
            </w:r>
          </w:p>
        </w:tc>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cần ghi thương và số dư.</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Số dư phải như thế nào so với số chia?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Số dư phải bé hơn số chia.</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liên hệ: Khi chia 6 308 người thành các nhóm 7 người, vì sao còn dư 1 người?</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Vì 6 308 không chia hết cho 7; 7 x 901 = 6 307, còn dư 1.</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nhận xét tiết học, tuyên dương HS biết chia có dư và kiểm tra số dư.</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 tự nhận xét điều mình cần luyện thêm.</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dặn dò HS về nhà luyện 2 phép chia có dư và chuẩn bị tiết luyện tập.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ghi nhớ nhiệm vụ về nhà.</w:t>
            </w:r>
          </w:p>
        </w:tc>
      </w:tr>
    </w:tbl>
    <w:p w:rsidR="00627713" w:rsidRPr="00371F72" w:rsidRDefault="00F16FFC" w:rsidP="00371F72">
      <w:pPr>
        <w:spacing w:after="0" w:line="240" w:lineRule="auto"/>
      </w:pPr>
      <w:r w:rsidRPr="00371F72">
        <w:rPr>
          <w:rFonts w:ascii="Times New Roman" w:eastAsia="Times New Roman" w:hAnsi="Times New Roman"/>
          <w:b/>
          <w:sz w:val="26"/>
        </w:rPr>
        <w:t>IV. ĐIỀU CHỈNH SAU BÀI DẠY:</w:t>
      </w:r>
    </w:p>
    <w:p w:rsidR="00627713" w:rsidRPr="00371F72" w:rsidRDefault="00F16FFC" w:rsidP="00371F72">
      <w:pPr>
        <w:spacing w:after="0" w:line="240" w:lineRule="auto"/>
      </w:pPr>
      <w:r w:rsidRPr="00371F72">
        <w:rPr>
          <w:rFonts w:ascii="Times New Roman" w:eastAsia="Times New Roman" w:hAnsi="Times New Roman"/>
          <w:sz w:val="26"/>
        </w:rPr>
        <w:t>.......................................................................................................................................</w:t>
      </w:r>
    </w:p>
    <w:p w:rsidR="00627713" w:rsidRPr="00371F72" w:rsidRDefault="00F16FFC" w:rsidP="00371F72">
      <w:pPr>
        <w:spacing w:after="0" w:line="240" w:lineRule="auto"/>
      </w:pPr>
      <w:r w:rsidRPr="00371F72">
        <w:rPr>
          <w:rFonts w:ascii="Times New Roman" w:eastAsia="Times New Roman" w:hAnsi="Times New Roman"/>
          <w:sz w:val="26"/>
        </w:rPr>
        <w:t>.......................................................................................................................................</w:t>
      </w:r>
    </w:p>
    <w:p w:rsidR="00627713" w:rsidRPr="00371F72" w:rsidRDefault="00F16FFC" w:rsidP="00371F72">
      <w:pPr>
        <w:spacing w:after="0" w:line="240" w:lineRule="auto"/>
      </w:pPr>
      <w:r w:rsidRPr="00371F72">
        <w:rPr>
          <w:rFonts w:ascii="Times New Roman" w:eastAsia="Times New Roman" w:hAnsi="Times New Roman"/>
          <w:sz w:val="26"/>
        </w:rPr>
        <w:br w:type="page"/>
      </w:r>
    </w:p>
    <w:p w:rsidR="00627713" w:rsidRPr="00371F72" w:rsidRDefault="00F16FFC" w:rsidP="00371F72">
      <w:pPr>
        <w:spacing w:after="0" w:line="240" w:lineRule="auto"/>
        <w:jc w:val="center"/>
      </w:pPr>
      <w:r w:rsidRPr="00371F72">
        <w:rPr>
          <w:rFonts w:ascii="Times New Roman" w:eastAsia="Times New Roman" w:hAnsi="Times New Roman"/>
          <w:b/>
          <w:sz w:val="28"/>
        </w:rPr>
        <w:lastRenderedPageBreak/>
        <w:t>TUẦN 25</w:t>
      </w:r>
    </w:p>
    <w:p w:rsidR="00627713" w:rsidRPr="00371F72" w:rsidRDefault="00F16FFC" w:rsidP="00371F72">
      <w:pPr>
        <w:spacing w:after="0" w:line="240" w:lineRule="auto"/>
        <w:jc w:val="center"/>
      </w:pPr>
      <w:r w:rsidRPr="00371F72">
        <w:rPr>
          <w:rFonts w:ascii="Times New Roman" w:eastAsia="Times New Roman" w:hAnsi="Times New Roman"/>
          <w:b/>
          <w:sz w:val="28"/>
        </w:rPr>
        <w:t>KẾ HOẠCH BÀI DẠY MÔN TOÁN 3</w:t>
      </w:r>
    </w:p>
    <w:p w:rsidR="00627713" w:rsidRPr="00371F72" w:rsidRDefault="00F16FFC" w:rsidP="00371F72">
      <w:pPr>
        <w:spacing w:after="0" w:line="240" w:lineRule="auto"/>
        <w:jc w:val="center"/>
      </w:pPr>
      <w:r w:rsidRPr="00371F72">
        <w:rPr>
          <w:rFonts w:ascii="Times New Roman" w:eastAsia="Times New Roman" w:hAnsi="Times New Roman"/>
          <w:b/>
          <w:sz w:val="26"/>
        </w:rPr>
        <w:t>CHỦ ĐỀ 10: CỘNG, TRỪ, NHÂN, CHIA TRONG PHẠM VI 10 000</w:t>
      </w:r>
    </w:p>
    <w:p w:rsidR="00627713" w:rsidRPr="00371F72" w:rsidRDefault="00F16FFC" w:rsidP="00371F72">
      <w:pPr>
        <w:spacing w:after="0" w:line="240" w:lineRule="auto"/>
        <w:jc w:val="center"/>
      </w:pPr>
      <w:r w:rsidRPr="00371F72">
        <w:rPr>
          <w:rFonts w:ascii="Times New Roman" w:eastAsia="Times New Roman" w:hAnsi="Times New Roman"/>
          <w:b/>
          <w:sz w:val="26"/>
        </w:rPr>
        <w:t>Bài 57: CHIA SỐ CÓ BỐN CHỮ SỐ CHO SỐ CÓ MỘT CHỮ SỐ (Tiết 3) - Trang 51</w:t>
      </w:r>
    </w:p>
    <w:p w:rsidR="00627713" w:rsidRPr="00371F72" w:rsidRDefault="00F16FFC" w:rsidP="00371F72">
      <w:pPr>
        <w:spacing w:after="0" w:line="240" w:lineRule="auto"/>
      </w:pPr>
      <w:r w:rsidRPr="00371F72">
        <w:rPr>
          <w:rFonts w:ascii="Times New Roman" w:eastAsia="Times New Roman" w:hAnsi="Times New Roman"/>
          <w:b/>
          <w:sz w:val="26"/>
        </w:rPr>
        <w:t>I. YÊU CẦU CẦN ĐẠT:</w:t>
      </w:r>
    </w:p>
    <w:p w:rsidR="00627713" w:rsidRPr="00371F72" w:rsidRDefault="00F16FFC" w:rsidP="00371F72">
      <w:pPr>
        <w:spacing w:after="0" w:line="240" w:lineRule="auto"/>
      </w:pPr>
      <w:r w:rsidRPr="00371F72">
        <w:rPr>
          <w:rFonts w:ascii="Times New Roman" w:eastAsia="Times New Roman" w:hAnsi="Times New Roman"/>
          <w:b/>
          <w:sz w:val="26"/>
        </w:rPr>
        <w:t>1. Năng lực đặc thù:</w:t>
      </w:r>
    </w:p>
    <w:p w:rsidR="00627713" w:rsidRPr="00371F72" w:rsidRDefault="00F16FFC" w:rsidP="00371F72">
      <w:pPr>
        <w:spacing w:after="0" w:line="240" w:lineRule="auto"/>
      </w:pPr>
      <w:r w:rsidRPr="00371F72">
        <w:rPr>
          <w:rFonts w:ascii="Times New Roman" w:eastAsia="Times New Roman" w:hAnsi="Times New Roman"/>
          <w:sz w:val="26"/>
        </w:rPr>
        <w:t>- Củng cố chia số có bốn chữ số cho số có một chữ số, chia hết và chia có dư.</w:t>
      </w:r>
    </w:p>
    <w:p w:rsidR="00627713" w:rsidRPr="00371F72" w:rsidRDefault="00F16FFC" w:rsidP="00371F72">
      <w:pPr>
        <w:spacing w:after="0" w:line="240" w:lineRule="auto"/>
      </w:pPr>
      <w:r w:rsidRPr="00371F72">
        <w:rPr>
          <w:rFonts w:ascii="Times New Roman" w:eastAsia="Times New Roman" w:hAnsi="Times New Roman"/>
          <w:sz w:val="26"/>
        </w:rPr>
        <w:t>- Đặt tính rồi tính được các phép chia và tính nhẩm phép chia số tròn nghìn.</w:t>
      </w:r>
    </w:p>
    <w:p w:rsidR="00627713" w:rsidRPr="00371F72" w:rsidRDefault="00F16FFC" w:rsidP="00371F72">
      <w:pPr>
        <w:spacing w:after="0" w:line="240" w:lineRule="auto"/>
      </w:pPr>
      <w:r w:rsidRPr="00371F72">
        <w:rPr>
          <w:rFonts w:ascii="Times New Roman" w:eastAsia="Times New Roman" w:hAnsi="Times New Roman"/>
          <w:sz w:val="26"/>
        </w:rPr>
        <w:t>- So sánh được kết quả phép chia với số hoặc phép tính khác.</w:t>
      </w:r>
    </w:p>
    <w:p w:rsidR="00627713" w:rsidRPr="00371F72" w:rsidRDefault="00F16FFC" w:rsidP="00371F72">
      <w:pPr>
        <w:spacing w:after="0" w:line="240" w:lineRule="auto"/>
      </w:pPr>
      <w:r w:rsidRPr="00371F72">
        <w:rPr>
          <w:rFonts w:ascii="Times New Roman" w:eastAsia="Times New Roman" w:hAnsi="Times New Roman"/>
          <w:sz w:val="26"/>
        </w:rPr>
        <w:t>- Giải được bài toán thực tế liên quan đến quan hệ gấp một số lần.</w:t>
      </w:r>
    </w:p>
    <w:p w:rsidR="00627713" w:rsidRPr="00371F72" w:rsidRDefault="00F16FFC" w:rsidP="00371F72">
      <w:pPr>
        <w:spacing w:after="0" w:line="240" w:lineRule="auto"/>
      </w:pPr>
      <w:r w:rsidRPr="00371F72">
        <w:rPr>
          <w:rFonts w:ascii="Times New Roman" w:eastAsia="Times New Roman" w:hAnsi="Times New Roman"/>
          <w:b/>
          <w:sz w:val="26"/>
        </w:rPr>
        <w:t>2. Năng lực chung:</w:t>
      </w:r>
    </w:p>
    <w:p w:rsidR="00627713" w:rsidRPr="00371F72" w:rsidRDefault="00F16FFC" w:rsidP="00371F72">
      <w:pPr>
        <w:spacing w:after="0" w:line="240" w:lineRule="auto"/>
      </w:pPr>
      <w:r w:rsidRPr="00371F72">
        <w:rPr>
          <w:rFonts w:ascii="Times New Roman" w:eastAsia="Times New Roman" w:hAnsi="Times New Roman"/>
          <w:sz w:val="26"/>
        </w:rPr>
        <w:t>- Tự chủ, tự học: tự đặt tính, tính nhẩm và kiểm tra kết quả.</w:t>
      </w:r>
    </w:p>
    <w:p w:rsidR="00627713" w:rsidRPr="00371F72" w:rsidRDefault="00F16FFC" w:rsidP="00371F72">
      <w:pPr>
        <w:spacing w:after="0" w:line="240" w:lineRule="auto"/>
      </w:pPr>
      <w:r w:rsidRPr="00371F72">
        <w:rPr>
          <w:rFonts w:ascii="Times New Roman" w:eastAsia="Times New Roman" w:hAnsi="Times New Roman"/>
          <w:sz w:val="26"/>
        </w:rPr>
        <w:t>- Giao tiếp và hợp tác: trao đổi nhóm 2 khi so sánh kết quả phép chia.</w:t>
      </w:r>
    </w:p>
    <w:p w:rsidR="00627713" w:rsidRPr="00371F72" w:rsidRDefault="00F16FFC" w:rsidP="00371F72">
      <w:pPr>
        <w:spacing w:after="0" w:line="240" w:lineRule="auto"/>
      </w:pPr>
      <w:r w:rsidRPr="00371F72">
        <w:rPr>
          <w:rFonts w:ascii="Times New Roman" w:eastAsia="Times New Roman" w:hAnsi="Times New Roman"/>
          <w:sz w:val="26"/>
        </w:rPr>
        <w:t>- Giải quyết vấn đề và sáng tạo: vận dụng phép chia vào tình huống vệ tinh bay quanh thiên thể.</w:t>
      </w:r>
    </w:p>
    <w:p w:rsidR="00627713" w:rsidRPr="00371F72" w:rsidRDefault="00F16FFC" w:rsidP="00371F72">
      <w:pPr>
        <w:spacing w:after="0" w:line="240" w:lineRule="auto"/>
      </w:pPr>
      <w:r w:rsidRPr="00371F72">
        <w:rPr>
          <w:rFonts w:ascii="Times New Roman" w:eastAsia="Times New Roman" w:hAnsi="Times New Roman"/>
          <w:b/>
          <w:sz w:val="26"/>
        </w:rPr>
        <w:t>3. Phẩm chất:</w:t>
      </w:r>
    </w:p>
    <w:p w:rsidR="00627713" w:rsidRPr="00371F72" w:rsidRDefault="00F16FFC" w:rsidP="00371F72">
      <w:pPr>
        <w:spacing w:after="0" w:line="240" w:lineRule="auto"/>
      </w:pPr>
      <w:r w:rsidRPr="00371F72">
        <w:rPr>
          <w:rFonts w:ascii="Times New Roman" w:eastAsia="Times New Roman" w:hAnsi="Times New Roman"/>
          <w:sz w:val="26"/>
        </w:rPr>
        <w:t>- Chăm chỉ: tích cực luyện tập đầy đủ các bài.</w:t>
      </w:r>
    </w:p>
    <w:p w:rsidR="00627713" w:rsidRPr="00371F72" w:rsidRDefault="00F16FFC" w:rsidP="00371F72">
      <w:pPr>
        <w:spacing w:after="0" w:line="240" w:lineRule="auto"/>
      </w:pPr>
      <w:r w:rsidRPr="00371F72">
        <w:rPr>
          <w:rFonts w:ascii="Times New Roman" w:eastAsia="Times New Roman" w:hAnsi="Times New Roman"/>
          <w:sz w:val="26"/>
        </w:rPr>
        <w:t>- Trung thực: tự đối chiếu kết quả, sửa lỗi khi chia sai.</w:t>
      </w:r>
    </w:p>
    <w:p w:rsidR="00627713" w:rsidRPr="00371F72" w:rsidRDefault="00F16FFC" w:rsidP="00371F72">
      <w:pPr>
        <w:spacing w:after="0" w:line="240" w:lineRule="auto"/>
      </w:pPr>
      <w:r w:rsidRPr="00371F72">
        <w:rPr>
          <w:rFonts w:ascii="Times New Roman" w:eastAsia="Times New Roman" w:hAnsi="Times New Roman"/>
          <w:sz w:val="26"/>
        </w:rPr>
        <w:t>- Trách nhiệm: hoàn thành bài luyện tập, tự kiểm tra kết quả và sửa lỗi khi được góp ý.</w:t>
      </w:r>
    </w:p>
    <w:p w:rsidR="00627713" w:rsidRPr="00371F72" w:rsidRDefault="00F16FFC" w:rsidP="00371F72">
      <w:pPr>
        <w:spacing w:after="0" w:line="240" w:lineRule="auto"/>
      </w:pPr>
      <w:r w:rsidRPr="00371F72">
        <w:rPr>
          <w:rFonts w:ascii="Times New Roman" w:eastAsia="Times New Roman" w:hAnsi="Times New Roman"/>
          <w:b/>
          <w:sz w:val="26"/>
        </w:rPr>
        <w:t>II. ĐỒ DÙNG DẠY HỌC</w:t>
      </w:r>
    </w:p>
    <w:p w:rsidR="00627713" w:rsidRPr="00371F72" w:rsidRDefault="00F16FFC" w:rsidP="00371F72">
      <w:pPr>
        <w:spacing w:after="0" w:line="240" w:lineRule="auto"/>
      </w:pPr>
      <w:r w:rsidRPr="00371F72">
        <w:rPr>
          <w:rFonts w:ascii="Times New Roman" w:eastAsia="Times New Roman" w:hAnsi="Times New Roman"/>
          <w:sz w:val="26"/>
        </w:rPr>
        <w:t>- Kế hoạch bài dạy, SGK Toán 3 tập hai, bài giảng PowerPoint.</w:t>
      </w:r>
    </w:p>
    <w:p w:rsidR="00627713" w:rsidRPr="00371F72" w:rsidRDefault="00F16FFC" w:rsidP="00371F72">
      <w:pPr>
        <w:spacing w:after="0" w:line="240" w:lineRule="auto"/>
      </w:pPr>
      <w:r w:rsidRPr="00371F72">
        <w:rPr>
          <w:rFonts w:ascii="Times New Roman" w:eastAsia="Times New Roman" w:hAnsi="Times New Roman"/>
          <w:sz w:val="26"/>
        </w:rPr>
        <w:t>- Bảng con, phiếu luyện tập, hình cắt từ SGK trang 51.</w:t>
      </w:r>
    </w:p>
    <w:p w:rsidR="00627713" w:rsidRPr="00371F72" w:rsidRDefault="00F16FFC" w:rsidP="00371F72">
      <w:pPr>
        <w:spacing w:after="0" w:line="240" w:lineRule="auto"/>
      </w:pPr>
      <w:r w:rsidRPr="00371F72">
        <w:rPr>
          <w:rFonts w:ascii="Times New Roman" w:eastAsia="Times New Roman" w:hAnsi="Times New Roman"/>
          <w:b/>
          <w:sz w:val="26"/>
        </w:rPr>
        <w:t>III. HOẠT ĐỘNG DẠY HỌC</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40"/>
        <w:gridCol w:w="5040"/>
      </w:tblGrid>
      <w:tr w:rsidR="00371F72" w:rsidRPr="00371F72" w:rsidTr="00371F72">
        <w:trPr>
          <w:jc w:val="center"/>
        </w:trPr>
        <w:tc>
          <w:tcPr>
            <w:tcW w:w="5040" w:type="dxa"/>
            <w:tcBorders>
              <w:bottom w:val="single" w:sz="4" w:space="0" w:color="auto"/>
            </w:tcBorders>
            <w:shd w:val="clear" w:color="auto" w:fill="auto"/>
          </w:tcPr>
          <w:p w:rsidR="00627713" w:rsidRPr="00371F72" w:rsidRDefault="00F16FFC" w:rsidP="00371F72">
            <w:pPr>
              <w:spacing w:after="0" w:line="240" w:lineRule="auto"/>
              <w:jc w:val="center"/>
            </w:pPr>
            <w:r w:rsidRPr="00371F72">
              <w:rPr>
                <w:rFonts w:ascii="Times New Roman" w:eastAsia="Times New Roman" w:hAnsi="Times New Roman"/>
                <w:b/>
                <w:sz w:val="26"/>
              </w:rPr>
              <w:t>Hoạt động của giáo viên</w:t>
            </w:r>
          </w:p>
        </w:tc>
        <w:tc>
          <w:tcPr>
            <w:tcW w:w="5040" w:type="dxa"/>
            <w:tcBorders>
              <w:bottom w:val="single" w:sz="4" w:space="0" w:color="auto"/>
            </w:tcBorders>
            <w:shd w:val="clear" w:color="auto" w:fill="auto"/>
          </w:tcPr>
          <w:p w:rsidR="00627713" w:rsidRPr="00371F72" w:rsidRDefault="00F16FFC" w:rsidP="00371F72">
            <w:pPr>
              <w:spacing w:after="0" w:line="240" w:lineRule="auto"/>
              <w:jc w:val="center"/>
            </w:pPr>
            <w:r w:rsidRPr="00371F72">
              <w:rPr>
                <w:rFonts w:ascii="Times New Roman" w:eastAsia="Times New Roman" w:hAnsi="Times New Roman"/>
                <w:b/>
                <w:sz w:val="26"/>
              </w:rPr>
              <w:t>Hoạt động của học sinh</w:t>
            </w:r>
          </w:p>
        </w:tc>
      </w:tr>
      <w:tr w:rsidR="00371F72" w:rsidRPr="00371F72" w:rsidTr="00371F72">
        <w:trPr>
          <w:jc w:val="center"/>
        </w:trPr>
        <w:tc>
          <w:tcPr>
            <w:tcW w:w="10080" w:type="dxa"/>
            <w:gridSpan w:val="2"/>
            <w:tcBorders>
              <w:top w:val="single" w:sz="4" w:space="0" w:color="auto"/>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1. Khởi động (5 phút):</w:t>
            </w:r>
          </w:p>
          <w:p w:rsidR="00627713" w:rsidRPr="00371F72" w:rsidRDefault="00F16FFC" w:rsidP="00371F72">
            <w:pPr>
              <w:spacing w:after="0" w:line="240" w:lineRule="auto"/>
            </w:pPr>
            <w:r w:rsidRPr="00371F72">
              <w:rPr>
                <w:rFonts w:ascii="Times New Roman" w:eastAsia="Times New Roman" w:hAnsi="Times New Roman"/>
                <w:sz w:val="26"/>
              </w:rPr>
              <w:t>- Mục tiêu: Ôn phép chia có dư và tạo tâm thế luyện tập.</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371F72">
        <w:trPr>
          <w:jc w:val="center"/>
        </w:trPr>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tổ chức trò chơi “Chia nhanh - nêu dư” với một số phép chia đơn giản.</w:t>
            </w:r>
          </w:p>
        </w:tc>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tham gia trò chơi, nêu thương và số dư.</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9 365 : 3 có kết quả thế nào?</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9 365 : 3 = 3 121 dư 2.</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nhắc lại cách kiểm tra phép chia có dư: lấy thương nhân số chia rồi cộng số dư.</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nhắc lại: Muốn kiểm tra phép chia có dư, em lấy thương nhân với số chia rồi cộng số dư; kết quả bằng số bị chia thì phép chia đúng.</w:t>
            </w:r>
          </w:p>
        </w:tc>
      </w:tr>
      <w:tr w:rsidR="00371F72" w:rsidRPr="00371F72" w:rsidTr="00371F72">
        <w:trPr>
          <w:jc w:val="center"/>
        </w:trPr>
        <w:tc>
          <w:tcPr>
            <w:tcW w:w="5040" w:type="dxa"/>
            <w:tcBorders>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dẫn dắt vào tiết luyện tập chia số có bốn chữ số cho số có một chữ số.</w:t>
            </w:r>
          </w:p>
        </w:tc>
        <w:tc>
          <w:tcPr>
            <w:tcW w:w="5040" w:type="dxa"/>
            <w:tcBorders>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371F72">
        <w:trPr>
          <w:jc w:val="center"/>
        </w:trPr>
        <w:tc>
          <w:tcPr>
            <w:tcW w:w="10080" w:type="dxa"/>
            <w:gridSpan w:val="2"/>
            <w:tcBorders>
              <w:top w:val="single" w:sz="4" w:space="0" w:color="auto"/>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2. Luyện tập (25 phút):</w:t>
            </w:r>
          </w:p>
          <w:p w:rsidR="00627713" w:rsidRPr="00371F72" w:rsidRDefault="00F16FFC" w:rsidP="00371F72">
            <w:pPr>
              <w:spacing w:after="0" w:line="240" w:lineRule="auto"/>
            </w:pPr>
            <w:r w:rsidRPr="00371F72">
              <w:rPr>
                <w:rFonts w:ascii="Times New Roman" w:eastAsia="Times New Roman" w:hAnsi="Times New Roman"/>
                <w:sz w:val="26"/>
              </w:rPr>
              <w:t>- Mục tiêu: Luyện đặt tính, tính nhẩm, so sánh và giải bài toán thực tế.</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371F72">
        <w:trPr>
          <w:jc w:val="center"/>
        </w:trPr>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1. Đặt tính rồi tính.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1.</w:t>
            </w:r>
          </w:p>
          <w:p w:rsidR="00627713" w:rsidRPr="00371F72" w:rsidRDefault="00627713" w:rsidP="00371F72">
            <w:pPr>
              <w:spacing w:after="0" w:line="240" w:lineRule="auto"/>
              <w:jc w:val="center"/>
            </w:pPr>
          </w:p>
        </w:tc>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các phép chia.</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cá nhân yêu cầu Bài 1,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Đặt tính rồi tính.</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nhắc HS chia từ trái sang phải, viết thương đúng từng hàng.</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 cách thực hiện.</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xml:space="preserve">- GV cho HS làm cá nhân vào vở bốn phép </w:t>
            </w:r>
            <w:r w:rsidRPr="00371F72">
              <w:rPr>
                <w:rFonts w:ascii="Times New Roman" w:eastAsia="Times New Roman" w:hAnsi="Times New Roman"/>
                <w:sz w:val="26"/>
              </w:rPr>
              <w:lastRenderedPageBreak/>
              <w:t>chia.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HS làm bài cá nhân.</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GV mời HS nêu kết quả từng phép chia.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nêu: 5 025 : 5 = 1 005; 3 296 : 4 = 824; 2 487 : 2 = 1 243 dư 1; 7 369 : 8 = 921 dư 1.</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kiểm tra một phép chia có dư.</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kiểm tra: số dư 1 bé hơn số chia 2 hoặc 8 nên phép chia hợp lí.</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Khi đặt tính chia, cần chia đúng thứ tự và kiểm tra số dư.</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2. Tính nhẩm theo mẫu.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2.</w:t>
            </w:r>
          </w:p>
          <w:p w:rsidR="00627713" w:rsidRPr="00371F72" w:rsidRDefault="00627713" w:rsidP="00371F72">
            <w:pPr>
              <w:spacing w:after="0" w:line="240" w:lineRule="auto"/>
              <w:jc w:val="center"/>
            </w:pP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mẫu và các phép tính.</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cá nhân yêu cầu Bài 2,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Tính nhẩm theo mẫu.</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hướng dẫn mẫu 8 000 : 2 = 4 000.</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 cách nhẩm theo số nghìn.</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làm cá nhân vào vở các phép tính a, b, c.</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7 000 : 7 = 1 000; 9 000 : 3 = 3 000; 8 000 : 4 = 2 000.</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mời HS nêu cách nhẩm một phép tính.</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nêu: 7 nghìn chia 7 bằng 1 nghìn, viết 1 000.</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Chia số tròn nghìn có thể nhẩm theo số nghìn.</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3. Điền dấu &gt;, &lt;, =. (Làm việc nhóm 2)</w:t>
            </w:r>
          </w:p>
          <w:p w:rsidR="00627713" w:rsidRPr="00371F72" w:rsidRDefault="00F16FFC" w:rsidP="00371F72">
            <w:pPr>
              <w:spacing w:after="0" w:line="240" w:lineRule="auto"/>
            </w:pPr>
            <w:r w:rsidRPr="00371F72">
              <w:rPr>
                <w:rFonts w:ascii="Times New Roman" w:eastAsia="Times New Roman" w:hAnsi="Times New Roman"/>
                <w:sz w:val="26"/>
              </w:rPr>
              <w:t>- HS quan sát Bài 3.</w:t>
            </w:r>
          </w:p>
          <w:p w:rsidR="00627713" w:rsidRPr="00371F72" w:rsidRDefault="00627713" w:rsidP="00371F72">
            <w:pPr>
              <w:spacing w:after="0" w:line="240" w:lineRule="auto"/>
            </w:pP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các phép so sánh.</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cá nhân yêu cầu Bài 3,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&gt;, &lt;, = ?</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làm nhóm 2: mỗi bạn tính một vế, sau đó đổi vai kiểm tra.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nhóm 2 và tính từng vế.</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câu a: 6 000 : 2 so với 2 999 như thế nào?</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6 000 : 2 = 3 000; 3 000 &gt; 2 999.</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câu b và câu c.</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3 000 : 3 = 200 x 5; 3 500 : 5 &lt; 4 000 : 5.</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Muốn so sánh, cần tính giá trị từng vế rồi mới điền dấu.</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4. Bài toán vệ tinh bay quanh thiên thể.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4.</w:t>
            </w:r>
          </w:p>
          <w:p w:rsidR="00627713" w:rsidRPr="00371F72" w:rsidRDefault="00627713" w:rsidP="00371F72">
            <w:pPr>
              <w:spacing w:after="0" w:line="240" w:lineRule="auto"/>
              <w:jc w:val="center"/>
            </w:pP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bài toán và quan sát sơ đồ vệ tinh.</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Vệ tinh B bay một vòng 1 527 km, dài gấp 3 lần một vòng của vệ tinh A; vệ tinh C dài gấp 4 lần vệ tinh A.</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Muốn tìm quãng đường một vòng của vệ tinh A, ta làm gì?</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Lấy 1 527 : 3.</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làm cá nhân vào vở câu 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1 527 : 3 = 509 km.</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Vệ tinh C bay dài gấp 4 lần vệ tinh A, vậy C bay bao nhiêu?</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509 x 4 = 2 036 km.</w:t>
            </w:r>
          </w:p>
        </w:tc>
      </w:tr>
      <w:tr w:rsidR="00371F72" w:rsidRPr="00371F72" w:rsidTr="00371F72">
        <w:trPr>
          <w:jc w:val="center"/>
        </w:trPr>
        <w:tc>
          <w:tcPr>
            <w:tcW w:w="5040" w:type="dxa"/>
            <w:tcBorders>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xml:space="preserve">- GV kết luận: Muốn tìm số bị gấp lên hoặc giảm đi nhiều lần, cần chọn đúng phép nhân </w:t>
            </w:r>
            <w:r w:rsidRPr="00371F72">
              <w:rPr>
                <w:rFonts w:ascii="Times New Roman" w:eastAsia="Times New Roman" w:hAnsi="Times New Roman"/>
                <w:sz w:val="26"/>
              </w:rPr>
              <w:lastRenderedPageBreak/>
              <w:t>hoặc phép chia.</w:t>
            </w:r>
          </w:p>
        </w:tc>
        <w:tc>
          <w:tcPr>
            <w:tcW w:w="5040" w:type="dxa"/>
            <w:tcBorders>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HS lắng nghe.</w:t>
            </w:r>
          </w:p>
        </w:tc>
      </w:tr>
      <w:tr w:rsidR="00371F72" w:rsidRPr="00371F72" w:rsidTr="00371F72">
        <w:trPr>
          <w:jc w:val="center"/>
        </w:trPr>
        <w:tc>
          <w:tcPr>
            <w:tcW w:w="10080" w:type="dxa"/>
            <w:gridSpan w:val="2"/>
            <w:tcBorders>
              <w:top w:val="single" w:sz="4" w:space="0" w:color="auto"/>
              <w:bottom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lastRenderedPageBreak/>
              <w:t>3. Vận dụng - Trải nghiệm (5 phút):</w:t>
            </w:r>
          </w:p>
          <w:p w:rsidR="00627713" w:rsidRPr="00371F72" w:rsidRDefault="00F16FFC" w:rsidP="00371F72">
            <w:pPr>
              <w:spacing w:after="0" w:line="240" w:lineRule="auto"/>
            </w:pPr>
            <w:r w:rsidRPr="00371F72">
              <w:rPr>
                <w:rFonts w:ascii="Times New Roman" w:eastAsia="Times New Roman" w:hAnsi="Times New Roman"/>
                <w:sz w:val="26"/>
              </w:rPr>
              <w:t>- Mục tiêu: Củng cố kiến thức chia, liên hệ thực tế, nhận xét tiết học và dặn dò.</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371F72">
        <w:trPr>
          <w:jc w:val="center"/>
        </w:trPr>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Hôm nay em luyện những dạng bài nào về phép chia?</w:t>
            </w:r>
          </w:p>
        </w:tc>
        <w:tc>
          <w:tcPr>
            <w:tcW w:w="5040" w:type="dxa"/>
            <w:tcBorders>
              <w:top w:val="single" w:sz="4" w:space="0" w:color="auto"/>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luyện đặt tính chia, tính nhẩm, so sánh kết quả phép chia và giải toán có lời văn.</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Khi so sánh hai vế có phép tính, em cần làm gì trước?</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cần tính giá trị từng vế rồi mới điền dấu so sánh.</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liên hệ: Khi học các bài toán về vệ tinh, thiên thể hoặc tình huống thực tế, em cần đọc kĩ dữ kiện như thế nào?</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cần đọc kĩ số liệu, đơn vị đo, yêu cầu của đề và chọn phép tính phù hợp trước khi làm bài.</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nhận xét tiết học, tuyên dương HS chia cẩn thận, biết giải thích cách làm.</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 và tự đánh giá mức độ hoàn thành bài.</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dặn dò HS về nhà ôn phép chia có dư, chuẩn bị Bài 58: Luyện tập chung.</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ghi nhớ nhiệm vụ về nhà.</w:t>
            </w:r>
          </w:p>
        </w:tc>
      </w:tr>
    </w:tbl>
    <w:p w:rsidR="00627713" w:rsidRPr="00371F72" w:rsidRDefault="00F16FFC" w:rsidP="00371F72">
      <w:pPr>
        <w:spacing w:after="0" w:line="240" w:lineRule="auto"/>
      </w:pPr>
      <w:r w:rsidRPr="00371F72">
        <w:rPr>
          <w:rFonts w:ascii="Times New Roman" w:eastAsia="Times New Roman" w:hAnsi="Times New Roman"/>
          <w:b/>
          <w:sz w:val="26"/>
        </w:rPr>
        <w:t>IV. ĐIỀU CHỈNH SAU BÀI DẠY:</w:t>
      </w:r>
    </w:p>
    <w:p w:rsidR="00627713" w:rsidRPr="00371F72" w:rsidRDefault="00F16FFC" w:rsidP="00371F72">
      <w:pPr>
        <w:spacing w:after="0" w:line="240" w:lineRule="auto"/>
      </w:pPr>
      <w:r w:rsidRPr="00371F72">
        <w:rPr>
          <w:rFonts w:ascii="Times New Roman" w:eastAsia="Times New Roman" w:hAnsi="Times New Roman"/>
          <w:sz w:val="26"/>
        </w:rPr>
        <w:t>.......................................................................................................................................</w:t>
      </w:r>
    </w:p>
    <w:p w:rsidR="00627713" w:rsidRPr="00371F72" w:rsidRDefault="00F16FFC" w:rsidP="00371F72">
      <w:pPr>
        <w:spacing w:after="0" w:line="240" w:lineRule="auto"/>
      </w:pPr>
      <w:r w:rsidRPr="00371F72">
        <w:rPr>
          <w:rFonts w:ascii="Times New Roman" w:eastAsia="Times New Roman" w:hAnsi="Times New Roman"/>
          <w:sz w:val="26"/>
        </w:rPr>
        <w:t>.......................................................................................................................................</w:t>
      </w:r>
    </w:p>
    <w:p w:rsidR="00627713" w:rsidRPr="00371F72" w:rsidRDefault="00F16FFC" w:rsidP="00371F72">
      <w:pPr>
        <w:spacing w:after="0" w:line="240" w:lineRule="auto"/>
      </w:pPr>
      <w:r w:rsidRPr="00371F72">
        <w:rPr>
          <w:rFonts w:ascii="Times New Roman" w:eastAsia="Times New Roman" w:hAnsi="Times New Roman"/>
          <w:sz w:val="26"/>
        </w:rPr>
        <w:br w:type="page"/>
      </w:r>
    </w:p>
    <w:p w:rsidR="00627713" w:rsidRPr="00371F72" w:rsidRDefault="00F16FFC" w:rsidP="00371F72">
      <w:pPr>
        <w:spacing w:after="0" w:line="240" w:lineRule="auto"/>
        <w:jc w:val="center"/>
      </w:pPr>
      <w:r w:rsidRPr="00371F72">
        <w:rPr>
          <w:rFonts w:ascii="Times New Roman" w:eastAsia="Times New Roman" w:hAnsi="Times New Roman"/>
          <w:b/>
          <w:sz w:val="28"/>
        </w:rPr>
        <w:lastRenderedPageBreak/>
        <w:t>TUẦN 25</w:t>
      </w:r>
    </w:p>
    <w:p w:rsidR="00627713" w:rsidRPr="00371F72" w:rsidRDefault="00F16FFC" w:rsidP="00371F72">
      <w:pPr>
        <w:spacing w:after="0" w:line="240" w:lineRule="auto"/>
        <w:jc w:val="center"/>
      </w:pPr>
      <w:r w:rsidRPr="00371F72">
        <w:rPr>
          <w:rFonts w:ascii="Times New Roman" w:eastAsia="Times New Roman" w:hAnsi="Times New Roman"/>
          <w:b/>
          <w:sz w:val="28"/>
        </w:rPr>
        <w:t>KẾ HOẠCH BÀI DẠY MÔN TOÁN 3</w:t>
      </w:r>
    </w:p>
    <w:p w:rsidR="00627713" w:rsidRPr="00371F72" w:rsidRDefault="00F16FFC" w:rsidP="00371F72">
      <w:pPr>
        <w:spacing w:after="0" w:line="240" w:lineRule="auto"/>
        <w:jc w:val="center"/>
      </w:pPr>
      <w:r w:rsidRPr="00371F72">
        <w:rPr>
          <w:rFonts w:ascii="Times New Roman" w:eastAsia="Times New Roman" w:hAnsi="Times New Roman"/>
          <w:b/>
          <w:sz w:val="26"/>
        </w:rPr>
        <w:t>CHỦ ĐỀ 10: CỘNG, TRỪ, NHÂN, CHIA TRONG PHẠM VI 10 000</w:t>
      </w:r>
    </w:p>
    <w:p w:rsidR="00627713" w:rsidRPr="00371F72" w:rsidRDefault="00F16FFC" w:rsidP="00371F72">
      <w:pPr>
        <w:spacing w:after="0" w:line="240" w:lineRule="auto"/>
        <w:jc w:val="center"/>
      </w:pPr>
      <w:r w:rsidRPr="00371F72">
        <w:rPr>
          <w:rFonts w:ascii="Times New Roman" w:eastAsia="Times New Roman" w:hAnsi="Times New Roman"/>
          <w:b/>
          <w:sz w:val="26"/>
        </w:rPr>
        <w:t>Bài 58: LUYỆN TẬP CHUNG (Tiết 1) - Trang 52, 53</w:t>
      </w:r>
    </w:p>
    <w:p w:rsidR="00627713" w:rsidRPr="00371F72" w:rsidRDefault="00F16FFC" w:rsidP="00371F72">
      <w:pPr>
        <w:spacing w:after="0" w:line="240" w:lineRule="auto"/>
      </w:pPr>
      <w:r w:rsidRPr="00371F72">
        <w:rPr>
          <w:rFonts w:ascii="Times New Roman" w:eastAsia="Times New Roman" w:hAnsi="Times New Roman"/>
          <w:b/>
          <w:sz w:val="26"/>
        </w:rPr>
        <w:t>I. YÊU CẦU CẦN ĐẠT:</w:t>
      </w:r>
    </w:p>
    <w:p w:rsidR="00627713" w:rsidRPr="00371F72" w:rsidRDefault="00F16FFC" w:rsidP="00371F72">
      <w:pPr>
        <w:spacing w:after="0" w:line="240" w:lineRule="auto"/>
      </w:pPr>
      <w:r w:rsidRPr="00371F72">
        <w:rPr>
          <w:rFonts w:ascii="Times New Roman" w:eastAsia="Times New Roman" w:hAnsi="Times New Roman"/>
          <w:b/>
          <w:sz w:val="26"/>
        </w:rPr>
        <w:t>1. Năng lực đặc thù:</w:t>
      </w:r>
    </w:p>
    <w:p w:rsidR="00627713" w:rsidRPr="00371F72" w:rsidRDefault="00F16FFC" w:rsidP="00371F72">
      <w:pPr>
        <w:spacing w:after="0" w:line="240" w:lineRule="auto"/>
      </w:pPr>
      <w:r w:rsidRPr="00371F72">
        <w:rPr>
          <w:rFonts w:ascii="Times New Roman" w:eastAsia="Times New Roman" w:hAnsi="Times New Roman"/>
          <w:sz w:val="26"/>
        </w:rPr>
        <w:t>- Củng cố các phép cộng, trừ, nhân, chia trong phạm vi 10 000.</w:t>
      </w:r>
    </w:p>
    <w:p w:rsidR="00627713" w:rsidRPr="00371F72" w:rsidRDefault="00F16FFC" w:rsidP="00371F72">
      <w:pPr>
        <w:spacing w:after="0" w:line="240" w:lineRule="auto"/>
      </w:pPr>
      <w:r w:rsidRPr="00371F72">
        <w:rPr>
          <w:rFonts w:ascii="Times New Roman" w:eastAsia="Times New Roman" w:hAnsi="Times New Roman"/>
          <w:sz w:val="26"/>
        </w:rPr>
        <w:t>- Giải được bài toán có quan hệ gấp lên, giảm đi một số lần.</w:t>
      </w:r>
    </w:p>
    <w:p w:rsidR="00627713" w:rsidRPr="00371F72" w:rsidRDefault="00F16FFC" w:rsidP="00371F72">
      <w:pPr>
        <w:spacing w:after="0" w:line="240" w:lineRule="auto"/>
      </w:pPr>
      <w:r w:rsidRPr="00371F72">
        <w:rPr>
          <w:rFonts w:ascii="Times New Roman" w:eastAsia="Times New Roman" w:hAnsi="Times New Roman"/>
          <w:sz w:val="26"/>
        </w:rPr>
        <w:t>- Tìm được số chưa biết trong phép nhân, phép chia đơn giản.</w:t>
      </w:r>
    </w:p>
    <w:p w:rsidR="00627713" w:rsidRPr="00371F72" w:rsidRDefault="00F16FFC" w:rsidP="00371F72">
      <w:pPr>
        <w:spacing w:after="0" w:line="240" w:lineRule="auto"/>
      </w:pPr>
      <w:r w:rsidRPr="00371F72">
        <w:rPr>
          <w:rFonts w:ascii="Times New Roman" w:eastAsia="Times New Roman" w:hAnsi="Times New Roman"/>
          <w:sz w:val="26"/>
        </w:rPr>
        <w:t>- Vận dụng phép tính để giải quyết tình huống đường gấp khúc và cân nặng.</w:t>
      </w:r>
    </w:p>
    <w:p w:rsidR="00627713" w:rsidRPr="00371F72" w:rsidRDefault="00F16FFC" w:rsidP="00371F72">
      <w:pPr>
        <w:spacing w:after="0" w:line="240" w:lineRule="auto"/>
      </w:pPr>
      <w:r w:rsidRPr="00371F72">
        <w:rPr>
          <w:rFonts w:ascii="Times New Roman" w:eastAsia="Times New Roman" w:hAnsi="Times New Roman"/>
          <w:b/>
          <w:sz w:val="26"/>
        </w:rPr>
        <w:t>2. Năng lực chung:</w:t>
      </w:r>
    </w:p>
    <w:p w:rsidR="00627713" w:rsidRPr="00371F72" w:rsidRDefault="00F16FFC" w:rsidP="00371F72">
      <w:pPr>
        <w:spacing w:after="0" w:line="240" w:lineRule="auto"/>
      </w:pPr>
      <w:r w:rsidRPr="00371F72">
        <w:rPr>
          <w:rFonts w:ascii="Times New Roman" w:eastAsia="Times New Roman" w:hAnsi="Times New Roman"/>
          <w:sz w:val="26"/>
        </w:rPr>
        <w:t>- Tự chủ, tự học: tự tính trước khi dùng công cụ kiểm tra.</w:t>
      </w:r>
    </w:p>
    <w:p w:rsidR="00627713" w:rsidRPr="00371F72" w:rsidRDefault="00F16FFC" w:rsidP="00371F72">
      <w:pPr>
        <w:spacing w:after="0" w:line="240" w:lineRule="auto"/>
      </w:pPr>
      <w:r w:rsidRPr="00371F72">
        <w:rPr>
          <w:rFonts w:ascii="Times New Roman" w:eastAsia="Times New Roman" w:hAnsi="Times New Roman"/>
          <w:sz w:val="26"/>
        </w:rPr>
        <w:t>- Giao tiếp và hợp tác: trao đổi nhóm 2 khi phân tích bài toán đường gấp khúc.</w:t>
      </w:r>
    </w:p>
    <w:p w:rsidR="00627713" w:rsidRPr="00371F72" w:rsidRDefault="00F16FFC" w:rsidP="00371F72">
      <w:pPr>
        <w:spacing w:after="0" w:line="240" w:lineRule="auto"/>
      </w:pPr>
      <w:r w:rsidRPr="00371F72">
        <w:rPr>
          <w:rFonts w:ascii="Times New Roman" w:eastAsia="Times New Roman" w:hAnsi="Times New Roman"/>
          <w:sz w:val="26"/>
        </w:rPr>
        <w:t>- Giải quyết vấn đề và sáng tạo: biết lựa chọn phép tính phù hợp với từng tình huống.</w:t>
      </w:r>
    </w:p>
    <w:p w:rsidR="00627713" w:rsidRPr="00371F72" w:rsidRDefault="00F16FFC" w:rsidP="00371F72">
      <w:pPr>
        <w:spacing w:after="0" w:line="240" w:lineRule="auto"/>
      </w:pPr>
      <w:r w:rsidRPr="00371F72">
        <w:rPr>
          <w:rFonts w:ascii="Times New Roman" w:eastAsia="Times New Roman" w:hAnsi="Times New Roman"/>
          <w:b/>
          <w:sz w:val="26"/>
        </w:rPr>
        <w:t>3. Phẩm chất:</w:t>
      </w:r>
    </w:p>
    <w:p w:rsidR="00627713" w:rsidRPr="00371F72" w:rsidRDefault="00F16FFC" w:rsidP="00371F72">
      <w:pPr>
        <w:spacing w:after="0" w:line="240" w:lineRule="auto"/>
      </w:pPr>
      <w:r w:rsidRPr="00371F72">
        <w:rPr>
          <w:rFonts w:ascii="Times New Roman" w:eastAsia="Times New Roman" w:hAnsi="Times New Roman"/>
          <w:sz w:val="26"/>
        </w:rPr>
        <w:t>- Chăm chỉ: hoàn thành nhiều dạng bài luyện tập.</w:t>
      </w:r>
    </w:p>
    <w:p w:rsidR="00627713" w:rsidRPr="00371F72" w:rsidRDefault="00F16FFC" w:rsidP="00371F72">
      <w:pPr>
        <w:spacing w:after="0" w:line="240" w:lineRule="auto"/>
      </w:pPr>
      <w:r w:rsidRPr="00371F72">
        <w:rPr>
          <w:rFonts w:ascii="Times New Roman" w:eastAsia="Times New Roman" w:hAnsi="Times New Roman"/>
          <w:sz w:val="26"/>
        </w:rPr>
        <w:t>- Trung thực: tự tính trước, chỉ dùng công cụ để kiểm tra sau.</w:t>
      </w:r>
    </w:p>
    <w:p w:rsidR="00627713" w:rsidRPr="00371F72" w:rsidRDefault="00F16FFC" w:rsidP="00371F72">
      <w:pPr>
        <w:spacing w:after="0" w:line="240" w:lineRule="auto"/>
      </w:pPr>
      <w:r w:rsidRPr="00371F72">
        <w:rPr>
          <w:rFonts w:ascii="Times New Roman" w:eastAsia="Times New Roman" w:hAnsi="Times New Roman"/>
          <w:sz w:val="26"/>
        </w:rPr>
        <w:t>- Trách nhiệm: sử dụng Calculator/Gemini đúng mục đích học tập.</w:t>
      </w:r>
    </w:p>
    <w:p w:rsidR="00627713" w:rsidRPr="00371F72" w:rsidRDefault="00F16FFC" w:rsidP="00371F72">
      <w:pPr>
        <w:spacing w:after="0" w:line="240" w:lineRule="auto"/>
      </w:pPr>
      <w:r w:rsidRPr="00371F72">
        <w:rPr>
          <w:rFonts w:ascii="Times New Roman" w:eastAsia="Times New Roman" w:hAnsi="Times New Roman"/>
          <w:b/>
          <w:sz w:val="26"/>
        </w:rPr>
        <w:t>4. Tích hợp:</w:t>
      </w:r>
    </w:p>
    <w:p w:rsidR="00627713" w:rsidRPr="00371F72" w:rsidRDefault="00F16FFC" w:rsidP="00371F72">
      <w:pPr>
        <w:spacing w:after="0" w:line="240" w:lineRule="auto"/>
      </w:pPr>
      <w:r w:rsidRPr="00371F72">
        <w:rPr>
          <w:rFonts w:ascii="Times New Roman" w:eastAsia="Times New Roman" w:hAnsi="Times New Roman"/>
          <w:sz w:val="26"/>
        </w:rPr>
        <w:t>- Tích hợp AI (Khung 3439) - 3.A1.2: HS biết lựa chọn khi nào tự tính, khi nào dùng AI/công cụ tính toán để hỗ trợ kiểm tra kết quả. Gợi ý hoạt động: GV tổ chức hoạt động “Tự tính trước - công cụ kiểm tra sau”; HS hoàn thành bài luyện tập rồi mới đối chiếu bằng Calculator/Gemini theo hướng dẫn của GV.</w:t>
      </w:r>
    </w:p>
    <w:p w:rsidR="00627713" w:rsidRPr="00371F72" w:rsidRDefault="00F16FFC" w:rsidP="00371F72">
      <w:pPr>
        <w:spacing w:after="0" w:line="240" w:lineRule="auto"/>
      </w:pPr>
      <w:r w:rsidRPr="00371F72">
        <w:rPr>
          <w:rFonts w:ascii="Times New Roman" w:eastAsia="Times New Roman" w:hAnsi="Times New Roman"/>
          <w:b/>
          <w:sz w:val="26"/>
        </w:rPr>
        <w:t>II. ĐỒ DÙNG DẠY HỌC</w:t>
      </w:r>
    </w:p>
    <w:p w:rsidR="00627713" w:rsidRPr="00371F72" w:rsidRDefault="00F16FFC" w:rsidP="00371F72">
      <w:pPr>
        <w:spacing w:after="0" w:line="240" w:lineRule="auto"/>
      </w:pPr>
      <w:r w:rsidRPr="00371F72">
        <w:rPr>
          <w:rFonts w:ascii="Times New Roman" w:eastAsia="Times New Roman" w:hAnsi="Times New Roman"/>
          <w:sz w:val="26"/>
        </w:rPr>
        <w:t>- Kế hoạch bài dạy, SGK Toán 3 tập hai, bài giảng PowerPoint.</w:t>
      </w:r>
    </w:p>
    <w:p w:rsidR="00627713" w:rsidRPr="00371F72" w:rsidRDefault="00F16FFC" w:rsidP="00371F72">
      <w:pPr>
        <w:spacing w:after="0" w:line="240" w:lineRule="auto"/>
      </w:pPr>
      <w:r w:rsidRPr="00371F72">
        <w:rPr>
          <w:rFonts w:ascii="Times New Roman" w:eastAsia="Times New Roman" w:hAnsi="Times New Roman"/>
          <w:sz w:val="26"/>
        </w:rPr>
        <w:t>- Calculator hoặc Gemini ở chế độ kiểm tra kết quả sau khi HS đã tự tính, bảng con, phiếu bài tập.</w:t>
      </w:r>
    </w:p>
    <w:p w:rsidR="00627713" w:rsidRPr="00371F72" w:rsidRDefault="00F16FFC" w:rsidP="00371F72">
      <w:pPr>
        <w:spacing w:after="0" w:line="240" w:lineRule="auto"/>
      </w:pPr>
      <w:r w:rsidRPr="00371F72">
        <w:rPr>
          <w:rFonts w:ascii="Times New Roman" w:eastAsia="Times New Roman" w:hAnsi="Times New Roman"/>
          <w:sz w:val="26"/>
        </w:rPr>
        <w:t>- Hình cắt từ SGK trang 52, 53.</w:t>
      </w:r>
    </w:p>
    <w:p w:rsidR="00627713" w:rsidRPr="00371F72" w:rsidRDefault="00F16FFC" w:rsidP="00371F72">
      <w:pPr>
        <w:spacing w:after="0" w:line="240" w:lineRule="auto"/>
      </w:pPr>
      <w:r w:rsidRPr="00371F72">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371F72" w:rsidRPr="00371F72" w:rsidTr="00371F72">
        <w:trPr>
          <w:jc w:val="center"/>
        </w:trPr>
        <w:tc>
          <w:tcPr>
            <w:tcW w:w="5040" w:type="dxa"/>
            <w:tcBorders>
              <w:bottom w:val="single" w:sz="8" w:space="0" w:color="000000"/>
            </w:tcBorders>
            <w:shd w:val="clear" w:color="auto" w:fill="auto"/>
          </w:tcPr>
          <w:p w:rsidR="00627713" w:rsidRPr="00371F72" w:rsidRDefault="00F16FFC" w:rsidP="00371F72">
            <w:pPr>
              <w:spacing w:after="0" w:line="240" w:lineRule="auto"/>
              <w:jc w:val="center"/>
            </w:pPr>
            <w:r w:rsidRPr="00371F72">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627713" w:rsidRPr="00371F72" w:rsidRDefault="00F16FFC" w:rsidP="00371F72">
            <w:pPr>
              <w:spacing w:after="0" w:line="240" w:lineRule="auto"/>
              <w:jc w:val="center"/>
            </w:pPr>
            <w:r w:rsidRPr="00371F72">
              <w:rPr>
                <w:rFonts w:ascii="Times New Roman" w:eastAsia="Times New Roman" w:hAnsi="Times New Roman"/>
                <w:b/>
                <w:sz w:val="26"/>
              </w:rPr>
              <w:t>Hoạt động của học sinh</w:t>
            </w:r>
          </w:p>
        </w:tc>
      </w:tr>
      <w:tr w:rsidR="00371F72" w:rsidRPr="00371F72" w:rsidTr="00371F72">
        <w:trPr>
          <w:jc w:val="center"/>
        </w:trPr>
        <w:tc>
          <w:tcPr>
            <w:tcW w:w="10080" w:type="dxa"/>
            <w:gridSpan w:val="2"/>
            <w:tcBorders>
              <w:top w:val="single" w:sz="8" w:space="0" w:color="000000"/>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1. Khởi động (5 phút):</w:t>
            </w:r>
          </w:p>
          <w:p w:rsidR="00627713" w:rsidRPr="00371F72" w:rsidRDefault="00F16FFC" w:rsidP="00371F72">
            <w:pPr>
              <w:spacing w:after="0" w:line="240" w:lineRule="auto"/>
            </w:pPr>
            <w:r w:rsidRPr="00371F72">
              <w:rPr>
                <w:rFonts w:ascii="Times New Roman" w:eastAsia="Times New Roman" w:hAnsi="Times New Roman"/>
                <w:sz w:val="26"/>
              </w:rPr>
              <w:t>- Mục tiêu: Ôn nhanh bốn phép tính trong phạm vi 10 000.</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371F72">
        <w:trPr>
          <w:jc w:val="center"/>
        </w:trPr>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tổ chức trò chơi “Chọn phép tính đúng” với các tình huống gấp đôi, giảm đi 3 lần, nhiều hơn, ít hơn.</w:t>
            </w:r>
          </w:p>
        </w:tc>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tham gia trò chơi, nêu phép tính phù hợp.</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nêu: Muốn tìm số gấp đôi 6 504, em dùng phép tính gì?</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Dùng phép nhân 6 504 x 2.</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nêu: Muốn tìm số giảm đi 3 lần, em dùng phép tính gì?</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Dùng phép chia cho 3.</w:t>
            </w:r>
          </w:p>
        </w:tc>
      </w:tr>
      <w:tr w:rsidR="00371F72" w:rsidRPr="00371F72" w:rsidTr="00371F72">
        <w:trPr>
          <w:jc w:val="center"/>
        </w:trPr>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dẫn dắt vào bài Luyện tập chung.</w:t>
            </w:r>
          </w:p>
        </w:tc>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371F72">
        <w:trPr>
          <w:jc w:val="center"/>
        </w:trPr>
        <w:tc>
          <w:tcPr>
            <w:tcW w:w="10080" w:type="dxa"/>
            <w:gridSpan w:val="2"/>
            <w:tcBorders>
              <w:top w:val="single" w:sz="8" w:space="0" w:color="000000"/>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2. Luyện tập (25 phút):</w:t>
            </w:r>
          </w:p>
          <w:p w:rsidR="00627713" w:rsidRPr="00371F72" w:rsidRDefault="00F16FFC" w:rsidP="00371F72">
            <w:pPr>
              <w:spacing w:after="0" w:line="240" w:lineRule="auto"/>
            </w:pPr>
            <w:r w:rsidRPr="00371F72">
              <w:rPr>
                <w:rFonts w:ascii="Times New Roman" w:eastAsia="Times New Roman" w:hAnsi="Times New Roman"/>
                <w:sz w:val="26"/>
              </w:rPr>
              <w:t>- Mục tiêu: Luyện bốn phép tính, giải toán thực tế và kiểm tra kết quả bằng công cụ sau khi tự tính.</w:t>
            </w:r>
          </w:p>
          <w:p w:rsidR="00627713" w:rsidRPr="00371F72" w:rsidRDefault="00F16FFC" w:rsidP="00371F72">
            <w:pPr>
              <w:spacing w:after="0" w:line="240" w:lineRule="auto"/>
            </w:pPr>
            <w:r w:rsidRPr="00371F72">
              <w:rPr>
                <w:rFonts w:ascii="Times New Roman" w:eastAsia="Times New Roman" w:hAnsi="Times New Roman"/>
                <w:sz w:val="26"/>
              </w:rPr>
              <w:t>- Mục tiêu tích hợp AI 3.A1.2: HS biết tự tính trước, dùng Calculator/Gemini để kiểm tra sau và không phụ thuộc công cụ.</w:t>
            </w:r>
          </w:p>
          <w:p w:rsidR="00627713" w:rsidRPr="00371F72" w:rsidRDefault="00F16FFC" w:rsidP="00371F72">
            <w:pPr>
              <w:spacing w:after="0" w:line="240" w:lineRule="auto"/>
            </w:pPr>
            <w:r w:rsidRPr="00371F72">
              <w:rPr>
                <w:rFonts w:ascii="Times New Roman" w:eastAsia="Times New Roman" w:hAnsi="Times New Roman"/>
                <w:sz w:val="26"/>
              </w:rPr>
              <w:lastRenderedPageBreak/>
              <w:t>*Cách tiến hành:</w:t>
            </w:r>
          </w:p>
        </w:tc>
      </w:tr>
      <w:tr w:rsidR="00371F72" w:rsidRPr="00371F72" w:rsidTr="00371F72">
        <w:trPr>
          <w:jc w:val="center"/>
        </w:trPr>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lastRenderedPageBreak/>
              <w:t>Bài 1. Đặt tính rồi tính.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1.</w:t>
            </w:r>
          </w:p>
          <w:p w:rsidR="00627713" w:rsidRPr="00371F72" w:rsidRDefault="00627713" w:rsidP="00371F72">
            <w:pPr>
              <w:spacing w:after="0" w:line="240" w:lineRule="auto"/>
            </w:pPr>
          </w:p>
        </w:tc>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các phép tính.</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cá nhân yêu cầu Bài 1,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Đặt tính rồi tính.</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Tích hợp AI: GV nhắc HS tự đặt tính, tính vào vở trước; chỉ sau khi có kết quả mới được dùng Calculator/Gemini để kiểm tra. GV diễn giải: AI/công cụ tính toán giúp kiểm tra nhanh nhưng không thay thế việc học; nếu HS chưa tự tính thì sẽ không biết mình sai ở bước nào.</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 thực hiện đúng quy trình tự tính trước - công cụ kiểm tra sau.</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làm cá nhân vào vở bốn phép tính.</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bài cá nhân.</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mời HS nêu kết quả từng phép tính.</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nêu: 3 507 x 2 = 7 014; 4 806 : 6 = 801; 1 041 x 5 = 5 205; 7 168 : 7 = 1 024.</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dùng Calculator/Gemini kiểm tra một phép tính sau khi đã nêu cách làm.</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kiểm tra, đối chiếu và sửa lỗi nếu có.</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Học sinh cần tự tính để hiểu cách làm, công cụ chỉ dùng để kiểm tra kết quả.</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2. Bài toán máy bay.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2.</w:t>
            </w:r>
          </w:p>
          <w:p w:rsidR="00627713" w:rsidRPr="00371F72" w:rsidRDefault="00627713" w:rsidP="00371F72">
            <w:pPr>
              <w:spacing w:after="0" w:line="240" w:lineRule="auto"/>
            </w:pP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bài toán.</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Máy bay A bay ở độ cao 6 504 m, A gấp đôi B, B gấp 3 lần C.</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Muốn tìm độ cao máy bay B, ta làm gì?</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Lấy 6 504 : 2 = 3 252 m.</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Muốn tìm độ cao máy bay C, ta làm gì?</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Lấy 3 252 : 3 = 1 084 m.</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trình bày bài giải vào vở.</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trình bày: Máy bay B ở độ cao 3 252 m; máy bay C ở độ cao 1 084 m.</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Bài toán “gấp đôi”, “gấp 3 lần” có thể phải chia ngược để tìm số ban đầu.</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3. Tìm số. (Làm việc bảng con)</w:t>
            </w:r>
          </w:p>
          <w:p w:rsidR="00627713" w:rsidRPr="00371F72" w:rsidRDefault="00F16FFC" w:rsidP="00371F72">
            <w:pPr>
              <w:spacing w:after="0" w:line="240" w:lineRule="auto"/>
            </w:pPr>
            <w:r w:rsidRPr="00371F72">
              <w:rPr>
                <w:rFonts w:ascii="Times New Roman" w:eastAsia="Times New Roman" w:hAnsi="Times New Roman"/>
                <w:sz w:val="26"/>
              </w:rPr>
              <w:t>- HS quan sát Bài 3.</w:t>
            </w:r>
          </w:p>
          <w:p w:rsidR="00627713" w:rsidRPr="00371F72" w:rsidRDefault="00627713" w:rsidP="00371F72">
            <w:pPr>
              <w:spacing w:after="0" w:line="240" w:lineRule="auto"/>
              <w:jc w:val="center"/>
            </w:pP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hai phép tính có ô trống.</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cá nhân yêu cầu Bài 3,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Số?</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làm bảng con câu 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417 x 4 = 1 668 nên số cần điền là 417.</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làm bảng con câu b.</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2 457 : 3 = 819 nên số cần điền là 2 457.</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Muốn tìm thừa số chưa biết hoặc số bị chia chưa biết, em có thể làm thế nào?</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Dùng phép chia hoặc phép nhân ngược.</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xml:space="preserve">- GV kết luận: Cần dựa vào quan hệ giữa </w:t>
            </w:r>
            <w:r w:rsidRPr="00371F72">
              <w:rPr>
                <w:rFonts w:ascii="Times New Roman" w:eastAsia="Times New Roman" w:hAnsi="Times New Roman"/>
                <w:sz w:val="26"/>
              </w:rPr>
              <w:lastRenderedPageBreak/>
              <w:t>phép nhân và phép chia để tìm số chưa biết.</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HS lắng nghe.</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lastRenderedPageBreak/>
              <w:t>Bài 4. Bài toán cá cuống và tôm. (Làm việc nhóm 2)</w:t>
            </w:r>
          </w:p>
          <w:p w:rsidR="00627713" w:rsidRPr="00371F72" w:rsidRDefault="00F16FFC" w:rsidP="00371F72">
            <w:pPr>
              <w:spacing w:after="0" w:line="240" w:lineRule="auto"/>
            </w:pPr>
            <w:r w:rsidRPr="00371F72">
              <w:rPr>
                <w:rFonts w:ascii="Times New Roman" w:eastAsia="Times New Roman" w:hAnsi="Times New Roman"/>
                <w:sz w:val="26"/>
              </w:rPr>
              <w:t>- HS quan sát Bài 4.</w:t>
            </w:r>
          </w:p>
          <w:p w:rsidR="00627713" w:rsidRPr="00371F72" w:rsidRDefault="00627713" w:rsidP="00371F72">
            <w:pPr>
              <w:spacing w:after="0" w:line="240" w:lineRule="auto"/>
            </w:pP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đường gấp khúc.</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đề bài về đường bơi của cá cuống A, cá cuống B và tôm.</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Đường bơi của cá cuống A gồm mấy đoạn, mỗi đoạn bao nhiêu xăng-ti-mét?</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Gồm 4 đoạn bằng nhau, mỗi đoạn 515 cm.</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Đường bơi của cá cuống B gồm mấy đoạn, mỗi đoạn bao nhiêu?</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Gồm 3 đoạn bằng nhau, mỗi đoạn 928 cm.</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làm nhóm 2, tính và so sánh hai quãng đường.</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tính: A = 515 x 4 = 2 060 cm; B = 928 x 3 = 2 784 cm; A ngắn hơn.</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câu b: Đường bơi của tôm gồm 5 đoạn bằng nhau và dài bằng đường bơi của A, mỗi đoạn dài bao nhiêu?</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2 060 : 5 = 412 cm.</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Đường gấp khúc có các đoạn bằng nhau thường dùng phép nhân hoặc phép chia để tính.</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5. Bài toán cân nặng pin và rô-bốt.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5.</w:t>
            </w:r>
          </w:p>
          <w:p w:rsidR="00627713" w:rsidRPr="00371F72" w:rsidRDefault="00627713" w:rsidP="00371F72">
            <w:pPr>
              <w:spacing w:after="0" w:line="240" w:lineRule="auto"/>
            </w:pP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hình rô-bốt và pin.</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8 cục pin như nhau nặng 1 680 g; mỗi rô-bốt chưa lắp pin cân nặng 2 000 g.</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Mỗi cục pin nặng bao nhiêu gam?</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1 680 : 8 = 210 g.</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hướng dẫn HS đếm số pin của từng rô-bốt A, B, C.</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nêu: A có 5 cục pin, B có 6 cục pin, C có 8 cục pin.</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tính cân nặng từng rô-bốt sau khi lắp pin.</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tính: A = 3 050 g, B = 3 260 g, C = 3 680 g.</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Rô-bốt nào nhẹ nhất và cân nặng bao nhiêu?</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Rô-bốt A nhẹ nhất, cân nặng 3 050 g.</w:t>
            </w:r>
          </w:p>
        </w:tc>
      </w:tr>
      <w:tr w:rsidR="00371F72" w:rsidRPr="00371F72" w:rsidTr="009B4E38">
        <w:trPr>
          <w:jc w:val="center"/>
        </w:trPr>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Cần tìm cân nặng một cục pin trước, rồi tính tổng cân nặng từng rô-bốt.</w:t>
            </w:r>
          </w:p>
        </w:tc>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9B4E38">
        <w:trPr>
          <w:jc w:val="center"/>
        </w:trPr>
        <w:tc>
          <w:tcPr>
            <w:tcW w:w="10080" w:type="dxa"/>
            <w:gridSpan w:val="2"/>
            <w:tcBorders>
              <w:top w:val="single" w:sz="8" w:space="0" w:color="000000"/>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3. Vận dụng - Trải nghiệm (5 phút):</w:t>
            </w:r>
          </w:p>
          <w:p w:rsidR="00627713" w:rsidRPr="00371F72" w:rsidRDefault="00F16FFC" w:rsidP="00371F72">
            <w:pPr>
              <w:spacing w:after="0" w:line="240" w:lineRule="auto"/>
            </w:pPr>
            <w:r w:rsidRPr="00371F72">
              <w:rPr>
                <w:rFonts w:ascii="Times New Roman" w:eastAsia="Times New Roman" w:hAnsi="Times New Roman"/>
                <w:sz w:val="26"/>
              </w:rPr>
              <w:t>- Mục tiêu: Củng cố lựa chọn phép tính, liên hệ sử dụng công cụ kiểm tra, nhận xét tiết học và dặn dò.</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9B4E38">
        <w:trPr>
          <w:jc w:val="center"/>
        </w:trPr>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Khi gặp bài toán “gấp đôi”, “gấp 3 lần”, “giảm đi 3 lần”, em cần chú ý điều gì?</w:t>
            </w:r>
          </w:p>
        </w:tc>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cần xác định số đã biết, số cần tìm và chọn phép nhân hoặc phép chia phù hợp.</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Khi nào em có thể dùng Calculator/Gemini trong tiết học?</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tự tính trước, trình bày cách làm, sau đó mới dùng công cụ để kiểm tra kết quả.</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liên hệ: Nếu nhập sai số liệu vào công cụ kiểm tra, kết quả sẽ như thế nào?</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Kết quả sẽ sai, nên em phải kiểm tra dữ liệu trước khi bấm tính.</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GV nhận xét tiết học, tuyên dương HS tự tính trước và biết đối chiếu kết quả.</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 nêu một dạng bài mình cần luyện thêm.</w:t>
            </w:r>
          </w:p>
        </w:tc>
      </w:tr>
      <w:tr w:rsidR="00371F72" w:rsidRPr="00371F72" w:rsidTr="00371F72">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dặn dò HS luyện thêm các bài tìm số và chuẩn bị Bài 58 tiết 2.</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ghi nhớ nhiệm vụ về nhà.</w:t>
            </w:r>
          </w:p>
        </w:tc>
      </w:tr>
    </w:tbl>
    <w:p w:rsidR="00627713" w:rsidRPr="00371F72" w:rsidRDefault="00F16FFC" w:rsidP="00371F72">
      <w:pPr>
        <w:spacing w:after="0" w:line="240" w:lineRule="auto"/>
      </w:pPr>
      <w:r w:rsidRPr="00371F72">
        <w:rPr>
          <w:rFonts w:ascii="Times New Roman" w:eastAsia="Times New Roman" w:hAnsi="Times New Roman"/>
          <w:b/>
          <w:sz w:val="26"/>
        </w:rPr>
        <w:t>IV. ĐIỀU CHỈNH SAU BÀI DẠY:</w:t>
      </w:r>
    </w:p>
    <w:p w:rsidR="00627713" w:rsidRPr="00371F72" w:rsidRDefault="00F16FFC" w:rsidP="00371F72">
      <w:pPr>
        <w:spacing w:after="0" w:line="240" w:lineRule="auto"/>
      </w:pPr>
      <w:r w:rsidRPr="00371F72">
        <w:rPr>
          <w:rFonts w:ascii="Times New Roman" w:eastAsia="Times New Roman" w:hAnsi="Times New Roman"/>
          <w:sz w:val="26"/>
        </w:rPr>
        <w:t>.......................................................................................................................................</w:t>
      </w:r>
    </w:p>
    <w:p w:rsidR="00627713" w:rsidRPr="00371F72" w:rsidRDefault="00F16FFC" w:rsidP="00371F72">
      <w:pPr>
        <w:spacing w:after="0" w:line="240" w:lineRule="auto"/>
      </w:pPr>
      <w:r w:rsidRPr="00371F72">
        <w:rPr>
          <w:rFonts w:ascii="Times New Roman" w:eastAsia="Times New Roman" w:hAnsi="Times New Roman"/>
          <w:sz w:val="26"/>
        </w:rPr>
        <w:t>.......................................................................................................................................</w:t>
      </w:r>
    </w:p>
    <w:p w:rsidR="00627713" w:rsidRPr="00371F72" w:rsidRDefault="00F16FFC" w:rsidP="00371F72">
      <w:pPr>
        <w:spacing w:after="0" w:line="240" w:lineRule="auto"/>
      </w:pPr>
      <w:r w:rsidRPr="00371F72">
        <w:rPr>
          <w:rFonts w:ascii="Times New Roman" w:eastAsia="Times New Roman" w:hAnsi="Times New Roman"/>
          <w:sz w:val="26"/>
        </w:rPr>
        <w:br w:type="page"/>
      </w:r>
    </w:p>
    <w:p w:rsidR="00627713" w:rsidRPr="00371F72" w:rsidRDefault="00F16FFC" w:rsidP="00371F72">
      <w:pPr>
        <w:spacing w:after="0" w:line="240" w:lineRule="auto"/>
        <w:jc w:val="center"/>
      </w:pPr>
      <w:r w:rsidRPr="00371F72">
        <w:rPr>
          <w:rFonts w:ascii="Times New Roman" w:eastAsia="Times New Roman" w:hAnsi="Times New Roman"/>
          <w:b/>
          <w:sz w:val="28"/>
        </w:rPr>
        <w:lastRenderedPageBreak/>
        <w:t>TUẦN 25</w:t>
      </w:r>
    </w:p>
    <w:p w:rsidR="00627713" w:rsidRPr="00371F72" w:rsidRDefault="00F16FFC" w:rsidP="00371F72">
      <w:pPr>
        <w:spacing w:after="0" w:line="240" w:lineRule="auto"/>
        <w:jc w:val="center"/>
      </w:pPr>
      <w:r w:rsidRPr="00371F72">
        <w:rPr>
          <w:rFonts w:ascii="Times New Roman" w:eastAsia="Times New Roman" w:hAnsi="Times New Roman"/>
          <w:b/>
          <w:sz w:val="28"/>
        </w:rPr>
        <w:t>KẾ HOẠCH BÀI DẠY MÔN TOÁN 3</w:t>
      </w:r>
    </w:p>
    <w:p w:rsidR="00627713" w:rsidRPr="00371F72" w:rsidRDefault="00F16FFC" w:rsidP="00371F72">
      <w:pPr>
        <w:spacing w:after="0" w:line="240" w:lineRule="auto"/>
        <w:jc w:val="center"/>
      </w:pPr>
      <w:r w:rsidRPr="00371F72">
        <w:rPr>
          <w:rFonts w:ascii="Times New Roman" w:eastAsia="Times New Roman" w:hAnsi="Times New Roman"/>
          <w:b/>
          <w:sz w:val="26"/>
        </w:rPr>
        <w:t>CHỦ ĐỀ 10: CỘNG, TRỪ, NHÂN, CHIA TRONG PHẠM VI 10 000</w:t>
      </w:r>
    </w:p>
    <w:p w:rsidR="00627713" w:rsidRPr="00371F72" w:rsidRDefault="00F16FFC" w:rsidP="00371F72">
      <w:pPr>
        <w:spacing w:after="0" w:line="240" w:lineRule="auto"/>
        <w:jc w:val="center"/>
      </w:pPr>
      <w:r w:rsidRPr="00371F72">
        <w:rPr>
          <w:rFonts w:ascii="Times New Roman" w:eastAsia="Times New Roman" w:hAnsi="Times New Roman"/>
          <w:b/>
          <w:sz w:val="26"/>
        </w:rPr>
        <w:t>Bài 58: LUYỆN TẬP CHUNG (Tiết 2) - Trang 53, 54</w:t>
      </w:r>
    </w:p>
    <w:p w:rsidR="00627713" w:rsidRPr="00371F72" w:rsidRDefault="00F16FFC" w:rsidP="00371F72">
      <w:pPr>
        <w:spacing w:after="0" w:line="240" w:lineRule="auto"/>
      </w:pPr>
      <w:r w:rsidRPr="00371F72">
        <w:rPr>
          <w:rFonts w:ascii="Times New Roman" w:eastAsia="Times New Roman" w:hAnsi="Times New Roman"/>
          <w:b/>
          <w:sz w:val="26"/>
        </w:rPr>
        <w:t>I. YÊU CẦU CẦN ĐẠT:</w:t>
      </w:r>
    </w:p>
    <w:p w:rsidR="00627713" w:rsidRPr="00371F72" w:rsidRDefault="00F16FFC" w:rsidP="00371F72">
      <w:pPr>
        <w:spacing w:after="0" w:line="240" w:lineRule="auto"/>
      </w:pPr>
      <w:r w:rsidRPr="00371F72">
        <w:rPr>
          <w:rFonts w:ascii="Times New Roman" w:eastAsia="Times New Roman" w:hAnsi="Times New Roman"/>
          <w:b/>
          <w:sz w:val="26"/>
        </w:rPr>
        <w:t>1. Năng lực đặc thù:</w:t>
      </w:r>
    </w:p>
    <w:p w:rsidR="00627713" w:rsidRPr="00371F72" w:rsidRDefault="00F16FFC" w:rsidP="00371F72">
      <w:pPr>
        <w:spacing w:after="0" w:line="240" w:lineRule="auto"/>
      </w:pPr>
      <w:r w:rsidRPr="00371F72">
        <w:rPr>
          <w:rFonts w:ascii="Times New Roman" w:eastAsia="Times New Roman" w:hAnsi="Times New Roman"/>
          <w:sz w:val="26"/>
        </w:rPr>
        <w:t>- Củng cố đặt tính rồi tính, bài toán thực tế và bài toán đường đi theo kết quả phép tính.</w:t>
      </w:r>
    </w:p>
    <w:p w:rsidR="00627713" w:rsidRPr="00371F72" w:rsidRDefault="00F16FFC" w:rsidP="00371F72">
      <w:pPr>
        <w:spacing w:after="0" w:line="240" w:lineRule="auto"/>
      </w:pPr>
      <w:r w:rsidRPr="00371F72">
        <w:rPr>
          <w:rFonts w:ascii="Times New Roman" w:eastAsia="Times New Roman" w:hAnsi="Times New Roman"/>
          <w:sz w:val="26"/>
        </w:rPr>
        <w:t>- Tính được số cạnh, tổng độ dài dây đèn, kết quả phép nhân, phép chia có dư.</w:t>
      </w:r>
    </w:p>
    <w:p w:rsidR="00627713" w:rsidRPr="00371F72" w:rsidRDefault="00F16FFC" w:rsidP="00371F72">
      <w:pPr>
        <w:spacing w:after="0" w:line="240" w:lineRule="auto"/>
      </w:pPr>
      <w:r w:rsidRPr="00371F72">
        <w:rPr>
          <w:rFonts w:ascii="Times New Roman" w:eastAsia="Times New Roman" w:hAnsi="Times New Roman"/>
          <w:sz w:val="26"/>
        </w:rPr>
        <w:t>- Giải được bài toán cân nặng, xác định người nâng được nhiều ki-lô-gam nhất.</w:t>
      </w:r>
    </w:p>
    <w:p w:rsidR="00627713" w:rsidRPr="00371F72" w:rsidRDefault="00F16FFC" w:rsidP="00371F72">
      <w:pPr>
        <w:spacing w:after="0" w:line="240" w:lineRule="auto"/>
      </w:pPr>
      <w:r w:rsidRPr="00371F72">
        <w:rPr>
          <w:rFonts w:ascii="Times New Roman" w:eastAsia="Times New Roman" w:hAnsi="Times New Roman"/>
          <w:sz w:val="26"/>
        </w:rPr>
        <w:t>- Vận dụng kiến thức Toán để giải quyết các tình huống thực tế trong bài luyện tập.</w:t>
      </w:r>
    </w:p>
    <w:p w:rsidR="00627713" w:rsidRPr="00371F72" w:rsidRDefault="00F16FFC" w:rsidP="00371F72">
      <w:pPr>
        <w:spacing w:after="0" w:line="240" w:lineRule="auto"/>
      </w:pPr>
      <w:r w:rsidRPr="00371F72">
        <w:rPr>
          <w:rFonts w:ascii="Times New Roman" w:eastAsia="Times New Roman" w:hAnsi="Times New Roman"/>
          <w:b/>
          <w:sz w:val="26"/>
        </w:rPr>
        <w:t>2. Năng lực chung:</w:t>
      </w:r>
    </w:p>
    <w:p w:rsidR="00627713" w:rsidRPr="00371F72" w:rsidRDefault="00F16FFC" w:rsidP="00371F72">
      <w:pPr>
        <w:spacing w:after="0" w:line="240" w:lineRule="auto"/>
      </w:pPr>
      <w:r w:rsidRPr="00371F72">
        <w:rPr>
          <w:rFonts w:ascii="Times New Roman" w:eastAsia="Times New Roman" w:hAnsi="Times New Roman"/>
          <w:sz w:val="26"/>
        </w:rPr>
        <w:t>- Tự chủ, tự học: tự tính và tự kiểm tra kết quả bài làm.</w:t>
      </w:r>
    </w:p>
    <w:p w:rsidR="00627713" w:rsidRPr="00371F72" w:rsidRDefault="00F16FFC" w:rsidP="00371F72">
      <w:pPr>
        <w:spacing w:after="0" w:line="240" w:lineRule="auto"/>
      </w:pPr>
      <w:r w:rsidRPr="00371F72">
        <w:rPr>
          <w:rFonts w:ascii="Times New Roman" w:eastAsia="Times New Roman" w:hAnsi="Times New Roman"/>
          <w:sz w:val="26"/>
        </w:rPr>
        <w:t>- Giao tiếp và hợp tác: thảo luận nhóm 2, nhóm 4 khi phân tích hình và đường đi.</w:t>
      </w:r>
    </w:p>
    <w:p w:rsidR="00627713" w:rsidRPr="00371F72" w:rsidRDefault="00F16FFC" w:rsidP="00371F72">
      <w:pPr>
        <w:spacing w:after="0" w:line="240" w:lineRule="auto"/>
      </w:pPr>
      <w:r w:rsidRPr="00371F72">
        <w:rPr>
          <w:rFonts w:ascii="Times New Roman" w:eastAsia="Times New Roman" w:hAnsi="Times New Roman"/>
          <w:sz w:val="26"/>
        </w:rPr>
        <w:t>- Giải quyết vấn đề và sáng tạo: tìm đường đi đúng theo kết quả phép tính.</w:t>
      </w:r>
    </w:p>
    <w:p w:rsidR="00627713" w:rsidRPr="00371F72" w:rsidRDefault="00F16FFC" w:rsidP="00371F72">
      <w:pPr>
        <w:spacing w:after="0" w:line="240" w:lineRule="auto"/>
      </w:pPr>
      <w:r w:rsidRPr="00371F72">
        <w:rPr>
          <w:rFonts w:ascii="Times New Roman" w:eastAsia="Times New Roman" w:hAnsi="Times New Roman"/>
          <w:b/>
          <w:sz w:val="26"/>
        </w:rPr>
        <w:t>3. Phẩm chất:</w:t>
      </w:r>
    </w:p>
    <w:p w:rsidR="00627713" w:rsidRPr="00371F72" w:rsidRDefault="00F16FFC" w:rsidP="00371F72">
      <w:pPr>
        <w:spacing w:after="0" w:line="240" w:lineRule="auto"/>
      </w:pPr>
      <w:r w:rsidRPr="00371F72">
        <w:rPr>
          <w:rFonts w:ascii="Times New Roman" w:eastAsia="Times New Roman" w:hAnsi="Times New Roman"/>
          <w:sz w:val="26"/>
        </w:rPr>
        <w:t>- Chăm chỉ: tích cực luyện tập nhiều dạng bài.</w:t>
      </w:r>
    </w:p>
    <w:p w:rsidR="00627713" w:rsidRPr="00371F72" w:rsidRDefault="00F16FFC" w:rsidP="00371F72">
      <w:pPr>
        <w:spacing w:after="0" w:line="240" w:lineRule="auto"/>
      </w:pPr>
      <w:r w:rsidRPr="00371F72">
        <w:rPr>
          <w:rFonts w:ascii="Times New Roman" w:eastAsia="Times New Roman" w:hAnsi="Times New Roman"/>
          <w:sz w:val="26"/>
        </w:rPr>
        <w:t>- Trung thực: trình bày kết quả đúng, sửa lỗi nếu tính sai.</w:t>
      </w:r>
    </w:p>
    <w:p w:rsidR="00627713" w:rsidRPr="00371F72" w:rsidRDefault="00F16FFC" w:rsidP="00371F72">
      <w:pPr>
        <w:spacing w:after="0" w:line="240" w:lineRule="auto"/>
      </w:pPr>
      <w:r w:rsidRPr="00371F72">
        <w:rPr>
          <w:rFonts w:ascii="Times New Roman" w:eastAsia="Times New Roman" w:hAnsi="Times New Roman"/>
          <w:sz w:val="26"/>
        </w:rPr>
        <w:t>- Trách nhiệm: giữ gìn tài sản chung, đồ dùng học tập và trân trọng thành quả lao động của mọi người.</w:t>
      </w:r>
    </w:p>
    <w:p w:rsidR="00627713" w:rsidRPr="00371F72" w:rsidRDefault="00F16FFC" w:rsidP="00371F72">
      <w:pPr>
        <w:spacing w:after="0" w:line="240" w:lineRule="auto"/>
      </w:pPr>
      <w:r w:rsidRPr="00371F72">
        <w:rPr>
          <w:rFonts w:ascii="Times New Roman" w:eastAsia="Times New Roman" w:hAnsi="Times New Roman"/>
          <w:b/>
          <w:sz w:val="26"/>
        </w:rPr>
        <w:t>II. ĐỒ DÙNG DẠY HỌC</w:t>
      </w:r>
    </w:p>
    <w:p w:rsidR="00627713" w:rsidRPr="00371F72" w:rsidRDefault="00F16FFC" w:rsidP="00371F72">
      <w:pPr>
        <w:spacing w:after="0" w:line="240" w:lineRule="auto"/>
      </w:pPr>
      <w:r w:rsidRPr="00371F72">
        <w:rPr>
          <w:rFonts w:ascii="Times New Roman" w:eastAsia="Times New Roman" w:hAnsi="Times New Roman"/>
          <w:sz w:val="26"/>
        </w:rPr>
        <w:t>- Kế hoạch bài dạy, SGK Toán 3 tập hai, bài giảng PowerPoint.</w:t>
      </w:r>
    </w:p>
    <w:p w:rsidR="00627713" w:rsidRPr="00371F72" w:rsidRDefault="00F16FFC" w:rsidP="00371F72">
      <w:pPr>
        <w:spacing w:after="0" w:line="240" w:lineRule="auto"/>
      </w:pPr>
      <w:r w:rsidRPr="00371F72">
        <w:rPr>
          <w:rFonts w:ascii="Times New Roman" w:eastAsia="Times New Roman" w:hAnsi="Times New Roman"/>
          <w:sz w:val="26"/>
        </w:rPr>
        <w:t>- Phiếu nhóm, bảng con, hình cắt từ SGK trang 53, 54.</w:t>
      </w:r>
    </w:p>
    <w:p w:rsidR="00627713" w:rsidRPr="00371F72" w:rsidRDefault="00F16FFC" w:rsidP="00371F72">
      <w:pPr>
        <w:spacing w:after="0" w:line="240" w:lineRule="auto"/>
      </w:pPr>
      <w:r w:rsidRPr="00371F72">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371F72" w:rsidRPr="00371F72" w:rsidTr="009B4E38">
        <w:trPr>
          <w:jc w:val="center"/>
        </w:trPr>
        <w:tc>
          <w:tcPr>
            <w:tcW w:w="5040" w:type="dxa"/>
            <w:tcBorders>
              <w:bottom w:val="single" w:sz="8" w:space="0" w:color="000000"/>
            </w:tcBorders>
            <w:shd w:val="clear" w:color="auto" w:fill="auto"/>
          </w:tcPr>
          <w:p w:rsidR="00627713" w:rsidRPr="00371F72" w:rsidRDefault="00F16FFC" w:rsidP="00371F72">
            <w:pPr>
              <w:spacing w:after="0" w:line="240" w:lineRule="auto"/>
              <w:jc w:val="center"/>
            </w:pPr>
            <w:r w:rsidRPr="00371F72">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627713" w:rsidRPr="00371F72" w:rsidRDefault="00F16FFC" w:rsidP="00371F72">
            <w:pPr>
              <w:spacing w:after="0" w:line="240" w:lineRule="auto"/>
              <w:jc w:val="center"/>
            </w:pPr>
            <w:r w:rsidRPr="00371F72">
              <w:rPr>
                <w:rFonts w:ascii="Times New Roman" w:eastAsia="Times New Roman" w:hAnsi="Times New Roman"/>
                <w:b/>
                <w:sz w:val="26"/>
              </w:rPr>
              <w:t>Hoạt động của học sinh</w:t>
            </w:r>
          </w:p>
        </w:tc>
      </w:tr>
      <w:tr w:rsidR="00371F72" w:rsidRPr="00371F72" w:rsidTr="009B4E38">
        <w:trPr>
          <w:jc w:val="center"/>
        </w:trPr>
        <w:tc>
          <w:tcPr>
            <w:tcW w:w="10080" w:type="dxa"/>
            <w:gridSpan w:val="2"/>
            <w:tcBorders>
              <w:top w:val="single" w:sz="8" w:space="0" w:color="000000"/>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1. Khởi động (5 phút):</w:t>
            </w:r>
          </w:p>
          <w:p w:rsidR="00627713" w:rsidRPr="00371F72" w:rsidRDefault="00F16FFC" w:rsidP="00371F72">
            <w:pPr>
              <w:spacing w:after="0" w:line="240" w:lineRule="auto"/>
            </w:pPr>
            <w:r w:rsidRPr="00371F72">
              <w:rPr>
                <w:rFonts w:ascii="Times New Roman" w:eastAsia="Times New Roman" w:hAnsi="Times New Roman"/>
                <w:sz w:val="26"/>
              </w:rPr>
              <w:t>- Mục tiêu: Ôn nhân, chia trong phạm vi 10 000 và tạo tâm thế luyện tập.</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9B4E38">
        <w:trPr>
          <w:jc w:val="center"/>
        </w:trPr>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tổ chức trò chơi “Ô số nhanh” với phép nhân, phép chia ngắn.</w:t>
            </w:r>
          </w:p>
        </w:tc>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tham gia trò chơi, nêu kết quả nhanh.</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nêu: 9 362 : 9 gần bằng bao nhiêu? Có thể có dư không?</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theo hiểu biết, dự đoán có thể có dư.</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Khi bài toán có hình khối, đường đi, cân nặng, em cần làm gì trước khi tính?</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cần đọc kĩ đề, quan sát hình và chọn phép tính phù hợp.</w:t>
            </w:r>
          </w:p>
        </w:tc>
      </w:tr>
      <w:tr w:rsidR="00371F72" w:rsidRPr="00371F72" w:rsidTr="009B4E38">
        <w:trPr>
          <w:jc w:val="center"/>
        </w:trPr>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dẫn dắt vào tiết luyện tập chung.</w:t>
            </w:r>
          </w:p>
        </w:tc>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9B4E38">
        <w:trPr>
          <w:jc w:val="center"/>
        </w:trPr>
        <w:tc>
          <w:tcPr>
            <w:tcW w:w="10080" w:type="dxa"/>
            <w:gridSpan w:val="2"/>
            <w:tcBorders>
              <w:top w:val="single" w:sz="8" w:space="0" w:color="000000"/>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2. Luyện tập (25 phút):</w:t>
            </w:r>
          </w:p>
          <w:p w:rsidR="00627713" w:rsidRPr="00371F72" w:rsidRDefault="00F16FFC" w:rsidP="00371F72">
            <w:pPr>
              <w:spacing w:after="0" w:line="240" w:lineRule="auto"/>
            </w:pPr>
            <w:r w:rsidRPr="00371F72">
              <w:rPr>
                <w:rFonts w:ascii="Times New Roman" w:eastAsia="Times New Roman" w:hAnsi="Times New Roman"/>
                <w:sz w:val="26"/>
              </w:rPr>
              <w:t>- Mục tiêu: Luyện đặt tính, giải bài toán thực tế, tìm đường đi và xác định cân nặng.</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9B4E38">
        <w:trPr>
          <w:jc w:val="center"/>
        </w:trPr>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1. Đặt tính rồi tính.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1.</w:t>
            </w:r>
          </w:p>
          <w:p w:rsidR="00627713" w:rsidRPr="00371F72" w:rsidRDefault="00627713" w:rsidP="00371F72">
            <w:pPr>
              <w:spacing w:after="0" w:line="240" w:lineRule="auto"/>
              <w:jc w:val="center"/>
            </w:pPr>
          </w:p>
        </w:tc>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các phép tính.</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cá nhân yêu cầu Bài 1,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Đặt tính rồi tính.</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làm cá nhân vào vở bốn phép tính.</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bài cá nhân.</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mời HS nêu kết quả.</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nêu: 9 362 : 9 = 1 040 dư 2; 1 214 x 6 = 7 284; 2 790 : 3 = 930; 912 x 7 = 6 384.</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GV yêu cầu HS kiểm tra phép chia có dư.</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kiểm tra: số dư 2 bé hơn số chia 9.</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Đặt tính đúng giúp thực hiện phép nhân, phép chia chính xác.</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2. Bài toán dây đèn quanh ngôi nhà. (Làm việc cá nhân)</w:t>
            </w:r>
          </w:p>
          <w:p w:rsidR="00627713" w:rsidRPr="00371F72" w:rsidRDefault="00F16FFC" w:rsidP="009B4E38">
            <w:pPr>
              <w:spacing w:after="0" w:line="240" w:lineRule="auto"/>
            </w:pPr>
            <w:r w:rsidRPr="00371F72">
              <w:rPr>
                <w:rFonts w:ascii="Times New Roman" w:eastAsia="Times New Roman" w:hAnsi="Times New Roman"/>
                <w:sz w:val="26"/>
              </w:rPr>
              <w:t>- HS quan sát Bài 2.</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bài toán và quan sát hình ngôi nhà.</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hướng dẫn HS quan sát hình ngôi nhà, xác định khối lập phương có 12 cạnh, trong đó có 4 cạnh sát mặt đất không gắn dây đèn; từ đó tìm số cạnh cần gắn dây trước khi tính tổng độ dài dây.</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hình, nêu: Có 12 cạnh, bỏ 4 cạnh sát mặt đất nên còn 8 cạnh cần gắn dây đèn.</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Ngôi nhà dạng khối lập phương, gắn dây đèn theo mỗi cạnh, trừ những cạnh sát mặt đất; mỗi cạnh dài 450 cm.</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Khối lập phương có bao nhiêu cạnh và có mấy cạnh sát mặt đất?</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Có 12 cạnh, có 4 cạnh sát mặt đất.</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Bác Nam cần gắn dây đèn ở bao nhiêu cạnh?</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12 - 4 = 8 cạnh.</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tính tổng độ dài dây đèn.</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tính: 450 x 8 = 3 600 cm.</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Cần xác định đúng số cạnh cần gắn dây trước khi nhân với độ dài mỗi cạnh.</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3. Đường đi của chú sâu. (Làm việc nhóm 2)</w:t>
            </w:r>
          </w:p>
          <w:p w:rsidR="00627713" w:rsidRPr="00371F72" w:rsidRDefault="00F16FFC" w:rsidP="009B4E38">
            <w:pPr>
              <w:spacing w:after="0" w:line="240" w:lineRule="auto"/>
            </w:pPr>
            <w:r w:rsidRPr="00371F72">
              <w:rPr>
                <w:rFonts w:ascii="Times New Roman" w:eastAsia="Times New Roman" w:hAnsi="Times New Roman"/>
                <w:sz w:val="26"/>
              </w:rPr>
              <w:t>- HS quan sát Bài 3.</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hai chú sâu và các chiếc lá.</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cá nhân yêu cầu Bài 3,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đề: Mỗi chú sâu bò theo đường có màu trùng với màu của nó và đến chiếc lá ghi kết quả của phép tính trên mình chú sâu đó.</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làm nhóm 2, tính kết quả của chú sâu màu xanh.</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tính: 721 x 6 = 4 326.</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tính kết quả của chú sâu màu đỏ.</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tính: 4 328 : 6 = 721 dư 2.</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dùng bút chì dò đường theo màu đến chiếc lá đúng.</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tìm đường: sâu xanh đến lá 4 326; sâu đỏ đến lá 721 dư 2.</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Muốn đi đúng đường, cần tính đúng phép tính trước rồi mới đối chiếu kết quả.</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4. Người khổng lồ nào nâng được nhiều ki-lô-gam nhất? (Làm việc nhóm 4)</w:t>
            </w:r>
          </w:p>
          <w:p w:rsidR="00627713" w:rsidRPr="00371F72" w:rsidRDefault="00F16FFC" w:rsidP="00371F72">
            <w:pPr>
              <w:spacing w:after="0" w:line="240" w:lineRule="auto"/>
            </w:pPr>
            <w:r w:rsidRPr="00371F72">
              <w:rPr>
                <w:rFonts w:ascii="Times New Roman" w:eastAsia="Times New Roman" w:hAnsi="Times New Roman"/>
                <w:sz w:val="26"/>
              </w:rPr>
              <w:t>- HS quan sát Bài 4.</w:t>
            </w:r>
          </w:p>
          <w:p w:rsidR="00627713" w:rsidRPr="00371F72" w:rsidRDefault="00627713" w:rsidP="00371F72">
            <w:pPr>
              <w:spacing w:after="0" w:line="240" w:lineRule="auto"/>
              <w:jc w:val="center"/>
            </w:pP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người khổng lồ và các vật nặng.</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cá nhân yêu cầu Bài 4,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Người khổng lồ nào nâng được nhiều ki-lô-gam nhất?</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hướng dẫn HS quan sát các vật: khúc gỗ 2 612 kg, con bê 25 kg, con ngựa 450 kg, con voi 1 245 kg.</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số cân nặng của từng vật.</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xml:space="preserve">- GV cho HS làm nhóm 4, tính tổng cân nặng </w:t>
            </w:r>
            <w:r w:rsidRPr="00371F72">
              <w:rPr>
                <w:rFonts w:ascii="Times New Roman" w:eastAsia="Times New Roman" w:hAnsi="Times New Roman"/>
                <w:sz w:val="26"/>
              </w:rPr>
              <w:lastRenderedPageBreak/>
              <w:t>mỗi người nâng.</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xml:space="preserve">- HS tính: A nâng 900 kg; B nâng 1 270 kg; C </w:t>
            </w:r>
            <w:r w:rsidRPr="00371F72">
              <w:rPr>
                <w:rFonts w:ascii="Times New Roman" w:eastAsia="Times New Roman" w:hAnsi="Times New Roman"/>
                <w:sz w:val="26"/>
              </w:rPr>
              <w:lastRenderedPageBreak/>
              <w:t>nâng 2 612 kg.</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GV hỏi: Người khổng lồ nào nâng được nhiều nhất?</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Người khổng lồ C nâng được nhiều nhất.</w:t>
            </w:r>
          </w:p>
        </w:tc>
      </w:tr>
      <w:tr w:rsidR="00371F72" w:rsidRPr="00371F72" w:rsidTr="009B4E38">
        <w:trPr>
          <w:jc w:val="center"/>
        </w:trPr>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Khi so sánh cân nặng, cần cộng đúng các vật mà mỗi người nâng rồi so sánh kết quả.</w:t>
            </w:r>
          </w:p>
        </w:tc>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9B4E38">
        <w:trPr>
          <w:jc w:val="center"/>
        </w:trPr>
        <w:tc>
          <w:tcPr>
            <w:tcW w:w="10080" w:type="dxa"/>
            <w:gridSpan w:val="2"/>
            <w:tcBorders>
              <w:top w:val="single" w:sz="8" w:space="0" w:color="000000"/>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3. Vận dụng - Trải nghiệm (5 phút):</w:t>
            </w:r>
          </w:p>
          <w:p w:rsidR="00627713" w:rsidRPr="00371F72" w:rsidRDefault="00F16FFC" w:rsidP="00371F72">
            <w:pPr>
              <w:spacing w:after="0" w:line="240" w:lineRule="auto"/>
            </w:pPr>
            <w:r w:rsidRPr="00371F72">
              <w:rPr>
                <w:rFonts w:ascii="Times New Roman" w:eastAsia="Times New Roman" w:hAnsi="Times New Roman"/>
                <w:sz w:val="26"/>
              </w:rPr>
              <w:t>- Mục tiêu: Củng cố nhân, chia, liên hệ sử dụng đồ dùng an toàn, nhận xét tiết học và dặn dò.</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9B4E38">
        <w:trPr>
          <w:jc w:val="center"/>
        </w:trPr>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Trong tiết học, em đã luyện những dạng toán nào?</w:t>
            </w:r>
          </w:p>
        </w:tc>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luyện đặt tính nhân, chia; tính số cạnh, độ dài dây đèn; tìm đường đi theo kết quả; so sánh cân nặng.</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Khi bài toán có hình vẽ, em cần làm gì trước khi tính?</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cần quan sát hình, đọc số liệu, xác định đối tượng cần tính rồi chọn phép tính phù hợp.</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liên hệ: Khi sử dụng đèn trang trí, đồ dùng hoặc công trình chung, em cần làm gì để an toàn và tiết kiệm?</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sử dụng đúng cách, không làm hỏng đồ dùng, tắt thiết bị khi không cần và giữ gìn tài sản chung.</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nhận xét tiết học, tuyên dương HS làm bài cẩn thận, biết giải thích kết quả.</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 tự nhận xét điều mình làm tốt.</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dặn dò HS ôn lại nhân, chia trong phạm vi 10 000 và chuẩn bị Bài 58 tiết 3.</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ghi nhớ nhiệm vụ về nhà.</w:t>
            </w:r>
          </w:p>
        </w:tc>
      </w:tr>
    </w:tbl>
    <w:p w:rsidR="00627713" w:rsidRPr="00371F72" w:rsidRDefault="00F16FFC" w:rsidP="00371F72">
      <w:pPr>
        <w:spacing w:after="0" w:line="240" w:lineRule="auto"/>
      </w:pPr>
      <w:r w:rsidRPr="00371F72">
        <w:rPr>
          <w:rFonts w:ascii="Times New Roman" w:eastAsia="Times New Roman" w:hAnsi="Times New Roman"/>
          <w:b/>
          <w:sz w:val="26"/>
        </w:rPr>
        <w:t>IV. ĐIỀU CHỈNH SAU BÀI DẠY:</w:t>
      </w:r>
    </w:p>
    <w:p w:rsidR="00627713" w:rsidRPr="00371F72" w:rsidRDefault="00F16FFC" w:rsidP="00371F72">
      <w:pPr>
        <w:spacing w:after="0" w:line="240" w:lineRule="auto"/>
      </w:pPr>
      <w:r w:rsidRPr="00371F72">
        <w:rPr>
          <w:rFonts w:ascii="Times New Roman" w:eastAsia="Times New Roman" w:hAnsi="Times New Roman"/>
          <w:sz w:val="26"/>
        </w:rPr>
        <w:t>.......................................................................................................................................</w:t>
      </w:r>
    </w:p>
    <w:p w:rsidR="00627713" w:rsidRPr="00371F72" w:rsidRDefault="00F16FFC" w:rsidP="00371F72">
      <w:pPr>
        <w:spacing w:after="0" w:line="240" w:lineRule="auto"/>
      </w:pPr>
      <w:r w:rsidRPr="00371F72">
        <w:rPr>
          <w:rFonts w:ascii="Times New Roman" w:eastAsia="Times New Roman" w:hAnsi="Times New Roman"/>
          <w:sz w:val="26"/>
        </w:rPr>
        <w:t>.......................................................................................................................................</w:t>
      </w:r>
    </w:p>
    <w:p w:rsidR="00627713" w:rsidRPr="00371F72" w:rsidRDefault="00F16FFC" w:rsidP="00371F72">
      <w:pPr>
        <w:spacing w:after="0" w:line="240" w:lineRule="auto"/>
        <w:jc w:val="center"/>
      </w:pPr>
      <w:r w:rsidRPr="00371F72">
        <w:rPr>
          <w:rFonts w:ascii="Times New Roman" w:eastAsia="Times New Roman" w:hAnsi="Times New Roman"/>
          <w:b/>
          <w:sz w:val="28"/>
        </w:rPr>
        <w:t>TUẦN 25</w:t>
      </w:r>
    </w:p>
    <w:p w:rsidR="00627713" w:rsidRPr="00371F72" w:rsidRDefault="00F16FFC" w:rsidP="00371F72">
      <w:pPr>
        <w:spacing w:after="0" w:line="240" w:lineRule="auto"/>
        <w:jc w:val="center"/>
      </w:pPr>
      <w:r w:rsidRPr="00371F72">
        <w:rPr>
          <w:rFonts w:ascii="Times New Roman" w:eastAsia="Times New Roman" w:hAnsi="Times New Roman"/>
          <w:b/>
          <w:sz w:val="28"/>
        </w:rPr>
        <w:t>KẾ HOẠCH BÀI DẠY MÔN TOÁN 3</w:t>
      </w:r>
    </w:p>
    <w:p w:rsidR="00627713" w:rsidRPr="00371F72" w:rsidRDefault="00F16FFC" w:rsidP="00371F72">
      <w:pPr>
        <w:spacing w:after="0" w:line="240" w:lineRule="auto"/>
        <w:jc w:val="center"/>
      </w:pPr>
      <w:r w:rsidRPr="00371F72">
        <w:rPr>
          <w:rFonts w:ascii="Times New Roman" w:eastAsia="Times New Roman" w:hAnsi="Times New Roman"/>
          <w:b/>
          <w:sz w:val="26"/>
        </w:rPr>
        <w:t>CHỦ ĐỀ 10: CỘNG, TRỪ, NHÂN, CHIA TRONG PHẠM VI 10 000</w:t>
      </w:r>
    </w:p>
    <w:p w:rsidR="00627713" w:rsidRPr="00371F72" w:rsidRDefault="00F16FFC" w:rsidP="00371F72">
      <w:pPr>
        <w:spacing w:after="0" w:line="240" w:lineRule="auto"/>
        <w:jc w:val="center"/>
      </w:pPr>
      <w:r w:rsidRPr="00371F72">
        <w:rPr>
          <w:rFonts w:ascii="Times New Roman" w:eastAsia="Times New Roman" w:hAnsi="Times New Roman"/>
          <w:b/>
          <w:sz w:val="26"/>
        </w:rPr>
        <w:t>Bài 58: LUYỆN TẬP CHUNG (Tiết 3) - Trang 55</w:t>
      </w:r>
    </w:p>
    <w:p w:rsidR="00627713" w:rsidRPr="00371F72" w:rsidRDefault="00F16FFC" w:rsidP="00371F72">
      <w:pPr>
        <w:spacing w:after="0" w:line="240" w:lineRule="auto"/>
      </w:pPr>
      <w:r w:rsidRPr="00371F72">
        <w:rPr>
          <w:rFonts w:ascii="Times New Roman" w:eastAsia="Times New Roman" w:hAnsi="Times New Roman"/>
          <w:b/>
          <w:sz w:val="26"/>
        </w:rPr>
        <w:t>I. YÊU CẦU CẦN ĐẠT:</w:t>
      </w:r>
    </w:p>
    <w:p w:rsidR="00627713" w:rsidRPr="00371F72" w:rsidRDefault="00F16FFC" w:rsidP="00371F72">
      <w:pPr>
        <w:spacing w:after="0" w:line="240" w:lineRule="auto"/>
      </w:pPr>
      <w:r w:rsidRPr="00371F72">
        <w:rPr>
          <w:rFonts w:ascii="Times New Roman" w:eastAsia="Times New Roman" w:hAnsi="Times New Roman"/>
          <w:b/>
          <w:sz w:val="26"/>
        </w:rPr>
        <w:t>1. Năng lực đặc thù:</w:t>
      </w:r>
    </w:p>
    <w:p w:rsidR="00627713" w:rsidRPr="00371F72" w:rsidRDefault="00F16FFC" w:rsidP="00371F72">
      <w:pPr>
        <w:spacing w:after="0" w:line="240" w:lineRule="auto"/>
      </w:pPr>
      <w:r w:rsidRPr="00371F72">
        <w:rPr>
          <w:rFonts w:ascii="Times New Roman" w:eastAsia="Times New Roman" w:hAnsi="Times New Roman"/>
          <w:sz w:val="26"/>
        </w:rPr>
        <w:t>- Củng cố tính giá trị biểu thức có dấu ngoặc, nhân, chia, cộng, trừ.</w:t>
      </w:r>
    </w:p>
    <w:p w:rsidR="00627713" w:rsidRPr="00371F72" w:rsidRDefault="00F16FFC" w:rsidP="00371F72">
      <w:pPr>
        <w:spacing w:after="0" w:line="240" w:lineRule="auto"/>
      </w:pPr>
      <w:r w:rsidRPr="00371F72">
        <w:rPr>
          <w:rFonts w:ascii="Times New Roman" w:eastAsia="Times New Roman" w:hAnsi="Times New Roman"/>
          <w:sz w:val="26"/>
        </w:rPr>
        <w:t>- Giải được bài toán thực tế về giảm đi một số lần, chia theo độ dài và chu vi hình vuông.</w:t>
      </w:r>
    </w:p>
    <w:p w:rsidR="00627713" w:rsidRPr="00371F72" w:rsidRDefault="00F16FFC" w:rsidP="00371F72">
      <w:pPr>
        <w:spacing w:after="0" w:line="240" w:lineRule="auto"/>
      </w:pPr>
      <w:r w:rsidRPr="00371F72">
        <w:rPr>
          <w:rFonts w:ascii="Times New Roman" w:eastAsia="Times New Roman" w:hAnsi="Times New Roman"/>
          <w:sz w:val="26"/>
        </w:rPr>
        <w:t>- Tính được số khối đá, độ dài bức tường thành và độ dài đoạn thẳng.</w:t>
      </w:r>
    </w:p>
    <w:p w:rsidR="00627713" w:rsidRPr="00371F72" w:rsidRDefault="00F16FFC" w:rsidP="00371F72">
      <w:pPr>
        <w:spacing w:after="0" w:line="240" w:lineRule="auto"/>
      </w:pPr>
      <w:r w:rsidRPr="00371F72">
        <w:rPr>
          <w:rFonts w:ascii="Times New Roman" w:eastAsia="Times New Roman" w:hAnsi="Times New Roman"/>
          <w:sz w:val="26"/>
        </w:rPr>
        <w:t>- Trình bày bài giải rõ phép tính, đơn vị và đáp số.</w:t>
      </w:r>
    </w:p>
    <w:p w:rsidR="00627713" w:rsidRPr="00371F72" w:rsidRDefault="00F16FFC" w:rsidP="00371F72">
      <w:pPr>
        <w:spacing w:after="0" w:line="240" w:lineRule="auto"/>
      </w:pPr>
      <w:r w:rsidRPr="00371F72">
        <w:rPr>
          <w:rFonts w:ascii="Times New Roman" w:eastAsia="Times New Roman" w:hAnsi="Times New Roman"/>
          <w:b/>
          <w:sz w:val="26"/>
        </w:rPr>
        <w:t>2. Năng lực chung:</w:t>
      </w:r>
    </w:p>
    <w:p w:rsidR="00627713" w:rsidRPr="00371F72" w:rsidRDefault="00F16FFC" w:rsidP="00371F72">
      <w:pPr>
        <w:spacing w:after="0" w:line="240" w:lineRule="auto"/>
      </w:pPr>
      <w:r w:rsidRPr="00371F72">
        <w:rPr>
          <w:rFonts w:ascii="Times New Roman" w:eastAsia="Times New Roman" w:hAnsi="Times New Roman"/>
          <w:sz w:val="26"/>
        </w:rPr>
        <w:t>- Tự chủ, tự học: tự tính giá trị biểu thức, giải toán và kiểm tra đơn vị.</w:t>
      </w:r>
    </w:p>
    <w:p w:rsidR="00627713" w:rsidRPr="00371F72" w:rsidRDefault="00F16FFC" w:rsidP="00371F72">
      <w:pPr>
        <w:spacing w:after="0" w:line="240" w:lineRule="auto"/>
      </w:pPr>
      <w:r w:rsidRPr="00371F72">
        <w:rPr>
          <w:rFonts w:ascii="Times New Roman" w:eastAsia="Times New Roman" w:hAnsi="Times New Roman"/>
          <w:sz w:val="26"/>
        </w:rPr>
        <w:t>- Giao tiếp và hợp tác: trao đổi nhóm 2 khi phân tích bài toán thực tế.</w:t>
      </w:r>
    </w:p>
    <w:p w:rsidR="00627713" w:rsidRPr="00371F72" w:rsidRDefault="00F16FFC" w:rsidP="00371F72">
      <w:pPr>
        <w:spacing w:after="0" w:line="240" w:lineRule="auto"/>
      </w:pPr>
      <w:r w:rsidRPr="00371F72">
        <w:rPr>
          <w:rFonts w:ascii="Times New Roman" w:eastAsia="Times New Roman" w:hAnsi="Times New Roman"/>
          <w:sz w:val="26"/>
        </w:rPr>
        <w:t>- Giải quyết vấn đề và sáng tạo: vận dụng linh hoạt nhiều phép tính trong một bài toán.</w:t>
      </w:r>
    </w:p>
    <w:p w:rsidR="00627713" w:rsidRPr="00371F72" w:rsidRDefault="00F16FFC" w:rsidP="00371F72">
      <w:pPr>
        <w:spacing w:after="0" w:line="240" w:lineRule="auto"/>
      </w:pPr>
      <w:r w:rsidRPr="00371F72">
        <w:rPr>
          <w:rFonts w:ascii="Times New Roman" w:eastAsia="Times New Roman" w:hAnsi="Times New Roman"/>
          <w:b/>
          <w:sz w:val="26"/>
        </w:rPr>
        <w:t>3. Phẩm chất:</w:t>
      </w:r>
    </w:p>
    <w:p w:rsidR="00627713" w:rsidRPr="00371F72" w:rsidRDefault="00F16FFC" w:rsidP="00371F72">
      <w:pPr>
        <w:spacing w:after="0" w:line="240" w:lineRule="auto"/>
      </w:pPr>
      <w:r w:rsidRPr="00371F72">
        <w:rPr>
          <w:rFonts w:ascii="Times New Roman" w:eastAsia="Times New Roman" w:hAnsi="Times New Roman"/>
          <w:sz w:val="26"/>
        </w:rPr>
        <w:t>- Chăm chỉ: hoàn thành các bài luyện tập tổng hợp.</w:t>
      </w:r>
    </w:p>
    <w:p w:rsidR="00627713" w:rsidRPr="00371F72" w:rsidRDefault="00F16FFC" w:rsidP="00371F72">
      <w:pPr>
        <w:spacing w:after="0" w:line="240" w:lineRule="auto"/>
      </w:pPr>
      <w:r w:rsidRPr="00371F72">
        <w:rPr>
          <w:rFonts w:ascii="Times New Roman" w:eastAsia="Times New Roman" w:hAnsi="Times New Roman"/>
          <w:sz w:val="26"/>
        </w:rPr>
        <w:t>- Trung thực: tự kiểm tra kết quả, sửa lỗi khi tính sai thứ tự thực hiện phép tính.</w:t>
      </w:r>
    </w:p>
    <w:p w:rsidR="00627713" w:rsidRPr="00371F72" w:rsidRDefault="00F16FFC" w:rsidP="00371F72">
      <w:pPr>
        <w:spacing w:after="0" w:line="240" w:lineRule="auto"/>
      </w:pPr>
      <w:r w:rsidRPr="00371F72">
        <w:rPr>
          <w:rFonts w:ascii="Times New Roman" w:eastAsia="Times New Roman" w:hAnsi="Times New Roman"/>
          <w:sz w:val="26"/>
        </w:rPr>
        <w:t>- Trách nhiệm: làm bài cẩn thận, chuẩn bị tốt cho chủ đề tiếp theo.</w:t>
      </w:r>
    </w:p>
    <w:p w:rsidR="00627713" w:rsidRPr="00371F72" w:rsidRDefault="00F16FFC" w:rsidP="00371F72">
      <w:pPr>
        <w:spacing w:after="0" w:line="240" w:lineRule="auto"/>
      </w:pPr>
      <w:r w:rsidRPr="00371F72">
        <w:rPr>
          <w:rFonts w:ascii="Times New Roman" w:eastAsia="Times New Roman" w:hAnsi="Times New Roman"/>
          <w:b/>
          <w:sz w:val="26"/>
        </w:rPr>
        <w:t>4. Tích hợp:</w:t>
      </w:r>
    </w:p>
    <w:p w:rsidR="00627713" w:rsidRPr="00371F72" w:rsidRDefault="00F16FFC" w:rsidP="00371F72">
      <w:pPr>
        <w:spacing w:after="0" w:line="240" w:lineRule="auto"/>
      </w:pPr>
      <w:r w:rsidRPr="00371F72">
        <w:rPr>
          <w:rFonts w:ascii="Times New Roman" w:eastAsia="Times New Roman" w:hAnsi="Times New Roman"/>
          <w:sz w:val="26"/>
        </w:rPr>
        <w:t>- Tích hợp QPAN: Qua bài toán bức tường thành hình vuông, HS hiểu thêm vai trò của công trình phòng thủ, biết trân trọng di tích lịch sử và có ý thức giữ gìn, bảo vệ công trình chung.</w:t>
      </w:r>
    </w:p>
    <w:p w:rsidR="00627713" w:rsidRPr="00371F72" w:rsidRDefault="00F16FFC" w:rsidP="00371F72">
      <w:pPr>
        <w:spacing w:after="0" w:line="240" w:lineRule="auto"/>
      </w:pPr>
      <w:r w:rsidRPr="00371F72">
        <w:rPr>
          <w:rFonts w:ascii="Times New Roman" w:eastAsia="Times New Roman" w:hAnsi="Times New Roman"/>
          <w:b/>
          <w:sz w:val="26"/>
        </w:rPr>
        <w:lastRenderedPageBreak/>
        <w:t>II. ĐỒ DÙNG DẠY HỌC</w:t>
      </w:r>
    </w:p>
    <w:p w:rsidR="00627713" w:rsidRPr="00371F72" w:rsidRDefault="00F16FFC" w:rsidP="00371F72">
      <w:pPr>
        <w:spacing w:after="0" w:line="240" w:lineRule="auto"/>
      </w:pPr>
      <w:r w:rsidRPr="00371F72">
        <w:rPr>
          <w:rFonts w:ascii="Times New Roman" w:eastAsia="Times New Roman" w:hAnsi="Times New Roman"/>
          <w:sz w:val="26"/>
        </w:rPr>
        <w:t>- Kế hoạch bài dạy, SGK Toán 3 tập hai, bài giảng PowerPoint.</w:t>
      </w:r>
    </w:p>
    <w:p w:rsidR="00627713" w:rsidRPr="00371F72" w:rsidRDefault="00F16FFC" w:rsidP="00371F72">
      <w:pPr>
        <w:spacing w:after="0" w:line="240" w:lineRule="auto"/>
      </w:pPr>
      <w:r w:rsidRPr="00371F72">
        <w:rPr>
          <w:rFonts w:ascii="Times New Roman" w:eastAsia="Times New Roman" w:hAnsi="Times New Roman"/>
          <w:sz w:val="26"/>
        </w:rPr>
        <w:t>- Bảng con, phiếu luyện tập, hình cắt từ SGK trang 55.</w:t>
      </w:r>
    </w:p>
    <w:p w:rsidR="00627713" w:rsidRPr="00371F72" w:rsidRDefault="00F16FFC" w:rsidP="00371F72">
      <w:pPr>
        <w:spacing w:after="0" w:line="240" w:lineRule="auto"/>
      </w:pPr>
      <w:r w:rsidRPr="00371F72">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371F72" w:rsidRPr="00371F72" w:rsidTr="009B4E38">
        <w:trPr>
          <w:jc w:val="center"/>
        </w:trPr>
        <w:tc>
          <w:tcPr>
            <w:tcW w:w="5040" w:type="dxa"/>
            <w:tcBorders>
              <w:bottom w:val="single" w:sz="8" w:space="0" w:color="000000"/>
            </w:tcBorders>
            <w:shd w:val="clear" w:color="auto" w:fill="auto"/>
          </w:tcPr>
          <w:p w:rsidR="00627713" w:rsidRPr="00371F72" w:rsidRDefault="00F16FFC" w:rsidP="00371F72">
            <w:pPr>
              <w:spacing w:after="0" w:line="240" w:lineRule="auto"/>
              <w:jc w:val="center"/>
            </w:pPr>
            <w:r w:rsidRPr="00371F72">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627713" w:rsidRPr="00371F72" w:rsidRDefault="00F16FFC" w:rsidP="00371F72">
            <w:pPr>
              <w:spacing w:after="0" w:line="240" w:lineRule="auto"/>
              <w:jc w:val="center"/>
            </w:pPr>
            <w:r w:rsidRPr="00371F72">
              <w:rPr>
                <w:rFonts w:ascii="Times New Roman" w:eastAsia="Times New Roman" w:hAnsi="Times New Roman"/>
                <w:b/>
                <w:sz w:val="26"/>
              </w:rPr>
              <w:t>Hoạt động của học sinh</w:t>
            </w:r>
          </w:p>
        </w:tc>
      </w:tr>
      <w:tr w:rsidR="00371F72" w:rsidRPr="00371F72" w:rsidTr="009B4E38">
        <w:trPr>
          <w:jc w:val="center"/>
        </w:trPr>
        <w:tc>
          <w:tcPr>
            <w:tcW w:w="10080" w:type="dxa"/>
            <w:gridSpan w:val="2"/>
            <w:tcBorders>
              <w:top w:val="single" w:sz="8" w:space="0" w:color="000000"/>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1. Khởi động (5 phút):</w:t>
            </w:r>
          </w:p>
          <w:p w:rsidR="00627713" w:rsidRPr="00371F72" w:rsidRDefault="00F16FFC" w:rsidP="00371F72">
            <w:pPr>
              <w:spacing w:after="0" w:line="240" w:lineRule="auto"/>
            </w:pPr>
            <w:r w:rsidRPr="00371F72">
              <w:rPr>
                <w:rFonts w:ascii="Times New Roman" w:eastAsia="Times New Roman" w:hAnsi="Times New Roman"/>
                <w:sz w:val="26"/>
              </w:rPr>
              <w:t>- Mục tiêu: Ôn thứ tự thực hiện phép tính và các dạng toán đã học.</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9B4E38">
        <w:trPr>
          <w:jc w:val="center"/>
        </w:trPr>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tổ chức trò chơi “Thứ tự đúng” với biểu thức có dấu ngoặc.</w:t>
            </w:r>
          </w:p>
        </w:tc>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tham gia trò chơi, nêu phép tính trong ngoặc được làm trước.</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nêu: Trong biểu thức (2 000 + 7 015) : 3, ta làm gì trước?</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Làm phép cộng trong ngoặc trước.</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Chu vi hình vuông được tính như thế nào?</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Lấy độ dài một cạnh nhân với 4.</w:t>
            </w:r>
          </w:p>
        </w:tc>
      </w:tr>
      <w:tr w:rsidR="00371F72" w:rsidRPr="00371F72" w:rsidTr="009B4E38">
        <w:trPr>
          <w:jc w:val="center"/>
        </w:trPr>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dẫn dắt vào tiết luyện tập chung.</w:t>
            </w:r>
          </w:p>
        </w:tc>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9B4E38">
        <w:trPr>
          <w:jc w:val="center"/>
        </w:trPr>
        <w:tc>
          <w:tcPr>
            <w:tcW w:w="10080" w:type="dxa"/>
            <w:gridSpan w:val="2"/>
            <w:tcBorders>
              <w:top w:val="single" w:sz="8" w:space="0" w:color="000000"/>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2. Luyện tập (25 phút):</w:t>
            </w:r>
          </w:p>
          <w:p w:rsidR="00627713" w:rsidRPr="00371F72" w:rsidRDefault="00F16FFC" w:rsidP="00371F72">
            <w:pPr>
              <w:spacing w:after="0" w:line="240" w:lineRule="auto"/>
            </w:pPr>
            <w:r w:rsidRPr="00371F72">
              <w:rPr>
                <w:rFonts w:ascii="Times New Roman" w:eastAsia="Times New Roman" w:hAnsi="Times New Roman"/>
                <w:sz w:val="26"/>
              </w:rPr>
              <w:t>- Mục tiêu: Luyện tính giá trị biểu thức, giải toán giảm đi một số lần, chia đều độ dài và chu vi hình vuông.</w:t>
            </w:r>
          </w:p>
          <w:p w:rsidR="00627713" w:rsidRPr="00371F72" w:rsidRDefault="00F16FFC" w:rsidP="00371F72">
            <w:pPr>
              <w:spacing w:after="0" w:line="240" w:lineRule="auto"/>
            </w:pPr>
            <w:r w:rsidRPr="00371F72">
              <w:rPr>
                <w:rFonts w:ascii="Times New Roman" w:eastAsia="Times New Roman" w:hAnsi="Times New Roman"/>
                <w:sz w:val="26"/>
              </w:rPr>
              <w:t>- Mục tiêu tích hợp QPAN: HS biết trân trọng bức tường thành, di tích lịch sử và hiểu ý nghĩa của công trình phòng thủ trong bảo vệ cộng đồng.</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tr w:rsidR="00371F72" w:rsidRPr="00371F72" w:rsidTr="009B4E38">
        <w:trPr>
          <w:jc w:val="center"/>
        </w:trPr>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1. Tính giá trị của biểu thức.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1.</w:t>
            </w:r>
          </w:p>
          <w:p w:rsidR="00627713" w:rsidRPr="00371F72" w:rsidRDefault="00627713" w:rsidP="00371F72">
            <w:pPr>
              <w:spacing w:after="0" w:line="240" w:lineRule="auto"/>
              <w:jc w:val="center"/>
            </w:pPr>
          </w:p>
        </w:tc>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bốn biểu thức.</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cá nhân yêu cầu Bài 1,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Tính giá trị của biểu thức.</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Với biểu thức có dấu ngoặc, ta làm phép tính nào trước?</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Làm phép tính trong ngoặc trước.</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làm cá nhân vào vở các biểu thức a, b, c, d.</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bài cá nhân.</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mời HS nêu kết quả từng biểu thức.</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nêu: a) 3 005; b) 7 021; c) 503; d) 4 230.</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giải thích một biểu thức có dấu ngoặc.</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giải thích cách tính theo thứ tự thực hiện phép tính.</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Với biểu thức có dấu ngoặc, cần tính trong ngoặc trước rồi mới nhân, chia.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2. Bài toán tàu chở hàng.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2.</w:t>
            </w:r>
          </w:p>
          <w:p w:rsidR="00627713" w:rsidRPr="00371F72" w:rsidRDefault="00F16FFC" w:rsidP="00371F72">
            <w:pPr>
              <w:spacing w:after="0" w:line="240" w:lineRule="auto"/>
              <w:jc w:val="center"/>
            </w:pPr>
            <w:r w:rsidRPr="00371F72">
              <w:rPr>
                <w:rFonts w:ascii="Times New Roman" w:eastAsia="Times New Roman" w:hAnsi="Times New Roman"/>
                <w:noProof/>
                <w:sz w:val="26"/>
              </w:rPr>
              <w:drawing>
                <wp:inline distT="0" distB="0" distL="0" distR="0" wp14:anchorId="0A13E240" wp14:editId="37DB6986">
                  <wp:extent cx="2852928" cy="47548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8_t3_b2.png"/>
                          <pic:cNvPicPr/>
                        </pic:nvPicPr>
                        <pic:blipFill>
                          <a:blip r:embed="rId7"/>
                          <a:stretch>
                            <a:fillRect/>
                          </a:stretch>
                        </pic:blipFill>
                        <pic:spPr>
                          <a:xfrm>
                            <a:off x="0" y="0"/>
                            <a:ext cx="2852928" cy="475488"/>
                          </a:xfrm>
                          <a:prstGeom prst="rect">
                            <a:avLst/>
                          </a:prstGeom>
                        </pic:spPr>
                      </pic:pic>
                    </a:graphicData>
                  </a:graphic>
                </wp:inline>
              </w:drawing>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đề bài.</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Tàu chở 7 863 thùng hàng, sau khi dỡ xuống thì số thùng còn lại bằng số thùng ban đầu giảm đi 3 lần.</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“Giảm đi 3 lần” nghĩa là làm phép tính gì?</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Lấy số ban đầu chia cho 3.</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lastRenderedPageBreak/>
              <w:t>- GV yêu cầu HS trình bày bài giải.</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trình bày: Trên tàu còn lại 7 863 : 3 = 2 621 thùng hàng. Đáp số: 2 621 thùng hàng.</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nhắc HS ghi đúng đơn vị thùng hàng.</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kiểm tra lại đơn vị trong bài giải.</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Bài toán giảm đi một số lần thường dùng phép chia.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3. Bài toán khối đá lát đường. (Làm việc nhóm 2)</w:t>
            </w:r>
          </w:p>
          <w:p w:rsidR="00627713" w:rsidRPr="00371F72" w:rsidRDefault="00F16FFC" w:rsidP="00371F72">
            <w:pPr>
              <w:spacing w:after="0" w:line="240" w:lineRule="auto"/>
            </w:pPr>
            <w:r w:rsidRPr="00371F72">
              <w:rPr>
                <w:rFonts w:ascii="Times New Roman" w:eastAsia="Times New Roman" w:hAnsi="Times New Roman"/>
                <w:sz w:val="26"/>
              </w:rPr>
              <w:t>- HS quan sát Bài 3.</w:t>
            </w:r>
          </w:p>
          <w:p w:rsidR="00627713" w:rsidRPr="00371F72" w:rsidRDefault="00627713" w:rsidP="00371F72">
            <w:pPr>
              <w:spacing w:after="0" w:line="240" w:lineRule="auto"/>
              <w:jc w:val="center"/>
            </w:pP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hình vị quan và con đường.</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Vị quan dùng các khối đá giống nhau để lát con đường dài 455 m; hình chữ nhật trên mỗi khối đá có chiều dài 5 m.</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Mỗi khối đá tương ứng với đoạn đường dài bao nhiêu mét?</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5 m.</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làm nhóm 2, tìm số khối đá đã dùng.</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455 : 5 = 91 khối đá.</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mời HS trình bày bài giải.</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trình bày: Vị quan ấy đã dùng 91 khối đá.</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Khi các đoạn bằng nhau, muốn tìm số đoạn ta lấy tổng độ dài chia cho độ dài mỗi đoạn.</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b/>
                <w:sz w:val="26"/>
              </w:rPr>
              <w:t>Bài 4. Bài toán bức tường thành hình vuông. (Làm việc cá nhân)</w:t>
            </w:r>
          </w:p>
          <w:p w:rsidR="00627713" w:rsidRPr="00371F72" w:rsidRDefault="00F16FFC" w:rsidP="00371F72">
            <w:pPr>
              <w:spacing w:after="0" w:line="240" w:lineRule="auto"/>
            </w:pPr>
            <w:r w:rsidRPr="00371F72">
              <w:rPr>
                <w:rFonts w:ascii="Times New Roman" w:eastAsia="Times New Roman" w:hAnsi="Times New Roman"/>
                <w:sz w:val="26"/>
              </w:rPr>
              <w:t>- HS quan sát Bài 4.</w:t>
            </w:r>
          </w:p>
          <w:p w:rsidR="00627713" w:rsidRPr="00371F72" w:rsidRDefault="00627713" w:rsidP="00371F72">
            <w:pPr>
              <w:spacing w:after="0" w:line="240" w:lineRule="auto"/>
              <w:jc w:val="center"/>
            </w:pP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quan sát hình vuông ABCD.</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đọc: Người ta xây bức tường thành bao quanh khu đất hình vuông ABCD, mỗi cạnh dài 2 324 bước chân; I là trung điểm của AB.</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Tích hợp QPAN: GV khai thác đúng tình huống Bài 4 về bức tường thành hình vuông. GV hỏi: “Bức tường thành được xây bao quanh khu đất có ý nghĩa gì trong đời sống xưa?” GV diễn giải: Tường thành là công trình phòng thủ, giúp bảo vệ khu vực sinh sống, kho tàng, con người và cộng đồng. Khi tính độ dài bức tường thành, HS vừa luyện chu vi hình vuông, trung điểm đoạn thẳng, vừa biết trân trọng công trình lịch sử và có ý thức giữ gìn di tích, tài sản chung.</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Bức tường thành giúp bảo vệ con người và khu vực bên trong; em cần trân trọng di tích lịch sử, không vẽ bậy, không phá hoại và giữ gìn công trình chung.</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Muốn tính độ dài bức tường thành bao quanh khu đất, em làm gì?</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Lấy độ dài một cạnh nhân với 4.</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yêu cầu HS tính câu a.</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làm: 2 324 x 4 = 9 296 bước chân.</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I là trung điểm của AB, đoạn AI dài bao nhiêu?</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2 324 : 2 = 1 162 bước chân.</w:t>
            </w:r>
          </w:p>
        </w:tc>
      </w:tr>
      <w:tr w:rsidR="00371F72" w:rsidRPr="00371F72" w:rsidTr="009B4E38">
        <w:trPr>
          <w:jc w:val="center"/>
        </w:trPr>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kết luận: Chu vi hình vuông bằng cạnh nhân 4; trung điểm chia đoạn thẳng thành hai phần bằng nhau.</w:t>
            </w:r>
          </w:p>
        </w:tc>
        <w:tc>
          <w:tcPr>
            <w:tcW w:w="5040" w:type="dxa"/>
            <w:tcBorders>
              <w:bottom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w:t>
            </w:r>
          </w:p>
        </w:tc>
      </w:tr>
      <w:tr w:rsidR="00371F72" w:rsidRPr="00371F72" w:rsidTr="009B4E38">
        <w:trPr>
          <w:jc w:val="center"/>
        </w:trPr>
        <w:tc>
          <w:tcPr>
            <w:tcW w:w="10080" w:type="dxa"/>
            <w:gridSpan w:val="2"/>
            <w:tcBorders>
              <w:top w:val="single" w:sz="8" w:space="0" w:color="000000"/>
              <w:bottom w:val="single" w:sz="8" w:space="0" w:color="000000"/>
            </w:tcBorders>
            <w:shd w:val="clear" w:color="auto" w:fill="auto"/>
          </w:tcPr>
          <w:p w:rsidR="00627713" w:rsidRPr="00371F72" w:rsidRDefault="00F16FFC" w:rsidP="00371F72">
            <w:pPr>
              <w:spacing w:after="0" w:line="240" w:lineRule="auto"/>
            </w:pPr>
            <w:bookmarkStart w:id="0" w:name="_GoBack"/>
            <w:r w:rsidRPr="00371F72">
              <w:rPr>
                <w:rFonts w:ascii="Times New Roman" w:eastAsia="Times New Roman" w:hAnsi="Times New Roman"/>
                <w:b/>
                <w:sz w:val="26"/>
              </w:rPr>
              <w:lastRenderedPageBreak/>
              <w:t>3. Vận dụng - Trải nghiệm (5 phút):</w:t>
            </w:r>
          </w:p>
          <w:p w:rsidR="00627713" w:rsidRPr="00371F72" w:rsidRDefault="00F16FFC" w:rsidP="00371F72">
            <w:pPr>
              <w:spacing w:after="0" w:line="240" w:lineRule="auto"/>
            </w:pPr>
            <w:r w:rsidRPr="00371F72">
              <w:rPr>
                <w:rFonts w:ascii="Times New Roman" w:eastAsia="Times New Roman" w:hAnsi="Times New Roman"/>
                <w:sz w:val="26"/>
              </w:rPr>
              <w:t>- Mục tiêu: Củng cố kiến thức tổng hợp, liên hệ thực tế, nhận xét tiết học và dặn dò.</w:t>
            </w:r>
          </w:p>
          <w:p w:rsidR="00627713" w:rsidRPr="00371F72" w:rsidRDefault="00F16FFC" w:rsidP="00371F72">
            <w:pPr>
              <w:spacing w:after="0" w:line="240" w:lineRule="auto"/>
            </w:pPr>
            <w:r w:rsidRPr="00371F72">
              <w:rPr>
                <w:rFonts w:ascii="Times New Roman" w:eastAsia="Times New Roman" w:hAnsi="Times New Roman"/>
                <w:sz w:val="26"/>
              </w:rPr>
              <w:t>*Cách tiến hành:</w:t>
            </w:r>
          </w:p>
        </w:tc>
      </w:tr>
      <w:bookmarkEnd w:id="0"/>
      <w:tr w:rsidR="00371F72" w:rsidRPr="00371F72" w:rsidTr="009B4E38">
        <w:trPr>
          <w:jc w:val="center"/>
        </w:trPr>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Khi tính giá trị biểu thức có dấu ngoặc, em thực hiện theo thứ tự nào?</w:t>
            </w:r>
          </w:p>
        </w:tc>
        <w:tc>
          <w:tcPr>
            <w:tcW w:w="5040" w:type="dxa"/>
            <w:tcBorders>
              <w:top w:val="single" w:sz="8" w:space="0" w:color="000000"/>
            </w:tcBorders>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tính trong ngoặc trước, rồi thực hiện nhân, chia, cộng, trừ theo đúng thứ tự.</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hỏi: Muốn tính chu vi hình vuông, em làm thế nào?</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lấy độ dài một cạnh nhân với 4.</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liên hệ: Khi đọc bài toán thực tế, em cần làm gì để chọn đúng phép tính?</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trả lời: Em đọc kĩ đề, xác định cái đã biết, cái cần tìm và chú ý các từ như gấp, giảm, chia đều, bao quanh.</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nhận xét tiết học, tuyên dương HS trình bày bài giải rõ ràng và tính toán cẩn thận.</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lắng nghe, nêu điều em cần luyện thêm.</w:t>
            </w:r>
          </w:p>
        </w:tc>
      </w:tr>
      <w:tr w:rsidR="00371F72" w:rsidRPr="00371F72" w:rsidTr="009B4E38">
        <w:trPr>
          <w:jc w:val="center"/>
        </w:trPr>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GV dặn dò HS ôn lại chủ đề cộng, trừ, nhân, chia trong phạm vi 10 000 và chuẩn bị Chủ đề 11.</w:t>
            </w:r>
          </w:p>
        </w:tc>
        <w:tc>
          <w:tcPr>
            <w:tcW w:w="5040" w:type="dxa"/>
            <w:shd w:val="clear" w:color="auto" w:fill="auto"/>
          </w:tcPr>
          <w:p w:rsidR="00627713" w:rsidRPr="00371F72" w:rsidRDefault="00F16FFC" w:rsidP="00371F72">
            <w:pPr>
              <w:spacing w:after="0" w:line="240" w:lineRule="auto"/>
            </w:pPr>
            <w:r w:rsidRPr="00371F72">
              <w:rPr>
                <w:rFonts w:ascii="Times New Roman" w:eastAsia="Times New Roman" w:hAnsi="Times New Roman"/>
                <w:sz w:val="26"/>
              </w:rPr>
              <w:t>- HS ghi nhớ nhiệm vụ về nhà.</w:t>
            </w:r>
          </w:p>
        </w:tc>
      </w:tr>
    </w:tbl>
    <w:p w:rsidR="00627713" w:rsidRPr="00371F72" w:rsidRDefault="00F16FFC" w:rsidP="00371F72">
      <w:pPr>
        <w:spacing w:after="0" w:line="240" w:lineRule="auto"/>
      </w:pPr>
      <w:r w:rsidRPr="00371F72">
        <w:rPr>
          <w:rFonts w:ascii="Times New Roman" w:eastAsia="Times New Roman" w:hAnsi="Times New Roman"/>
          <w:b/>
          <w:sz w:val="26"/>
        </w:rPr>
        <w:t>IV. ĐIỀU CHỈNH SAU BÀI DẠY:</w:t>
      </w:r>
    </w:p>
    <w:p w:rsidR="00627713" w:rsidRPr="00371F72" w:rsidRDefault="00F16FFC" w:rsidP="00371F72">
      <w:pPr>
        <w:spacing w:after="0" w:line="240" w:lineRule="auto"/>
      </w:pPr>
      <w:r w:rsidRPr="00371F72">
        <w:rPr>
          <w:rFonts w:ascii="Times New Roman" w:eastAsia="Times New Roman" w:hAnsi="Times New Roman"/>
          <w:sz w:val="26"/>
        </w:rPr>
        <w:t>.......................................................................................................................................</w:t>
      </w:r>
    </w:p>
    <w:p w:rsidR="00627713" w:rsidRPr="00371F72" w:rsidRDefault="00F16FFC" w:rsidP="00371F72">
      <w:pPr>
        <w:spacing w:after="0" w:line="240" w:lineRule="auto"/>
      </w:pPr>
      <w:r w:rsidRPr="00371F72">
        <w:rPr>
          <w:rFonts w:ascii="Times New Roman" w:eastAsia="Times New Roman" w:hAnsi="Times New Roman"/>
          <w:sz w:val="26"/>
        </w:rPr>
        <w:t>.......................................................................................................................................</w:t>
      </w:r>
    </w:p>
    <w:sectPr w:rsidR="00627713" w:rsidRPr="00371F72" w:rsidSect="00034616">
      <w:pgSz w:w="12240" w:h="15840"/>
      <w:pgMar w:top="936" w:right="936" w:bottom="864"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53EA"/>
    <w:rsid w:val="0015074B"/>
    <w:rsid w:val="0029639D"/>
    <w:rsid w:val="00326F90"/>
    <w:rsid w:val="00371F72"/>
    <w:rsid w:val="00627713"/>
    <w:rsid w:val="009B4E38"/>
    <w:rsid w:val="00AA1D8D"/>
    <w:rsid w:val="00B47730"/>
    <w:rsid w:val="00CB0664"/>
    <w:rsid w:val="00F16F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71F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F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71F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F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E37EB-EDDA-4CEF-ADDD-70C273877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16</Pages>
  <Words>4924</Words>
  <Characters>28069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2026-06-19T01:36:00Z</dcterms:created>
  <dcterms:modified xsi:type="dcterms:W3CDTF">2026-08-15T07:11:00Z</dcterms:modified>
  <cp:category/>
</cp:coreProperties>
</file>