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ulukkoRuudukko"/>
        <w:tblW w:w="10216" w:type="dxa"/>
        <w:tblCellSpacing w:w="0" w:type="dxa"/>
        <w:tblLook w:val="04A0" w:firstRow="1" w:lastRow="0" w:firstColumn="1" w:lastColumn="0" w:noHBand="0" w:noVBand="1"/>
      </w:tblPr>
      <w:tblGrid>
        <w:gridCol w:w="5033"/>
        <w:gridCol w:w="6"/>
        <w:gridCol w:w="100"/>
        <w:gridCol w:w="5067"/>
        <w:gridCol w:w="10"/>
      </w:tblGrid>
      <w:tr w:rsidR="00065FD7" w14:paraId="29FCA374" w14:textId="77777777" w:rsidTr="002773A0">
        <w:trPr>
          <w:gridAfter w:val="1"/>
          <w:wAfter w:w="10" w:type="dxa"/>
          <w:trHeight w:hRule="exact" w:val="1320"/>
          <w:tblCellSpacing w:w="0" w:type="dxa"/>
        </w:trPr>
        <w:tc>
          <w:tcPr>
            <w:tcW w:w="5039" w:type="dxa"/>
            <w:gridSpan w:val="2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5206CBA" w14:textId="77777777" w:rsidR="00065FD7" w:rsidRDefault="00000000">
            <w:r>
              <w:rPr>
                <w:noProof/>
              </w:rPr>
              <w:drawing>
                <wp:inline distT="0" distB="0" distL="0" distR="0" wp14:anchorId="67BC7209" wp14:editId="436FB4F0">
                  <wp:extent cx="1473200" cy="828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7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7F7D6E9" w14:textId="77777777" w:rsidR="00065FD7" w:rsidRDefault="00000000">
            <w:pPr>
              <w:jc w:val="right"/>
            </w:pPr>
            <w:r>
              <w:rPr>
                <w:rFonts w:ascii="Calibri" w:hAnsi="Calibri"/>
                <w:b/>
                <w:color w:val="5F883B"/>
                <w:sz w:val="20"/>
              </w:rPr>
              <w:t>MSQ – METABOLIC SCREENING QUESTIONNAIRE</w:t>
            </w:r>
            <w:r>
              <w:br/>
            </w:r>
            <w:r>
              <w:rPr>
                <w:rFonts w:ascii="Calibri" w:hAnsi="Calibri"/>
                <w:color w:val="5A5A5A"/>
                <w:sz w:val="14"/>
              </w:rPr>
              <w:t>Vastaa asteikolla 0–4 perustuen oireisiisi viimeisen 30 vrk:n ajalta</w:t>
            </w:r>
          </w:p>
        </w:tc>
      </w:tr>
      <w:tr w:rsidR="00065FD7" w14:paraId="08F68C21" w14:textId="77777777" w:rsidTr="002773A0">
        <w:tblPrEx>
          <w:tblCellSpacing w:w="0" w:type="nil"/>
        </w:tblPrEx>
        <w:trPr>
          <w:trHeight w:hRule="exact" w:val="28"/>
        </w:trPr>
        <w:tc>
          <w:tcPr>
            <w:tcW w:w="10216" w:type="dxa"/>
            <w:gridSpan w:val="5"/>
            <w:shd w:val="clear" w:color="auto" w:fill="5F883B"/>
          </w:tcPr>
          <w:p w14:paraId="5C1767D0" w14:textId="77777777" w:rsidR="00065FD7" w:rsidRDefault="00065FD7"/>
        </w:tc>
      </w:tr>
      <w:tr w:rsidR="00065FD7" w14:paraId="2804BBA8" w14:textId="77777777" w:rsidTr="002773A0">
        <w:trPr>
          <w:gridAfter w:val="1"/>
          <w:wAfter w:w="10" w:type="dxa"/>
          <w:trHeight w:hRule="exact" w:val="720"/>
          <w:tblCellSpacing w:w="0" w:type="dxa"/>
        </w:trPr>
        <w:tc>
          <w:tcPr>
            <w:tcW w:w="5039" w:type="dxa"/>
            <w:gridSpan w:val="2"/>
            <w:tcMar>
              <w:top w:w="30" w:type="dxa"/>
              <w:left w:w="0" w:type="dxa"/>
              <w:bottom w:w="0" w:type="dxa"/>
              <w:right w:w="80" w:type="dxa"/>
            </w:tcMar>
          </w:tcPr>
          <w:p w14:paraId="756A813C" w14:textId="77777777" w:rsidR="00065FD7" w:rsidRDefault="00000000">
            <w:pPr>
              <w:spacing w:after="6" w:line="220" w:lineRule="exact"/>
            </w:pPr>
            <w:r>
              <w:rPr>
                <w:rFonts w:ascii="Calibri" w:hAnsi="Calibri"/>
                <w:color w:val="231F20"/>
                <w:sz w:val="18"/>
              </w:rPr>
              <w:t>Nimi: ________________________________</w:t>
            </w:r>
          </w:p>
          <w:p w14:paraId="11ECE44B" w14:textId="77777777" w:rsidR="00065FD7" w:rsidRDefault="00000000">
            <w:pPr>
              <w:spacing w:line="220" w:lineRule="exact"/>
            </w:pPr>
            <w:r>
              <w:rPr>
                <w:rFonts w:ascii="Calibri" w:hAnsi="Calibri"/>
                <w:color w:val="231F20"/>
                <w:sz w:val="18"/>
              </w:rPr>
              <w:t>Vastaus pvm: ________________</w:t>
            </w:r>
          </w:p>
        </w:tc>
        <w:tc>
          <w:tcPr>
            <w:tcW w:w="5167" w:type="dxa"/>
            <w:gridSpan w:val="2"/>
            <w:tcMar>
              <w:top w:w="30" w:type="dxa"/>
              <w:left w:w="80" w:type="dxa"/>
              <w:bottom w:w="0" w:type="dxa"/>
              <w:right w:w="0" w:type="dxa"/>
            </w:tcMar>
          </w:tcPr>
          <w:p w14:paraId="47FED0B6" w14:textId="77777777" w:rsidR="00065FD7" w:rsidRDefault="00000000">
            <w:pPr>
              <w:spacing w:line="218" w:lineRule="exact"/>
            </w:pPr>
            <w:r>
              <w:rPr>
                <w:rFonts w:ascii="Calibri" w:hAnsi="Calibri"/>
                <w:b/>
                <w:color w:val="5F883B"/>
                <w:sz w:val="17"/>
              </w:rPr>
              <w:t xml:space="preserve">Pisteytys:  </w:t>
            </w:r>
            <w:r>
              <w:rPr>
                <w:rFonts w:ascii="Calibri" w:hAnsi="Calibri"/>
                <w:color w:val="5A5A5A"/>
                <w:sz w:val="17"/>
              </w:rPr>
              <w:t>0 = ei koskaan   1 = vähäisiä oireita ajoittain</w:t>
            </w:r>
          </w:p>
          <w:p w14:paraId="1599AA31" w14:textId="77777777" w:rsidR="00065FD7" w:rsidRDefault="00000000">
            <w:pPr>
              <w:spacing w:line="218" w:lineRule="exact"/>
            </w:pPr>
            <w:r>
              <w:rPr>
                <w:rFonts w:ascii="Calibri" w:hAnsi="Calibri"/>
                <w:color w:val="5A5A5A"/>
                <w:sz w:val="17"/>
              </w:rPr>
              <w:t>2 = vähäisiä oireita usein   3 = vaikeahkoja oireita ajoittain</w:t>
            </w:r>
          </w:p>
          <w:p w14:paraId="4322C5A2" w14:textId="77777777" w:rsidR="00065FD7" w:rsidRDefault="00000000">
            <w:pPr>
              <w:spacing w:line="218" w:lineRule="exact"/>
            </w:pPr>
            <w:r>
              <w:rPr>
                <w:rFonts w:ascii="Calibri" w:hAnsi="Calibri"/>
                <w:color w:val="5A5A5A"/>
                <w:sz w:val="17"/>
              </w:rPr>
              <w:t>4 = vaikeita oireita usein</w:t>
            </w:r>
          </w:p>
        </w:tc>
      </w:tr>
      <w:tr w:rsidR="00065FD7" w14:paraId="0B57C14F" w14:textId="77777777" w:rsidTr="002773A0">
        <w:tblPrEx>
          <w:tblCellSpacing w:w="0" w:type="nil"/>
        </w:tblPrEx>
        <w:trPr>
          <w:trHeight w:hRule="exact" w:val="28"/>
        </w:trPr>
        <w:tc>
          <w:tcPr>
            <w:tcW w:w="10216" w:type="dxa"/>
            <w:gridSpan w:val="5"/>
            <w:shd w:val="clear" w:color="auto" w:fill="5F883B"/>
          </w:tcPr>
          <w:p w14:paraId="589FF3C5" w14:textId="77777777" w:rsidR="00065FD7" w:rsidRDefault="00065FD7"/>
        </w:tc>
      </w:tr>
      <w:tr w:rsidR="00065FD7" w14:paraId="700F7C99" w14:textId="77777777" w:rsidTr="002773A0">
        <w:trPr>
          <w:gridAfter w:val="1"/>
          <w:wAfter w:w="10" w:type="dxa"/>
          <w:tblCellSpacing w:w="0" w:type="dxa"/>
        </w:trPr>
        <w:tc>
          <w:tcPr>
            <w:tcW w:w="5033" w:type="dxa"/>
            <w:tcMar>
              <w:top w:w="60" w:type="dxa"/>
              <w:left w:w="0" w:type="dxa"/>
              <w:bottom w:w="0" w:type="dxa"/>
              <w:right w:w="0" w:type="dxa"/>
            </w:tcMar>
          </w:tcPr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30A1346D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09FA707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PÄÄ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7D77B4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6CB83FD9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3650713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Päänsärkyä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5CD36B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86EF414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3766B5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Voimattomuutta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1006D54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0FF88C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3965E7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Huimausta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B29B5F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B86B645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62FA232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Unettomuutta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C6E38D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E7C80FC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A0B30C8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A5B5FF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796D149E" w14:textId="77777777" w:rsidR="00065FD7" w:rsidRDefault="00065FD7"/>
          <w:p w14:paraId="68BCDFC4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35E01D3E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0E15179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SILMÄT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EFF5EA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02B15E82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1CE99C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Vuotavat / kutisevat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DEF5C3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642F0B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983615D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Mustat silmänaluset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03B193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2CA52F9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119EDC1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Turvonneet, punaiset, tahmeat luomet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AC2EB5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F4B4FC9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6DDFE69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D75E7D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1740AC76" w14:textId="77777777" w:rsidR="00065FD7" w:rsidRDefault="00065FD7"/>
          <w:p w14:paraId="2724E790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5FCCDC42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DD437BC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KORVAT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16AF884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39C491D7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12AB6ED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Kutiavat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EB891F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186641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51BA82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Särkyjä, tulehduksia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10F42E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951FF7C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BBBC8B0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Vuotoa korvista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E0ED01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F6E07F4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9C31EEC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Korvien soimista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D862CB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F82893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B33DA3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Kuulon heikkenemistä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F46F06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7EF69EF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DD81533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5B1FAC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06BFB90A" w14:textId="77777777" w:rsidR="00065FD7" w:rsidRDefault="00065FD7"/>
          <w:p w14:paraId="042A657D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37FC2D0D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984305E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NENÄ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F407CB0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1B43AD94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0591FA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Tukkoisuutta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61FC13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7CAD5B5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E66B76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Sivuontelo-ongelmia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596731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831F9F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B75671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Heinänuha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201554A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D8E1919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04F126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Aivastuskohtauksia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482EB6A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2BAE642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F65BAE2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Runsasta limantuloa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CBF520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9BA7F4D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720344A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982CB3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32B29F04" w14:textId="77777777" w:rsidR="00065FD7" w:rsidRDefault="00065FD7"/>
          <w:p w14:paraId="098B2177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7741CAB1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98F90DF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SUU / NIELU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3B58F2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06F97A81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209EE59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Kroonista yskää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209A48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5BE2A80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BDD67D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Rykimistä, limantunne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E4F5FF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DA986C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B715BC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Arkuutta nielussa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6DB7F2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E56E0F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BA4866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Käheyttä, äänenmenetys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1C56F9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FE4D430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600B619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Turvonnut kieli, ikenet, huulet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456C589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EBCA66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8AD10D9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lastRenderedPageBreak/>
                    <w:t>Rakkuloita, haavaumia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26C45C0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9BD0AFA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648741E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9B6D4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345AD0CB" w14:textId="77777777" w:rsidR="00065FD7" w:rsidRDefault="00065FD7"/>
          <w:p w14:paraId="1B08C986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43DA26E2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B27E1FC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IHO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415654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141AEB0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31295C1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Aknea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B07C4F0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6F61660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7B73C17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Nokkosihottumaa, muuta ihottumaa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B89224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0552A39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9C54D72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Kuiva iho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138EFD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3510B0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E41ABD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Hiustenlähtöä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86B3159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9F682FA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7211ABC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Punoitusta, kuumotusta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C0B563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490C80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10B56F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Ylenmääräistä hikoilua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B13E04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31D1A04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155CCFE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3A6051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6E7BF82C" w14:textId="77777777" w:rsidR="00065FD7" w:rsidRDefault="00065FD7"/>
          <w:p w14:paraId="24EC9F54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09EFAEEB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4A93036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SYDÄN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9AB412A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31CA5A2E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B162BDC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Epäsäännöllinen pulssi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C9D837F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02E252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AF275A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Poisjääneet lyönnit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2981A1B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5E7F17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553E42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Nopea / hakkaava pulssi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E6438E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F0ED5A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E279CF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Rintakipuja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0BD08F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A87B7B1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7268E20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D275F8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439F0DB7" w14:textId="77777777" w:rsidR="00065FD7" w:rsidRDefault="00065FD7"/>
          <w:p w14:paraId="47DE0E74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0FC8912A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CDD6457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KEUHKOT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45F1C2C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2BED3675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C75AF2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Ahdistusta rinnassa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9CE5704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189207C0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64EDF99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Astma, bronkiitti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AE4DA2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5FFB05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54014B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Hengästymistä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6675A4A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C513FF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D1D8D6A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Hengitysvaikeuksia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1C70D2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F3142E7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40F4DDC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A2A98B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0FE06805" w14:textId="77777777" w:rsidR="00065FD7" w:rsidRDefault="00065FD7"/>
        </w:tc>
        <w:tc>
          <w:tcPr>
            <w:tcW w:w="1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341F6" w14:textId="77777777" w:rsidR="00065FD7" w:rsidRDefault="00065FD7"/>
        </w:tc>
        <w:tc>
          <w:tcPr>
            <w:tcW w:w="5067" w:type="dxa"/>
            <w:tcMar>
              <w:top w:w="60" w:type="dxa"/>
              <w:left w:w="0" w:type="dxa"/>
              <w:bottom w:w="0" w:type="dxa"/>
              <w:right w:w="0" w:type="dxa"/>
            </w:tcMar>
          </w:tcPr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4FE8DE1C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B065269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RUOANSULATUS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C944A0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3F7E9051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39DC3C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Pahoinvointi, oksentelu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66C301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CC9E69C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5734DB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Nielemisvaikeus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3793A99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075FE6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8A0BF26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Ripuli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9D1CB6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F911EFA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9AD54D1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Ummetus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99B8D8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1863215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D5E39B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Turvotus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2D99DC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5F762A1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43C2D37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Ilmavaivaa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39F6BC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30B8A7E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E8F751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Närästys, röyhtäily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08B821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3074AFD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CCCFC8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Vatsakipu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F01CC4B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4745BB7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9D49B69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C5ADA4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6EEF3C5E" w14:textId="77777777" w:rsidR="00065FD7" w:rsidRDefault="00065FD7"/>
          <w:p w14:paraId="6AEBC786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4F5E189A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25256BD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NIVELET / LIHAKSET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BD682A0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48D5F63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7E2BC09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Kipu, jomotus nivelissä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0549B49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458927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3538CC0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Niveltulehdus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74B71C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5BFC0A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4F7E1C1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Jäykkyys, liikuntarajoitus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9C92FC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FBF6CD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84E070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Kipu, jomotus lihaksissa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47175C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44AC4F8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DC04EE0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59EB32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4373189D" w14:textId="77777777" w:rsidR="00065FD7" w:rsidRDefault="00065FD7"/>
          <w:p w14:paraId="3184138E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17A67995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2EF043B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PAINO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6821684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1F8E2B2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893025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Ylensyömistä / juomista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ACEEE05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20DC44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C1A623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Tiettyjen ruokien himo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B37ADA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2728857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5306F47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Ylipaino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E29BE3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A19DC2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EE534F8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Pakonomaista syömistä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A2DCCE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CB01D9D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D20C7F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Turvotusta, nesteen kertymistä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DA5621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FAC1BC5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B6CD80A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Alipaino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9A8E6D4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41EC5A6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8B23CB8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8D024C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1B913A5D" w14:textId="77777777" w:rsidR="00065FD7" w:rsidRDefault="00065FD7"/>
          <w:p w14:paraId="2D78B915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39921840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B61366B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AKTIIVISUUS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B716DE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44D473AA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4B92738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Väsymys, voimattomuus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224C4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9995AA3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5662BF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Apatia, hitaus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BB21340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215930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B36F7A1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Yliaktiivisuus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6C6C23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7603EF2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10B5F4E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Rauhattomuus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F80B30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653167A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25BC758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Ruokahaluttomuus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5FB575B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3C606F3E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C9206A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Kuukautishäiriöt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9174289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7D4EFAC5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A985F76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29305B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59F747BC" w14:textId="77777777" w:rsidR="00065FD7" w:rsidRDefault="00065FD7"/>
          <w:p w14:paraId="7E87CDFC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638B80C4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AF642D2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AJATUSTOIMINTA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46E38F3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3ACA5E2D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9D7CBC5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Huono muisti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6B14C5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A4DAECC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08BC383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Sekavuus, hidas käsityskyky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CD81FE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269CC3F4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137BC6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Keskittymisvaikeus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244DB4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EED9E61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71631F8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Huono koordinaatio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987EF2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9D91486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CE1BD78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Vaikeus tehdä päätöksiä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B2E49FC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3BB4A07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7F53990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Sammaltava / änkyttävä puhe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5AE1DD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1D67F757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3139342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Oppimisvaikeuksia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10524F7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F392311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88895C1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AE5DC1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1E030C62" w14:textId="77777777" w:rsidR="00065FD7" w:rsidRDefault="00065FD7"/>
          <w:p w14:paraId="75FED0D5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2493B6EB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B9E7549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TUNTEET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9065FBE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5B2EAD2C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51DD265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Mielialan ailahtelu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C15CB8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35D7B0A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28B65FB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Pelkoja, hermostuneisuus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7834E3D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2EF193E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445F24B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Viha, ärtyneisyys, aggressiivisuus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6D01E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63B1B69B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69A83204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Masennus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93C32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990292A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3B74E9F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A4FFC5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7A87F364" w14:textId="77777777" w:rsidR="00065FD7" w:rsidRDefault="00065FD7"/>
          <w:p w14:paraId="4C9139F0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22FC1D32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A689AB4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MUUT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A03E886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608F4FA9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CF8C9B3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Jatkuva sairastelu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F5EBD4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073B707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4EFF98E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Tihentynyt virtsaamistarve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545C3C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3E6F2E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2416150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Kutina tai eritevuoto sukuelimistä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13EDE68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000DCE43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4E027950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FF4DEA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2CAE98EA" w14:textId="77777777" w:rsidR="00065FD7" w:rsidRDefault="00065FD7"/>
          <w:p w14:paraId="412D01CE" w14:textId="77777777" w:rsidR="00065FD7" w:rsidRDefault="00065FD7">
            <w:pPr>
              <w:spacing w:line="105" w:lineRule="exact"/>
            </w:pPr>
          </w:p>
          <w:tbl>
            <w:tblPr>
              <w:tblStyle w:val="TaulukkoRuudukko"/>
              <w:tblW w:w="5003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4403"/>
              <w:gridCol w:w="600"/>
            </w:tblGrid>
            <w:tr w:rsidR="00065FD7" w14:paraId="7BBC9084" w14:textId="77777777">
              <w:trPr>
                <w:trHeight w:hRule="exact" w:val="398"/>
                <w:tblCellSpacing w:w="0" w:type="dxa"/>
              </w:trPr>
              <w:tc>
                <w:tcPr>
                  <w:tcW w:w="4403" w:type="dxa"/>
                  <w:shd w:val="clear" w:color="auto" w:fill="5F883B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76AB172C" w14:textId="77777777" w:rsidR="00065FD7" w:rsidRDefault="00000000"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LISÄOIREET / YLEISOIREET</w:t>
                  </w:r>
                </w:p>
              </w:tc>
              <w:tc>
                <w:tcPr>
                  <w:tcW w:w="600" w:type="dxa"/>
                  <w:shd w:val="clear" w:color="auto" w:fill="5F883B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CA4DCEF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D0E8BB"/>
                      <w:sz w:val="13"/>
                    </w:rPr>
                    <w:t>PISTEET</w:t>
                  </w:r>
                </w:p>
              </w:tc>
            </w:tr>
            <w:tr w:rsidR="00065FD7" w14:paraId="2E3D4C4C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C01140A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Palelua, heikentynyt kylmänsieto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06A6F51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D54522F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8FAF5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0A4B93C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Alentunut kehonlämpö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8FAF5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A62DA0F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51249FF8" w14:textId="77777777">
              <w:trPr>
                <w:trHeight w:hRule="exact" w:val="348"/>
                <w:tblCellSpacing w:w="0" w:type="dxa"/>
              </w:trPr>
              <w:tc>
                <w:tcPr>
                  <w:tcW w:w="4403" w:type="dxa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36E1A71F" w14:textId="77777777" w:rsidR="00065FD7" w:rsidRDefault="00000000">
                  <w:r>
                    <w:rPr>
                      <w:rFonts w:ascii="Calibri" w:hAnsi="Calibri"/>
                      <w:color w:val="231F20"/>
                      <w:sz w:val="20"/>
                    </w:rPr>
                    <w:t>Vähentynyt hikoilu</w:t>
                  </w:r>
                </w:p>
              </w:tc>
              <w:tc>
                <w:tcPr>
                  <w:tcW w:w="600" w:type="dxa"/>
                  <w:tcBorders>
                    <w:bottom w:val="single" w:sz="2" w:space="0" w:color="DDDDDD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9D52622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color w:val="AAAAAA"/>
                      <w:sz w:val="20"/>
                    </w:rPr>
                    <w:t>___</w:t>
                  </w:r>
                </w:p>
              </w:tc>
            </w:tr>
            <w:tr w:rsidR="00065FD7" w14:paraId="4C3F8D5E" w14:textId="77777777">
              <w:trPr>
                <w:trHeight w:hRule="exact" w:val="368"/>
                <w:tblCellSpacing w:w="0" w:type="dxa"/>
              </w:trPr>
              <w:tc>
                <w:tcPr>
                  <w:tcW w:w="4403" w:type="dxa"/>
                  <w:shd w:val="clear" w:color="auto" w:fill="EEF4E7"/>
                  <w:tcMar>
                    <w:top w:w="0" w:type="dxa"/>
                    <w:left w:w="60" w:type="dxa"/>
                    <w:bottom w:w="0" w:type="dxa"/>
                    <w:right w:w="20" w:type="dxa"/>
                  </w:tcMar>
                  <w:vAlign w:val="center"/>
                </w:tcPr>
                <w:p w14:paraId="0519E116" w14:textId="77777777" w:rsidR="00065FD7" w:rsidRDefault="00000000"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Yhteensä</w:t>
                  </w:r>
                </w:p>
              </w:tc>
              <w:tc>
                <w:tcPr>
                  <w:tcW w:w="600" w:type="dxa"/>
                  <w:shd w:val="clear" w:color="auto" w:fill="EEF4E7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CDCC35C" w14:textId="77777777" w:rsidR="00065FD7" w:rsidRDefault="00000000"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5F883B"/>
                      <w:sz w:val="20"/>
                    </w:rPr>
                    <w:t>___</w:t>
                  </w:r>
                </w:p>
              </w:tc>
            </w:tr>
          </w:tbl>
          <w:p w14:paraId="3D1F2D09" w14:textId="77777777" w:rsidR="00065FD7" w:rsidRDefault="00065FD7"/>
        </w:tc>
      </w:tr>
      <w:tr w:rsidR="00065FD7" w14:paraId="366E9B91" w14:textId="77777777" w:rsidTr="002773A0">
        <w:tblPrEx>
          <w:tblCellSpacing w:w="0" w:type="nil"/>
        </w:tblPrEx>
        <w:trPr>
          <w:trHeight w:hRule="exact" w:val="28"/>
        </w:trPr>
        <w:tc>
          <w:tcPr>
            <w:tcW w:w="10216" w:type="dxa"/>
            <w:gridSpan w:val="5"/>
            <w:shd w:val="clear" w:color="auto" w:fill="5F883B"/>
          </w:tcPr>
          <w:p w14:paraId="1D2BDA9E" w14:textId="77777777" w:rsidR="00065FD7" w:rsidRDefault="00065FD7"/>
        </w:tc>
      </w:tr>
      <w:tr w:rsidR="00065FD7" w14:paraId="221D3A11" w14:textId="77777777" w:rsidTr="002773A0">
        <w:trPr>
          <w:trHeight w:hRule="exact" w:val="538"/>
          <w:tblCellSpacing w:w="0" w:type="dxa"/>
        </w:trPr>
        <w:tc>
          <w:tcPr>
            <w:tcW w:w="10216" w:type="dxa"/>
            <w:gridSpan w:val="5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BB02E1" w14:textId="77777777" w:rsidR="002773A0" w:rsidRDefault="002773A0">
            <w:pPr>
              <w:rPr>
                <w:rFonts w:ascii="Calibri" w:hAnsi="Calibri"/>
                <w:b/>
                <w:color w:val="5F883B"/>
                <w:sz w:val="18"/>
              </w:rPr>
            </w:pPr>
          </w:p>
          <w:p w14:paraId="4C52DE0B" w14:textId="058B1541" w:rsidR="00065FD7" w:rsidRDefault="00000000">
            <w:r>
              <w:rPr>
                <w:rFonts w:ascii="Calibri" w:hAnsi="Calibri"/>
                <w:b/>
                <w:color w:val="5F883B"/>
                <w:sz w:val="18"/>
              </w:rPr>
              <w:t>KAIKKI YHTEENSÄ</w:t>
            </w:r>
            <w:r>
              <w:rPr>
                <w:rFonts w:ascii="Calibri" w:hAnsi="Calibri"/>
                <w:color w:val="231F20"/>
                <w:sz w:val="18"/>
              </w:rPr>
              <w:t xml:space="preserve">   ________</w:t>
            </w:r>
            <w:r>
              <w:rPr>
                <w:rFonts w:ascii="Calibri" w:hAnsi="Calibri"/>
                <w:color w:val="5A5A5A"/>
                <w:sz w:val="16"/>
              </w:rPr>
              <w:t xml:space="preserve">          Paino </w:t>
            </w:r>
            <w:proofErr w:type="spellStart"/>
            <w:r>
              <w:rPr>
                <w:rFonts w:ascii="Calibri" w:hAnsi="Calibri"/>
                <w:color w:val="5A5A5A"/>
                <w:sz w:val="16"/>
              </w:rPr>
              <w:t>nyt</w:t>
            </w:r>
            <w:proofErr w:type="spellEnd"/>
            <w:r>
              <w:rPr>
                <w:rFonts w:ascii="Calibri" w:hAnsi="Calibri"/>
                <w:color w:val="5A5A5A"/>
                <w:sz w:val="16"/>
              </w:rPr>
              <w:t xml:space="preserve"> [</w:t>
            </w:r>
            <w:proofErr w:type="gramStart"/>
            <w:r>
              <w:rPr>
                <w:rFonts w:ascii="Calibri" w:hAnsi="Calibri"/>
                <w:color w:val="5A5A5A"/>
                <w:sz w:val="16"/>
              </w:rPr>
              <w:t>kg]</w:t>
            </w:r>
            <w:r>
              <w:rPr>
                <w:rFonts w:ascii="Calibri" w:hAnsi="Calibri"/>
                <w:color w:val="231F20"/>
                <w:sz w:val="16"/>
              </w:rPr>
              <w:t xml:space="preserve">  _</w:t>
            </w:r>
            <w:proofErr w:type="gramEnd"/>
            <w:r>
              <w:rPr>
                <w:rFonts w:ascii="Calibri" w:hAnsi="Calibri"/>
                <w:color w:val="231F20"/>
                <w:sz w:val="16"/>
              </w:rPr>
              <w:t>______</w:t>
            </w:r>
            <w:r>
              <w:rPr>
                <w:rFonts w:ascii="Calibri" w:hAnsi="Calibri"/>
                <w:color w:val="5A5A5A"/>
                <w:sz w:val="16"/>
              </w:rPr>
              <w:t xml:space="preserve">    Paino vuosi sitten [</w:t>
            </w:r>
            <w:proofErr w:type="gramStart"/>
            <w:r>
              <w:rPr>
                <w:rFonts w:ascii="Calibri" w:hAnsi="Calibri"/>
                <w:color w:val="5A5A5A"/>
                <w:sz w:val="16"/>
              </w:rPr>
              <w:t>kg]</w:t>
            </w:r>
            <w:r>
              <w:rPr>
                <w:rFonts w:ascii="Calibri" w:hAnsi="Calibri"/>
                <w:color w:val="231F20"/>
                <w:sz w:val="16"/>
              </w:rPr>
              <w:t xml:space="preserve">  _</w:t>
            </w:r>
            <w:proofErr w:type="gramEnd"/>
            <w:r>
              <w:rPr>
                <w:rFonts w:ascii="Calibri" w:hAnsi="Calibri"/>
                <w:color w:val="231F20"/>
                <w:sz w:val="16"/>
              </w:rPr>
              <w:t>______</w:t>
            </w:r>
            <w:r>
              <w:rPr>
                <w:rFonts w:ascii="Calibri" w:hAnsi="Calibri"/>
                <w:color w:val="5A5A5A"/>
                <w:sz w:val="16"/>
              </w:rPr>
              <w:t xml:space="preserve">    Pituus [cm</w:t>
            </w:r>
            <w:proofErr w:type="gramStart"/>
            <w:r>
              <w:rPr>
                <w:rFonts w:ascii="Calibri" w:hAnsi="Calibri"/>
                <w:color w:val="5A5A5A"/>
                <w:sz w:val="16"/>
              </w:rPr>
              <w:t>]</w:t>
            </w:r>
            <w:r>
              <w:rPr>
                <w:rFonts w:ascii="Calibri" w:hAnsi="Calibri"/>
                <w:color w:val="231F20"/>
                <w:sz w:val="16"/>
              </w:rPr>
              <w:t xml:space="preserve">  _</w:t>
            </w:r>
            <w:proofErr w:type="gramEnd"/>
            <w:r>
              <w:rPr>
                <w:rFonts w:ascii="Calibri" w:hAnsi="Calibri"/>
                <w:color w:val="231F20"/>
                <w:sz w:val="16"/>
              </w:rPr>
              <w:t>______</w:t>
            </w:r>
          </w:p>
        </w:tc>
      </w:tr>
      <w:tr w:rsidR="00065FD7" w14:paraId="5A93EE60" w14:textId="77777777" w:rsidTr="002773A0">
        <w:trPr>
          <w:trHeight w:hRule="exact" w:val="668"/>
          <w:tblCellSpacing w:w="0" w:type="dxa"/>
        </w:trPr>
        <w:tc>
          <w:tcPr>
            <w:tcW w:w="10216" w:type="dxa"/>
            <w:gridSpan w:val="5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8617B2" w14:textId="77777777" w:rsidR="002773A0" w:rsidRDefault="002773A0">
            <w:pPr>
              <w:rPr>
                <w:rFonts w:ascii="Calibri" w:hAnsi="Calibri"/>
                <w:color w:val="5A5A5A"/>
                <w:sz w:val="16"/>
              </w:rPr>
            </w:pPr>
          </w:p>
          <w:p w14:paraId="5649717F" w14:textId="7EF55716" w:rsidR="00065FD7" w:rsidRDefault="00000000">
            <w:proofErr w:type="spellStart"/>
            <w:r>
              <w:rPr>
                <w:rFonts w:ascii="Calibri" w:hAnsi="Calibri"/>
                <w:color w:val="5A5A5A"/>
                <w:sz w:val="16"/>
              </w:rPr>
              <w:t>Vyötärömitta</w:t>
            </w:r>
            <w:proofErr w:type="spellEnd"/>
            <w:r>
              <w:rPr>
                <w:rFonts w:ascii="Calibri" w:hAnsi="Calibri"/>
                <w:color w:val="5A5A5A"/>
                <w:sz w:val="16"/>
              </w:rPr>
              <w:t xml:space="preserve"> [cm</w:t>
            </w:r>
            <w:proofErr w:type="gramStart"/>
            <w:r>
              <w:rPr>
                <w:rFonts w:ascii="Calibri" w:hAnsi="Calibri"/>
                <w:color w:val="5A5A5A"/>
                <w:sz w:val="16"/>
              </w:rPr>
              <w:t>]</w:t>
            </w:r>
            <w:r>
              <w:rPr>
                <w:rFonts w:ascii="Calibri" w:hAnsi="Calibri"/>
                <w:color w:val="231F20"/>
                <w:sz w:val="16"/>
              </w:rPr>
              <w:t xml:space="preserve">  _</w:t>
            </w:r>
            <w:proofErr w:type="gramEnd"/>
            <w:r>
              <w:rPr>
                <w:rFonts w:ascii="Calibri" w:hAnsi="Calibri"/>
                <w:color w:val="231F20"/>
                <w:sz w:val="16"/>
              </w:rPr>
              <w:t>______</w:t>
            </w:r>
            <w:r>
              <w:rPr>
                <w:rFonts w:ascii="Calibri" w:hAnsi="Calibri"/>
                <w:color w:val="5A5A5A"/>
                <w:sz w:val="16"/>
              </w:rPr>
              <w:t xml:space="preserve">          </w:t>
            </w:r>
            <w:proofErr w:type="spellStart"/>
            <w:r>
              <w:rPr>
                <w:rFonts w:ascii="Calibri" w:hAnsi="Calibri"/>
                <w:color w:val="5A5A5A"/>
                <w:sz w:val="16"/>
              </w:rPr>
              <w:t>Aamulämpö</w:t>
            </w:r>
            <w:proofErr w:type="spellEnd"/>
            <w:r>
              <w:rPr>
                <w:rFonts w:ascii="Calibri" w:hAnsi="Calibri"/>
                <w:color w:val="5A5A5A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color w:val="5A5A5A"/>
                <w:sz w:val="16"/>
              </w:rPr>
              <w:t>kainalosta</w:t>
            </w:r>
            <w:proofErr w:type="spellEnd"/>
            <w:r>
              <w:rPr>
                <w:rFonts w:ascii="Calibri" w:hAnsi="Calibri"/>
                <w:color w:val="5A5A5A"/>
                <w:sz w:val="16"/>
              </w:rPr>
              <w:t xml:space="preserve"> [°C</w:t>
            </w:r>
            <w:proofErr w:type="gramStart"/>
            <w:r>
              <w:rPr>
                <w:rFonts w:ascii="Calibri" w:hAnsi="Calibri"/>
                <w:color w:val="5A5A5A"/>
                <w:sz w:val="16"/>
              </w:rPr>
              <w:t>]</w:t>
            </w:r>
            <w:r>
              <w:rPr>
                <w:rFonts w:ascii="Calibri" w:hAnsi="Calibri"/>
                <w:color w:val="231F20"/>
                <w:sz w:val="16"/>
              </w:rPr>
              <w:t xml:space="preserve">  _</w:t>
            </w:r>
            <w:proofErr w:type="gramEnd"/>
            <w:r>
              <w:rPr>
                <w:rFonts w:ascii="Calibri" w:hAnsi="Calibri"/>
                <w:color w:val="231F20"/>
                <w:sz w:val="16"/>
              </w:rPr>
              <w:t>______</w:t>
            </w:r>
            <w:r>
              <w:rPr>
                <w:rFonts w:ascii="Calibri" w:hAnsi="Calibri"/>
                <w:color w:val="AAAAAA"/>
                <w:sz w:val="13"/>
              </w:rPr>
              <w:t xml:space="preserve">                                               </w:t>
            </w:r>
          </w:p>
        </w:tc>
      </w:tr>
    </w:tbl>
    <w:p w14:paraId="782CBF86" w14:textId="77777777" w:rsidR="00F56FFD" w:rsidRDefault="00F56FFD"/>
    <w:sectPr w:rsidR="00F56FFD" w:rsidSect="00034616">
      <w:pgSz w:w="11906" w:h="16838"/>
      <w:pgMar w:top="850" w:right="850" w:bottom="7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038767">
    <w:abstractNumId w:val="8"/>
  </w:num>
  <w:num w:numId="2" w16cid:durableId="751124735">
    <w:abstractNumId w:val="6"/>
  </w:num>
  <w:num w:numId="3" w16cid:durableId="1275866677">
    <w:abstractNumId w:val="5"/>
  </w:num>
  <w:num w:numId="4" w16cid:durableId="1065950479">
    <w:abstractNumId w:val="4"/>
  </w:num>
  <w:num w:numId="5" w16cid:durableId="1075930415">
    <w:abstractNumId w:val="7"/>
  </w:num>
  <w:num w:numId="6" w16cid:durableId="882795135">
    <w:abstractNumId w:val="3"/>
  </w:num>
  <w:num w:numId="7" w16cid:durableId="2026858089">
    <w:abstractNumId w:val="2"/>
  </w:num>
  <w:num w:numId="8" w16cid:durableId="879126345">
    <w:abstractNumId w:val="1"/>
  </w:num>
  <w:num w:numId="9" w16cid:durableId="2415238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FD7"/>
    <w:rsid w:val="0015074B"/>
    <w:rsid w:val="002773A0"/>
    <w:rsid w:val="0029639D"/>
    <w:rsid w:val="00326F90"/>
    <w:rsid w:val="00AA1D8D"/>
    <w:rsid w:val="00B47730"/>
    <w:rsid w:val="00C944A4"/>
    <w:rsid w:val="00CB0664"/>
    <w:rsid w:val="00F56F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55DE6"/>
  <w14:defaultImageDpi w14:val="300"/>
  <w15:docId w15:val="{593D0457-1D3D-F748-9185-24EAC5B0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 Voutilainen</cp:lastModifiedBy>
  <cp:revision>2</cp:revision>
  <dcterms:created xsi:type="dcterms:W3CDTF">2013-12-23T23:15:00Z</dcterms:created>
  <dcterms:modified xsi:type="dcterms:W3CDTF">2026-08-10T11:58:00Z</dcterms:modified>
  <cp:category/>
</cp:coreProperties>
</file>