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485A" w:rsidRDefault="00AF674E">
      <w:pPr>
        <w:jc w:val="center"/>
      </w:pPr>
      <w:r>
        <w:rPr>
          <w:b/>
        </w:rPr>
        <w:t>KẾ HOẠCH BÀI DẠY MÔN HOẠT ĐỘNG TRẢI NGHIỆM LỚP 2</w:t>
      </w:r>
    </w:p>
    <w:p w:rsidR="0031485A" w:rsidRDefault="00AF674E">
      <w:pPr>
        <w:jc w:val="center"/>
      </w:pPr>
      <w:r>
        <w:rPr>
          <w:b/>
        </w:rPr>
        <w:t>HOẠT ĐỘNG TỔNG KẾT: ĐÓN MÙA HÈ TRẢI NGHIỆM</w:t>
      </w:r>
    </w:p>
    <w:p w:rsidR="0031485A" w:rsidRDefault="00AF674E">
      <w:pPr>
        <w:jc w:val="center"/>
      </w:pPr>
      <w:r>
        <w:rPr>
          <w:b/>
        </w:rPr>
        <w:t>TUẦN 35: TIẾT 1</w:t>
      </w:r>
    </w:p>
    <w:p w:rsidR="0031485A" w:rsidRDefault="00AF674E">
      <w:pPr>
        <w:jc w:val="center"/>
      </w:pPr>
      <w:r>
        <w:rPr>
          <w:b/>
        </w:rPr>
        <w:t>SINH HOẠT DƯỚI CỜ: NGÀY HỘI TỔNG KẾT NĂM HỌC – PHỔ BIẾN HOẠT ĐỘNG MÙA HÈ</w:t>
      </w:r>
    </w:p>
    <w:p w:rsidR="0031485A" w:rsidRDefault="00AF674E">
      <w:r>
        <w:t>Thời gian thực hiện: ...</w:t>
      </w:r>
    </w:p>
    <w:p w:rsidR="0031485A" w:rsidRDefault="00AF674E">
      <w:r>
        <w:rPr>
          <w:b/>
        </w:rPr>
        <w:t>I. YÊU CẦU CẦN ĐẠT:</w:t>
      </w:r>
    </w:p>
    <w:p w:rsidR="0031485A" w:rsidRDefault="00AF674E">
      <w:r>
        <w:rPr>
          <w:b/>
        </w:rPr>
        <w:t>1. Năng lực đặc thù</w:t>
      </w:r>
    </w:p>
    <w:p w:rsidR="0031485A" w:rsidRDefault="00AF674E">
      <w:r>
        <w:t>- Nắm được nội dung, thời gian, địa điểm và nhiệm vụ chuẩn bị tổng kết năm học.</w:t>
      </w:r>
    </w:p>
    <w:p w:rsidR="0031485A" w:rsidRDefault="00AF674E">
      <w:r>
        <w:t>- Tham gia ngày hội quy mô toàn trường với thái độ vui tươi, văn minh và an toàn.</w:t>
      </w:r>
    </w:p>
    <w:p w:rsidR="0031485A" w:rsidRDefault="00AF674E">
      <w:r>
        <w:t>- Biết ghi nhớ nhiệm vụ, mạnh dạn báo khó khăn để được hỗ trợ.</w:t>
      </w:r>
    </w:p>
    <w:p w:rsidR="0031485A" w:rsidRDefault="00AF674E">
      <w:r>
        <w:rPr>
          <w:b/>
        </w:rPr>
        <w:t>2. Năng lực chung</w:t>
      </w:r>
    </w:p>
    <w:p w:rsidR="0031485A" w:rsidRDefault="00AF674E">
      <w:r>
        <w:t>- Tự giác chuẩn bị và hoàn thành nhiệm vụ; biết tự điều chỉnh hành vi, cảm xúc phù hợp với hoạt động.</w:t>
      </w:r>
    </w:p>
    <w:p w:rsidR="0031485A" w:rsidRDefault="00AF674E">
      <w:r>
        <w:t>- Biết lắng nghe, trao đổi lịch sự, phối hợp và hỗ trợ bạn khi làm việc nhóm hoặc tham gia hoạt động tập thể.</w:t>
      </w:r>
    </w:p>
    <w:p w:rsidR="0031485A" w:rsidRDefault="00AF674E">
      <w:r>
        <w:t>- Biết quan sát, lựa chọn cách xử lí phù hợp, đề xuất ý tưởng vừa sức, an toàn và có ích.</w:t>
      </w:r>
    </w:p>
    <w:p w:rsidR="0031485A" w:rsidRDefault="00AF674E">
      <w:r>
        <w:rPr>
          <w:b/>
        </w:rPr>
        <w:t>3. Phẩm chất</w:t>
      </w:r>
    </w:p>
    <w:p w:rsidR="0031485A" w:rsidRDefault="00AF674E">
      <w:r>
        <w:t>- Trách nhiệm: Thực hiện đúng phân công, đến đúng giờ, giữ an toàn.</w:t>
      </w:r>
    </w:p>
    <w:p w:rsidR="0031485A" w:rsidRDefault="00AF674E">
      <w:r>
        <w:t>- Chăm chỉ: Tích cực vệ sinh, sắp xếp và tập luyện.</w:t>
      </w:r>
    </w:p>
    <w:p w:rsidR="0031485A" w:rsidRDefault="00AF674E">
      <w:r>
        <w:t>- Đoàn kết: Phối hợp, hỗ trợ bạn trong công việc chung.</w:t>
      </w:r>
    </w:p>
    <w:p w:rsidR="0031485A" w:rsidRDefault="00AF674E">
      <w:r>
        <w:rPr>
          <w:b/>
        </w:rPr>
        <w:t>II. CHUẨN BỊ:</w:t>
      </w:r>
    </w:p>
    <w:p w:rsidR="0031485A" w:rsidRDefault="00AF674E">
      <w:r>
        <w:t>- GV: Kế hoạch tổng kết; sân khấu; âm thanh; sơ đồ hoạt động; bảng phân công; nội quy an toàn.</w:t>
      </w:r>
    </w:p>
    <w:p w:rsidR="0031485A" w:rsidRDefault="00AF674E">
      <w:r>
        <w:t>- HS: Trang phục gọn gàng; sổ tay; đồ dùng theo phân công; tinh thần tham gia.</w:t>
      </w:r>
    </w:p>
    <w:p w:rsidR="0031485A" w:rsidRDefault="00AF674E">
      <w:r>
        <w:rPr>
          <w:b/>
        </w:rPr>
        <w:t>III. CÁC HOẠT ĐỘNG DẠY HỌC CHỦ YẾU:</w:t>
      </w:r>
    </w:p>
    <w:tbl>
      <w:tblPr>
        <w:tblW w:w="10195" w:type="dxa"/>
        <w:jc w:val="center"/>
        <w:tblBorders>
          <w:top w:val="single" w:sz="6" w:space="0" w:color="000000"/>
          <w:left w:val="single" w:sz="6" w:space="0" w:color="000000"/>
          <w:bottom w:val="single" w:sz="6" w:space="0" w:color="000000"/>
          <w:right w:val="single" w:sz="6" w:space="0" w:color="000000"/>
          <w:insideV w:val="single" w:sz="6" w:space="0" w:color="000000"/>
        </w:tblBorders>
        <w:tblLayout w:type="fixed"/>
        <w:tblLook w:val="04A0" w:firstRow="1" w:lastRow="0" w:firstColumn="1" w:lastColumn="0" w:noHBand="0" w:noVBand="1"/>
      </w:tblPr>
      <w:tblGrid>
        <w:gridCol w:w="5433"/>
        <w:gridCol w:w="4762"/>
      </w:tblGrid>
      <w:tr w:rsidR="0031485A" w:rsidTr="005310AF">
        <w:trPr>
          <w:cantSplit/>
          <w:jc w:val="center"/>
        </w:trPr>
        <w:tc>
          <w:tcPr>
            <w:tcW w:w="5433" w:type="dxa"/>
            <w:tcBorders>
              <w:bottom w:val="single" w:sz="6" w:space="0" w:color="000000"/>
            </w:tcBorders>
            <w:shd w:val="clear" w:color="auto" w:fill="auto"/>
            <w:tcMar>
              <w:top w:w="35" w:type="dxa"/>
              <w:left w:w="65" w:type="dxa"/>
              <w:bottom w:w="35" w:type="dxa"/>
              <w:right w:w="65" w:type="dxa"/>
            </w:tcMar>
            <w:vAlign w:val="center"/>
          </w:tcPr>
          <w:p w:rsidR="0031485A" w:rsidRDefault="00AF674E">
            <w:pPr>
              <w:jc w:val="center"/>
            </w:pPr>
            <w:r>
              <w:rPr>
                <w:b/>
              </w:rPr>
              <w:t>HOẠT ĐỘNG CỦA GIÁO VIÊN</w:t>
            </w:r>
          </w:p>
        </w:tc>
        <w:tc>
          <w:tcPr>
            <w:tcW w:w="4762" w:type="dxa"/>
            <w:tcBorders>
              <w:bottom w:val="single" w:sz="6" w:space="0" w:color="000000"/>
            </w:tcBorders>
            <w:shd w:val="clear" w:color="auto" w:fill="auto"/>
            <w:tcMar>
              <w:top w:w="35" w:type="dxa"/>
              <w:left w:w="65" w:type="dxa"/>
              <w:bottom w:w="35" w:type="dxa"/>
              <w:right w:w="65" w:type="dxa"/>
            </w:tcMar>
            <w:vAlign w:val="center"/>
          </w:tcPr>
          <w:p w:rsidR="0031485A" w:rsidRDefault="00AF674E">
            <w:pPr>
              <w:jc w:val="center"/>
            </w:pPr>
            <w:r>
              <w:rPr>
                <w:b/>
              </w:rPr>
              <w:t>HOẠT ĐỘNG CỦA HỌC SINH</w:t>
            </w:r>
          </w:p>
        </w:tc>
      </w:tr>
      <w:tr w:rsidR="0031485A" w:rsidTr="005310AF">
        <w:trPr>
          <w:cantSplit/>
          <w:jc w:val="center"/>
        </w:trPr>
        <w:tc>
          <w:tcPr>
            <w:tcW w:w="10195" w:type="dxa"/>
            <w:gridSpan w:val="2"/>
            <w:tcBorders>
              <w:top w:val="single" w:sz="6" w:space="0" w:color="000000"/>
              <w:bottom w:val="single" w:sz="6" w:space="0" w:color="000000"/>
            </w:tcBorders>
            <w:shd w:val="clear" w:color="auto" w:fill="auto"/>
            <w:tcMar>
              <w:top w:w="35" w:type="dxa"/>
              <w:left w:w="65" w:type="dxa"/>
              <w:bottom w:w="35" w:type="dxa"/>
              <w:right w:w="65" w:type="dxa"/>
            </w:tcMar>
          </w:tcPr>
          <w:p w:rsidR="0031485A" w:rsidRDefault="00AF674E">
            <w:r>
              <w:rPr>
                <w:b/>
              </w:rPr>
              <w:t>1. TRƯỚC NGÀY HỘI (THỰC HIỆN TRƯỚC BUỔI SINH HOẠT)</w:t>
            </w:r>
          </w:p>
          <w:p w:rsidR="0031485A" w:rsidRDefault="00AF674E">
            <w:r>
              <w:rPr>
                <w:b/>
              </w:rPr>
              <w:t xml:space="preserve">- Mục tiêu: </w:t>
            </w:r>
            <w:r>
              <w:t>Chuẩn bị lịch trình, nhiệm vụ, không gian và phương án an toàn cho hoạt động tổng kết.</w:t>
            </w:r>
          </w:p>
          <w:p w:rsidR="0031485A" w:rsidRDefault="00AF674E">
            <w:r>
              <w:rPr>
                <w:b/>
                <w:i/>
              </w:rPr>
              <w:t>* Cách tiến hành:</w:t>
            </w:r>
          </w:p>
        </w:tc>
      </w:tr>
      <w:tr w:rsidR="0031485A" w:rsidTr="005310AF">
        <w:trPr>
          <w:cantSplit/>
          <w:jc w:val="center"/>
        </w:trPr>
        <w:tc>
          <w:tcPr>
            <w:tcW w:w="5433" w:type="dxa"/>
            <w:tcBorders>
              <w:top w:val="single" w:sz="6" w:space="0" w:color="000000"/>
            </w:tcBorders>
            <w:shd w:val="clear" w:color="auto" w:fill="auto"/>
            <w:tcMar>
              <w:top w:w="35" w:type="dxa"/>
              <w:left w:w="65" w:type="dxa"/>
              <w:bottom w:w="35" w:type="dxa"/>
              <w:right w:w="65" w:type="dxa"/>
            </w:tcMar>
          </w:tcPr>
          <w:p w:rsidR="0031485A" w:rsidRDefault="00AF674E">
            <w:r>
              <w:t>- Nhà trường công bố kế hoạch, phân công lớp phụ trách vệ sinh, trang trí, văn nghệ, trưng bày và hỗ trợ đón khách.</w:t>
            </w:r>
          </w:p>
        </w:tc>
        <w:tc>
          <w:tcPr>
            <w:tcW w:w="4762" w:type="dxa"/>
            <w:tcBorders>
              <w:top w:val="single" w:sz="6" w:space="0" w:color="000000"/>
            </w:tcBorders>
            <w:shd w:val="clear" w:color="auto" w:fill="auto"/>
            <w:tcMar>
              <w:top w:w="35" w:type="dxa"/>
              <w:left w:w="65" w:type="dxa"/>
              <w:bottom w:w="35" w:type="dxa"/>
              <w:right w:w="65" w:type="dxa"/>
            </w:tcMar>
          </w:tcPr>
          <w:p w:rsidR="0031485A" w:rsidRDefault="00AF674E">
            <w:r>
              <w:t>- HS nhận nhiệm vụ, ghi thời gian, địa điểm và người phụ trách.</w:t>
            </w:r>
          </w:p>
        </w:tc>
      </w:tr>
      <w:tr w:rsidR="0031485A" w:rsidTr="005310AF">
        <w:trPr>
          <w:cantSplit/>
          <w:jc w:val="center"/>
        </w:trPr>
        <w:tc>
          <w:tcPr>
            <w:tcW w:w="5433" w:type="dxa"/>
            <w:shd w:val="clear" w:color="auto" w:fill="auto"/>
            <w:tcMar>
              <w:top w:w="35" w:type="dxa"/>
              <w:left w:w="65" w:type="dxa"/>
              <w:bottom w:w="35" w:type="dxa"/>
              <w:right w:w="65" w:type="dxa"/>
            </w:tcMar>
          </w:tcPr>
          <w:p w:rsidR="0031485A" w:rsidRDefault="00AF674E">
            <w:r>
              <w:t>- GV hướng dẫn chuẩn bị trang phục, đồ dùng, nước uống; kiểm tra tình trạng sức khỏe và phương án tránh nắng.</w:t>
            </w:r>
          </w:p>
        </w:tc>
        <w:tc>
          <w:tcPr>
            <w:tcW w:w="4762" w:type="dxa"/>
            <w:shd w:val="clear" w:color="auto" w:fill="auto"/>
            <w:tcMar>
              <w:top w:w="35" w:type="dxa"/>
              <w:left w:w="65" w:type="dxa"/>
              <w:bottom w:w="35" w:type="dxa"/>
              <w:right w:w="65" w:type="dxa"/>
            </w:tcMar>
          </w:tcPr>
          <w:p w:rsidR="0031485A" w:rsidRDefault="00AF674E">
            <w:r>
              <w:t>- HS báo ngay khó khăn về trang phục, sức khỏe hoặc đồ dùng.</w:t>
            </w:r>
          </w:p>
        </w:tc>
      </w:tr>
      <w:tr w:rsidR="0031485A" w:rsidTr="005310AF">
        <w:trPr>
          <w:cantSplit/>
          <w:jc w:val="center"/>
        </w:trPr>
        <w:tc>
          <w:tcPr>
            <w:tcW w:w="5433" w:type="dxa"/>
            <w:shd w:val="clear" w:color="auto" w:fill="auto"/>
            <w:tcMar>
              <w:top w:w="35" w:type="dxa"/>
              <w:left w:w="65" w:type="dxa"/>
              <w:bottom w:w="35" w:type="dxa"/>
              <w:right w:w="65" w:type="dxa"/>
            </w:tcMar>
          </w:tcPr>
          <w:p w:rsidR="0031485A" w:rsidRDefault="00AF674E">
            <w:r>
              <w:t>- GV tổ chức tập luyện, kiểm tra lối di chuyển, vị trí xếp hàng và khu vực chờ; nhắc không chạy, chen lấn.</w:t>
            </w:r>
          </w:p>
        </w:tc>
        <w:tc>
          <w:tcPr>
            <w:tcW w:w="4762" w:type="dxa"/>
            <w:shd w:val="clear" w:color="auto" w:fill="auto"/>
            <w:tcMar>
              <w:top w:w="35" w:type="dxa"/>
              <w:left w:w="65" w:type="dxa"/>
              <w:bottom w:w="35" w:type="dxa"/>
              <w:right w:w="65" w:type="dxa"/>
            </w:tcMar>
          </w:tcPr>
          <w:p w:rsidR="0031485A" w:rsidRDefault="00AF674E">
            <w:r>
              <w:t>- HS luyện di chuyển theo hàng, giữ khoảng cách.</w:t>
            </w:r>
          </w:p>
        </w:tc>
      </w:tr>
      <w:tr w:rsidR="0031485A" w:rsidTr="005310AF">
        <w:trPr>
          <w:cantSplit/>
          <w:jc w:val="center"/>
        </w:trPr>
        <w:tc>
          <w:tcPr>
            <w:tcW w:w="5433" w:type="dxa"/>
            <w:tcBorders>
              <w:bottom w:val="single" w:sz="6" w:space="0" w:color="000000"/>
            </w:tcBorders>
            <w:shd w:val="clear" w:color="auto" w:fill="auto"/>
            <w:tcMar>
              <w:top w:w="35" w:type="dxa"/>
              <w:left w:w="65" w:type="dxa"/>
              <w:bottom w:w="35" w:type="dxa"/>
              <w:right w:w="65" w:type="dxa"/>
            </w:tcMar>
          </w:tcPr>
          <w:p w:rsidR="0031485A" w:rsidRDefault="00AF674E">
            <w:r>
              <w:t>- GV chuẩn bị câu hỏi kiểm tra hiểu, bảng phân công và phương án hỗ trợ khi HS quên đồ hoặc đến muộn.</w:t>
            </w:r>
          </w:p>
        </w:tc>
        <w:tc>
          <w:tcPr>
            <w:tcW w:w="4762" w:type="dxa"/>
            <w:tcBorders>
              <w:bottom w:val="single" w:sz="6" w:space="0" w:color="000000"/>
            </w:tcBorders>
            <w:shd w:val="clear" w:color="auto" w:fill="auto"/>
            <w:tcMar>
              <w:top w:w="35" w:type="dxa"/>
              <w:left w:w="65" w:type="dxa"/>
              <w:bottom w:w="35" w:type="dxa"/>
              <w:right w:w="65" w:type="dxa"/>
            </w:tcMar>
          </w:tcPr>
          <w:p w:rsidR="0031485A" w:rsidRDefault="00AF674E">
            <w:r>
              <w:t>- HS nhắc lại việc mình cần làm và người cần báo.</w:t>
            </w:r>
          </w:p>
        </w:tc>
      </w:tr>
      <w:tr w:rsidR="0031485A" w:rsidTr="005310AF">
        <w:trPr>
          <w:cantSplit/>
          <w:jc w:val="center"/>
        </w:trPr>
        <w:tc>
          <w:tcPr>
            <w:tcW w:w="10195" w:type="dxa"/>
            <w:gridSpan w:val="2"/>
            <w:tcBorders>
              <w:top w:val="single" w:sz="6" w:space="0" w:color="000000"/>
              <w:bottom w:val="single" w:sz="6" w:space="0" w:color="000000"/>
            </w:tcBorders>
            <w:shd w:val="clear" w:color="auto" w:fill="auto"/>
            <w:tcMar>
              <w:top w:w="35" w:type="dxa"/>
              <w:left w:w="65" w:type="dxa"/>
              <w:bottom w:w="35" w:type="dxa"/>
              <w:right w:w="65" w:type="dxa"/>
            </w:tcMar>
          </w:tcPr>
          <w:p w:rsidR="0031485A" w:rsidRDefault="00AF674E">
            <w:r>
              <w:rPr>
                <w:b/>
              </w:rPr>
              <w:lastRenderedPageBreak/>
              <w:t>2. TRONG NGÀY HỘI (35 PHÚT)</w:t>
            </w:r>
          </w:p>
          <w:p w:rsidR="0031485A" w:rsidRDefault="00AF674E">
            <w:r>
              <w:rPr>
                <w:b/>
              </w:rPr>
              <w:t xml:space="preserve">- Mục tiêu: </w:t>
            </w:r>
            <w:r>
              <w:t>HS thực hiện nghi lễ, nắm kế hoạch tổng kết và tham gia hoạt động chung đúng quy định.</w:t>
            </w:r>
          </w:p>
          <w:p w:rsidR="0031485A" w:rsidRDefault="00AF674E">
            <w:r>
              <w:rPr>
                <w:b/>
                <w:i/>
              </w:rPr>
              <w:t>* Cách tiến hành:</w:t>
            </w:r>
          </w:p>
        </w:tc>
      </w:tr>
      <w:tr w:rsidR="0031485A" w:rsidTr="005310AF">
        <w:trPr>
          <w:cantSplit/>
          <w:jc w:val="center"/>
        </w:trPr>
        <w:tc>
          <w:tcPr>
            <w:tcW w:w="5433" w:type="dxa"/>
            <w:tcBorders>
              <w:top w:val="single" w:sz="6" w:space="0" w:color="000000"/>
            </w:tcBorders>
            <w:shd w:val="clear" w:color="auto" w:fill="auto"/>
            <w:tcMar>
              <w:top w:w="35" w:type="dxa"/>
              <w:left w:w="65" w:type="dxa"/>
              <w:bottom w:w="35" w:type="dxa"/>
              <w:right w:w="65" w:type="dxa"/>
            </w:tcMar>
          </w:tcPr>
          <w:p w:rsidR="0031485A" w:rsidRDefault="00AF674E">
            <w:r>
              <w:t>Nghi lễ – Dẫn dắt (7 phút)</w:t>
            </w:r>
            <w:r>
              <w:br/>
              <w:t>- GV/TPT tổ chức chào cờ, nhận xét thi đua; giới thiệu ý nghĩa tổng kết năm học và mùa hè trải nghiệm.</w:t>
            </w:r>
          </w:p>
        </w:tc>
        <w:tc>
          <w:tcPr>
            <w:tcW w:w="4762" w:type="dxa"/>
            <w:tcBorders>
              <w:top w:val="single" w:sz="6" w:space="0" w:color="000000"/>
            </w:tcBorders>
            <w:shd w:val="clear" w:color="auto" w:fill="auto"/>
            <w:tcMar>
              <w:top w:w="35" w:type="dxa"/>
              <w:left w:w="65" w:type="dxa"/>
              <w:bottom w:w="35" w:type="dxa"/>
              <w:right w:w="65" w:type="dxa"/>
            </w:tcMar>
          </w:tcPr>
          <w:p w:rsidR="0031485A" w:rsidRDefault="00AF674E">
            <w:r>
              <w:t>- HS thực hiện nghi lễ, lắng nghe, giữ trật tự.</w:t>
            </w:r>
          </w:p>
        </w:tc>
      </w:tr>
      <w:tr w:rsidR="0031485A" w:rsidTr="005310AF">
        <w:trPr>
          <w:cantSplit/>
          <w:jc w:val="center"/>
        </w:trPr>
        <w:tc>
          <w:tcPr>
            <w:tcW w:w="5433" w:type="dxa"/>
            <w:shd w:val="clear" w:color="auto" w:fill="auto"/>
            <w:tcMar>
              <w:top w:w="35" w:type="dxa"/>
              <w:left w:w="65" w:type="dxa"/>
              <w:bottom w:w="35" w:type="dxa"/>
              <w:right w:w="65" w:type="dxa"/>
            </w:tcMar>
          </w:tcPr>
          <w:p w:rsidR="0031485A" w:rsidRDefault="00AF674E" w:rsidP="005310AF">
            <w:r>
              <w:t>Phổ biến kế hoạch (10 phút)</w:t>
            </w:r>
            <w:r>
              <w:br/>
              <w:t>- GV/đại diện BGH nêu các hoạt động: lễ tổng kết, khen thưởng, văn nghệ, trưng bày, vệ sinh – bàn giao lớp.</w:t>
            </w:r>
          </w:p>
        </w:tc>
        <w:tc>
          <w:tcPr>
            <w:tcW w:w="4762" w:type="dxa"/>
            <w:shd w:val="clear" w:color="auto" w:fill="auto"/>
            <w:tcMar>
              <w:top w:w="35" w:type="dxa"/>
              <w:left w:w="65" w:type="dxa"/>
              <w:bottom w:w="35" w:type="dxa"/>
              <w:right w:w="65" w:type="dxa"/>
            </w:tcMar>
          </w:tcPr>
          <w:p w:rsidR="0031485A" w:rsidRDefault="00AF674E">
            <w:r>
              <w:t>- HS ghi nhớ nội dung và nhiệm vụ của lớp.</w:t>
            </w:r>
          </w:p>
        </w:tc>
      </w:tr>
      <w:tr w:rsidR="0031485A" w:rsidTr="005310AF">
        <w:trPr>
          <w:cantSplit/>
          <w:jc w:val="center"/>
        </w:trPr>
        <w:tc>
          <w:tcPr>
            <w:tcW w:w="5433" w:type="dxa"/>
            <w:shd w:val="clear" w:color="auto" w:fill="auto"/>
            <w:tcMar>
              <w:top w:w="35" w:type="dxa"/>
              <w:left w:w="65" w:type="dxa"/>
              <w:bottom w:w="35" w:type="dxa"/>
              <w:right w:w="65" w:type="dxa"/>
            </w:tcMar>
          </w:tcPr>
          <w:p w:rsidR="0031485A" w:rsidRDefault="00AF674E">
            <w:r>
              <w:t>- GV nêu rõ thời gian, địa điểm, trang phục, đội hình; mời HS nhắc lại từng thông tin.</w:t>
            </w:r>
          </w:p>
        </w:tc>
        <w:tc>
          <w:tcPr>
            <w:tcW w:w="4762" w:type="dxa"/>
            <w:shd w:val="clear" w:color="auto" w:fill="auto"/>
            <w:tcMar>
              <w:top w:w="35" w:type="dxa"/>
              <w:left w:w="65" w:type="dxa"/>
              <w:bottom w:w="35" w:type="dxa"/>
              <w:right w:w="65" w:type="dxa"/>
            </w:tcMar>
          </w:tcPr>
          <w:p w:rsidR="0031485A" w:rsidRDefault="00AF674E">
            <w:r>
              <w:t>- HS trả lời, ghi nhanh vào sổ tay nếu cần.</w:t>
            </w:r>
          </w:p>
        </w:tc>
      </w:tr>
      <w:tr w:rsidR="0031485A" w:rsidTr="005310AF">
        <w:trPr>
          <w:cantSplit/>
          <w:jc w:val="center"/>
        </w:trPr>
        <w:tc>
          <w:tcPr>
            <w:tcW w:w="5433" w:type="dxa"/>
            <w:shd w:val="clear" w:color="auto" w:fill="auto"/>
            <w:tcMar>
              <w:top w:w="35" w:type="dxa"/>
              <w:left w:w="65" w:type="dxa"/>
              <w:bottom w:w="35" w:type="dxa"/>
              <w:right w:w="65" w:type="dxa"/>
            </w:tcMar>
          </w:tcPr>
          <w:p w:rsidR="0031485A" w:rsidRDefault="00AF674E">
            <w:r>
              <w:t>Hoạt động góc – Hướng dẫn (10 phút)</w:t>
            </w:r>
            <w:r>
              <w:br/>
              <w:t>- GV giới thiệu các góc/trạm trải nghiệm mùa hè, cách xếp hàng, đổi lượt và giữ vệ sinh.</w:t>
            </w:r>
          </w:p>
        </w:tc>
        <w:tc>
          <w:tcPr>
            <w:tcW w:w="4762" w:type="dxa"/>
            <w:shd w:val="clear" w:color="auto" w:fill="auto"/>
            <w:tcMar>
              <w:top w:w="35" w:type="dxa"/>
              <w:left w:w="65" w:type="dxa"/>
              <w:bottom w:w="35" w:type="dxa"/>
              <w:right w:w="65" w:type="dxa"/>
            </w:tcMar>
          </w:tcPr>
          <w:p w:rsidR="0031485A" w:rsidRDefault="00AF674E">
            <w:r>
              <w:t>- HS quan sát sơ đồ, nêu quy tắc tham gia.</w:t>
            </w:r>
          </w:p>
        </w:tc>
      </w:tr>
      <w:tr w:rsidR="0031485A" w:rsidTr="005310AF">
        <w:trPr>
          <w:cantSplit/>
          <w:jc w:val="center"/>
        </w:trPr>
        <w:tc>
          <w:tcPr>
            <w:tcW w:w="5433" w:type="dxa"/>
            <w:shd w:val="clear" w:color="auto" w:fill="auto"/>
            <w:tcMar>
              <w:top w:w="35" w:type="dxa"/>
              <w:left w:w="65" w:type="dxa"/>
              <w:bottom w:w="35" w:type="dxa"/>
              <w:right w:w="65" w:type="dxa"/>
            </w:tcMar>
          </w:tcPr>
          <w:p w:rsidR="0031485A" w:rsidRDefault="00AF674E">
            <w:r>
              <w:t>Tình huống an toàn (5 phút)</w:t>
            </w:r>
            <w:r>
              <w:br/>
              <w:t>- GV nêu: quên đồ, bị mệt, lạc nhóm, trời nắng nóng; mời HS nêu cách xử lí.</w:t>
            </w:r>
          </w:p>
        </w:tc>
        <w:tc>
          <w:tcPr>
            <w:tcW w:w="4762" w:type="dxa"/>
            <w:shd w:val="clear" w:color="auto" w:fill="auto"/>
            <w:tcMar>
              <w:top w:w="35" w:type="dxa"/>
              <w:left w:w="65" w:type="dxa"/>
              <w:bottom w:w="35" w:type="dxa"/>
              <w:right w:w="65" w:type="dxa"/>
            </w:tcMar>
          </w:tcPr>
          <w:p w:rsidR="0031485A" w:rsidRDefault="00AF674E">
            <w:r>
              <w:t>- HS trả lời: báo GV, ở yên vị trí, uống nước, tìm người phụ trách.</w:t>
            </w:r>
          </w:p>
        </w:tc>
      </w:tr>
      <w:tr w:rsidR="0031485A" w:rsidTr="005310AF">
        <w:trPr>
          <w:cantSplit/>
          <w:jc w:val="center"/>
        </w:trPr>
        <w:tc>
          <w:tcPr>
            <w:tcW w:w="5433" w:type="dxa"/>
            <w:tcBorders>
              <w:bottom w:val="single" w:sz="6" w:space="0" w:color="000000"/>
            </w:tcBorders>
            <w:shd w:val="clear" w:color="auto" w:fill="auto"/>
            <w:tcMar>
              <w:top w:w="35" w:type="dxa"/>
              <w:left w:w="65" w:type="dxa"/>
              <w:bottom w:w="35" w:type="dxa"/>
              <w:right w:w="65" w:type="dxa"/>
            </w:tcMar>
          </w:tcPr>
          <w:p w:rsidR="0031485A" w:rsidRDefault="00AF674E">
            <w:r>
              <w:t>Kết luận (3 phút)</w:t>
            </w:r>
            <w:r>
              <w:br/>
              <w:t>- GV chốt: vui hè phải đi cùng trách nhiệm và an toàn; mời các lớp cam kết.</w:t>
            </w:r>
          </w:p>
        </w:tc>
        <w:tc>
          <w:tcPr>
            <w:tcW w:w="4762" w:type="dxa"/>
            <w:tcBorders>
              <w:bottom w:val="single" w:sz="6" w:space="0" w:color="000000"/>
            </w:tcBorders>
            <w:shd w:val="clear" w:color="auto" w:fill="auto"/>
            <w:tcMar>
              <w:top w:w="35" w:type="dxa"/>
              <w:left w:w="65" w:type="dxa"/>
              <w:bottom w:w="35" w:type="dxa"/>
              <w:right w:w="65" w:type="dxa"/>
            </w:tcMar>
          </w:tcPr>
          <w:p w:rsidR="0031485A" w:rsidRDefault="00AF674E">
            <w:r>
              <w:t>- HS đồng thanh hưởng ứng và nhận nhiệm vụ.</w:t>
            </w:r>
          </w:p>
        </w:tc>
      </w:tr>
      <w:tr w:rsidR="0031485A" w:rsidTr="005310AF">
        <w:trPr>
          <w:cantSplit/>
          <w:jc w:val="center"/>
        </w:trPr>
        <w:tc>
          <w:tcPr>
            <w:tcW w:w="10195" w:type="dxa"/>
            <w:gridSpan w:val="2"/>
            <w:tcBorders>
              <w:top w:val="single" w:sz="6" w:space="0" w:color="000000"/>
              <w:bottom w:val="single" w:sz="6" w:space="0" w:color="000000"/>
            </w:tcBorders>
            <w:shd w:val="clear" w:color="auto" w:fill="auto"/>
            <w:tcMar>
              <w:top w:w="35" w:type="dxa"/>
              <w:left w:w="65" w:type="dxa"/>
              <w:bottom w:w="35" w:type="dxa"/>
              <w:right w:w="65" w:type="dxa"/>
            </w:tcMar>
          </w:tcPr>
          <w:p w:rsidR="0031485A" w:rsidRDefault="00AF674E">
            <w:r>
              <w:rPr>
                <w:b/>
              </w:rPr>
              <w:t>3. SAU NGÀY HỘI (THỰC HIỆN SAU BUỔI SINH HOẠT)</w:t>
            </w:r>
          </w:p>
          <w:p w:rsidR="0031485A" w:rsidRDefault="00AF674E">
            <w:r>
              <w:rPr>
                <w:b/>
              </w:rPr>
              <w:t xml:space="preserve">- Mục tiêu: </w:t>
            </w:r>
            <w:r>
              <w:t>HS hoàn thành nhiệm vụ chuẩn bị và sẵn sàng tham gia hoạt động tổng kết, nghỉ hè an toàn.</w:t>
            </w:r>
          </w:p>
          <w:p w:rsidR="0031485A" w:rsidRDefault="00AF674E">
            <w:r>
              <w:rPr>
                <w:b/>
                <w:i/>
              </w:rPr>
              <w:t>* Cách tiến hành:</w:t>
            </w:r>
          </w:p>
        </w:tc>
      </w:tr>
      <w:tr w:rsidR="0031485A" w:rsidTr="005310AF">
        <w:trPr>
          <w:cantSplit/>
          <w:jc w:val="center"/>
        </w:trPr>
        <w:tc>
          <w:tcPr>
            <w:tcW w:w="5433" w:type="dxa"/>
            <w:tcBorders>
              <w:top w:val="single" w:sz="6" w:space="0" w:color="000000"/>
            </w:tcBorders>
            <w:shd w:val="clear" w:color="auto" w:fill="auto"/>
            <w:tcMar>
              <w:top w:w="35" w:type="dxa"/>
              <w:left w:w="65" w:type="dxa"/>
              <w:bottom w:w="35" w:type="dxa"/>
              <w:right w:w="65" w:type="dxa"/>
            </w:tcMar>
          </w:tcPr>
          <w:p w:rsidR="0031485A" w:rsidRDefault="00AF674E">
            <w:r>
              <w:t>- GV yêu cầu từng tổ rà soát phần việc, báo tiến độ và khó khăn trước thời hạn.</w:t>
            </w:r>
          </w:p>
        </w:tc>
        <w:tc>
          <w:tcPr>
            <w:tcW w:w="4762" w:type="dxa"/>
            <w:tcBorders>
              <w:top w:val="single" w:sz="6" w:space="0" w:color="000000"/>
            </w:tcBorders>
            <w:shd w:val="clear" w:color="auto" w:fill="auto"/>
            <w:tcMar>
              <w:top w:w="35" w:type="dxa"/>
              <w:left w:w="65" w:type="dxa"/>
              <w:bottom w:w="35" w:type="dxa"/>
              <w:right w:w="65" w:type="dxa"/>
            </w:tcMar>
          </w:tcPr>
          <w:p w:rsidR="0031485A" w:rsidRDefault="00AF674E">
            <w:r>
              <w:t>- HS kiểm tra nhiệm vụ, phối hợp hoàn thành.</w:t>
            </w:r>
          </w:p>
        </w:tc>
      </w:tr>
      <w:tr w:rsidR="0031485A" w:rsidTr="005310AF">
        <w:trPr>
          <w:cantSplit/>
          <w:jc w:val="center"/>
        </w:trPr>
        <w:tc>
          <w:tcPr>
            <w:tcW w:w="5433" w:type="dxa"/>
            <w:shd w:val="clear" w:color="auto" w:fill="auto"/>
            <w:tcMar>
              <w:top w:w="35" w:type="dxa"/>
              <w:left w:w="65" w:type="dxa"/>
              <w:bottom w:w="35" w:type="dxa"/>
              <w:right w:w="65" w:type="dxa"/>
            </w:tcMar>
          </w:tcPr>
          <w:p w:rsidR="0031485A" w:rsidRDefault="00AF674E">
            <w:r>
              <w:t>- GV dặn HS chuẩn bị đồ dùng cá nhân, đi đúng giờ và không tự ý rời khu vực hoạt động.</w:t>
            </w:r>
          </w:p>
        </w:tc>
        <w:tc>
          <w:tcPr>
            <w:tcW w:w="4762" w:type="dxa"/>
            <w:shd w:val="clear" w:color="auto" w:fill="auto"/>
            <w:tcMar>
              <w:top w:w="35" w:type="dxa"/>
              <w:left w:w="65" w:type="dxa"/>
              <w:bottom w:w="35" w:type="dxa"/>
              <w:right w:w="65" w:type="dxa"/>
            </w:tcMar>
          </w:tcPr>
          <w:p w:rsidR="0031485A" w:rsidRDefault="00AF674E">
            <w:r>
              <w:t>- HS ghi nhớ, trao đổi với gia đình.</w:t>
            </w:r>
          </w:p>
        </w:tc>
      </w:tr>
      <w:tr w:rsidR="0031485A" w:rsidTr="005310AF">
        <w:trPr>
          <w:cantSplit/>
          <w:jc w:val="center"/>
        </w:trPr>
        <w:tc>
          <w:tcPr>
            <w:tcW w:w="5433" w:type="dxa"/>
            <w:shd w:val="clear" w:color="auto" w:fill="auto"/>
            <w:tcMar>
              <w:top w:w="35" w:type="dxa"/>
              <w:left w:w="65" w:type="dxa"/>
              <w:bottom w:w="35" w:type="dxa"/>
              <w:right w:w="65" w:type="dxa"/>
            </w:tcMar>
          </w:tcPr>
          <w:p w:rsidR="0031485A" w:rsidRDefault="00AF674E">
            <w:r>
              <w:t>- GV nhắc mang tâm thế vui vẻ, biết cảm ơn thầy cô, bạn bè và người phục vụ.</w:t>
            </w:r>
          </w:p>
        </w:tc>
        <w:tc>
          <w:tcPr>
            <w:tcW w:w="4762" w:type="dxa"/>
            <w:shd w:val="clear" w:color="auto" w:fill="auto"/>
            <w:tcMar>
              <w:top w:w="35" w:type="dxa"/>
              <w:left w:w="65" w:type="dxa"/>
              <w:bottom w:w="35" w:type="dxa"/>
              <w:right w:w="65" w:type="dxa"/>
            </w:tcMar>
          </w:tcPr>
          <w:p w:rsidR="0031485A" w:rsidRDefault="00AF674E">
            <w:r>
              <w:t>- HS chuẩn bị lời cảm ơn hoặc lời chúc cuối năm.</w:t>
            </w:r>
          </w:p>
        </w:tc>
      </w:tr>
    </w:tbl>
    <w:p w:rsidR="0031485A" w:rsidRDefault="00AF674E">
      <w:r>
        <w:rPr>
          <w:b/>
        </w:rPr>
        <w:t>IV. ĐIỀU CHỈNH SAU BÀI DẠY:</w:t>
      </w:r>
    </w:p>
    <w:p w:rsidR="0031485A" w:rsidRDefault="00AF674E">
      <w:r>
        <w:t>................................................................................................................</w:t>
      </w:r>
    </w:p>
    <w:p w:rsidR="0031485A" w:rsidRDefault="00AF674E">
      <w:r>
        <w:t>................................................................................................................</w:t>
      </w:r>
    </w:p>
    <w:p w:rsidR="0031485A" w:rsidRDefault="00AF674E">
      <w:r>
        <w:br w:type="page"/>
      </w:r>
    </w:p>
    <w:p w:rsidR="0031485A" w:rsidRDefault="00AF674E">
      <w:pPr>
        <w:jc w:val="center"/>
      </w:pPr>
      <w:r>
        <w:rPr>
          <w:b/>
        </w:rPr>
        <w:lastRenderedPageBreak/>
        <w:t>KẾ HOẠCH BÀI DẠY MÔN HOẠT ĐỘNG TRẢI NGHIỆM LỚP 2</w:t>
      </w:r>
    </w:p>
    <w:p w:rsidR="0031485A" w:rsidRDefault="00AF674E">
      <w:pPr>
        <w:jc w:val="center"/>
      </w:pPr>
      <w:r>
        <w:rPr>
          <w:b/>
        </w:rPr>
        <w:t>HOẠT ĐỘNG TỔNG KẾT: ĐÓN MÙA HÈ TRẢI NGHIỆM</w:t>
      </w:r>
    </w:p>
    <w:p w:rsidR="0031485A" w:rsidRDefault="00AF674E">
      <w:pPr>
        <w:jc w:val="center"/>
      </w:pPr>
      <w:r>
        <w:rPr>
          <w:b/>
        </w:rPr>
        <w:t>TUẦN 35: TIẾT 2</w:t>
      </w:r>
    </w:p>
    <w:p w:rsidR="0031485A" w:rsidRDefault="00AF674E">
      <w:pPr>
        <w:jc w:val="center"/>
      </w:pPr>
      <w:r>
        <w:rPr>
          <w:b/>
        </w:rPr>
        <w:t>HOẠT ĐỘNG GIÁO DỤC THEO CHỦ ĐỀ: ĐÓN MÙA HÈ TRẢI NGHIỆM</w:t>
      </w:r>
    </w:p>
    <w:p w:rsidR="0031485A" w:rsidRDefault="00AF674E">
      <w:r>
        <w:t>Thời gian thực hiện: ...</w:t>
      </w:r>
    </w:p>
    <w:p w:rsidR="0031485A" w:rsidRDefault="00AF674E">
      <w:r>
        <w:rPr>
          <w:b/>
        </w:rPr>
        <w:t>I. YÊU CẦU CẦN ĐẠT:</w:t>
      </w:r>
    </w:p>
    <w:p w:rsidR="0031485A" w:rsidRDefault="00AF674E">
      <w:r>
        <w:rPr>
          <w:b/>
        </w:rPr>
        <w:t>1. Năng lực đặc thù</w:t>
      </w:r>
    </w:p>
    <w:p w:rsidR="0031485A" w:rsidRDefault="00AF674E">
      <w:r>
        <w:t>- Nhắc lại được hoạt động trải nghiệm nổi bật trong năm và điều bản thân học được.</w:t>
      </w:r>
    </w:p>
    <w:p w:rsidR="0031485A" w:rsidRDefault="00AF674E">
      <w:r>
        <w:t>- Tham gia trò chơi “Chinh phục Quần đảo Trải nghiệm” theo trạm, tuân thủ luật và hợp tác.</w:t>
      </w:r>
    </w:p>
    <w:p w:rsidR="0031485A" w:rsidRDefault="00AF674E">
      <w:r>
        <w:t>- Biết lập kế hoạch hoạt động hè phù hợp, ghi nhớ quy tắc phòng chống đuối nước và an toàn mùa hè.</w:t>
      </w:r>
    </w:p>
    <w:p w:rsidR="0031485A" w:rsidRDefault="00AF674E">
      <w:r>
        <w:rPr>
          <w:b/>
        </w:rPr>
        <w:t>2. Năng lực chung</w:t>
      </w:r>
    </w:p>
    <w:p w:rsidR="0031485A" w:rsidRDefault="00AF674E">
      <w:r>
        <w:t>- Tự giác chuẩn bị và hoàn thành nhiệm vụ; biết tự điều chỉnh hành vi, cảm xúc phù hợp với hoạt động.</w:t>
      </w:r>
    </w:p>
    <w:p w:rsidR="0031485A" w:rsidRDefault="00AF674E">
      <w:r>
        <w:t>- Biết lắng nghe, trao đổi lịch sự, phối hợp và hỗ trợ bạn khi làm việc nhóm hoặc tham gia hoạt động tập thể.</w:t>
      </w:r>
    </w:p>
    <w:p w:rsidR="0031485A" w:rsidRDefault="00AF674E">
      <w:r>
        <w:t>- Biết quan sát, lựa chọn cách xử lí phù hợp, đề xuất ý tưởng vừa sức, an toàn và có ích.</w:t>
      </w:r>
    </w:p>
    <w:p w:rsidR="0031485A" w:rsidRDefault="00AF674E">
      <w:r>
        <w:rPr>
          <w:b/>
        </w:rPr>
        <w:t>3. Phẩm chất</w:t>
      </w:r>
    </w:p>
    <w:p w:rsidR="0031485A" w:rsidRDefault="00AF674E">
      <w:r>
        <w:t>- Trách nhiệm: Tuân thủ luật chơi, chuẩn bị và thực hiện kế hoạch an toàn.</w:t>
      </w:r>
    </w:p>
    <w:p w:rsidR="0031485A" w:rsidRDefault="00AF674E">
      <w:r>
        <w:t>- Đoàn kết: Phối hợp trong “con tàu”, khích lệ bạn.</w:t>
      </w:r>
    </w:p>
    <w:p w:rsidR="0031485A" w:rsidRDefault="00AF674E">
      <w:r>
        <w:t>- Chăm chỉ: Chủ động tham gia hoạt động và hoàn thiện sản phẩm.</w:t>
      </w:r>
    </w:p>
    <w:p w:rsidR="0031485A" w:rsidRDefault="00AF674E">
      <w:r>
        <w:rPr>
          <w:b/>
          <w:color w:val="FF0000"/>
        </w:rPr>
        <w:t>4. Tích hợp</w:t>
      </w:r>
    </w:p>
    <w:p w:rsidR="0031485A" w:rsidRDefault="00AF674E">
      <w:r>
        <w:rPr>
          <w:color w:val="FF0000"/>
        </w:rPr>
        <w:t>- Tích hợp kĩ năng sống và an toàn: Chủ động lập kế hoạch, ghi nhớ thời gian, địa điểm, quy định và đồ dùng cần thiết.</w:t>
      </w:r>
    </w:p>
    <w:p w:rsidR="0031485A" w:rsidRDefault="00AF674E">
      <w:r>
        <w:rPr>
          <w:color w:val="FF0000"/>
        </w:rPr>
        <w:t>- Tích hợp phòng chống đuối nước và an toàn mùa hè: Không tự ý tắm sông, hồ, biển; chỉ bơi khi có người lớn giám sát và tuân thủ hướng dẫn.</w:t>
      </w:r>
    </w:p>
    <w:p w:rsidR="0031485A" w:rsidRDefault="00AF674E">
      <w:r>
        <w:rPr>
          <w:b/>
        </w:rPr>
        <w:t>II. CHUẨN BỊ:</w:t>
      </w:r>
    </w:p>
    <w:p w:rsidR="0031485A" w:rsidRDefault="00AF674E">
      <w:r>
        <w:t>- GV: Sơ đồ quần đảo; thẻ nhiệm vụ; dây/ruy-băng; phiếu kế hoạch hè; tranh an toàn dưới nước.</w:t>
      </w:r>
    </w:p>
    <w:p w:rsidR="0031485A" w:rsidRDefault="00AF674E">
      <w:r>
        <w:t>- HS: SGK, bút màu, kéo, hồ dán; tinh thần tham gia trò chơi.</w:t>
      </w:r>
    </w:p>
    <w:p w:rsidR="0031485A" w:rsidRDefault="00AF674E">
      <w:r>
        <w:rPr>
          <w:b/>
        </w:rPr>
        <w:t>III. CÁC HOẠT ĐỘNG DẠY HỌC CHỦ YẾU:</w:t>
      </w:r>
    </w:p>
    <w:tbl>
      <w:tblPr>
        <w:tblW w:w="10465" w:type="dxa"/>
        <w:jc w:val="center"/>
        <w:tblBorders>
          <w:top w:val="single" w:sz="6" w:space="0" w:color="000000"/>
          <w:left w:val="single" w:sz="6" w:space="0" w:color="000000"/>
          <w:bottom w:val="single" w:sz="6" w:space="0" w:color="000000"/>
          <w:right w:val="single" w:sz="6" w:space="0" w:color="000000"/>
          <w:insideV w:val="single" w:sz="6" w:space="0" w:color="000000"/>
        </w:tblBorders>
        <w:tblLayout w:type="fixed"/>
        <w:tblLook w:val="04A0" w:firstRow="1" w:lastRow="0" w:firstColumn="1" w:lastColumn="0" w:noHBand="0" w:noVBand="1"/>
      </w:tblPr>
      <w:tblGrid>
        <w:gridCol w:w="5703"/>
        <w:gridCol w:w="4762"/>
      </w:tblGrid>
      <w:tr w:rsidR="0031485A" w:rsidTr="005310AF">
        <w:trPr>
          <w:cantSplit/>
          <w:jc w:val="center"/>
        </w:trPr>
        <w:tc>
          <w:tcPr>
            <w:tcW w:w="5703" w:type="dxa"/>
            <w:tcBorders>
              <w:bottom w:val="single" w:sz="6" w:space="0" w:color="000000"/>
            </w:tcBorders>
            <w:shd w:val="clear" w:color="auto" w:fill="auto"/>
            <w:tcMar>
              <w:top w:w="35" w:type="dxa"/>
              <w:left w:w="65" w:type="dxa"/>
              <w:bottom w:w="35" w:type="dxa"/>
              <w:right w:w="65" w:type="dxa"/>
            </w:tcMar>
            <w:vAlign w:val="center"/>
          </w:tcPr>
          <w:p w:rsidR="0031485A" w:rsidRDefault="00AF674E">
            <w:pPr>
              <w:jc w:val="center"/>
            </w:pPr>
            <w:r>
              <w:rPr>
                <w:b/>
              </w:rPr>
              <w:t>HOẠT ĐỘNG CỦA GIÁO VIÊN</w:t>
            </w:r>
          </w:p>
        </w:tc>
        <w:tc>
          <w:tcPr>
            <w:tcW w:w="4762" w:type="dxa"/>
            <w:tcBorders>
              <w:bottom w:val="single" w:sz="6" w:space="0" w:color="000000"/>
            </w:tcBorders>
            <w:shd w:val="clear" w:color="auto" w:fill="auto"/>
            <w:tcMar>
              <w:top w:w="35" w:type="dxa"/>
              <w:left w:w="65" w:type="dxa"/>
              <w:bottom w:w="35" w:type="dxa"/>
              <w:right w:w="65" w:type="dxa"/>
            </w:tcMar>
            <w:vAlign w:val="center"/>
          </w:tcPr>
          <w:p w:rsidR="0031485A" w:rsidRDefault="00AF674E">
            <w:pPr>
              <w:jc w:val="center"/>
            </w:pPr>
            <w:r>
              <w:rPr>
                <w:b/>
              </w:rPr>
              <w:t>HOẠT ĐỘNG CỦA HỌC SINH</w:t>
            </w:r>
          </w:p>
        </w:tc>
      </w:tr>
      <w:tr w:rsidR="0031485A" w:rsidTr="005310AF">
        <w:trPr>
          <w:cantSplit/>
          <w:jc w:val="center"/>
        </w:trPr>
        <w:tc>
          <w:tcPr>
            <w:tcW w:w="10465" w:type="dxa"/>
            <w:gridSpan w:val="2"/>
            <w:tcBorders>
              <w:top w:val="single" w:sz="6" w:space="0" w:color="000000"/>
              <w:bottom w:val="single" w:sz="6" w:space="0" w:color="000000"/>
            </w:tcBorders>
            <w:shd w:val="clear" w:color="auto" w:fill="auto"/>
            <w:tcMar>
              <w:top w:w="35" w:type="dxa"/>
              <w:left w:w="65" w:type="dxa"/>
              <w:bottom w:w="35" w:type="dxa"/>
              <w:right w:w="65" w:type="dxa"/>
            </w:tcMar>
          </w:tcPr>
          <w:p w:rsidR="0031485A" w:rsidRDefault="00AF674E">
            <w:r>
              <w:rPr>
                <w:b/>
              </w:rPr>
              <w:t>1. KHỞI ĐỘNG (4 PHÚT)</w:t>
            </w:r>
          </w:p>
          <w:p w:rsidR="0031485A" w:rsidRDefault="00AF674E">
            <w:r>
              <w:rPr>
                <w:b/>
              </w:rPr>
              <w:t xml:space="preserve">- Mục tiêu: </w:t>
            </w:r>
            <w:r>
              <w:t>Tạo hứng thú, hướng dẫn đội hình “con tàu” và nhắc quy tắc di chuyển an toàn.</w:t>
            </w:r>
          </w:p>
          <w:p w:rsidR="0031485A" w:rsidRDefault="00AF674E">
            <w:r>
              <w:rPr>
                <w:b/>
                <w:i/>
              </w:rPr>
              <w:t>* Cách tiến hành:</w:t>
            </w:r>
          </w:p>
        </w:tc>
      </w:tr>
      <w:tr w:rsidR="0031485A" w:rsidTr="005310AF">
        <w:trPr>
          <w:cantSplit/>
          <w:jc w:val="center"/>
        </w:trPr>
        <w:tc>
          <w:tcPr>
            <w:tcW w:w="5703" w:type="dxa"/>
            <w:tcBorders>
              <w:top w:val="single" w:sz="6" w:space="0" w:color="000000"/>
            </w:tcBorders>
            <w:shd w:val="clear" w:color="auto" w:fill="auto"/>
            <w:tcMar>
              <w:top w:w="35" w:type="dxa"/>
              <w:left w:w="65" w:type="dxa"/>
              <w:bottom w:w="35" w:type="dxa"/>
              <w:right w:w="65" w:type="dxa"/>
            </w:tcMar>
          </w:tcPr>
          <w:p w:rsidR="0031485A" w:rsidRDefault="00AF674E">
            <w:r>
              <w:t>- GV tổ chức các tổ tạo thành “con tàu”; phân công thuyền trưởng và thuỷ thủ.</w:t>
            </w:r>
          </w:p>
        </w:tc>
        <w:tc>
          <w:tcPr>
            <w:tcW w:w="4762" w:type="dxa"/>
            <w:tcBorders>
              <w:top w:val="single" w:sz="6" w:space="0" w:color="000000"/>
            </w:tcBorders>
            <w:shd w:val="clear" w:color="auto" w:fill="auto"/>
            <w:tcMar>
              <w:top w:w="35" w:type="dxa"/>
              <w:left w:w="65" w:type="dxa"/>
              <w:bottom w:w="35" w:type="dxa"/>
              <w:right w:w="65" w:type="dxa"/>
            </w:tcMar>
          </w:tcPr>
          <w:p w:rsidR="0031485A" w:rsidRDefault="00AF674E">
            <w:r>
              <w:t>- HS xếp hàng, giữ khoảng cách, đặt tay nhẹ lên vai bạn hoặc cầm dây theo hướng dẫn.</w:t>
            </w:r>
          </w:p>
        </w:tc>
      </w:tr>
      <w:tr w:rsidR="0031485A" w:rsidTr="005310AF">
        <w:trPr>
          <w:cantSplit/>
          <w:jc w:val="center"/>
        </w:trPr>
        <w:tc>
          <w:tcPr>
            <w:tcW w:w="5703" w:type="dxa"/>
            <w:shd w:val="clear" w:color="auto" w:fill="auto"/>
            <w:tcMar>
              <w:top w:w="35" w:type="dxa"/>
              <w:left w:w="65" w:type="dxa"/>
              <w:bottom w:w="35" w:type="dxa"/>
              <w:right w:w="65" w:type="dxa"/>
            </w:tcMar>
          </w:tcPr>
          <w:p w:rsidR="0031485A" w:rsidRDefault="00AF674E">
            <w:r>
              <w:t>- GV phổ biến tín hiệu: đi – dừng – đổi hướng – cập bến; tổ chức thử một lượt.</w:t>
            </w:r>
          </w:p>
        </w:tc>
        <w:tc>
          <w:tcPr>
            <w:tcW w:w="4762" w:type="dxa"/>
            <w:shd w:val="clear" w:color="auto" w:fill="auto"/>
            <w:tcMar>
              <w:top w:w="35" w:type="dxa"/>
              <w:left w:w="65" w:type="dxa"/>
              <w:bottom w:w="35" w:type="dxa"/>
              <w:right w:w="65" w:type="dxa"/>
            </w:tcMar>
          </w:tcPr>
          <w:p w:rsidR="0031485A" w:rsidRDefault="00AF674E">
            <w:r>
              <w:t>- HS thực hiện đúng tín hiệu, không kéo, đẩy hoặc chạy.</w:t>
            </w:r>
          </w:p>
        </w:tc>
      </w:tr>
      <w:tr w:rsidR="0031485A" w:rsidTr="005310AF">
        <w:trPr>
          <w:cantSplit/>
          <w:jc w:val="center"/>
        </w:trPr>
        <w:tc>
          <w:tcPr>
            <w:tcW w:w="5703" w:type="dxa"/>
            <w:tcBorders>
              <w:bottom w:val="single" w:sz="6" w:space="0" w:color="000000"/>
            </w:tcBorders>
            <w:shd w:val="clear" w:color="auto" w:fill="auto"/>
            <w:tcMar>
              <w:top w:w="35" w:type="dxa"/>
              <w:left w:w="65" w:type="dxa"/>
              <w:bottom w:w="35" w:type="dxa"/>
              <w:right w:w="65" w:type="dxa"/>
            </w:tcMar>
          </w:tcPr>
          <w:p w:rsidR="0031485A" w:rsidRDefault="00AF674E">
            <w:r>
              <w:t>- GV giới thiệu nhiệm vụ chinh phục các đảo trải nghiệm.</w:t>
            </w:r>
          </w:p>
        </w:tc>
        <w:tc>
          <w:tcPr>
            <w:tcW w:w="4762" w:type="dxa"/>
            <w:tcBorders>
              <w:bottom w:val="single" w:sz="6" w:space="0" w:color="000000"/>
            </w:tcBorders>
            <w:shd w:val="clear" w:color="auto" w:fill="auto"/>
            <w:tcMar>
              <w:top w:w="35" w:type="dxa"/>
              <w:left w:w="65" w:type="dxa"/>
              <w:bottom w:w="35" w:type="dxa"/>
              <w:right w:w="65" w:type="dxa"/>
            </w:tcMar>
          </w:tcPr>
          <w:p w:rsidR="0031485A" w:rsidRDefault="00AF674E">
            <w:r>
              <w:t>- HS lắng nghe, sẵn sàng hợp tác.</w:t>
            </w:r>
          </w:p>
        </w:tc>
      </w:tr>
      <w:tr w:rsidR="0031485A" w:rsidTr="005310AF">
        <w:trPr>
          <w:cantSplit/>
          <w:jc w:val="center"/>
        </w:trPr>
        <w:tc>
          <w:tcPr>
            <w:tcW w:w="10465" w:type="dxa"/>
            <w:gridSpan w:val="2"/>
            <w:tcBorders>
              <w:top w:val="single" w:sz="6" w:space="0" w:color="000000"/>
              <w:bottom w:val="single" w:sz="6" w:space="0" w:color="000000"/>
            </w:tcBorders>
            <w:shd w:val="clear" w:color="auto" w:fill="auto"/>
            <w:tcMar>
              <w:top w:w="35" w:type="dxa"/>
              <w:left w:w="65" w:type="dxa"/>
              <w:bottom w:w="35" w:type="dxa"/>
              <w:right w:w="65" w:type="dxa"/>
            </w:tcMar>
          </w:tcPr>
          <w:p w:rsidR="0031485A" w:rsidRDefault="00AF674E">
            <w:r>
              <w:rPr>
                <w:b/>
              </w:rPr>
              <w:t>2. KHÁM PHÁ CHỦ ĐỀ (15 PHÚT)</w:t>
            </w:r>
          </w:p>
          <w:p w:rsidR="0031485A" w:rsidRDefault="00AF674E">
            <w:r>
              <w:rPr>
                <w:b/>
              </w:rPr>
              <w:t xml:space="preserve">- Mục tiêu: </w:t>
            </w:r>
            <w:r>
              <w:t>HS nhắc lại trải nghiệm nổi bật và thực hành kĩ năng chuẩn bị, hợp tác, tự phục vụ an toàn.</w:t>
            </w:r>
          </w:p>
          <w:p w:rsidR="0031485A" w:rsidRDefault="00AF674E">
            <w:r>
              <w:rPr>
                <w:b/>
                <w:color w:val="FF0000"/>
              </w:rPr>
              <w:t xml:space="preserve">Mục tiêu tích hợp: </w:t>
            </w:r>
            <w:r>
              <w:rPr>
                <w:color w:val="FF0000"/>
              </w:rPr>
              <w:t>HS biết trước mỗi hoạt động cần xác định thời gian, địa điểm, người đi cùng, đồ dùng và quy tắc an toàn.</w:t>
            </w:r>
          </w:p>
          <w:p w:rsidR="0031485A" w:rsidRDefault="00AF674E">
            <w:r>
              <w:rPr>
                <w:b/>
                <w:i/>
              </w:rPr>
              <w:t>* Cách tiến hành:</w:t>
            </w:r>
          </w:p>
        </w:tc>
      </w:tr>
      <w:tr w:rsidR="0031485A" w:rsidTr="005310AF">
        <w:trPr>
          <w:cantSplit/>
          <w:jc w:val="center"/>
        </w:trPr>
        <w:tc>
          <w:tcPr>
            <w:tcW w:w="5703" w:type="dxa"/>
            <w:tcBorders>
              <w:top w:val="single" w:sz="6" w:space="0" w:color="000000"/>
            </w:tcBorders>
            <w:shd w:val="clear" w:color="auto" w:fill="auto"/>
            <w:tcMar>
              <w:top w:w="35" w:type="dxa"/>
              <w:left w:w="65" w:type="dxa"/>
              <w:bottom w:w="35" w:type="dxa"/>
              <w:right w:w="65" w:type="dxa"/>
            </w:tcMar>
          </w:tcPr>
          <w:p w:rsidR="0031485A" w:rsidRDefault="00AF674E" w:rsidP="005310AF">
            <w:r>
              <w:lastRenderedPageBreak/>
              <w:t>- GV giới thiệu sơ đồ các đảo: Tự phục vụ, Khéo tay, Tình bạn, Môi trường; nêu thời gian và cách nhận dấu xác nhận.</w:t>
            </w:r>
          </w:p>
        </w:tc>
        <w:tc>
          <w:tcPr>
            <w:tcW w:w="4762" w:type="dxa"/>
            <w:tcBorders>
              <w:top w:val="single" w:sz="6" w:space="0" w:color="000000"/>
            </w:tcBorders>
            <w:shd w:val="clear" w:color="auto" w:fill="auto"/>
            <w:tcMar>
              <w:top w:w="35" w:type="dxa"/>
              <w:left w:w="65" w:type="dxa"/>
              <w:bottom w:w="35" w:type="dxa"/>
              <w:right w:w="65" w:type="dxa"/>
            </w:tcMar>
          </w:tcPr>
          <w:p w:rsidR="0031485A" w:rsidRDefault="00AF674E">
            <w:r>
              <w:t>- HS quan sát sơ đồ, nhắc lại luật và thứ tự di chuyển.</w:t>
            </w:r>
          </w:p>
        </w:tc>
      </w:tr>
      <w:tr w:rsidR="0031485A" w:rsidTr="005310AF">
        <w:trPr>
          <w:cantSplit/>
          <w:jc w:val="center"/>
        </w:trPr>
        <w:tc>
          <w:tcPr>
            <w:tcW w:w="5703" w:type="dxa"/>
            <w:shd w:val="clear" w:color="auto" w:fill="auto"/>
            <w:tcMar>
              <w:top w:w="35" w:type="dxa"/>
              <w:left w:w="65" w:type="dxa"/>
              <w:bottom w:w="35" w:type="dxa"/>
              <w:right w:w="65" w:type="dxa"/>
            </w:tcMar>
          </w:tcPr>
          <w:p w:rsidR="0031485A" w:rsidRDefault="00AF674E">
            <w:r>
              <w:t>- Ở Đảo Tự phục vụ, GV yêu cầu chọn đồ cần thiết cho một chuyến đi ngắn; loại đồ không phù hợp.</w:t>
            </w:r>
          </w:p>
        </w:tc>
        <w:tc>
          <w:tcPr>
            <w:tcW w:w="4762" w:type="dxa"/>
            <w:shd w:val="clear" w:color="auto" w:fill="auto"/>
            <w:tcMar>
              <w:top w:w="35" w:type="dxa"/>
              <w:left w:w="65" w:type="dxa"/>
              <w:bottom w:w="35" w:type="dxa"/>
              <w:right w:w="65" w:type="dxa"/>
            </w:tcMar>
          </w:tcPr>
          <w:p w:rsidR="0031485A" w:rsidRDefault="00AF674E">
            <w:r>
              <w:t>- HS thảo luận, chọn mũ, nước, khăn, trang phục; giải thích lí do.</w:t>
            </w:r>
          </w:p>
        </w:tc>
      </w:tr>
      <w:tr w:rsidR="0031485A" w:rsidTr="005310AF">
        <w:trPr>
          <w:cantSplit/>
          <w:jc w:val="center"/>
        </w:trPr>
        <w:tc>
          <w:tcPr>
            <w:tcW w:w="5703" w:type="dxa"/>
            <w:shd w:val="clear" w:color="auto" w:fill="auto"/>
            <w:tcMar>
              <w:top w:w="35" w:type="dxa"/>
              <w:left w:w="65" w:type="dxa"/>
              <w:bottom w:w="35" w:type="dxa"/>
              <w:right w:w="65" w:type="dxa"/>
            </w:tcMar>
          </w:tcPr>
          <w:p w:rsidR="0031485A" w:rsidRDefault="00AF674E">
            <w:r>
              <w:t>- Ở Đảo Khéo tay, GV giao gấp hoặc tạo món đồ đơn giản trong thời gian quy định.</w:t>
            </w:r>
          </w:p>
        </w:tc>
        <w:tc>
          <w:tcPr>
            <w:tcW w:w="4762" w:type="dxa"/>
            <w:shd w:val="clear" w:color="auto" w:fill="auto"/>
            <w:tcMar>
              <w:top w:w="35" w:type="dxa"/>
              <w:left w:w="65" w:type="dxa"/>
              <w:bottom w:w="35" w:type="dxa"/>
              <w:right w:w="65" w:type="dxa"/>
            </w:tcMar>
          </w:tcPr>
          <w:p w:rsidR="0031485A" w:rsidRDefault="00AF674E">
            <w:r>
              <w:t>- HS phân công, thực hiện cẩn thận, giữ bàn gọn.</w:t>
            </w:r>
          </w:p>
        </w:tc>
      </w:tr>
      <w:tr w:rsidR="0031485A" w:rsidTr="005310AF">
        <w:trPr>
          <w:cantSplit/>
          <w:jc w:val="center"/>
        </w:trPr>
        <w:tc>
          <w:tcPr>
            <w:tcW w:w="5703" w:type="dxa"/>
            <w:shd w:val="clear" w:color="auto" w:fill="auto"/>
            <w:tcMar>
              <w:top w:w="35" w:type="dxa"/>
              <w:left w:w="65" w:type="dxa"/>
              <w:bottom w:w="35" w:type="dxa"/>
              <w:right w:w="65" w:type="dxa"/>
            </w:tcMar>
          </w:tcPr>
          <w:p w:rsidR="0031485A" w:rsidRDefault="00AF674E">
            <w:r>
              <w:t>- Ở Đảo Tình bạn, GV nêu tình huống bạn mệt hoặc bị lạc nhóm.</w:t>
            </w:r>
          </w:p>
        </w:tc>
        <w:tc>
          <w:tcPr>
            <w:tcW w:w="4762" w:type="dxa"/>
            <w:shd w:val="clear" w:color="auto" w:fill="auto"/>
            <w:tcMar>
              <w:top w:w="35" w:type="dxa"/>
              <w:left w:w="65" w:type="dxa"/>
              <w:bottom w:w="35" w:type="dxa"/>
              <w:right w:w="65" w:type="dxa"/>
            </w:tcMar>
          </w:tcPr>
          <w:p w:rsidR="0031485A" w:rsidRDefault="00AF674E">
            <w:r>
              <w:t>- HS nêu cách ở cùng bạn, báo người lớn, không tự ý tách nhóm.</w:t>
            </w:r>
          </w:p>
        </w:tc>
      </w:tr>
      <w:tr w:rsidR="0031485A" w:rsidTr="005310AF">
        <w:trPr>
          <w:cantSplit/>
          <w:jc w:val="center"/>
        </w:trPr>
        <w:tc>
          <w:tcPr>
            <w:tcW w:w="5703" w:type="dxa"/>
            <w:shd w:val="clear" w:color="auto" w:fill="auto"/>
            <w:tcMar>
              <w:top w:w="35" w:type="dxa"/>
              <w:left w:w="65" w:type="dxa"/>
              <w:bottom w:w="35" w:type="dxa"/>
              <w:right w:w="65" w:type="dxa"/>
            </w:tcMar>
          </w:tcPr>
          <w:p w:rsidR="0031485A" w:rsidRDefault="00AF674E">
            <w:r>
              <w:rPr>
                <w:color w:val="FF0000"/>
              </w:rPr>
              <w:t>Câu hỏi dẫn tích hợp: “Trước khi đi trải nghiệm, em cần biết những thông tin nào để không bị động hoặc mất an toàn?”.</w:t>
            </w:r>
          </w:p>
        </w:tc>
        <w:tc>
          <w:tcPr>
            <w:tcW w:w="4762" w:type="dxa"/>
            <w:shd w:val="clear" w:color="auto" w:fill="auto"/>
            <w:tcMar>
              <w:top w:w="35" w:type="dxa"/>
              <w:left w:w="65" w:type="dxa"/>
              <w:bottom w:w="35" w:type="dxa"/>
              <w:right w:w="65" w:type="dxa"/>
            </w:tcMar>
          </w:tcPr>
          <w:p w:rsidR="0031485A" w:rsidRDefault="00AF674E">
            <w:r>
              <w:rPr>
                <w:color w:val="FF0000"/>
              </w:rPr>
              <w:t>- HS nêu: thời gian, nơi đến, người phụ trách, đồ dùng, quy định và số liên hệ người lớn.</w:t>
            </w:r>
          </w:p>
        </w:tc>
      </w:tr>
      <w:tr w:rsidR="0031485A" w:rsidTr="005310AF">
        <w:trPr>
          <w:cantSplit/>
          <w:jc w:val="center"/>
        </w:trPr>
        <w:tc>
          <w:tcPr>
            <w:tcW w:w="5703" w:type="dxa"/>
            <w:tcBorders>
              <w:bottom w:val="single" w:sz="6" w:space="0" w:color="000000"/>
            </w:tcBorders>
            <w:shd w:val="clear" w:color="auto" w:fill="auto"/>
            <w:tcMar>
              <w:top w:w="35" w:type="dxa"/>
              <w:left w:w="65" w:type="dxa"/>
              <w:bottom w:w="35" w:type="dxa"/>
              <w:right w:w="65" w:type="dxa"/>
            </w:tcMar>
          </w:tcPr>
          <w:p w:rsidR="0031485A" w:rsidRDefault="00AF674E">
            <w:r>
              <w:rPr>
                <w:color w:val="FF0000"/>
              </w:rPr>
              <w:t>Diễn giải tích hợp kĩ năng sống và an toàn: GV nhấn mạnh lập kế hoạch không phải viết thật dài mà cần rõ việc, thời gian, người đi cùng và phương án khi có thay đổi. HS phải xin phép gia đình, báo ngay khi mệt/lạc và không tự ý đi nơi khác.</w:t>
            </w:r>
          </w:p>
        </w:tc>
        <w:tc>
          <w:tcPr>
            <w:tcW w:w="4762" w:type="dxa"/>
            <w:tcBorders>
              <w:bottom w:val="single" w:sz="6" w:space="0" w:color="000000"/>
            </w:tcBorders>
            <w:shd w:val="clear" w:color="auto" w:fill="auto"/>
            <w:tcMar>
              <w:top w:w="35" w:type="dxa"/>
              <w:left w:w="65" w:type="dxa"/>
              <w:bottom w:w="35" w:type="dxa"/>
              <w:right w:w="65" w:type="dxa"/>
            </w:tcMar>
          </w:tcPr>
          <w:p w:rsidR="0031485A" w:rsidRDefault="00AF674E">
            <w:r>
              <w:rPr>
                <w:color w:val="FF0000"/>
              </w:rPr>
              <w:t>- HS nêu một quy tắc sẽ áp dụng trong kì nghỉ hè.</w:t>
            </w:r>
          </w:p>
        </w:tc>
      </w:tr>
      <w:tr w:rsidR="0031485A" w:rsidTr="005310AF">
        <w:trPr>
          <w:cantSplit/>
          <w:jc w:val="center"/>
        </w:trPr>
        <w:tc>
          <w:tcPr>
            <w:tcW w:w="10465" w:type="dxa"/>
            <w:gridSpan w:val="2"/>
            <w:tcBorders>
              <w:top w:val="single" w:sz="6" w:space="0" w:color="000000"/>
              <w:bottom w:val="single" w:sz="6" w:space="0" w:color="000000"/>
            </w:tcBorders>
            <w:shd w:val="clear" w:color="auto" w:fill="auto"/>
            <w:tcMar>
              <w:top w:w="35" w:type="dxa"/>
              <w:left w:w="65" w:type="dxa"/>
              <w:bottom w:w="35" w:type="dxa"/>
              <w:right w:w="65" w:type="dxa"/>
            </w:tcMar>
          </w:tcPr>
          <w:p w:rsidR="0031485A" w:rsidRDefault="00AF674E">
            <w:r>
              <w:rPr>
                <w:b/>
              </w:rPr>
              <w:t>3. THỰC HÀNH (13 PHÚT)</w:t>
            </w:r>
            <w:r>
              <w:rPr>
                <w:b/>
              </w:rPr>
              <w:br/>
              <w:t>HOẠT ĐỘNG MỞ RỘNG VÀ TỔNG KẾT CHỦ ĐỀ</w:t>
            </w:r>
          </w:p>
          <w:p w:rsidR="0031485A" w:rsidRDefault="00AF674E">
            <w:r>
              <w:rPr>
                <w:b/>
              </w:rPr>
              <w:t xml:space="preserve">- Mục tiêu: </w:t>
            </w:r>
            <w:r>
              <w:t>HS lập kế hoạch hè đơn giản và thực hành quy tắc phòng chống đuối nước.</w:t>
            </w:r>
          </w:p>
          <w:p w:rsidR="0031485A" w:rsidRDefault="00AF674E">
            <w:r>
              <w:rPr>
                <w:b/>
                <w:color w:val="FF0000"/>
              </w:rPr>
              <w:t xml:space="preserve">Mục tiêu tích hợp: </w:t>
            </w:r>
            <w:r>
              <w:rPr>
                <w:color w:val="FF0000"/>
              </w:rPr>
              <w:t>HS biết nhận diện nơi có nguy cơ đuối nước, không tự ý xuống nước và biết gọi người lớn hỗ trợ.</w:t>
            </w:r>
          </w:p>
          <w:p w:rsidR="0031485A" w:rsidRDefault="00AF674E">
            <w:r>
              <w:rPr>
                <w:b/>
                <w:i/>
              </w:rPr>
              <w:t>* Cách tiến hành:</w:t>
            </w:r>
          </w:p>
        </w:tc>
      </w:tr>
      <w:tr w:rsidR="0031485A" w:rsidTr="005310AF">
        <w:trPr>
          <w:cantSplit/>
          <w:jc w:val="center"/>
        </w:trPr>
        <w:tc>
          <w:tcPr>
            <w:tcW w:w="5703" w:type="dxa"/>
            <w:tcBorders>
              <w:top w:val="single" w:sz="6" w:space="0" w:color="000000"/>
            </w:tcBorders>
            <w:shd w:val="clear" w:color="auto" w:fill="auto"/>
            <w:tcMar>
              <w:top w:w="35" w:type="dxa"/>
              <w:left w:w="65" w:type="dxa"/>
              <w:bottom w:w="35" w:type="dxa"/>
              <w:right w:w="65" w:type="dxa"/>
            </w:tcMar>
          </w:tcPr>
          <w:p w:rsidR="0031485A" w:rsidRDefault="00AF674E">
            <w:r>
              <w:t>- GV phát phiếu “Kế hoạch trải nghiệm mùa hè của em”: hoạt động, thời gian, người cùng tham gia, đồ dùng, quy tắc an toàn.</w:t>
            </w:r>
          </w:p>
        </w:tc>
        <w:tc>
          <w:tcPr>
            <w:tcW w:w="4762" w:type="dxa"/>
            <w:tcBorders>
              <w:top w:val="single" w:sz="6" w:space="0" w:color="000000"/>
            </w:tcBorders>
            <w:shd w:val="clear" w:color="auto" w:fill="auto"/>
            <w:tcMar>
              <w:top w:w="35" w:type="dxa"/>
              <w:left w:w="65" w:type="dxa"/>
              <w:bottom w:w="35" w:type="dxa"/>
              <w:right w:w="65" w:type="dxa"/>
            </w:tcMar>
          </w:tcPr>
          <w:p w:rsidR="0031485A" w:rsidRDefault="00AF674E">
            <w:r>
              <w:t>- HS lựa chọn 2–3 hoạt động phù hợp và điền phiếu.</w:t>
            </w:r>
          </w:p>
        </w:tc>
      </w:tr>
      <w:tr w:rsidR="0031485A" w:rsidTr="005310AF">
        <w:trPr>
          <w:cantSplit/>
          <w:jc w:val="center"/>
        </w:trPr>
        <w:tc>
          <w:tcPr>
            <w:tcW w:w="5703" w:type="dxa"/>
            <w:shd w:val="clear" w:color="auto" w:fill="auto"/>
            <w:tcMar>
              <w:top w:w="35" w:type="dxa"/>
              <w:left w:w="65" w:type="dxa"/>
              <w:bottom w:w="35" w:type="dxa"/>
              <w:right w:w="65" w:type="dxa"/>
            </w:tcMar>
          </w:tcPr>
          <w:p w:rsidR="0031485A" w:rsidRDefault="00AF674E" w:rsidP="005310AF">
            <w:r>
              <w:t>- GV gợi ý hoạt động cân đối: đọc sách, vận động, giúp việc nhà, thăm người thân, học kĩ năng, vui chơi ngoài trời.</w:t>
            </w:r>
          </w:p>
        </w:tc>
        <w:tc>
          <w:tcPr>
            <w:tcW w:w="4762" w:type="dxa"/>
            <w:shd w:val="clear" w:color="auto" w:fill="auto"/>
            <w:tcMar>
              <w:top w:w="35" w:type="dxa"/>
              <w:left w:w="65" w:type="dxa"/>
              <w:bottom w:w="35" w:type="dxa"/>
              <w:right w:w="65" w:type="dxa"/>
            </w:tcMar>
          </w:tcPr>
          <w:p w:rsidR="0031485A" w:rsidRDefault="00AF674E">
            <w:r>
              <w:t>- HS điều chỉnh kế hoạch, không xếp quá nhiều hoặc chọn việc vượt khả năng.</w:t>
            </w:r>
          </w:p>
        </w:tc>
      </w:tr>
      <w:tr w:rsidR="0031485A" w:rsidTr="005310AF">
        <w:trPr>
          <w:cantSplit/>
          <w:jc w:val="center"/>
        </w:trPr>
        <w:tc>
          <w:tcPr>
            <w:tcW w:w="5703" w:type="dxa"/>
            <w:shd w:val="clear" w:color="auto" w:fill="auto"/>
            <w:tcMar>
              <w:top w:w="35" w:type="dxa"/>
              <w:left w:w="65" w:type="dxa"/>
              <w:bottom w:w="35" w:type="dxa"/>
              <w:right w:w="65" w:type="dxa"/>
            </w:tcMar>
          </w:tcPr>
          <w:p w:rsidR="0031485A" w:rsidRDefault="00AF674E">
            <w:r>
              <w:t>- GV cho xem tranh biển, hồ, sông; yêu cầu chỉ ra hành vi an toàn và nguy hiểm.</w:t>
            </w:r>
          </w:p>
        </w:tc>
        <w:tc>
          <w:tcPr>
            <w:tcW w:w="4762" w:type="dxa"/>
            <w:shd w:val="clear" w:color="auto" w:fill="auto"/>
            <w:tcMar>
              <w:top w:w="35" w:type="dxa"/>
              <w:left w:w="65" w:type="dxa"/>
              <w:bottom w:w="35" w:type="dxa"/>
              <w:right w:w="65" w:type="dxa"/>
            </w:tcMar>
          </w:tcPr>
          <w:p w:rsidR="0031485A" w:rsidRDefault="00AF674E">
            <w:r>
              <w:t>- HS nêu: không bơi một mình, không chơi gần bờ trơn, mặc áo phao, nghe người lớn.</w:t>
            </w:r>
          </w:p>
        </w:tc>
      </w:tr>
      <w:tr w:rsidR="0031485A" w:rsidTr="005310AF">
        <w:trPr>
          <w:cantSplit/>
          <w:jc w:val="center"/>
        </w:trPr>
        <w:tc>
          <w:tcPr>
            <w:tcW w:w="5703" w:type="dxa"/>
            <w:shd w:val="clear" w:color="auto" w:fill="auto"/>
            <w:tcMar>
              <w:top w:w="35" w:type="dxa"/>
              <w:left w:w="65" w:type="dxa"/>
              <w:bottom w:w="35" w:type="dxa"/>
              <w:right w:w="65" w:type="dxa"/>
            </w:tcMar>
          </w:tcPr>
          <w:p w:rsidR="0031485A" w:rsidRDefault="00AF674E">
            <w:r>
              <w:rPr>
                <w:color w:val="FF0000"/>
              </w:rPr>
              <w:t>Câu hỏi dẫn tích hợp: “Nếu bạn rủ em ra ao, hồ tắm khi không có người lớn, em sẽ nói gì và làm gì?”.</w:t>
            </w:r>
          </w:p>
        </w:tc>
        <w:tc>
          <w:tcPr>
            <w:tcW w:w="4762" w:type="dxa"/>
            <w:shd w:val="clear" w:color="auto" w:fill="auto"/>
            <w:tcMar>
              <w:top w:w="35" w:type="dxa"/>
              <w:left w:w="65" w:type="dxa"/>
              <w:bottom w:w="35" w:type="dxa"/>
              <w:right w:w="65" w:type="dxa"/>
            </w:tcMar>
          </w:tcPr>
          <w:p w:rsidR="0031485A" w:rsidRDefault="00AF674E">
            <w:r>
              <w:rPr>
                <w:color w:val="FF0000"/>
              </w:rPr>
              <w:t>- HS luyện nói từ chối, rời khỏi nơi nguy hiểm và báo người lớn.</w:t>
            </w:r>
          </w:p>
        </w:tc>
      </w:tr>
      <w:tr w:rsidR="0031485A" w:rsidTr="005310AF">
        <w:trPr>
          <w:cantSplit/>
          <w:jc w:val="center"/>
        </w:trPr>
        <w:tc>
          <w:tcPr>
            <w:tcW w:w="5703" w:type="dxa"/>
            <w:shd w:val="clear" w:color="auto" w:fill="auto"/>
            <w:tcMar>
              <w:top w:w="35" w:type="dxa"/>
              <w:left w:w="65" w:type="dxa"/>
              <w:bottom w:w="35" w:type="dxa"/>
              <w:right w:w="65" w:type="dxa"/>
            </w:tcMar>
          </w:tcPr>
          <w:p w:rsidR="0031485A" w:rsidRDefault="00AF674E">
            <w:r>
              <w:rPr>
                <w:color w:val="FF0000"/>
              </w:rPr>
              <w:t>Diễn giải tích hợp phòng chống đuối nước: GV nhấn mạnh không nhảy xuống cứu bạn khi chưa được huấn luyện; cần hô to, gọi người lớn, dùng vật nổi hoặc sào từ vị trí an toàn nếu có người lớn hướng dẫn.</w:t>
            </w:r>
          </w:p>
        </w:tc>
        <w:tc>
          <w:tcPr>
            <w:tcW w:w="4762" w:type="dxa"/>
            <w:shd w:val="clear" w:color="auto" w:fill="auto"/>
            <w:tcMar>
              <w:top w:w="35" w:type="dxa"/>
              <w:left w:w="65" w:type="dxa"/>
              <w:bottom w:w="35" w:type="dxa"/>
              <w:right w:w="65" w:type="dxa"/>
            </w:tcMar>
          </w:tcPr>
          <w:p w:rsidR="0031485A" w:rsidRDefault="00AF674E">
            <w:r>
              <w:rPr>
                <w:color w:val="FF0000"/>
              </w:rPr>
              <w:t>- HS nhắc lại: không xuống nước – gọi người lớn – tìm vật hỗ trợ an toàn.</w:t>
            </w:r>
          </w:p>
        </w:tc>
      </w:tr>
      <w:tr w:rsidR="0031485A" w:rsidTr="005310AF">
        <w:trPr>
          <w:cantSplit/>
          <w:jc w:val="center"/>
        </w:trPr>
        <w:tc>
          <w:tcPr>
            <w:tcW w:w="5703" w:type="dxa"/>
            <w:shd w:val="clear" w:color="auto" w:fill="auto"/>
            <w:tcMar>
              <w:top w:w="35" w:type="dxa"/>
              <w:left w:w="65" w:type="dxa"/>
              <w:bottom w:w="35" w:type="dxa"/>
              <w:right w:w="65" w:type="dxa"/>
            </w:tcMar>
          </w:tcPr>
          <w:p w:rsidR="0031485A" w:rsidRDefault="00AF674E">
            <w:r>
              <w:t>- GV mời HS đổi phiếu theo cặp để kiểm tra đủ thời gian, người đi cùng, đồ dùng và an toàn.</w:t>
            </w:r>
          </w:p>
        </w:tc>
        <w:tc>
          <w:tcPr>
            <w:tcW w:w="4762" w:type="dxa"/>
            <w:shd w:val="clear" w:color="auto" w:fill="auto"/>
            <w:tcMar>
              <w:top w:w="35" w:type="dxa"/>
              <w:left w:w="65" w:type="dxa"/>
              <w:bottom w:w="35" w:type="dxa"/>
              <w:right w:w="65" w:type="dxa"/>
            </w:tcMar>
          </w:tcPr>
          <w:p w:rsidR="0031485A" w:rsidRDefault="00AF674E">
            <w:r>
              <w:t>- HS góp ý lịch sự, sửa kế hoạch và ký cam kết.</w:t>
            </w:r>
          </w:p>
        </w:tc>
      </w:tr>
      <w:tr w:rsidR="0031485A" w:rsidTr="005310AF">
        <w:trPr>
          <w:cantSplit/>
          <w:jc w:val="center"/>
        </w:trPr>
        <w:tc>
          <w:tcPr>
            <w:tcW w:w="10465" w:type="dxa"/>
            <w:gridSpan w:val="2"/>
            <w:shd w:val="clear" w:color="auto" w:fill="auto"/>
            <w:tcMar>
              <w:top w:w="35" w:type="dxa"/>
              <w:left w:w="65" w:type="dxa"/>
              <w:bottom w:w="35" w:type="dxa"/>
              <w:right w:w="65" w:type="dxa"/>
            </w:tcMar>
          </w:tcPr>
          <w:p w:rsidR="0031485A" w:rsidRDefault="00AF674E">
            <w:r>
              <w:rPr>
                <w:b/>
              </w:rPr>
              <w:t>4. VẬN DỤNG (3 PHÚT)</w:t>
            </w:r>
            <w:r>
              <w:rPr>
                <w:b/>
              </w:rPr>
              <w:br/>
              <w:t>HOẠT ĐỘNG SAU GIỜ HỌC (CAM KẾT HÀNH ĐỘNG)</w:t>
            </w:r>
          </w:p>
          <w:p w:rsidR="0031485A" w:rsidRDefault="00AF674E">
            <w:r>
              <w:rPr>
                <w:b/>
              </w:rPr>
              <w:t xml:space="preserve">- Mục tiêu: </w:t>
            </w:r>
            <w:r>
              <w:t>HS trao đổi kế hoạch với gia đình và thực hiện nghỉ hè an toàn, có ích.</w:t>
            </w:r>
          </w:p>
          <w:p w:rsidR="0031485A" w:rsidRDefault="00AF674E">
            <w:r>
              <w:rPr>
                <w:b/>
                <w:i/>
              </w:rPr>
              <w:t>* Cách tiến hành:</w:t>
            </w:r>
          </w:p>
        </w:tc>
      </w:tr>
      <w:tr w:rsidR="0031485A" w:rsidTr="005310AF">
        <w:trPr>
          <w:cantSplit/>
          <w:jc w:val="center"/>
        </w:trPr>
        <w:tc>
          <w:tcPr>
            <w:tcW w:w="5703" w:type="dxa"/>
            <w:shd w:val="clear" w:color="auto" w:fill="auto"/>
            <w:tcMar>
              <w:top w:w="35" w:type="dxa"/>
              <w:left w:w="65" w:type="dxa"/>
              <w:bottom w:w="35" w:type="dxa"/>
              <w:right w:w="65" w:type="dxa"/>
            </w:tcMar>
          </w:tcPr>
          <w:p w:rsidR="0031485A" w:rsidRDefault="00AF674E">
            <w:r>
              <w:lastRenderedPageBreak/>
              <w:t>- GV yêu cầu HS mang phiếu về trao đổi với gia đình, điều chỉnh theo điều kiện thực tế và có người lớn xác nhận.</w:t>
            </w:r>
          </w:p>
        </w:tc>
        <w:tc>
          <w:tcPr>
            <w:tcW w:w="4762" w:type="dxa"/>
            <w:shd w:val="clear" w:color="auto" w:fill="auto"/>
            <w:tcMar>
              <w:top w:w="35" w:type="dxa"/>
              <w:left w:w="65" w:type="dxa"/>
              <w:bottom w:w="35" w:type="dxa"/>
              <w:right w:w="65" w:type="dxa"/>
            </w:tcMar>
          </w:tcPr>
          <w:p w:rsidR="0031485A" w:rsidRDefault="00AF674E">
            <w:r>
              <w:t>- HS ghi nhớ, hoàn thiện kế hoạch cùng người thân.</w:t>
            </w:r>
          </w:p>
        </w:tc>
      </w:tr>
      <w:tr w:rsidR="0031485A" w:rsidTr="005310AF">
        <w:trPr>
          <w:cantSplit/>
          <w:jc w:val="center"/>
        </w:trPr>
        <w:tc>
          <w:tcPr>
            <w:tcW w:w="5703" w:type="dxa"/>
            <w:shd w:val="clear" w:color="auto" w:fill="auto"/>
            <w:tcMar>
              <w:top w:w="35" w:type="dxa"/>
              <w:left w:w="65" w:type="dxa"/>
              <w:bottom w:w="35" w:type="dxa"/>
              <w:right w:w="65" w:type="dxa"/>
            </w:tcMar>
          </w:tcPr>
          <w:p w:rsidR="0031485A" w:rsidRDefault="00AF674E">
            <w:r>
              <w:t>- GV dặn luôn báo người lớn khi thay đổi địa điểm, không đi theo người lạ và không tự ý tham gia hoạt động dưới nước.</w:t>
            </w:r>
          </w:p>
        </w:tc>
        <w:tc>
          <w:tcPr>
            <w:tcW w:w="4762" w:type="dxa"/>
            <w:shd w:val="clear" w:color="auto" w:fill="auto"/>
            <w:tcMar>
              <w:top w:w="35" w:type="dxa"/>
              <w:left w:w="65" w:type="dxa"/>
              <w:bottom w:w="35" w:type="dxa"/>
              <w:right w:w="65" w:type="dxa"/>
            </w:tcMar>
          </w:tcPr>
          <w:p w:rsidR="0031485A" w:rsidRDefault="00AF674E">
            <w:r>
              <w:t>- HS đọc cam kết và thực hiện.</w:t>
            </w:r>
          </w:p>
        </w:tc>
      </w:tr>
    </w:tbl>
    <w:p w:rsidR="0031485A" w:rsidRDefault="00AF674E">
      <w:r>
        <w:rPr>
          <w:b/>
        </w:rPr>
        <w:t>IV. ĐIỀU CHỈNH SAU BÀI DẠY:</w:t>
      </w:r>
    </w:p>
    <w:p w:rsidR="0031485A" w:rsidRDefault="00AF674E">
      <w:r>
        <w:t>................................................................................................................</w:t>
      </w:r>
    </w:p>
    <w:p w:rsidR="0031485A" w:rsidRDefault="00AF674E">
      <w:r>
        <w:t>................................................................................................................</w:t>
      </w:r>
    </w:p>
    <w:p w:rsidR="0031485A" w:rsidRDefault="00AF674E">
      <w:pPr>
        <w:jc w:val="center"/>
      </w:pPr>
      <w:r>
        <w:rPr>
          <w:b/>
        </w:rPr>
        <w:t>KẾ HOẠCH BÀI DẠY MÔN HOẠT ĐỘNG TRẢI NGHIỆM LỚP 2</w:t>
      </w:r>
    </w:p>
    <w:p w:rsidR="0031485A" w:rsidRDefault="00AF674E">
      <w:pPr>
        <w:jc w:val="center"/>
      </w:pPr>
      <w:r>
        <w:rPr>
          <w:b/>
        </w:rPr>
        <w:t>HOẠT ĐỘNG TỔNG KẾT: ĐÓN MÙA HÈ TRẢI NGHIỆM</w:t>
      </w:r>
    </w:p>
    <w:p w:rsidR="0031485A" w:rsidRDefault="00AF674E">
      <w:pPr>
        <w:jc w:val="center"/>
      </w:pPr>
      <w:r>
        <w:rPr>
          <w:b/>
        </w:rPr>
        <w:t>TUẦN 35: TIẾT 3</w:t>
      </w:r>
    </w:p>
    <w:p w:rsidR="0031485A" w:rsidRDefault="00AF674E">
      <w:pPr>
        <w:jc w:val="center"/>
      </w:pPr>
      <w:r>
        <w:rPr>
          <w:b/>
        </w:rPr>
        <w:t>SINH HOẠT LỚP: LẬP KẾ HOẠCH TRẢI NGHIỆM MÙA HÈ CỦA EM</w:t>
      </w:r>
    </w:p>
    <w:p w:rsidR="0031485A" w:rsidRDefault="00AF674E">
      <w:r>
        <w:t>Thời gian thực hiện: ...</w:t>
      </w:r>
    </w:p>
    <w:p w:rsidR="0031485A" w:rsidRDefault="00AF674E">
      <w:r>
        <w:rPr>
          <w:b/>
        </w:rPr>
        <w:t>I. YÊU CẦU CẦN ĐẠT:</w:t>
      </w:r>
    </w:p>
    <w:p w:rsidR="0031485A" w:rsidRDefault="00AF674E">
      <w:r>
        <w:rPr>
          <w:b/>
        </w:rPr>
        <w:t>1. Năng lực đặc thù</w:t>
      </w:r>
    </w:p>
    <w:p w:rsidR="0031485A" w:rsidRDefault="00AF674E">
      <w:r>
        <w:t>- Tự đánh giá kết quả tuần 35 và nhìn lại sự tiến bộ trong năm học.</w:t>
      </w:r>
    </w:p>
    <w:p w:rsidR="0031485A" w:rsidRDefault="00AF674E">
      <w:r>
        <w:t>- Chia sẻ thu hoạch từ các hoạt động trải nghiệm, biết nói lời cảm ơn.</w:t>
      </w:r>
    </w:p>
    <w:p w:rsidR="0031485A" w:rsidRDefault="00AF674E">
      <w:r>
        <w:t>- Hoàn thiện kế hoạch mùa hè cân đối, an toàn và phù hợp gia đình.</w:t>
      </w:r>
    </w:p>
    <w:p w:rsidR="0031485A" w:rsidRDefault="00AF674E">
      <w:r>
        <w:rPr>
          <w:b/>
        </w:rPr>
        <w:t>2. Năng lực chung</w:t>
      </w:r>
    </w:p>
    <w:p w:rsidR="0031485A" w:rsidRDefault="00AF674E">
      <w:r>
        <w:t>- Tự giác chuẩn bị và hoàn thành nhiệm vụ; biết tự điều chỉnh hành vi, cảm xúc phù hợp với hoạt động.</w:t>
      </w:r>
    </w:p>
    <w:p w:rsidR="0031485A" w:rsidRDefault="00AF674E">
      <w:r>
        <w:t>- Biết lắng nghe, trao đổi lịch sự, phối hợp và hỗ trợ bạn khi làm việc nhóm hoặc tham gia hoạt động tập thể.</w:t>
      </w:r>
    </w:p>
    <w:p w:rsidR="0031485A" w:rsidRDefault="00AF674E">
      <w:r>
        <w:t>- Biết quan sát, lựa chọn cách xử lí phù hợp, đề xuất ý tưởng vừa sức, an toàn và có ích.</w:t>
      </w:r>
    </w:p>
    <w:p w:rsidR="0031485A" w:rsidRDefault="00AF674E">
      <w:r>
        <w:rPr>
          <w:b/>
        </w:rPr>
        <w:t>3. Phẩm chất</w:t>
      </w:r>
    </w:p>
    <w:p w:rsidR="0031485A" w:rsidRDefault="00AF674E">
      <w:r>
        <w:t>- Trách nhiệm: Thực hiện kế hoạch và quy tắc an toàn.</w:t>
      </w:r>
    </w:p>
    <w:p w:rsidR="0031485A" w:rsidRDefault="00AF674E">
      <w:r>
        <w:t>- Nhân ái: Biết cảm ơn, quan tâm gia đình và bạn bè.</w:t>
      </w:r>
    </w:p>
    <w:p w:rsidR="0031485A" w:rsidRDefault="00AF674E">
      <w:r>
        <w:t>- Chăm chỉ: Duy trì học hỏi, vận động và giúp việc vừa sức.</w:t>
      </w:r>
    </w:p>
    <w:p w:rsidR="0031485A" w:rsidRDefault="00AF674E">
      <w:r>
        <w:rPr>
          <w:b/>
        </w:rPr>
        <w:t>II. CHUẨN BỊ:</w:t>
      </w:r>
    </w:p>
    <w:p w:rsidR="0031485A" w:rsidRDefault="00AF674E">
      <w:r>
        <w:t>- GV: Bảng tổng kết; cây trải nghiệm; phiếu kế hoạch; thẻ lời cảm ơn; bảng sơ kết tuần.</w:t>
      </w:r>
    </w:p>
    <w:p w:rsidR="0031485A" w:rsidRDefault="00AF674E">
      <w:r>
        <w:t>- HS: Phiếu kế hoạch, bút màu; sản phẩm hoặc kỉ niệm muốn chia sẻ.</w:t>
      </w:r>
    </w:p>
    <w:p w:rsidR="0031485A" w:rsidRDefault="00AF674E">
      <w:r>
        <w:rPr>
          <w:b/>
        </w:rPr>
        <w:t>III. CÁC HOẠT ĐỘNG DẠY HỌC CHỦ YẾU:</w:t>
      </w:r>
    </w:p>
    <w:tbl>
      <w:tblPr>
        <w:tblW w:w="10465" w:type="dxa"/>
        <w:jc w:val="center"/>
        <w:tblBorders>
          <w:top w:val="single" w:sz="6" w:space="0" w:color="000000"/>
          <w:left w:val="single" w:sz="6" w:space="0" w:color="000000"/>
          <w:bottom w:val="single" w:sz="6" w:space="0" w:color="000000"/>
          <w:right w:val="single" w:sz="6" w:space="0" w:color="000000"/>
          <w:insideV w:val="single" w:sz="6" w:space="0" w:color="000000"/>
        </w:tblBorders>
        <w:tblLayout w:type="fixed"/>
        <w:tblLook w:val="04A0" w:firstRow="1" w:lastRow="0" w:firstColumn="1" w:lastColumn="0" w:noHBand="0" w:noVBand="1"/>
      </w:tblPr>
      <w:tblGrid>
        <w:gridCol w:w="5703"/>
        <w:gridCol w:w="4762"/>
      </w:tblGrid>
      <w:tr w:rsidR="0031485A" w:rsidTr="005310AF">
        <w:trPr>
          <w:cantSplit/>
          <w:jc w:val="center"/>
        </w:trPr>
        <w:tc>
          <w:tcPr>
            <w:tcW w:w="5703" w:type="dxa"/>
            <w:tcBorders>
              <w:bottom w:val="single" w:sz="6" w:space="0" w:color="000000"/>
            </w:tcBorders>
            <w:shd w:val="clear" w:color="auto" w:fill="auto"/>
            <w:tcMar>
              <w:top w:w="35" w:type="dxa"/>
              <w:left w:w="65" w:type="dxa"/>
              <w:bottom w:w="35" w:type="dxa"/>
              <w:right w:w="65" w:type="dxa"/>
            </w:tcMar>
            <w:vAlign w:val="center"/>
          </w:tcPr>
          <w:p w:rsidR="0031485A" w:rsidRDefault="00AF674E">
            <w:pPr>
              <w:jc w:val="center"/>
            </w:pPr>
            <w:r>
              <w:rPr>
                <w:b/>
              </w:rPr>
              <w:t>HOẠT ĐỘNG CỦA GIÁO VIÊN</w:t>
            </w:r>
          </w:p>
        </w:tc>
        <w:tc>
          <w:tcPr>
            <w:tcW w:w="4762" w:type="dxa"/>
            <w:tcBorders>
              <w:bottom w:val="single" w:sz="6" w:space="0" w:color="000000"/>
            </w:tcBorders>
            <w:shd w:val="clear" w:color="auto" w:fill="auto"/>
            <w:tcMar>
              <w:top w:w="35" w:type="dxa"/>
              <w:left w:w="65" w:type="dxa"/>
              <w:bottom w:w="35" w:type="dxa"/>
              <w:right w:w="65" w:type="dxa"/>
            </w:tcMar>
            <w:vAlign w:val="center"/>
          </w:tcPr>
          <w:p w:rsidR="0031485A" w:rsidRDefault="00AF674E">
            <w:pPr>
              <w:jc w:val="center"/>
            </w:pPr>
            <w:r>
              <w:rPr>
                <w:b/>
              </w:rPr>
              <w:t>HOẠT ĐỘNG CỦA HỌC SINH</w:t>
            </w:r>
          </w:p>
        </w:tc>
      </w:tr>
      <w:tr w:rsidR="0031485A" w:rsidTr="005310AF">
        <w:trPr>
          <w:cantSplit/>
          <w:jc w:val="center"/>
        </w:trPr>
        <w:tc>
          <w:tcPr>
            <w:tcW w:w="10465" w:type="dxa"/>
            <w:gridSpan w:val="2"/>
            <w:tcBorders>
              <w:top w:val="single" w:sz="6" w:space="0" w:color="000000"/>
              <w:bottom w:val="single" w:sz="6" w:space="0" w:color="000000"/>
            </w:tcBorders>
            <w:shd w:val="clear" w:color="auto" w:fill="auto"/>
            <w:tcMar>
              <w:top w:w="35" w:type="dxa"/>
              <w:left w:w="65" w:type="dxa"/>
              <w:bottom w:w="35" w:type="dxa"/>
              <w:right w:w="65" w:type="dxa"/>
            </w:tcMar>
          </w:tcPr>
          <w:p w:rsidR="0031485A" w:rsidRDefault="00AF674E">
            <w:r>
              <w:rPr>
                <w:b/>
              </w:rPr>
              <w:t>1. KHỞI ĐỘNG (3 PHÚT)</w:t>
            </w:r>
          </w:p>
          <w:p w:rsidR="0031485A" w:rsidRDefault="00AF674E">
            <w:r>
              <w:rPr>
                <w:b/>
              </w:rPr>
              <w:t xml:space="preserve">- Mục tiêu: </w:t>
            </w:r>
            <w:r>
              <w:t>Tạo không khí vui vẻ, tập trung và kết nối vào nội dung sinh hoạt lớp.</w:t>
            </w:r>
          </w:p>
          <w:p w:rsidR="0031485A" w:rsidRDefault="00AF674E">
            <w:r>
              <w:rPr>
                <w:b/>
                <w:i/>
              </w:rPr>
              <w:t>* Cách tiến hành:</w:t>
            </w:r>
          </w:p>
        </w:tc>
      </w:tr>
      <w:tr w:rsidR="0031485A" w:rsidTr="005310AF">
        <w:trPr>
          <w:cantSplit/>
          <w:jc w:val="center"/>
        </w:trPr>
        <w:tc>
          <w:tcPr>
            <w:tcW w:w="5703" w:type="dxa"/>
            <w:tcBorders>
              <w:top w:val="single" w:sz="6" w:space="0" w:color="000000"/>
            </w:tcBorders>
            <w:shd w:val="clear" w:color="auto" w:fill="auto"/>
            <w:tcMar>
              <w:top w:w="35" w:type="dxa"/>
              <w:left w:w="65" w:type="dxa"/>
              <w:bottom w:w="35" w:type="dxa"/>
              <w:right w:w="65" w:type="dxa"/>
            </w:tcMar>
          </w:tcPr>
          <w:p w:rsidR="0031485A" w:rsidRDefault="00AF674E">
            <w:r>
              <w:t>- GV tổ chức một trò chơi hoặc vận động ngắn gắn với chủ đề; nhắc HS tham gia trật tự, an toàn.</w:t>
            </w:r>
          </w:p>
        </w:tc>
        <w:tc>
          <w:tcPr>
            <w:tcW w:w="4762" w:type="dxa"/>
            <w:tcBorders>
              <w:top w:val="single" w:sz="6" w:space="0" w:color="000000"/>
            </w:tcBorders>
            <w:shd w:val="clear" w:color="auto" w:fill="auto"/>
            <w:tcMar>
              <w:top w:w="35" w:type="dxa"/>
              <w:left w:w="65" w:type="dxa"/>
              <w:bottom w:w="35" w:type="dxa"/>
              <w:right w:w="65" w:type="dxa"/>
            </w:tcMar>
          </w:tcPr>
          <w:p w:rsidR="0031485A" w:rsidRDefault="00AF674E">
            <w:r>
              <w:t>- HS tham gia tích cực, thực hiện đúng hiệu lệnh.</w:t>
            </w:r>
          </w:p>
        </w:tc>
      </w:tr>
      <w:tr w:rsidR="0031485A" w:rsidTr="005310AF">
        <w:trPr>
          <w:cantSplit/>
          <w:jc w:val="center"/>
        </w:trPr>
        <w:tc>
          <w:tcPr>
            <w:tcW w:w="5703" w:type="dxa"/>
            <w:tcBorders>
              <w:bottom w:val="single" w:sz="6" w:space="0" w:color="000000"/>
            </w:tcBorders>
            <w:shd w:val="clear" w:color="auto" w:fill="auto"/>
            <w:tcMar>
              <w:top w:w="35" w:type="dxa"/>
              <w:left w:w="65" w:type="dxa"/>
              <w:bottom w:w="35" w:type="dxa"/>
              <w:right w:w="65" w:type="dxa"/>
            </w:tcMar>
          </w:tcPr>
          <w:p w:rsidR="0031485A" w:rsidRDefault="00AF674E">
            <w:r>
              <w:t>- GV giới thiệu nội dung sinh hoạt và yêu cầu HS góp ý bằng thái độ xây dựng.</w:t>
            </w:r>
          </w:p>
        </w:tc>
        <w:tc>
          <w:tcPr>
            <w:tcW w:w="4762" w:type="dxa"/>
            <w:tcBorders>
              <w:bottom w:val="single" w:sz="6" w:space="0" w:color="000000"/>
            </w:tcBorders>
            <w:shd w:val="clear" w:color="auto" w:fill="auto"/>
            <w:tcMar>
              <w:top w:w="35" w:type="dxa"/>
              <w:left w:w="65" w:type="dxa"/>
              <w:bottom w:w="35" w:type="dxa"/>
              <w:right w:w="65" w:type="dxa"/>
            </w:tcMar>
          </w:tcPr>
          <w:p w:rsidR="0031485A" w:rsidRDefault="00AF674E">
            <w:r>
              <w:t>- HS lắng nghe, sẵn sàng báo cáo và chia sẻ.</w:t>
            </w:r>
          </w:p>
        </w:tc>
      </w:tr>
      <w:tr w:rsidR="0031485A" w:rsidTr="005310AF">
        <w:trPr>
          <w:cantSplit/>
          <w:jc w:val="center"/>
        </w:trPr>
        <w:tc>
          <w:tcPr>
            <w:tcW w:w="10465" w:type="dxa"/>
            <w:gridSpan w:val="2"/>
            <w:tcBorders>
              <w:top w:val="single" w:sz="6" w:space="0" w:color="000000"/>
              <w:bottom w:val="single" w:sz="6" w:space="0" w:color="000000"/>
            </w:tcBorders>
            <w:shd w:val="clear" w:color="auto" w:fill="auto"/>
            <w:tcMar>
              <w:top w:w="35" w:type="dxa"/>
              <w:left w:w="65" w:type="dxa"/>
              <w:bottom w:w="35" w:type="dxa"/>
              <w:right w:w="65" w:type="dxa"/>
            </w:tcMar>
          </w:tcPr>
          <w:p w:rsidR="0031485A" w:rsidRDefault="00AF674E">
            <w:r>
              <w:rPr>
                <w:b/>
              </w:rPr>
              <w:t>2. HOẠT ĐỘNG TỔNG KẾT TUẦN (8 PHÚT)</w:t>
            </w:r>
          </w:p>
          <w:p w:rsidR="0031485A" w:rsidRDefault="00AF674E">
            <w:r>
              <w:rPr>
                <w:b/>
              </w:rPr>
              <w:t xml:space="preserve">- Mục tiêu: </w:t>
            </w:r>
            <w:r>
              <w:t>HS nhận xét được kết quả hoạt động tuần 35 và xác định phương hướng tuần trong hè.</w:t>
            </w:r>
          </w:p>
          <w:p w:rsidR="0031485A" w:rsidRDefault="00AF674E">
            <w:r>
              <w:rPr>
                <w:b/>
                <w:i/>
              </w:rPr>
              <w:t>* Cách tiến hành:</w:t>
            </w:r>
          </w:p>
        </w:tc>
      </w:tr>
      <w:tr w:rsidR="0031485A" w:rsidTr="005310AF">
        <w:trPr>
          <w:cantSplit/>
          <w:jc w:val="center"/>
        </w:trPr>
        <w:tc>
          <w:tcPr>
            <w:tcW w:w="5703" w:type="dxa"/>
            <w:tcBorders>
              <w:top w:val="single" w:sz="6" w:space="0" w:color="000000"/>
            </w:tcBorders>
            <w:shd w:val="clear" w:color="auto" w:fill="auto"/>
            <w:tcMar>
              <w:top w:w="35" w:type="dxa"/>
              <w:left w:w="65" w:type="dxa"/>
              <w:bottom w:w="35" w:type="dxa"/>
              <w:right w:w="65" w:type="dxa"/>
            </w:tcMar>
          </w:tcPr>
          <w:p w:rsidR="0031485A" w:rsidRDefault="00AF674E">
            <w:r>
              <w:rPr>
                <w:b/>
              </w:rPr>
              <w:t>2.1. Tổng kết các hoạt động trong tuần 35</w:t>
            </w:r>
          </w:p>
        </w:tc>
        <w:tc>
          <w:tcPr>
            <w:tcW w:w="4762" w:type="dxa"/>
            <w:tcBorders>
              <w:top w:val="single" w:sz="6" w:space="0" w:color="000000"/>
            </w:tcBorders>
            <w:shd w:val="clear" w:color="auto" w:fill="auto"/>
            <w:tcMar>
              <w:top w:w="35" w:type="dxa"/>
              <w:left w:w="65" w:type="dxa"/>
              <w:bottom w:w="35" w:type="dxa"/>
              <w:right w:w="65" w:type="dxa"/>
            </w:tcMar>
          </w:tcPr>
          <w:p w:rsidR="0031485A" w:rsidRDefault="00AF674E">
            <w:r>
              <w:t>- HS chuẩn bị báo cáo kết quả hoạt động tuần 35.</w:t>
            </w:r>
          </w:p>
        </w:tc>
      </w:tr>
      <w:tr w:rsidR="0031485A" w:rsidTr="005310AF">
        <w:trPr>
          <w:cantSplit/>
          <w:jc w:val="center"/>
        </w:trPr>
        <w:tc>
          <w:tcPr>
            <w:tcW w:w="5703" w:type="dxa"/>
            <w:shd w:val="clear" w:color="auto" w:fill="auto"/>
            <w:tcMar>
              <w:top w:w="35" w:type="dxa"/>
              <w:left w:w="65" w:type="dxa"/>
              <w:bottom w:w="35" w:type="dxa"/>
              <w:right w:w="65" w:type="dxa"/>
            </w:tcMar>
          </w:tcPr>
          <w:p w:rsidR="0031485A" w:rsidRDefault="00AF674E">
            <w:r>
              <w:lastRenderedPageBreak/>
              <w:t>- GV mời lớp trưởng điều hành; yêu cầu từng tổ báo cáo theo bốn nội dung: nền nếp, học tập, vệ sinh – trực nhật và phong trào.</w:t>
            </w:r>
          </w:p>
        </w:tc>
        <w:tc>
          <w:tcPr>
            <w:tcW w:w="4762" w:type="dxa"/>
            <w:shd w:val="clear" w:color="auto" w:fill="auto"/>
            <w:tcMar>
              <w:top w:w="35" w:type="dxa"/>
              <w:left w:w="65" w:type="dxa"/>
              <w:bottom w:w="35" w:type="dxa"/>
              <w:right w:w="65" w:type="dxa"/>
            </w:tcMar>
          </w:tcPr>
          <w:p w:rsidR="0031485A" w:rsidRDefault="00AF674E">
            <w:r>
              <w:t>- Tổ trưởng báo cáo rõ việc làm tốt, việc chưa tốt và nguyên nhân.</w:t>
            </w:r>
          </w:p>
        </w:tc>
      </w:tr>
      <w:tr w:rsidR="0031485A" w:rsidTr="005310AF">
        <w:trPr>
          <w:cantSplit/>
          <w:jc w:val="center"/>
        </w:trPr>
        <w:tc>
          <w:tcPr>
            <w:tcW w:w="5703" w:type="dxa"/>
            <w:shd w:val="clear" w:color="auto" w:fill="auto"/>
            <w:tcMar>
              <w:top w:w="35" w:type="dxa"/>
              <w:left w:w="65" w:type="dxa"/>
              <w:bottom w:w="35" w:type="dxa"/>
              <w:right w:w="65" w:type="dxa"/>
            </w:tcMar>
          </w:tcPr>
          <w:p w:rsidR="0031485A" w:rsidRDefault="00AF674E">
            <w:r>
              <w:t>- GV mời lớp trưởng tổng hợp; yêu cầu các bạn bổ sung đúng sự việc, không chê trách hoặc đổ lỗi.</w:t>
            </w:r>
          </w:p>
        </w:tc>
        <w:tc>
          <w:tcPr>
            <w:tcW w:w="4762" w:type="dxa"/>
            <w:shd w:val="clear" w:color="auto" w:fill="auto"/>
            <w:tcMar>
              <w:top w:w="35" w:type="dxa"/>
              <w:left w:w="65" w:type="dxa"/>
              <w:bottom w:w="35" w:type="dxa"/>
              <w:right w:w="65" w:type="dxa"/>
            </w:tcMar>
          </w:tcPr>
          <w:p w:rsidR="0031485A" w:rsidRDefault="00AF674E">
            <w:r>
              <w:t>- Lớp trưởng tổng hợp; HS bổ sung bằng lời nói lịch sự, trung thực.</w:t>
            </w:r>
          </w:p>
        </w:tc>
      </w:tr>
      <w:tr w:rsidR="0031485A" w:rsidTr="005310AF">
        <w:trPr>
          <w:cantSplit/>
          <w:jc w:val="center"/>
        </w:trPr>
        <w:tc>
          <w:tcPr>
            <w:tcW w:w="5703" w:type="dxa"/>
            <w:shd w:val="clear" w:color="auto" w:fill="auto"/>
            <w:tcMar>
              <w:top w:w="35" w:type="dxa"/>
              <w:left w:w="65" w:type="dxa"/>
              <w:bottom w:w="35" w:type="dxa"/>
              <w:right w:w="65" w:type="dxa"/>
            </w:tcMar>
          </w:tcPr>
          <w:p w:rsidR="0031485A" w:rsidRDefault="00AF674E">
            <w:r>
              <w:t>- GV nhận xét, tuyên dương tiến bộ; hướng dẫn HS tự đánh giá bằng tín hiệu ngón tay hoặc thẻ màu.</w:t>
            </w:r>
          </w:p>
        </w:tc>
        <w:tc>
          <w:tcPr>
            <w:tcW w:w="4762" w:type="dxa"/>
            <w:shd w:val="clear" w:color="auto" w:fill="auto"/>
            <w:tcMar>
              <w:top w:w="35" w:type="dxa"/>
              <w:left w:w="65" w:type="dxa"/>
              <w:bottom w:w="35" w:type="dxa"/>
              <w:right w:w="65" w:type="dxa"/>
            </w:tcMar>
          </w:tcPr>
          <w:p w:rsidR="0031485A" w:rsidRDefault="00AF674E">
            <w:r>
              <w:t>- HS tự đánh giá và nêu một việc cần phát huy hoặc điều chỉnh.</w:t>
            </w:r>
          </w:p>
        </w:tc>
      </w:tr>
      <w:tr w:rsidR="0031485A" w:rsidTr="005310AF">
        <w:trPr>
          <w:cantSplit/>
          <w:jc w:val="center"/>
        </w:trPr>
        <w:tc>
          <w:tcPr>
            <w:tcW w:w="5703" w:type="dxa"/>
            <w:shd w:val="clear" w:color="auto" w:fill="auto"/>
            <w:tcMar>
              <w:top w:w="35" w:type="dxa"/>
              <w:left w:w="65" w:type="dxa"/>
              <w:bottom w:w="35" w:type="dxa"/>
              <w:right w:w="65" w:type="dxa"/>
            </w:tcMar>
          </w:tcPr>
          <w:p w:rsidR="0031485A" w:rsidRDefault="00AF674E">
            <w:r>
              <w:rPr>
                <w:b/>
              </w:rPr>
              <w:t>2.2. Phương hướng hoạt động tuần trong hè</w:t>
            </w:r>
          </w:p>
        </w:tc>
        <w:tc>
          <w:tcPr>
            <w:tcW w:w="4762" w:type="dxa"/>
            <w:shd w:val="clear" w:color="auto" w:fill="auto"/>
            <w:tcMar>
              <w:top w:w="35" w:type="dxa"/>
              <w:left w:w="65" w:type="dxa"/>
              <w:bottom w:w="35" w:type="dxa"/>
              <w:right w:w="65" w:type="dxa"/>
            </w:tcMar>
          </w:tcPr>
          <w:p w:rsidR="0031485A" w:rsidRDefault="00AF674E">
            <w:r>
              <w:t>- HS chuẩn bị đề xuất biện pháp thực hiện nhiệm vụ tuần trong hè.</w:t>
            </w:r>
          </w:p>
        </w:tc>
      </w:tr>
      <w:tr w:rsidR="0031485A" w:rsidTr="005310AF">
        <w:trPr>
          <w:cantSplit/>
          <w:jc w:val="center"/>
        </w:trPr>
        <w:tc>
          <w:tcPr>
            <w:tcW w:w="5703" w:type="dxa"/>
            <w:shd w:val="clear" w:color="auto" w:fill="auto"/>
            <w:tcMar>
              <w:top w:w="35" w:type="dxa"/>
              <w:left w:w="65" w:type="dxa"/>
              <w:bottom w:w="35" w:type="dxa"/>
              <w:right w:w="65" w:type="dxa"/>
            </w:tcMar>
          </w:tcPr>
          <w:p w:rsidR="0031485A" w:rsidRDefault="00AF674E">
            <w:r>
              <w:t>- GV định hướng ba nhiệm vụ trọng tâm; yêu cầu mỗi tổ đề xuất biện pháp vừa sức, người thực hiện và thời điểm rõ ràng.</w:t>
            </w:r>
          </w:p>
        </w:tc>
        <w:tc>
          <w:tcPr>
            <w:tcW w:w="4762" w:type="dxa"/>
            <w:shd w:val="clear" w:color="auto" w:fill="auto"/>
            <w:tcMar>
              <w:top w:w="35" w:type="dxa"/>
              <w:left w:w="65" w:type="dxa"/>
              <w:bottom w:w="35" w:type="dxa"/>
              <w:right w:w="65" w:type="dxa"/>
            </w:tcMar>
          </w:tcPr>
          <w:p w:rsidR="0031485A" w:rsidRDefault="00AF674E">
            <w:r>
              <w:t>- HS thảo luận, đề xuất việc làm cụ thể và người nhắc việc.</w:t>
            </w:r>
          </w:p>
        </w:tc>
      </w:tr>
      <w:tr w:rsidR="0031485A" w:rsidTr="005310AF">
        <w:trPr>
          <w:cantSplit/>
          <w:jc w:val="center"/>
        </w:trPr>
        <w:tc>
          <w:tcPr>
            <w:tcW w:w="5703" w:type="dxa"/>
            <w:tcBorders>
              <w:bottom w:val="single" w:sz="6" w:space="0" w:color="000000"/>
            </w:tcBorders>
            <w:shd w:val="clear" w:color="auto" w:fill="auto"/>
            <w:tcMar>
              <w:top w:w="35" w:type="dxa"/>
              <w:left w:w="65" w:type="dxa"/>
              <w:bottom w:w="35" w:type="dxa"/>
              <w:right w:w="65" w:type="dxa"/>
            </w:tcMar>
          </w:tcPr>
          <w:p w:rsidR="0031485A" w:rsidRDefault="00AF674E">
            <w:r>
              <w:t>- GV chốt phương hướng, mời cả lớp nhắc lại và thể hiện cam kết bằng hành động thống nhất.</w:t>
            </w:r>
          </w:p>
        </w:tc>
        <w:tc>
          <w:tcPr>
            <w:tcW w:w="4762" w:type="dxa"/>
            <w:tcBorders>
              <w:bottom w:val="single" w:sz="6" w:space="0" w:color="000000"/>
            </w:tcBorders>
            <w:shd w:val="clear" w:color="auto" w:fill="auto"/>
            <w:tcMar>
              <w:top w:w="35" w:type="dxa"/>
              <w:left w:w="65" w:type="dxa"/>
              <w:bottom w:w="35" w:type="dxa"/>
              <w:right w:w="65" w:type="dxa"/>
            </w:tcMar>
          </w:tcPr>
          <w:p w:rsidR="0031485A" w:rsidRDefault="00AF674E">
            <w:r>
              <w:t>- HS nhắc lại nhiệm vụ, giơ tay hoặc đập tay thể hiện quyết tâm.</w:t>
            </w:r>
          </w:p>
        </w:tc>
      </w:tr>
      <w:tr w:rsidR="0031485A" w:rsidTr="005310AF">
        <w:trPr>
          <w:cantSplit/>
          <w:jc w:val="center"/>
        </w:trPr>
        <w:tc>
          <w:tcPr>
            <w:tcW w:w="10465" w:type="dxa"/>
            <w:gridSpan w:val="2"/>
            <w:tcBorders>
              <w:top w:val="single" w:sz="6" w:space="0" w:color="000000"/>
              <w:bottom w:val="single" w:sz="6" w:space="0" w:color="000000"/>
            </w:tcBorders>
            <w:shd w:val="clear" w:color="auto" w:fill="auto"/>
            <w:tcMar>
              <w:top w:w="35" w:type="dxa"/>
              <w:left w:w="65" w:type="dxa"/>
              <w:bottom w:w="35" w:type="dxa"/>
              <w:right w:w="65" w:type="dxa"/>
            </w:tcMar>
          </w:tcPr>
          <w:p w:rsidR="0031485A" w:rsidRDefault="00AF674E">
            <w:bookmarkStart w:id="0" w:name="_GoBack"/>
            <w:r>
              <w:rPr>
                <w:b/>
              </w:rPr>
              <w:t>3. CHIA SẺ THU HOẠCH SAU TRẢI NGHIỆM LẦN TRƯỚC (5 PHÚT)</w:t>
            </w:r>
          </w:p>
          <w:p w:rsidR="0031485A" w:rsidRDefault="00AF674E">
            <w:r>
              <w:rPr>
                <w:b/>
              </w:rPr>
              <w:t xml:space="preserve">- Mục tiêu: </w:t>
            </w:r>
            <w:r>
              <w:t>HS chia sẻ điều đáng nhớ nhất trong năm học và việc đã chuẩn bị cho tổng kết.</w:t>
            </w:r>
          </w:p>
          <w:p w:rsidR="0031485A" w:rsidRDefault="00AF674E">
            <w:r>
              <w:rPr>
                <w:b/>
                <w:i/>
              </w:rPr>
              <w:t>* Cách tiến hành:</w:t>
            </w:r>
          </w:p>
        </w:tc>
      </w:tr>
      <w:bookmarkEnd w:id="0"/>
      <w:tr w:rsidR="0031485A" w:rsidTr="005310AF">
        <w:trPr>
          <w:cantSplit/>
          <w:jc w:val="center"/>
        </w:trPr>
        <w:tc>
          <w:tcPr>
            <w:tcW w:w="5703" w:type="dxa"/>
            <w:tcBorders>
              <w:top w:val="single" w:sz="6" w:space="0" w:color="000000"/>
            </w:tcBorders>
            <w:shd w:val="clear" w:color="auto" w:fill="auto"/>
            <w:tcMar>
              <w:top w:w="35" w:type="dxa"/>
              <w:left w:w="65" w:type="dxa"/>
              <w:bottom w:w="35" w:type="dxa"/>
              <w:right w:w="65" w:type="dxa"/>
            </w:tcMar>
          </w:tcPr>
          <w:p w:rsidR="0031485A" w:rsidRDefault="00AF674E">
            <w:r>
              <w:t>- GV cho HS chia sẻ theo nhóm ba theo gợi ý: em đã làm gì, kết quả thế nào, em cảm thấy ra sao, em cần điều chỉnh điều gì.</w:t>
            </w:r>
          </w:p>
        </w:tc>
        <w:tc>
          <w:tcPr>
            <w:tcW w:w="4762" w:type="dxa"/>
            <w:tcBorders>
              <w:top w:val="single" w:sz="6" w:space="0" w:color="000000"/>
            </w:tcBorders>
            <w:shd w:val="clear" w:color="auto" w:fill="auto"/>
            <w:tcMar>
              <w:top w:w="35" w:type="dxa"/>
              <w:left w:w="65" w:type="dxa"/>
              <w:bottom w:w="35" w:type="dxa"/>
              <w:right w:w="65" w:type="dxa"/>
            </w:tcMar>
          </w:tcPr>
          <w:p w:rsidR="0031485A" w:rsidRDefault="00AF674E">
            <w:r>
              <w:t>- HS lần lượt chia sẻ; các bạn lắng nghe, đặt một câu hỏi và khen điểm tích cực.</w:t>
            </w:r>
          </w:p>
        </w:tc>
      </w:tr>
      <w:tr w:rsidR="0031485A" w:rsidTr="005310AF">
        <w:trPr>
          <w:cantSplit/>
          <w:jc w:val="center"/>
        </w:trPr>
        <w:tc>
          <w:tcPr>
            <w:tcW w:w="5703" w:type="dxa"/>
            <w:tcBorders>
              <w:bottom w:val="single" w:sz="6" w:space="0" w:color="000000"/>
            </w:tcBorders>
            <w:shd w:val="clear" w:color="auto" w:fill="auto"/>
            <w:tcMar>
              <w:top w:w="35" w:type="dxa"/>
              <w:left w:w="65" w:type="dxa"/>
              <w:bottom w:w="35" w:type="dxa"/>
              <w:right w:w="65" w:type="dxa"/>
            </w:tcMar>
          </w:tcPr>
          <w:p w:rsidR="0031485A" w:rsidRDefault="00AF674E">
            <w:r>
              <w:t>- GV mời 2–3 HS trình bày trước lớp; nhận xét việc làm vừa sức, an toàn và có trách nhiệm.</w:t>
            </w:r>
          </w:p>
        </w:tc>
        <w:tc>
          <w:tcPr>
            <w:tcW w:w="4762" w:type="dxa"/>
            <w:tcBorders>
              <w:bottom w:val="single" w:sz="6" w:space="0" w:color="000000"/>
            </w:tcBorders>
            <w:shd w:val="clear" w:color="auto" w:fill="auto"/>
            <w:tcMar>
              <w:top w:w="35" w:type="dxa"/>
              <w:left w:w="65" w:type="dxa"/>
              <w:bottom w:w="35" w:type="dxa"/>
              <w:right w:w="65" w:type="dxa"/>
            </w:tcMar>
          </w:tcPr>
          <w:p w:rsidR="0031485A" w:rsidRDefault="00AF674E">
            <w:r>
              <w:t>- HS trình bày ngắn gọn, tiếp nhận góp ý và điều chỉnh kế hoạch nếu cần.</w:t>
            </w:r>
          </w:p>
        </w:tc>
      </w:tr>
      <w:tr w:rsidR="0031485A" w:rsidTr="005310AF">
        <w:trPr>
          <w:cantSplit/>
          <w:jc w:val="center"/>
        </w:trPr>
        <w:tc>
          <w:tcPr>
            <w:tcW w:w="10465" w:type="dxa"/>
            <w:gridSpan w:val="2"/>
            <w:tcBorders>
              <w:top w:val="single" w:sz="6" w:space="0" w:color="000000"/>
              <w:bottom w:val="single" w:sz="6" w:space="0" w:color="000000"/>
            </w:tcBorders>
            <w:shd w:val="clear" w:color="auto" w:fill="auto"/>
            <w:tcMar>
              <w:top w:w="35" w:type="dxa"/>
              <w:left w:w="65" w:type="dxa"/>
              <w:bottom w:w="35" w:type="dxa"/>
              <w:right w:w="65" w:type="dxa"/>
            </w:tcMar>
          </w:tcPr>
          <w:p w:rsidR="0031485A" w:rsidRDefault="00AF674E">
            <w:r>
              <w:rPr>
                <w:b/>
              </w:rPr>
              <w:t>4. HOẠT ĐỘNG NHÓM (16 PHÚT)</w:t>
            </w:r>
            <w:r>
              <w:rPr>
                <w:b/>
              </w:rPr>
              <w:br/>
              <w:t>HOÀN THIỆN “KẾ HOẠCH TRẢI NGHIỆM MÙA HÈ CỦA EM”</w:t>
            </w:r>
          </w:p>
          <w:p w:rsidR="0031485A" w:rsidRDefault="00AF674E">
            <w:r>
              <w:rPr>
                <w:b/>
              </w:rPr>
              <w:t xml:space="preserve">- Mục tiêu: </w:t>
            </w:r>
            <w:r>
              <w:t>HS hợp tác thực hiện nhiệm vụ, tạo sản phẩm hoặc trình bày kết quả theo đúng yêu cầu.</w:t>
            </w:r>
          </w:p>
          <w:p w:rsidR="0031485A" w:rsidRDefault="00AF674E">
            <w:r>
              <w:rPr>
                <w:b/>
                <w:i/>
              </w:rPr>
              <w:t>* Cách tiến hành:</w:t>
            </w:r>
          </w:p>
        </w:tc>
      </w:tr>
      <w:tr w:rsidR="0031485A" w:rsidTr="005310AF">
        <w:trPr>
          <w:cantSplit/>
          <w:jc w:val="center"/>
        </w:trPr>
        <w:tc>
          <w:tcPr>
            <w:tcW w:w="5703" w:type="dxa"/>
            <w:tcBorders>
              <w:top w:val="single" w:sz="6" w:space="0" w:color="000000"/>
            </w:tcBorders>
            <w:shd w:val="clear" w:color="auto" w:fill="auto"/>
            <w:tcMar>
              <w:top w:w="35" w:type="dxa"/>
              <w:left w:w="65" w:type="dxa"/>
              <w:bottom w:w="35" w:type="dxa"/>
              <w:right w:w="65" w:type="dxa"/>
            </w:tcMar>
          </w:tcPr>
          <w:p w:rsidR="0031485A" w:rsidRDefault="00AF674E" w:rsidP="005310AF">
            <w:r>
              <w:t>- GV cho HS quan sát “Cây trải nghiệm”; yêu cầu chọn các nhóm hoạt động cân đối: học hỏi, vận động, giúp việc, kết nối gia đình, an toàn.</w:t>
            </w:r>
          </w:p>
        </w:tc>
        <w:tc>
          <w:tcPr>
            <w:tcW w:w="4762" w:type="dxa"/>
            <w:tcBorders>
              <w:top w:val="single" w:sz="6" w:space="0" w:color="000000"/>
            </w:tcBorders>
            <w:shd w:val="clear" w:color="auto" w:fill="auto"/>
            <w:tcMar>
              <w:top w:w="35" w:type="dxa"/>
              <w:left w:w="65" w:type="dxa"/>
              <w:bottom w:w="35" w:type="dxa"/>
              <w:right w:w="65" w:type="dxa"/>
            </w:tcMar>
          </w:tcPr>
          <w:p w:rsidR="0031485A" w:rsidRDefault="00AF674E">
            <w:r>
              <w:t>- HS chọn hoạt động phù hợp, nêu lí do.</w:t>
            </w:r>
          </w:p>
        </w:tc>
      </w:tr>
      <w:tr w:rsidR="0031485A" w:rsidTr="005310AF">
        <w:trPr>
          <w:cantSplit/>
          <w:jc w:val="center"/>
        </w:trPr>
        <w:tc>
          <w:tcPr>
            <w:tcW w:w="5703" w:type="dxa"/>
            <w:shd w:val="clear" w:color="auto" w:fill="auto"/>
            <w:tcMar>
              <w:top w:w="35" w:type="dxa"/>
              <w:left w:w="65" w:type="dxa"/>
              <w:bottom w:w="35" w:type="dxa"/>
              <w:right w:w="65" w:type="dxa"/>
            </w:tcMar>
          </w:tcPr>
          <w:p w:rsidR="0031485A" w:rsidRDefault="00AF674E">
            <w:r>
              <w:t>- GV hướng dẫn hoàn thiện phiếu theo tuần/tháng, ghi rõ người cùng tham gia và quy tắc an toàn.</w:t>
            </w:r>
          </w:p>
        </w:tc>
        <w:tc>
          <w:tcPr>
            <w:tcW w:w="4762" w:type="dxa"/>
            <w:shd w:val="clear" w:color="auto" w:fill="auto"/>
            <w:tcMar>
              <w:top w:w="35" w:type="dxa"/>
              <w:left w:w="65" w:type="dxa"/>
              <w:bottom w:w="35" w:type="dxa"/>
              <w:right w:w="65" w:type="dxa"/>
            </w:tcMar>
          </w:tcPr>
          <w:p w:rsidR="0031485A" w:rsidRDefault="00AF674E">
            <w:r>
              <w:t>- HS viết, vẽ hoặc dùng biểu tượng để hoàn thiện kế hoạch.</w:t>
            </w:r>
          </w:p>
        </w:tc>
      </w:tr>
      <w:tr w:rsidR="0031485A" w:rsidTr="005310AF">
        <w:trPr>
          <w:cantSplit/>
          <w:jc w:val="center"/>
        </w:trPr>
        <w:tc>
          <w:tcPr>
            <w:tcW w:w="5703" w:type="dxa"/>
            <w:shd w:val="clear" w:color="auto" w:fill="auto"/>
            <w:tcMar>
              <w:top w:w="35" w:type="dxa"/>
              <w:left w:w="65" w:type="dxa"/>
              <w:bottom w:w="35" w:type="dxa"/>
              <w:right w:w="65" w:type="dxa"/>
            </w:tcMar>
          </w:tcPr>
          <w:p w:rsidR="0031485A" w:rsidRDefault="00AF674E">
            <w:r>
              <w:t>- GV tổ chức “phòng tranh kế hoạch hè”; mỗi nhóm xem 2–3 sản phẩm và để lại lời góp ý tích cực.</w:t>
            </w:r>
          </w:p>
        </w:tc>
        <w:tc>
          <w:tcPr>
            <w:tcW w:w="4762" w:type="dxa"/>
            <w:shd w:val="clear" w:color="auto" w:fill="auto"/>
            <w:tcMar>
              <w:top w:w="35" w:type="dxa"/>
              <w:left w:w="65" w:type="dxa"/>
              <w:bottom w:w="35" w:type="dxa"/>
              <w:right w:w="65" w:type="dxa"/>
            </w:tcMar>
          </w:tcPr>
          <w:p w:rsidR="0031485A" w:rsidRDefault="00AF674E">
            <w:r>
              <w:t>- HS tham quan, đọc kế hoạch, viết lời khen và một gợi ý.</w:t>
            </w:r>
          </w:p>
        </w:tc>
      </w:tr>
      <w:tr w:rsidR="0031485A" w:rsidTr="005310AF">
        <w:trPr>
          <w:cantSplit/>
          <w:jc w:val="center"/>
        </w:trPr>
        <w:tc>
          <w:tcPr>
            <w:tcW w:w="5703" w:type="dxa"/>
            <w:shd w:val="clear" w:color="auto" w:fill="auto"/>
            <w:tcMar>
              <w:top w:w="35" w:type="dxa"/>
              <w:left w:w="65" w:type="dxa"/>
              <w:bottom w:w="35" w:type="dxa"/>
              <w:right w:w="65" w:type="dxa"/>
            </w:tcMar>
          </w:tcPr>
          <w:p w:rsidR="0031485A" w:rsidRDefault="00AF674E">
            <w:r>
              <w:t>- GV mời một số HS trình bày kế hoạch; hỏi cách xử lí khi trời mưa, bị mệt, thay đổi địa điểm hoặc bạn rủ đi nơi nguy hiểm.</w:t>
            </w:r>
          </w:p>
        </w:tc>
        <w:tc>
          <w:tcPr>
            <w:tcW w:w="4762" w:type="dxa"/>
            <w:shd w:val="clear" w:color="auto" w:fill="auto"/>
            <w:tcMar>
              <w:top w:w="35" w:type="dxa"/>
              <w:left w:w="65" w:type="dxa"/>
              <w:bottom w:w="35" w:type="dxa"/>
              <w:right w:w="65" w:type="dxa"/>
            </w:tcMar>
          </w:tcPr>
          <w:p w:rsidR="0031485A" w:rsidRDefault="00AF674E">
            <w:r>
              <w:t>- HS nêu phương án: báo gia đình, đổi hoạt động, nghỉ ngơi, từ chối và tìm người lớn.</w:t>
            </w:r>
          </w:p>
        </w:tc>
      </w:tr>
      <w:tr w:rsidR="0031485A" w:rsidTr="005310AF">
        <w:trPr>
          <w:cantSplit/>
          <w:jc w:val="center"/>
        </w:trPr>
        <w:tc>
          <w:tcPr>
            <w:tcW w:w="5703" w:type="dxa"/>
            <w:shd w:val="clear" w:color="auto" w:fill="auto"/>
            <w:tcMar>
              <w:top w:w="35" w:type="dxa"/>
              <w:left w:w="65" w:type="dxa"/>
              <w:bottom w:w="35" w:type="dxa"/>
              <w:right w:w="65" w:type="dxa"/>
            </w:tcMar>
          </w:tcPr>
          <w:p w:rsidR="0031485A" w:rsidRDefault="00AF674E">
            <w:r>
              <w:t>- GV hướng dẫn HS viết lời cảm ơn thầy cô, bạn bè và một điều em tự hào trong năm học.</w:t>
            </w:r>
          </w:p>
        </w:tc>
        <w:tc>
          <w:tcPr>
            <w:tcW w:w="4762" w:type="dxa"/>
            <w:shd w:val="clear" w:color="auto" w:fill="auto"/>
            <w:tcMar>
              <w:top w:w="35" w:type="dxa"/>
              <w:left w:w="65" w:type="dxa"/>
              <w:bottom w:w="35" w:type="dxa"/>
              <w:right w:w="65" w:type="dxa"/>
            </w:tcMar>
          </w:tcPr>
          <w:p w:rsidR="0031485A" w:rsidRDefault="00AF674E">
            <w:r>
              <w:t>- HS viết chân thành, chia sẻ nếu tự nguyện.</w:t>
            </w:r>
          </w:p>
        </w:tc>
      </w:tr>
      <w:tr w:rsidR="0031485A" w:rsidTr="005310AF">
        <w:trPr>
          <w:cantSplit/>
          <w:jc w:val="center"/>
        </w:trPr>
        <w:tc>
          <w:tcPr>
            <w:tcW w:w="5703" w:type="dxa"/>
            <w:tcBorders>
              <w:bottom w:val="single" w:sz="6" w:space="0" w:color="000000"/>
            </w:tcBorders>
            <w:shd w:val="clear" w:color="auto" w:fill="auto"/>
            <w:tcMar>
              <w:top w:w="35" w:type="dxa"/>
              <w:left w:w="65" w:type="dxa"/>
              <w:bottom w:w="35" w:type="dxa"/>
              <w:right w:w="65" w:type="dxa"/>
            </w:tcMar>
          </w:tcPr>
          <w:p w:rsidR="0031485A" w:rsidRDefault="00AF674E">
            <w:r>
              <w:t>- GV tổng kết năm học, tuyên dương sự tiến bộ và chúc HS có mùa hè an toàn, bổ ích.</w:t>
            </w:r>
          </w:p>
        </w:tc>
        <w:tc>
          <w:tcPr>
            <w:tcW w:w="4762" w:type="dxa"/>
            <w:tcBorders>
              <w:bottom w:val="single" w:sz="6" w:space="0" w:color="000000"/>
            </w:tcBorders>
            <w:shd w:val="clear" w:color="auto" w:fill="auto"/>
            <w:tcMar>
              <w:top w:w="35" w:type="dxa"/>
              <w:left w:w="65" w:type="dxa"/>
              <w:bottom w:w="35" w:type="dxa"/>
              <w:right w:w="65" w:type="dxa"/>
            </w:tcMar>
          </w:tcPr>
          <w:p w:rsidR="0031485A" w:rsidRDefault="00AF674E">
            <w:r>
              <w:t>- HS lắng nghe, vỗ tay và nói lời cảm ơn.</w:t>
            </w:r>
          </w:p>
        </w:tc>
      </w:tr>
      <w:tr w:rsidR="0031485A" w:rsidTr="005310AF">
        <w:trPr>
          <w:cantSplit/>
          <w:jc w:val="center"/>
        </w:trPr>
        <w:tc>
          <w:tcPr>
            <w:tcW w:w="10465" w:type="dxa"/>
            <w:gridSpan w:val="2"/>
            <w:tcBorders>
              <w:top w:val="single" w:sz="6" w:space="0" w:color="000000"/>
              <w:bottom w:val="single" w:sz="6" w:space="0" w:color="000000"/>
            </w:tcBorders>
            <w:shd w:val="clear" w:color="auto" w:fill="auto"/>
            <w:tcMar>
              <w:top w:w="35" w:type="dxa"/>
              <w:left w:w="65" w:type="dxa"/>
              <w:bottom w:w="35" w:type="dxa"/>
              <w:right w:w="65" w:type="dxa"/>
            </w:tcMar>
          </w:tcPr>
          <w:p w:rsidR="0031485A" w:rsidRDefault="00AF674E">
            <w:r>
              <w:rPr>
                <w:b/>
              </w:rPr>
              <w:lastRenderedPageBreak/>
              <w:t>5. HOẠT ĐỘNG SAU GIỜ HỌC (3 PHÚT)</w:t>
            </w:r>
          </w:p>
          <w:p w:rsidR="0031485A" w:rsidRDefault="00AF674E">
            <w:r>
              <w:rPr>
                <w:b/>
              </w:rPr>
              <w:t xml:space="preserve">- Mục tiêu: </w:t>
            </w:r>
            <w:r>
              <w:t>HS tiếp tục thực hiện việc làm phù hợp tại gia đình và chuẩn bị cho hoạt động tiếp theo.</w:t>
            </w:r>
          </w:p>
          <w:p w:rsidR="0031485A" w:rsidRDefault="00AF674E">
            <w:r>
              <w:rPr>
                <w:b/>
                <w:i/>
              </w:rPr>
              <w:t>* Cách tiến hành:</w:t>
            </w:r>
          </w:p>
        </w:tc>
      </w:tr>
      <w:tr w:rsidR="0031485A" w:rsidTr="005310AF">
        <w:trPr>
          <w:cantSplit/>
          <w:jc w:val="center"/>
        </w:trPr>
        <w:tc>
          <w:tcPr>
            <w:tcW w:w="5703" w:type="dxa"/>
            <w:tcBorders>
              <w:top w:val="single" w:sz="6" w:space="0" w:color="000000"/>
            </w:tcBorders>
            <w:shd w:val="clear" w:color="auto" w:fill="auto"/>
            <w:tcMar>
              <w:top w:w="35" w:type="dxa"/>
              <w:left w:w="65" w:type="dxa"/>
              <w:bottom w:w="35" w:type="dxa"/>
              <w:right w:w="65" w:type="dxa"/>
            </w:tcMar>
          </w:tcPr>
          <w:p w:rsidR="0031485A" w:rsidRDefault="00AF674E">
            <w:r>
              <w:t>- GV giao nhiệm vụ: thực hiện kế hoạch cùng gia đình, duy trì đọc sách – vận động – giúp việc; luôn tuân thủ quy tắc an toàn mùa hè.</w:t>
            </w:r>
          </w:p>
        </w:tc>
        <w:tc>
          <w:tcPr>
            <w:tcW w:w="4762" w:type="dxa"/>
            <w:tcBorders>
              <w:top w:val="single" w:sz="6" w:space="0" w:color="000000"/>
            </w:tcBorders>
            <w:shd w:val="clear" w:color="auto" w:fill="auto"/>
            <w:tcMar>
              <w:top w:w="35" w:type="dxa"/>
              <w:left w:w="65" w:type="dxa"/>
              <w:bottom w:w="35" w:type="dxa"/>
              <w:right w:w="65" w:type="dxa"/>
            </w:tcMar>
          </w:tcPr>
          <w:p w:rsidR="0031485A" w:rsidRDefault="00AF674E">
            <w:r>
              <w:t>- HS ghi nhớ, thực hiện cùng gia đình hoặc theo hướng dẫn.</w:t>
            </w:r>
          </w:p>
        </w:tc>
      </w:tr>
      <w:tr w:rsidR="0031485A" w:rsidTr="005310AF">
        <w:trPr>
          <w:cantSplit/>
          <w:jc w:val="center"/>
        </w:trPr>
        <w:tc>
          <w:tcPr>
            <w:tcW w:w="5703" w:type="dxa"/>
            <w:shd w:val="clear" w:color="auto" w:fill="auto"/>
            <w:tcMar>
              <w:top w:w="35" w:type="dxa"/>
              <w:left w:w="65" w:type="dxa"/>
              <w:bottom w:w="35" w:type="dxa"/>
              <w:right w:w="65" w:type="dxa"/>
            </w:tcMar>
          </w:tcPr>
          <w:p w:rsidR="0031485A" w:rsidRDefault="00AF674E">
            <w:r>
              <w:t>- GV nhắc giới hạn an toàn, nhận xét tinh thần hợp tác và tuyên dương nhóm thực hiện tốt.</w:t>
            </w:r>
          </w:p>
        </w:tc>
        <w:tc>
          <w:tcPr>
            <w:tcW w:w="4762" w:type="dxa"/>
            <w:shd w:val="clear" w:color="auto" w:fill="auto"/>
            <w:tcMar>
              <w:top w:w="35" w:type="dxa"/>
              <w:left w:w="65" w:type="dxa"/>
              <w:bottom w:w="35" w:type="dxa"/>
              <w:right w:w="65" w:type="dxa"/>
            </w:tcMar>
          </w:tcPr>
          <w:p w:rsidR="0031485A" w:rsidRDefault="00AF674E">
            <w:r>
              <w:t>- HS lắng nghe, thu dọn đồ dùng và chuẩn bị cho tuần sau.</w:t>
            </w:r>
          </w:p>
        </w:tc>
      </w:tr>
    </w:tbl>
    <w:p w:rsidR="0031485A" w:rsidRDefault="00AF674E">
      <w:r>
        <w:rPr>
          <w:b/>
        </w:rPr>
        <w:t>IV. ĐIỀU CHỈNH SAU BÀI DẠY:</w:t>
      </w:r>
    </w:p>
    <w:p w:rsidR="0031485A" w:rsidRDefault="00AF674E">
      <w:r>
        <w:t>................................................................................................................</w:t>
      </w:r>
    </w:p>
    <w:p w:rsidR="0031485A" w:rsidRDefault="00AF674E">
      <w:r>
        <w:t>................................................................................................................</w:t>
      </w:r>
    </w:p>
    <w:sectPr w:rsidR="0031485A" w:rsidSect="00034616">
      <w:pgSz w:w="11906" w:h="16838"/>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5"/>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1485A"/>
    <w:rsid w:val="00326F90"/>
    <w:rsid w:val="005310AF"/>
    <w:rsid w:val="00AA1D8D"/>
    <w:rsid w:val="00AF674E"/>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5310AF"/>
    <w:rPr>
      <w:rFonts w:ascii="Tahoma" w:hAnsi="Tahoma" w:cs="Tahoma"/>
      <w:sz w:val="16"/>
      <w:szCs w:val="16"/>
    </w:rPr>
  </w:style>
  <w:style w:type="character" w:customStyle="1" w:styleId="BalloonTextChar">
    <w:name w:val="Balloon Text Char"/>
    <w:basedOn w:val="DefaultParagraphFont"/>
    <w:link w:val="BalloonText"/>
    <w:uiPriority w:val="99"/>
    <w:semiHidden/>
    <w:rsid w:val="005310AF"/>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5310AF"/>
    <w:rPr>
      <w:rFonts w:ascii="Tahoma" w:hAnsi="Tahoma" w:cs="Tahoma"/>
      <w:sz w:val="16"/>
      <w:szCs w:val="16"/>
    </w:rPr>
  </w:style>
  <w:style w:type="character" w:customStyle="1" w:styleId="BalloonTextChar">
    <w:name w:val="Balloon Text Char"/>
    <w:basedOn w:val="DefaultParagraphFont"/>
    <w:link w:val="BalloonText"/>
    <w:uiPriority w:val="99"/>
    <w:semiHidden/>
    <w:rsid w:val="005310A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BF5423-3390-4BE0-88B8-A07059965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2210</Words>
  <Characters>12597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14778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BAOTRAN</dc:creator>
  <cp:keywords/>
  <dc:description>generated by python-docx</dc:description>
  <cp:lastModifiedBy>Administrator</cp:lastModifiedBy>
  <cp:revision>3</cp:revision>
  <dcterms:created xsi:type="dcterms:W3CDTF">2026-06-12T22:38:00Z</dcterms:created>
  <dcterms:modified xsi:type="dcterms:W3CDTF">2026-08-17T14:44:00Z</dcterms:modified>
  <cp:category/>
</cp:coreProperties>
</file>