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05"/>
      </w:tblGrid>
      <w:tr w:rsidR="00DA26F8" w:rsidTr="00DA26F8">
        <w:trPr>
          <w:trHeight w:val="673"/>
        </w:trPr>
        <w:tc>
          <w:tcPr>
            <w:tcW w:w="9905" w:type="dxa"/>
          </w:tcPr>
          <w:p w:rsidR="00DA26F8" w:rsidRPr="00DA26F8" w:rsidRDefault="00DA26F8" w:rsidP="00DA26F8">
            <w:pPr>
              <w:jc w:val="center"/>
              <w:rPr>
                <w:b/>
                <w:bCs/>
                <w:sz w:val="28"/>
                <w:szCs w:val="28"/>
              </w:rPr>
            </w:pPr>
            <w:r w:rsidRPr="00DA26F8">
              <w:rPr>
                <w:b/>
                <w:bCs/>
                <w:sz w:val="28"/>
                <w:szCs w:val="28"/>
              </w:rPr>
              <w:t>CỘNG HOÀ XÃ HỘI CHỦ NGHĨA VIỆT NAM</w:t>
            </w:r>
          </w:p>
          <w:p w:rsidR="00DA26F8" w:rsidRPr="00DA26F8" w:rsidRDefault="00DA26F8" w:rsidP="00DA26F8">
            <w:pPr>
              <w:spacing w:after="60"/>
              <w:jc w:val="center"/>
              <w:rPr>
                <w:b/>
                <w:bCs/>
                <w:sz w:val="28"/>
                <w:szCs w:val="28"/>
              </w:rPr>
            </w:pPr>
            <w:r w:rsidRPr="00DA26F8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8BEABBA" wp14:editId="55CEC8C0">
                      <wp:simplePos x="0" y="0"/>
                      <wp:positionH relativeFrom="column">
                        <wp:posOffset>1967230</wp:posOffset>
                      </wp:positionH>
                      <wp:positionV relativeFrom="paragraph">
                        <wp:posOffset>231140</wp:posOffset>
                      </wp:positionV>
                      <wp:extent cx="2171700" cy="9525"/>
                      <wp:effectExtent l="0" t="0" r="19050" b="28575"/>
                      <wp:wrapNone/>
                      <wp:docPr id="13" name="Straight Connector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71700" cy="95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8E77BED" id="Straight Connector 1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4.9pt,18.2pt" to="325.9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"/>
                  </w:pict>
                </mc:Fallback>
              </mc:AlternateContent>
            </w:r>
            <w:r w:rsidRPr="00DA26F8">
              <w:rPr>
                <w:b/>
                <w:bCs/>
                <w:sz w:val="28"/>
                <w:szCs w:val="28"/>
              </w:rPr>
              <w:t>Độc lập - Tự do - Hạnh phúc</w:t>
            </w:r>
          </w:p>
          <w:p w:rsidR="00DA26F8" w:rsidRDefault="00DA26F8" w:rsidP="00DA26F8">
            <w:pPr>
              <w:spacing w:after="60"/>
              <w:jc w:val="center"/>
            </w:pPr>
          </w:p>
        </w:tc>
      </w:tr>
    </w:tbl>
    <w:p w:rsidR="00DA26F8" w:rsidRPr="004851BA" w:rsidRDefault="00A85A85" w:rsidP="004851BA">
      <w:pPr>
        <w:spacing w:after="60"/>
        <w:jc w:val="center"/>
        <w:rPr>
          <w:b/>
          <w:sz w:val="28"/>
        </w:rPr>
      </w:pPr>
      <w:r>
        <w:rPr>
          <w:b/>
          <w:sz w:val="28"/>
        </w:rPr>
        <w:t xml:space="preserve">ĐƠN XIN THUÊ Ô, GIAN HÀNG </w:t>
      </w:r>
      <w:r w:rsidR="00DA26F8">
        <w:rPr>
          <w:b/>
          <w:sz w:val="28"/>
        </w:rPr>
        <w:t>CHỢ XÃ YÊN LÂM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820"/>
      </w:tblGrid>
      <w:tr w:rsidR="00DA26F8" w:rsidTr="00DA26F8">
        <w:tc>
          <w:tcPr>
            <w:tcW w:w="3085" w:type="dxa"/>
          </w:tcPr>
          <w:p w:rsidR="00DA26F8" w:rsidRDefault="00DA26F8" w:rsidP="00DA26F8">
            <w:pPr>
              <w:spacing w:after="60"/>
              <w:jc w:val="right"/>
            </w:pPr>
            <w:r>
              <w:rPr>
                <w:b/>
              </w:rPr>
              <w:t>Kính gửi:</w:t>
            </w:r>
          </w:p>
          <w:p w:rsidR="00DA26F8" w:rsidRDefault="00DA26F8">
            <w:pPr>
              <w:spacing w:after="60"/>
            </w:pPr>
          </w:p>
        </w:tc>
        <w:tc>
          <w:tcPr>
            <w:tcW w:w="6820" w:type="dxa"/>
          </w:tcPr>
          <w:p w:rsidR="00DA26F8" w:rsidRDefault="00DA26F8" w:rsidP="00DA26F8">
            <w:pPr>
              <w:spacing w:after="60"/>
            </w:pPr>
            <w:r>
              <w:t>- Ủy ban nhân dân xã Yên Phú</w:t>
            </w:r>
          </w:p>
          <w:p w:rsidR="00DA26F8" w:rsidRDefault="00DA26F8">
            <w:pPr>
              <w:spacing w:after="60"/>
            </w:pPr>
            <w:r>
              <w:t>- Ban Quản lý chợ Yên Lâm</w:t>
            </w:r>
          </w:p>
        </w:tc>
      </w:tr>
    </w:tbl>
    <w:p w:rsidR="00DA26F8" w:rsidRPr="004851BA" w:rsidRDefault="00DA26F8">
      <w:pPr>
        <w:spacing w:after="60"/>
        <w:rPr>
          <w:sz w:val="12"/>
        </w:rPr>
      </w:pPr>
    </w:p>
    <w:p w:rsidR="00602A65" w:rsidRPr="00DA26F8" w:rsidRDefault="00A85A85" w:rsidP="00DA26F8">
      <w:pPr>
        <w:spacing w:after="60"/>
        <w:jc w:val="both"/>
        <w:rPr>
          <w:sz w:val="28"/>
          <w:szCs w:val="28"/>
        </w:rPr>
      </w:pPr>
      <w:r w:rsidRPr="00DA26F8">
        <w:rPr>
          <w:b/>
          <w:spacing w:val="-20"/>
          <w:sz w:val="28"/>
          <w:szCs w:val="28"/>
        </w:rPr>
        <w:t>1.</w:t>
      </w:r>
      <w:r w:rsidRPr="00DA26F8">
        <w:rPr>
          <w:spacing w:val="-20"/>
          <w:sz w:val="28"/>
          <w:szCs w:val="28"/>
        </w:rPr>
        <w:t xml:space="preserve"> Họ và tên tôi:</w:t>
      </w:r>
      <w:r w:rsidRPr="00DA26F8">
        <w:rPr>
          <w:sz w:val="28"/>
          <w:szCs w:val="28"/>
        </w:rPr>
        <w:t xml:space="preserve"> .......................................</w:t>
      </w:r>
      <w:r w:rsidR="00DA26F8">
        <w:rPr>
          <w:sz w:val="28"/>
          <w:szCs w:val="28"/>
        </w:rPr>
        <w:t>...</w:t>
      </w:r>
      <w:r w:rsidRPr="00DA26F8">
        <w:rPr>
          <w:sz w:val="28"/>
          <w:szCs w:val="28"/>
        </w:rPr>
        <w:t>...</w:t>
      </w:r>
      <w:r w:rsidR="00DA26F8">
        <w:rPr>
          <w:sz w:val="28"/>
          <w:szCs w:val="28"/>
        </w:rPr>
        <w:t>...</w:t>
      </w:r>
      <w:r w:rsidRPr="00DA26F8">
        <w:rPr>
          <w:sz w:val="28"/>
          <w:szCs w:val="28"/>
        </w:rPr>
        <w:t>......  Sinh ngày: ....... tháng ........ năm .......</w:t>
      </w:r>
    </w:p>
    <w:p w:rsidR="00602A65" w:rsidRPr="00DA26F8" w:rsidRDefault="00A85A85" w:rsidP="00DA26F8">
      <w:pPr>
        <w:spacing w:after="60"/>
        <w:jc w:val="both"/>
        <w:rPr>
          <w:sz w:val="28"/>
          <w:szCs w:val="28"/>
        </w:rPr>
      </w:pPr>
      <w:r w:rsidRPr="00DA26F8">
        <w:rPr>
          <w:b/>
          <w:sz w:val="28"/>
          <w:szCs w:val="28"/>
        </w:rPr>
        <w:t>2.</w:t>
      </w:r>
      <w:r w:rsidRPr="00DA26F8">
        <w:rPr>
          <w:sz w:val="28"/>
          <w:szCs w:val="28"/>
        </w:rPr>
        <w:t xml:space="preserve"> Hộ khẩu thường trú hiện nay: .............................</w:t>
      </w:r>
      <w:r w:rsidR="00DA26F8">
        <w:rPr>
          <w:sz w:val="28"/>
          <w:szCs w:val="28"/>
        </w:rPr>
        <w:t>................</w:t>
      </w:r>
      <w:r w:rsidRPr="00DA26F8">
        <w:rPr>
          <w:sz w:val="28"/>
          <w:szCs w:val="28"/>
        </w:rPr>
        <w:t>.................</w:t>
      </w:r>
      <w:r w:rsidR="00DA26F8" w:rsidRPr="00DA26F8">
        <w:rPr>
          <w:sz w:val="28"/>
          <w:szCs w:val="28"/>
        </w:rPr>
        <w:t>.......</w:t>
      </w:r>
      <w:r w:rsidRPr="00DA26F8">
        <w:rPr>
          <w:sz w:val="28"/>
          <w:szCs w:val="28"/>
        </w:rPr>
        <w:t>.................</w:t>
      </w:r>
    </w:p>
    <w:p w:rsidR="00602A65" w:rsidRPr="00DA26F8" w:rsidRDefault="00A85A85" w:rsidP="00DA26F8">
      <w:pPr>
        <w:spacing w:after="60"/>
        <w:jc w:val="both"/>
        <w:rPr>
          <w:sz w:val="28"/>
          <w:szCs w:val="28"/>
        </w:rPr>
      </w:pPr>
      <w:r w:rsidRPr="00DA26F8">
        <w:rPr>
          <w:sz w:val="28"/>
          <w:szCs w:val="28"/>
        </w:rPr>
        <w:t>.....................................................................</w:t>
      </w:r>
      <w:r w:rsidR="00DA26F8">
        <w:rPr>
          <w:sz w:val="28"/>
          <w:szCs w:val="28"/>
        </w:rPr>
        <w:t>...</w:t>
      </w:r>
      <w:r w:rsidRPr="00DA26F8">
        <w:rPr>
          <w:sz w:val="28"/>
          <w:szCs w:val="28"/>
        </w:rPr>
        <w:t>.....................</w:t>
      </w:r>
      <w:r w:rsidR="00DA26F8">
        <w:rPr>
          <w:sz w:val="28"/>
          <w:szCs w:val="28"/>
        </w:rPr>
        <w:t>..</w:t>
      </w:r>
      <w:r w:rsidRPr="00DA26F8">
        <w:rPr>
          <w:sz w:val="28"/>
          <w:szCs w:val="28"/>
        </w:rPr>
        <w:t>...........................................</w:t>
      </w:r>
    </w:p>
    <w:p w:rsidR="00602A65" w:rsidRPr="00DA26F8" w:rsidRDefault="00A85A85" w:rsidP="00DA26F8">
      <w:pPr>
        <w:spacing w:after="60"/>
        <w:jc w:val="both"/>
        <w:rPr>
          <w:sz w:val="28"/>
          <w:szCs w:val="28"/>
        </w:rPr>
      </w:pPr>
      <w:r w:rsidRPr="00DA26F8">
        <w:rPr>
          <w:b/>
          <w:sz w:val="28"/>
          <w:szCs w:val="28"/>
        </w:rPr>
        <w:t>3.</w:t>
      </w:r>
      <w:r w:rsidRPr="00DA26F8">
        <w:rPr>
          <w:sz w:val="28"/>
          <w:szCs w:val="28"/>
        </w:rPr>
        <w:t xml:space="preserve"> Địa chỉ tạm trú hiện nay: .............................................................................................</w:t>
      </w:r>
    </w:p>
    <w:p w:rsidR="00602A65" w:rsidRPr="00DA26F8" w:rsidRDefault="00A85A85" w:rsidP="00DA26F8">
      <w:pPr>
        <w:spacing w:after="60"/>
        <w:jc w:val="both"/>
        <w:rPr>
          <w:sz w:val="28"/>
          <w:szCs w:val="28"/>
        </w:rPr>
      </w:pPr>
      <w:r w:rsidRPr="00DA26F8">
        <w:rPr>
          <w:sz w:val="28"/>
          <w:szCs w:val="28"/>
        </w:rPr>
        <w:t xml:space="preserve">   ............................................................</w:t>
      </w:r>
      <w:r w:rsidR="00DA26F8">
        <w:rPr>
          <w:sz w:val="28"/>
          <w:szCs w:val="28"/>
        </w:rPr>
        <w:t>.</w:t>
      </w:r>
      <w:r w:rsidRPr="00DA26F8">
        <w:rPr>
          <w:sz w:val="28"/>
          <w:szCs w:val="28"/>
        </w:rPr>
        <w:t>..........................................................................</w:t>
      </w:r>
    </w:p>
    <w:p w:rsidR="00602A65" w:rsidRPr="00DA26F8" w:rsidRDefault="00A85A85" w:rsidP="00DA26F8">
      <w:pPr>
        <w:spacing w:after="60"/>
        <w:jc w:val="both"/>
        <w:rPr>
          <w:sz w:val="28"/>
          <w:szCs w:val="28"/>
        </w:rPr>
      </w:pPr>
      <w:r w:rsidRPr="00DA26F8">
        <w:rPr>
          <w:b/>
          <w:sz w:val="28"/>
          <w:szCs w:val="28"/>
        </w:rPr>
        <w:t>4.</w:t>
      </w:r>
      <w:r w:rsidRPr="00DA26F8">
        <w:rPr>
          <w:sz w:val="28"/>
          <w:szCs w:val="28"/>
        </w:rPr>
        <w:t xml:space="preserve"> Căn cước công dân số: ..................................................; cấp ngày ...</w:t>
      </w:r>
      <w:r w:rsidR="00DA26F8">
        <w:rPr>
          <w:sz w:val="28"/>
          <w:szCs w:val="28"/>
        </w:rPr>
        <w:t>..</w:t>
      </w:r>
      <w:r w:rsidRPr="00DA26F8">
        <w:rPr>
          <w:sz w:val="28"/>
          <w:szCs w:val="28"/>
        </w:rPr>
        <w:t>.../</w:t>
      </w:r>
      <w:r w:rsidR="00DA26F8">
        <w:rPr>
          <w:sz w:val="28"/>
          <w:szCs w:val="28"/>
        </w:rPr>
        <w:t>…</w:t>
      </w:r>
      <w:proofErr w:type="gramStart"/>
      <w:r w:rsidRPr="00DA26F8">
        <w:rPr>
          <w:sz w:val="28"/>
          <w:szCs w:val="28"/>
        </w:rPr>
        <w:t>..../</w:t>
      </w:r>
      <w:proofErr w:type="gramEnd"/>
      <w:r w:rsidRPr="00DA26F8">
        <w:rPr>
          <w:sz w:val="28"/>
          <w:szCs w:val="28"/>
        </w:rPr>
        <w:t>...........</w:t>
      </w:r>
    </w:p>
    <w:p w:rsidR="00602A65" w:rsidRPr="00DA26F8" w:rsidRDefault="00A85A85" w:rsidP="00DA26F8">
      <w:pPr>
        <w:spacing w:after="60"/>
        <w:jc w:val="both"/>
        <w:rPr>
          <w:sz w:val="28"/>
          <w:szCs w:val="28"/>
        </w:rPr>
      </w:pPr>
      <w:r w:rsidRPr="00DA26F8">
        <w:rPr>
          <w:sz w:val="28"/>
          <w:szCs w:val="28"/>
        </w:rPr>
        <w:t>Nơi cấp: .......................................................................</w:t>
      </w:r>
      <w:r w:rsidR="00DA26F8">
        <w:rPr>
          <w:sz w:val="28"/>
          <w:szCs w:val="28"/>
        </w:rPr>
        <w:t xml:space="preserve"> </w:t>
      </w:r>
      <w:r w:rsidRPr="00DA26F8">
        <w:rPr>
          <w:sz w:val="28"/>
          <w:szCs w:val="28"/>
        </w:rPr>
        <w:t>(</w:t>
      </w:r>
      <w:r w:rsidRPr="00BC05B8">
        <w:rPr>
          <w:b/>
          <w:szCs w:val="26"/>
        </w:rPr>
        <w:t>Phô tô 01 bản kèm theo đơn</w:t>
      </w:r>
      <w:r w:rsidRPr="00DA26F8">
        <w:rPr>
          <w:sz w:val="28"/>
          <w:szCs w:val="28"/>
        </w:rPr>
        <w:t>).</w:t>
      </w:r>
    </w:p>
    <w:p w:rsidR="00602A65" w:rsidRPr="00DA26F8" w:rsidRDefault="00A85A85" w:rsidP="00DA26F8">
      <w:pPr>
        <w:spacing w:after="60"/>
        <w:jc w:val="both"/>
        <w:rPr>
          <w:sz w:val="28"/>
          <w:szCs w:val="28"/>
        </w:rPr>
      </w:pPr>
      <w:r w:rsidRPr="00DA26F8">
        <w:rPr>
          <w:b/>
          <w:sz w:val="28"/>
          <w:szCs w:val="28"/>
        </w:rPr>
        <w:t>5.</w:t>
      </w:r>
      <w:r w:rsidRPr="00DA26F8">
        <w:rPr>
          <w:sz w:val="28"/>
          <w:szCs w:val="28"/>
        </w:rPr>
        <w:t xml:space="preserve"> Số điện thoại liên hệ: ................................................ hoặc .........................................</w:t>
      </w:r>
    </w:p>
    <w:p w:rsidR="00602A65" w:rsidRPr="00066C84" w:rsidRDefault="00A85A85" w:rsidP="00DA26F8">
      <w:pPr>
        <w:spacing w:after="60"/>
        <w:jc w:val="both"/>
        <w:rPr>
          <w:spacing w:val="-6"/>
          <w:sz w:val="28"/>
          <w:szCs w:val="28"/>
        </w:rPr>
      </w:pPr>
      <w:r w:rsidRPr="00066C84">
        <w:rPr>
          <w:b/>
          <w:spacing w:val="-6"/>
          <w:sz w:val="28"/>
          <w:szCs w:val="28"/>
        </w:rPr>
        <w:t xml:space="preserve">6. </w:t>
      </w:r>
      <w:r w:rsidRPr="00066C84">
        <w:rPr>
          <w:spacing w:val="-6"/>
          <w:sz w:val="28"/>
          <w:szCs w:val="28"/>
        </w:rPr>
        <w:t>Nội dung:</w:t>
      </w:r>
      <w:r w:rsidR="00DA26F8" w:rsidRPr="00066C84">
        <w:rPr>
          <w:b/>
          <w:spacing w:val="-6"/>
          <w:sz w:val="28"/>
          <w:szCs w:val="28"/>
        </w:rPr>
        <w:t xml:space="preserve"> </w:t>
      </w:r>
      <w:r w:rsidRPr="00066C84">
        <w:rPr>
          <w:spacing w:val="-6"/>
          <w:sz w:val="28"/>
          <w:szCs w:val="28"/>
        </w:rPr>
        <w:t xml:space="preserve">Tôi xin được đăng ký thuê ô, gian hàng tại </w:t>
      </w:r>
      <w:r w:rsidR="00DA26F8" w:rsidRPr="00066C84">
        <w:rPr>
          <w:spacing w:val="-6"/>
          <w:sz w:val="28"/>
          <w:szCs w:val="28"/>
        </w:rPr>
        <w:t>c</w:t>
      </w:r>
      <w:r w:rsidRPr="00066C84">
        <w:rPr>
          <w:spacing w:val="-6"/>
          <w:sz w:val="28"/>
          <w:szCs w:val="28"/>
        </w:rPr>
        <w:t xml:space="preserve">hợ </w:t>
      </w:r>
      <w:r w:rsidR="00DA26F8" w:rsidRPr="00066C84">
        <w:rPr>
          <w:spacing w:val="-6"/>
          <w:sz w:val="28"/>
          <w:szCs w:val="28"/>
        </w:rPr>
        <w:t>Yên Lâm</w:t>
      </w:r>
      <w:r w:rsidRPr="00066C84">
        <w:rPr>
          <w:spacing w:val="-6"/>
          <w:sz w:val="28"/>
          <w:szCs w:val="28"/>
        </w:rPr>
        <w:t>, cụ thể như sau:</w:t>
      </w:r>
    </w:p>
    <w:p w:rsidR="00602A65" w:rsidRPr="00DA26F8" w:rsidRDefault="00A85A85" w:rsidP="00DA26F8">
      <w:pPr>
        <w:spacing w:after="60"/>
        <w:jc w:val="both"/>
        <w:rPr>
          <w:sz w:val="28"/>
          <w:szCs w:val="28"/>
        </w:rPr>
      </w:pPr>
      <w:r w:rsidRPr="00DA26F8">
        <w:rPr>
          <w:sz w:val="28"/>
          <w:szCs w:val="28"/>
        </w:rPr>
        <w:t xml:space="preserve"> - Vị trí/ô, gian hàng đăng ký thuê: ....................................................................</w:t>
      </w:r>
      <w:r w:rsidR="004851BA">
        <w:rPr>
          <w:sz w:val="28"/>
          <w:szCs w:val="28"/>
        </w:rPr>
        <w:t>.</w:t>
      </w:r>
      <w:r w:rsidRPr="00DA26F8">
        <w:rPr>
          <w:sz w:val="28"/>
          <w:szCs w:val="28"/>
        </w:rPr>
        <w:t>............</w:t>
      </w:r>
    </w:p>
    <w:p w:rsidR="00602A65" w:rsidRPr="00DA26F8" w:rsidRDefault="00A85A85" w:rsidP="00DA26F8">
      <w:pPr>
        <w:spacing w:after="60"/>
        <w:jc w:val="both"/>
        <w:rPr>
          <w:sz w:val="28"/>
          <w:szCs w:val="28"/>
        </w:rPr>
      </w:pPr>
      <w:r w:rsidRPr="00DA26F8">
        <w:rPr>
          <w:sz w:val="28"/>
          <w:szCs w:val="28"/>
        </w:rPr>
        <w:t xml:space="preserve"> - Diện tích dự kiến: ........................ m²</w:t>
      </w:r>
    </w:p>
    <w:p w:rsidR="00066C84" w:rsidRDefault="00A85A85" w:rsidP="00DA26F8">
      <w:pPr>
        <w:spacing w:after="60"/>
        <w:jc w:val="both"/>
        <w:rPr>
          <w:sz w:val="28"/>
          <w:szCs w:val="28"/>
        </w:rPr>
      </w:pPr>
      <w:r w:rsidRPr="00DA26F8">
        <w:rPr>
          <w:sz w:val="28"/>
          <w:szCs w:val="28"/>
        </w:rPr>
        <w:t xml:space="preserve"> - Mặt hàng </w:t>
      </w:r>
      <w:r w:rsidR="00066C84">
        <w:rPr>
          <w:sz w:val="28"/>
          <w:szCs w:val="28"/>
        </w:rPr>
        <w:t xml:space="preserve">đăng ký </w:t>
      </w:r>
      <w:r w:rsidRPr="00DA26F8">
        <w:rPr>
          <w:sz w:val="28"/>
          <w:szCs w:val="28"/>
        </w:rPr>
        <w:t>kinh doanh (</w:t>
      </w:r>
      <w:r w:rsidRPr="0046713F">
        <w:rPr>
          <w:i/>
          <w:szCs w:val="26"/>
        </w:rPr>
        <w:t>ghi cụ thể</w:t>
      </w:r>
      <w:r w:rsidR="00066C84" w:rsidRPr="0046713F">
        <w:rPr>
          <w:i/>
          <w:szCs w:val="26"/>
        </w:rPr>
        <w:t>:</w:t>
      </w:r>
      <w:r w:rsidR="004851BA" w:rsidRPr="0046713F">
        <w:rPr>
          <w:i/>
          <w:szCs w:val="26"/>
        </w:rPr>
        <w:t xml:space="preserve"> hàng thịt, hàng cá, </w:t>
      </w:r>
      <w:r w:rsidR="0046713F">
        <w:rPr>
          <w:i/>
          <w:szCs w:val="26"/>
        </w:rPr>
        <w:t xml:space="preserve">hàng </w:t>
      </w:r>
      <w:r w:rsidR="004851BA" w:rsidRPr="0046713F">
        <w:rPr>
          <w:i/>
          <w:szCs w:val="26"/>
        </w:rPr>
        <w:t>chế biến ăn sẵn, hàng rau, hàng ho</w:t>
      </w:r>
      <w:r w:rsidR="00066C84" w:rsidRPr="0046713F">
        <w:rPr>
          <w:i/>
          <w:szCs w:val="26"/>
        </w:rPr>
        <w:t>a</w:t>
      </w:r>
      <w:r w:rsidR="004851BA" w:rsidRPr="0046713F">
        <w:rPr>
          <w:i/>
          <w:szCs w:val="26"/>
        </w:rPr>
        <w:t xml:space="preserve"> quả, hàng ăn, hàng khô, hàng sén, hàng tạp hoá, hàng</w:t>
      </w:r>
      <w:proofErr w:type="gramStart"/>
      <w:r w:rsidR="00066C84" w:rsidRPr="0046713F">
        <w:rPr>
          <w:i/>
          <w:szCs w:val="26"/>
        </w:rPr>
        <w:t>…..</w:t>
      </w:r>
      <w:proofErr w:type="gramEnd"/>
      <w:r w:rsidRPr="0046713F">
        <w:rPr>
          <w:szCs w:val="26"/>
        </w:rPr>
        <w:t>):</w:t>
      </w:r>
      <w:r w:rsidR="00066C84">
        <w:rPr>
          <w:sz w:val="28"/>
          <w:szCs w:val="28"/>
        </w:rPr>
        <w:t xml:space="preserve"> …</w:t>
      </w:r>
      <w:r w:rsidR="0046713F">
        <w:rPr>
          <w:sz w:val="28"/>
          <w:szCs w:val="28"/>
        </w:rPr>
        <w:t>…….</w:t>
      </w:r>
      <w:r w:rsidR="00066C84">
        <w:rPr>
          <w:sz w:val="28"/>
          <w:szCs w:val="28"/>
        </w:rPr>
        <w:t>…</w:t>
      </w:r>
    </w:p>
    <w:p w:rsidR="00602A65" w:rsidRPr="00DA26F8" w:rsidRDefault="00A85A85" w:rsidP="00DA26F8">
      <w:pPr>
        <w:spacing w:after="60"/>
        <w:jc w:val="both"/>
        <w:rPr>
          <w:sz w:val="28"/>
          <w:szCs w:val="28"/>
        </w:rPr>
      </w:pPr>
      <w:r w:rsidRPr="00DA26F8">
        <w:rPr>
          <w:sz w:val="28"/>
          <w:szCs w:val="28"/>
        </w:rPr>
        <w:t xml:space="preserve"> ..........................................</w:t>
      </w:r>
      <w:r w:rsidR="00066C84">
        <w:rPr>
          <w:sz w:val="28"/>
          <w:szCs w:val="28"/>
        </w:rPr>
        <w:t>..</w:t>
      </w:r>
      <w:r w:rsidRPr="00DA26F8">
        <w:rPr>
          <w:sz w:val="28"/>
          <w:szCs w:val="28"/>
        </w:rPr>
        <w:t>...................................................................................</w:t>
      </w:r>
      <w:r w:rsidR="004851BA">
        <w:rPr>
          <w:sz w:val="28"/>
          <w:szCs w:val="28"/>
        </w:rPr>
        <w:t>.</w:t>
      </w:r>
      <w:r w:rsidRPr="00DA26F8">
        <w:rPr>
          <w:sz w:val="28"/>
          <w:szCs w:val="28"/>
        </w:rPr>
        <w:t>.........</w:t>
      </w:r>
    </w:p>
    <w:p w:rsidR="00602A65" w:rsidRPr="00DA26F8" w:rsidRDefault="00A85A85" w:rsidP="00DA26F8">
      <w:pPr>
        <w:spacing w:after="60"/>
        <w:jc w:val="both"/>
        <w:rPr>
          <w:sz w:val="28"/>
          <w:szCs w:val="28"/>
        </w:rPr>
      </w:pPr>
      <w:r w:rsidRPr="00DA26F8">
        <w:rPr>
          <w:sz w:val="28"/>
          <w:szCs w:val="28"/>
        </w:rPr>
        <w:t xml:space="preserve"> - Tình trạng </w:t>
      </w:r>
      <w:r w:rsidR="00DA26F8">
        <w:rPr>
          <w:sz w:val="28"/>
          <w:szCs w:val="28"/>
        </w:rPr>
        <w:t xml:space="preserve">trước đây </w:t>
      </w:r>
      <w:r w:rsidRPr="00DA26F8">
        <w:rPr>
          <w:b/>
          <w:sz w:val="28"/>
          <w:szCs w:val="28"/>
        </w:rPr>
        <w:t>đã thuê</w:t>
      </w:r>
      <w:r w:rsidRPr="00DA26F8">
        <w:rPr>
          <w:sz w:val="28"/>
          <w:szCs w:val="28"/>
        </w:rPr>
        <w:t xml:space="preserve"> hoặc </w:t>
      </w:r>
      <w:r w:rsidRPr="00DA26F8">
        <w:rPr>
          <w:b/>
          <w:sz w:val="28"/>
          <w:szCs w:val="28"/>
        </w:rPr>
        <w:t>chưa thuê</w:t>
      </w:r>
      <w:r w:rsidRPr="00DA26F8">
        <w:rPr>
          <w:sz w:val="28"/>
          <w:szCs w:val="28"/>
        </w:rPr>
        <w:t xml:space="preserve"> ô, gian hàng tại chợ: ...........................</w:t>
      </w:r>
    </w:p>
    <w:p w:rsidR="00602A65" w:rsidRPr="00DA26F8" w:rsidRDefault="00A85A85" w:rsidP="004851BA">
      <w:pPr>
        <w:spacing w:after="0" w:line="240" w:lineRule="auto"/>
        <w:jc w:val="both"/>
        <w:rPr>
          <w:sz w:val="28"/>
          <w:szCs w:val="28"/>
        </w:rPr>
      </w:pPr>
      <w:r w:rsidRPr="00DA26F8">
        <w:rPr>
          <w:sz w:val="28"/>
          <w:szCs w:val="28"/>
        </w:rPr>
        <w:t xml:space="preserve">   (Trường hợp đã thuê, </w:t>
      </w:r>
      <w:r w:rsidR="00606D3C">
        <w:rPr>
          <w:sz w:val="28"/>
          <w:szCs w:val="28"/>
        </w:rPr>
        <w:t xml:space="preserve">gửi </w:t>
      </w:r>
      <w:r w:rsidRPr="00DA26F8">
        <w:rPr>
          <w:sz w:val="28"/>
          <w:szCs w:val="28"/>
        </w:rPr>
        <w:t>kèm theo giấy tờ hợp đồng hoặc các giấy tờ có liên quan).</w:t>
      </w:r>
    </w:p>
    <w:p w:rsidR="00602A65" w:rsidRPr="00066C84" w:rsidRDefault="00A85A85" w:rsidP="004851BA">
      <w:pPr>
        <w:spacing w:after="0" w:line="240" w:lineRule="auto"/>
        <w:jc w:val="both"/>
        <w:rPr>
          <w:spacing w:val="-12"/>
          <w:sz w:val="28"/>
          <w:szCs w:val="28"/>
        </w:rPr>
      </w:pPr>
      <w:r w:rsidRPr="00066C84">
        <w:rPr>
          <w:b/>
          <w:spacing w:val="-12"/>
          <w:sz w:val="28"/>
          <w:szCs w:val="28"/>
        </w:rPr>
        <w:t>7.</w:t>
      </w:r>
      <w:r w:rsidR="00066C84" w:rsidRPr="00066C84">
        <w:rPr>
          <w:b/>
          <w:spacing w:val="-12"/>
          <w:sz w:val="28"/>
          <w:szCs w:val="28"/>
        </w:rPr>
        <w:t xml:space="preserve"> </w:t>
      </w:r>
      <w:r w:rsidRPr="00066C84">
        <w:rPr>
          <w:spacing w:val="-12"/>
          <w:sz w:val="28"/>
          <w:szCs w:val="28"/>
        </w:rPr>
        <w:t xml:space="preserve">Tôi viết đơn này xin đăng ký thuê ô, gian hàng để kinh doanh, buôn bán tại </w:t>
      </w:r>
      <w:r w:rsidR="004851BA" w:rsidRPr="00066C84">
        <w:rPr>
          <w:spacing w:val="-12"/>
          <w:sz w:val="28"/>
          <w:szCs w:val="28"/>
        </w:rPr>
        <w:t>c</w:t>
      </w:r>
      <w:r w:rsidR="00DA26F8" w:rsidRPr="00066C84">
        <w:rPr>
          <w:spacing w:val="-12"/>
          <w:sz w:val="28"/>
          <w:szCs w:val="28"/>
        </w:rPr>
        <w:t>hợ Yên Lâm</w:t>
      </w:r>
      <w:r w:rsidRPr="00066C84">
        <w:rPr>
          <w:spacing w:val="-12"/>
          <w:sz w:val="28"/>
          <w:szCs w:val="28"/>
        </w:rPr>
        <w:t xml:space="preserve"> và cam kết thực hiện đúng theo sơ đồ, vị trí, diện tích, hướng dẫn của cấp có thẩm quyền, UBND </w:t>
      </w:r>
      <w:r w:rsidR="00DA26F8" w:rsidRPr="00066C84">
        <w:rPr>
          <w:spacing w:val="-12"/>
          <w:sz w:val="28"/>
          <w:szCs w:val="28"/>
        </w:rPr>
        <w:t>xã Yên Phú</w:t>
      </w:r>
      <w:r w:rsidRPr="00066C84">
        <w:rPr>
          <w:spacing w:val="-12"/>
          <w:sz w:val="28"/>
          <w:szCs w:val="28"/>
        </w:rPr>
        <w:t>, Ban Quản lý chợ; chấp hành đầy đủ nội quy, quy chế hoạt động của chợ và các quy định có liên quan</w:t>
      </w:r>
      <w:r w:rsidR="004851BA" w:rsidRPr="00066C84">
        <w:rPr>
          <w:spacing w:val="-12"/>
          <w:sz w:val="28"/>
          <w:szCs w:val="28"/>
        </w:rPr>
        <w:t xml:space="preserve"> đề ra</w:t>
      </w:r>
      <w:r w:rsidRPr="00066C84">
        <w:rPr>
          <w:spacing w:val="-12"/>
          <w:sz w:val="28"/>
          <w:szCs w:val="28"/>
        </w:rPr>
        <w:t>.</w:t>
      </w:r>
      <w:r w:rsidR="004851BA" w:rsidRPr="00066C84">
        <w:rPr>
          <w:spacing w:val="-12"/>
          <w:sz w:val="28"/>
          <w:szCs w:val="28"/>
        </w:rPr>
        <w:t xml:space="preserve"> </w:t>
      </w:r>
      <w:r w:rsidRPr="00066C84">
        <w:rPr>
          <w:spacing w:val="-12"/>
          <w:sz w:val="28"/>
          <w:szCs w:val="28"/>
        </w:rPr>
        <w:t xml:space="preserve">Nếu </w:t>
      </w:r>
      <w:r w:rsidR="004851BA" w:rsidRPr="00066C84">
        <w:rPr>
          <w:spacing w:val="-12"/>
          <w:sz w:val="28"/>
          <w:szCs w:val="28"/>
        </w:rPr>
        <w:t>sai</w:t>
      </w:r>
      <w:r w:rsidRPr="00066C84">
        <w:rPr>
          <w:spacing w:val="-12"/>
          <w:sz w:val="28"/>
          <w:szCs w:val="28"/>
        </w:rPr>
        <w:t xml:space="preserve"> tôi xin hoàn toàn chịu trách nhiệm trước pháp luật.</w:t>
      </w:r>
    </w:p>
    <w:p w:rsidR="004851BA" w:rsidRPr="004851BA" w:rsidRDefault="004851BA" w:rsidP="00DA26F8">
      <w:pPr>
        <w:spacing w:after="60"/>
        <w:jc w:val="both"/>
        <w:rPr>
          <w:sz w:val="6"/>
          <w:szCs w:val="28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28"/>
        <w:gridCol w:w="4844"/>
      </w:tblGrid>
      <w:tr w:rsidR="00602A65" w:rsidTr="004851BA">
        <w:trPr>
          <w:jc w:val="center"/>
        </w:trPr>
        <w:tc>
          <w:tcPr>
            <w:tcW w:w="5128" w:type="dxa"/>
            <w:tcBorders>
              <w:top w:val="nil"/>
              <w:left w:val="nil"/>
              <w:bottom w:val="nil"/>
              <w:right w:val="nil"/>
            </w:tcBorders>
          </w:tcPr>
          <w:p w:rsidR="00066C84" w:rsidRDefault="00A85A85" w:rsidP="00066C84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b/>
              </w:rPr>
              <w:t>XÁC NHẬN CỦA BAN QUẢN LÝ CHỢ</w:t>
            </w:r>
            <w:r>
              <w:rPr>
                <w:b/>
              </w:rPr>
              <w:br/>
            </w:r>
            <w:r w:rsidRPr="00850BD7">
              <w:rPr>
                <w:i/>
                <w:sz w:val="16"/>
                <w:szCs w:val="16"/>
              </w:rPr>
              <w:t>(</w:t>
            </w:r>
            <w:r w:rsidR="004851BA" w:rsidRPr="00850BD7">
              <w:rPr>
                <w:i/>
                <w:sz w:val="16"/>
                <w:szCs w:val="16"/>
              </w:rPr>
              <w:t xml:space="preserve">hiện nay hàng ngày vẫn </w:t>
            </w:r>
            <w:r w:rsidR="004851BA" w:rsidRPr="00850BD7">
              <w:rPr>
                <w:b/>
                <w:i/>
                <w:sz w:val="16"/>
                <w:szCs w:val="16"/>
              </w:rPr>
              <w:t>đang bán hàng</w:t>
            </w:r>
            <w:r w:rsidR="004851BA" w:rsidRPr="00850BD7">
              <w:rPr>
                <w:i/>
                <w:sz w:val="16"/>
                <w:szCs w:val="16"/>
              </w:rPr>
              <w:t xml:space="preserve"> hoặc </w:t>
            </w:r>
            <w:r w:rsidR="004851BA" w:rsidRPr="00850BD7">
              <w:rPr>
                <w:b/>
                <w:i/>
                <w:sz w:val="16"/>
                <w:szCs w:val="16"/>
              </w:rPr>
              <w:t>không bán hàng</w:t>
            </w:r>
            <w:r w:rsidR="004851BA" w:rsidRPr="00850BD7">
              <w:rPr>
                <w:i/>
                <w:sz w:val="16"/>
                <w:szCs w:val="16"/>
              </w:rPr>
              <w:t xml:space="preserve"> tại khu vực chợ Yên Lâm</w:t>
            </w:r>
            <w:r w:rsidRPr="00850BD7">
              <w:rPr>
                <w:i/>
                <w:sz w:val="16"/>
                <w:szCs w:val="16"/>
              </w:rPr>
              <w:t>)</w:t>
            </w:r>
            <w:r w:rsidRPr="00066C84">
              <w:rPr>
                <w:i/>
                <w:sz w:val="24"/>
                <w:szCs w:val="24"/>
              </w:rPr>
              <w:br/>
            </w:r>
            <w:r w:rsidR="00066C84" w:rsidRPr="004851BA">
              <w:rPr>
                <w:i/>
                <w:sz w:val="16"/>
                <w:szCs w:val="16"/>
              </w:rPr>
              <w:t>(Ký, ghi rõ họ và tên)</w:t>
            </w:r>
          </w:p>
          <w:p w:rsidR="00066C84" w:rsidRDefault="00066C84" w:rsidP="00066C84">
            <w:pPr>
              <w:jc w:val="center"/>
            </w:pPr>
          </w:p>
          <w:p w:rsidR="00066C84" w:rsidRPr="00850BD7" w:rsidRDefault="00066C84" w:rsidP="00066C84">
            <w:pPr>
              <w:jc w:val="center"/>
              <w:rPr>
                <w:sz w:val="30"/>
              </w:rPr>
            </w:pPr>
          </w:p>
          <w:p w:rsidR="00602A65" w:rsidRDefault="00066C84" w:rsidP="00066C84">
            <w:pPr>
              <w:jc w:val="center"/>
            </w:pPr>
            <w:r>
              <w:t>…………………………………………….</w:t>
            </w:r>
          </w:p>
        </w:tc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</w:tcPr>
          <w:p w:rsidR="00602A65" w:rsidRDefault="00A85A85">
            <w:pPr>
              <w:jc w:val="center"/>
              <w:rPr>
                <w:i/>
                <w:sz w:val="16"/>
                <w:szCs w:val="16"/>
              </w:rPr>
            </w:pPr>
            <w:r w:rsidRPr="00066C84">
              <w:rPr>
                <w:i/>
                <w:szCs w:val="26"/>
              </w:rPr>
              <w:t xml:space="preserve">Yên </w:t>
            </w:r>
            <w:r w:rsidR="004851BA" w:rsidRPr="00066C84">
              <w:rPr>
                <w:i/>
                <w:szCs w:val="26"/>
              </w:rPr>
              <w:t>Phú</w:t>
            </w:r>
            <w:r w:rsidRPr="00066C84">
              <w:rPr>
                <w:i/>
                <w:szCs w:val="26"/>
              </w:rPr>
              <w:t xml:space="preserve">, ngày ...... tháng </w:t>
            </w:r>
            <w:r w:rsidR="004851BA" w:rsidRPr="00066C84">
              <w:rPr>
                <w:i/>
                <w:szCs w:val="26"/>
              </w:rPr>
              <w:t>9</w:t>
            </w:r>
            <w:r w:rsidRPr="00066C84">
              <w:rPr>
                <w:i/>
                <w:szCs w:val="26"/>
              </w:rPr>
              <w:t xml:space="preserve"> năm 20</w:t>
            </w:r>
            <w:r w:rsidR="004851BA" w:rsidRPr="00066C84">
              <w:rPr>
                <w:i/>
                <w:szCs w:val="26"/>
              </w:rPr>
              <w:t>26</w:t>
            </w:r>
            <w:r>
              <w:rPr>
                <w:b/>
              </w:rPr>
              <w:br/>
              <w:t>NGƯỜI VIẾT ĐƠN</w:t>
            </w:r>
            <w:r>
              <w:rPr>
                <w:b/>
              </w:rPr>
              <w:br/>
            </w:r>
            <w:r w:rsidRPr="004851BA">
              <w:rPr>
                <w:i/>
                <w:sz w:val="16"/>
                <w:szCs w:val="16"/>
              </w:rPr>
              <w:t>(Ký, ghi rõ họ và tên)</w:t>
            </w:r>
          </w:p>
          <w:p w:rsidR="004851BA" w:rsidRDefault="004851BA">
            <w:pPr>
              <w:jc w:val="center"/>
            </w:pPr>
          </w:p>
          <w:p w:rsidR="00066C84" w:rsidRPr="00850BD7" w:rsidRDefault="00066C84">
            <w:pPr>
              <w:jc w:val="center"/>
              <w:rPr>
                <w:sz w:val="38"/>
              </w:rPr>
            </w:pPr>
            <w:bookmarkStart w:id="0" w:name="_GoBack"/>
            <w:bookmarkEnd w:id="0"/>
          </w:p>
          <w:p w:rsidR="004851BA" w:rsidRDefault="004851BA" w:rsidP="004851BA">
            <w:pPr>
              <w:jc w:val="center"/>
            </w:pPr>
            <w:r>
              <w:t>…………………………………………….</w:t>
            </w:r>
          </w:p>
        </w:tc>
      </w:tr>
    </w:tbl>
    <w:p w:rsidR="00A85A85" w:rsidRDefault="00A85A85"/>
    <w:sectPr w:rsidR="00A85A85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6C84"/>
    <w:rsid w:val="0015074B"/>
    <w:rsid w:val="0029639D"/>
    <w:rsid w:val="00326F90"/>
    <w:rsid w:val="0046713F"/>
    <w:rsid w:val="004851BA"/>
    <w:rsid w:val="00602A65"/>
    <w:rsid w:val="00606D3C"/>
    <w:rsid w:val="00850BD7"/>
    <w:rsid w:val="00A85A85"/>
    <w:rsid w:val="00AA1D8D"/>
    <w:rsid w:val="00B47730"/>
    <w:rsid w:val="00BC05B8"/>
    <w:rsid w:val="00CB0664"/>
    <w:rsid w:val="00DA26F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AD7F868"/>
  <w14:defaultImageDpi w14:val="300"/>
  <w15:docId w15:val="{8A81FB21-9892-4847-A99F-FB8DC9472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6C84"/>
    <w:rPr>
      <w:rFonts w:ascii="Times New Roman" w:eastAsia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060B856-5441-47B0-A4C5-93201C693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Administrator</cp:lastModifiedBy>
  <cp:revision>6</cp:revision>
  <dcterms:created xsi:type="dcterms:W3CDTF">2013-12-23T23:15:00Z</dcterms:created>
  <dcterms:modified xsi:type="dcterms:W3CDTF">2026-09-01T01:07:00Z</dcterms:modified>
  <cp:category/>
</cp:coreProperties>
</file>