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F6" w:rsidRPr="00783A81" w:rsidRDefault="00080182">
      <w:pPr>
        <w:jc w:val="center"/>
      </w:pPr>
      <w:r w:rsidRPr="00783A81">
        <w:rPr>
          <w:b/>
        </w:rPr>
        <w:t>KẾ HOẠCH BÀI DẠY MÔN HOẠT ĐỘNG TRẢI NGHIỆM LỚP 2</w:t>
      </w:r>
    </w:p>
    <w:p w:rsidR="005A60F6" w:rsidRPr="00783A81" w:rsidRDefault="00080182">
      <w:pPr>
        <w:jc w:val="center"/>
      </w:pPr>
      <w:r w:rsidRPr="00783A81">
        <w:rPr>
          <w:b/>
        </w:rPr>
        <w:t>CHỦ ĐỀ 3: EM YÊU TRƯỜNG EM</w:t>
      </w:r>
    </w:p>
    <w:p w:rsidR="005A60F6" w:rsidRPr="00783A81" w:rsidRDefault="00080182">
      <w:pPr>
        <w:jc w:val="center"/>
      </w:pPr>
      <w:r w:rsidRPr="00783A81">
        <w:rPr>
          <w:b/>
        </w:rPr>
        <w:t>TUẦN 12: TIẾT 1</w:t>
      </w:r>
    </w:p>
    <w:p w:rsidR="005A60F6" w:rsidRPr="00783A81" w:rsidRDefault="00080182">
      <w:pPr>
        <w:jc w:val="center"/>
      </w:pPr>
      <w:r w:rsidRPr="00783A81">
        <w:rPr>
          <w:b/>
        </w:rPr>
        <w:t>SINH HOẠT DƯỚI CỜ: CHÀO MỪNG NGÀY NHÀ GIÁO VIỆT NAM 20-11</w:t>
      </w:r>
    </w:p>
    <w:p w:rsidR="005A60F6" w:rsidRPr="00783A81" w:rsidRDefault="00080182">
      <w:pPr>
        <w:jc w:val="center"/>
      </w:pPr>
      <w:r w:rsidRPr="00783A81">
        <w:rPr>
          <w:b/>
        </w:rPr>
        <w:t>Thời gian thực hiện: ...</w:t>
      </w:r>
    </w:p>
    <w:p w:rsidR="005A60F6" w:rsidRPr="00783A81" w:rsidRDefault="00080182">
      <w:r w:rsidRPr="00783A81">
        <w:rPr>
          <w:b/>
        </w:rPr>
        <w:t>I. YÊU CẦU CẦN ĐẠT:</w:t>
      </w:r>
    </w:p>
    <w:p w:rsidR="005A60F6" w:rsidRPr="00783A81" w:rsidRDefault="00080182">
      <w:r w:rsidRPr="00783A81">
        <w:rPr>
          <w:b/>
          <w:i/>
        </w:rPr>
        <w:t>1. Năng lực đặc thù</w:t>
      </w:r>
    </w:p>
    <w:p w:rsidR="005A60F6" w:rsidRDefault="00080182">
      <w:r>
        <w:t>- HS tham gia nghiêm túc chương trình chào mừng Ngày Nhà giáo Việt Nam 20-11.</w:t>
      </w:r>
    </w:p>
    <w:p w:rsidR="005A60F6" w:rsidRDefault="00080182">
      <w:r>
        <w:t>- HS hiểu ý nghĩa ngày 20-11 và biết thể hiện lòng biết ơn bằng lời nói, việc làm phù hợp.</w:t>
      </w:r>
    </w:p>
    <w:p w:rsidR="005A60F6" w:rsidRDefault="00080182">
      <w:r>
        <w:rPr>
          <w:b/>
          <w:i/>
        </w:rPr>
        <w:t>2. Năng lực chung</w:t>
      </w:r>
    </w:p>
    <w:p w:rsidR="005A60F6" w:rsidRDefault="00080182">
      <w:r>
        <w:t>- Năng lực tự chủ và tự học: Biết chuẩn bị, tham gia và tự điều chỉnh hành vi.</w:t>
      </w:r>
    </w:p>
    <w:p w:rsidR="005A60F6" w:rsidRDefault="00080182">
      <w:r>
        <w:t>- Năng lực giao tiếp và hợp tác: Biết biểu diễn, cổ vũ, nói lời tri ân.</w:t>
      </w:r>
    </w:p>
    <w:p w:rsidR="005A60F6" w:rsidRDefault="00080182">
      <w:r>
        <w:t>- Năng lực giải quyết vấn đề và sáng tạo: Biết lựa chọn hình thức chúc mừng chân thành, tiết kiệm.</w:t>
      </w:r>
    </w:p>
    <w:p w:rsidR="005A60F6" w:rsidRDefault="00080182">
      <w:r>
        <w:rPr>
          <w:b/>
          <w:i/>
        </w:rPr>
        <w:t>3. Phẩm chất</w:t>
      </w:r>
    </w:p>
    <w:p w:rsidR="005A60F6" w:rsidRDefault="00080182">
      <w:r>
        <w:t>- Nhân ái: Kính trọng, biết ơn thầy cô.</w:t>
      </w:r>
    </w:p>
    <w:p w:rsidR="005A60F6" w:rsidRDefault="00080182">
      <w:r>
        <w:t>- Trách nhiệm: Giữ trật tự, hoàn thành nhiệm vụ trong chương trình.</w:t>
      </w:r>
    </w:p>
    <w:p w:rsidR="005A60F6" w:rsidRDefault="00080182">
      <w:r>
        <w:rPr>
          <w:b/>
          <w:color w:val="FF0000"/>
        </w:rPr>
        <w:t>II. CHUẨN BỊ:</w:t>
      </w:r>
    </w:p>
    <w:p w:rsidR="005A60F6" w:rsidRDefault="00080182">
      <w:r>
        <w:t>- GV: Kịch bản lễ chào mừng; tiết mục văn nghệ, lời tri ân, hoa hoặc sản phẩm tự làm; âm thanh, phông nền; tranh SGK.</w:t>
      </w:r>
    </w:p>
    <w:p w:rsidR="005A60F6" w:rsidRDefault="00080182">
      <w:r>
        <w:t>- HS: Trang phục gọn gàng; tiết mục, thiệp hoặc lời chúc đã chuẩn bị; thái độ trang trọng.</w:t>
      </w:r>
    </w:p>
    <w:p w:rsidR="005A60F6" w:rsidRDefault="00080182">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5A60F6" w:rsidTr="00783A81">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5A60F6" w:rsidRDefault="00080182">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5A60F6" w:rsidRDefault="00080182">
            <w:pPr>
              <w:jc w:val="center"/>
            </w:pPr>
            <w:r>
              <w:rPr>
                <w:b/>
              </w:rPr>
              <w:t>HOẠT ĐỘNG CỦA HỌC SINH</w:t>
            </w:r>
          </w:p>
        </w:tc>
      </w:tr>
      <w:tr w:rsidR="005A60F6" w:rsidTr="00783A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1. TRƯỚC BUỔI TRẢI NGHIỆM</w:t>
            </w:r>
          </w:p>
          <w:p w:rsidR="005A60F6" w:rsidRDefault="00080182">
            <w:r>
              <w:rPr>
                <w:b/>
              </w:rPr>
              <w:t xml:space="preserve">- Mục tiêu: </w:t>
            </w:r>
            <w:r>
              <w:t>Chuẩn bị đầy đủ nội dung, phương tiện và tâm thế để tham gia hoạt động sinh hoạt dưới cờ theo quy mô toàn trường.</w:t>
            </w:r>
          </w:p>
          <w:p w:rsidR="005A60F6" w:rsidRDefault="00080182">
            <w:r>
              <w:rPr>
                <w:b/>
                <w:i/>
              </w:rPr>
              <w:t>* Cách tiến hành:</w:t>
            </w:r>
          </w:p>
        </w:tc>
      </w:tr>
      <w:tr w:rsidR="005A60F6" w:rsidTr="00783A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t>- GV phối hợp Tổng phụ trách lựa chọn tiết mục, HS dẫn chương trình và đại diện nói lời tri ân.</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luyện tập tiết mục, lời dẫn, lời chúc; chuẩn bị sản phẩm tự làm nếu có.</w:t>
            </w:r>
          </w:p>
        </w:tc>
      </w:tr>
      <w:tr w:rsidR="005A60F6" w:rsidTr="0093081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GV kiểm tra âm thanh, sân khấu, vị trí biểu diễn và phương án di chuyển an toàn.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HS toàn trường ổn định vị trí, giữ trật tự và sẵn sàng tham gia.</w:t>
            </w:r>
          </w:p>
        </w:tc>
      </w:tr>
      <w:tr w:rsidR="005A60F6" w:rsidTr="0093081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2. TRONG BUỔI TRẢI NGHIỆM</w:t>
            </w:r>
          </w:p>
          <w:p w:rsidR="005A60F6" w:rsidRDefault="00080182">
            <w:r>
              <w:rPr>
                <w:b/>
              </w:rPr>
              <w:t xml:space="preserve">- Mục tiêu: </w:t>
            </w:r>
            <w:r>
              <w:t>HS tham gia chương trình văn nghệ, giao lưu và bày tỏ lòng biết ơn thầy cô một cách chân thành.</w:t>
            </w:r>
          </w:p>
          <w:p w:rsidR="005A60F6" w:rsidRDefault="00080182">
            <w:r>
              <w:rPr>
                <w:b/>
                <w:i/>
              </w:rPr>
              <w:t>* Cách tiến hành:</w:t>
            </w:r>
          </w:p>
        </w:tc>
      </w:tr>
      <w:tr w:rsidR="005A60F6" w:rsidTr="0093081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rPr>
                <w:b/>
              </w:rPr>
              <w:lastRenderedPageBreak/>
              <w:t>Dẫn dắt</w:t>
            </w:r>
          </w:p>
          <w:p w:rsidR="005A60F6" w:rsidRDefault="00080182">
            <w:r>
              <w:t>- GV cùng HS dẫn chương trình giới thiệu ý nghĩa Ngày Nhà giáo Việt Nam 20-11 và mời toàn trường gửi lời chào đến thầy cô.</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lắng nghe, đồng thanh chúc mừng và vỗ tay tri ân.</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tổ chức nghi lễ chào cờ và giới thiệu chương trình.</w:t>
            </w:r>
          </w:p>
        </w:tc>
        <w:tc>
          <w:tcPr>
            <w:tcW w:w="4586" w:type="dxa"/>
            <w:shd w:val="clear" w:color="auto" w:fill="auto"/>
            <w:tcMar>
              <w:top w:w="70" w:type="dxa"/>
              <w:left w:w="90" w:type="dxa"/>
              <w:bottom w:w="70" w:type="dxa"/>
              <w:right w:w="90" w:type="dxa"/>
            </w:tcMar>
            <w:vAlign w:val="center"/>
          </w:tcPr>
          <w:p w:rsidR="005A60F6" w:rsidRDefault="00080182">
            <w:r>
              <w:t>- HS thực hiện nghi lễ nghiêm túc.</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rPr>
                <w:b/>
              </w:rPr>
              <w:t>Biểu diễn và tri ân</w:t>
            </w:r>
          </w:p>
          <w:p w:rsidR="005A60F6" w:rsidRDefault="00080182">
            <w:r>
              <w:t>- GV mời các lớp trình diễn văn nghệ, đọc thơ, kể chuyện hoặc trình bày sản phẩm chúc mừng thầy cô.</w:t>
            </w:r>
          </w:p>
          <w:p w:rsidR="005A60F6" w:rsidRDefault="005A60F6">
            <w:pPr>
              <w:jc w:val="center"/>
            </w:pPr>
          </w:p>
        </w:tc>
        <w:tc>
          <w:tcPr>
            <w:tcW w:w="4586" w:type="dxa"/>
            <w:shd w:val="clear" w:color="auto" w:fill="auto"/>
            <w:tcMar>
              <w:top w:w="70" w:type="dxa"/>
              <w:left w:w="90" w:type="dxa"/>
              <w:bottom w:w="70" w:type="dxa"/>
              <w:right w:w="90" w:type="dxa"/>
            </w:tcMar>
            <w:vAlign w:val="center"/>
          </w:tcPr>
          <w:p w:rsidR="005A60F6" w:rsidRDefault="00080182">
            <w:r>
              <w:t>- HS biểu diễn, theo dõi và cổ vũ văn minh.</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mời đại diện HS nói lời cảm ơn, chia sẻ một kỉ niệm và tặng sản phẩm tự làm cho thầy cô.</w:t>
            </w:r>
          </w:p>
        </w:tc>
        <w:tc>
          <w:tcPr>
            <w:tcW w:w="4586" w:type="dxa"/>
            <w:shd w:val="clear" w:color="auto" w:fill="auto"/>
            <w:tcMar>
              <w:top w:w="70" w:type="dxa"/>
              <w:left w:w="90" w:type="dxa"/>
              <w:bottom w:w="70" w:type="dxa"/>
              <w:right w:w="90" w:type="dxa"/>
            </w:tcMar>
            <w:vAlign w:val="center"/>
          </w:tcPr>
          <w:p w:rsidR="005A60F6" w:rsidRDefault="00080182">
            <w:r>
              <w:t>- Đại diện HS nói lời tri ân; HS toàn trường lắng nghe và thể hiện tình cảm.</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giao lưu: Ngoài tặng hoa, em có thể làm gì hằng ngày để thầy cô vui?</w:t>
            </w:r>
          </w:p>
        </w:tc>
        <w:tc>
          <w:tcPr>
            <w:tcW w:w="4586" w:type="dxa"/>
            <w:shd w:val="clear" w:color="auto" w:fill="auto"/>
            <w:tcMar>
              <w:top w:w="70" w:type="dxa"/>
              <w:left w:w="90" w:type="dxa"/>
              <w:bottom w:w="70" w:type="dxa"/>
              <w:right w:w="90" w:type="dxa"/>
            </w:tcMar>
            <w:vAlign w:val="center"/>
          </w:tcPr>
          <w:p w:rsidR="005A60F6" w:rsidRDefault="00080182">
            <w:r>
              <w:t>- HS nêu: chăm học, lễ phép, giữ lớp sạch, đoàn kết, tự giác, biết xin lỗi và cảm ơn.</w:t>
            </w:r>
          </w:p>
        </w:tc>
      </w:tr>
      <w:tr w:rsidR="005A60F6" w:rsidTr="00783A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5A60F6" w:rsidRDefault="00080182">
            <w:r>
              <w:rPr>
                <w:b/>
              </w:rPr>
              <w:t>Kết luận</w:t>
            </w:r>
          </w:p>
          <w:p w:rsidR="005A60F6" w:rsidRDefault="00080182">
            <w:r>
              <w:t>- GV nhấn mạnh món quà quý nhất dành cho thầy cô là sự tiến bộ, chân thành và những việc làm tốt mỗi ngày.</w:t>
            </w:r>
          </w:p>
        </w:tc>
        <w:tc>
          <w:tcPr>
            <w:tcW w:w="4586"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HS đồng thanh: “Chúng em kính yêu và biết ơn thầy cô!”.</w:t>
            </w:r>
          </w:p>
        </w:tc>
      </w:tr>
      <w:tr w:rsidR="005A60F6" w:rsidTr="00783A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3. SAU BUỔI TRẢI NGHIỆM</w:t>
            </w:r>
          </w:p>
          <w:p w:rsidR="005A60F6" w:rsidRDefault="00080182">
            <w:r>
              <w:rPr>
                <w:b/>
              </w:rPr>
              <w:t xml:space="preserve">- Mục tiêu: </w:t>
            </w:r>
            <w:r>
              <w:t>HS ghi nhớ thông điệp, lựa chọn một hành động cụ thể và thực hiện sau buổi sinh hoạt dưới cờ.</w:t>
            </w:r>
          </w:p>
          <w:p w:rsidR="005A60F6" w:rsidRDefault="00080182">
            <w:r>
              <w:rPr>
                <w:b/>
                <w:i/>
              </w:rPr>
              <w:t>* Cách tiến hành:</w:t>
            </w:r>
          </w:p>
        </w:tc>
      </w:tr>
      <w:tr w:rsidR="005A60F6" w:rsidTr="00783A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t>- GV đề nghị mỗi HS chọn một thầy cô và chuẩn bị viết điều em muốn nói ở Tiết 2.</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suy nghĩ về kỉ niệm, lời cảm ơn, lời xin lỗi hoặc lời chúc muốn gửi.</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nhắc HS thực hiện một việc tốt cụ thể để bày tỏ lòng biết ơn.</w:t>
            </w:r>
          </w:p>
        </w:tc>
        <w:tc>
          <w:tcPr>
            <w:tcW w:w="4586" w:type="dxa"/>
            <w:shd w:val="clear" w:color="auto" w:fill="auto"/>
            <w:tcMar>
              <w:top w:w="70" w:type="dxa"/>
              <w:left w:w="90" w:type="dxa"/>
              <w:bottom w:w="70" w:type="dxa"/>
              <w:right w:w="90" w:type="dxa"/>
            </w:tcMar>
            <w:vAlign w:val="center"/>
          </w:tcPr>
          <w:p w:rsidR="005A60F6" w:rsidRDefault="00080182">
            <w:r>
              <w:t>- HS lựa chọn việc làm và thực hiện trong tuần.</w:t>
            </w:r>
          </w:p>
        </w:tc>
      </w:tr>
    </w:tbl>
    <w:p w:rsidR="005A60F6" w:rsidRDefault="00080182">
      <w:r>
        <w:rPr>
          <w:b/>
          <w:color w:val="FF0000"/>
        </w:rPr>
        <w:t>IV. ĐIỀU CHỈNH SAU BÀI DẠY:</w:t>
      </w:r>
    </w:p>
    <w:p w:rsidR="005A60F6" w:rsidRDefault="00080182">
      <w:r>
        <w:t>................................................................................................................</w:t>
      </w:r>
    </w:p>
    <w:p w:rsidR="005A60F6" w:rsidRDefault="00080182">
      <w:r>
        <w:t>................................................................................................................</w:t>
      </w:r>
    </w:p>
    <w:p w:rsidR="005A60F6" w:rsidRPr="00783A81" w:rsidRDefault="00080182">
      <w:pPr>
        <w:pageBreakBefore/>
        <w:jc w:val="center"/>
      </w:pPr>
      <w:r w:rsidRPr="00783A81">
        <w:rPr>
          <w:b/>
        </w:rPr>
        <w:lastRenderedPageBreak/>
        <w:t>KẾ HOẠCH BÀI DẠY MÔN HOẠT ĐỘNG TRẢI NGHIỆM LỚP 2</w:t>
      </w:r>
    </w:p>
    <w:p w:rsidR="005A60F6" w:rsidRPr="00783A81" w:rsidRDefault="00080182">
      <w:pPr>
        <w:jc w:val="center"/>
      </w:pPr>
      <w:r w:rsidRPr="00783A81">
        <w:rPr>
          <w:b/>
        </w:rPr>
        <w:t>CHỦ ĐỀ 3: EM YÊU TRƯỜNG EM</w:t>
      </w:r>
    </w:p>
    <w:p w:rsidR="005A60F6" w:rsidRPr="00783A81" w:rsidRDefault="00080182">
      <w:pPr>
        <w:jc w:val="center"/>
      </w:pPr>
      <w:r w:rsidRPr="00783A81">
        <w:rPr>
          <w:b/>
        </w:rPr>
        <w:t>TUẦN 12: TIẾT 2</w:t>
      </w:r>
    </w:p>
    <w:p w:rsidR="005A60F6" w:rsidRPr="00783A81" w:rsidRDefault="00080182">
      <w:pPr>
        <w:jc w:val="center"/>
      </w:pPr>
      <w:r w:rsidRPr="00783A81">
        <w:rPr>
          <w:b/>
        </w:rPr>
        <w:t>HOẠT ĐỘNG GIÁO DỤC THEO CHỦ ĐỀ: BIẾT ƠN THẦY CÔ</w:t>
      </w:r>
    </w:p>
    <w:p w:rsidR="005A60F6" w:rsidRPr="00783A81" w:rsidRDefault="00080182">
      <w:pPr>
        <w:jc w:val="center"/>
      </w:pPr>
      <w:r w:rsidRPr="00783A81">
        <w:rPr>
          <w:b/>
        </w:rPr>
        <w:t>Thời gian thực hiện: ...</w:t>
      </w:r>
    </w:p>
    <w:p w:rsidR="005A60F6" w:rsidRPr="00783A81" w:rsidRDefault="00080182">
      <w:r w:rsidRPr="00783A81">
        <w:rPr>
          <w:b/>
        </w:rPr>
        <w:t>I. YÊU CẦU CẦN ĐẠT:</w:t>
      </w:r>
    </w:p>
    <w:p w:rsidR="005A60F6" w:rsidRPr="00783A81" w:rsidRDefault="00080182">
      <w:r w:rsidRPr="00783A81">
        <w:rPr>
          <w:b/>
          <w:i/>
        </w:rPr>
        <w:t>1. Năng lực đặc thù</w:t>
      </w:r>
    </w:p>
    <w:p w:rsidR="005A60F6" w:rsidRPr="00783A81" w:rsidRDefault="00080182">
      <w:r w:rsidRPr="00783A81">
        <w:t>- HS hiểu thêm về thầy cô và viết được điều muốn chia sẻ.</w:t>
      </w:r>
    </w:p>
    <w:p w:rsidR="005A60F6" w:rsidRPr="00783A81" w:rsidRDefault="00080182">
      <w:r w:rsidRPr="00783A81">
        <w:t>- HS nêu được lời nói, việc làm thể hiện lòng biết ơn.</w:t>
      </w:r>
    </w:p>
    <w:p w:rsidR="005A60F6" w:rsidRPr="00783A81" w:rsidRDefault="00080182">
      <w:r w:rsidRPr="00783A81">
        <w:rPr>
          <w:b/>
          <w:i/>
        </w:rPr>
        <w:t>2. Năng lực chung</w:t>
      </w:r>
    </w:p>
    <w:p w:rsidR="005A60F6" w:rsidRPr="00783A81" w:rsidRDefault="00080182">
      <w:r w:rsidRPr="00783A81">
        <w:t>- Năng lực tự chủ và tự học: Biết suy nghĩ, lựa chọn cách bày tỏ phù hợp.</w:t>
      </w:r>
    </w:p>
    <w:p w:rsidR="005A60F6" w:rsidRPr="00783A81" w:rsidRDefault="00080182">
      <w:r w:rsidRPr="00783A81">
        <w:t>- Năng lực giao tiếp và hợp tác: Biết chia sẻ, lắng nghe, tôn trọng tình cảm của bạn.</w:t>
      </w:r>
    </w:p>
    <w:p w:rsidR="005A60F6" w:rsidRDefault="00080182">
      <w:r>
        <w:t>- Năng lực giải quyết vấn đề và sáng tạo: Biết viết, trang trí thư hoặc sản phẩm tri ân.</w:t>
      </w:r>
    </w:p>
    <w:p w:rsidR="005A60F6" w:rsidRDefault="00080182">
      <w:r>
        <w:rPr>
          <w:b/>
          <w:i/>
        </w:rPr>
        <w:t>3. Phẩm chất</w:t>
      </w:r>
    </w:p>
    <w:p w:rsidR="005A60F6" w:rsidRDefault="00080182">
      <w:r>
        <w:t>- Nhân ái: Kính trọng, biết ơn thầy cô.</w:t>
      </w:r>
    </w:p>
    <w:p w:rsidR="005A60F6" w:rsidRDefault="00080182">
      <w:r>
        <w:t>- Chăm chỉ: Thể hiện lòng biết ơn bằng học tập và việc làm tốt.</w:t>
      </w:r>
    </w:p>
    <w:p w:rsidR="005A60F6" w:rsidRDefault="00080182">
      <w:r>
        <w:rPr>
          <w:b/>
          <w:color w:val="FF0000"/>
          <w:sz w:val="26"/>
        </w:rPr>
        <w:t>4. Tích hợp</w:t>
      </w:r>
    </w:p>
    <w:p w:rsidR="005A60F6" w:rsidRDefault="00080182">
      <w:r>
        <w:rPr>
          <w:color w:val="FF0000"/>
          <w:sz w:val="26"/>
        </w:rPr>
        <w:t>- Lý tưởng cách mạng, đạo đức, lối sống: HS biết bày tỏ lòng biết ơn, nói lời tốt đẹp và có việc làm phù hợp thể hiện sự kính trọng thầy cô.</w:t>
      </w:r>
    </w:p>
    <w:p w:rsidR="005A60F6" w:rsidRDefault="00080182">
      <w:r>
        <w:rPr>
          <w:b/>
          <w:color w:val="FF0000"/>
        </w:rPr>
        <w:t>II. CHUẨN BỊ:</w:t>
      </w:r>
    </w:p>
    <w:p w:rsidR="005A60F6" w:rsidRDefault="00080182">
      <w:r>
        <w:t>- GV: Giấy viết thư, phong bì hoặc hộp thư; mẫu thiệp; tranh SGK.</w:t>
      </w:r>
    </w:p>
    <w:p w:rsidR="005A60F6" w:rsidRDefault="00080182">
      <w:r>
        <w:t>- HS: SGK, bút, giấy màu; một kỉ niệm hoặc điều muốn nói với thầy cô.</w:t>
      </w:r>
    </w:p>
    <w:p w:rsidR="005A60F6" w:rsidRDefault="00080182">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5A60F6" w:rsidTr="00783A81">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5A60F6" w:rsidRDefault="00080182">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5A60F6" w:rsidRDefault="00080182">
            <w:pPr>
              <w:jc w:val="center"/>
            </w:pPr>
            <w:r>
              <w:rPr>
                <w:b/>
              </w:rPr>
              <w:t>HOẠT ĐỘNG CỦA HỌC SINH</w:t>
            </w:r>
          </w:p>
        </w:tc>
      </w:tr>
      <w:tr w:rsidR="005A60F6" w:rsidTr="00783A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1. KHỞI ĐỘNG</w:t>
            </w:r>
          </w:p>
          <w:p w:rsidR="005A60F6" w:rsidRDefault="00080182">
            <w:r>
              <w:rPr>
                <w:b/>
              </w:rPr>
              <w:t xml:space="preserve">- Mục tiêu: </w:t>
            </w:r>
            <w:r>
              <w:t>Tạo cảm xúc vui vẻ, giúp HS quan tâm và hiểu thêm về thầy cô.</w:t>
            </w:r>
          </w:p>
          <w:p w:rsidR="005A60F6" w:rsidRDefault="00080182">
            <w:r>
              <w:rPr>
                <w:b/>
                <w:i/>
              </w:rPr>
              <w:t>* Cách tiến hành:</w:t>
            </w:r>
          </w:p>
        </w:tc>
      </w:tr>
      <w:tr w:rsidR="005A60F6" w:rsidTr="00783A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t>- GV tổ chức trò chơi “Ai hiểu thầy cô nhất?” bằng các câu hỏi về sở thích, thói quen hoặc khả năng của thầy cô.</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suy nghĩ, trả lời và nêu lí do mình biết thông tin đó.</w:t>
            </w:r>
          </w:p>
        </w:tc>
      </w:tr>
      <w:tr w:rsidR="005A60F6" w:rsidTr="00783A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GV kết luận: Quan tâm, quan sát và trò chuyện giúp chúng ta hiểu thầy cô hơn.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HS lắng nghe, sẵn sàng tham gia bài học.</w:t>
            </w:r>
          </w:p>
        </w:tc>
      </w:tr>
      <w:tr w:rsidR="005A60F6" w:rsidTr="00783A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2. KHÁM PHÁ CHỦ ĐỀ</w:t>
            </w:r>
            <w:r>
              <w:rPr>
                <w:b/>
              </w:rPr>
              <w:br/>
              <w:t>Viết điều em muốn nói thể hiện lòng biết ơn thầy cô</w:t>
            </w:r>
          </w:p>
          <w:p w:rsidR="005A60F6" w:rsidRDefault="00080182">
            <w:r>
              <w:rPr>
                <w:b/>
              </w:rPr>
              <w:t xml:space="preserve">- Mục tiêu: </w:t>
            </w:r>
            <w:r>
              <w:t>HS lựa chọn thầy cô, nhớ lại kỉ niệm và viết được lời cảm ơn, xin lỗi, lời chúc hoặc điều muốn chia sẻ.</w:t>
            </w:r>
          </w:p>
          <w:p w:rsidR="005A60F6" w:rsidRDefault="00080182">
            <w:r>
              <w:rPr>
                <w:color w:val="FF0000"/>
                <w:sz w:val="26"/>
              </w:rPr>
              <w:t>Mục tiêu tích hợp: HS biết bày tỏ lòng biết ơn, nói lời tốt đẹp và thực hiện việc làm phù hợp thể hiện sự kính trọng thầy cô.</w:t>
            </w:r>
          </w:p>
          <w:p w:rsidR="005A60F6" w:rsidRDefault="00080182">
            <w:r>
              <w:rPr>
                <w:b/>
                <w:i/>
              </w:rPr>
              <w:t>* Cách tiến hành:</w:t>
            </w:r>
          </w:p>
        </w:tc>
      </w:tr>
      <w:tr w:rsidR="005A60F6" w:rsidTr="00783A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lastRenderedPageBreak/>
              <w:t>- GV dành thời gian để HS nghĩ về thầy cô mình muốn viết thư và điều chưa thể hoặc chưa muốn nói trực tiếp.</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suy nghĩ, lựa chọn người nhận và nội dung muốn viết.</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gợi ý: Kỉ niệm diễn ra khi nào? Em muốn cảm ơn, xin lỗi hay chúc điều gì? Điều gì ở thầy cô khiến em nhớ nhất?</w:t>
            </w:r>
          </w:p>
          <w:p w:rsidR="005A60F6" w:rsidRDefault="005A60F6">
            <w:pPr>
              <w:jc w:val="center"/>
            </w:pPr>
          </w:p>
        </w:tc>
        <w:tc>
          <w:tcPr>
            <w:tcW w:w="4586" w:type="dxa"/>
            <w:shd w:val="clear" w:color="auto" w:fill="auto"/>
            <w:tcMar>
              <w:top w:w="70" w:type="dxa"/>
              <w:left w:w="90" w:type="dxa"/>
              <w:bottom w:w="70" w:type="dxa"/>
              <w:right w:w="90" w:type="dxa"/>
            </w:tcMar>
            <w:vAlign w:val="center"/>
          </w:tcPr>
          <w:p w:rsidR="005A60F6" w:rsidRDefault="00080182">
            <w:r>
              <w:t>- HS nhớ lại kỉ niệm, sắp xếp ý và viết bằng lời của mình.</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phát giấy, hướng dẫn cách trình bày, gấp thư và ghi tên người nhận.</w:t>
            </w:r>
          </w:p>
        </w:tc>
        <w:tc>
          <w:tcPr>
            <w:tcW w:w="4586" w:type="dxa"/>
            <w:shd w:val="clear" w:color="auto" w:fill="auto"/>
            <w:tcMar>
              <w:top w:w="70" w:type="dxa"/>
              <w:left w:w="90" w:type="dxa"/>
              <w:bottom w:w="70" w:type="dxa"/>
              <w:right w:w="90" w:type="dxa"/>
            </w:tcMar>
            <w:vAlign w:val="center"/>
          </w:tcPr>
          <w:p w:rsidR="005A60F6" w:rsidRDefault="00080182">
            <w:r>
              <w:t>- HS viết, đọc lại, sửa lỗi và gấp thư cẩn thận.</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rPr>
                <w:b/>
                <w:color w:val="FF0000"/>
              </w:rPr>
              <w:t xml:space="preserve">Câu hỏi dẫn tích hợp: </w:t>
            </w:r>
            <w:r>
              <w:rPr>
                <w:color w:val="FF0000"/>
              </w:rPr>
              <w:t>Vì sao lời cảm ơn cần xuất phát từ cảm xúc thật? Ngoài viết thư, em có thể làm việc gì để thể hiện sự kính trọng thầy cô mỗi ngày?</w:t>
            </w:r>
          </w:p>
        </w:tc>
        <w:tc>
          <w:tcPr>
            <w:tcW w:w="4586" w:type="dxa"/>
            <w:shd w:val="clear" w:color="auto" w:fill="auto"/>
            <w:tcMar>
              <w:top w:w="70" w:type="dxa"/>
              <w:left w:w="90" w:type="dxa"/>
              <w:bottom w:w="70" w:type="dxa"/>
              <w:right w:w="90" w:type="dxa"/>
            </w:tcMar>
            <w:vAlign w:val="center"/>
          </w:tcPr>
          <w:p w:rsidR="005A60F6" w:rsidRDefault="00080182">
            <w:r>
              <w:t>- HS nêu: lời chân thật giúp thầy cô hiểu tình cảm; cần lễ phép, chăm học, giữ nề nếp, giúp việc vừa sức.</w:t>
            </w:r>
          </w:p>
        </w:tc>
      </w:tr>
      <w:tr w:rsidR="005A60F6" w:rsidTr="00783A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5A60F6" w:rsidRDefault="00080182">
            <w:r>
              <w:rPr>
                <w:b/>
                <w:color w:val="FF0000"/>
              </w:rPr>
              <w:t xml:space="preserve">Diễn giải tích hợp: </w:t>
            </w:r>
            <w:r>
              <w:rPr>
                <w:color w:val="FF0000"/>
              </w:rPr>
              <w:t>GV giúp HS hiểu biết ơn không chỉ thể hiện trong ngày lễ mà còn bằng thái độ và hành động thường xuyên. Lời cảm ơn, xin lỗi, lời chúc cần đúng lúc, cụ thể, chân thành; không sao chép lời hoa mỹ nếu không phù hợp cảm xúc. HS thể hiện sự kính trọng bằng cách chào hỏi, lắng nghe hướng dẫn, học tập nghiêm túc, giữ gìn đồ dùng lớp học, đoàn kết và mạnh dạn trao đổi khi chưa hiểu. Những việc làm đó góp phần nuôi dưỡng truyền thống tôn sư trọng đạo và lối sống nghĩa tình.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HS lắng nghe, nêu một lời nói và một việc làm cụ thể sẽ thực hiện.</w:t>
            </w:r>
          </w:p>
        </w:tc>
      </w:tr>
      <w:tr w:rsidR="005A60F6" w:rsidTr="00783A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3. THỰC HÀNH</w:t>
            </w:r>
            <w:r>
              <w:rPr>
                <w:b/>
              </w:rPr>
              <w:br/>
              <w:t>HOẠT ĐỘNG MỞ RỘNG VÀ TỔNG KẾT CHỦ ĐỀ</w:t>
            </w:r>
            <w:r>
              <w:rPr>
                <w:b/>
              </w:rPr>
              <w:br/>
              <w:t>Chia sẻ điều em biết ơn</w:t>
            </w:r>
          </w:p>
          <w:p w:rsidR="005A60F6" w:rsidRDefault="00080182">
            <w:r>
              <w:rPr>
                <w:b/>
              </w:rPr>
              <w:t xml:space="preserve">- Mục tiêu: </w:t>
            </w:r>
            <w:r>
              <w:t>HS chia sẻ tình cảm và học được nhiều cách thể hiện lòng biết ơn phù hợp.</w:t>
            </w:r>
          </w:p>
          <w:p w:rsidR="005A60F6" w:rsidRDefault="00080182">
            <w:r>
              <w:rPr>
                <w:b/>
                <w:i/>
              </w:rPr>
              <w:t>* Cách tiến hành:</w:t>
            </w:r>
          </w:p>
        </w:tc>
      </w:tr>
      <w:tr w:rsidR="005A60F6" w:rsidTr="00783A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t>- GV mời HS thảo luận theo tổ: Vì sao em biết ơn thầy cô? Em đã làm gì để bày tỏ lòng biết ơn?</w:t>
            </w:r>
          </w:p>
          <w:p w:rsidR="005A60F6" w:rsidRDefault="005A60F6">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chia sẻ theo tổ, lắng nghe và bổ sung ý kiến.</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mời một số HS đọc phần thư mình tự nguyện chia sẻ hoặc trình bày ý chính.</w:t>
            </w:r>
          </w:p>
        </w:tc>
        <w:tc>
          <w:tcPr>
            <w:tcW w:w="4586" w:type="dxa"/>
            <w:shd w:val="clear" w:color="auto" w:fill="auto"/>
            <w:tcMar>
              <w:top w:w="70" w:type="dxa"/>
              <w:left w:w="90" w:type="dxa"/>
              <w:bottom w:w="70" w:type="dxa"/>
              <w:right w:w="90" w:type="dxa"/>
            </w:tcMar>
            <w:vAlign w:val="center"/>
          </w:tcPr>
          <w:p w:rsidR="005A60F6" w:rsidRDefault="00080182">
            <w:r>
              <w:t>- HS tự nguyện chia sẻ; các bạn lắng nghe, không trêu chọc hoặc bình phẩm riêng tư.</w:t>
            </w:r>
          </w:p>
        </w:tc>
      </w:tr>
      <w:tr w:rsidR="005A60F6" w:rsidTr="00783A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5A60F6" w:rsidRDefault="00080182">
            <w:r>
              <w:lastRenderedPageBreak/>
              <w:t>- GV kết luận: Thầy cô dạy điều hay, giúp đỡ và đồng hành với các em trong học tập, cuộc sống.</w:t>
            </w:r>
          </w:p>
        </w:tc>
        <w:tc>
          <w:tcPr>
            <w:tcW w:w="4586"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HS ghi nhớ, nói lời cảm ơn thầy cô.</w:t>
            </w:r>
          </w:p>
        </w:tc>
      </w:tr>
      <w:tr w:rsidR="005A60F6" w:rsidTr="00783A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4. VẬN DỤNG</w:t>
            </w:r>
            <w:r>
              <w:rPr>
                <w:b/>
              </w:rPr>
              <w:br/>
              <w:t>HOẠT ĐỘNG SAU GIỜ HỌC (CAM KẾT HÀNH ĐỘNG)</w:t>
            </w:r>
          </w:p>
          <w:p w:rsidR="005A60F6" w:rsidRDefault="00080182">
            <w:r>
              <w:rPr>
                <w:b/>
              </w:rPr>
              <w:t xml:space="preserve">- Mục tiêu: </w:t>
            </w:r>
            <w:r>
              <w:t>HS trao thư đúng cách và thực hiện việc làm thể hiện lòng biết ơn.</w:t>
            </w:r>
          </w:p>
          <w:p w:rsidR="005A60F6" w:rsidRDefault="00080182">
            <w:r>
              <w:rPr>
                <w:b/>
                <w:i/>
              </w:rPr>
              <w:t>* Cách tiến hành:</w:t>
            </w:r>
          </w:p>
        </w:tc>
      </w:tr>
      <w:tr w:rsidR="005A60F6" w:rsidTr="00783A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t>- GV hướng dẫn HS trao thư trực tiếp hoặc bỏ vào hòm thư; tôn trọng trường hợp bạn muốn giữ nội dung riêng tư.</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lựa chọn cách trao phù hợp và giữ kín nội dung riêng của bạn.</w:t>
            </w:r>
          </w:p>
        </w:tc>
      </w:tr>
      <w:tr w:rsidR="005A60F6" w:rsidTr="00783A81">
        <w:trPr>
          <w:cantSplit/>
          <w:jc w:val="center"/>
        </w:trPr>
        <w:tc>
          <w:tcPr>
            <w:tcW w:w="5187" w:type="dxa"/>
            <w:shd w:val="clear" w:color="auto" w:fill="auto"/>
            <w:tcMar>
              <w:top w:w="70" w:type="dxa"/>
              <w:left w:w="90" w:type="dxa"/>
              <w:bottom w:w="70" w:type="dxa"/>
              <w:right w:w="90" w:type="dxa"/>
            </w:tcMar>
            <w:vAlign w:val="center"/>
          </w:tcPr>
          <w:p w:rsidR="005A60F6" w:rsidRDefault="00080182">
            <w:r>
              <w:t>- GV dặn HS chia sẻ với bố mẹ về tình cảm của thầy cô dành cho mình và lựa chọn một việc tốt để thực hiện.</w:t>
            </w:r>
          </w:p>
        </w:tc>
        <w:tc>
          <w:tcPr>
            <w:tcW w:w="4586" w:type="dxa"/>
            <w:shd w:val="clear" w:color="auto" w:fill="auto"/>
            <w:tcMar>
              <w:top w:w="70" w:type="dxa"/>
              <w:left w:w="90" w:type="dxa"/>
              <w:bottom w:w="70" w:type="dxa"/>
              <w:right w:w="90" w:type="dxa"/>
            </w:tcMar>
            <w:vAlign w:val="center"/>
          </w:tcPr>
          <w:p w:rsidR="005A60F6" w:rsidRDefault="00080182">
            <w:r>
              <w:t>- HS nhận nhiệm vụ và thực hiện sau giờ học.</w:t>
            </w:r>
          </w:p>
        </w:tc>
      </w:tr>
    </w:tbl>
    <w:p w:rsidR="005A60F6" w:rsidRDefault="00080182">
      <w:r>
        <w:rPr>
          <w:b/>
          <w:color w:val="FF0000"/>
        </w:rPr>
        <w:t>IV. ĐIỀU CHỈNH SAU BÀI DẠY:</w:t>
      </w:r>
    </w:p>
    <w:p w:rsidR="005A60F6" w:rsidRDefault="00080182">
      <w:r>
        <w:t>................................................................................................................</w:t>
      </w:r>
    </w:p>
    <w:p w:rsidR="00EE2C7C" w:rsidRDefault="00080182" w:rsidP="00EE2C7C">
      <w:r>
        <w:t>................................................................................................................</w:t>
      </w:r>
      <w:r w:rsidR="00EE2C7C">
        <w:t xml:space="preserve"> </w:t>
      </w:r>
    </w:p>
    <w:p w:rsidR="00EE2C7C" w:rsidRDefault="00EE2C7C" w:rsidP="00EE2C7C"/>
    <w:p w:rsidR="00EE2C7C" w:rsidRDefault="00EE2C7C" w:rsidP="00EE2C7C"/>
    <w:p w:rsidR="005A60F6" w:rsidRPr="00783A81" w:rsidRDefault="00080182" w:rsidP="00EE2C7C">
      <w:r w:rsidRPr="00783A81">
        <w:rPr>
          <w:b/>
        </w:rPr>
        <w:t>KẾ HOẠCH BÀI DẠY MÔN HOẠT ĐỘNG TRẢI NGHIỆM LỚP 2</w:t>
      </w:r>
    </w:p>
    <w:p w:rsidR="005A60F6" w:rsidRPr="00783A81" w:rsidRDefault="00080182">
      <w:pPr>
        <w:jc w:val="center"/>
      </w:pPr>
      <w:r w:rsidRPr="00783A81">
        <w:rPr>
          <w:b/>
        </w:rPr>
        <w:t>CHỦ ĐỀ 3: EM YÊU TRƯỜNG EM</w:t>
      </w:r>
    </w:p>
    <w:p w:rsidR="005A60F6" w:rsidRPr="00783A81" w:rsidRDefault="00080182">
      <w:pPr>
        <w:jc w:val="center"/>
      </w:pPr>
      <w:r w:rsidRPr="00783A81">
        <w:rPr>
          <w:b/>
        </w:rPr>
        <w:t>TUẦN 12: TIẾT 3</w:t>
      </w:r>
    </w:p>
    <w:p w:rsidR="005A60F6" w:rsidRPr="00783A81" w:rsidRDefault="00080182">
      <w:pPr>
        <w:jc w:val="center"/>
      </w:pPr>
      <w:r w:rsidRPr="00783A81">
        <w:rPr>
          <w:b/>
        </w:rPr>
        <w:t>SINH HOẠT LỚP: NÓI LỜI CẢM ƠN VỚI THẦY CÔ – TỰ ĐÁNH GIÁ SAU CHỦ ĐỀ</w:t>
      </w:r>
    </w:p>
    <w:p w:rsidR="005A60F6" w:rsidRPr="00783A81" w:rsidRDefault="00080182">
      <w:pPr>
        <w:jc w:val="center"/>
      </w:pPr>
      <w:r w:rsidRPr="00783A81">
        <w:rPr>
          <w:b/>
        </w:rPr>
        <w:t>Thời gian thực hiện: ...</w:t>
      </w:r>
    </w:p>
    <w:p w:rsidR="005A60F6" w:rsidRPr="00783A81" w:rsidRDefault="00080182">
      <w:r w:rsidRPr="00783A81">
        <w:rPr>
          <w:b/>
        </w:rPr>
        <w:t>I. YÊU CẦU CẦN ĐẠT:</w:t>
      </w:r>
    </w:p>
    <w:p w:rsidR="005A60F6" w:rsidRPr="00783A81" w:rsidRDefault="00080182">
      <w:r w:rsidRPr="00783A81">
        <w:rPr>
          <w:b/>
          <w:i/>
        </w:rPr>
        <w:t>1. Năng lực đặc thù</w:t>
      </w:r>
    </w:p>
    <w:p w:rsidR="005A60F6" w:rsidRPr="00783A81" w:rsidRDefault="00080182">
      <w:r w:rsidRPr="00783A81">
        <w:t>- HS tự đánh giá hoạt động tuần 12, xác định phương hướng tuần 13.</w:t>
      </w:r>
    </w:p>
    <w:p w:rsidR="005A60F6" w:rsidRPr="00783A81" w:rsidRDefault="00080182">
      <w:r w:rsidRPr="00783A81">
        <w:t>- HS tham gia văn nghệ, chia sẻ cảm xúc, nói lời cảm ơn và cùng tạo “Sợi dây yêu thương”.</w:t>
      </w:r>
    </w:p>
    <w:p w:rsidR="005A60F6" w:rsidRDefault="00080182">
      <w:r>
        <w:t>- HS tự đánh giá những việc đã thực hiện trong chủ đề Em yêu trường em.</w:t>
      </w:r>
    </w:p>
    <w:p w:rsidR="005A60F6" w:rsidRDefault="00080182">
      <w:r>
        <w:rPr>
          <w:b/>
          <w:i/>
        </w:rPr>
        <w:t>2. Năng lực chung</w:t>
      </w:r>
    </w:p>
    <w:p w:rsidR="005A60F6" w:rsidRDefault="00080182">
      <w:r>
        <w:t>- Năng lực tự chủ và tự học: Biết tự đánh giá và điều chỉnh.</w:t>
      </w:r>
    </w:p>
    <w:p w:rsidR="005A60F6" w:rsidRDefault="00080182">
      <w:r>
        <w:t>- Năng lực giao tiếp và hợp tác: Biết biểu diễn, chia sẻ, phối hợp làm sản phẩm chung.</w:t>
      </w:r>
    </w:p>
    <w:p w:rsidR="005A60F6" w:rsidRDefault="00080182">
      <w:r>
        <w:t>- Năng lực giải quyết vấn đề và sáng tạo: Biết dùng vật liệu đơn giản tạo sản phẩm kết nối.</w:t>
      </w:r>
    </w:p>
    <w:p w:rsidR="005A60F6" w:rsidRDefault="00080182">
      <w:r>
        <w:rPr>
          <w:b/>
          <w:i/>
        </w:rPr>
        <w:t>3. Phẩm chất</w:t>
      </w:r>
    </w:p>
    <w:p w:rsidR="005A60F6" w:rsidRDefault="00080182">
      <w:r>
        <w:t>- Nhân ái: Yêu trường, kính trọng thầy cô.</w:t>
      </w:r>
    </w:p>
    <w:p w:rsidR="005A60F6" w:rsidRDefault="00080182">
      <w:r>
        <w:t>- Đoàn kết: Gắn bó, hỗ trợ các thành viên trong lớp.</w:t>
      </w:r>
    </w:p>
    <w:p w:rsidR="005A60F6" w:rsidRDefault="00080182">
      <w:r>
        <w:lastRenderedPageBreak/>
        <w:t>- Trách nhiệm: Hoàn thành phần việc và tự đánh giá trung thực.</w:t>
      </w:r>
    </w:p>
    <w:p w:rsidR="005A60F6" w:rsidRDefault="00080182">
      <w:r>
        <w:rPr>
          <w:b/>
          <w:color w:val="FF0000"/>
        </w:rPr>
        <w:t>II. CHUẨN BỊ:</w:t>
      </w:r>
    </w:p>
    <w:p w:rsidR="005A60F6" w:rsidRDefault="00080182">
      <w:r>
        <w:t>- GV: Giấy thủ công, kéo, keo dán; thư của HS; nhạc hoặc đạo cụ văn nghệ; phiếu tự đánh giá.</w:t>
      </w:r>
    </w:p>
    <w:p w:rsidR="005A60F6" w:rsidRDefault="00080182">
      <w:r>
        <w:t>- HS: Giấy màu, kéo, keo; tiết mục đã chuẩn bị; sổ thu hoạch.</w:t>
      </w:r>
    </w:p>
    <w:p w:rsidR="005A60F6" w:rsidRDefault="00080182">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187"/>
        <w:gridCol w:w="4586"/>
      </w:tblGrid>
      <w:tr w:rsidR="005A60F6" w:rsidTr="00EE2C7C">
        <w:trPr>
          <w:cantSplit/>
          <w:tblHeader/>
          <w:jc w:val="center"/>
        </w:trPr>
        <w:tc>
          <w:tcPr>
            <w:tcW w:w="4513" w:type="dxa"/>
            <w:shd w:val="clear" w:color="auto" w:fill="auto"/>
            <w:tcMar>
              <w:top w:w="70" w:type="dxa"/>
              <w:left w:w="90" w:type="dxa"/>
              <w:bottom w:w="70" w:type="dxa"/>
              <w:right w:w="90" w:type="dxa"/>
            </w:tcMar>
          </w:tcPr>
          <w:p w:rsidR="005A60F6" w:rsidRDefault="00080182">
            <w:pPr>
              <w:jc w:val="center"/>
            </w:pPr>
            <w:r>
              <w:rPr>
                <w:b/>
              </w:rPr>
              <w:t>HOẠT ĐỘNG CỦA GIÁO VIÊN</w:t>
            </w:r>
          </w:p>
        </w:tc>
        <w:tc>
          <w:tcPr>
            <w:tcW w:w="4513" w:type="dxa"/>
            <w:shd w:val="clear" w:color="auto" w:fill="auto"/>
            <w:tcMar>
              <w:top w:w="70" w:type="dxa"/>
              <w:left w:w="90" w:type="dxa"/>
              <w:bottom w:w="70" w:type="dxa"/>
              <w:right w:w="90" w:type="dxa"/>
            </w:tcMar>
          </w:tcPr>
          <w:p w:rsidR="005A60F6" w:rsidRDefault="00080182">
            <w:pPr>
              <w:jc w:val="center"/>
            </w:pPr>
            <w:r>
              <w:rPr>
                <w:b/>
              </w:rPr>
              <w:t>HOẠT ĐỘNG CỦA HỌC SINH</w:t>
            </w:r>
          </w:p>
        </w:tc>
      </w:tr>
      <w:tr w:rsidR="005A60F6" w:rsidTr="00EE2C7C">
        <w:trPr>
          <w:cantSplit/>
          <w:jc w:val="center"/>
        </w:trPr>
        <w:tc>
          <w:tcPr>
            <w:tcW w:w="9773" w:type="dxa"/>
            <w:gridSpan w:val="2"/>
            <w:shd w:val="clear" w:color="auto" w:fill="auto"/>
            <w:tcMar>
              <w:top w:w="70" w:type="dxa"/>
              <w:left w:w="90" w:type="dxa"/>
              <w:bottom w:w="70" w:type="dxa"/>
              <w:right w:w="90" w:type="dxa"/>
            </w:tcMar>
          </w:tcPr>
          <w:p w:rsidR="005A60F6" w:rsidRDefault="00080182">
            <w:r>
              <w:rPr>
                <w:b/>
              </w:rPr>
              <w:t>1. KHỞI ĐỘNG</w:t>
            </w:r>
          </w:p>
          <w:p w:rsidR="005A60F6" w:rsidRDefault="00080182">
            <w:r>
              <w:rPr>
                <w:b/>
              </w:rPr>
              <w:t xml:space="preserve">- Mục tiêu: </w:t>
            </w:r>
            <w:r>
              <w:t>Tạo không khí ấm áp, vui vẻ và sẵn sàng cho tiết sinh hoạt.</w:t>
            </w:r>
          </w:p>
          <w:p w:rsidR="005A60F6" w:rsidRDefault="00080182">
            <w:r>
              <w:rPr>
                <w:b/>
                <w:i/>
              </w:rPr>
              <w:t>* Cách tiến hành:</w:t>
            </w:r>
          </w:p>
        </w:tc>
      </w:tr>
      <w:tr w:rsidR="005A60F6" w:rsidTr="00EE2C7C">
        <w:trPr>
          <w:cantSplit/>
          <w:jc w:val="center"/>
        </w:trPr>
        <w:tc>
          <w:tcPr>
            <w:tcW w:w="5187" w:type="dxa"/>
            <w:shd w:val="clear" w:color="auto" w:fill="auto"/>
            <w:tcMar>
              <w:top w:w="70" w:type="dxa"/>
              <w:left w:w="90" w:type="dxa"/>
              <w:bottom w:w="70" w:type="dxa"/>
              <w:right w:w="90" w:type="dxa"/>
            </w:tcMar>
            <w:vAlign w:val="center"/>
          </w:tcPr>
          <w:p w:rsidR="005A60F6" w:rsidRDefault="00080182">
            <w:r>
              <w:t>- GV cùng HS hát một bài về thầy cô hoặc mái trường.</w:t>
            </w:r>
          </w:p>
        </w:tc>
        <w:tc>
          <w:tcPr>
            <w:tcW w:w="4586" w:type="dxa"/>
            <w:shd w:val="clear" w:color="auto" w:fill="auto"/>
            <w:tcMar>
              <w:top w:w="70" w:type="dxa"/>
              <w:left w:w="90" w:type="dxa"/>
              <w:bottom w:w="70" w:type="dxa"/>
              <w:right w:w="90" w:type="dxa"/>
            </w:tcMar>
            <w:vAlign w:val="center"/>
          </w:tcPr>
          <w:p w:rsidR="005A60F6" w:rsidRDefault="00080182">
            <w:r>
              <w:t>- HS hát, vận động nhẹ và thể hiện tình cảm.</w:t>
            </w:r>
          </w:p>
        </w:tc>
      </w:tr>
      <w:tr w:rsidR="005A60F6" w:rsidTr="00EE2C7C">
        <w:trPr>
          <w:cantSplit/>
          <w:jc w:val="center"/>
        </w:trPr>
        <w:tc>
          <w:tcPr>
            <w:tcW w:w="9773" w:type="dxa"/>
            <w:gridSpan w:val="2"/>
            <w:shd w:val="clear" w:color="auto" w:fill="auto"/>
            <w:tcMar>
              <w:top w:w="70" w:type="dxa"/>
              <w:left w:w="90" w:type="dxa"/>
              <w:bottom w:w="70" w:type="dxa"/>
              <w:right w:w="90" w:type="dxa"/>
            </w:tcMar>
          </w:tcPr>
          <w:p w:rsidR="005A60F6" w:rsidRDefault="00080182">
            <w:r>
              <w:rPr>
                <w:b/>
              </w:rPr>
              <w:t>2. HOẠT ĐỘNG TỔNG KẾT TUẦN</w:t>
            </w:r>
          </w:p>
          <w:p w:rsidR="005A60F6" w:rsidRDefault="00080182">
            <w:r>
              <w:rPr>
                <w:b/>
              </w:rPr>
              <w:t>- Mục tiêu:</w:t>
            </w:r>
          </w:p>
          <w:p w:rsidR="005A60F6" w:rsidRDefault="00080182">
            <w:r>
              <w:t>- HS nhận xét được kết quả hoạt động trong tuần 12.</w:t>
            </w:r>
          </w:p>
          <w:p w:rsidR="005A60F6" w:rsidRDefault="00080182">
            <w:r>
              <w:t>- HS xác định được phương hướng và những việc cần thực hiện trong tuần 13.</w:t>
            </w:r>
          </w:p>
          <w:p w:rsidR="005A60F6" w:rsidRDefault="00080182">
            <w:r>
              <w:rPr>
                <w:b/>
                <w:i/>
              </w:rPr>
              <w:t>* Cách tiến hành:</w:t>
            </w:r>
          </w:p>
        </w:tc>
      </w:tr>
      <w:tr w:rsidR="005A60F6" w:rsidTr="00EE2C7C">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5A60F6" w:rsidRDefault="00080182">
            <w:r>
              <w:rPr>
                <w:b/>
              </w:rPr>
              <w:t>2.1. Tổng kết các hoạt động trong tuần 12</w:t>
            </w:r>
          </w:p>
        </w:tc>
        <w:tc>
          <w:tcPr>
            <w:tcW w:w="4586" w:type="dxa"/>
            <w:tcBorders>
              <w:bottom w:val="single" w:sz="6" w:space="0" w:color="000000"/>
            </w:tcBorders>
            <w:shd w:val="clear" w:color="auto" w:fill="auto"/>
            <w:tcMar>
              <w:top w:w="70" w:type="dxa"/>
              <w:left w:w="90" w:type="dxa"/>
              <w:bottom w:w="70" w:type="dxa"/>
              <w:right w:w="90" w:type="dxa"/>
            </w:tcMar>
            <w:vAlign w:val="center"/>
          </w:tcPr>
          <w:p w:rsidR="005A60F6" w:rsidRDefault="00080182">
            <w:r>
              <w:t>- HS chuẩn bị báo cáo kết quả hoạt động tuần 12.</w:t>
            </w:r>
          </w:p>
        </w:tc>
      </w:tr>
      <w:tr w:rsidR="005A60F6" w:rsidTr="00EE2C7C">
        <w:trPr>
          <w:cantSplit/>
          <w:jc w:val="center"/>
        </w:trPr>
        <w:tc>
          <w:tcPr>
            <w:tcW w:w="5187" w:type="dxa"/>
            <w:tcBorders>
              <w:bottom w:val="nil"/>
            </w:tcBorders>
            <w:shd w:val="clear" w:color="auto" w:fill="auto"/>
            <w:tcMar>
              <w:top w:w="70" w:type="dxa"/>
              <w:left w:w="90" w:type="dxa"/>
              <w:bottom w:w="70" w:type="dxa"/>
              <w:right w:w="90" w:type="dxa"/>
            </w:tcMar>
            <w:vAlign w:val="center"/>
          </w:tcPr>
          <w:p w:rsidR="005A60F6" w:rsidRDefault="00080182">
            <w:r>
              <w:t>- GV mời lớp trưởng điều hành phần tổng kết tuần.</w:t>
            </w:r>
          </w:p>
        </w:tc>
        <w:tc>
          <w:tcPr>
            <w:tcW w:w="4586" w:type="dxa"/>
            <w:tcBorders>
              <w:bottom w:val="nil"/>
            </w:tcBorders>
            <w:shd w:val="clear" w:color="auto" w:fill="auto"/>
            <w:tcMar>
              <w:top w:w="70" w:type="dxa"/>
              <w:left w:w="90" w:type="dxa"/>
              <w:bottom w:w="70" w:type="dxa"/>
              <w:right w:w="90" w:type="dxa"/>
            </w:tcMar>
            <w:vAlign w:val="center"/>
          </w:tcPr>
          <w:p w:rsidR="005A60F6" w:rsidRDefault="00080182">
            <w:r>
              <w:t>- Lớp trưởng lên trước lớp, nhận nhiệm vụ điều hành.</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theo dõi, hỗ trợ lớp trưởng và các tổ khi cần.</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Lớp trưởng mời các tổ thảo luận, tự đánh giá việc thực hiện nền nếp, học tập, phong trào và nhiệm vụ được giao.</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mời các tổ trưởng lần lượt báo cáo, nêu rõ việc làm tốt và nội dung cần khắc phục.</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Tổ trưởng báo cáo; các thành viên lắng nghe, bổ sung và tự đối chiếu với việc làm của bản thân.</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mời lớp trưởng tổng hợp, nêu nhận xét chung về tình hình lớp.</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Lớp trưởng tổng hợp, tuyên dương việc làm tốt và nhắc lại những tồn tại cần khắc phục.</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nhận xét chung, biểu dương HS tiến bộ và nhắc nhở những nội dung cần điều chỉnh.</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lắng nghe, rút kinh nghiệm và xác định việc bản thân cần cố gắng.</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rPr>
                <w:b/>
              </w:rPr>
              <w:t>2.2. Phương hướng hoạt động tuần 13</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chuẩn bị đề xuất biện pháp thực hiện nhiệm vụ tuần 13.</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lastRenderedPageBreak/>
              <w:t>- GV yêu cầu HS nhắc lại những tồn tại trong tuần 12.</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lần lượt nêu những nội dung lớp hoặc bản thân cần khắc phục trong tuần 13.</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hỏi: Trong tuần 13, chúng ta cần làm gì để thực hiện tốt nền nếp, học tập và các phong trào của lớp?</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thảo luận, nêu biện pháp: đi học đúng giờ, chuẩn bị đủ đồ dùng, giữ trật tự, học tập tích cực, đoàn kết và hoàn thành nhiệm vụ.</w:t>
            </w:r>
          </w:p>
        </w:tc>
      </w:tr>
      <w:tr w:rsidR="005A60F6" w:rsidTr="00EE2C7C">
        <w:trPr>
          <w:cantSplit/>
          <w:jc w:val="center"/>
        </w:trPr>
        <w:tc>
          <w:tcPr>
            <w:tcW w:w="5187" w:type="dxa"/>
            <w:tcBorders>
              <w:top w:val="nil"/>
              <w:bottom w:val="single" w:sz="6" w:space="0" w:color="000000"/>
            </w:tcBorders>
            <w:shd w:val="clear" w:color="auto" w:fill="auto"/>
            <w:tcMar>
              <w:top w:w="70" w:type="dxa"/>
              <w:left w:w="90" w:type="dxa"/>
              <w:bottom w:w="70" w:type="dxa"/>
              <w:right w:w="90" w:type="dxa"/>
            </w:tcMar>
            <w:vAlign w:val="center"/>
          </w:tcPr>
          <w:p w:rsidR="005A60F6" w:rsidRDefault="00080182">
            <w:r>
              <w:t>- GV tổng hợp ý kiến, chốt phương hướng hoạt động tuần 13 và mời cả lớp biểu quyết.</w:t>
            </w:r>
          </w:p>
        </w:tc>
        <w:tc>
          <w:tcPr>
            <w:tcW w:w="4586" w:type="dxa"/>
            <w:tcBorders>
              <w:top w:val="nil"/>
              <w:bottom w:val="single" w:sz="6" w:space="0" w:color="000000"/>
            </w:tcBorders>
            <w:shd w:val="clear" w:color="auto" w:fill="auto"/>
            <w:tcMar>
              <w:top w:w="70" w:type="dxa"/>
              <w:left w:w="90" w:type="dxa"/>
              <w:bottom w:w="70" w:type="dxa"/>
              <w:right w:w="90" w:type="dxa"/>
            </w:tcMar>
            <w:vAlign w:val="center"/>
          </w:tcPr>
          <w:p w:rsidR="005A60F6" w:rsidRDefault="00080182">
            <w:r>
              <w:t>- HS ghi nhớ phương hướng và biểu quyết thực hiện bằng cách giơ tay.</w:t>
            </w:r>
          </w:p>
        </w:tc>
      </w:tr>
      <w:tr w:rsidR="005A60F6" w:rsidTr="00EE2C7C">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3. CHIA SẺ THU HOẠCH SAU TRẢI NGHIỆM LẦN TRƯỚC</w:t>
            </w:r>
          </w:p>
          <w:p w:rsidR="005A60F6" w:rsidRDefault="00080182">
            <w:r>
              <w:rPr>
                <w:b/>
              </w:rPr>
              <w:t xml:space="preserve">- Mục tiêu: </w:t>
            </w:r>
            <w:r>
              <w:t>HS chia sẻ cảm xúc khi viết và trao thư; biết lắng nghe, tôn trọng cảm xúc của bạn.</w:t>
            </w:r>
          </w:p>
          <w:p w:rsidR="005A60F6" w:rsidRDefault="00080182">
            <w:r>
              <w:rPr>
                <w:b/>
                <w:i/>
              </w:rPr>
              <w:t>* Cách tiến hành:</w:t>
            </w:r>
          </w:p>
        </w:tc>
      </w:tr>
      <w:tr w:rsidR="005A60F6" w:rsidTr="00EE2C7C">
        <w:trPr>
          <w:cantSplit/>
          <w:jc w:val="center"/>
        </w:trPr>
        <w:tc>
          <w:tcPr>
            <w:tcW w:w="5187" w:type="dxa"/>
            <w:tcBorders>
              <w:top w:val="single" w:sz="6" w:space="0" w:color="000000"/>
              <w:bottom w:val="nil"/>
            </w:tcBorders>
            <w:shd w:val="clear" w:color="auto" w:fill="auto"/>
            <w:tcMar>
              <w:top w:w="70" w:type="dxa"/>
              <w:left w:w="90" w:type="dxa"/>
              <w:bottom w:w="70" w:type="dxa"/>
              <w:right w:w="90" w:type="dxa"/>
            </w:tcMar>
            <w:vAlign w:val="center"/>
          </w:tcPr>
          <w:p w:rsidR="005A60F6" w:rsidRDefault="00080182">
            <w:r>
              <w:t>- GV chia sẻ cảm xúc khi đọc thư, gợi lại những kỉ niệm được HS nhắc đến.</w:t>
            </w:r>
          </w:p>
        </w:tc>
        <w:tc>
          <w:tcPr>
            <w:tcW w:w="4586" w:type="dxa"/>
            <w:tcBorders>
              <w:top w:val="single" w:sz="6" w:space="0" w:color="000000"/>
              <w:bottom w:val="nil"/>
            </w:tcBorders>
            <w:shd w:val="clear" w:color="auto" w:fill="auto"/>
            <w:tcMar>
              <w:top w:w="70" w:type="dxa"/>
              <w:left w:w="90" w:type="dxa"/>
              <w:bottom w:w="70" w:type="dxa"/>
              <w:right w:w="90" w:type="dxa"/>
            </w:tcMar>
            <w:vAlign w:val="center"/>
          </w:tcPr>
          <w:p w:rsidR="005A60F6" w:rsidRDefault="00080182">
            <w:r>
              <w:t>- HS lắng nghe, cảm nhận sự gần gũi giữa thầy cô và học sinh.</w:t>
            </w:r>
          </w:p>
        </w:tc>
      </w:tr>
      <w:tr w:rsidR="005A60F6" w:rsidTr="00EE2C7C">
        <w:trPr>
          <w:cantSplit/>
          <w:jc w:val="center"/>
        </w:trPr>
        <w:tc>
          <w:tcPr>
            <w:tcW w:w="5187" w:type="dxa"/>
            <w:tcBorders>
              <w:top w:val="nil"/>
              <w:bottom w:val="single" w:sz="6" w:space="0" w:color="000000"/>
            </w:tcBorders>
            <w:shd w:val="clear" w:color="auto" w:fill="auto"/>
            <w:tcMar>
              <w:top w:w="70" w:type="dxa"/>
              <w:left w:w="90" w:type="dxa"/>
              <w:bottom w:w="70" w:type="dxa"/>
              <w:right w:w="90" w:type="dxa"/>
            </w:tcMar>
            <w:vAlign w:val="center"/>
          </w:tcPr>
          <w:p w:rsidR="005A60F6" w:rsidRDefault="00080182">
            <w:r>
              <w:t>- GV mời HS chia sẻ: Em cảm thấy thế nào khi viết hoặc trao điều muốn nói?</w:t>
            </w:r>
          </w:p>
        </w:tc>
        <w:tc>
          <w:tcPr>
            <w:tcW w:w="4586" w:type="dxa"/>
            <w:tcBorders>
              <w:top w:val="nil"/>
              <w:bottom w:val="single" w:sz="6" w:space="0" w:color="000000"/>
            </w:tcBorders>
            <w:shd w:val="clear" w:color="auto" w:fill="auto"/>
            <w:tcMar>
              <w:top w:w="70" w:type="dxa"/>
              <w:left w:w="90" w:type="dxa"/>
              <w:bottom w:w="70" w:type="dxa"/>
              <w:right w:w="90" w:type="dxa"/>
            </w:tcMar>
            <w:vAlign w:val="center"/>
          </w:tcPr>
          <w:p w:rsidR="005A60F6" w:rsidRDefault="00080182">
            <w:r>
              <w:t>- HS tự nguyện chia sẻ cảm xúc vui, hồi hộp, hạnh phúc hoặc nhẹ nhõm.</w:t>
            </w:r>
          </w:p>
        </w:tc>
      </w:tr>
      <w:tr w:rsidR="005A60F6" w:rsidTr="00EE2C7C">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r>
              <w:rPr>
                <w:b/>
              </w:rPr>
              <w:t>4. HOẠT ĐỘNG NHÓM</w:t>
            </w:r>
            <w:r>
              <w:rPr>
                <w:b/>
              </w:rPr>
              <w:br/>
              <w:t>Văn nghệ tri ân – Nói lời cảm ơn – Làm “Sợi dây yêu thương”</w:t>
            </w:r>
          </w:p>
          <w:p w:rsidR="005A60F6" w:rsidRDefault="00080182">
            <w:r>
              <w:rPr>
                <w:b/>
              </w:rPr>
              <w:t>- Mục tiêu:</w:t>
            </w:r>
          </w:p>
          <w:p w:rsidR="005A60F6" w:rsidRDefault="00080182">
            <w:r>
              <w:t>- HS biểu diễn, nói lời cảm ơn và cùng tạo sản phẩm thể hiện sự kết nối.</w:t>
            </w:r>
          </w:p>
          <w:p w:rsidR="005A60F6" w:rsidRDefault="00080182">
            <w:r>
              <w:t>- HS tự đánh giá sau chủ đề Em yêu trường em.</w:t>
            </w:r>
          </w:p>
          <w:p w:rsidR="005A60F6" w:rsidRDefault="00080182">
            <w:r>
              <w:rPr>
                <w:b/>
                <w:i/>
              </w:rPr>
              <w:t>* Cách tiến hành:</w:t>
            </w:r>
          </w:p>
        </w:tc>
      </w:tr>
      <w:tr w:rsidR="005A60F6" w:rsidTr="00EE2C7C">
        <w:trPr>
          <w:cantSplit/>
          <w:jc w:val="center"/>
        </w:trPr>
        <w:tc>
          <w:tcPr>
            <w:tcW w:w="5187" w:type="dxa"/>
            <w:tcBorders>
              <w:top w:val="single" w:sz="6" w:space="0" w:color="000000"/>
              <w:bottom w:val="nil"/>
            </w:tcBorders>
            <w:shd w:val="clear" w:color="auto" w:fill="auto"/>
            <w:tcMar>
              <w:top w:w="70" w:type="dxa"/>
              <w:left w:w="90" w:type="dxa"/>
              <w:bottom w:w="70" w:type="dxa"/>
              <w:right w:w="90" w:type="dxa"/>
            </w:tcMar>
            <w:vAlign w:val="center"/>
          </w:tcPr>
          <w:p w:rsidR="005A60F6" w:rsidRDefault="00080182" w:rsidP="004A33D6">
            <w:r>
              <w:t>- GV mời các tổ biểu diễn tiết mục về chủ đề “Thầy cô giáo em”.</w:t>
            </w:r>
          </w:p>
        </w:tc>
        <w:tc>
          <w:tcPr>
            <w:tcW w:w="4586" w:type="dxa"/>
            <w:tcBorders>
              <w:top w:val="single" w:sz="6" w:space="0" w:color="000000"/>
              <w:bottom w:val="nil"/>
            </w:tcBorders>
            <w:shd w:val="clear" w:color="auto" w:fill="auto"/>
            <w:tcMar>
              <w:top w:w="70" w:type="dxa"/>
              <w:left w:w="90" w:type="dxa"/>
              <w:bottom w:w="70" w:type="dxa"/>
              <w:right w:w="90" w:type="dxa"/>
            </w:tcMar>
            <w:vAlign w:val="center"/>
          </w:tcPr>
          <w:p w:rsidR="005A60F6" w:rsidRDefault="00080182">
            <w:r>
              <w:t>- HS biểu diễn; các bạn cổ vũ văn minh.</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mời HS nói một lời cảm ơn cụ thể với thầy cô.</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nói lời cảm ơn chân thành, rõ ràng.</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hướng dẫn mỗi HS cắt một vòng móc xích từ giấy màu, ghi tên hoặc việc tốt của mình rồi nối thành dây của tổ.</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thực hành cắt, viết và nối móc xích; hỗ trợ bạn khi cần.</w:t>
            </w:r>
          </w:p>
        </w:tc>
      </w:tr>
      <w:tr w:rsidR="005A60F6" w:rsidTr="00EE2C7C">
        <w:trPr>
          <w:cantSplit/>
          <w:jc w:val="center"/>
        </w:trPr>
        <w:tc>
          <w:tcPr>
            <w:tcW w:w="5187" w:type="dxa"/>
            <w:tcBorders>
              <w:top w:val="nil"/>
              <w:bottom w:val="nil"/>
            </w:tcBorders>
            <w:shd w:val="clear" w:color="auto" w:fill="auto"/>
            <w:tcMar>
              <w:top w:w="70" w:type="dxa"/>
              <w:left w:w="90" w:type="dxa"/>
              <w:bottom w:w="70" w:type="dxa"/>
              <w:right w:w="90" w:type="dxa"/>
            </w:tcMar>
            <w:vAlign w:val="center"/>
          </w:tcPr>
          <w:p w:rsidR="005A60F6" w:rsidRDefault="00080182">
            <w:r>
              <w:t>- GV kết nối các dây của tổ thành “Sợi dây yêu thương” của lớp và mời cả lớp nắm tay hát.</w:t>
            </w:r>
          </w:p>
        </w:tc>
        <w:tc>
          <w:tcPr>
            <w:tcW w:w="4586" w:type="dxa"/>
            <w:tcBorders>
              <w:top w:val="nil"/>
              <w:bottom w:val="nil"/>
            </w:tcBorders>
            <w:shd w:val="clear" w:color="auto" w:fill="auto"/>
            <w:tcMar>
              <w:top w:w="70" w:type="dxa"/>
              <w:left w:w="90" w:type="dxa"/>
              <w:bottom w:w="70" w:type="dxa"/>
              <w:right w:w="90" w:type="dxa"/>
            </w:tcMar>
            <w:vAlign w:val="center"/>
          </w:tcPr>
          <w:p w:rsidR="005A60F6" w:rsidRDefault="00080182">
            <w:r>
              <w:t>- HS đứng thành vòng tròn, cùng hát và cảm nhận sự gắn kết.</w:t>
            </w:r>
          </w:p>
        </w:tc>
      </w:tr>
      <w:tr w:rsidR="005A60F6" w:rsidTr="008E4BC1">
        <w:trPr>
          <w:cantSplit/>
          <w:jc w:val="center"/>
        </w:trPr>
        <w:tc>
          <w:tcPr>
            <w:tcW w:w="5187" w:type="dxa"/>
            <w:tcBorders>
              <w:top w:val="nil"/>
              <w:bottom w:val="single" w:sz="6" w:space="0" w:color="000000"/>
            </w:tcBorders>
            <w:shd w:val="clear" w:color="auto" w:fill="auto"/>
            <w:tcMar>
              <w:top w:w="70" w:type="dxa"/>
              <w:left w:w="90" w:type="dxa"/>
              <w:bottom w:w="70" w:type="dxa"/>
              <w:right w:w="90" w:type="dxa"/>
            </w:tcMar>
            <w:vAlign w:val="center"/>
          </w:tcPr>
          <w:p w:rsidR="005A60F6" w:rsidRDefault="00080182">
            <w:r>
              <w:t>- GV hướng dẫn HS tự đánh giá: giúp đỡ, chia sẻ; kính trọng thầy cô; tham gia giữ gìn trường lớp; hoàn thành kế hoạch.</w:t>
            </w:r>
          </w:p>
        </w:tc>
        <w:tc>
          <w:tcPr>
            <w:tcW w:w="4586" w:type="dxa"/>
            <w:tcBorders>
              <w:top w:val="nil"/>
              <w:bottom w:val="single" w:sz="6" w:space="0" w:color="000000"/>
            </w:tcBorders>
            <w:shd w:val="clear" w:color="auto" w:fill="auto"/>
            <w:tcMar>
              <w:top w:w="70" w:type="dxa"/>
              <w:left w:w="90" w:type="dxa"/>
              <w:bottom w:w="70" w:type="dxa"/>
              <w:right w:w="90" w:type="dxa"/>
            </w:tcMar>
            <w:vAlign w:val="center"/>
          </w:tcPr>
          <w:p w:rsidR="005A60F6" w:rsidRDefault="00080182">
            <w:r>
              <w:t>- HS đánh dấu mức Chưa hoàn thành/Hoàn thành/Hoàn thành tốt một cách trung thực.</w:t>
            </w:r>
          </w:p>
        </w:tc>
      </w:tr>
      <w:tr w:rsidR="005A60F6" w:rsidTr="008E4BC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5A60F6" w:rsidRDefault="00080182">
            <w:bookmarkStart w:id="0" w:name="_GoBack"/>
            <w:r>
              <w:rPr>
                <w:b/>
              </w:rPr>
              <w:lastRenderedPageBreak/>
              <w:t>5. HOẠT ĐỘNG SAU GIỜ HỌC</w:t>
            </w:r>
          </w:p>
          <w:p w:rsidR="005A60F6" w:rsidRDefault="00080182">
            <w:r>
              <w:rPr>
                <w:b/>
              </w:rPr>
              <w:t xml:space="preserve">- Mục tiêu: </w:t>
            </w:r>
            <w:r>
              <w:t>HS duy trì lời nói, việc làm biết ơn và hoàn thiện sổ thu hoạch.</w:t>
            </w:r>
          </w:p>
          <w:p w:rsidR="005A60F6" w:rsidRDefault="00080182">
            <w:r>
              <w:rPr>
                <w:b/>
                <w:i/>
              </w:rPr>
              <w:t>* Cách tiến hành:</w:t>
            </w:r>
          </w:p>
        </w:tc>
      </w:tr>
      <w:bookmarkEnd w:id="0"/>
      <w:tr w:rsidR="005A60F6" w:rsidTr="008E4BC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5A60F6" w:rsidRDefault="00080182">
            <w:r>
              <w:t>- GV yêu cầu HS ghi vật báu hoặc bài học nhận được vào sổ thu hoạch.</w:t>
            </w:r>
          </w:p>
        </w:tc>
        <w:tc>
          <w:tcPr>
            <w:tcW w:w="4586" w:type="dxa"/>
            <w:tcBorders>
              <w:top w:val="single" w:sz="6" w:space="0" w:color="000000"/>
            </w:tcBorders>
            <w:shd w:val="clear" w:color="auto" w:fill="auto"/>
            <w:tcMar>
              <w:top w:w="70" w:type="dxa"/>
              <w:left w:w="90" w:type="dxa"/>
              <w:bottom w:w="70" w:type="dxa"/>
              <w:right w:w="90" w:type="dxa"/>
            </w:tcMar>
            <w:vAlign w:val="center"/>
          </w:tcPr>
          <w:p w:rsidR="005A60F6" w:rsidRDefault="00080182">
            <w:r>
              <w:t>- HS ghi chép, trang trí và hoàn thành sản phẩm.</w:t>
            </w:r>
          </w:p>
        </w:tc>
      </w:tr>
      <w:tr w:rsidR="005A60F6" w:rsidTr="00EE2C7C">
        <w:trPr>
          <w:cantSplit/>
          <w:jc w:val="center"/>
        </w:trPr>
        <w:tc>
          <w:tcPr>
            <w:tcW w:w="5187" w:type="dxa"/>
            <w:shd w:val="clear" w:color="auto" w:fill="auto"/>
            <w:tcMar>
              <w:top w:w="70" w:type="dxa"/>
              <w:left w:w="90" w:type="dxa"/>
              <w:bottom w:w="70" w:type="dxa"/>
              <w:right w:w="90" w:type="dxa"/>
            </w:tcMar>
            <w:vAlign w:val="center"/>
          </w:tcPr>
          <w:p w:rsidR="005A60F6" w:rsidRDefault="00080182">
            <w:r>
              <w:t>- GV khuyến khích HS tiếp tục giúp đỡ thầy cô, bạn bè bằng việc làm phù hợp mỗi ngày.</w:t>
            </w:r>
          </w:p>
        </w:tc>
        <w:tc>
          <w:tcPr>
            <w:tcW w:w="4586" w:type="dxa"/>
            <w:shd w:val="clear" w:color="auto" w:fill="auto"/>
            <w:tcMar>
              <w:top w:w="70" w:type="dxa"/>
              <w:left w:w="90" w:type="dxa"/>
              <w:bottom w:w="70" w:type="dxa"/>
              <w:right w:w="90" w:type="dxa"/>
            </w:tcMar>
            <w:vAlign w:val="center"/>
          </w:tcPr>
          <w:p w:rsidR="005A60F6" w:rsidRDefault="00080182">
            <w:r>
              <w:t>- HS cam kết thực hiện và chia sẻ kết quả vào dịp phù hợp.</w:t>
            </w:r>
          </w:p>
        </w:tc>
      </w:tr>
    </w:tbl>
    <w:p w:rsidR="005A60F6" w:rsidRDefault="00080182">
      <w:r>
        <w:rPr>
          <w:b/>
          <w:color w:val="FF0000"/>
        </w:rPr>
        <w:t>IV. ĐIỀU CHỈNH SAU BÀI DẠY:</w:t>
      </w:r>
    </w:p>
    <w:p w:rsidR="005A60F6" w:rsidRDefault="00080182">
      <w:r>
        <w:t>................................................................................................................</w:t>
      </w:r>
    </w:p>
    <w:p w:rsidR="005A60F6" w:rsidRDefault="00080182">
      <w:r>
        <w:t>................................................................................................................</w:t>
      </w:r>
    </w:p>
    <w:sectPr w:rsidR="005A60F6"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80182"/>
    <w:rsid w:val="0015074B"/>
    <w:rsid w:val="0029639D"/>
    <w:rsid w:val="00326F90"/>
    <w:rsid w:val="004A33D6"/>
    <w:rsid w:val="005A60F6"/>
    <w:rsid w:val="00783A81"/>
    <w:rsid w:val="008E4BC1"/>
    <w:rsid w:val="00930812"/>
    <w:rsid w:val="00AA1D8D"/>
    <w:rsid w:val="00B47730"/>
    <w:rsid w:val="00CB0664"/>
    <w:rsid w:val="00EE2C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83A81"/>
    <w:rPr>
      <w:rFonts w:ascii="Tahoma" w:hAnsi="Tahoma" w:cs="Tahoma"/>
      <w:sz w:val="16"/>
      <w:szCs w:val="16"/>
    </w:rPr>
  </w:style>
  <w:style w:type="character" w:customStyle="1" w:styleId="BalloonTextChar">
    <w:name w:val="Balloon Text Char"/>
    <w:basedOn w:val="DefaultParagraphFont"/>
    <w:link w:val="BalloonText"/>
    <w:uiPriority w:val="99"/>
    <w:semiHidden/>
    <w:rsid w:val="00783A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83A81"/>
    <w:rPr>
      <w:rFonts w:ascii="Tahoma" w:hAnsi="Tahoma" w:cs="Tahoma"/>
      <w:sz w:val="16"/>
      <w:szCs w:val="16"/>
    </w:rPr>
  </w:style>
  <w:style w:type="character" w:customStyle="1" w:styleId="BalloonTextChar">
    <w:name w:val="Balloon Text Char"/>
    <w:basedOn w:val="DefaultParagraphFont"/>
    <w:link w:val="BalloonText"/>
    <w:uiPriority w:val="99"/>
    <w:semiHidden/>
    <w:rsid w:val="00783A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46CA0-FBFD-4F72-B214-39D3DB58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HĐTN 2 KNTT Tuần 12</vt:lpstr>
    </vt:vector>
  </TitlesOfParts>
  <Manager/>
  <Company/>
  <LinksUpToDate>false</LinksUpToDate>
  <CharactersWithSpaces>12866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KNTT Tuần 12</dc:title>
  <dc:subject>Kế hoạch bài dạy đủ 3 tiết</dc:subject>
  <dc:creator>Nguyễn Bảo Trân</dc:creator>
  <cp:keywords/>
  <dc:description>generated by python-docx</dc:description>
  <cp:lastModifiedBy>Administrator</cp:lastModifiedBy>
  <cp:revision>5</cp:revision>
  <dcterms:created xsi:type="dcterms:W3CDTF">2026-06-12T21:30:00Z</dcterms:created>
  <dcterms:modified xsi:type="dcterms:W3CDTF">2026-08-17T10:46:00Z</dcterms:modified>
  <cp:category/>
</cp:coreProperties>
</file>