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18" w:type="dxa"/>
        <w:jc w:val="center"/>
        <w:tblLook w:val="04A0" w:firstRow="1" w:lastRow="0" w:firstColumn="1" w:lastColumn="0" w:noHBand="0" w:noVBand="1"/>
      </w:tblPr>
      <w:tblGrid>
        <w:gridCol w:w="4320"/>
        <w:gridCol w:w="5598"/>
      </w:tblGrid>
      <w:tr w:rsidR="004506B5" w:rsidRPr="004506B5" w14:paraId="37355B96" w14:textId="77777777" w:rsidTr="004506B5">
        <w:trPr>
          <w:jc w:val="center"/>
        </w:trPr>
        <w:tc>
          <w:tcPr>
            <w:tcW w:w="4320" w:type="dxa"/>
          </w:tcPr>
          <w:p w14:paraId="7D05861D" w14:textId="77777777" w:rsidR="00830686" w:rsidRPr="004506B5" w:rsidRDefault="00000000" w:rsidP="004506B5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06B5">
              <w:rPr>
                <w:rFonts w:ascii="Times New Roman" w:hAnsi="Times New Roman" w:cs="Times New Roman"/>
                <w:sz w:val="26"/>
                <w:szCs w:val="26"/>
              </w:rPr>
              <w:t>TÊN CQ, TC CHỦ QUẢN</w:t>
            </w:r>
            <w:r w:rsidRPr="004506B5">
              <w:rPr>
                <w:rFonts w:ascii="Times New Roman" w:hAnsi="Times New Roman" w:cs="Times New Roman"/>
                <w:sz w:val="26"/>
                <w:szCs w:val="26"/>
              </w:rPr>
              <w:br/>
              <w:t>TÊN CƠ QUAN, TỔ CHỨC</w:t>
            </w:r>
            <w:r w:rsidRPr="004506B5">
              <w:rPr>
                <w:rFonts w:ascii="Times New Roman" w:hAnsi="Times New Roman" w:cs="Times New Roman"/>
                <w:sz w:val="26"/>
                <w:szCs w:val="26"/>
              </w:rPr>
              <w:br/>
              <w:t>__________________</w:t>
            </w:r>
            <w:r w:rsidRPr="004506B5">
              <w:rPr>
                <w:rFonts w:ascii="Times New Roman" w:hAnsi="Times New Roman" w:cs="Times New Roman"/>
                <w:sz w:val="26"/>
                <w:szCs w:val="26"/>
              </w:rPr>
              <w:br/>
              <w:t>Số: …/……-…</w:t>
            </w:r>
          </w:p>
        </w:tc>
        <w:tc>
          <w:tcPr>
            <w:tcW w:w="5598" w:type="dxa"/>
          </w:tcPr>
          <w:p w14:paraId="57F6EED6" w14:textId="77777777" w:rsidR="00830686" w:rsidRPr="004506B5" w:rsidRDefault="00000000" w:rsidP="004506B5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6B5">
              <w:rPr>
                <w:rFonts w:ascii="Times New Roman" w:hAnsi="Times New Roman" w:cs="Times New Roman"/>
                <w:sz w:val="26"/>
                <w:szCs w:val="26"/>
              </w:rPr>
              <w:t>CỘNG HÒA XÃ HỘI CHỦ NGHĨA VIỆT NAM</w:t>
            </w:r>
            <w:r w:rsidRPr="004506B5">
              <w:rPr>
                <w:rFonts w:ascii="Times New Roman" w:hAnsi="Times New Roman" w:cs="Times New Roman"/>
                <w:sz w:val="26"/>
                <w:szCs w:val="26"/>
              </w:rPr>
              <w:br/>
              <w:t>Độc lập - Tự do - Hạnh phúc</w:t>
            </w:r>
            <w:r w:rsidRPr="004506B5">
              <w:rPr>
                <w:rFonts w:ascii="Times New Roman" w:hAnsi="Times New Roman" w:cs="Times New Roman"/>
                <w:sz w:val="26"/>
                <w:szCs w:val="26"/>
              </w:rPr>
              <w:br/>
              <w:t>__________________</w:t>
            </w:r>
            <w:r w:rsidRPr="004506B5">
              <w:rPr>
                <w:rFonts w:ascii="Times New Roman" w:hAnsi="Times New Roman" w:cs="Times New Roman"/>
                <w:sz w:val="26"/>
                <w:szCs w:val="26"/>
              </w:rPr>
              <w:br/>
              <w:t>..., ngày ... tháng ... năm ...</w:t>
            </w:r>
          </w:p>
        </w:tc>
      </w:tr>
    </w:tbl>
    <w:p w14:paraId="15076D26" w14:textId="77777777" w:rsidR="00830686" w:rsidRPr="004506B5" w:rsidRDefault="00000000" w:rsidP="004506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4506B5">
        <w:rPr>
          <w:rFonts w:ascii="Times New Roman" w:hAnsi="Times New Roman" w:cs="Times New Roman"/>
          <w:sz w:val="26"/>
          <w:szCs w:val="26"/>
        </w:rPr>
        <w:br/>
      </w:r>
    </w:p>
    <w:p w14:paraId="58F3149C" w14:textId="77777777" w:rsidR="00830686" w:rsidRPr="004506B5" w:rsidRDefault="00000000" w:rsidP="004506B5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506B5">
        <w:rPr>
          <w:rFonts w:ascii="Times New Roman" w:hAnsi="Times New Roman" w:cs="Times New Roman"/>
          <w:b/>
          <w:sz w:val="26"/>
          <w:szCs w:val="26"/>
        </w:rPr>
        <w:t>THÔNG BÁO</w:t>
      </w:r>
    </w:p>
    <w:p w14:paraId="006A7B4B" w14:textId="3987FE59" w:rsidR="00830686" w:rsidRPr="004506B5" w:rsidRDefault="00000000" w:rsidP="004506B5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506B5">
        <w:rPr>
          <w:rFonts w:ascii="Times New Roman" w:hAnsi="Times New Roman" w:cs="Times New Roman"/>
          <w:sz w:val="26"/>
          <w:szCs w:val="26"/>
        </w:rPr>
        <w:t>V/v: ...............................................................</w:t>
      </w:r>
    </w:p>
    <w:p w14:paraId="10089ED3" w14:textId="3DA98972" w:rsidR="00830686" w:rsidRPr="004506B5" w:rsidRDefault="00000000" w:rsidP="004506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4506B5">
        <w:rPr>
          <w:rFonts w:ascii="Times New Roman" w:hAnsi="Times New Roman" w:cs="Times New Roman"/>
          <w:sz w:val="26"/>
          <w:szCs w:val="26"/>
        </w:rPr>
        <w:t>Kính gửi: ...........................................................................................</w:t>
      </w:r>
      <w:r w:rsidRPr="004506B5">
        <w:rPr>
          <w:rFonts w:ascii="Times New Roman" w:hAnsi="Times New Roman" w:cs="Times New Roman"/>
          <w:sz w:val="26"/>
          <w:szCs w:val="26"/>
        </w:rPr>
        <w:br/>
      </w:r>
      <w:r w:rsidRPr="004506B5">
        <w:rPr>
          <w:rFonts w:ascii="Times New Roman" w:hAnsi="Times New Roman" w:cs="Times New Roman"/>
          <w:sz w:val="26"/>
          <w:szCs w:val="26"/>
        </w:rPr>
        <w:br/>
        <w:t>Nội dung thông báo:</w:t>
      </w:r>
      <w:r w:rsidRPr="004506B5">
        <w:rPr>
          <w:rFonts w:ascii="Times New Roman" w:hAnsi="Times New Roman" w:cs="Times New Roman"/>
          <w:sz w:val="26"/>
          <w:szCs w:val="26"/>
        </w:rPr>
        <w:br/>
        <w:t>..............................................................................................................................</w:t>
      </w:r>
      <w:r w:rsidRPr="004506B5">
        <w:rPr>
          <w:rFonts w:ascii="Times New Roman" w:hAnsi="Times New Roman" w:cs="Times New Roman"/>
          <w:sz w:val="26"/>
          <w:szCs w:val="26"/>
        </w:rPr>
        <w:br/>
        <w:t>..............................................................................................................................</w:t>
      </w:r>
      <w:r w:rsidRPr="004506B5">
        <w:rPr>
          <w:rFonts w:ascii="Times New Roman" w:hAnsi="Times New Roman" w:cs="Times New Roman"/>
          <w:sz w:val="26"/>
          <w:szCs w:val="26"/>
        </w:rPr>
        <w:br/>
        <w:t>..............................................................................................................................</w:t>
      </w:r>
      <w:r w:rsidRPr="004506B5">
        <w:rPr>
          <w:rFonts w:ascii="Times New Roman" w:hAnsi="Times New Roman" w:cs="Times New Roman"/>
          <w:sz w:val="26"/>
          <w:szCs w:val="26"/>
        </w:rPr>
        <w:br/>
        <w:t>..............................................................................................................................</w:t>
      </w:r>
      <w:r w:rsidRPr="004506B5">
        <w:rPr>
          <w:rFonts w:ascii="Times New Roman" w:hAnsi="Times New Roman" w:cs="Times New Roman"/>
          <w:sz w:val="26"/>
          <w:szCs w:val="26"/>
        </w:rPr>
        <w:br/>
        <w:t>..............................................................................................................................</w:t>
      </w:r>
      <w:r w:rsidRPr="004506B5">
        <w:rPr>
          <w:rFonts w:ascii="Times New Roman" w:hAnsi="Times New Roman" w:cs="Times New Roman"/>
          <w:sz w:val="26"/>
          <w:szCs w:val="26"/>
        </w:rPr>
        <w:br/>
      </w:r>
    </w:p>
    <w:p w14:paraId="35C1CF6F" w14:textId="77777777" w:rsidR="00830686" w:rsidRPr="004506B5" w:rsidRDefault="00000000" w:rsidP="004506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4506B5">
        <w:rPr>
          <w:rFonts w:ascii="Times New Roman" w:hAnsi="Times New Roman" w:cs="Times New Roman"/>
          <w:sz w:val="26"/>
          <w:szCs w:val="26"/>
        </w:rPr>
        <w:t>Trân trọng thông báo./.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506B5" w:rsidRPr="004506B5" w14:paraId="2AF1F975" w14:textId="77777777">
        <w:tc>
          <w:tcPr>
            <w:tcW w:w="4320" w:type="dxa"/>
          </w:tcPr>
          <w:p w14:paraId="673F9EF0" w14:textId="77777777" w:rsidR="00830686" w:rsidRPr="004506B5" w:rsidRDefault="00000000" w:rsidP="004506B5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06B5">
              <w:rPr>
                <w:rFonts w:ascii="Times New Roman" w:hAnsi="Times New Roman" w:cs="Times New Roman"/>
                <w:sz w:val="26"/>
                <w:szCs w:val="26"/>
              </w:rPr>
              <w:t>Nơi nhận:</w:t>
            </w:r>
            <w:r w:rsidRPr="004506B5">
              <w:rPr>
                <w:rFonts w:ascii="Times New Roman" w:hAnsi="Times New Roman" w:cs="Times New Roman"/>
                <w:sz w:val="26"/>
                <w:szCs w:val="26"/>
              </w:rPr>
              <w:br/>
              <w:t>- Như Điều ...;</w:t>
            </w:r>
            <w:r w:rsidRPr="004506B5">
              <w:rPr>
                <w:rFonts w:ascii="Times New Roman" w:hAnsi="Times New Roman" w:cs="Times New Roman"/>
                <w:sz w:val="26"/>
                <w:szCs w:val="26"/>
              </w:rPr>
              <w:br/>
              <w:t>- ............;</w:t>
            </w:r>
            <w:r w:rsidRPr="004506B5">
              <w:rPr>
                <w:rFonts w:ascii="Times New Roman" w:hAnsi="Times New Roman" w:cs="Times New Roman"/>
                <w:sz w:val="26"/>
                <w:szCs w:val="26"/>
              </w:rPr>
              <w:br/>
              <w:t>- Lưu: VT, ........</w:t>
            </w:r>
          </w:p>
        </w:tc>
        <w:tc>
          <w:tcPr>
            <w:tcW w:w="4320" w:type="dxa"/>
          </w:tcPr>
          <w:p w14:paraId="68CFE100" w14:textId="77777777" w:rsidR="004506B5" w:rsidRDefault="00000000" w:rsidP="004506B5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6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QUYỀN HẠN, CHỨC VỤ CỦA NGƯỜI KÝ</w:t>
            </w:r>
            <w:r w:rsidRPr="004506B5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06B5">
              <w:rPr>
                <w:rFonts w:ascii="Times New Roman" w:hAnsi="Times New Roman" w:cs="Times New Roman"/>
                <w:sz w:val="26"/>
                <w:szCs w:val="26"/>
              </w:rPr>
              <w:br/>
              <w:t>(Chữ ký của người có thẩm quyền,</w:t>
            </w:r>
            <w:r w:rsidRPr="004506B5">
              <w:rPr>
                <w:rFonts w:ascii="Times New Roman" w:hAnsi="Times New Roman" w:cs="Times New Roman"/>
                <w:sz w:val="26"/>
                <w:szCs w:val="26"/>
              </w:rPr>
              <w:br/>
              <w:t>dấu/chữ ký số của cơ quan, tổ chức</w:t>
            </w:r>
            <w:r w:rsidR="004506B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4506B5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  <w:p w14:paraId="0EC15BF8" w14:textId="3135677D" w:rsidR="00830686" w:rsidRPr="004506B5" w:rsidRDefault="00000000" w:rsidP="004506B5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6B5">
              <w:rPr>
                <w:rFonts w:ascii="Times New Roman" w:hAnsi="Times New Roman" w:cs="Times New Roman"/>
                <w:sz w:val="26"/>
                <w:szCs w:val="26"/>
              </w:rPr>
              <w:t>Họ và tên</w:t>
            </w:r>
          </w:p>
        </w:tc>
      </w:tr>
    </w:tbl>
    <w:p w14:paraId="1FFBD878" w14:textId="77777777" w:rsidR="00EE2C7B" w:rsidRPr="004506B5" w:rsidRDefault="00EE2C7B" w:rsidP="004506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EE2C7B" w:rsidRPr="004506B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7584593">
    <w:abstractNumId w:val="8"/>
  </w:num>
  <w:num w:numId="2" w16cid:durableId="447167769">
    <w:abstractNumId w:val="6"/>
  </w:num>
  <w:num w:numId="3" w16cid:durableId="1459181689">
    <w:abstractNumId w:val="5"/>
  </w:num>
  <w:num w:numId="4" w16cid:durableId="1762724416">
    <w:abstractNumId w:val="4"/>
  </w:num>
  <w:num w:numId="5" w16cid:durableId="19942077">
    <w:abstractNumId w:val="7"/>
  </w:num>
  <w:num w:numId="6" w16cid:durableId="45956672">
    <w:abstractNumId w:val="3"/>
  </w:num>
  <w:num w:numId="7" w16cid:durableId="1641422158">
    <w:abstractNumId w:val="2"/>
  </w:num>
  <w:num w:numId="8" w16cid:durableId="1353219918">
    <w:abstractNumId w:val="1"/>
  </w:num>
  <w:num w:numId="9" w16cid:durableId="1175223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8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94B"/>
    <w:rsid w:val="0006063C"/>
    <w:rsid w:val="0015074B"/>
    <w:rsid w:val="0029639D"/>
    <w:rsid w:val="00326F90"/>
    <w:rsid w:val="004506B5"/>
    <w:rsid w:val="00830686"/>
    <w:rsid w:val="00AA1D8D"/>
    <w:rsid w:val="00B47730"/>
    <w:rsid w:val="00CB0664"/>
    <w:rsid w:val="00EE2C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55E35D"/>
  <w14:defaultImageDpi w14:val="300"/>
  <w15:docId w15:val="{8A2FC062-A301-40D0-8789-AC2303B32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Thư Anh PLVL</cp:lastModifiedBy>
  <cp:revision>2</cp:revision>
  <dcterms:created xsi:type="dcterms:W3CDTF">2013-12-23T23:15:00Z</dcterms:created>
  <dcterms:modified xsi:type="dcterms:W3CDTF">2025-07-01T02:17:00Z</dcterms:modified>
  <cp:category/>
</cp:coreProperties>
</file>