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E82" w:rsidRDefault="00870538">
      <w:pPr>
        <w:spacing w:after="0" w:line="240" w:lineRule="auto"/>
        <w:jc w:val="center"/>
      </w:pPr>
      <w:r>
        <w:rPr>
          <w:b/>
        </w:rPr>
        <w:t>TUẦN 35</w:t>
      </w:r>
    </w:p>
    <w:p w:rsidR="006F3E82" w:rsidRDefault="00870538">
      <w:pPr>
        <w:spacing w:after="0" w:line="240" w:lineRule="auto"/>
        <w:jc w:val="center"/>
      </w:pPr>
      <w:r>
        <w:rPr>
          <w:b/>
        </w:rPr>
        <w:t>ĐẠO ĐỨC</w:t>
      </w:r>
    </w:p>
    <w:p w:rsidR="006F3E82" w:rsidRDefault="00870538">
      <w:pPr>
        <w:spacing w:after="0" w:line="240" w:lineRule="auto"/>
        <w:jc w:val="center"/>
      </w:pPr>
      <w:r>
        <w:rPr>
          <w:b/>
        </w:rPr>
        <w:t>ÔN TẬP CUỐI NĂM</w:t>
      </w:r>
    </w:p>
    <w:p w:rsidR="006F3E82" w:rsidRDefault="00870538">
      <w:pPr>
        <w:spacing w:after="0" w:line="240" w:lineRule="auto"/>
      </w:pPr>
      <w:r>
        <w:rPr>
          <w:b/>
        </w:rPr>
        <w:t>I. YÊU CẦU CẦN ĐẠT</w:t>
      </w:r>
    </w:p>
    <w:p w:rsidR="006F3E82" w:rsidRDefault="00870538">
      <w:pPr>
        <w:spacing w:after="0" w:line="240" w:lineRule="auto"/>
      </w:pPr>
      <w:r>
        <w:rPr>
          <w:b/>
        </w:rPr>
        <w:t>1. Năng lực đặc thù</w:t>
      </w:r>
    </w:p>
    <w:p w:rsidR="006F3E82" w:rsidRDefault="00870538">
      <w:pPr>
        <w:spacing w:after="0" w:line="240" w:lineRule="auto"/>
      </w:pPr>
      <w:r>
        <w:t xml:space="preserve">- Hệ thống được </w:t>
      </w:r>
      <w:r>
        <w:t>những nội dung đã học về xử lý bất hòa với bạn bè, đi bộ an toàn và an toàn khi tham gia các phương tiện giao thông.</w:t>
      </w:r>
    </w:p>
    <w:p w:rsidR="006F3E82" w:rsidRDefault="00870538">
      <w:pPr>
        <w:spacing w:after="0" w:line="240" w:lineRule="auto"/>
      </w:pPr>
      <w:r>
        <w:t>- Nhận biết được những hành vi đúng, sai trong giao tiếp với bạn bè và khi tham gia giao thông.</w:t>
      </w:r>
    </w:p>
    <w:p w:rsidR="006F3E82" w:rsidRDefault="00870538">
      <w:pPr>
        <w:spacing w:after="0" w:line="240" w:lineRule="auto"/>
      </w:pPr>
      <w:r>
        <w:t>- Nêu được cách ứng xử phù hợp để xử lý bất</w:t>
      </w:r>
      <w:r>
        <w:t xml:space="preserve"> hòa với bạn bè; thực hiện đúng một số quy tắc đi bộ an toàn và quy tắc an toàn khi tham gia các phương tiện giao thông quen thuộc.</w:t>
      </w:r>
    </w:p>
    <w:p w:rsidR="006F3E82" w:rsidRDefault="00870538">
      <w:pPr>
        <w:spacing w:after="0" w:line="240" w:lineRule="auto"/>
      </w:pPr>
      <w:r>
        <w:t>- Vận dụng kiến thức đã ôn tập để xử lí một số tình huống gần gũi trong học tập và cuộc sống hằng ngày.</w:t>
      </w:r>
    </w:p>
    <w:p w:rsidR="006F3E82" w:rsidRDefault="00870538">
      <w:pPr>
        <w:spacing w:after="0" w:line="240" w:lineRule="auto"/>
      </w:pPr>
      <w:r>
        <w:rPr>
          <w:b/>
        </w:rPr>
        <w:t>2. Năng lực chung</w:t>
      </w:r>
    </w:p>
    <w:p w:rsidR="006F3E82" w:rsidRDefault="00870538">
      <w:pPr>
        <w:spacing w:after="0" w:line="240" w:lineRule="auto"/>
      </w:pPr>
      <w:r>
        <w:t xml:space="preserve">- </w:t>
      </w:r>
      <w:r>
        <w:t>Năng lực tự chủ, tự học: Lắng nghe, suy nghĩ, trả lời câu hỏi, tự đánh giá việc thực hiện của bản thân.</w:t>
      </w:r>
    </w:p>
    <w:p w:rsidR="006F3E82" w:rsidRDefault="00870538">
      <w:pPr>
        <w:spacing w:after="0" w:line="240" w:lineRule="auto"/>
      </w:pPr>
      <w:r>
        <w:t>- Năng lực giao tiếp và hợp tác: Trao đổi với bạn, thảo luận nhóm, trình bày ý kiến, chia sẻ cách xử lí tình huống.</w:t>
      </w:r>
    </w:p>
    <w:p w:rsidR="006F3E82" w:rsidRDefault="00870538">
      <w:pPr>
        <w:spacing w:after="0" w:line="240" w:lineRule="auto"/>
      </w:pPr>
      <w:r>
        <w:t>- Năng lực giải quyết vấn đề và sáng</w:t>
      </w:r>
      <w:r>
        <w:t xml:space="preserve"> tạo: Nhận xét hành vi, lựa chọn cách ứng xử phù hợp và vận dụng vào thực tế.</w:t>
      </w:r>
    </w:p>
    <w:p w:rsidR="006F3E82" w:rsidRDefault="00870538">
      <w:pPr>
        <w:spacing w:after="0" w:line="240" w:lineRule="auto"/>
      </w:pPr>
      <w:r>
        <w:rPr>
          <w:b/>
        </w:rPr>
        <w:t>3. Phẩm chất</w:t>
      </w:r>
    </w:p>
    <w:p w:rsidR="006F3E82" w:rsidRDefault="00870538">
      <w:pPr>
        <w:spacing w:after="0" w:line="240" w:lineRule="auto"/>
      </w:pPr>
      <w:r>
        <w:t>- Nhân ái: Biết yêu thương, nhường nhịn, lắng nghe, tôn trọng bạn bè.</w:t>
      </w:r>
    </w:p>
    <w:p w:rsidR="006F3E82" w:rsidRDefault="00870538">
      <w:pPr>
        <w:spacing w:after="0" w:line="240" w:lineRule="auto"/>
      </w:pPr>
      <w:r>
        <w:t>- Chăm chỉ: Tích cực tham gia các hoạt động ôn tập, hoàn thành nhiệm vụ được giao.</w:t>
      </w:r>
    </w:p>
    <w:p w:rsidR="006F3E82" w:rsidRDefault="00870538">
      <w:pPr>
        <w:spacing w:after="0" w:line="240" w:lineRule="auto"/>
      </w:pPr>
      <w:r>
        <w:t>- Trách nhiệ</w:t>
      </w:r>
      <w:r>
        <w:t>m: Có ý thức chấp hành quy tắc an toàn giao thông, giữ gìn trật tự và bảo vệ bản thân.</w:t>
      </w:r>
    </w:p>
    <w:p w:rsidR="006F3E82" w:rsidRDefault="00870538">
      <w:pPr>
        <w:spacing w:after="0" w:line="240" w:lineRule="auto"/>
      </w:pPr>
      <w:r>
        <w:rPr>
          <w:b/>
        </w:rPr>
        <w:t>II. ĐỒ DÙNG DẠY HỌC</w:t>
      </w:r>
    </w:p>
    <w:p w:rsidR="006F3E82" w:rsidRDefault="00870538">
      <w:pPr>
        <w:spacing w:after="0" w:line="240" w:lineRule="auto"/>
      </w:pPr>
      <w:r>
        <w:t>- Kế hoạch bài dạy, bài giảng PowerPoint.</w:t>
      </w:r>
    </w:p>
    <w:p w:rsidR="006F3E82" w:rsidRDefault="00870538">
      <w:pPr>
        <w:spacing w:after="0" w:line="240" w:lineRule="auto"/>
      </w:pPr>
      <w:r>
        <w:t>- SGK, tranh tình huống, phiếu học tập, thẻ câu hỏi, bảng phụ.</w:t>
      </w:r>
    </w:p>
    <w:p w:rsidR="006F3E82" w:rsidRDefault="00870538">
      <w:pPr>
        <w:spacing w:after="0" w:line="240" w:lineRule="auto"/>
      </w:pPr>
      <w:r>
        <w:rPr>
          <w:b/>
        </w:rPr>
        <w:t>III. HOẠT ĐỘNG DẠY HỌC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6F3E82" w:rsidTr="00870538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pPr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pPr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6F3E82">
        <w:trPr>
          <w:jc w:val="center"/>
        </w:trPr>
        <w:tc>
          <w:tcPr>
            <w:tcW w:w="10368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rPr>
                <w:b/>
              </w:rPr>
              <w:t>1. KHỞI ĐỘNG</w:t>
            </w:r>
          </w:p>
        </w:tc>
      </w:tr>
      <w:tr w:rsidR="006F3E82">
        <w:trPr>
          <w:jc w:val="center"/>
        </w:trPr>
        <w:tc>
          <w:tcPr>
            <w:tcW w:w="10368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rPr>
                <w:b/>
              </w:rPr>
              <w:t>Mục tiêu: Tạo không khí vui vẻ, giúp HS nhớ lại những nội dung trọng tâm đã học trong các bài ôn tập.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 tổ chức cho HS chơi trò chơi “Ô cửa bí mật”.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tham gia trò chơi theo hướng dẫn của GV.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 nêu câu hỏi: Khi xảy ra bất hòa với b</w:t>
            </w:r>
            <w:r>
              <w:t>ạn bè, em nên làm gì?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trả lời: Khi xảy ra bất hòa với bạn bè, em cần bình tĩnh, lắng nghe, nói lời phù hợp, biết nhường nhịn, xin lỗi hoặc hòa giải với bạn.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 nêu câu hỏi: Khi đi bộ, em cần tuân thủ những quy tắc an toàn nào?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 xml:space="preserve">- HS trả lời: Khi đi </w:t>
            </w:r>
            <w:r>
              <w:t xml:space="preserve">bộ, em cần đi trên vỉa hè hoặc sát lề đường; qua đường đúng nơi quy </w:t>
            </w:r>
            <w:r>
              <w:lastRenderedPageBreak/>
              <w:t>định, quan sát cẩn thận và chấp hành đèn tín hiệu giao thông.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lastRenderedPageBreak/>
              <w:t>- GV nêu câu hỏi: Khi tham gia các phương tiện giao thông, em cần chú ý điều gì để bảo đảm an toàn?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 xml:space="preserve">- HS trả lời: Khi tham </w:t>
            </w:r>
            <w:r>
              <w:t>gia các phương tiện giao thông, em cần đội mũ bảo hiểm, thắt dây an toàn, mặc áo phao khi đi thuyền, ngồi ngay ngắn và không đùa nghịch.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 nhận xét, tuyên dương và dẫn dắt vào bài ôn tập.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lắng nghe.</w:t>
            </w:r>
          </w:p>
        </w:tc>
      </w:tr>
      <w:tr w:rsidR="006F3E82">
        <w:trPr>
          <w:jc w:val="center"/>
        </w:trPr>
        <w:tc>
          <w:tcPr>
            <w:tcW w:w="10368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rPr>
                <w:b/>
              </w:rPr>
              <w:t>2. LUYỆN TẬP, THỰC HÀNH</w:t>
            </w:r>
          </w:p>
        </w:tc>
      </w:tr>
      <w:tr w:rsidR="006F3E82">
        <w:trPr>
          <w:jc w:val="center"/>
        </w:trPr>
        <w:tc>
          <w:tcPr>
            <w:tcW w:w="10368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rPr>
                <w:b/>
              </w:rPr>
              <w:t>Mục tiêu: Giúp HS hệ t</w:t>
            </w:r>
            <w:r>
              <w:rPr>
                <w:b/>
              </w:rPr>
              <w:t>hống kiến thức, nhận xét hành vi và vận dụng để xử lí tình huống phù hợp.</w:t>
            </w:r>
          </w:p>
        </w:tc>
      </w:tr>
      <w:tr w:rsidR="006F3E82">
        <w:trPr>
          <w:jc w:val="center"/>
        </w:trPr>
        <w:tc>
          <w:tcPr>
            <w:tcW w:w="10368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rPr>
                <w:b/>
              </w:rPr>
              <w:t>BÀI 1: HỆ THỐNG KIẾN THỨC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 yêu cầu HS thảo luận nhóm, hoàn thành phiếu ôn tập theo 3 nội dung: xử lý bất hòa với bạn bè; đi bộ an toàn; an toàn khi tham gia các phương tiện gia</w:t>
            </w:r>
            <w:r>
              <w:t>o thông.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thảo luận nhóm, hoàn thành phiếu ôn tập theo yêu cầu.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 yêu cầu HS nêu những việc nên làm khi có mâu thuẫn, bất hòa với bạn.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 xml:space="preserve">- HS trả lời: Em cần bình tĩnh, lắng nghe bạn, nói rõ suy nghĩ của mình, biết nhường nhịn, xin lỗi khi có lỗi và </w:t>
            </w:r>
            <w:r>
              <w:t>cùng bạn tìm cách giải quyết phù hợp.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 yêu cầu HS nêu những việc cần làm để đi bộ an toàn.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trả lời: Em cần đi trên vỉa hè, đi sát lề đường khi không có vỉa hè, quan sát trước khi qua đường, đi đúng vạch kẻ đường dành cho người đi bộ.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 xml:space="preserve">- GV yêu </w:t>
            </w:r>
            <w:r>
              <w:t>cầu HS nêu những quy tắc an toàn khi tham gia các phương tiện giao thông.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trả lời: Em cần đội mũ bảo hiểm khi đi xe máy, thắt dây an toàn khi đi ô tô, mặc áo phao khi đi thuyền, ngồi ngay ngắn và tuân theo hướng dẫn của người lớn hoặc nhân viên.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</w:t>
            </w:r>
            <w:r>
              <w:t xml:space="preserve"> mời đại diện các nhóm trình bày; GV nhận xét, chốt kiến thức.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Đại diện các nhóm trình bày; HS các nhóm khác nhận xét, bổ sung.</w:t>
            </w:r>
          </w:p>
        </w:tc>
      </w:tr>
      <w:tr w:rsidR="006F3E82">
        <w:trPr>
          <w:jc w:val="center"/>
        </w:trPr>
        <w:tc>
          <w:tcPr>
            <w:tcW w:w="10368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rPr>
                <w:b/>
              </w:rPr>
              <w:t>BÀI 2: XỬ LÍ TÌNH HUỐNG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 xml:space="preserve">- GV nêu tình huống 1: Em và bạn hiểu lầm nhau trong giờ chơi, cả hai đều đang giận nhau. Em sẽ làm </w:t>
            </w:r>
            <w:r>
              <w:t>gì?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trả lời: Em sẽ bình tĩnh, nói chuyện nhẹ nhàng với bạn, lắng nghe bạn giải thích, nói rõ suy nghĩ của mình và cùng bạn làm hòa.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 xml:space="preserve">- GV nêu tình huống 2: Tan học, em cần qua </w:t>
            </w:r>
            <w:r>
              <w:lastRenderedPageBreak/>
              <w:t>đường ở nơi đông xe cộ. Em sẽ làm gì để bảo đảm an toàn?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lastRenderedPageBreak/>
              <w:t>- HS trả lời: Em s</w:t>
            </w:r>
            <w:r>
              <w:t xml:space="preserve">ẽ quan sát cẩn thận, qua </w:t>
            </w:r>
            <w:r>
              <w:lastRenderedPageBreak/>
              <w:t>đường đúng nơi quy định; nếu đường đông xe, em sẽ nhờ người lớn giúp đỡ để qua đường an toàn.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lastRenderedPageBreak/>
              <w:t>- GV nêu tình huống 3: Em được người thân chở bằng xe máy nhưng quên mũ bảo hiểm. Em sẽ ứng xử thế nào?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 xml:space="preserve">- HS trả lời: Em sẽ nhắc người </w:t>
            </w:r>
            <w:r>
              <w:t>thân cho em đội mũ bảo hiểm rồi mới lên xe để bảo đảm an toàn.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 cho HS nhận xét, bổ sung; GV chốt cách xử lí phù hợp cho từng tình huống.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nhận xét, bổ sung và lắng nghe.</w:t>
            </w:r>
          </w:p>
        </w:tc>
      </w:tr>
      <w:tr w:rsidR="006F3E82">
        <w:trPr>
          <w:jc w:val="center"/>
        </w:trPr>
        <w:tc>
          <w:tcPr>
            <w:tcW w:w="10368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rPr>
                <w:b/>
              </w:rPr>
              <w:t>3. VẬN DỤNG</w:t>
            </w:r>
          </w:p>
        </w:tc>
      </w:tr>
      <w:tr w:rsidR="006F3E82">
        <w:trPr>
          <w:jc w:val="center"/>
        </w:trPr>
        <w:tc>
          <w:tcPr>
            <w:tcW w:w="10368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rPr>
                <w:b/>
              </w:rPr>
              <w:t xml:space="preserve">Mục tiêu: HS biết liên hệ bản thân và thực hiện những điều đã </w:t>
            </w:r>
            <w:r>
              <w:rPr>
                <w:b/>
              </w:rPr>
              <w:t>ôn tập trong cuộc sống hằng ngày.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 yêu cầu HS làm việc cá nhân: Viết hoặc nói 3 việc em sẽ thực hiện sau tiết ôn tập để ứng xử tốt với bạn bè và tham gia giao thông an toàn.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suy nghĩ, viết hoặc nói 3 việc em sẽ thực hiện sau tiết ôn tập.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 mờ</w:t>
            </w:r>
            <w:r>
              <w:t>i HS chia sẻ trước lớp.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chia sẻ trước lớp: Em sẽ biết nhường nhịn, hòa giải với bạn; đi bộ đúng nơi quy định; đội mũ bảo hiểm và thực hiện đúng quy tắc an toàn khi tham gia giao thông.</w:t>
            </w:r>
          </w:p>
        </w:tc>
      </w:tr>
      <w:tr w:rsidR="006F3E82">
        <w:trPr>
          <w:jc w:val="center"/>
        </w:trPr>
        <w:tc>
          <w:tcPr>
            <w:tcW w:w="10368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bookmarkStart w:id="0" w:name="_GoBack"/>
            <w:bookmarkEnd w:id="0"/>
            <w:r>
              <w:rPr>
                <w:b/>
              </w:rPr>
              <w:t>4. CỦNG CỐ, DẶN DÒ</w:t>
            </w:r>
          </w:p>
        </w:tc>
      </w:tr>
      <w:tr w:rsidR="006F3E82">
        <w:trPr>
          <w:jc w:val="center"/>
        </w:trPr>
        <w:tc>
          <w:tcPr>
            <w:tcW w:w="10368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rPr>
                <w:b/>
              </w:rPr>
              <w:t xml:space="preserve">Mục tiêu: Giúp HS khắc sâu nội dung đã </w:t>
            </w:r>
            <w:r>
              <w:rPr>
                <w:b/>
              </w:rPr>
              <w:t>ôn tập và biết việc cần làm sau bài học.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 yêu cầu HS nêu 3 điều em học được qua tiết ôn tập.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trả lời: Em học được cách xử lý bất hòa với bạn bè; cách đi bộ an toàn; cách tham gia các phương tiện giao thông an toàn.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 xml:space="preserve">- GV yêu cầu HS nêu 3 việc em </w:t>
            </w:r>
            <w:r>
              <w:t>cần làm sau bài học.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trả lời: Em cần biết nhường nhịn, hòa giải với bạn; chấp hành đúng quy tắc đi bộ an toàn; thực hiện nghiêm túc các quy tắc an toàn khi tham gia giao thông.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 nhận xét tiết học, tuyên dương HS tích cực.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lắng nghe.</w:t>
            </w:r>
          </w:p>
        </w:tc>
      </w:tr>
      <w:tr w:rsidR="006F3E82">
        <w:trPr>
          <w:jc w:val="center"/>
        </w:trPr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GV dặ</w:t>
            </w:r>
            <w:r>
              <w:t>n dò: Về nhà ôn lại các nội dung đã học và vận dụng vào cuộc sống hằng ngày.</w:t>
            </w:r>
          </w:p>
        </w:tc>
        <w:tc>
          <w:tcPr>
            <w:tcW w:w="518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6F3E82" w:rsidRDefault="00870538">
            <w:r>
              <w:t>- HS lắng nghe, thực hiện.</w:t>
            </w:r>
          </w:p>
        </w:tc>
      </w:tr>
    </w:tbl>
    <w:p w:rsidR="006F3E82" w:rsidRDefault="006F3E82">
      <w:pPr>
        <w:spacing w:after="0" w:line="240" w:lineRule="auto"/>
      </w:pPr>
    </w:p>
    <w:p w:rsidR="006F3E82" w:rsidRDefault="00870538">
      <w:pPr>
        <w:spacing w:after="0" w:line="240" w:lineRule="auto"/>
      </w:pPr>
      <w:r>
        <w:rPr>
          <w:b/>
        </w:rPr>
        <w:t>IV. ĐIỀU CHỈNH SAU TIẾT DẠY</w:t>
      </w:r>
    </w:p>
    <w:p w:rsidR="006F3E82" w:rsidRDefault="00870538">
      <w:pPr>
        <w:spacing w:after="0" w:line="240" w:lineRule="auto"/>
      </w:pPr>
      <w:r>
        <w:t xml:space="preserve">- </w:t>
      </w:r>
      <w:r>
        <w:t>............................................................................................................................</w:t>
      </w:r>
    </w:p>
    <w:p w:rsidR="006F3E82" w:rsidRDefault="00870538">
      <w:pPr>
        <w:spacing w:after="0" w:line="240" w:lineRule="auto"/>
      </w:pPr>
      <w:r>
        <w:t>- ............................................................................................................................</w:t>
      </w:r>
    </w:p>
    <w:p w:rsidR="006F3E82" w:rsidRDefault="00870538">
      <w:pPr>
        <w:spacing w:after="0" w:line="240" w:lineRule="auto"/>
      </w:pPr>
      <w:r>
        <w:lastRenderedPageBreak/>
        <w:t>- ..</w:t>
      </w:r>
      <w:r>
        <w:t>..........................................................................................................................</w:t>
      </w:r>
    </w:p>
    <w:sectPr w:rsidR="006F3E82" w:rsidSect="00034616">
      <w:pgSz w:w="12240" w:h="15840"/>
      <w:pgMar w:top="864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F3E82"/>
    <w:rsid w:val="0087053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76D30C7"/>
  <w14:defaultImageDpi w14:val="300"/>
  <w15:docId w15:val="{4EC2A2DD-FB0F-401C-AF47-B2E80114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8C0CEB-E27A-4280-A9AC-5F667315A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>generated by python-docx</dc:description>
  <cp:lastModifiedBy>Tran</cp:lastModifiedBy>
  <cp:revision>2</cp:revision>
  <dcterms:created xsi:type="dcterms:W3CDTF">2026-04-17T02:40:00Z</dcterms:created>
  <dcterms:modified xsi:type="dcterms:W3CDTF">2026-04-17T02:40:00Z</dcterms:modified>
  <cp:category/>
</cp:coreProperties>
</file>