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3D065" w14:textId="77777777" w:rsidR="00AC3132" w:rsidRDefault="00000000">
      <w:pPr>
        <w:jc w:val="center"/>
      </w:pPr>
      <w:r>
        <w:rPr>
          <w:b/>
        </w:rPr>
        <w:t>CỘNG HÒA XÃ HỘI CHỦ NGHĨA VIỆT NAM</w:t>
      </w:r>
    </w:p>
    <w:p w14:paraId="5BAE9A8A" w14:textId="77777777" w:rsidR="00AC3132" w:rsidRDefault="00000000">
      <w:pPr>
        <w:jc w:val="center"/>
      </w:pPr>
      <w:r>
        <w:rPr>
          <w:b/>
        </w:rPr>
        <w:t>Độc lập - Tự do - Hạnh phúc</w:t>
      </w:r>
    </w:p>
    <w:p w14:paraId="546B96E5" w14:textId="77777777" w:rsidR="00AC3132" w:rsidRDefault="00AC3132"/>
    <w:p w14:paraId="3E88A536" w14:textId="77777777" w:rsidR="00AC3132" w:rsidRDefault="00000000">
      <w:pPr>
        <w:jc w:val="center"/>
      </w:pPr>
      <w:r>
        <w:rPr>
          <w:b/>
        </w:rPr>
        <w:t>HỢP ĐỒNG AN TOÀN LAO ĐỘNG</w:t>
      </w:r>
    </w:p>
    <w:p w14:paraId="1B36D02D" w14:textId="77777777" w:rsidR="00AC3132" w:rsidRDefault="00AC3132"/>
    <w:p w14:paraId="20DD13BC" w14:textId="77777777" w:rsidR="00AC3132" w:rsidRDefault="00AC3132"/>
    <w:p w14:paraId="5C4ACE6A" w14:textId="77777777" w:rsidR="00AC3132" w:rsidRDefault="00000000">
      <w:r>
        <w:t>Căn cứ Bộ luật Lao động và các quy định về an toàn, vệ sinh lao động hiện hành.</w:t>
      </w:r>
    </w:p>
    <w:p w14:paraId="3CDD9E69" w14:textId="77777777" w:rsidR="00AC3132" w:rsidRDefault="00AC3132"/>
    <w:p w14:paraId="1D12FD2F" w14:textId="77777777" w:rsidR="00AC3132" w:rsidRDefault="00000000">
      <w:r>
        <w:t>Hôm nay, ngày ..... tháng ..... năm ....., tại .................., chúng tôi gồm:</w:t>
      </w:r>
    </w:p>
    <w:p w14:paraId="7C87C225" w14:textId="77777777" w:rsidR="00AC3132" w:rsidRDefault="00AC3132"/>
    <w:p w14:paraId="7F300FFB" w14:textId="77777777" w:rsidR="00AC3132" w:rsidRDefault="00000000">
      <w:r>
        <w:t>BÊN A (Người sử dụng lao động):</w:t>
      </w:r>
    </w:p>
    <w:p w14:paraId="71E20AD7" w14:textId="77777777" w:rsidR="00AC3132" w:rsidRDefault="00000000">
      <w:r>
        <w:t>- Tên đơn vị: ............................................................</w:t>
      </w:r>
    </w:p>
    <w:p w14:paraId="07C6C149" w14:textId="77777777" w:rsidR="00AC3132" w:rsidRDefault="00000000">
      <w:r>
        <w:t>- Địa chỉ: ...............................................................</w:t>
      </w:r>
    </w:p>
    <w:p w14:paraId="6EF1C5A3" w14:textId="77777777" w:rsidR="00AC3132" w:rsidRDefault="00000000">
      <w:r>
        <w:t>- Đại diện: ..............................................................</w:t>
      </w:r>
    </w:p>
    <w:p w14:paraId="4C38004A" w14:textId="77777777" w:rsidR="00AC3132" w:rsidRDefault="00000000">
      <w:r>
        <w:t>- Chức vụ: ...............................................................</w:t>
      </w:r>
    </w:p>
    <w:p w14:paraId="1B6FFD50" w14:textId="77777777" w:rsidR="00AC3132" w:rsidRDefault="00AC3132"/>
    <w:p w14:paraId="3255A527" w14:textId="77777777" w:rsidR="00AC3132" w:rsidRDefault="00000000">
      <w:r>
        <w:t>BÊN B (Người lao động):</w:t>
      </w:r>
    </w:p>
    <w:p w14:paraId="1AADA0C3" w14:textId="77777777" w:rsidR="00AC3132" w:rsidRDefault="00000000">
      <w:r>
        <w:t>- Họ và tên: .............................................................</w:t>
      </w:r>
    </w:p>
    <w:p w14:paraId="11FD1948" w14:textId="77777777" w:rsidR="00AC3132" w:rsidRDefault="00000000">
      <w:r>
        <w:t>- Ngày sinh: .............................................................</w:t>
      </w:r>
    </w:p>
    <w:p w14:paraId="35BF9ABA" w14:textId="77777777" w:rsidR="00AC3132" w:rsidRDefault="00000000">
      <w:r>
        <w:t>- CCCD/CMND: .............................................................</w:t>
      </w:r>
    </w:p>
    <w:p w14:paraId="129F948F" w14:textId="77777777" w:rsidR="00AC3132" w:rsidRDefault="00000000">
      <w:r>
        <w:t>- Địa chỉ: ...............................................................</w:t>
      </w:r>
    </w:p>
    <w:p w14:paraId="0F12F444" w14:textId="77777777" w:rsidR="00AC3132" w:rsidRDefault="00AC3132"/>
    <w:p w14:paraId="65317EA9" w14:textId="77777777" w:rsidR="00AC3132" w:rsidRDefault="00000000">
      <w:r>
        <w:t>Điều 1. Nội dung công việc</w:t>
      </w:r>
    </w:p>
    <w:p w14:paraId="36D50ECF" w14:textId="77777777" w:rsidR="00AC3132" w:rsidRDefault="00000000">
      <w:r>
        <w:t>Bên B thực hiện công việc: ................................................</w:t>
      </w:r>
    </w:p>
    <w:p w14:paraId="26A5E6E1" w14:textId="77777777" w:rsidR="00AC3132" w:rsidRDefault="00AC3132"/>
    <w:p w14:paraId="45970ABF" w14:textId="77777777" w:rsidR="00AC3132" w:rsidRDefault="00000000">
      <w:r>
        <w:t>Điều 2. Cam kết về an toàn lao động</w:t>
      </w:r>
    </w:p>
    <w:p w14:paraId="4E842664" w14:textId="77777777" w:rsidR="00AC3132" w:rsidRDefault="00000000">
      <w:r>
        <w:t>- Bên A đảm bảo cung cấp đầy đủ trang thiết bị bảo hộ lao động.</w:t>
      </w:r>
    </w:p>
    <w:p w14:paraId="3EC19E79" w14:textId="77777777" w:rsidR="00AC3132" w:rsidRDefault="00000000">
      <w:r>
        <w:t>- Tổ chức huấn luyện an toàn, vệ sinh lao động.</w:t>
      </w:r>
    </w:p>
    <w:p w14:paraId="24E96120" w14:textId="77777777" w:rsidR="00AC3132" w:rsidRDefault="00000000">
      <w:r>
        <w:t>- Kiểm tra điều kiện làm việc định kỳ.</w:t>
      </w:r>
    </w:p>
    <w:p w14:paraId="283FC1F2" w14:textId="77777777" w:rsidR="00AC3132" w:rsidRDefault="00AC3132"/>
    <w:p w14:paraId="31003908" w14:textId="77777777" w:rsidR="00AC3132" w:rsidRDefault="00000000">
      <w:r>
        <w:t>Điều 3. Nghĩa vụ của người lao động</w:t>
      </w:r>
    </w:p>
    <w:p w14:paraId="7098B2C2" w14:textId="77777777" w:rsidR="00AC3132" w:rsidRDefault="00000000">
      <w:r>
        <w:t>- Tuân thủ quy định an toàn lao động.</w:t>
      </w:r>
    </w:p>
    <w:p w14:paraId="2D0EA7ED" w14:textId="77777777" w:rsidR="00AC3132" w:rsidRDefault="00000000">
      <w:r>
        <w:t>- Sử dụng đầy đủ bảo hộ lao động.</w:t>
      </w:r>
    </w:p>
    <w:p w14:paraId="264CF4DC" w14:textId="77777777" w:rsidR="00AC3132" w:rsidRDefault="00000000">
      <w:r>
        <w:t>- Báo cáo nguy cơ mất an toàn.</w:t>
      </w:r>
    </w:p>
    <w:p w14:paraId="715A5384" w14:textId="77777777" w:rsidR="00AC3132" w:rsidRDefault="00AC3132"/>
    <w:p w14:paraId="3142E69D" w14:textId="77777777" w:rsidR="00AC3132" w:rsidRDefault="00000000">
      <w:r>
        <w:t>Điều 4. Quyền lợi</w:t>
      </w:r>
    </w:p>
    <w:p w14:paraId="6E95F205" w14:textId="77777777" w:rsidR="00AC3132" w:rsidRDefault="00000000">
      <w:r>
        <w:t>- Được trang bị bảo hộ lao động.</w:t>
      </w:r>
    </w:p>
    <w:p w14:paraId="0972939E" w14:textId="77777777" w:rsidR="00AC3132" w:rsidRDefault="00000000">
      <w:r>
        <w:t>- Được từ chối công việc nguy hiểm.</w:t>
      </w:r>
    </w:p>
    <w:p w14:paraId="0B95DA29" w14:textId="77777777" w:rsidR="00AC3132" w:rsidRDefault="00000000">
      <w:r>
        <w:t>- Được hưởng chế độ khi xảy ra tai nạn lao động.</w:t>
      </w:r>
    </w:p>
    <w:p w14:paraId="0EDF0E7F" w14:textId="77777777" w:rsidR="00AC3132" w:rsidRDefault="00AC3132"/>
    <w:p w14:paraId="1E3BC913" w14:textId="77777777" w:rsidR="00AC3132" w:rsidRDefault="00000000">
      <w:r>
        <w:t>Điều 5. Hiệu lực</w:t>
      </w:r>
    </w:p>
    <w:p w14:paraId="769D9472" w14:textId="77777777" w:rsidR="00AC3132" w:rsidRDefault="00000000">
      <w:r>
        <w:t>Hợp đồng có hiệu lực từ ngày ..... đến ngày .....</w:t>
      </w:r>
    </w:p>
    <w:p w14:paraId="1654E29C" w14:textId="77777777" w:rsidR="00AC3132" w:rsidRDefault="00AC3132"/>
    <w:p w14:paraId="518644A0" w14:textId="77777777" w:rsidR="00AC3132" w:rsidRDefault="00000000">
      <w:r>
        <w:t>ĐẠI DIỆN BÊN A                         NGƯỜI LAO ĐỘNG</w:t>
      </w:r>
    </w:p>
    <w:p w14:paraId="270392AE" w14:textId="77777777" w:rsidR="00AC3132" w:rsidRDefault="00000000">
      <w:r>
        <w:t>(Ký, ghi rõ họ tên)                   (Ký, ghi rõ họ tên)</w:t>
      </w:r>
    </w:p>
    <w:p w14:paraId="4F1EEDE8" w14:textId="77777777" w:rsidR="00AC3132" w:rsidRDefault="00AC3132"/>
    <w:sectPr w:rsidR="00AC313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6088801">
    <w:abstractNumId w:val="8"/>
  </w:num>
  <w:num w:numId="2" w16cid:durableId="122424587">
    <w:abstractNumId w:val="6"/>
  </w:num>
  <w:num w:numId="3" w16cid:durableId="1755541493">
    <w:abstractNumId w:val="5"/>
  </w:num>
  <w:num w:numId="4" w16cid:durableId="413168519">
    <w:abstractNumId w:val="4"/>
  </w:num>
  <w:num w:numId="5" w16cid:durableId="1971401204">
    <w:abstractNumId w:val="7"/>
  </w:num>
  <w:num w:numId="6" w16cid:durableId="123470539">
    <w:abstractNumId w:val="3"/>
  </w:num>
  <w:num w:numId="7" w16cid:durableId="995692281">
    <w:abstractNumId w:val="2"/>
  </w:num>
  <w:num w:numId="8" w16cid:durableId="1422602412">
    <w:abstractNumId w:val="1"/>
  </w:num>
  <w:num w:numId="9" w16cid:durableId="86201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A0A6A"/>
    <w:rsid w:val="00AA1D8D"/>
    <w:rsid w:val="00AC313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22FE31"/>
  <w14:defaultImageDpi w14:val="300"/>
  <w15:docId w15:val="{B9DCB421-03B5-4BEB-A7BB-BF36F1B2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Triều Long LĐTL</cp:lastModifiedBy>
  <cp:revision>2</cp:revision>
  <dcterms:created xsi:type="dcterms:W3CDTF">2026-04-10T07:15:00Z</dcterms:created>
  <dcterms:modified xsi:type="dcterms:W3CDTF">2026-04-10T07:15:00Z</dcterms:modified>
  <cp:category/>
</cp:coreProperties>
</file>