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1EA" w:rsidRDefault="0053668F">
      <w:pPr>
        <w:jc w:val="center"/>
      </w:pPr>
      <w:bookmarkStart w:id="0" w:name="_GoBack"/>
      <w:bookmarkEnd w:id="0"/>
      <w:r>
        <w:rPr>
          <w:b/>
        </w:rPr>
        <w:t>TUẦN 32</w:t>
      </w:r>
    </w:p>
    <w:p w:rsidR="003D41EA" w:rsidRDefault="0053668F">
      <w:pPr>
        <w:jc w:val="center"/>
      </w:pPr>
      <w:r>
        <w:rPr>
          <w:b/>
        </w:rPr>
        <w:t>TỰ NHIÊN VÀ XÃ HỘI</w:t>
      </w:r>
    </w:p>
    <w:p w:rsidR="003D41EA" w:rsidRDefault="0053668F">
      <w:pPr>
        <w:jc w:val="center"/>
      </w:pPr>
      <w:r>
        <w:rPr>
          <w:b/>
        </w:rPr>
        <w:t>CHỦ ĐỀ 6: TRÁI ĐẤT VÀ BẦU TRỜI</w:t>
      </w:r>
    </w:p>
    <w:p w:rsidR="003D41EA" w:rsidRDefault="0053668F">
      <w:pPr>
        <w:jc w:val="center"/>
      </w:pPr>
      <w:r>
        <w:rPr>
          <w:b/>
        </w:rPr>
        <w:t>Bài 28: BỀ MẶT TRÁI ĐẤT (Tiết 3)</w:t>
      </w:r>
    </w:p>
    <w:p w:rsidR="003D41EA" w:rsidRDefault="0053668F">
      <w:r>
        <w:rPr>
          <w:b/>
        </w:rPr>
        <w:t>I. YÊU CẦU CẦN ĐẠT</w:t>
      </w:r>
    </w:p>
    <w:p w:rsidR="003D41EA" w:rsidRDefault="0053668F">
      <w:r>
        <w:rPr>
          <w:b/>
        </w:rPr>
        <w:t>1. Năng lực đặc thù</w:t>
      </w:r>
    </w:p>
    <w:p w:rsidR="003D41EA" w:rsidRDefault="0053668F">
      <w:r>
        <w:t>- Xác định được nơi học sinh đang sống thuộc dạng địa hình nào.</w:t>
      </w:r>
    </w:p>
    <w:p w:rsidR="003D41EA" w:rsidRDefault="0053668F">
      <w:r>
        <w:t>- Nhận biết được một số dạng địa hình qua tranh ảnh, sơ đồ và</w:t>
      </w:r>
      <w:r>
        <w:t xml:space="preserve"> mô tả được đặc điểm đơn giản của từng dạng địa hình.</w:t>
      </w:r>
    </w:p>
    <w:p w:rsidR="003D41EA" w:rsidRDefault="0053668F">
      <w:r>
        <w:rPr>
          <w:b/>
        </w:rPr>
        <w:t>2. Năng lực chung</w:t>
      </w:r>
    </w:p>
    <w:p w:rsidR="003D41EA" w:rsidRDefault="0053668F">
      <w:r>
        <w:t>- Năng lực tự chủ, tự học: Chú ý học tập, tự giác tìm hiểu bài để hoàn thành tốt nhiệm vụ học tập.</w:t>
      </w:r>
    </w:p>
    <w:p w:rsidR="003D41EA" w:rsidRDefault="0053668F">
      <w:r>
        <w:t xml:space="preserve">- Năng lực giải quyết vấn đề và sáng tạo: Tích cực tham gia quan sát, thảo luận, trò </w:t>
      </w:r>
      <w:r>
        <w:t>chơi học tập và vận dụng kiến thức vào thực tế.</w:t>
      </w:r>
    </w:p>
    <w:p w:rsidR="003D41EA" w:rsidRDefault="0053668F">
      <w:r>
        <w:t>- Năng lực giao tiếp và hợp tác: Trao đổi, trình bày ý kiến, lắng nghe và bổ sung ý kiến cho bạn trong hoạt động nhóm.</w:t>
      </w:r>
    </w:p>
    <w:p w:rsidR="003D41EA" w:rsidRDefault="0053668F">
      <w:r>
        <w:rPr>
          <w:b/>
        </w:rPr>
        <w:t>3. Phẩm chất</w:t>
      </w:r>
    </w:p>
    <w:p w:rsidR="003D41EA" w:rsidRDefault="0053668F">
      <w:r>
        <w:t>- Phẩm chất nhân ái: Có tình yêu quê hương, đất nước; biết quý trọng cảnh qu</w:t>
      </w:r>
      <w:r>
        <w:t>an thiên nhiên.</w:t>
      </w:r>
    </w:p>
    <w:p w:rsidR="003D41EA" w:rsidRDefault="0053668F">
      <w:r>
        <w:t>- Phẩm chất chăm chỉ: Chăm chỉ quan sát, tìm hiểu, hoàn thành nhiệm vụ được giao.</w:t>
      </w:r>
    </w:p>
    <w:p w:rsidR="003D41EA" w:rsidRDefault="0053668F">
      <w:r>
        <w:t>- Phẩm chất trách nhiệm: Giữ trật tự, biết lắng nghe, học tập nghiêm túc; có trách nhiệm khi tham gia hoạt động nhóm.</w:t>
      </w:r>
    </w:p>
    <w:p w:rsidR="003D41EA" w:rsidRDefault="0053668F">
      <w:r>
        <w:rPr>
          <w:b/>
        </w:rPr>
        <w:t>4. Tích hợp</w:t>
      </w:r>
    </w:p>
    <w:p w:rsidR="003D41EA" w:rsidRDefault="0053668F">
      <w:r>
        <w:rPr>
          <w:color w:val="FF0000"/>
        </w:rPr>
        <w:t>- Bảo vệ môi trường: Biết yê</w:t>
      </w:r>
      <w:r>
        <w:rPr>
          <w:color w:val="FF0000"/>
        </w:rPr>
        <w:t>u quý, giữ gìn cảnh quan địa hình quê hương.</w:t>
      </w:r>
    </w:p>
    <w:p w:rsidR="003D41EA" w:rsidRDefault="0053668F">
      <w:r>
        <w:rPr>
          <w:b/>
        </w:rPr>
        <w:t>II. ĐỒ DÙNG DẠY HỌC</w:t>
      </w:r>
    </w:p>
    <w:p w:rsidR="003D41EA" w:rsidRDefault="0053668F">
      <w:r>
        <w:t>- Giáo viên: Kế hoạch bài dạy, bài giảng PowerPoint, tranh ảnh các dạng địa hình, phiếu học tập.</w:t>
      </w:r>
    </w:p>
    <w:p w:rsidR="003D41EA" w:rsidRDefault="0053668F">
      <w:r>
        <w:t>- Học sinh: Sách giáo khoa, vở ghi, đồ dùng học tập; chuẩn bị một số hiểu biết về địa hình nơi</w:t>
      </w:r>
      <w:r>
        <w:t xml:space="preserve"> em sinh sống.</w:t>
      </w:r>
    </w:p>
    <w:p w:rsidR="003D41EA" w:rsidRDefault="0053668F">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270"/>
        <w:gridCol w:w="5270"/>
      </w:tblGrid>
      <w:tr w:rsidR="003D41EA">
        <w:trPr>
          <w:cantSplit/>
          <w:tblHeader/>
          <w:jc w:val="center"/>
        </w:trPr>
        <w:tc>
          <w:tcPr>
            <w:tcW w:w="5103" w:type="dxa"/>
            <w:shd w:val="clear" w:color="auto" w:fill="D9EAF7"/>
            <w:vAlign w:val="center"/>
          </w:tcPr>
          <w:p w:rsidR="003D41EA" w:rsidRDefault="0053668F">
            <w:pPr>
              <w:jc w:val="center"/>
            </w:pPr>
            <w:r>
              <w:rPr>
                <w:b/>
              </w:rPr>
              <w:t>HOẠT ĐỘNG CỦA GIÁO VIÊN</w:t>
            </w:r>
          </w:p>
        </w:tc>
        <w:tc>
          <w:tcPr>
            <w:tcW w:w="5103" w:type="dxa"/>
            <w:shd w:val="clear" w:color="auto" w:fill="D9EAF7"/>
            <w:vAlign w:val="center"/>
          </w:tcPr>
          <w:p w:rsidR="003D41EA" w:rsidRDefault="0053668F">
            <w:pPr>
              <w:jc w:val="center"/>
            </w:pPr>
            <w:r>
              <w:rPr>
                <w:b/>
              </w:rPr>
              <w:t>HOẠT ĐỘNG CỦA HỌC SINH</w:t>
            </w:r>
          </w:p>
        </w:tc>
      </w:tr>
      <w:tr w:rsidR="003D41EA">
        <w:trPr>
          <w:cantSplit/>
          <w:jc w:val="center"/>
        </w:trPr>
        <w:tc>
          <w:tcPr>
            <w:tcW w:w="10540" w:type="dxa"/>
            <w:gridSpan w:val="2"/>
            <w:shd w:val="clear" w:color="auto" w:fill="EAF2F8"/>
          </w:tcPr>
          <w:p w:rsidR="003D41EA" w:rsidRDefault="0053668F">
            <w:r>
              <w:rPr>
                <w:b/>
              </w:rPr>
              <w:t>1. Khởi động</w:t>
            </w:r>
          </w:p>
          <w:p w:rsidR="003D41EA" w:rsidRDefault="0053668F">
            <w:r>
              <w:t>- Mục tiêu: Tạo không khí vui vẻ, phấn khởi trước giờ học; kiểm tra kiến thức đã học ở bài trước.</w:t>
            </w:r>
          </w:p>
          <w:p w:rsidR="003D41EA" w:rsidRDefault="0053668F">
            <w:r>
              <w:t>- Cách tiến hành:</w:t>
            </w:r>
          </w:p>
        </w:tc>
      </w:tr>
      <w:tr w:rsidR="003D41EA">
        <w:trPr>
          <w:cantSplit/>
          <w:jc w:val="center"/>
        </w:trPr>
        <w:tc>
          <w:tcPr>
            <w:tcW w:w="5270" w:type="dxa"/>
          </w:tcPr>
          <w:p w:rsidR="003D41EA" w:rsidRDefault="0053668F">
            <w:r>
              <w:t>- GV đặt câu hỏi để khởi động bài học.</w:t>
            </w:r>
          </w:p>
        </w:tc>
        <w:tc>
          <w:tcPr>
            <w:tcW w:w="5270" w:type="dxa"/>
          </w:tcPr>
          <w:p w:rsidR="003D41EA" w:rsidRDefault="0053668F">
            <w:r>
              <w:t>-</w:t>
            </w:r>
            <w:r>
              <w:t xml:space="preserve"> HS lắng nghe, xung phong trả lời.</w:t>
            </w:r>
          </w:p>
        </w:tc>
      </w:tr>
      <w:tr w:rsidR="003D41EA">
        <w:trPr>
          <w:cantSplit/>
          <w:jc w:val="center"/>
        </w:trPr>
        <w:tc>
          <w:tcPr>
            <w:tcW w:w="5270" w:type="dxa"/>
          </w:tcPr>
          <w:p w:rsidR="003D41EA" w:rsidRDefault="0053668F">
            <w:r>
              <w:t>- GV hỏi: Kể tên các dạng địa hình mà em biết.</w:t>
            </w:r>
          </w:p>
        </w:tc>
        <w:tc>
          <w:tcPr>
            <w:tcW w:w="5270" w:type="dxa"/>
          </w:tcPr>
          <w:p w:rsidR="003D41EA" w:rsidRDefault="0053668F">
            <w:r>
              <w:t>- HS trả lời: Các dạng địa hình là hồ, sông, biển, núi, đồi, cao nguyên, đồng bằng.</w:t>
            </w:r>
          </w:p>
        </w:tc>
      </w:tr>
      <w:tr w:rsidR="003D41EA">
        <w:trPr>
          <w:cantSplit/>
          <w:jc w:val="center"/>
        </w:trPr>
        <w:tc>
          <w:tcPr>
            <w:tcW w:w="5270" w:type="dxa"/>
          </w:tcPr>
          <w:p w:rsidR="003D41EA" w:rsidRDefault="0053668F">
            <w:r>
              <w:t>- GV hỏi: So sánh dạng địa hình núi và đồi.</w:t>
            </w:r>
          </w:p>
        </w:tc>
        <w:tc>
          <w:tcPr>
            <w:tcW w:w="5270" w:type="dxa"/>
          </w:tcPr>
          <w:p w:rsidR="003D41EA" w:rsidRDefault="0053668F">
            <w:r>
              <w:t xml:space="preserve">- HS trả lời: Núi và đồi đều nhô cao. Núi </w:t>
            </w:r>
            <w:r>
              <w:t>thường cao trên 500 m, đỉnh nhọn, dốc; đồi có độ cao thấp hơn, đỉnh tròn, sườn thoải.</w:t>
            </w:r>
          </w:p>
        </w:tc>
      </w:tr>
      <w:tr w:rsidR="003D41EA">
        <w:trPr>
          <w:cantSplit/>
          <w:jc w:val="center"/>
        </w:trPr>
        <w:tc>
          <w:tcPr>
            <w:tcW w:w="5270" w:type="dxa"/>
          </w:tcPr>
          <w:p w:rsidR="003D41EA" w:rsidRDefault="0053668F">
            <w:r>
              <w:t>- GV nhận xét, tuyên dương những học sinh trả lời tốt và dẫn dắt vào bài học mới.</w:t>
            </w:r>
          </w:p>
        </w:tc>
        <w:tc>
          <w:tcPr>
            <w:tcW w:w="5270" w:type="dxa"/>
          </w:tcPr>
          <w:p w:rsidR="003D41EA" w:rsidRDefault="0053668F">
            <w:r>
              <w:t>- HS lắng nghe, ghi bài vào vở.</w:t>
            </w:r>
          </w:p>
        </w:tc>
      </w:tr>
      <w:tr w:rsidR="003D41EA">
        <w:trPr>
          <w:cantSplit/>
          <w:jc w:val="center"/>
        </w:trPr>
        <w:tc>
          <w:tcPr>
            <w:tcW w:w="10540" w:type="dxa"/>
            <w:gridSpan w:val="2"/>
            <w:shd w:val="clear" w:color="auto" w:fill="EAF2F8"/>
          </w:tcPr>
          <w:p w:rsidR="003D41EA" w:rsidRDefault="0053668F">
            <w:r>
              <w:rPr>
                <w:b/>
              </w:rPr>
              <w:lastRenderedPageBreak/>
              <w:t>2. Luyện tập</w:t>
            </w:r>
          </w:p>
          <w:p w:rsidR="003D41EA" w:rsidRDefault="0053668F">
            <w:r>
              <w:t>- Mục tiêu: Xác định được đúng dạng địa h</w:t>
            </w:r>
            <w:r>
              <w:t>ình trong từng hình và giải thích được sơ lược dựa vào kiến thức đã học.</w:t>
            </w:r>
          </w:p>
          <w:p w:rsidR="003D41EA" w:rsidRDefault="0053668F">
            <w:r>
              <w:t>- Hoạt động 1: Xác định đúng dạng địa hình trong từng hình và giải thích. (Làm việc nhóm 4)</w:t>
            </w:r>
          </w:p>
        </w:tc>
      </w:tr>
      <w:tr w:rsidR="003D41EA">
        <w:trPr>
          <w:cantSplit/>
          <w:jc w:val="center"/>
        </w:trPr>
        <w:tc>
          <w:tcPr>
            <w:tcW w:w="5270" w:type="dxa"/>
          </w:tcPr>
          <w:p w:rsidR="003D41EA" w:rsidRDefault="0053668F">
            <w:r>
              <w:t>- GV chiếu các hình 5 đến 11, yêu cầu HS quan sát kĩ từng hình.</w:t>
            </w:r>
          </w:p>
        </w:tc>
        <w:tc>
          <w:tcPr>
            <w:tcW w:w="5270" w:type="dxa"/>
          </w:tcPr>
          <w:p w:rsidR="003D41EA" w:rsidRDefault="0053668F">
            <w:r>
              <w:t xml:space="preserve">- HS quan sát từng hình </w:t>
            </w:r>
            <w:r>
              <w:t>trên màn hình hoặc trong sách giáo khoa.</w:t>
            </w:r>
          </w:p>
        </w:tc>
      </w:tr>
      <w:tr w:rsidR="003D41EA">
        <w:trPr>
          <w:cantSplit/>
          <w:jc w:val="center"/>
        </w:trPr>
        <w:tc>
          <w:tcPr>
            <w:tcW w:w="5270" w:type="dxa"/>
          </w:tcPr>
          <w:p w:rsidR="003D41EA" w:rsidRDefault="0053668F">
            <w:r>
              <w:t>- GV yêu cầu HS đối chiếu từng hình với kiến thức đã học để trả lời câu hỏi: Từng hình thể hiện dạng địa hình nào? Vì sao?</w:t>
            </w:r>
          </w:p>
        </w:tc>
        <w:tc>
          <w:tcPr>
            <w:tcW w:w="5270" w:type="dxa"/>
          </w:tcPr>
          <w:p w:rsidR="003D41EA" w:rsidRDefault="0053668F">
            <w:r>
              <w:t>- HS chia nhóm 4, quan sát, trao đổi và thống nhất câu trả lời.</w:t>
            </w:r>
          </w:p>
        </w:tc>
      </w:tr>
      <w:tr w:rsidR="003D41EA">
        <w:trPr>
          <w:cantSplit/>
          <w:jc w:val="center"/>
        </w:trPr>
        <w:tc>
          <w:tcPr>
            <w:tcW w:w="5270" w:type="dxa"/>
          </w:tcPr>
          <w:p w:rsidR="003D41EA" w:rsidRDefault="0053668F">
            <w:r>
              <w:t xml:space="preserve">- GV gợi ý HS chú ý các </w:t>
            </w:r>
            <w:r>
              <w:t>dấu hiệu: vùng nước rộng hay hẹp, đất nhô cao hay bằng phẳng, đỉnh nhọn hay đỉnh tròn, có chân núi hay không.</w:t>
            </w:r>
          </w:p>
        </w:tc>
        <w:tc>
          <w:tcPr>
            <w:tcW w:w="5270" w:type="dxa"/>
          </w:tcPr>
          <w:p w:rsidR="003D41EA" w:rsidRDefault="0053668F">
            <w:r>
              <w:t>- HS dựa vào dấu hiệu nhận biết để xác định dạng địa hình.</w:t>
            </w:r>
          </w:p>
        </w:tc>
      </w:tr>
      <w:tr w:rsidR="003D41EA">
        <w:trPr>
          <w:cantSplit/>
          <w:jc w:val="center"/>
        </w:trPr>
        <w:tc>
          <w:tcPr>
            <w:tcW w:w="5270" w:type="dxa"/>
          </w:tcPr>
          <w:p w:rsidR="003D41EA" w:rsidRDefault="0053668F">
            <w:r>
              <w:t>- GV mời đại diện nhóm trình bày kết quả.</w:t>
            </w:r>
          </w:p>
        </w:tc>
        <w:tc>
          <w:tcPr>
            <w:tcW w:w="5270" w:type="dxa"/>
          </w:tcPr>
          <w:p w:rsidR="003D41EA" w:rsidRDefault="0053668F">
            <w:r>
              <w:t>- Đại diện nhóm trình bày:</w:t>
            </w:r>
          </w:p>
          <w:p w:rsidR="003D41EA" w:rsidRDefault="0053668F">
            <w:r>
              <w:t xml:space="preserve">- Hình 5: Hồ, vì </w:t>
            </w:r>
            <w:r>
              <w:t>là vùng trũng tụ nước, xung quanh là đất cao.</w:t>
            </w:r>
          </w:p>
          <w:p w:rsidR="003D41EA" w:rsidRDefault="0053668F">
            <w:r>
              <w:t>- Hình 6: Sông, vì là dòng nước chảy từ nơi cao xuống nơi thấp.</w:t>
            </w:r>
          </w:p>
          <w:p w:rsidR="003D41EA" w:rsidRDefault="0053668F">
            <w:r>
              <w:t>- Hình 7: Núi, vì nhô cao, có đỉnh nhọn và sườn dốc.</w:t>
            </w:r>
          </w:p>
          <w:p w:rsidR="003D41EA" w:rsidRDefault="0053668F">
            <w:r>
              <w:t>- Hình 8: Cao nguyên, vì là vùng đất cao nhưng tương đối bằng phẳng.</w:t>
            </w:r>
          </w:p>
          <w:p w:rsidR="003D41EA" w:rsidRDefault="0053668F">
            <w:r>
              <w:t xml:space="preserve">- Hình 9: Đồi, vì nhô </w:t>
            </w:r>
            <w:r>
              <w:t>cao nhưng đỉnh tròn, sườn thoải.</w:t>
            </w:r>
          </w:p>
          <w:p w:rsidR="003D41EA" w:rsidRDefault="0053668F">
            <w:r>
              <w:t>- Hình 10: Đồng bằng, vì vùng đất rộng, bằng phẳng.</w:t>
            </w:r>
          </w:p>
          <w:p w:rsidR="003D41EA" w:rsidRDefault="0053668F">
            <w:r>
              <w:t>- Hình 11: Biển, vì là vùng nước mặn rộng lớn.</w:t>
            </w:r>
          </w:p>
        </w:tc>
      </w:tr>
      <w:tr w:rsidR="003D41EA">
        <w:trPr>
          <w:cantSplit/>
          <w:jc w:val="center"/>
        </w:trPr>
        <w:tc>
          <w:tcPr>
            <w:tcW w:w="5270" w:type="dxa"/>
          </w:tcPr>
          <w:p w:rsidR="003D41EA" w:rsidRDefault="0053668F">
            <w:r>
              <w:t>- GV mời các nhóm khác nhận xét, bổ sung ý kiến.</w:t>
            </w:r>
          </w:p>
        </w:tc>
        <w:tc>
          <w:tcPr>
            <w:tcW w:w="5270" w:type="dxa"/>
          </w:tcPr>
          <w:p w:rsidR="003D41EA" w:rsidRDefault="0053668F">
            <w:r>
              <w:t>- Các nhóm khác nhận xét, bổ sung.</w:t>
            </w:r>
          </w:p>
        </w:tc>
      </w:tr>
      <w:tr w:rsidR="003D41EA">
        <w:trPr>
          <w:cantSplit/>
          <w:jc w:val="center"/>
        </w:trPr>
        <w:tc>
          <w:tcPr>
            <w:tcW w:w="5270" w:type="dxa"/>
          </w:tcPr>
          <w:p w:rsidR="003D41EA" w:rsidRDefault="0053668F">
            <w:r>
              <w:t>- GV nhận xét, chốt lại đặc điểm cơ bả</w:t>
            </w:r>
            <w:r>
              <w:t>n của từng dạng địa hình và tuyên dương nhóm làm việc tích cực.</w:t>
            </w:r>
          </w:p>
        </w:tc>
        <w:tc>
          <w:tcPr>
            <w:tcW w:w="5270" w:type="dxa"/>
          </w:tcPr>
          <w:p w:rsidR="003D41EA" w:rsidRDefault="0053668F">
            <w:r>
              <w:t>- HS lắng nghe, sửa bài và ghi nhớ.</w:t>
            </w:r>
          </w:p>
        </w:tc>
      </w:tr>
      <w:tr w:rsidR="003D41EA">
        <w:trPr>
          <w:cantSplit/>
          <w:jc w:val="center"/>
        </w:trPr>
        <w:tc>
          <w:tcPr>
            <w:tcW w:w="5270" w:type="dxa"/>
          </w:tcPr>
          <w:p w:rsidR="003D41EA" w:rsidRDefault="0053668F">
            <w:r>
              <w:rPr>
                <w:color w:val="FF0000"/>
              </w:rPr>
              <w:lastRenderedPageBreak/>
              <w:t>- Tích hợp bảo vệ môi trường: GV giúp HS hiểu rằng núi, đồi, sông, hồ, biển, đồng bằng, cao nguyên đều là những cảnh quan thiên nhiên có giá trị đối với cu</w:t>
            </w:r>
            <w:r>
              <w:rPr>
                <w:color w:val="FF0000"/>
              </w:rPr>
              <w:t>ộc sống con người. Mỗi dạng địa hình đều gắn với nơi ở, sản xuất, du lịch, giao thông và đời sống của người dân.</w:t>
            </w:r>
          </w:p>
          <w:p w:rsidR="003D41EA" w:rsidRDefault="0053668F">
            <w:r>
              <w:rPr>
                <w:color w:val="FF0000"/>
              </w:rPr>
              <w:t>- GV nhấn mạnh: Khi đi tham quan, sinh sống hoặc vui chơi gần sông, hồ, biển, núi, đồi, các em cần biết giữ vệ sinh, không xả rác, không bẻ càn</w:t>
            </w:r>
            <w:r>
              <w:rPr>
                <w:color w:val="FF0000"/>
              </w:rPr>
              <w:t>h cây, không viết vẽ bừa bãi lên đá, lên tường, không làm những việc gây hại cho cảnh quan. Yêu quê hương không chỉ là biết gọi tên địa hình quê mình mà còn biết giữ cho cảnh quê luôn sạch, đẹp và an toàn.</w:t>
            </w:r>
          </w:p>
          <w:p w:rsidR="003D41EA" w:rsidRDefault="0053668F">
            <w:r>
              <w:rPr>
                <w:color w:val="FF0000"/>
              </w:rPr>
              <w:t>- GV gợi ý HS nêu một việc làm nhỏ phù hợp với lứa</w:t>
            </w:r>
            <w:r>
              <w:rPr>
                <w:color w:val="FF0000"/>
              </w:rPr>
              <w:t xml:space="preserve"> tuổi để góp phần bảo vệ cảnh quan địa hình nơi mình sinh sống.</w:t>
            </w:r>
          </w:p>
        </w:tc>
        <w:tc>
          <w:tcPr>
            <w:tcW w:w="5270" w:type="dxa"/>
          </w:tcPr>
          <w:p w:rsidR="003D41EA" w:rsidRDefault="0053668F">
            <w:r>
              <w:t>- HS lắng nghe và liên hệ thực tế.</w:t>
            </w:r>
          </w:p>
          <w:p w:rsidR="003D41EA" w:rsidRDefault="0053668F">
            <w:r>
              <w:t>- HS chia sẻ: Em không vứt rác xuống sông, hồ; em nhắc bạn bỏ rác đúng nơi quy định; em không hái hoa, bẻ cành khi đi tham quan; em giữ gìn cảnh đẹp quê hươn</w:t>
            </w:r>
            <w:r>
              <w:t>g.</w:t>
            </w:r>
          </w:p>
          <w:p w:rsidR="003D41EA" w:rsidRDefault="0053668F">
            <w:r>
              <w:t>- HS ghi nhớ việc làm phù hợp để thực hiện hằng ngày.</w:t>
            </w:r>
          </w:p>
        </w:tc>
      </w:tr>
      <w:tr w:rsidR="003D41EA">
        <w:trPr>
          <w:cantSplit/>
          <w:jc w:val="center"/>
        </w:trPr>
        <w:tc>
          <w:tcPr>
            <w:tcW w:w="10540" w:type="dxa"/>
            <w:gridSpan w:val="2"/>
            <w:shd w:val="clear" w:color="auto" w:fill="EAF2F8"/>
          </w:tcPr>
          <w:p w:rsidR="003D41EA" w:rsidRDefault="0053668F">
            <w:r>
              <w:rPr>
                <w:b/>
              </w:rPr>
              <w:t>3. Vận dụng</w:t>
            </w:r>
          </w:p>
          <w:p w:rsidR="003D41EA" w:rsidRDefault="0053668F">
            <w:r>
              <w:t>- Mục tiêu: Củng cố kiến thức đã học; vận dụng kiến thức vào thực tiễn; tạo không khí vui vẻ sau tiết học.</w:t>
            </w:r>
          </w:p>
          <w:p w:rsidR="003D41EA" w:rsidRDefault="0053668F">
            <w:r>
              <w:t>- Hoạt động 2: Kể tên một số núi, đồi, cao nguyên, đồng bằng, sông, hồ, biển mà</w:t>
            </w:r>
            <w:r>
              <w:t xml:space="preserve"> em biết. (Làm việc nhóm 4 và cá nhân)</w:t>
            </w:r>
          </w:p>
        </w:tc>
      </w:tr>
      <w:tr w:rsidR="003D41EA">
        <w:trPr>
          <w:cantSplit/>
          <w:jc w:val="center"/>
        </w:trPr>
        <w:tc>
          <w:tcPr>
            <w:tcW w:w="5270" w:type="dxa"/>
          </w:tcPr>
          <w:p w:rsidR="003D41EA" w:rsidRDefault="0053668F">
            <w:r>
              <w:t>- GV tổ chức cho HS thi kể tên một số dạng địa hình mà em biết.</w:t>
            </w:r>
          </w:p>
        </w:tc>
        <w:tc>
          <w:tcPr>
            <w:tcW w:w="5270" w:type="dxa"/>
          </w:tcPr>
          <w:p w:rsidR="003D41EA" w:rsidRDefault="0053668F">
            <w:r>
              <w:t>- HS lắng nghe, ghi nhớ cách tham gia.</w:t>
            </w:r>
          </w:p>
        </w:tc>
      </w:tr>
      <w:tr w:rsidR="003D41EA">
        <w:trPr>
          <w:cantSplit/>
          <w:jc w:val="center"/>
        </w:trPr>
        <w:tc>
          <w:tcPr>
            <w:tcW w:w="5270" w:type="dxa"/>
          </w:tcPr>
          <w:p w:rsidR="003D41EA" w:rsidRDefault="0053668F">
            <w:r>
              <w:t>- GV hướng dẫn: HS giơ tay xung phong kể tên một địa hình, sau đó giới thiệu ngắn gọn về địa hình đó.</w:t>
            </w:r>
          </w:p>
        </w:tc>
        <w:tc>
          <w:tcPr>
            <w:tcW w:w="5270" w:type="dxa"/>
          </w:tcPr>
          <w:p w:rsidR="003D41EA" w:rsidRDefault="0053668F">
            <w:r>
              <w:t>- Một số H</w:t>
            </w:r>
            <w:r>
              <w:t>S xung phong tham gia kể tên và giới thiệu.</w:t>
            </w:r>
          </w:p>
        </w:tc>
      </w:tr>
      <w:tr w:rsidR="003D41EA">
        <w:trPr>
          <w:cantSplit/>
          <w:jc w:val="center"/>
        </w:trPr>
        <w:tc>
          <w:tcPr>
            <w:tcW w:w="5270" w:type="dxa"/>
          </w:tcPr>
          <w:p w:rsidR="003D41EA" w:rsidRDefault="0053668F">
            <w:r>
              <w:t>- GV mời HS khác nhận xét, bổ sung.</w:t>
            </w:r>
          </w:p>
        </w:tc>
        <w:tc>
          <w:tcPr>
            <w:tcW w:w="5270" w:type="dxa"/>
          </w:tcPr>
          <w:p w:rsidR="003D41EA" w:rsidRDefault="0053668F">
            <w:r>
              <w:t>- HS nhận xét, bổ sung cho bạn.</w:t>
            </w:r>
          </w:p>
        </w:tc>
      </w:tr>
      <w:tr w:rsidR="003D41EA">
        <w:trPr>
          <w:cantSplit/>
          <w:jc w:val="center"/>
        </w:trPr>
        <w:tc>
          <w:tcPr>
            <w:tcW w:w="5270" w:type="dxa"/>
          </w:tcPr>
          <w:p w:rsidR="003D41EA" w:rsidRDefault="0053668F">
            <w:r>
              <w:t>- GV nêu câu hỏi: Nơi em đang sống có những dạng địa hình nào? Hãy mô tả ngắn gọn về dạng địa hình đó.</w:t>
            </w:r>
          </w:p>
        </w:tc>
        <w:tc>
          <w:tcPr>
            <w:tcW w:w="5270" w:type="dxa"/>
          </w:tcPr>
          <w:p w:rsidR="003D41EA" w:rsidRDefault="0053668F">
            <w:r>
              <w:t>- HS suy nghĩ và trả lời theo hiểu biết</w:t>
            </w:r>
            <w:r>
              <w:t xml:space="preserve"> của mình.</w:t>
            </w:r>
          </w:p>
        </w:tc>
      </w:tr>
      <w:tr w:rsidR="003D41EA">
        <w:trPr>
          <w:cantSplit/>
          <w:jc w:val="center"/>
        </w:trPr>
        <w:tc>
          <w:tcPr>
            <w:tcW w:w="5270" w:type="dxa"/>
          </w:tcPr>
          <w:p w:rsidR="003D41EA" w:rsidRDefault="0053668F">
            <w:r>
              <w:t>- GV mời HS nhắc lại câu hỏi trước khi trả lời để rèn kĩ năng diễn đạt.</w:t>
            </w:r>
          </w:p>
        </w:tc>
        <w:tc>
          <w:tcPr>
            <w:tcW w:w="5270" w:type="dxa"/>
          </w:tcPr>
          <w:p w:rsidR="003D41EA" w:rsidRDefault="0053668F">
            <w:r>
              <w:t>- Một HS nhắc lại câu hỏi; các HS khác lắng nghe.</w:t>
            </w:r>
          </w:p>
        </w:tc>
      </w:tr>
      <w:tr w:rsidR="003D41EA">
        <w:trPr>
          <w:cantSplit/>
          <w:jc w:val="center"/>
        </w:trPr>
        <w:tc>
          <w:tcPr>
            <w:tcW w:w="5270" w:type="dxa"/>
          </w:tcPr>
          <w:p w:rsidR="003D41EA" w:rsidRDefault="0053668F">
            <w:r>
              <w:t>- GV mở rộng: Em đã từng đến những nơi có dạng địa hình nào? Hãy mô tả về nơi đó.</w:t>
            </w:r>
          </w:p>
        </w:tc>
        <w:tc>
          <w:tcPr>
            <w:tcW w:w="5270" w:type="dxa"/>
          </w:tcPr>
          <w:p w:rsidR="003D41EA" w:rsidRDefault="0053668F">
            <w:r>
              <w:t>- HS nhớ lại trải nghiệm của bản thân v</w:t>
            </w:r>
            <w:r>
              <w:t>à chia sẻ trước lớp.</w:t>
            </w:r>
          </w:p>
        </w:tc>
      </w:tr>
      <w:tr w:rsidR="003D41EA">
        <w:trPr>
          <w:cantSplit/>
          <w:jc w:val="center"/>
        </w:trPr>
        <w:tc>
          <w:tcPr>
            <w:tcW w:w="5270" w:type="dxa"/>
          </w:tcPr>
          <w:p w:rsidR="003D41EA" w:rsidRDefault="0053668F">
            <w:r>
              <w:t>- GV cho một HS đọc to nội dung chốt của ông Mặt Trời; các HS còn lại đọc thầm.</w:t>
            </w:r>
          </w:p>
        </w:tc>
        <w:tc>
          <w:tcPr>
            <w:tcW w:w="5270" w:type="dxa"/>
          </w:tcPr>
          <w:p w:rsidR="003D41EA" w:rsidRDefault="0053668F">
            <w:r>
              <w:t>- Một HS đọc to; cả lớp đọc thầm và ghi nhớ.</w:t>
            </w:r>
          </w:p>
        </w:tc>
      </w:tr>
      <w:tr w:rsidR="003D41EA">
        <w:trPr>
          <w:cantSplit/>
          <w:jc w:val="center"/>
        </w:trPr>
        <w:tc>
          <w:tcPr>
            <w:tcW w:w="5270" w:type="dxa"/>
          </w:tcPr>
          <w:p w:rsidR="003D41EA" w:rsidRDefault="0053668F">
            <w:r>
              <w:t>- GV yêu cầu HS quan sát tranh chốt và hỏi: Tranh vẽ ai? Các nhân vật đang làm gì?</w:t>
            </w:r>
          </w:p>
        </w:tc>
        <w:tc>
          <w:tcPr>
            <w:tcW w:w="5270" w:type="dxa"/>
          </w:tcPr>
          <w:p w:rsidR="003D41EA" w:rsidRDefault="0053668F">
            <w:r>
              <w:t>- HS quan sát tranh và tr</w:t>
            </w:r>
            <w:r>
              <w:t>ả lời: Tranh vẽ Minh và bố; Minh đang vẽ cảnh địa hình quê hương và khoe với bố.</w:t>
            </w:r>
          </w:p>
        </w:tc>
      </w:tr>
      <w:tr w:rsidR="003D41EA">
        <w:trPr>
          <w:cantSplit/>
          <w:jc w:val="center"/>
        </w:trPr>
        <w:tc>
          <w:tcPr>
            <w:tcW w:w="5270" w:type="dxa"/>
          </w:tcPr>
          <w:p w:rsidR="003D41EA" w:rsidRDefault="0053668F">
            <w:r>
              <w:lastRenderedPageBreak/>
              <w:t>- GV khuyến khích HS về nhà vẽ tranh về cảnh địa hình quê hương mình, sau đó chia sẻ cùng người thân và cả lớp.</w:t>
            </w:r>
          </w:p>
        </w:tc>
        <w:tc>
          <w:tcPr>
            <w:tcW w:w="5270" w:type="dxa"/>
          </w:tcPr>
          <w:p w:rsidR="003D41EA" w:rsidRDefault="0053668F">
            <w:r>
              <w:t>- HS lắng nghe, ghi nhớ nhiệm vụ và thực hiện ở nhà.</w:t>
            </w:r>
          </w:p>
        </w:tc>
      </w:tr>
      <w:tr w:rsidR="003D41EA">
        <w:trPr>
          <w:cantSplit/>
          <w:jc w:val="center"/>
        </w:trPr>
        <w:tc>
          <w:tcPr>
            <w:tcW w:w="5270" w:type="dxa"/>
          </w:tcPr>
          <w:p w:rsidR="003D41EA" w:rsidRDefault="0053668F">
            <w:r>
              <w:t xml:space="preserve">- GV </w:t>
            </w:r>
            <w:r>
              <w:t>nhận xét tiết học, dặn dò HS chuẩn bị bài sau.</w:t>
            </w:r>
          </w:p>
        </w:tc>
        <w:tc>
          <w:tcPr>
            <w:tcW w:w="5270" w:type="dxa"/>
          </w:tcPr>
          <w:p w:rsidR="003D41EA" w:rsidRDefault="0053668F">
            <w:r>
              <w:t>- HS lắng nghe, rút kinh nghiệm.</w:t>
            </w:r>
          </w:p>
        </w:tc>
      </w:tr>
    </w:tbl>
    <w:p w:rsidR="003D41EA" w:rsidRDefault="0053668F">
      <w:r>
        <w:rPr>
          <w:b/>
        </w:rPr>
        <w:t>IV. ĐIỀU CHỈNH SAU BÀI DẠY:</w:t>
      </w:r>
    </w:p>
    <w:p w:rsidR="003D41EA" w:rsidRDefault="0053668F">
      <w:r>
        <w:t>.......................................................................................................................................</w:t>
      </w:r>
    </w:p>
    <w:p w:rsidR="003D41EA" w:rsidRDefault="0053668F">
      <w:r>
        <w:t>.......................................................................................................................................</w:t>
      </w:r>
    </w:p>
    <w:p w:rsidR="003D41EA" w:rsidRDefault="0053668F">
      <w:r>
        <w:t>........................................................................................................................</w:t>
      </w:r>
      <w:r>
        <w:t>...............</w:t>
      </w:r>
    </w:p>
    <w:p w:rsidR="003D41EA" w:rsidRDefault="0053668F">
      <w:pPr>
        <w:jc w:val="center"/>
      </w:pPr>
      <w:r>
        <w:rPr>
          <w:b/>
        </w:rPr>
        <w:t>TUẦN 32</w:t>
      </w:r>
    </w:p>
    <w:p w:rsidR="003D41EA" w:rsidRDefault="0053668F">
      <w:pPr>
        <w:jc w:val="center"/>
      </w:pPr>
      <w:r>
        <w:rPr>
          <w:b/>
        </w:rPr>
        <w:t>TỰ NHIÊN VÀ XÃ HỘI</w:t>
      </w:r>
    </w:p>
    <w:p w:rsidR="003D41EA" w:rsidRDefault="0053668F">
      <w:pPr>
        <w:jc w:val="center"/>
      </w:pPr>
      <w:r>
        <w:rPr>
          <w:b/>
        </w:rPr>
        <w:t>CHỦ ĐỀ 6: TRÁI ĐẤT VÀ BẦU TRỜI</w:t>
      </w:r>
    </w:p>
    <w:p w:rsidR="003D41EA" w:rsidRDefault="0053668F">
      <w:pPr>
        <w:jc w:val="center"/>
      </w:pPr>
      <w:r>
        <w:rPr>
          <w:b/>
        </w:rPr>
        <w:t>Bài 29: MẶT TRỜI, TRÁI ĐẤT, MẶT TRĂNG (Tiết 1)</w:t>
      </w:r>
    </w:p>
    <w:p w:rsidR="003D41EA" w:rsidRDefault="0053668F">
      <w:r>
        <w:rPr>
          <w:b/>
        </w:rPr>
        <w:t>I. YÊU CẦU CẦN ĐẠT</w:t>
      </w:r>
    </w:p>
    <w:p w:rsidR="003D41EA" w:rsidRDefault="0053668F">
      <w:r>
        <w:rPr>
          <w:b/>
        </w:rPr>
        <w:t>1. Năng lực đặc thù</w:t>
      </w:r>
    </w:p>
    <w:p w:rsidR="003D41EA" w:rsidRDefault="0053668F">
      <w:r>
        <w:t>- Chỉ và nói được vị trí của Trái Đất trong hệ Mặt Trời trên sơ đồ, tranh ảnh.</w:t>
      </w:r>
    </w:p>
    <w:p w:rsidR="003D41EA" w:rsidRDefault="0053668F">
      <w:r>
        <w:t>- Trình bày và ch</w:t>
      </w:r>
      <w:r>
        <w:t>ỉ được chiều chuyển động của Trái Đất quanh mình nó và quanh Mặt Trời trên sơ đồ hoặc mô hình.</w:t>
      </w:r>
    </w:p>
    <w:p w:rsidR="003D41EA" w:rsidRDefault="0053668F">
      <w:r>
        <w:t>- Giải thích được ở mức đơn giản hiện tượng ngày và đêm qua sử dụng mô hình hoặc video clip.</w:t>
      </w:r>
    </w:p>
    <w:p w:rsidR="003D41EA" w:rsidRDefault="0053668F">
      <w:r>
        <w:t>- Chỉ được chiều chuyển động của Mặt Trăng quanh Trái Đất trên sơ đồ</w:t>
      </w:r>
      <w:r>
        <w:t xml:space="preserve"> hoặc mô hình.</w:t>
      </w:r>
    </w:p>
    <w:p w:rsidR="003D41EA" w:rsidRDefault="0053668F">
      <w:r>
        <w:t>- Nêu được Trái Đất là hành tinh của Mặt Trời, Mặt Trăng là vệ tinh của Trái Đất.</w:t>
      </w:r>
    </w:p>
    <w:p w:rsidR="003D41EA" w:rsidRDefault="0053668F">
      <w:r>
        <w:rPr>
          <w:b/>
        </w:rPr>
        <w:t>2. Năng lực chung</w:t>
      </w:r>
    </w:p>
    <w:p w:rsidR="003D41EA" w:rsidRDefault="0053668F">
      <w:r>
        <w:t>- Năng lực tự chủ, tự học: Chú ý học tập, tự giác quan sát hình ảnh, mô hình để hoàn thành nhiệm vụ học tập.</w:t>
      </w:r>
    </w:p>
    <w:p w:rsidR="003D41EA" w:rsidRDefault="0053668F">
      <w:r>
        <w:t xml:space="preserve">- Năng lực giải quyết vấn đề và </w:t>
      </w:r>
      <w:r>
        <w:t>sáng tạo: Tích cực tham gia thảo luận, thực hành mô phỏng chuyển động của Trái Đất, Mặt Trăng.</w:t>
      </w:r>
    </w:p>
    <w:p w:rsidR="003D41EA" w:rsidRDefault="0053668F">
      <w:r>
        <w:t>- Năng lực giao tiếp và hợp tác: Hợp tác với bạn trong hoạt động nhóm; trình bày, nhận xét và bổ sung ý kiến.</w:t>
      </w:r>
    </w:p>
    <w:p w:rsidR="003D41EA" w:rsidRDefault="0053668F">
      <w:r>
        <w:rPr>
          <w:b/>
        </w:rPr>
        <w:t>3. Phẩm chất</w:t>
      </w:r>
    </w:p>
    <w:p w:rsidR="003D41EA" w:rsidRDefault="0053668F">
      <w:r>
        <w:t>- Phẩm chất chăm chỉ: Tích cực tìm hiể</w:t>
      </w:r>
      <w:r>
        <w:t>u bài, mạnh dạn nêu câu hỏi và trả lời câu hỏi.</w:t>
      </w:r>
    </w:p>
    <w:p w:rsidR="003D41EA" w:rsidRDefault="0053668F">
      <w:r>
        <w:t>- Phẩm chất trách nhiệm: Giữ trật tự, biết lắng nghe, thực hiện đúng nhiệm vụ khi tham gia hoạt động nhóm.</w:t>
      </w:r>
    </w:p>
    <w:p w:rsidR="003D41EA" w:rsidRDefault="0053668F">
      <w:r>
        <w:t>- Phẩm chất yêu nước: Yêu thiên nhiên, ham tìm hiểu về Trái Đất và bầu trời.</w:t>
      </w:r>
    </w:p>
    <w:p w:rsidR="003D41EA" w:rsidRDefault="0053668F">
      <w:r>
        <w:rPr>
          <w:b/>
        </w:rPr>
        <w:t>4. Tích hợp</w:t>
      </w:r>
    </w:p>
    <w:p w:rsidR="003D41EA" w:rsidRDefault="0053668F">
      <w:r>
        <w:rPr>
          <w:color w:val="FF0000"/>
        </w:rPr>
        <w:t>- Năng lực s</w:t>
      </w:r>
      <w:r>
        <w:rPr>
          <w:color w:val="FF0000"/>
        </w:rPr>
        <w:t>ố 1.1.CB1a: Tìm kiếm, quan sát thông tin đơn giản về hệ Mặt Trời qua hình ảnh/video dưới sự hướng dẫn của GV.</w:t>
      </w:r>
    </w:p>
    <w:p w:rsidR="003D41EA" w:rsidRDefault="0053668F">
      <w:r>
        <w:rPr>
          <w:b/>
        </w:rPr>
        <w:t>II. ĐỒ DÙNG DẠY HỌC</w:t>
      </w:r>
    </w:p>
    <w:p w:rsidR="003D41EA" w:rsidRDefault="0053668F">
      <w:r>
        <w:t>- Giáo viên: Kế hoạch bài dạy, bài giảng PowerPoint, tranh ảnh/sơ đồ hệ Mặt Trời, quả địa cầu, mô hình Mặt Trời - Trái Đất - M</w:t>
      </w:r>
      <w:r>
        <w:t>ặt Trăng, video clip phù hợp.</w:t>
      </w:r>
    </w:p>
    <w:p w:rsidR="003D41EA" w:rsidRDefault="0053668F">
      <w:r>
        <w:t>- Học sinh: Sách giáo khoa, vở ghi, đồ dùng học tập; chuẩn bị một số hiểu biết ban đầu về Mặt Trời, Trái Đất, Mặt Trăng.</w:t>
      </w:r>
    </w:p>
    <w:p w:rsidR="003D41EA" w:rsidRDefault="0053668F">
      <w:r>
        <w:rPr>
          <w:b/>
        </w:rPr>
        <w:lastRenderedPageBreak/>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270"/>
        <w:gridCol w:w="5270"/>
      </w:tblGrid>
      <w:tr w:rsidR="003D41EA">
        <w:trPr>
          <w:cantSplit/>
          <w:tblHeader/>
          <w:jc w:val="center"/>
        </w:trPr>
        <w:tc>
          <w:tcPr>
            <w:tcW w:w="5103" w:type="dxa"/>
            <w:shd w:val="clear" w:color="auto" w:fill="D9EAF7"/>
            <w:vAlign w:val="center"/>
          </w:tcPr>
          <w:p w:rsidR="003D41EA" w:rsidRDefault="0053668F">
            <w:pPr>
              <w:jc w:val="center"/>
            </w:pPr>
            <w:r>
              <w:rPr>
                <w:b/>
              </w:rPr>
              <w:t>HOẠT ĐỘNG CỦA GIÁO VIÊN</w:t>
            </w:r>
          </w:p>
        </w:tc>
        <w:tc>
          <w:tcPr>
            <w:tcW w:w="5103" w:type="dxa"/>
            <w:shd w:val="clear" w:color="auto" w:fill="D9EAF7"/>
            <w:vAlign w:val="center"/>
          </w:tcPr>
          <w:p w:rsidR="003D41EA" w:rsidRDefault="0053668F">
            <w:pPr>
              <w:jc w:val="center"/>
            </w:pPr>
            <w:r>
              <w:rPr>
                <w:b/>
              </w:rPr>
              <w:t>HOẠT ĐỘNG CỦA HỌC SINH</w:t>
            </w:r>
          </w:p>
        </w:tc>
      </w:tr>
      <w:tr w:rsidR="003D41EA">
        <w:trPr>
          <w:cantSplit/>
          <w:jc w:val="center"/>
        </w:trPr>
        <w:tc>
          <w:tcPr>
            <w:tcW w:w="10540" w:type="dxa"/>
            <w:gridSpan w:val="2"/>
            <w:shd w:val="clear" w:color="auto" w:fill="EAF2F8"/>
          </w:tcPr>
          <w:p w:rsidR="003D41EA" w:rsidRDefault="0053668F">
            <w:r>
              <w:rPr>
                <w:b/>
              </w:rPr>
              <w:t>1. Khởi động</w:t>
            </w:r>
          </w:p>
          <w:p w:rsidR="003D41EA" w:rsidRDefault="0053668F">
            <w:r>
              <w:t>- Mục tiêu: Tạo không</w:t>
            </w:r>
            <w:r>
              <w:t xml:space="preserve"> khí vui vẻ, phấn khởi trước giờ học; kết nối hiểu biết của HS với nội dung bài học.</w:t>
            </w:r>
          </w:p>
          <w:p w:rsidR="003D41EA" w:rsidRDefault="0053668F">
            <w:r>
              <w:t>- Cách tiến hành:</w:t>
            </w:r>
          </w:p>
        </w:tc>
      </w:tr>
      <w:tr w:rsidR="003D41EA">
        <w:trPr>
          <w:cantSplit/>
          <w:jc w:val="center"/>
        </w:trPr>
        <w:tc>
          <w:tcPr>
            <w:tcW w:w="5270" w:type="dxa"/>
          </w:tcPr>
          <w:p w:rsidR="003D41EA" w:rsidRDefault="0053668F">
            <w:r>
              <w:t>- GV mở bài hát “Đếm sao” để khởi động bài học.</w:t>
            </w:r>
          </w:p>
        </w:tc>
        <w:tc>
          <w:tcPr>
            <w:tcW w:w="5270" w:type="dxa"/>
          </w:tcPr>
          <w:p w:rsidR="003D41EA" w:rsidRDefault="0053668F">
            <w:r>
              <w:t>- HS lắng nghe bài hát.</w:t>
            </w:r>
          </w:p>
        </w:tc>
      </w:tr>
      <w:tr w:rsidR="003D41EA">
        <w:trPr>
          <w:cantSplit/>
          <w:jc w:val="center"/>
        </w:trPr>
        <w:tc>
          <w:tcPr>
            <w:tcW w:w="5270" w:type="dxa"/>
          </w:tcPr>
          <w:p w:rsidR="003D41EA" w:rsidRDefault="0053668F">
            <w:r>
              <w:t xml:space="preserve">- GV hỏi: Bài hát nói về điều gì? Ngoài các vì sao, trên bầu trời ban ngày và </w:t>
            </w:r>
            <w:r>
              <w:t>ban đêm còn có gì?</w:t>
            </w:r>
          </w:p>
        </w:tc>
        <w:tc>
          <w:tcPr>
            <w:tcW w:w="5270" w:type="dxa"/>
          </w:tcPr>
          <w:p w:rsidR="003D41EA" w:rsidRDefault="0053668F">
            <w:r>
              <w:t>- HS trả lời: Bài hát nói về các vì sao. Trên bầu trời còn có Mặt Trời, Mặt Trăng.</w:t>
            </w:r>
          </w:p>
        </w:tc>
      </w:tr>
      <w:tr w:rsidR="003D41EA">
        <w:trPr>
          <w:cantSplit/>
          <w:jc w:val="center"/>
        </w:trPr>
        <w:tc>
          <w:tcPr>
            <w:tcW w:w="5270" w:type="dxa"/>
          </w:tcPr>
          <w:p w:rsidR="003D41EA" w:rsidRDefault="0053668F">
            <w:r>
              <w:t>- GV yêu cầu HS nêu những hiểu biết của mình về Mặt Trời và Mặt Trăng.</w:t>
            </w:r>
          </w:p>
        </w:tc>
        <w:tc>
          <w:tcPr>
            <w:tcW w:w="5270" w:type="dxa"/>
          </w:tcPr>
          <w:p w:rsidR="003D41EA" w:rsidRDefault="0053668F">
            <w:r>
              <w:t>- HS trả lời theo hiểu biết: Mặt Trời rất nóng, có ánh sáng chói; Mặt Trăng có ánh</w:t>
            </w:r>
            <w:r>
              <w:t xml:space="preserve"> sáng dịu hơn, có lúc tròn, có lúc giống lưỡi liềm.</w:t>
            </w:r>
          </w:p>
        </w:tc>
      </w:tr>
      <w:tr w:rsidR="003D41EA">
        <w:trPr>
          <w:cantSplit/>
          <w:jc w:val="center"/>
        </w:trPr>
        <w:tc>
          <w:tcPr>
            <w:tcW w:w="5270" w:type="dxa"/>
          </w:tcPr>
          <w:p w:rsidR="003D41EA" w:rsidRDefault="0053668F">
            <w:r>
              <w:t>- GV nhận xét, tuyên dương và dẫn dắt vào bài mới.</w:t>
            </w:r>
          </w:p>
        </w:tc>
        <w:tc>
          <w:tcPr>
            <w:tcW w:w="5270" w:type="dxa"/>
          </w:tcPr>
          <w:p w:rsidR="003D41EA" w:rsidRDefault="0053668F">
            <w:r>
              <w:t>- HS lắng nghe.</w:t>
            </w:r>
          </w:p>
        </w:tc>
      </w:tr>
      <w:tr w:rsidR="003D41EA">
        <w:trPr>
          <w:cantSplit/>
          <w:jc w:val="center"/>
        </w:trPr>
        <w:tc>
          <w:tcPr>
            <w:tcW w:w="10540" w:type="dxa"/>
            <w:gridSpan w:val="2"/>
            <w:shd w:val="clear" w:color="auto" w:fill="EAF2F8"/>
          </w:tcPr>
          <w:p w:rsidR="003D41EA" w:rsidRDefault="0053668F">
            <w:r>
              <w:rPr>
                <w:b/>
              </w:rPr>
              <w:t>2. Khám phá</w:t>
            </w:r>
          </w:p>
          <w:p w:rsidR="003D41EA" w:rsidRDefault="0053668F">
            <w:r>
              <w:t xml:space="preserve">- Mục tiêu: Chỉ và nói được vị trí của Trái Đất trong hệ Mặt Trời; trình bày được chiều chuyển động của Trái Đất và Mặt </w:t>
            </w:r>
            <w:r>
              <w:t>Trăng; nêu được Trái Đất là hành tinh của Mặt Trời, Mặt Trăng là vệ tinh của Trái Đất.</w:t>
            </w:r>
          </w:p>
          <w:p w:rsidR="003D41EA" w:rsidRDefault="0053668F">
            <w:r>
              <w:t>- Hoạt động 1: Quan sát hình 1 và thực hiện. (Làm việc cá nhân)</w:t>
            </w:r>
          </w:p>
        </w:tc>
      </w:tr>
      <w:tr w:rsidR="003D41EA">
        <w:trPr>
          <w:cantSplit/>
          <w:jc w:val="center"/>
        </w:trPr>
        <w:tc>
          <w:tcPr>
            <w:tcW w:w="5270" w:type="dxa"/>
          </w:tcPr>
          <w:p w:rsidR="003D41EA" w:rsidRDefault="0053668F">
            <w:r>
              <w:t>- GV cho HS quan sát hình 1 trong SGK hoặc sơ đồ hệ Mặt Trời trên màn hình.</w:t>
            </w:r>
          </w:p>
        </w:tc>
        <w:tc>
          <w:tcPr>
            <w:tcW w:w="5270" w:type="dxa"/>
          </w:tcPr>
          <w:p w:rsidR="003D41EA" w:rsidRDefault="0053668F">
            <w:r>
              <w:t xml:space="preserve">- HS quan sát hình/sơ đồ </w:t>
            </w:r>
            <w:r>
              <w:t>theo yêu cầu.</w:t>
            </w:r>
          </w:p>
        </w:tc>
      </w:tr>
      <w:tr w:rsidR="003D41EA">
        <w:trPr>
          <w:cantSplit/>
          <w:jc w:val="center"/>
        </w:trPr>
        <w:tc>
          <w:tcPr>
            <w:tcW w:w="5270" w:type="dxa"/>
          </w:tcPr>
          <w:p w:rsidR="003D41EA" w:rsidRDefault="0053668F">
            <w:r>
              <w:t>- GV nêu câu hỏi: Em hãy chỉ vị trí Mặt Trời, Trái Đất và Mặt Trăng.</w:t>
            </w:r>
          </w:p>
        </w:tc>
        <w:tc>
          <w:tcPr>
            <w:tcW w:w="5270" w:type="dxa"/>
          </w:tcPr>
          <w:p w:rsidR="003D41EA" w:rsidRDefault="0053668F">
            <w:r>
              <w:t>- HS chỉ trên sơ đồ hoặc mô hình.</w:t>
            </w:r>
          </w:p>
        </w:tc>
      </w:tr>
      <w:tr w:rsidR="003D41EA">
        <w:trPr>
          <w:cantSplit/>
          <w:jc w:val="center"/>
        </w:trPr>
        <w:tc>
          <w:tcPr>
            <w:tcW w:w="5270" w:type="dxa"/>
          </w:tcPr>
          <w:p w:rsidR="003D41EA" w:rsidRDefault="0053668F">
            <w:r>
              <w:t>- GV hỏi: Hệ Mặt Trời có mấy hành tinh?</w:t>
            </w:r>
          </w:p>
        </w:tc>
        <w:tc>
          <w:tcPr>
            <w:tcW w:w="5270" w:type="dxa"/>
          </w:tcPr>
          <w:p w:rsidR="003D41EA" w:rsidRDefault="0053668F">
            <w:r>
              <w:t>- HS trả lời: Hệ Mặt Trời có 8 hành tinh.</w:t>
            </w:r>
          </w:p>
        </w:tc>
      </w:tr>
      <w:tr w:rsidR="003D41EA">
        <w:trPr>
          <w:cantSplit/>
          <w:jc w:val="center"/>
        </w:trPr>
        <w:tc>
          <w:tcPr>
            <w:tcW w:w="5270" w:type="dxa"/>
          </w:tcPr>
          <w:p w:rsidR="003D41EA" w:rsidRDefault="0053668F">
            <w:r>
              <w:t>- GV hỏi: Từ Mặt Trời ra xa dần, Trái Đất là hành tinh</w:t>
            </w:r>
            <w:r>
              <w:t xml:space="preserve"> thứ mấy?</w:t>
            </w:r>
          </w:p>
        </w:tc>
        <w:tc>
          <w:tcPr>
            <w:tcW w:w="5270" w:type="dxa"/>
          </w:tcPr>
          <w:p w:rsidR="003D41EA" w:rsidRDefault="0053668F">
            <w:r>
              <w:t>- HS trả lời: Trái Đất là hành tinh thứ ba.</w:t>
            </w:r>
          </w:p>
        </w:tc>
      </w:tr>
      <w:tr w:rsidR="003D41EA">
        <w:trPr>
          <w:cantSplit/>
          <w:jc w:val="center"/>
        </w:trPr>
        <w:tc>
          <w:tcPr>
            <w:tcW w:w="5270" w:type="dxa"/>
          </w:tcPr>
          <w:p w:rsidR="003D41EA" w:rsidRDefault="0053668F">
            <w:r>
              <w:t>- GV mời HS trình bày; các HS khác nhận xét.</w:t>
            </w:r>
          </w:p>
        </w:tc>
        <w:tc>
          <w:tcPr>
            <w:tcW w:w="5270" w:type="dxa"/>
          </w:tcPr>
          <w:p w:rsidR="003D41EA" w:rsidRDefault="0053668F">
            <w:r>
              <w:t>- HS trình bày, nhận xét và bổ sung.</w:t>
            </w:r>
          </w:p>
        </w:tc>
      </w:tr>
      <w:tr w:rsidR="003D41EA">
        <w:trPr>
          <w:cantSplit/>
          <w:jc w:val="center"/>
        </w:trPr>
        <w:tc>
          <w:tcPr>
            <w:tcW w:w="5270" w:type="dxa"/>
          </w:tcPr>
          <w:p w:rsidR="003D41EA" w:rsidRDefault="0053668F">
            <w:r>
              <w:t>- GV chốt: Trái Đất là một hành tinh trong hệ Mặt Trời. Từ Mặt Trời ra xa dần, Trái Đất là hành tinh thứ ba.</w:t>
            </w:r>
          </w:p>
        </w:tc>
        <w:tc>
          <w:tcPr>
            <w:tcW w:w="5270" w:type="dxa"/>
          </w:tcPr>
          <w:p w:rsidR="003D41EA" w:rsidRDefault="0053668F">
            <w:r>
              <w:t>- HS lắng</w:t>
            </w:r>
            <w:r>
              <w:t xml:space="preserve"> nghe và nhắc lại nội dung chốt.</w:t>
            </w:r>
          </w:p>
        </w:tc>
      </w:tr>
      <w:tr w:rsidR="003D41EA">
        <w:trPr>
          <w:cantSplit/>
          <w:jc w:val="center"/>
        </w:trPr>
        <w:tc>
          <w:tcPr>
            <w:tcW w:w="5270" w:type="dxa"/>
          </w:tcPr>
          <w:p w:rsidR="003D41EA" w:rsidRDefault="0053668F">
            <w:r>
              <w:rPr>
                <w:color w:val="FF0000"/>
              </w:rPr>
              <w:lastRenderedPageBreak/>
              <w:t>- Tích hợp năng lực số 1.1.CB1a: GV hướng dẫn HS quan sát sơ đồ/video mô phỏng hệ Mặt Trời một cách có mục đích, không xem lan man. Trước khi xem, GV giúp HS xác định nhu cầu thông tin: cần biết Trái Đất ở vị trí nào, Trái</w:t>
            </w:r>
            <w:r>
              <w:rPr>
                <w:color w:val="FF0000"/>
              </w:rPr>
              <w:t xml:space="preserve"> Đất chuyển động ra sao, Mặt Trăng chuyển động quanh vật thể nào.</w:t>
            </w:r>
          </w:p>
          <w:p w:rsidR="003D41EA" w:rsidRDefault="0053668F">
            <w:r>
              <w:rPr>
                <w:color w:val="FF0000"/>
              </w:rPr>
              <w:t>- GV giới thiệu một số từ khóa đơn giản HS có thể dùng khi tìm kiếm dưới sự hướng dẫn của người lớn như: “hệ Mặt Trời”, “Trái Đất quay quanh Mặt Trời”, “Mặt Trăng quay quanh Trái Đất”. GV nh</w:t>
            </w:r>
            <w:r>
              <w:rPr>
                <w:color w:val="FF0000"/>
              </w:rPr>
              <w:t>ắc HS chỉ xem thông tin từ nguồn đáng tin cậy như SGK điện tử, trang học tập của nhà trường hoặc video do giáo viên giới thiệu; không tự ý bấm vào đường link lạ, không chia sẻ họ tên, địa chỉ, số điện thoại khi tìm kiếm thông tin trên môi trường số.</w:t>
            </w:r>
          </w:p>
          <w:p w:rsidR="003D41EA" w:rsidRDefault="0053668F">
            <w:r>
              <w:rPr>
                <w:color w:val="FF0000"/>
              </w:rPr>
              <w:t>- GV y</w:t>
            </w:r>
            <w:r>
              <w:rPr>
                <w:color w:val="FF0000"/>
              </w:rPr>
              <w:t>êu cầu HS đối chiếu thông tin nhìn thấy trên video/sơ đồ với nội dung trong SGK để hiểu rằng khi học với thiết bị số, các em cần biết chọn thông tin đúng, phù hợp với bài học.</w:t>
            </w:r>
          </w:p>
        </w:tc>
        <w:tc>
          <w:tcPr>
            <w:tcW w:w="5270" w:type="dxa"/>
          </w:tcPr>
          <w:p w:rsidR="003D41EA" w:rsidRDefault="0053668F">
            <w:r>
              <w:t>- HS xác định thông tin cần tìm hiểu trước khi quan sát video/sơ đồ.</w:t>
            </w:r>
          </w:p>
          <w:p w:rsidR="003D41EA" w:rsidRDefault="0053668F">
            <w:r>
              <w:t>- HS nhắc l</w:t>
            </w:r>
            <w:r>
              <w:t>ại một số từ khóa đơn giản và ghi nhớ quy tắc an toàn khi tìm kiếm thông tin trên môi trường số.</w:t>
            </w:r>
          </w:p>
          <w:p w:rsidR="003D41EA" w:rsidRDefault="0053668F">
            <w:r>
              <w:t>- HS đối chiếu thông tin với SGK và trả lời câu hỏi của GV.</w:t>
            </w:r>
          </w:p>
        </w:tc>
      </w:tr>
      <w:tr w:rsidR="003D41EA">
        <w:trPr>
          <w:cantSplit/>
          <w:jc w:val="center"/>
        </w:trPr>
        <w:tc>
          <w:tcPr>
            <w:tcW w:w="10540" w:type="dxa"/>
            <w:gridSpan w:val="2"/>
            <w:shd w:val="clear" w:color="auto" w:fill="EAF2F8"/>
          </w:tcPr>
          <w:p w:rsidR="003D41EA" w:rsidRDefault="0053668F">
            <w:r>
              <w:rPr>
                <w:b/>
              </w:rPr>
              <w:t>Hoạt động 2: Quan sát hình 2 và hình 3. (Làm việc nhóm 2)</w:t>
            </w:r>
          </w:p>
          <w:p w:rsidR="003D41EA" w:rsidRDefault="0053668F">
            <w:r>
              <w:t xml:space="preserve">- Mục tiêu: Trình bày và chỉ được chiều </w:t>
            </w:r>
            <w:r>
              <w:t>chuyển động của Trái Đất quanh mình nó và quanh Mặt Trời trên sơ đồ hoặc mô hình.</w:t>
            </w:r>
          </w:p>
        </w:tc>
      </w:tr>
      <w:tr w:rsidR="003D41EA">
        <w:trPr>
          <w:cantSplit/>
          <w:jc w:val="center"/>
        </w:trPr>
        <w:tc>
          <w:tcPr>
            <w:tcW w:w="5270" w:type="dxa"/>
          </w:tcPr>
          <w:p w:rsidR="003D41EA" w:rsidRDefault="0053668F">
            <w:r>
              <w:t>- GV chia sẻ hình 2, hình 3 và yêu cầu HS thảo luận nhóm đôi.</w:t>
            </w:r>
          </w:p>
        </w:tc>
        <w:tc>
          <w:tcPr>
            <w:tcW w:w="5270" w:type="dxa"/>
          </w:tcPr>
          <w:p w:rsidR="003D41EA" w:rsidRDefault="0053668F">
            <w:r>
              <w:t>- HS chia nhóm đôi, quan sát hình và thảo luận.</w:t>
            </w:r>
          </w:p>
        </w:tc>
      </w:tr>
      <w:tr w:rsidR="003D41EA">
        <w:trPr>
          <w:cantSplit/>
          <w:jc w:val="center"/>
        </w:trPr>
        <w:tc>
          <w:tcPr>
            <w:tcW w:w="5270" w:type="dxa"/>
          </w:tcPr>
          <w:p w:rsidR="003D41EA" w:rsidRDefault="0053668F">
            <w:r>
              <w:t>- GV hỏi: Trái Đất chuyển động quanh mình nó theo chiều nào?</w:t>
            </w:r>
          </w:p>
        </w:tc>
        <w:tc>
          <w:tcPr>
            <w:tcW w:w="5270" w:type="dxa"/>
          </w:tcPr>
          <w:p w:rsidR="003D41EA" w:rsidRDefault="0053668F">
            <w:r>
              <w:t>-</w:t>
            </w:r>
            <w:r>
              <w:t xml:space="preserve"> HS trả lời: Trái Đất chuyển động quanh mình nó theo hướng từ tây sang đông.</w:t>
            </w:r>
          </w:p>
        </w:tc>
      </w:tr>
      <w:tr w:rsidR="003D41EA">
        <w:trPr>
          <w:cantSplit/>
          <w:jc w:val="center"/>
        </w:trPr>
        <w:tc>
          <w:tcPr>
            <w:tcW w:w="5270" w:type="dxa"/>
          </w:tcPr>
          <w:p w:rsidR="003D41EA" w:rsidRDefault="0053668F">
            <w:r>
              <w:t>- GV hỏi: Nếu nhìn từ cực Bắc xuống, Trái Đất quay cùng chiều hay ngược chiều kim đồng hồ?</w:t>
            </w:r>
          </w:p>
        </w:tc>
        <w:tc>
          <w:tcPr>
            <w:tcW w:w="5270" w:type="dxa"/>
          </w:tcPr>
          <w:p w:rsidR="003D41EA" w:rsidRDefault="0053668F">
            <w:r>
              <w:t>- HS trả lời: Trái Đất quay ngược chiều kim đồng hồ.</w:t>
            </w:r>
          </w:p>
        </w:tc>
      </w:tr>
      <w:tr w:rsidR="003D41EA">
        <w:trPr>
          <w:cantSplit/>
          <w:jc w:val="center"/>
        </w:trPr>
        <w:tc>
          <w:tcPr>
            <w:tcW w:w="5270" w:type="dxa"/>
          </w:tcPr>
          <w:p w:rsidR="003D41EA" w:rsidRDefault="0053668F">
            <w:r>
              <w:t>- GV hỏi: Trái Đất chuyển động qu</w:t>
            </w:r>
            <w:r>
              <w:t>anh Mặt Trời theo chiều nào? Hãy chỉ chiều chuyển động trên sơ đồ hoặc mô hình.</w:t>
            </w:r>
          </w:p>
        </w:tc>
        <w:tc>
          <w:tcPr>
            <w:tcW w:w="5270" w:type="dxa"/>
          </w:tcPr>
          <w:p w:rsidR="003D41EA" w:rsidRDefault="0053668F">
            <w:r>
              <w:t>- HS trả lời và chỉ trên sơ đồ/mô hình: Trái Đất chuyển động quanh Mặt Trời theo hướng từ tây sang đông.</w:t>
            </w:r>
          </w:p>
        </w:tc>
      </w:tr>
      <w:tr w:rsidR="003D41EA">
        <w:trPr>
          <w:cantSplit/>
          <w:jc w:val="center"/>
        </w:trPr>
        <w:tc>
          <w:tcPr>
            <w:tcW w:w="5270" w:type="dxa"/>
          </w:tcPr>
          <w:p w:rsidR="003D41EA" w:rsidRDefault="0053668F">
            <w:r>
              <w:t xml:space="preserve">- GV yêu cầu HS nhận xét về chiều của hai chuyển động trên của Trái </w:t>
            </w:r>
            <w:r>
              <w:t>Đất.</w:t>
            </w:r>
          </w:p>
        </w:tc>
        <w:tc>
          <w:tcPr>
            <w:tcW w:w="5270" w:type="dxa"/>
          </w:tcPr>
          <w:p w:rsidR="003D41EA" w:rsidRDefault="0053668F">
            <w:r>
              <w:t>- HS trả lời: Hai chuyển động trên của Trái Đất cùng chiều từ tây sang đông.</w:t>
            </w:r>
          </w:p>
        </w:tc>
      </w:tr>
      <w:tr w:rsidR="003D41EA">
        <w:trPr>
          <w:cantSplit/>
          <w:jc w:val="center"/>
        </w:trPr>
        <w:tc>
          <w:tcPr>
            <w:tcW w:w="5270" w:type="dxa"/>
          </w:tcPr>
          <w:p w:rsidR="003D41EA" w:rsidRDefault="0053668F">
            <w:r>
              <w:t>- GV mời đại diện nhóm trình bày; các nhóm khác nhận xét.</w:t>
            </w:r>
          </w:p>
        </w:tc>
        <w:tc>
          <w:tcPr>
            <w:tcW w:w="5270" w:type="dxa"/>
          </w:tcPr>
          <w:p w:rsidR="003D41EA" w:rsidRDefault="0053668F">
            <w:r>
              <w:t>- Đại diện nhóm trình bày; các nhóm khác nhận xét, bổ sung.</w:t>
            </w:r>
          </w:p>
        </w:tc>
      </w:tr>
      <w:tr w:rsidR="003D41EA">
        <w:trPr>
          <w:cantSplit/>
          <w:jc w:val="center"/>
        </w:trPr>
        <w:tc>
          <w:tcPr>
            <w:tcW w:w="5270" w:type="dxa"/>
          </w:tcPr>
          <w:p w:rsidR="003D41EA" w:rsidRDefault="0053668F">
            <w:r>
              <w:lastRenderedPageBreak/>
              <w:t>- GV chốt: Trái Đất chuyển động quanh mình nó, đồng th</w:t>
            </w:r>
            <w:r>
              <w:t>ời chuyển động quanh Mặt Trời theo hướng từ tây sang đông.</w:t>
            </w:r>
          </w:p>
        </w:tc>
        <w:tc>
          <w:tcPr>
            <w:tcW w:w="5270" w:type="dxa"/>
          </w:tcPr>
          <w:p w:rsidR="003D41EA" w:rsidRDefault="0053668F">
            <w:r>
              <w:t>- HS lắng nghe, nhắc lại nội dung chốt.</w:t>
            </w:r>
          </w:p>
        </w:tc>
      </w:tr>
      <w:tr w:rsidR="003D41EA">
        <w:trPr>
          <w:cantSplit/>
          <w:jc w:val="center"/>
        </w:trPr>
        <w:tc>
          <w:tcPr>
            <w:tcW w:w="10540" w:type="dxa"/>
            <w:gridSpan w:val="2"/>
            <w:shd w:val="clear" w:color="auto" w:fill="EAF2F8"/>
          </w:tcPr>
          <w:p w:rsidR="003D41EA" w:rsidRDefault="0053668F">
            <w:r>
              <w:rPr>
                <w:b/>
              </w:rPr>
              <w:t>Hoạt động 3: Chỉ và nói chiều chuyển động của Mặt Trăng quanh Trái Đất trên hình 4. (Làm việc nhóm 2)</w:t>
            </w:r>
          </w:p>
          <w:p w:rsidR="003D41EA" w:rsidRDefault="0053668F">
            <w:r>
              <w:t>- Mục tiêu: Chỉ được chiều chuyển động của Mặt Trăng q</w:t>
            </w:r>
            <w:r>
              <w:t>uanh Trái Đất trên sơ đồ hoặc mô hình.</w:t>
            </w:r>
          </w:p>
        </w:tc>
      </w:tr>
      <w:tr w:rsidR="003D41EA">
        <w:trPr>
          <w:cantSplit/>
          <w:jc w:val="center"/>
        </w:trPr>
        <w:tc>
          <w:tcPr>
            <w:tcW w:w="5270" w:type="dxa"/>
          </w:tcPr>
          <w:p w:rsidR="003D41EA" w:rsidRDefault="0053668F">
            <w:r>
              <w:t>- GV chia sẻ sơ đồ hình 4 và nêu yêu cầu thảo luận.</w:t>
            </w:r>
          </w:p>
        </w:tc>
        <w:tc>
          <w:tcPr>
            <w:tcW w:w="5270" w:type="dxa"/>
          </w:tcPr>
          <w:p w:rsidR="003D41EA" w:rsidRDefault="0053668F">
            <w:r>
              <w:t>- HS quan sát sơ đồ, đọc yêu cầu và thảo luận nhóm đôi.</w:t>
            </w:r>
          </w:p>
        </w:tc>
      </w:tr>
      <w:tr w:rsidR="003D41EA">
        <w:trPr>
          <w:cantSplit/>
          <w:jc w:val="center"/>
        </w:trPr>
        <w:tc>
          <w:tcPr>
            <w:tcW w:w="5270" w:type="dxa"/>
          </w:tcPr>
          <w:p w:rsidR="003D41EA" w:rsidRDefault="0053668F">
            <w:r>
              <w:t>- GV hỏi: Hãy chỉ và nói chiều chuyển động của Mặt Trăng quanh Trái Đất.</w:t>
            </w:r>
          </w:p>
        </w:tc>
        <w:tc>
          <w:tcPr>
            <w:tcW w:w="5270" w:type="dxa"/>
          </w:tcPr>
          <w:p w:rsidR="003D41EA" w:rsidRDefault="0053668F">
            <w:r>
              <w:t>- HS chỉ trên sơ đồ/mô hình và trả</w:t>
            </w:r>
            <w:r>
              <w:t xml:space="preserve"> lời: Mặt Trăng quay quanh Trái Đất theo chiều từ tây sang đông; nếu nhìn từ cực Bắc xuống thì ngược chiều kim đồng hồ.</w:t>
            </w:r>
          </w:p>
        </w:tc>
      </w:tr>
      <w:tr w:rsidR="003D41EA">
        <w:trPr>
          <w:cantSplit/>
          <w:jc w:val="center"/>
        </w:trPr>
        <w:tc>
          <w:tcPr>
            <w:tcW w:w="5270" w:type="dxa"/>
          </w:tcPr>
          <w:p w:rsidR="003D41EA" w:rsidRDefault="0053668F">
            <w:r>
              <w:t>- GV yêu cầu HS đọc mục “Em có biết?” và nói Mặt Trăng quay quanh Trái Đất như thế nào.</w:t>
            </w:r>
          </w:p>
        </w:tc>
        <w:tc>
          <w:tcPr>
            <w:tcW w:w="5270" w:type="dxa"/>
          </w:tcPr>
          <w:p w:rsidR="003D41EA" w:rsidRDefault="0053668F">
            <w:r>
              <w:t>- HS đọc mục “Em có biết?” và nêu: Mặt Trăng lu</w:t>
            </w:r>
            <w:r>
              <w:t>ôn hướng một mặt về phía Trái Đất.</w:t>
            </w:r>
          </w:p>
        </w:tc>
      </w:tr>
      <w:tr w:rsidR="003D41EA">
        <w:trPr>
          <w:cantSplit/>
          <w:jc w:val="center"/>
        </w:trPr>
        <w:tc>
          <w:tcPr>
            <w:tcW w:w="5270" w:type="dxa"/>
          </w:tcPr>
          <w:p w:rsidR="003D41EA" w:rsidRDefault="0053668F">
            <w:r>
              <w:t>- GV giải thích thêm: Từ Trái Đất, chúng ta luôn chỉ nhìn thấy một nửa của Mặt Trăng.</w:t>
            </w:r>
          </w:p>
        </w:tc>
        <w:tc>
          <w:tcPr>
            <w:tcW w:w="5270" w:type="dxa"/>
          </w:tcPr>
          <w:p w:rsidR="003D41EA" w:rsidRDefault="0053668F">
            <w:r>
              <w:t>- HS lắng nghe, ghi nhớ.</w:t>
            </w:r>
          </w:p>
        </w:tc>
      </w:tr>
      <w:tr w:rsidR="003D41EA">
        <w:trPr>
          <w:cantSplit/>
          <w:jc w:val="center"/>
        </w:trPr>
        <w:tc>
          <w:tcPr>
            <w:tcW w:w="5270" w:type="dxa"/>
          </w:tcPr>
          <w:p w:rsidR="003D41EA" w:rsidRDefault="0053668F">
            <w:r>
              <w:t>- GV hỏi: Vì sao Trái Đất được gọi là hành tinh trong hệ Mặt Trời?</w:t>
            </w:r>
          </w:p>
        </w:tc>
        <w:tc>
          <w:tcPr>
            <w:tcW w:w="5270" w:type="dxa"/>
          </w:tcPr>
          <w:p w:rsidR="003D41EA" w:rsidRDefault="0053668F">
            <w:r>
              <w:t>- HS trả lời: Vì Trái Đất chuyển động qua</w:t>
            </w:r>
            <w:r>
              <w:t>nh Mặt Trời nên được gọi là hành tinh.</w:t>
            </w:r>
          </w:p>
        </w:tc>
      </w:tr>
      <w:tr w:rsidR="003D41EA">
        <w:trPr>
          <w:cantSplit/>
          <w:jc w:val="center"/>
        </w:trPr>
        <w:tc>
          <w:tcPr>
            <w:tcW w:w="5270" w:type="dxa"/>
          </w:tcPr>
          <w:p w:rsidR="003D41EA" w:rsidRDefault="0053668F">
            <w:r>
              <w:t>- GV hỏi: Vì sao Mặt Trăng được gọi là vệ tinh của Trái Đất?</w:t>
            </w:r>
          </w:p>
        </w:tc>
        <w:tc>
          <w:tcPr>
            <w:tcW w:w="5270" w:type="dxa"/>
          </w:tcPr>
          <w:p w:rsidR="003D41EA" w:rsidRDefault="0053668F">
            <w:r>
              <w:t>- HS trả lời: Vì Mặt Trăng chuyển động quanh Trái Đất nên được gọi là vệ tinh của Trái Đất.</w:t>
            </w:r>
          </w:p>
        </w:tc>
      </w:tr>
      <w:tr w:rsidR="003D41EA">
        <w:trPr>
          <w:cantSplit/>
          <w:jc w:val="center"/>
        </w:trPr>
        <w:tc>
          <w:tcPr>
            <w:tcW w:w="5270" w:type="dxa"/>
          </w:tcPr>
          <w:p w:rsidR="003D41EA" w:rsidRDefault="0053668F">
            <w:r>
              <w:t>- GV nhận xét, chốt nội dung và tuyên dương các nhóm.</w:t>
            </w:r>
          </w:p>
        </w:tc>
        <w:tc>
          <w:tcPr>
            <w:tcW w:w="5270" w:type="dxa"/>
          </w:tcPr>
          <w:p w:rsidR="003D41EA" w:rsidRDefault="0053668F">
            <w:r>
              <w:t>- HS lắn</w:t>
            </w:r>
            <w:r>
              <w:t>g nghe, rút kinh nghiệm.</w:t>
            </w:r>
          </w:p>
        </w:tc>
      </w:tr>
      <w:tr w:rsidR="003D41EA">
        <w:trPr>
          <w:cantSplit/>
          <w:jc w:val="center"/>
        </w:trPr>
        <w:tc>
          <w:tcPr>
            <w:tcW w:w="10540" w:type="dxa"/>
            <w:gridSpan w:val="2"/>
            <w:shd w:val="clear" w:color="auto" w:fill="EAF2F8"/>
          </w:tcPr>
          <w:p w:rsidR="003D41EA" w:rsidRDefault="0053668F">
            <w:r>
              <w:rPr>
                <w:b/>
              </w:rPr>
              <w:t>3. Thực hành</w:t>
            </w:r>
          </w:p>
          <w:p w:rsidR="003D41EA" w:rsidRDefault="0053668F">
            <w:r>
              <w:t>- Mục tiêu: HS thực hành vui vẻ, tự tin và thực hiện đúng chuyển động của Mặt Trăng quanh Trái Đất, chuyển động của Trái Đất quanh mình nó và quanh Mặt Trời.</w:t>
            </w:r>
          </w:p>
          <w:p w:rsidR="003D41EA" w:rsidRDefault="0053668F">
            <w:r>
              <w:t>- Cách tiến hành:</w:t>
            </w:r>
          </w:p>
        </w:tc>
      </w:tr>
      <w:tr w:rsidR="003D41EA">
        <w:trPr>
          <w:cantSplit/>
          <w:jc w:val="center"/>
        </w:trPr>
        <w:tc>
          <w:tcPr>
            <w:tcW w:w="5270" w:type="dxa"/>
          </w:tcPr>
          <w:p w:rsidR="003D41EA" w:rsidRDefault="0053668F">
            <w:r>
              <w:t xml:space="preserve">- GV bố trí chỗ rộng để HS thực hành mô </w:t>
            </w:r>
            <w:r>
              <w:t>phỏng chuyển động của Mặt Trăng quanh Trái Đất.</w:t>
            </w:r>
          </w:p>
        </w:tc>
        <w:tc>
          <w:tcPr>
            <w:tcW w:w="5270" w:type="dxa"/>
          </w:tcPr>
          <w:p w:rsidR="003D41EA" w:rsidRDefault="0053668F">
            <w:r>
              <w:t>- HS chuẩn bị tham gia thực hành theo hướng dẫn.</w:t>
            </w:r>
          </w:p>
        </w:tc>
      </w:tr>
      <w:tr w:rsidR="003D41EA">
        <w:trPr>
          <w:cantSplit/>
          <w:jc w:val="center"/>
        </w:trPr>
        <w:tc>
          <w:tcPr>
            <w:tcW w:w="5270" w:type="dxa"/>
          </w:tcPr>
          <w:p w:rsidR="003D41EA" w:rsidRDefault="0053668F">
            <w:r>
              <w:t>- GV gọi 2 HS đóng vai Trái Đất và Mặt Trăng làm mẫu trước lớp. Bạn Trái Đất quay tại chỗ, bạn Mặt Trăng quay quanh Trái Đất nhưng luôn quay mặt về Trái Đất.</w:t>
            </w:r>
          </w:p>
        </w:tc>
        <w:tc>
          <w:tcPr>
            <w:tcW w:w="5270" w:type="dxa"/>
          </w:tcPr>
          <w:p w:rsidR="003D41EA" w:rsidRDefault="0053668F">
            <w:r>
              <w:t>- Hai HS làm mẫu; các HS khác quan sát.</w:t>
            </w:r>
          </w:p>
        </w:tc>
      </w:tr>
      <w:tr w:rsidR="003D41EA">
        <w:trPr>
          <w:cantSplit/>
          <w:jc w:val="center"/>
        </w:trPr>
        <w:tc>
          <w:tcPr>
            <w:tcW w:w="5270" w:type="dxa"/>
          </w:tcPr>
          <w:p w:rsidR="003D41EA" w:rsidRDefault="0053668F">
            <w:r>
              <w:t>- GV hỗ trợ HS quay đúng chiều: từ trái qua phải theo chiều ngược kim đồng hồ nếu nhìn từ trên xuống.</w:t>
            </w:r>
          </w:p>
        </w:tc>
        <w:tc>
          <w:tcPr>
            <w:tcW w:w="5270" w:type="dxa"/>
          </w:tcPr>
          <w:p w:rsidR="003D41EA" w:rsidRDefault="0053668F">
            <w:r>
              <w:t>- HS quan sát và ghi nhớ chiều chuyển động.</w:t>
            </w:r>
          </w:p>
        </w:tc>
      </w:tr>
      <w:tr w:rsidR="003D41EA">
        <w:trPr>
          <w:cantSplit/>
          <w:jc w:val="center"/>
        </w:trPr>
        <w:tc>
          <w:tcPr>
            <w:tcW w:w="5270" w:type="dxa"/>
          </w:tcPr>
          <w:p w:rsidR="003D41EA" w:rsidRDefault="0053668F">
            <w:r>
              <w:lastRenderedPageBreak/>
              <w:t>- GV gọi 2 HS khác: một bạn đóng vai Mặt Trời đứng yên, một bạn đóng</w:t>
            </w:r>
            <w:r>
              <w:t xml:space="preserve"> vai Trái Đất cầm quả địa cầu.</w:t>
            </w:r>
          </w:p>
        </w:tc>
        <w:tc>
          <w:tcPr>
            <w:tcW w:w="5270" w:type="dxa"/>
          </w:tcPr>
          <w:p w:rsidR="003D41EA" w:rsidRDefault="0053668F">
            <w:r>
              <w:t>- HS làm mẫu theo vai được phân công.</w:t>
            </w:r>
          </w:p>
        </w:tc>
      </w:tr>
      <w:tr w:rsidR="003D41EA">
        <w:trPr>
          <w:cantSplit/>
          <w:jc w:val="center"/>
        </w:trPr>
        <w:tc>
          <w:tcPr>
            <w:tcW w:w="5270" w:type="dxa"/>
          </w:tcPr>
          <w:p w:rsidR="003D41EA" w:rsidRDefault="0053668F">
            <w:r>
              <w:t>- GV hướng dẫn bạn Trái Đất vừa đi quanh Mặt Trời vừa quay quả địa cầu đúng chiều.</w:t>
            </w:r>
          </w:p>
        </w:tc>
        <w:tc>
          <w:tcPr>
            <w:tcW w:w="5270" w:type="dxa"/>
          </w:tcPr>
          <w:p w:rsidR="003D41EA" w:rsidRDefault="0053668F">
            <w:r>
              <w:t>- HS quan sát cách thực hiện.</w:t>
            </w:r>
          </w:p>
        </w:tc>
      </w:tr>
      <w:tr w:rsidR="003D41EA">
        <w:trPr>
          <w:cantSplit/>
          <w:jc w:val="center"/>
        </w:trPr>
        <w:tc>
          <w:tcPr>
            <w:tcW w:w="5270" w:type="dxa"/>
          </w:tcPr>
          <w:p w:rsidR="003D41EA" w:rsidRDefault="0053668F">
            <w:r>
              <w:t xml:space="preserve">- GV cho HS ra ngoài lớp hoặc khoảng trống trong lớp thực hành theo </w:t>
            </w:r>
            <w:r>
              <w:t>nhóm.</w:t>
            </w:r>
          </w:p>
        </w:tc>
        <w:tc>
          <w:tcPr>
            <w:tcW w:w="5270" w:type="dxa"/>
          </w:tcPr>
          <w:p w:rsidR="003D41EA" w:rsidRDefault="0053668F">
            <w:r>
              <w:t>- HS thực hành theo nhóm các chuyển động đã được hướng dẫn.</w:t>
            </w:r>
          </w:p>
        </w:tc>
      </w:tr>
      <w:tr w:rsidR="003D41EA">
        <w:trPr>
          <w:cantSplit/>
          <w:jc w:val="center"/>
        </w:trPr>
        <w:tc>
          <w:tcPr>
            <w:tcW w:w="5270" w:type="dxa"/>
          </w:tcPr>
          <w:p w:rsidR="003D41EA" w:rsidRDefault="0053668F">
            <w:r>
              <w:t>- GV quan sát, hỗ trợ, nhắc HS di chuyển chậm, giữ khoảng cách an toàn và thực hiện đúng chiều chuyển động.</w:t>
            </w:r>
          </w:p>
        </w:tc>
        <w:tc>
          <w:tcPr>
            <w:tcW w:w="5270" w:type="dxa"/>
          </w:tcPr>
          <w:p w:rsidR="003D41EA" w:rsidRDefault="0053668F">
            <w:r>
              <w:t>- HS thực hiện nghiêm túc, an toàn, hợp tác với bạn.</w:t>
            </w:r>
          </w:p>
        </w:tc>
      </w:tr>
      <w:tr w:rsidR="003D41EA">
        <w:trPr>
          <w:cantSplit/>
          <w:jc w:val="center"/>
        </w:trPr>
        <w:tc>
          <w:tcPr>
            <w:tcW w:w="5270" w:type="dxa"/>
          </w:tcPr>
          <w:p w:rsidR="003D41EA" w:rsidRDefault="0053668F">
            <w:r>
              <w:t>- GV nhận xét, khen ngợi ti</w:t>
            </w:r>
            <w:r>
              <w:t>nh thần tham gia của HS.</w:t>
            </w:r>
          </w:p>
        </w:tc>
        <w:tc>
          <w:tcPr>
            <w:tcW w:w="5270" w:type="dxa"/>
          </w:tcPr>
          <w:p w:rsidR="003D41EA" w:rsidRDefault="0053668F">
            <w:r>
              <w:t>- HS lắng nghe, rút kinh nghiệm.</w:t>
            </w:r>
          </w:p>
        </w:tc>
      </w:tr>
      <w:tr w:rsidR="003D41EA">
        <w:trPr>
          <w:cantSplit/>
          <w:jc w:val="center"/>
        </w:trPr>
        <w:tc>
          <w:tcPr>
            <w:tcW w:w="5270" w:type="dxa"/>
          </w:tcPr>
          <w:p w:rsidR="003D41EA" w:rsidRDefault="0053668F">
            <w:r>
              <w:t>- GV chốt: Trái Đất là một hành tinh trong hệ Mặt Trời. Trái Đất chuyển động quanh mình nó, đồng thời chuyển động quanh Mặt Trời. Mặt Trăng chuyển động quanh Trái Đất và là vệ tinh của Trái Đất.</w:t>
            </w:r>
          </w:p>
        </w:tc>
        <w:tc>
          <w:tcPr>
            <w:tcW w:w="5270" w:type="dxa"/>
          </w:tcPr>
          <w:p w:rsidR="003D41EA" w:rsidRDefault="0053668F">
            <w:r>
              <w:t xml:space="preserve">- </w:t>
            </w:r>
            <w:r>
              <w:t>HS nhắc lại nội dung chính của bài.</w:t>
            </w:r>
          </w:p>
        </w:tc>
      </w:tr>
      <w:tr w:rsidR="003D41EA">
        <w:trPr>
          <w:cantSplit/>
          <w:jc w:val="center"/>
        </w:trPr>
        <w:tc>
          <w:tcPr>
            <w:tcW w:w="10540" w:type="dxa"/>
            <w:gridSpan w:val="2"/>
            <w:shd w:val="clear" w:color="auto" w:fill="EAF2F8"/>
          </w:tcPr>
          <w:p w:rsidR="003D41EA" w:rsidRDefault="0053668F">
            <w:r>
              <w:rPr>
                <w:b/>
              </w:rPr>
              <w:t>4. Vận dụng</w:t>
            </w:r>
          </w:p>
          <w:p w:rsidR="003D41EA" w:rsidRDefault="0053668F">
            <w:r>
              <w:t>- Mục tiêu: Củng cố kiến thức đã học; vận dụng kiến thức vào thực tế; tạo không khí vui vẻ sau tiết học.</w:t>
            </w:r>
          </w:p>
          <w:p w:rsidR="003D41EA" w:rsidRDefault="0053668F">
            <w:r>
              <w:t>- Cách tiến hành:</w:t>
            </w:r>
          </w:p>
        </w:tc>
      </w:tr>
      <w:tr w:rsidR="003D41EA">
        <w:trPr>
          <w:cantSplit/>
          <w:jc w:val="center"/>
        </w:trPr>
        <w:tc>
          <w:tcPr>
            <w:tcW w:w="5270" w:type="dxa"/>
          </w:tcPr>
          <w:p w:rsidR="003D41EA" w:rsidRDefault="0053668F">
            <w:r>
              <w:t>- GV cho HS nghe bài hát “Trăng ơi từ đâu đến”.</w:t>
            </w:r>
          </w:p>
        </w:tc>
        <w:tc>
          <w:tcPr>
            <w:tcW w:w="5270" w:type="dxa"/>
          </w:tcPr>
          <w:p w:rsidR="003D41EA" w:rsidRDefault="0053668F">
            <w:r>
              <w:t>- HS lắng nghe bài hát.</w:t>
            </w:r>
          </w:p>
        </w:tc>
      </w:tr>
      <w:tr w:rsidR="003D41EA">
        <w:trPr>
          <w:cantSplit/>
          <w:jc w:val="center"/>
        </w:trPr>
        <w:tc>
          <w:tcPr>
            <w:tcW w:w="5270" w:type="dxa"/>
          </w:tcPr>
          <w:p w:rsidR="003D41EA" w:rsidRDefault="0053668F">
            <w:r>
              <w:t xml:space="preserve">- GV hỏi: </w:t>
            </w:r>
            <w:r>
              <w:t>Bài hát nói về gì? Mặt Trăng được tác giả so sánh như thế nào?</w:t>
            </w:r>
          </w:p>
        </w:tc>
        <w:tc>
          <w:tcPr>
            <w:tcW w:w="5270" w:type="dxa"/>
          </w:tcPr>
          <w:p w:rsidR="003D41EA" w:rsidRDefault="0053668F">
            <w:r>
              <w:t>- HS trả lời: Bài hát nói về Mặt Trăng. Mặt Trăng được so sánh hồng như quả chín, tròn như mắt cá, bay như quả bóng.</w:t>
            </w:r>
          </w:p>
        </w:tc>
      </w:tr>
      <w:tr w:rsidR="003D41EA">
        <w:trPr>
          <w:cantSplit/>
          <w:jc w:val="center"/>
        </w:trPr>
        <w:tc>
          <w:tcPr>
            <w:tcW w:w="5270" w:type="dxa"/>
          </w:tcPr>
          <w:p w:rsidR="003D41EA" w:rsidRDefault="0053668F">
            <w:r>
              <w:t>- GV nhận xét câu trả lời của HS và liên hệ với bài học về Mặt Trăng.</w:t>
            </w:r>
          </w:p>
        </w:tc>
        <w:tc>
          <w:tcPr>
            <w:tcW w:w="5270" w:type="dxa"/>
          </w:tcPr>
          <w:p w:rsidR="003D41EA" w:rsidRDefault="0053668F">
            <w:r>
              <w:t xml:space="preserve">- HS </w:t>
            </w:r>
            <w:r>
              <w:t>lắng nghe, ghi nhớ.</w:t>
            </w:r>
          </w:p>
        </w:tc>
      </w:tr>
      <w:tr w:rsidR="003D41EA">
        <w:trPr>
          <w:cantSplit/>
          <w:jc w:val="center"/>
        </w:trPr>
        <w:tc>
          <w:tcPr>
            <w:tcW w:w="5270" w:type="dxa"/>
          </w:tcPr>
          <w:p w:rsidR="003D41EA" w:rsidRDefault="0053668F">
            <w:r>
              <w:t>- GV nhận xét tiết học, dặn dò HS về nhà quan sát bầu trời vào buổi tối khi có người lớn đi cùng và chuẩn bị bài sau.</w:t>
            </w:r>
          </w:p>
        </w:tc>
        <w:tc>
          <w:tcPr>
            <w:tcW w:w="5270" w:type="dxa"/>
          </w:tcPr>
          <w:p w:rsidR="003D41EA" w:rsidRDefault="0053668F">
            <w:r>
              <w:t>- HS lắng nghe, rút kinh nghiệm và ghi nhớ thực hiện.</w:t>
            </w:r>
          </w:p>
        </w:tc>
      </w:tr>
    </w:tbl>
    <w:p w:rsidR="003D41EA" w:rsidRDefault="0053668F">
      <w:r>
        <w:rPr>
          <w:b/>
        </w:rPr>
        <w:t>IV. ĐIỀU CHỈNH SAU BÀI DẠY:</w:t>
      </w:r>
    </w:p>
    <w:p w:rsidR="003D41EA" w:rsidRDefault="0053668F">
      <w:r>
        <w:t>.......................................................................................................................................</w:t>
      </w:r>
    </w:p>
    <w:p w:rsidR="003D41EA" w:rsidRDefault="0053668F">
      <w:r>
        <w:t>........................................................................................................................</w:t>
      </w:r>
      <w:r>
        <w:t>...............</w:t>
      </w:r>
    </w:p>
    <w:p w:rsidR="003D41EA" w:rsidRDefault="0053668F">
      <w:r>
        <w:t>.......................................................................................................................................</w:t>
      </w:r>
    </w:p>
    <w:sectPr w:rsidR="003D41EA" w:rsidSect="00034616">
      <w:pgSz w:w="12240" w:h="15840"/>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D41EA"/>
    <w:rsid w:val="0053668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05E138F-8ABE-4DB9-8D9D-C955E2B9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C64D2-1745-4D9B-B07B-8B8CBC0E6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Tran</cp:lastModifiedBy>
  <cp:revision>2</cp:revision>
  <dcterms:created xsi:type="dcterms:W3CDTF">2026-04-27T16:28:00Z</dcterms:created>
  <dcterms:modified xsi:type="dcterms:W3CDTF">2026-04-27T16:28:00Z</dcterms:modified>
  <cp:category/>
</cp:coreProperties>
</file>