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70BE0B" w14:textId="77777777" w:rsidR="00966522" w:rsidRPr="00966522" w:rsidRDefault="00966522" w:rsidP="00966522">
      <w:pPr>
        <w:spacing w:after="0"/>
        <w:rPr>
          <w:sz w:val="20"/>
          <w:szCs w:val="20"/>
        </w:rPr>
      </w:pPr>
      <w:proofErr w:type="spellStart"/>
      <w:r w:rsidRPr="00966522">
        <w:rPr>
          <w:sz w:val="20"/>
          <w:szCs w:val="20"/>
        </w:rPr>
        <w:t>Kepada</w:t>
      </w:r>
      <w:proofErr w:type="spellEnd"/>
      <w:r w:rsidRPr="00966522">
        <w:rPr>
          <w:sz w:val="20"/>
          <w:szCs w:val="20"/>
        </w:rPr>
        <w:t xml:space="preserve"> </w:t>
      </w:r>
      <w:proofErr w:type="spellStart"/>
      <w:r w:rsidRPr="00966522">
        <w:rPr>
          <w:sz w:val="20"/>
          <w:szCs w:val="20"/>
        </w:rPr>
        <w:t>yth</w:t>
      </w:r>
      <w:proofErr w:type="spellEnd"/>
      <w:r w:rsidRPr="00966522">
        <w:rPr>
          <w:sz w:val="20"/>
          <w:szCs w:val="20"/>
        </w:rPr>
        <w:t xml:space="preserve">; </w:t>
      </w:r>
    </w:p>
    <w:p w14:paraId="2F3794F9" w14:textId="77777777" w:rsidR="00966522" w:rsidRPr="00966522" w:rsidRDefault="00966522" w:rsidP="00966522">
      <w:pPr>
        <w:spacing w:after="0"/>
        <w:rPr>
          <w:sz w:val="20"/>
          <w:szCs w:val="20"/>
        </w:rPr>
      </w:pPr>
      <w:r w:rsidRPr="00966522">
        <w:rPr>
          <w:sz w:val="20"/>
          <w:szCs w:val="20"/>
        </w:rPr>
        <w:t xml:space="preserve">Dewan </w:t>
      </w:r>
      <w:proofErr w:type="spellStart"/>
      <w:r w:rsidRPr="00966522">
        <w:rPr>
          <w:sz w:val="20"/>
          <w:szCs w:val="20"/>
        </w:rPr>
        <w:t>Redaksi</w:t>
      </w:r>
      <w:proofErr w:type="spellEnd"/>
      <w:r w:rsidRPr="00966522">
        <w:rPr>
          <w:sz w:val="20"/>
          <w:szCs w:val="20"/>
        </w:rPr>
        <w:t xml:space="preserve"> </w:t>
      </w:r>
    </w:p>
    <w:p w14:paraId="025ADA5F" w14:textId="77777777" w:rsidR="00966522" w:rsidRPr="00966522" w:rsidRDefault="00966522" w:rsidP="00966522">
      <w:pPr>
        <w:spacing w:after="0"/>
        <w:rPr>
          <w:sz w:val="20"/>
          <w:szCs w:val="20"/>
        </w:rPr>
      </w:pPr>
      <w:proofErr w:type="spellStart"/>
      <w:r w:rsidRPr="00966522">
        <w:rPr>
          <w:sz w:val="20"/>
          <w:szCs w:val="20"/>
        </w:rPr>
        <w:t>Penerbit</w:t>
      </w:r>
      <w:proofErr w:type="spellEnd"/>
      <w:r w:rsidRPr="00966522">
        <w:rPr>
          <w:sz w:val="20"/>
          <w:szCs w:val="20"/>
        </w:rPr>
        <w:t xml:space="preserve"> </w:t>
      </w:r>
      <w:proofErr w:type="spellStart"/>
      <w:r w:rsidRPr="00966522">
        <w:rPr>
          <w:sz w:val="20"/>
          <w:szCs w:val="20"/>
        </w:rPr>
        <w:t>Technologica</w:t>
      </w:r>
      <w:proofErr w:type="spellEnd"/>
    </w:p>
    <w:p w14:paraId="72780DAE" w14:textId="77777777" w:rsidR="00966522" w:rsidRPr="00966522" w:rsidRDefault="00966522" w:rsidP="00966522">
      <w:pPr>
        <w:spacing w:after="0"/>
        <w:rPr>
          <w:sz w:val="20"/>
          <w:szCs w:val="20"/>
        </w:rPr>
      </w:pPr>
    </w:p>
    <w:p w14:paraId="02B1BBA3" w14:textId="7A605EB1" w:rsidR="00966522" w:rsidRPr="00966522" w:rsidRDefault="00966522" w:rsidP="00966522">
      <w:pPr>
        <w:spacing w:after="0"/>
        <w:rPr>
          <w:sz w:val="20"/>
          <w:szCs w:val="20"/>
        </w:rPr>
      </w:pPr>
      <w:proofErr w:type="gramStart"/>
      <w:r w:rsidRPr="00966522">
        <w:rPr>
          <w:sz w:val="20"/>
          <w:szCs w:val="20"/>
        </w:rPr>
        <w:t>Website :</w:t>
      </w:r>
      <w:proofErr w:type="gramEnd"/>
      <w:r w:rsidRPr="00966522">
        <w:rPr>
          <w:sz w:val="20"/>
          <w:szCs w:val="20"/>
        </w:rPr>
        <w:t xml:space="preserve"> </w:t>
      </w:r>
      <w:hyperlink r:id="rId6" w:history="1">
        <w:r w:rsidRPr="00966522">
          <w:rPr>
            <w:rStyle w:val="Hyperlink"/>
            <w:sz w:val="20"/>
            <w:szCs w:val="20"/>
          </w:rPr>
          <w:t>https://journals.gesociety.org/index.php/technologica/</w:t>
        </w:r>
      </w:hyperlink>
    </w:p>
    <w:p w14:paraId="66BFAC38" w14:textId="7914C531" w:rsidR="00966522" w:rsidRPr="00966522" w:rsidRDefault="00966522" w:rsidP="00966522">
      <w:pPr>
        <w:spacing w:after="0"/>
        <w:rPr>
          <w:sz w:val="20"/>
          <w:szCs w:val="20"/>
        </w:rPr>
      </w:pPr>
      <w:r w:rsidRPr="00966522">
        <w:rPr>
          <w:sz w:val="20"/>
          <w:szCs w:val="20"/>
        </w:rPr>
        <w:t xml:space="preserve">Email: </w:t>
      </w:r>
      <w:hyperlink r:id="rId7" w:history="1">
        <w:r w:rsidRPr="00966522">
          <w:rPr>
            <w:rStyle w:val="Hyperlink"/>
            <w:sz w:val="20"/>
            <w:szCs w:val="20"/>
          </w:rPr>
          <w:t>journaltechnologica@gmail.com</w:t>
        </w:r>
      </w:hyperlink>
    </w:p>
    <w:p w14:paraId="7AEB6BD4" w14:textId="2C11650D" w:rsidR="001E0419" w:rsidRDefault="001E0419" w:rsidP="00966522">
      <w:pPr>
        <w:spacing w:after="0"/>
      </w:pPr>
    </w:p>
    <w:p w14:paraId="34949A07" w14:textId="77777777" w:rsidR="001E0419" w:rsidRPr="00966522" w:rsidRDefault="009F4EB4" w:rsidP="00966522">
      <w:pPr>
        <w:pStyle w:val="Title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522">
        <w:rPr>
          <w:rFonts w:ascii="Times New Roman" w:hAnsi="Times New Roman" w:cs="Times New Roman"/>
          <w:b/>
          <w:bCs/>
          <w:color w:val="auto"/>
          <w:sz w:val="24"/>
          <w:szCs w:val="24"/>
        </w:rPr>
        <w:t>SURAT PERNYATAAN DAN PERSETUJUAN PENULIS</w:t>
      </w:r>
    </w:p>
    <w:p w14:paraId="43E5DBAE" w14:textId="4FB78774" w:rsidR="001E0419" w:rsidRDefault="009F4EB4" w:rsidP="00966522">
      <w:pPr>
        <w:spacing w:after="0"/>
        <w:jc w:val="center"/>
        <w:rPr>
          <w:i/>
          <w:sz w:val="20"/>
        </w:rPr>
      </w:pPr>
      <w:r>
        <w:rPr>
          <w:i/>
          <w:sz w:val="20"/>
        </w:rPr>
        <w:t>(Author Declaration and Authorship Agreement)</w:t>
      </w:r>
    </w:p>
    <w:p w14:paraId="4ED43FB6" w14:textId="77777777" w:rsidR="00966522" w:rsidRPr="00966522" w:rsidRDefault="00966522" w:rsidP="009F4EB4">
      <w:pPr>
        <w:spacing w:after="0" w:line="240" w:lineRule="auto"/>
        <w:jc w:val="center"/>
        <w:rPr>
          <w:sz w:val="20"/>
          <w:szCs w:val="20"/>
        </w:rPr>
      </w:pPr>
    </w:p>
    <w:p w14:paraId="64297395" w14:textId="77777777" w:rsidR="001E0419" w:rsidRDefault="009F4EB4">
      <w:pPr>
        <w:spacing w:after="100"/>
      </w:pPr>
      <w:r>
        <w:rPr>
          <w:sz w:val="20"/>
        </w:rPr>
        <w:t xml:space="preserve">Saya yang </w:t>
      </w:r>
      <w:r>
        <w:rPr>
          <w:sz w:val="20"/>
        </w:rPr>
        <w:t>bertanda tangan di bawah ini, selaku penulis utama atau penulis korespondensi yang mewakili seluruh penulis: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38"/>
        <w:gridCol w:w="6236"/>
      </w:tblGrid>
      <w:tr w:rsidR="001E0419" w14:paraId="19EE68F2" w14:textId="77777777">
        <w:tc>
          <w:tcPr>
            <w:tcW w:w="2438" w:type="dxa"/>
            <w:vAlign w:val="center"/>
          </w:tcPr>
          <w:p w14:paraId="2543FF03" w14:textId="77777777" w:rsidR="001E0419" w:rsidRPr="00966522" w:rsidRDefault="009F4EB4">
            <w:pPr>
              <w:rPr>
                <w:sz w:val="20"/>
                <w:szCs w:val="20"/>
              </w:rPr>
            </w:pPr>
            <w:r w:rsidRPr="00966522">
              <w:rPr>
                <w:sz w:val="20"/>
                <w:szCs w:val="20"/>
              </w:rPr>
              <w:t>Nama</w:t>
            </w:r>
          </w:p>
        </w:tc>
        <w:tc>
          <w:tcPr>
            <w:tcW w:w="6236" w:type="dxa"/>
            <w:vAlign w:val="center"/>
          </w:tcPr>
          <w:p w14:paraId="3C9ACE70" w14:textId="77777777" w:rsidR="001E0419" w:rsidRPr="00966522" w:rsidRDefault="009F4EB4">
            <w:pPr>
              <w:rPr>
                <w:sz w:val="20"/>
                <w:szCs w:val="20"/>
              </w:rPr>
            </w:pPr>
            <w:proofErr w:type="gramStart"/>
            <w:r w:rsidRPr="00966522">
              <w:rPr>
                <w:sz w:val="20"/>
                <w:szCs w:val="20"/>
              </w:rPr>
              <w:t>:  [</w:t>
            </w:r>
            <w:proofErr w:type="gramEnd"/>
            <w:r w:rsidRPr="00966522">
              <w:rPr>
                <w:sz w:val="20"/>
                <w:szCs w:val="20"/>
              </w:rPr>
              <w:t>Nama lengkap]</w:t>
            </w:r>
          </w:p>
        </w:tc>
      </w:tr>
      <w:tr w:rsidR="001E0419" w14:paraId="2342E410" w14:textId="77777777">
        <w:tc>
          <w:tcPr>
            <w:tcW w:w="2438" w:type="dxa"/>
            <w:vAlign w:val="center"/>
          </w:tcPr>
          <w:p w14:paraId="6A3CBF9D" w14:textId="77777777" w:rsidR="001E0419" w:rsidRPr="00966522" w:rsidRDefault="009F4EB4">
            <w:pPr>
              <w:rPr>
                <w:sz w:val="20"/>
                <w:szCs w:val="20"/>
              </w:rPr>
            </w:pPr>
            <w:r w:rsidRPr="00966522">
              <w:rPr>
                <w:sz w:val="20"/>
                <w:szCs w:val="20"/>
              </w:rPr>
              <w:t>Afiliasi</w:t>
            </w:r>
          </w:p>
        </w:tc>
        <w:tc>
          <w:tcPr>
            <w:tcW w:w="6236" w:type="dxa"/>
            <w:vAlign w:val="center"/>
          </w:tcPr>
          <w:p w14:paraId="378FD09D" w14:textId="77777777" w:rsidR="001E0419" w:rsidRPr="00966522" w:rsidRDefault="009F4EB4">
            <w:pPr>
              <w:rPr>
                <w:sz w:val="20"/>
                <w:szCs w:val="20"/>
              </w:rPr>
            </w:pPr>
            <w:proofErr w:type="gramStart"/>
            <w:r w:rsidRPr="00966522">
              <w:rPr>
                <w:sz w:val="20"/>
                <w:szCs w:val="20"/>
              </w:rPr>
              <w:t>:  [</w:t>
            </w:r>
            <w:proofErr w:type="gramEnd"/>
            <w:r w:rsidRPr="00966522">
              <w:rPr>
                <w:sz w:val="20"/>
                <w:szCs w:val="20"/>
              </w:rPr>
              <w:t>Institusi/afiliasi]</w:t>
            </w:r>
          </w:p>
        </w:tc>
      </w:tr>
      <w:tr w:rsidR="001E0419" w14:paraId="27515D4E" w14:textId="77777777">
        <w:tc>
          <w:tcPr>
            <w:tcW w:w="2438" w:type="dxa"/>
            <w:vAlign w:val="center"/>
          </w:tcPr>
          <w:p w14:paraId="58340929" w14:textId="77777777" w:rsidR="001E0419" w:rsidRPr="00966522" w:rsidRDefault="009F4EB4">
            <w:pPr>
              <w:rPr>
                <w:sz w:val="20"/>
                <w:szCs w:val="20"/>
              </w:rPr>
            </w:pPr>
            <w:r w:rsidRPr="00966522">
              <w:rPr>
                <w:sz w:val="20"/>
                <w:szCs w:val="20"/>
              </w:rPr>
              <w:t>Email</w:t>
            </w:r>
          </w:p>
        </w:tc>
        <w:tc>
          <w:tcPr>
            <w:tcW w:w="6236" w:type="dxa"/>
            <w:vAlign w:val="center"/>
          </w:tcPr>
          <w:p w14:paraId="5F505172" w14:textId="77777777" w:rsidR="001E0419" w:rsidRPr="00966522" w:rsidRDefault="009F4EB4">
            <w:pPr>
              <w:rPr>
                <w:sz w:val="20"/>
                <w:szCs w:val="20"/>
              </w:rPr>
            </w:pPr>
            <w:proofErr w:type="gramStart"/>
            <w:r w:rsidRPr="00966522">
              <w:rPr>
                <w:sz w:val="20"/>
                <w:szCs w:val="20"/>
              </w:rPr>
              <w:t>:  [</w:t>
            </w:r>
            <w:proofErr w:type="gramEnd"/>
            <w:r w:rsidRPr="00966522">
              <w:rPr>
                <w:sz w:val="20"/>
                <w:szCs w:val="20"/>
              </w:rPr>
              <w:t>Alamat email]</w:t>
            </w:r>
          </w:p>
        </w:tc>
      </w:tr>
      <w:tr w:rsidR="001E0419" w14:paraId="6E9633C8" w14:textId="77777777" w:rsidTr="00966522">
        <w:trPr>
          <w:trHeight w:val="68"/>
        </w:trPr>
        <w:tc>
          <w:tcPr>
            <w:tcW w:w="2438" w:type="dxa"/>
            <w:vAlign w:val="center"/>
          </w:tcPr>
          <w:p w14:paraId="77753979" w14:textId="77777777" w:rsidR="001E0419" w:rsidRPr="00966522" w:rsidRDefault="009F4EB4">
            <w:pPr>
              <w:rPr>
                <w:sz w:val="20"/>
                <w:szCs w:val="20"/>
              </w:rPr>
            </w:pPr>
            <w:proofErr w:type="spellStart"/>
            <w:r w:rsidRPr="00966522">
              <w:rPr>
                <w:sz w:val="20"/>
                <w:szCs w:val="20"/>
              </w:rPr>
              <w:t>Judul</w:t>
            </w:r>
            <w:proofErr w:type="spellEnd"/>
            <w:r w:rsidRPr="00966522">
              <w:rPr>
                <w:sz w:val="20"/>
                <w:szCs w:val="20"/>
              </w:rPr>
              <w:t xml:space="preserve"> </w:t>
            </w:r>
            <w:proofErr w:type="spellStart"/>
            <w:r w:rsidRPr="00966522">
              <w:rPr>
                <w:sz w:val="20"/>
                <w:szCs w:val="20"/>
              </w:rPr>
              <w:t>naskah</w:t>
            </w:r>
            <w:proofErr w:type="spellEnd"/>
          </w:p>
        </w:tc>
        <w:tc>
          <w:tcPr>
            <w:tcW w:w="6236" w:type="dxa"/>
            <w:vAlign w:val="center"/>
          </w:tcPr>
          <w:p w14:paraId="672AC360" w14:textId="77777777" w:rsidR="001E0419" w:rsidRPr="00966522" w:rsidRDefault="009F4EB4">
            <w:pPr>
              <w:rPr>
                <w:sz w:val="20"/>
                <w:szCs w:val="20"/>
              </w:rPr>
            </w:pPr>
            <w:proofErr w:type="gramStart"/>
            <w:r w:rsidRPr="00966522">
              <w:rPr>
                <w:sz w:val="20"/>
                <w:szCs w:val="20"/>
              </w:rPr>
              <w:t>:  [</w:t>
            </w:r>
            <w:proofErr w:type="gramEnd"/>
            <w:r w:rsidRPr="00966522">
              <w:rPr>
                <w:sz w:val="20"/>
                <w:szCs w:val="20"/>
              </w:rPr>
              <w:t>Judul lengkap artikel]</w:t>
            </w:r>
          </w:p>
        </w:tc>
      </w:tr>
      <w:tr w:rsidR="001E0419" w14:paraId="15F36CB4" w14:textId="77777777">
        <w:tc>
          <w:tcPr>
            <w:tcW w:w="2438" w:type="dxa"/>
            <w:vAlign w:val="center"/>
          </w:tcPr>
          <w:p w14:paraId="134D6DCE" w14:textId="77777777" w:rsidR="001E0419" w:rsidRPr="00966522" w:rsidRDefault="009F4EB4">
            <w:pPr>
              <w:rPr>
                <w:sz w:val="20"/>
                <w:szCs w:val="20"/>
              </w:rPr>
            </w:pPr>
            <w:r w:rsidRPr="00966522">
              <w:rPr>
                <w:sz w:val="20"/>
                <w:szCs w:val="20"/>
              </w:rPr>
              <w:t xml:space="preserve">Nama </w:t>
            </w:r>
            <w:proofErr w:type="spellStart"/>
            <w:r w:rsidRPr="00966522">
              <w:rPr>
                <w:sz w:val="20"/>
                <w:szCs w:val="20"/>
              </w:rPr>
              <w:t>seluruh</w:t>
            </w:r>
            <w:proofErr w:type="spellEnd"/>
            <w:r w:rsidRPr="00966522">
              <w:rPr>
                <w:sz w:val="20"/>
                <w:szCs w:val="20"/>
              </w:rPr>
              <w:t xml:space="preserve"> </w:t>
            </w:r>
            <w:proofErr w:type="spellStart"/>
            <w:r w:rsidRPr="00966522">
              <w:rPr>
                <w:sz w:val="20"/>
                <w:szCs w:val="20"/>
              </w:rPr>
              <w:t>penulis</w:t>
            </w:r>
            <w:proofErr w:type="spellEnd"/>
          </w:p>
        </w:tc>
        <w:tc>
          <w:tcPr>
            <w:tcW w:w="6236" w:type="dxa"/>
            <w:vAlign w:val="center"/>
          </w:tcPr>
          <w:p w14:paraId="1C7A2BEA" w14:textId="77777777" w:rsidR="001E0419" w:rsidRPr="00966522" w:rsidRDefault="009F4EB4">
            <w:pPr>
              <w:rPr>
                <w:sz w:val="20"/>
                <w:szCs w:val="20"/>
              </w:rPr>
            </w:pPr>
            <w:proofErr w:type="gramStart"/>
            <w:r w:rsidRPr="00966522">
              <w:rPr>
                <w:sz w:val="20"/>
                <w:szCs w:val="20"/>
              </w:rPr>
              <w:t xml:space="preserve">: </w:t>
            </w:r>
            <w:r w:rsidRPr="00966522">
              <w:rPr>
                <w:sz w:val="20"/>
                <w:szCs w:val="20"/>
              </w:rPr>
              <w:t xml:space="preserve"> [</w:t>
            </w:r>
            <w:proofErr w:type="gramEnd"/>
            <w:r w:rsidRPr="00966522">
              <w:rPr>
                <w:sz w:val="20"/>
                <w:szCs w:val="20"/>
              </w:rPr>
              <w:t>Nama penulis sesuai urutan pada naskah]</w:t>
            </w:r>
          </w:p>
        </w:tc>
      </w:tr>
    </w:tbl>
    <w:p w14:paraId="369DEDD0" w14:textId="70A45E73" w:rsidR="001E0419" w:rsidRDefault="009F4EB4">
      <w:pPr>
        <w:spacing w:after="100"/>
        <w:jc w:val="both"/>
      </w:pPr>
      <w:proofErr w:type="spellStart"/>
      <w:r>
        <w:rPr>
          <w:sz w:val="20"/>
        </w:rPr>
        <w:t>Dengan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menyatakan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bahwa</w:t>
      </w:r>
      <w:proofErr w:type="spellEnd"/>
      <w:r>
        <w:rPr>
          <w:sz w:val="20"/>
        </w:rPr>
        <w:t xml:space="preserve"> naskah tersebut merupakan karya ilmiah yang disusun secara bertanggung jawab, belum pernah diterbitkan, dan tidak sedang diajukan atau diproses untuk publikasi pada jurnal atau </w:t>
      </w:r>
      <w:r>
        <w:rPr>
          <w:sz w:val="20"/>
        </w:rPr>
        <w:t>media penerbitan lain. Seluruh penulis telah membaca, menyetujui isi dan urutan kepenulisan, serta memberikan persetujuan untuk pengajuan dan</w:t>
      </w:r>
      <w:r>
        <w:rPr>
          <w:sz w:val="20"/>
        </w:rPr>
        <w:t xml:space="preserve"> apabila dinyatakan diterima, penerbitan naskah pada Jurnal Technologica.</w:t>
      </w:r>
    </w:p>
    <w:p w14:paraId="63B915C8" w14:textId="6CC85431" w:rsidR="001E0419" w:rsidRDefault="009F4EB4">
      <w:pPr>
        <w:spacing w:after="100"/>
        <w:jc w:val="both"/>
      </w:pPr>
      <w:r>
        <w:rPr>
          <w:sz w:val="20"/>
        </w:rPr>
        <w:t xml:space="preserve">Kami bertanggung jawab atas keaslian, </w:t>
      </w:r>
      <w:proofErr w:type="spellStart"/>
      <w:r>
        <w:rPr>
          <w:sz w:val="20"/>
        </w:rPr>
        <w:t>ke</w:t>
      </w:r>
      <w:r>
        <w:rPr>
          <w:sz w:val="20"/>
        </w:rPr>
        <w:t>tepatan</w:t>
      </w:r>
      <w:proofErr w:type="spellEnd"/>
      <w:r>
        <w:rPr>
          <w:sz w:val="20"/>
        </w:rPr>
        <w:t xml:space="preserve"> data, </w:t>
      </w:r>
      <w:proofErr w:type="spellStart"/>
      <w:r>
        <w:rPr>
          <w:sz w:val="20"/>
        </w:rPr>
        <w:t>analisis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sitasi</w:t>
      </w:r>
      <w:proofErr w:type="spellEnd"/>
      <w:r>
        <w:rPr>
          <w:sz w:val="20"/>
        </w:rPr>
        <w:t xml:space="preserve"> dan </w:t>
      </w:r>
      <w:proofErr w:type="spellStart"/>
      <w:r>
        <w:rPr>
          <w:sz w:val="20"/>
        </w:rPr>
        <w:t>seluruh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isi</w:t>
      </w:r>
      <w:proofErr w:type="spellEnd"/>
      <w:r>
        <w:rPr>
          <w:sz w:val="20"/>
        </w:rPr>
        <w:t xml:space="preserve"> naskah, serta memastikan bahwa penggunaan sumber pihak lain telah diakui sebagaimana mestinya. Kami juga menyatakan bahwa penggunaan perangkat kecerdasan buatan (</w:t>
      </w:r>
      <w:r w:rsidRPr="00300EDF">
        <w:rPr>
          <w:i/>
          <w:iCs/>
          <w:sz w:val="20"/>
        </w:rPr>
        <w:t>Artificial Intelligence</w:t>
      </w:r>
      <w:r>
        <w:rPr>
          <w:sz w:val="20"/>
        </w:rPr>
        <w:t>/AI), apabila ada, dila</w:t>
      </w:r>
      <w:r>
        <w:rPr>
          <w:sz w:val="20"/>
        </w:rPr>
        <w:t>kukan secara transparan dan tidak menggantikan tanggung jawab ilmiah penulis. Seluruh keluaran AI yang digunakan telah diperiksa dan diverifikasi oleh penulis.</w:t>
      </w:r>
    </w:p>
    <w:p w14:paraId="4E8595F6" w14:textId="77777777" w:rsidR="001E0419" w:rsidRDefault="009F4EB4" w:rsidP="00300EDF">
      <w:pPr>
        <w:spacing w:after="0"/>
      </w:pPr>
      <w:r>
        <w:rPr>
          <w:sz w:val="20"/>
        </w:rPr>
        <w:t>Terkait penggunaan AI dalam penyusunan naskah, kami menyatakan (pilih salah satu):</w:t>
      </w:r>
    </w:p>
    <w:p w14:paraId="75D6E551" w14:textId="77777777" w:rsidR="001E0419" w:rsidRDefault="009F4EB4">
      <w:pPr>
        <w:spacing w:after="100"/>
      </w:pPr>
      <w:r>
        <w:rPr>
          <w:sz w:val="20"/>
        </w:rPr>
        <w:t>☐</w:t>
      </w:r>
      <w:r>
        <w:rPr>
          <w:sz w:val="20"/>
        </w:rPr>
        <w:t xml:space="preserve"> Tidak mengg</w:t>
      </w:r>
      <w:r>
        <w:rPr>
          <w:sz w:val="20"/>
        </w:rPr>
        <w:t>unakan perangkat AI.</w:t>
      </w:r>
      <w:r>
        <w:rPr>
          <w:sz w:val="20"/>
        </w:rPr>
        <w:br/>
        <w:t>☐ Menggunakan perangkat AI berikut, dengan tujuan penggunaan sebagaimana dijelaskan:</w:t>
      </w:r>
    </w:p>
    <w:p w14:paraId="5028444B" w14:textId="77777777" w:rsidR="001E0419" w:rsidRDefault="009F4EB4">
      <w:pPr>
        <w:spacing w:after="100"/>
      </w:pPr>
      <w:r>
        <w:rPr>
          <w:sz w:val="20"/>
        </w:rPr>
        <w:t>Nama perangkat AI dan tujuan penggunaannya: [Isi nama alat serta kegunaannya, misalnya penyuntingan bahasa, peringkasan literatur, atau bantuan analis</w:t>
      </w:r>
      <w:r>
        <w:rPr>
          <w:sz w:val="20"/>
        </w:rPr>
        <w:t>is; tuliskan secara jujur dan spesifik.]</w:t>
      </w:r>
    </w:p>
    <w:p w14:paraId="33D0D26E" w14:textId="77777777" w:rsidR="001E0419" w:rsidRDefault="009F4EB4">
      <w:pPr>
        <w:spacing w:after="100"/>
        <w:jc w:val="both"/>
      </w:pPr>
      <w:r>
        <w:rPr>
          <w:sz w:val="20"/>
        </w:rPr>
        <w:t>Pernyataan ini dibuat dengan sebenar-benarnya untuk memenuhi persyaratan administrasi dan etika publikasi Jurnal Technologica. Apabila di kemudian hari ditemukan ketidaksesuaian, kami bersedia bertanggung jawab sesu</w:t>
      </w:r>
      <w:r>
        <w:rPr>
          <w:sz w:val="20"/>
        </w:rPr>
        <w:t>ai dengan ketentuan dan kebijakan jurnal.</w:t>
      </w:r>
    </w:p>
    <w:p w14:paraId="6D258FFD" w14:textId="77777777" w:rsidR="001E0419" w:rsidRDefault="009F4EB4" w:rsidP="009F4EB4">
      <w:pPr>
        <w:spacing w:after="0"/>
        <w:jc w:val="right"/>
      </w:pPr>
      <w:r>
        <w:rPr>
          <w:sz w:val="20"/>
        </w:rPr>
        <w:t>[Kota], [Tanggal Bulan Tahun]</w:t>
      </w:r>
    </w:p>
    <w:p w14:paraId="5511C86E" w14:textId="77777777" w:rsidR="001E0419" w:rsidRDefault="009F4EB4" w:rsidP="009F4EB4">
      <w:pPr>
        <w:spacing w:after="0"/>
        <w:jc w:val="right"/>
      </w:pPr>
      <w:r>
        <w:rPr>
          <w:sz w:val="20"/>
        </w:rPr>
        <w:t>Penulis utama / Penulis korespondensi</w:t>
      </w:r>
      <w:r>
        <w:rPr>
          <w:sz w:val="20"/>
        </w:rPr>
        <w:br/>
        <w:t>(mewakili seluruh penulis)</w:t>
      </w:r>
    </w:p>
    <w:p w14:paraId="264316FA" w14:textId="11D64B27" w:rsidR="001E0419" w:rsidRDefault="009F4EB4" w:rsidP="009F4EB4">
      <w:pPr>
        <w:spacing w:after="0"/>
        <w:jc w:val="right"/>
        <w:rPr>
          <w:sz w:val="20"/>
        </w:rPr>
      </w:pPr>
      <w:r>
        <w:rPr>
          <w:sz w:val="20"/>
        </w:rPr>
        <w:br/>
      </w:r>
      <w:r>
        <w:rPr>
          <w:sz w:val="20"/>
        </w:rPr>
        <w:br/>
        <w:t>[Nama lengkap dan tanda tangan]</w:t>
      </w:r>
    </w:p>
    <w:p w14:paraId="650DDEDF" w14:textId="77777777" w:rsidR="009F4EB4" w:rsidRDefault="009F4EB4" w:rsidP="009F4EB4">
      <w:pPr>
        <w:spacing w:after="0"/>
        <w:jc w:val="right"/>
        <w:rPr>
          <w:sz w:val="20"/>
        </w:rPr>
      </w:pPr>
    </w:p>
    <w:p w14:paraId="0D92D6BA" w14:textId="234AA6C1" w:rsidR="00966522" w:rsidRDefault="00966522">
      <w:pPr>
        <w:spacing w:after="100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01EBFB15" wp14:editId="550BF43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15025" cy="891539"/>
                <wp:effectExtent l="0" t="0" r="0" b="0"/>
                <wp:wrapNone/>
                <wp:docPr id="1030" name="Rectangle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93250" y="3338993"/>
                          <a:ext cx="5905500" cy="8820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A6179F6" w14:textId="77777777" w:rsidR="00966522" w:rsidRDefault="00966522" w:rsidP="00966522">
                            <w:pPr>
                              <w:textDirection w:val="btLr"/>
                            </w:pP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  <w:sz w:val="21"/>
                              </w:rPr>
                              <w:t>Catatan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  <w:sz w:val="21"/>
                              </w:rPr>
                              <w:t xml:space="preserve">: </w:t>
                            </w:r>
                          </w:p>
                          <w:p w14:paraId="4890A4DD" w14:textId="77777777" w:rsidR="00966522" w:rsidRDefault="00966522" w:rsidP="00966522">
                            <w:pPr>
                              <w:textDirection w:val="btLr"/>
                            </w:pP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  <w:sz w:val="21"/>
                              </w:rPr>
                              <w:t>Silakan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  <w:sz w:val="21"/>
                              </w:rPr>
                              <w:t>kirim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  <w:sz w:val="21"/>
                              </w:rPr>
                              <w:t>surat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  <w:sz w:val="21"/>
                              </w:rPr>
                              <w:t>persetujuan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  <w:sz w:val="21"/>
                              </w:rPr>
                              <w:t>ini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  <w:sz w:val="21"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  <w:sz w:val="21"/>
                              </w:rPr>
                              <w:t>bertanda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  <w:sz w:val="21"/>
                              </w:rPr>
                              <w:t>tangan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  <w:sz w:val="21"/>
                              </w:rPr>
                              <w:t>asli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  <w:sz w:val="21"/>
                              </w:rPr>
                              <w:t xml:space="preserve"> via email </w:t>
                            </w:r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 xml:space="preserve">journaltechnologica@gmail.com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>dalam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>bentuk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 xml:space="preserve"> file jpg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>atau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 xml:space="preserve"> pdf,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>atau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 xml:space="preserve"> via WA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>ke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 xml:space="preserve"> No +62 85313767633,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>Naskah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>belum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>mengirimkan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>surat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>persetujuan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>ini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>belum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>dapat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color w:val="000000"/>
                              </w:rPr>
                              <w:t xml:space="preserve"> kami publish.</w:t>
                            </w:r>
                          </w:p>
                          <w:p w14:paraId="70118B99" w14:textId="77777777" w:rsidR="00966522" w:rsidRDefault="00966522" w:rsidP="00966522">
                            <w:pPr>
                              <w:textDirection w:val="btLr"/>
                            </w:pPr>
                          </w:p>
                          <w:p w14:paraId="6C255A33" w14:textId="77777777" w:rsidR="00966522" w:rsidRDefault="00966522" w:rsidP="0096652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EBFB15" id="Rectangle 1030" o:spid="_x0000_s1026" style="position:absolute;left:0;text-align:left;margin-left:0;margin-top:0;width:465.75pt;height:70.2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3A6179F6" w14:textId="77777777" w:rsidR="00966522" w:rsidRDefault="00966522" w:rsidP="00966522">
                      <w:pPr>
                        <w:textDirection w:val="btLr"/>
                      </w:pP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  <w:sz w:val="21"/>
                        </w:rPr>
                        <w:t>Catatan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  <w:sz w:val="21"/>
                        </w:rPr>
                        <w:t xml:space="preserve">: </w:t>
                      </w:r>
                    </w:p>
                    <w:p w14:paraId="4890A4DD" w14:textId="77777777" w:rsidR="00966522" w:rsidRDefault="00966522" w:rsidP="00966522">
                      <w:pPr>
                        <w:textDirection w:val="btLr"/>
                      </w:pP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  <w:sz w:val="21"/>
                        </w:rPr>
                        <w:t>Silakan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  <w:sz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  <w:sz w:val="21"/>
                        </w:rPr>
                        <w:t>kirim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  <w:sz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  <w:sz w:val="21"/>
                        </w:rPr>
                        <w:t>surat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  <w:sz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  <w:sz w:val="21"/>
                        </w:rPr>
                        <w:t>persetujuan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  <w:sz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  <w:sz w:val="21"/>
                        </w:rPr>
                        <w:t>ini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  <w:sz w:val="21"/>
                        </w:rPr>
                        <w:t xml:space="preserve"> yang </w:t>
                      </w: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  <w:sz w:val="21"/>
                        </w:rPr>
                        <w:t>bertanda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  <w:sz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  <w:sz w:val="21"/>
                        </w:rPr>
                        <w:t>tangan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  <w:sz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  <w:sz w:val="21"/>
                        </w:rPr>
                        <w:t>asli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  <w:sz w:val="21"/>
                        </w:rPr>
                        <w:t xml:space="preserve"> via email </w:t>
                      </w:r>
                      <w:r>
                        <w:rPr>
                          <w:rFonts w:eastAsia="Times New Roman" w:cs="Times New Roman"/>
                          <w:color w:val="000000"/>
                        </w:rPr>
                        <w:t xml:space="preserve">journaltechnologica@gmail.com </w:t>
                      </w: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</w:rPr>
                        <w:t>dalam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</w:rPr>
                        <w:t>bentuk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</w:rPr>
                        <w:t xml:space="preserve"> file jpg </w:t>
                      </w: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</w:rPr>
                        <w:t>atau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</w:rPr>
                        <w:t xml:space="preserve"> pdf, </w:t>
                      </w: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</w:rPr>
                        <w:t>atau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</w:rPr>
                        <w:t xml:space="preserve"> via WA </w:t>
                      </w: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</w:rPr>
                        <w:t>ke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</w:rPr>
                        <w:t xml:space="preserve"> No +62 85313767633, </w:t>
                      </w: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</w:rPr>
                        <w:t>Naskah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</w:rPr>
                        <w:t xml:space="preserve"> yang </w:t>
                      </w: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</w:rPr>
                        <w:t>belum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</w:rPr>
                        <w:t>mengirimkan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</w:rPr>
                        <w:t>surat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</w:rPr>
                        <w:t>persetujuan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</w:rPr>
                        <w:t>ini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</w:rPr>
                        <w:t>belum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Times New Roman" w:cs="Times New Roman"/>
                          <w:color w:val="000000"/>
                        </w:rPr>
                        <w:t>dapat</w:t>
                      </w:r>
                      <w:proofErr w:type="spellEnd"/>
                      <w:r>
                        <w:rPr>
                          <w:rFonts w:eastAsia="Times New Roman" w:cs="Times New Roman"/>
                          <w:color w:val="000000"/>
                        </w:rPr>
                        <w:t xml:space="preserve"> kami publish.</w:t>
                      </w:r>
                    </w:p>
                    <w:p w14:paraId="70118B99" w14:textId="77777777" w:rsidR="00966522" w:rsidRDefault="00966522" w:rsidP="00966522">
                      <w:pPr>
                        <w:textDirection w:val="btLr"/>
                      </w:pPr>
                    </w:p>
                    <w:p w14:paraId="6C255A33" w14:textId="77777777" w:rsidR="00966522" w:rsidRDefault="00966522" w:rsidP="00966522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sectPr w:rsidR="00966522" w:rsidSect="00034616">
      <w:pgSz w:w="12240" w:h="15840"/>
      <w:pgMar w:top="935" w:right="1417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0419"/>
    <w:rsid w:val="0029639D"/>
    <w:rsid w:val="00300EDF"/>
    <w:rsid w:val="00326F90"/>
    <w:rsid w:val="006009D2"/>
    <w:rsid w:val="00966522"/>
    <w:rsid w:val="009F4EB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2C2717"/>
  <w14:defaultImageDpi w14:val="300"/>
  <w15:docId w15:val="{F82A8ADE-13E5-4373-BF68-45A9AFBBB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6652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65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journaltechnologica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journals.gesociety.org/index.php/technologic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reviewer.</cp:lastModifiedBy>
  <cp:revision>3</cp:revision>
  <dcterms:created xsi:type="dcterms:W3CDTF">2013-12-23T23:15:00Z</dcterms:created>
  <dcterms:modified xsi:type="dcterms:W3CDTF">2026-10-21T05:31:00Z</dcterms:modified>
  <cp:category/>
</cp:coreProperties>
</file>