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7E6C" w:rsidRPr="00B3462A" w:rsidRDefault="00000000">
      <w:pPr>
        <w:pStyle w:val="aa"/>
        <w:jc w:val="center"/>
        <w:rPr>
          <w:color w:val="000000" w:themeColor="text1"/>
          <w:lang w:val="ru-RU"/>
        </w:rPr>
      </w:pPr>
      <w:r w:rsidRPr="00B3462A">
        <w:rPr>
          <w:rFonts w:ascii="PT Sans" w:eastAsia="PT Sans" w:hAnsi="PT Sans"/>
          <w:color w:val="000000" w:themeColor="text1"/>
          <w:lang w:val="ru-RU"/>
        </w:rPr>
        <w:t>Единый пакет документов участника конкурса «Снято с языка» 2026/2027</w:t>
      </w:r>
    </w:p>
    <w:p w:rsidR="00F47E6C" w:rsidRPr="00B3462A" w:rsidRDefault="00000000">
      <w:pPr>
        <w:jc w:val="center"/>
        <w:rPr>
          <w:color w:val="000000" w:themeColor="text1"/>
          <w:lang w:val="ru-RU"/>
        </w:rPr>
      </w:pPr>
      <w:r w:rsidRPr="00B3462A">
        <w:rPr>
          <w:i/>
          <w:color w:val="000000" w:themeColor="text1"/>
          <w:sz w:val="20"/>
          <w:lang w:val="ru-RU"/>
        </w:rPr>
        <w:t>для лица, не достигшего 14 лет • Редакция от 18 августа 2026 года</w:t>
      </w:r>
    </w:p>
    <w:tbl>
      <w:tblPr>
        <w:tblW w:w="0" w:type="auto"/>
        <w:jc w:val="center"/>
        <w:tblLook w:val="04A0" w:firstRow="1" w:lastRow="0" w:firstColumn="1" w:lastColumn="0" w:noHBand="0" w:noVBand="1"/>
      </w:tblPr>
      <w:tblGrid>
        <w:gridCol w:w="10142"/>
      </w:tblGrid>
      <w:tr w:rsidR="00B3462A" w:rsidRPr="00B3462A">
        <w:trPr>
          <w:jc w:val="center"/>
        </w:trPr>
        <w:tc>
          <w:tcPr>
            <w:tcW w:w="10142" w:type="dxa"/>
            <w:tcBorders>
              <w:top w:val="single" w:sz="8" w:space="0" w:color="9FB3C8"/>
              <w:left w:val="single" w:sz="8" w:space="0" w:color="9FB3C8"/>
              <w:bottom w:val="single" w:sz="8" w:space="0" w:color="9FB3C8"/>
              <w:right w:val="single" w:sz="8" w:space="0" w:color="9FB3C8"/>
            </w:tcBorders>
            <w:shd w:val="clear" w:color="auto" w:fill="EAF0F5"/>
          </w:tcPr>
          <w:p w:rsidR="00F47E6C" w:rsidRPr="00B3462A" w:rsidRDefault="00000000">
            <w:pPr>
              <w:rPr>
                <w:color w:val="000000" w:themeColor="text1"/>
                <w:lang w:val="ru-RU"/>
              </w:rPr>
            </w:pPr>
            <w:r w:rsidRPr="00B3462A">
              <w:rPr>
                <w:b/>
                <w:color w:val="000000" w:themeColor="text1"/>
                <w:sz w:val="22"/>
                <w:lang w:val="ru-RU"/>
              </w:rPr>
              <w:t>Краткая инструкция</w:t>
            </w:r>
          </w:p>
          <w:p w:rsidR="00F47E6C" w:rsidRPr="00B3462A" w:rsidRDefault="00000000">
            <w:pPr>
              <w:spacing w:after="40"/>
              <w:rPr>
                <w:color w:val="000000" w:themeColor="text1"/>
                <w:lang w:val="ru-RU"/>
              </w:rPr>
            </w:pPr>
            <w:r w:rsidRPr="00B3462A">
              <w:rPr>
                <w:color w:val="000000" w:themeColor="text1"/>
                <w:sz w:val="20"/>
                <w:lang w:val="ru-RU"/>
              </w:rPr>
              <w:t>Пакет предназначен для реб</w:t>
            </w:r>
            <w:r w:rsidR="00B3462A">
              <w:rPr>
                <w:color w:val="000000" w:themeColor="text1"/>
                <w:sz w:val="20"/>
                <w:lang w:val="ru-RU"/>
              </w:rPr>
              <w:t>е</w:t>
            </w:r>
            <w:r w:rsidRPr="00B3462A">
              <w:rPr>
                <w:color w:val="000000" w:themeColor="text1"/>
                <w:sz w:val="20"/>
                <w:lang w:val="ru-RU"/>
              </w:rPr>
              <w:t>нка, которому на дату подписания документов не исполнилось 14 лет. Все документы заполняет и подписывает родитель, усыновитель, опекун или иной законный представитель.</w:t>
            </w:r>
          </w:p>
          <w:p w:rsidR="00F47E6C" w:rsidRPr="00B3462A" w:rsidRDefault="00000000">
            <w:pPr>
              <w:spacing w:after="40"/>
              <w:rPr>
                <w:color w:val="000000" w:themeColor="text1"/>
                <w:lang w:val="ru-RU"/>
              </w:rPr>
            </w:pPr>
            <w:r w:rsidRPr="00B3462A">
              <w:rPr>
                <w:color w:val="000000" w:themeColor="text1"/>
                <w:sz w:val="20"/>
                <w:lang w:val="ru-RU"/>
              </w:rPr>
              <w:t>Пакет состоит из тр</w:t>
            </w:r>
            <w:r w:rsidR="00B3462A">
              <w:rPr>
                <w:color w:val="000000" w:themeColor="text1"/>
                <w:sz w:val="20"/>
                <w:lang w:val="ru-RU"/>
              </w:rPr>
              <w:t>е</w:t>
            </w:r>
            <w:r w:rsidRPr="00B3462A">
              <w:rPr>
                <w:color w:val="000000" w:themeColor="text1"/>
                <w:sz w:val="20"/>
                <w:lang w:val="ru-RU"/>
              </w:rPr>
              <w:t>х самостоятельных документов: согласия на обработку персональных данных; отдельного согласия на обработку персональных данных, разреш</w:t>
            </w:r>
            <w:r w:rsidR="00B3462A">
              <w:rPr>
                <w:color w:val="000000" w:themeColor="text1"/>
                <w:sz w:val="20"/>
                <w:lang w:val="ru-RU"/>
              </w:rPr>
              <w:t>е</w:t>
            </w:r>
            <w:r w:rsidRPr="00B3462A">
              <w:rPr>
                <w:color w:val="000000" w:themeColor="text1"/>
                <w:sz w:val="20"/>
                <w:lang w:val="ru-RU"/>
              </w:rPr>
              <w:t>нных для распространения; соглашения об участии, использовании изображения и правах на конкурсную работу.</w:t>
            </w:r>
          </w:p>
          <w:p w:rsidR="00F47E6C" w:rsidRPr="00B3462A" w:rsidRDefault="00000000">
            <w:pPr>
              <w:spacing w:after="40"/>
              <w:rPr>
                <w:color w:val="000000" w:themeColor="text1"/>
                <w:lang w:val="ru-RU"/>
              </w:rPr>
            </w:pPr>
            <w:r w:rsidRPr="00B3462A">
              <w:rPr>
                <w:color w:val="000000" w:themeColor="text1"/>
                <w:sz w:val="20"/>
                <w:lang w:val="ru-RU"/>
              </w:rPr>
              <w:t>Документы объединены в один файл только для удобства загрузки. Каждый документ подписывается отдельно. Согласия на обработку и распространение персональных данных оформлены самостоятельными документами в соответствии со статьями 9 и 10.1 Федерального закона № 152-ФЗ; использование изображения и конкурсной работы регулируется отдельно нормами Гражданского кодекса Российской Федерации.</w:t>
            </w:r>
          </w:p>
          <w:p w:rsidR="00F47E6C" w:rsidRPr="00B3462A" w:rsidRDefault="00000000">
            <w:pPr>
              <w:spacing w:after="40"/>
              <w:rPr>
                <w:color w:val="000000" w:themeColor="text1"/>
                <w:lang w:val="ru-RU"/>
              </w:rPr>
            </w:pPr>
            <w:r w:rsidRPr="00B3462A">
              <w:rPr>
                <w:color w:val="000000" w:themeColor="text1"/>
                <w:sz w:val="20"/>
                <w:lang w:val="ru-RU"/>
              </w:rPr>
              <w:t>Реб</w:t>
            </w:r>
            <w:r w:rsidR="00B3462A">
              <w:rPr>
                <w:color w:val="000000" w:themeColor="text1"/>
                <w:sz w:val="20"/>
                <w:lang w:val="ru-RU"/>
              </w:rPr>
              <w:t>е</w:t>
            </w:r>
            <w:r w:rsidRPr="00B3462A">
              <w:rPr>
                <w:color w:val="000000" w:themeColor="text1"/>
                <w:sz w:val="20"/>
                <w:lang w:val="ru-RU"/>
              </w:rPr>
              <w:t>нок может быть участником официального состава команды или помощником. Каждый участник команды и помощник предоставляет собственный пакет с уч</w:t>
            </w:r>
            <w:r w:rsidR="00B3462A">
              <w:rPr>
                <w:color w:val="000000" w:themeColor="text1"/>
                <w:sz w:val="20"/>
                <w:lang w:val="ru-RU"/>
              </w:rPr>
              <w:t>е</w:t>
            </w:r>
            <w:r w:rsidRPr="00B3462A">
              <w:rPr>
                <w:color w:val="000000" w:themeColor="text1"/>
                <w:sz w:val="20"/>
                <w:lang w:val="ru-RU"/>
              </w:rPr>
              <w:t>том возраста.</w:t>
            </w:r>
          </w:p>
          <w:p w:rsidR="00F47E6C" w:rsidRPr="00B3462A" w:rsidRDefault="00000000">
            <w:pPr>
              <w:spacing w:after="40"/>
              <w:rPr>
                <w:color w:val="000000" w:themeColor="text1"/>
              </w:rPr>
            </w:pPr>
            <w:r w:rsidRPr="00B3462A">
              <w:rPr>
                <w:color w:val="000000" w:themeColor="text1"/>
                <w:sz w:val="20"/>
                <w:lang w:val="ru-RU"/>
              </w:rPr>
              <w:t xml:space="preserve">Не указывайте диагнозы, сведения о состоянии здоровья, национальности, религиозных или политических взглядах и иные специальные категории персональных данных. </w:t>
            </w:r>
            <w:r w:rsidRPr="00B3462A">
              <w:rPr>
                <w:color w:val="000000" w:themeColor="text1"/>
                <w:sz w:val="20"/>
              </w:rPr>
              <w:t>Организационные условия участия описывайте без медицинских подробностей.</w:t>
            </w:r>
          </w:p>
        </w:tc>
      </w:tr>
    </w:tbl>
    <w:p w:rsidR="00F47E6C" w:rsidRPr="00B3462A" w:rsidRDefault="00F47E6C">
      <w:pPr>
        <w:rPr>
          <w:color w:val="000000" w:themeColor="text1"/>
        </w:rPr>
      </w:pPr>
    </w:p>
    <w:tbl>
      <w:tblPr>
        <w:tblW w:w="0" w:type="auto"/>
        <w:tblLook w:val="04A0" w:firstRow="1" w:lastRow="0" w:firstColumn="1" w:lastColumn="0" w:noHBand="0" w:noVBand="1"/>
      </w:tblPr>
      <w:tblGrid>
        <w:gridCol w:w="10142"/>
      </w:tblGrid>
      <w:tr w:rsidR="00B3462A" w:rsidRPr="00B3462A">
        <w:tc>
          <w:tcPr>
            <w:tcW w:w="10142" w:type="dxa"/>
            <w:tcBorders>
              <w:top w:val="single" w:sz="8" w:space="0" w:color="D9A441"/>
              <w:left w:val="single" w:sz="8" w:space="0" w:color="D9A441"/>
              <w:bottom w:val="single" w:sz="8" w:space="0" w:color="D9A441"/>
              <w:right w:val="single" w:sz="8" w:space="0" w:color="D9A441"/>
            </w:tcBorders>
            <w:shd w:val="clear" w:color="auto" w:fill="FFF8E1"/>
          </w:tcPr>
          <w:p w:rsidR="00F47E6C" w:rsidRPr="00B3462A" w:rsidRDefault="00000000">
            <w:pPr>
              <w:rPr>
                <w:color w:val="000000" w:themeColor="text1"/>
                <w:lang w:val="ru-RU"/>
              </w:rPr>
            </w:pPr>
            <w:r w:rsidRPr="00B3462A">
              <w:rPr>
                <w:b/>
                <w:color w:val="000000" w:themeColor="text1"/>
                <w:sz w:val="20"/>
                <w:lang w:val="ru-RU"/>
              </w:rPr>
              <w:t xml:space="preserve">Важно. </w:t>
            </w:r>
            <w:r w:rsidRPr="00B3462A">
              <w:rPr>
                <w:color w:val="000000" w:themeColor="text1"/>
                <w:sz w:val="20"/>
                <w:lang w:val="ru-RU"/>
              </w:rPr>
              <w:t>Один подписанный пакет загружается в личный кабинет единым файлом. Номер заявки или технический идентификатор на бланке указывать не требуется: связь файла с участником фиксируется средствами личного кабинета.</w:t>
            </w:r>
          </w:p>
        </w:tc>
      </w:tr>
    </w:tbl>
    <w:p w:rsidR="00F47E6C" w:rsidRPr="00B3462A" w:rsidRDefault="00F47E6C">
      <w:pPr>
        <w:rPr>
          <w:color w:val="000000" w:themeColor="text1"/>
          <w:lang w:val="ru-RU"/>
        </w:rPr>
      </w:pPr>
    </w:p>
    <w:p w:rsidR="00F47E6C" w:rsidRPr="00B3462A" w:rsidRDefault="00000000">
      <w:pPr>
        <w:jc w:val="center"/>
        <w:rPr>
          <w:color w:val="000000" w:themeColor="text1"/>
          <w:lang w:val="ru-RU"/>
        </w:rPr>
      </w:pPr>
      <w:r w:rsidRPr="00B3462A">
        <w:rPr>
          <w:color w:val="000000" w:themeColor="text1"/>
          <w:sz w:val="19"/>
          <w:lang w:val="ru-RU"/>
        </w:rPr>
        <w:t xml:space="preserve">Политика АНО КДДГ в отношении обработки персональных данных: </w:t>
      </w:r>
      <w:hyperlink r:id="rId8">
        <w:r w:rsidRPr="00B3462A">
          <w:rPr>
            <w:color w:val="000000" w:themeColor="text1"/>
            <w:u w:val="single"/>
          </w:rPr>
          <w:t>https</w:t>
        </w:r>
        <w:r w:rsidRPr="00B3462A">
          <w:rPr>
            <w:color w:val="000000" w:themeColor="text1"/>
            <w:u w:val="single"/>
            <w:lang w:val="ru-RU"/>
          </w:rPr>
          <w:t>://</w:t>
        </w:r>
        <w:r w:rsidRPr="00B3462A">
          <w:rPr>
            <w:color w:val="000000" w:themeColor="text1"/>
            <w:u w:val="single"/>
          </w:rPr>
          <w:t>kddg</w:t>
        </w:r>
        <w:r w:rsidRPr="00B3462A">
          <w:rPr>
            <w:color w:val="000000" w:themeColor="text1"/>
            <w:u w:val="single"/>
            <w:lang w:val="ru-RU"/>
          </w:rPr>
          <w:t>.</w:t>
        </w:r>
        <w:r w:rsidRPr="00B3462A">
          <w:rPr>
            <w:color w:val="000000" w:themeColor="text1"/>
            <w:u w:val="single"/>
          </w:rPr>
          <w:t>ru</w:t>
        </w:r>
        <w:r w:rsidRPr="00B3462A">
          <w:rPr>
            <w:color w:val="000000" w:themeColor="text1"/>
            <w:u w:val="single"/>
            <w:lang w:val="ru-RU"/>
          </w:rPr>
          <w:t>/</w:t>
        </w:r>
        <w:r w:rsidRPr="00B3462A">
          <w:rPr>
            <w:color w:val="000000" w:themeColor="text1"/>
            <w:u w:val="single"/>
          </w:rPr>
          <w:t>agreement</w:t>
        </w:r>
      </w:hyperlink>
    </w:p>
    <w:p w:rsidR="00F47E6C" w:rsidRPr="00B3462A" w:rsidRDefault="00000000">
      <w:pPr>
        <w:rPr>
          <w:color w:val="000000" w:themeColor="text1"/>
          <w:lang w:val="ru-RU"/>
        </w:rPr>
      </w:pPr>
      <w:r w:rsidRPr="00B3462A">
        <w:rPr>
          <w:color w:val="000000" w:themeColor="text1"/>
          <w:lang w:val="ru-RU"/>
        </w:rPr>
        <w:br w:type="page"/>
      </w:r>
    </w:p>
    <w:p w:rsidR="00F47E6C" w:rsidRPr="00B3462A" w:rsidRDefault="00000000">
      <w:pPr>
        <w:jc w:val="center"/>
        <w:rPr>
          <w:color w:val="000000" w:themeColor="text1"/>
          <w:lang w:val="ru-RU"/>
        </w:rPr>
      </w:pPr>
      <w:r w:rsidRPr="00B3462A">
        <w:rPr>
          <w:b/>
          <w:color w:val="000000" w:themeColor="text1"/>
          <w:sz w:val="24"/>
          <w:lang w:val="ru-RU"/>
        </w:rPr>
        <w:lastRenderedPageBreak/>
        <w:t>ДОКУМЕНТ № 1</w:t>
      </w:r>
    </w:p>
    <w:p w:rsidR="00F47E6C" w:rsidRPr="00B3462A" w:rsidRDefault="00000000">
      <w:pPr>
        <w:pStyle w:val="1"/>
        <w:jc w:val="center"/>
        <w:rPr>
          <w:color w:val="000000" w:themeColor="text1"/>
          <w:lang w:val="ru-RU"/>
        </w:rPr>
      </w:pPr>
      <w:r w:rsidRPr="00B3462A">
        <w:rPr>
          <w:rFonts w:ascii="PT Sans" w:eastAsia="PT Sans" w:hAnsi="PT Sans"/>
          <w:color w:val="000000" w:themeColor="text1"/>
          <w:lang w:val="ru-RU"/>
        </w:rPr>
        <w:t>Согласие законного представителя на обработку персональных данных несовершеннолетнего и своих персональных данных</w:t>
      </w:r>
    </w:p>
    <w:p w:rsidR="00F47E6C" w:rsidRPr="00B3462A" w:rsidRDefault="00F47E6C">
      <w:pPr>
        <w:pBdr>
          <w:bottom w:val="single" w:sz="12" w:space="1" w:color="9FB3C8"/>
        </w:pBdr>
        <w:rPr>
          <w:color w:val="000000" w:themeColor="text1"/>
          <w:lang w:val="ru-RU"/>
        </w:rPr>
      </w:pP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Оператор персональных данных</w:t>
      </w:r>
    </w:p>
    <w:p w:rsidR="00F47E6C" w:rsidRPr="00B3462A" w:rsidRDefault="00000000">
      <w:pPr>
        <w:rPr>
          <w:color w:val="000000" w:themeColor="text1"/>
          <w:lang w:val="ru-RU"/>
        </w:rPr>
      </w:pPr>
      <w:r w:rsidRPr="00B3462A">
        <w:rPr>
          <w:color w:val="000000" w:themeColor="text1"/>
          <w:lang w:val="ru-RU"/>
        </w:rPr>
        <w:t>Автономная некоммерческая организация «Центр культурных, образовательных и социальных проектов „Клуб добрых друзей города“» (АНО КДДГ).</w:t>
      </w:r>
    </w:p>
    <w:p w:rsidR="00F47E6C" w:rsidRPr="00B3462A" w:rsidRDefault="00000000">
      <w:pPr>
        <w:rPr>
          <w:color w:val="000000" w:themeColor="text1"/>
          <w:lang w:val="ru-RU"/>
        </w:rPr>
      </w:pPr>
      <w:r w:rsidRPr="00B3462A">
        <w:rPr>
          <w:color w:val="000000" w:themeColor="text1"/>
          <w:lang w:val="ru-RU"/>
        </w:rPr>
        <w:t>ИНН 7813669506, ОГРН 1227800168804.</w:t>
      </w:r>
    </w:p>
    <w:p w:rsidR="00F47E6C" w:rsidRPr="00B3462A" w:rsidRDefault="00000000">
      <w:pPr>
        <w:rPr>
          <w:color w:val="000000" w:themeColor="text1"/>
          <w:lang w:val="ru-RU"/>
        </w:rPr>
      </w:pPr>
      <w:r w:rsidRPr="00B3462A">
        <w:rPr>
          <w:color w:val="000000" w:themeColor="text1"/>
          <w:lang w:val="ru-RU"/>
        </w:rPr>
        <w:t>Адрес: 199155, г. Санкт-Петербург, ул. Уральская, д. 17, к. 3, литера Е, пом. 15Н/32Н, офис 10.</w:t>
      </w:r>
    </w:p>
    <w:p w:rsidR="00F47E6C" w:rsidRPr="00B3462A" w:rsidRDefault="00000000">
      <w:pPr>
        <w:rPr>
          <w:color w:val="000000" w:themeColor="text1"/>
          <w:lang w:val="ru-RU"/>
        </w:rPr>
      </w:pPr>
      <w:r w:rsidRPr="00B3462A">
        <w:rPr>
          <w:color w:val="000000" w:themeColor="text1"/>
          <w:lang w:val="ru-RU"/>
        </w:rPr>
        <w:t xml:space="preserve">Контакт по вопросам персональных данных: </w:t>
      </w:r>
      <w:r w:rsidRPr="00B3462A">
        <w:rPr>
          <w:color w:val="000000" w:themeColor="text1"/>
        </w:rPr>
        <w:t>info</w:t>
      </w:r>
      <w:r w:rsidRPr="00B3462A">
        <w:rPr>
          <w:color w:val="000000" w:themeColor="text1"/>
          <w:lang w:val="ru-RU"/>
        </w:rPr>
        <w:t>@</w:t>
      </w:r>
      <w:r w:rsidRPr="00B3462A">
        <w:rPr>
          <w:color w:val="000000" w:themeColor="text1"/>
        </w:rPr>
        <w:t>kddg</w:t>
      </w:r>
      <w:r w:rsidRPr="00B3462A">
        <w:rPr>
          <w:color w:val="000000" w:themeColor="text1"/>
          <w:lang w:val="ru-RU"/>
        </w:rPr>
        <w:t>.</w:t>
      </w:r>
      <w:r w:rsidRPr="00B3462A">
        <w:rPr>
          <w:color w:val="000000" w:themeColor="text1"/>
        </w:rPr>
        <w:t>ru</w:t>
      </w:r>
      <w:r w:rsidRPr="00B3462A">
        <w:rPr>
          <w:color w:val="000000" w:themeColor="text1"/>
          <w:lang w:val="ru-RU"/>
        </w:rPr>
        <w:t>.</w:t>
      </w:r>
    </w:p>
    <w:p w:rsidR="00F47E6C" w:rsidRPr="00B3462A" w:rsidRDefault="00000000">
      <w:pPr>
        <w:rPr>
          <w:color w:val="000000" w:themeColor="text1"/>
          <w:lang w:val="ru-RU"/>
        </w:rPr>
      </w:pPr>
      <w:r w:rsidRPr="00B3462A">
        <w:rPr>
          <w:color w:val="000000" w:themeColor="text1"/>
          <w:lang w:val="ru-RU"/>
        </w:rPr>
        <w:t xml:space="preserve">Политика в отношении обработки персональных данных: </w:t>
      </w:r>
      <w:hyperlink r:id="rId9">
        <w:r w:rsidRPr="00B3462A">
          <w:rPr>
            <w:color w:val="000000" w:themeColor="text1"/>
            <w:u w:val="single"/>
          </w:rPr>
          <w:t>https</w:t>
        </w:r>
        <w:r w:rsidRPr="00B3462A">
          <w:rPr>
            <w:color w:val="000000" w:themeColor="text1"/>
            <w:u w:val="single"/>
            <w:lang w:val="ru-RU"/>
          </w:rPr>
          <w:t>://</w:t>
        </w:r>
        <w:r w:rsidRPr="00B3462A">
          <w:rPr>
            <w:color w:val="000000" w:themeColor="text1"/>
            <w:u w:val="single"/>
          </w:rPr>
          <w:t>kddg</w:t>
        </w:r>
        <w:r w:rsidRPr="00B3462A">
          <w:rPr>
            <w:color w:val="000000" w:themeColor="text1"/>
            <w:u w:val="single"/>
            <w:lang w:val="ru-RU"/>
          </w:rPr>
          <w:t>.</w:t>
        </w:r>
        <w:r w:rsidRPr="00B3462A">
          <w:rPr>
            <w:color w:val="000000" w:themeColor="text1"/>
            <w:u w:val="single"/>
          </w:rPr>
          <w:t>ru</w:t>
        </w:r>
        <w:r w:rsidRPr="00B3462A">
          <w:rPr>
            <w:color w:val="000000" w:themeColor="text1"/>
            <w:u w:val="single"/>
            <w:lang w:val="ru-RU"/>
          </w:rPr>
          <w:t>/</w:t>
        </w:r>
        <w:r w:rsidRPr="00B3462A">
          <w:rPr>
            <w:color w:val="000000" w:themeColor="text1"/>
            <w:u w:val="single"/>
          </w:rPr>
          <w:t>agreement</w:t>
        </w:r>
      </w:hyperlink>
    </w:p>
    <w:p w:rsidR="00F47E6C" w:rsidRPr="00B3462A" w:rsidRDefault="00000000">
      <w:pPr>
        <w:pStyle w:val="21"/>
        <w:rPr>
          <w:color w:val="000000" w:themeColor="text1"/>
        </w:rPr>
      </w:pPr>
      <w:r w:rsidRPr="00B3462A">
        <w:rPr>
          <w:rFonts w:ascii="PT Sans" w:eastAsia="PT Sans" w:hAnsi="PT Sans"/>
          <w:color w:val="000000" w:themeColor="text1"/>
        </w:rPr>
        <w:t>Законный представитель и несовершеннолетний</w:t>
      </w:r>
    </w:p>
    <w:tbl>
      <w:tblPr>
        <w:tblW w:w="0" w:type="auto"/>
        <w:jc w:val="center"/>
        <w:tblLook w:val="04A0" w:firstRow="1" w:lastRow="0" w:firstColumn="1" w:lastColumn="0" w:noHBand="0" w:noVBand="1"/>
      </w:tblPr>
      <w:tblGrid>
        <w:gridCol w:w="10142"/>
      </w:tblGrid>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Ф.И.О. законного представителя: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Статус: родитель / усыновитель / опекун / иной законный представитель: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Документ, подтверждающий полномочия (вид и реквизиты):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Ф.И.О. несовершеннолетнего: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Дата рождения несовершеннолетнего: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Контактный телефон законного представителя:  __________________________________________________________</w:t>
            </w:r>
          </w:p>
        </w:tc>
      </w:tr>
      <w:tr w:rsidR="00F47E6C"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Адрес электронной почты:  __________________________________________________________</w:t>
            </w:r>
          </w:p>
        </w:tc>
      </w:tr>
    </w:tbl>
    <w:p w:rsidR="00F47E6C" w:rsidRPr="00B3462A" w:rsidRDefault="00F47E6C">
      <w:pPr>
        <w:spacing w:after="0"/>
        <w:rPr>
          <w:color w:val="000000" w:themeColor="text1"/>
        </w:rPr>
      </w:pPr>
    </w:p>
    <w:p w:rsidR="00F47E6C" w:rsidRPr="00B3462A" w:rsidRDefault="00000000">
      <w:pPr>
        <w:rPr>
          <w:color w:val="000000" w:themeColor="text1"/>
        </w:rPr>
      </w:pPr>
      <w:r w:rsidRPr="00B3462A">
        <w:rPr>
          <w:color w:val="000000" w:themeColor="text1"/>
        </w:rPr>
        <w:t>Роль несовершеннолетнего в команде:</w:t>
      </w:r>
    </w:p>
    <w:p w:rsidR="00F47E6C" w:rsidRPr="00B3462A" w:rsidRDefault="00000000">
      <w:pPr>
        <w:spacing w:after="40"/>
        <w:ind w:left="227" w:hanging="227"/>
        <w:rPr>
          <w:color w:val="000000" w:themeColor="text1"/>
        </w:rPr>
      </w:pPr>
      <w:r w:rsidRPr="00B3462A">
        <w:rPr>
          <w:color w:val="000000" w:themeColor="text1"/>
          <w:sz w:val="20"/>
        </w:rPr>
        <w:t>☐ участник официального состава команды;</w:t>
      </w:r>
    </w:p>
    <w:p w:rsidR="00F47E6C" w:rsidRPr="00B3462A" w:rsidRDefault="00000000">
      <w:pPr>
        <w:spacing w:after="40"/>
        <w:ind w:left="227" w:hanging="227"/>
        <w:rPr>
          <w:color w:val="000000" w:themeColor="text1"/>
        </w:rPr>
      </w:pPr>
      <w:r w:rsidRPr="00B3462A">
        <w:rPr>
          <w:color w:val="000000" w:themeColor="text1"/>
          <w:sz w:val="20"/>
        </w:rPr>
        <w:t>☐ помощник команды.</w:t>
      </w:r>
    </w:p>
    <w:p w:rsidR="00F47E6C" w:rsidRPr="00B3462A" w:rsidRDefault="00000000">
      <w:pPr>
        <w:rPr>
          <w:color w:val="000000" w:themeColor="text1"/>
          <w:lang w:val="ru-RU"/>
        </w:rPr>
      </w:pPr>
      <w:r w:rsidRPr="00B3462A">
        <w:rPr>
          <w:color w:val="000000" w:themeColor="text1"/>
          <w:lang w:val="ru-RU"/>
        </w:rPr>
        <w:t>Действуя от имени и в интересах несовершеннолетнего, даю Оператору конкретное, предметное, информированное, сознательное и однозначное согласие на обработку персональных данных несовершеннолетнего, а также моих персональных данных в объ</w:t>
      </w:r>
      <w:r w:rsidR="00B3462A">
        <w:rPr>
          <w:color w:val="000000" w:themeColor="text1"/>
          <w:lang w:val="ru-RU"/>
        </w:rPr>
        <w:t>е</w:t>
      </w:r>
      <w:r w:rsidRPr="00B3462A">
        <w:rPr>
          <w:color w:val="000000" w:themeColor="text1"/>
          <w:lang w:val="ru-RU"/>
        </w:rPr>
        <w:t>ме, необходимом для подтверждения полномочий и взаимодействия с Оператором.</w:t>
      </w:r>
    </w:p>
    <w:p w:rsidR="00F47E6C" w:rsidRPr="00B3462A" w:rsidRDefault="00000000">
      <w:pPr>
        <w:pStyle w:val="21"/>
        <w:rPr>
          <w:color w:val="000000" w:themeColor="text1"/>
        </w:rPr>
      </w:pPr>
      <w:r w:rsidRPr="00B3462A">
        <w:rPr>
          <w:rFonts w:ascii="PT Sans" w:eastAsia="PT Sans" w:hAnsi="PT Sans"/>
          <w:color w:val="000000" w:themeColor="text1"/>
        </w:rPr>
        <w:t>Цели обработки</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регистрация лица и включение сведений о н</w:t>
      </w:r>
      <w:r w:rsidR="00B3462A">
        <w:rPr>
          <w:color w:val="000000" w:themeColor="text1"/>
          <w:sz w:val="20"/>
          <w:lang w:val="ru-RU"/>
        </w:rPr>
        <w:t>е</w:t>
      </w:r>
      <w:r w:rsidRPr="00B3462A">
        <w:rPr>
          <w:color w:val="000000" w:themeColor="text1"/>
          <w:sz w:val="20"/>
          <w:lang w:val="ru-RU"/>
        </w:rPr>
        <w:t>м в первичную и конкурсную заявки, ведение заявки и соответствующей записи в личном кабинете;</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подтверждение возраста, образовательной ступени, конкурсной категории и роли в команде;</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формирование состава команды и установление связи между участниками, помощниками и наставником;</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проверка заявок и документов, направление замечаний, организация исправления или замены материалов;</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направление организационных и сервисных сообщений о текущем сезоне Конкурса, его сроках, статусах заявок, образовательной программе и результатах;</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организация образовательных мероприятий, сопровождение участия и техническая поддержка;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допуск конкурсной работы к оцениванию, проведение экспертной оценки и фиксация результатов;</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lastRenderedPageBreak/>
        <w:t>организация церемонии награждения, подготовка и выдача дипломов, сертификатов, наград и иных документов;</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рассмотрение обращений, претензий и спорных вопросов, подтверждение соблюдения условий Конкурса;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подготовка грантовой, статистической и обезличенной отч</w:t>
      </w:r>
      <w:r w:rsidR="00B3462A">
        <w:rPr>
          <w:color w:val="000000" w:themeColor="text1"/>
          <w:sz w:val="20"/>
          <w:lang w:val="ru-RU"/>
        </w:rPr>
        <w:t>е</w:t>
      </w:r>
      <w:r w:rsidRPr="00B3462A">
        <w:rPr>
          <w:color w:val="000000" w:themeColor="text1"/>
          <w:sz w:val="20"/>
          <w:lang w:val="ru-RU"/>
        </w:rPr>
        <w:t>тности, хранение архива Конкурса и документов, подтверждающих правомерность обработки и использования материалов.</w:t>
      </w:r>
    </w:p>
    <w:p w:rsidR="00F47E6C" w:rsidRPr="00B3462A" w:rsidRDefault="00000000">
      <w:pPr>
        <w:rPr>
          <w:color w:val="000000" w:themeColor="text1"/>
          <w:lang w:val="ru-RU"/>
        </w:rPr>
      </w:pPr>
      <w:r w:rsidRPr="00B3462A">
        <w:rPr>
          <w:color w:val="000000" w:themeColor="text1"/>
          <w:lang w:val="ru-RU"/>
        </w:rPr>
        <w:t>Настоящее согласие не включает рекламные рассылки и продвижение будущих сезонов или иных проектов, не относящиеся к текущему участию.</w:t>
      </w:r>
    </w:p>
    <w:p w:rsidR="00F47E6C" w:rsidRPr="00B3462A" w:rsidRDefault="00000000">
      <w:pPr>
        <w:pStyle w:val="21"/>
        <w:rPr>
          <w:color w:val="000000" w:themeColor="text1"/>
        </w:rPr>
      </w:pPr>
      <w:r w:rsidRPr="00B3462A">
        <w:rPr>
          <w:rFonts w:ascii="PT Sans" w:eastAsia="PT Sans" w:hAnsi="PT Sans"/>
          <w:color w:val="000000" w:themeColor="text1"/>
        </w:rPr>
        <w:t>Персональные данные несовершеннолетнего</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фамилия, имя, отчество, а также предоставленная форма Ф.И.О. для оформления дипломов и иных именных документов;</w:t>
      </w:r>
    </w:p>
    <w:p w:rsidR="00F47E6C" w:rsidRPr="00B3462A" w:rsidRDefault="00000000">
      <w:pPr>
        <w:pStyle w:val="a0"/>
        <w:spacing w:after="40"/>
        <w:ind w:left="369" w:hanging="170"/>
        <w:rPr>
          <w:color w:val="000000" w:themeColor="text1"/>
        </w:rPr>
      </w:pPr>
      <w:r w:rsidRPr="00B3462A">
        <w:rPr>
          <w:color w:val="000000" w:themeColor="text1"/>
          <w:sz w:val="20"/>
        </w:rPr>
        <w:t>дата рождения и возраст;</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сведения о поле — если они предоставляются для грамматически корректного оформления дипломов и иных именных документов;</w:t>
      </w:r>
    </w:p>
    <w:p w:rsidR="00F47E6C" w:rsidRPr="00B3462A" w:rsidRDefault="00000000">
      <w:pPr>
        <w:pStyle w:val="a0"/>
        <w:spacing w:after="40"/>
        <w:ind w:left="369" w:hanging="170"/>
        <w:rPr>
          <w:color w:val="000000" w:themeColor="text1"/>
        </w:rPr>
      </w:pPr>
      <w:r w:rsidRPr="00B3462A">
        <w:rPr>
          <w:color w:val="000000" w:themeColor="text1"/>
          <w:sz w:val="20"/>
        </w:rPr>
        <w:t>насел</w:t>
      </w:r>
      <w:r w:rsidR="00B3462A">
        <w:rPr>
          <w:color w:val="000000" w:themeColor="text1"/>
          <w:sz w:val="20"/>
        </w:rPr>
        <w:t>е</w:t>
      </w:r>
      <w:r w:rsidRPr="00B3462A">
        <w:rPr>
          <w:color w:val="000000" w:themeColor="text1"/>
          <w:sz w:val="20"/>
        </w:rPr>
        <w:t>нный пункт и регион;</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образовательная организация, класс, курс и образовательная ступень;</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контактные данные, предоставленные для связи: адрес электронной почты, номер телефона — если он предоставлен, идентификатор или ссылка на аккаунт в мессенджере или социальной сети;</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сведения о формате участия, роли в команде, названии и составе команды, связи с наставником;</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выбранное конкурсное направление, сведения о технике исполнения работы и использовании инструментов искусственного интеллекта;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ответы о мотивации и сведения о необходимых организационных условиях участия (например, онлайн-формат, субтитры или безбарьерный доступ) без указания диагнозов, состояния здоровья и иных специальных категорий персональных данных;</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название и описание конкурсной работы, ссылку или иной идентификатор работы;</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изображение и голос, содержащиеся в конкурсной работе или материалах мероприятий, в объ</w:t>
      </w:r>
      <w:r w:rsidR="00B3462A">
        <w:rPr>
          <w:color w:val="000000" w:themeColor="text1"/>
          <w:sz w:val="20"/>
          <w:lang w:val="ru-RU"/>
        </w:rPr>
        <w:t>е</w:t>
      </w:r>
      <w:r w:rsidRPr="00B3462A">
        <w:rPr>
          <w:color w:val="000000" w:themeColor="text1"/>
          <w:sz w:val="20"/>
          <w:lang w:val="ru-RU"/>
        </w:rPr>
        <w:t>ме, необходимом для проведения Конкурса и без использования для биометрической идентификации;</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статусы заявок и документов, комментарии Организатора, сведения о допуске к оцениванию, результатах оценки, конкурсном статусе, местах и номинациях;</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сведения о подготовленных и выданных дипломах, сертификатах и наградах;</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сведения, содержащиеся в подписанном пакете документов, обращениях и иных материалах, предоставленных для участия, в объ</w:t>
      </w:r>
      <w:r w:rsidR="00B3462A">
        <w:rPr>
          <w:color w:val="000000" w:themeColor="text1"/>
          <w:sz w:val="20"/>
          <w:lang w:val="ru-RU"/>
        </w:rPr>
        <w:t>е</w:t>
      </w:r>
      <w:r w:rsidRPr="00B3462A">
        <w:rPr>
          <w:color w:val="000000" w:themeColor="text1"/>
          <w:sz w:val="20"/>
          <w:lang w:val="ru-RU"/>
        </w:rPr>
        <w:t>ме, необходимом для заявленных целей.</w:t>
      </w:r>
    </w:p>
    <w:p w:rsidR="00F47E6C" w:rsidRPr="00B3462A" w:rsidRDefault="00000000">
      <w:pPr>
        <w:pStyle w:val="21"/>
        <w:rPr>
          <w:color w:val="000000" w:themeColor="text1"/>
        </w:rPr>
      </w:pPr>
      <w:r w:rsidRPr="00B3462A">
        <w:rPr>
          <w:rFonts w:ascii="PT Sans" w:eastAsia="PT Sans" w:hAnsi="PT Sans"/>
          <w:color w:val="000000" w:themeColor="text1"/>
        </w:rPr>
        <w:t>Персональные данные законного представителя</w:t>
      </w:r>
    </w:p>
    <w:p w:rsidR="00F47E6C" w:rsidRPr="00B3462A" w:rsidRDefault="00000000">
      <w:pPr>
        <w:pStyle w:val="a0"/>
        <w:spacing w:after="40"/>
        <w:ind w:left="369" w:hanging="170"/>
        <w:rPr>
          <w:color w:val="000000" w:themeColor="text1"/>
        </w:rPr>
      </w:pPr>
      <w:r w:rsidRPr="00B3462A">
        <w:rPr>
          <w:color w:val="000000" w:themeColor="text1"/>
          <w:sz w:val="20"/>
        </w:rPr>
        <w:t>фамилия, имя, отчество;</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статус законного представителя и сведения о документе, подтверждающем полномочия;</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номер телефона и адрес электронной почты;</w:t>
      </w:r>
    </w:p>
    <w:p w:rsidR="00F47E6C" w:rsidRPr="00B3462A" w:rsidRDefault="00000000">
      <w:pPr>
        <w:pStyle w:val="a0"/>
        <w:spacing w:after="40"/>
        <w:ind w:left="369" w:hanging="170"/>
        <w:rPr>
          <w:color w:val="000000" w:themeColor="text1"/>
        </w:rPr>
      </w:pPr>
      <w:r w:rsidRPr="00B3462A">
        <w:rPr>
          <w:color w:val="000000" w:themeColor="text1"/>
          <w:sz w:val="20"/>
        </w:rPr>
        <w:t>подпись;</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сведения, содержащиеся в обращениях, заявлениях и иных документах, связанных с участием несовершеннолетнего.</w:t>
      </w:r>
    </w:p>
    <w:p w:rsidR="00F47E6C" w:rsidRPr="00B3462A" w:rsidRDefault="00000000">
      <w:pPr>
        <w:rPr>
          <w:color w:val="000000" w:themeColor="text1"/>
          <w:lang w:val="ru-RU"/>
        </w:rPr>
      </w:pPr>
      <w:r w:rsidRPr="00B3462A">
        <w:rPr>
          <w:color w:val="000000" w:themeColor="text1"/>
          <w:lang w:val="ru-RU"/>
        </w:rPr>
        <w:t>Копия документа, удостоверяющего личность законного представителя, не предоставляется, если Оператор отдельно не запросил е</w:t>
      </w:r>
      <w:r w:rsidR="00B3462A">
        <w:rPr>
          <w:color w:val="000000" w:themeColor="text1"/>
          <w:lang w:val="ru-RU"/>
        </w:rPr>
        <w:t>е</w:t>
      </w:r>
      <w:r w:rsidRPr="00B3462A">
        <w:rPr>
          <w:color w:val="000000" w:themeColor="text1"/>
          <w:lang w:val="ru-RU"/>
        </w:rPr>
        <w:t xml:space="preserve"> при объективной необходимости проверки личности или полномочий.</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Действия с персональными данными и порядок доступа</w:t>
      </w:r>
    </w:p>
    <w:p w:rsidR="00F47E6C" w:rsidRPr="00B3462A" w:rsidRDefault="00000000">
      <w:pPr>
        <w:rPr>
          <w:color w:val="000000" w:themeColor="text1"/>
          <w:lang w:val="ru-RU"/>
        </w:rPr>
      </w:pPr>
      <w:r w:rsidRPr="00B3462A">
        <w:rPr>
          <w:color w:val="000000" w:themeColor="text1"/>
          <w:lang w:val="ru-RU"/>
        </w:rPr>
        <w:t>Разрешаются сбор, запись, систематизация, накопление, хранение, уточнение (обновление, изменение), извлечение, использование, предоставление и доступ в предусмотренных настоящим согласием пределах, обезличивание, блокирование, удаление и уничтожение персональных данных. Обработка может осуществляться автоматизированным, неавтоматизированным и смешанным способом.</w:t>
      </w:r>
    </w:p>
    <w:p w:rsidR="00F47E6C" w:rsidRPr="00B3462A" w:rsidRDefault="00000000">
      <w:pPr>
        <w:rPr>
          <w:color w:val="000000" w:themeColor="text1"/>
          <w:lang w:val="ru-RU"/>
        </w:rPr>
      </w:pPr>
      <w:r w:rsidRPr="00B3462A">
        <w:rPr>
          <w:color w:val="000000" w:themeColor="text1"/>
          <w:lang w:val="ru-RU"/>
        </w:rPr>
        <w:lastRenderedPageBreak/>
        <w:t>К обработке допускаются уполномоченные работники Оператора, а также лица, привлекаемые Оператором для организационного и технического обеспечения Конкурса, сопровождения личного кабинета и подготовки документов, только в объ</w:t>
      </w:r>
      <w:r w:rsidR="00B3462A">
        <w:rPr>
          <w:color w:val="000000" w:themeColor="text1"/>
          <w:lang w:val="ru-RU"/>
        </w:rPr>
        <w:t>е</w:t>
      </w:r>
      <w:r w:rsidRPr="00B3462A">
        <w:rPr>
          <w:color w:val="000000" w:themeColor="text1"/>
          <w:lang w:val="ru-RU"/>
        </w:rPr>
        <w:t>ме, необходимом для выполнения их функций, и при условии соблюдения конфиденциальности персональных данных.</w:t>
      </w:r>
    </w:p>
    <w:p w:rsidR="00F47E6C" w:rsidRPr="00B3462A" w:rsidRDefault="00000000">
      <w:pPr>
        <w:rPr>
          <w:color w:val="000000" w:themeColor="text1"/>
          <w:lang w:val="ru-RU"/>
        </w:rPr>
      </w:pPr>
      <w:r w:rsidRPr="00B3462A">
        <w:rPr>
          <w:color w:val="000000" w:themeColor="text1"/>
          <w:lang w:val="ru-RU"/>
        </w:rPr>
        <w:t>Экспертам и членам жюри могут предоставляться только фамилия, имя, отчество участника, насел</w:t>
      </w:r>
      <w:r w:rsidR="00B3462A">
        <w:rPr>
          <w:color w:val="000000" w:themeColor="text1"/>
          <w:lang w:val="ru-RU"/>
        </w:rPr>
        <w:t>е</w:t>
      </w:r>
      <w:r w:rsidRPr="00B3462A">
        <w:rPr>
          <w:color w:val="000000" w:themeColor="text1"/>
          <w:lang w:val="ru-RU"/>
        </w:rPr>
        <w:t>нный пункт и ссылка на конкурсную работу. Контактные данные, документы участника и законного представителя, а также иные сведения, не необходимые для оценивания, экспертам и членам жюри не предоставляются.</w:t>
      </w:r>
    </w:p>
    <w:p w:rsidR="00F47E6C" w:rsidRPr="00B3462A" w:rsidRDefault="00000000">
      <w:pPr>
        <w:rPr>
          <w:color w:val="000000" w:themeColor="text1"/>
          <w:lang w:val="ru-RU"/>
        </w:rPr>
      </w:pPr>
      <w:r w:rsidRPr="00B3462A">
        <w:rPr>
          <w:color w:val="000000" w:themeColor="text1"/>
          <w:lang w:val="ru-RU"/>
        </w:rPr>
        <w:t>Распространение персональных данных неопредел</w:t>
      </w:r>
      <w:r w:rsidR="00B3462A">
        <w:rPr>
          <w:color w:val="000000" w:themeColor="text1"/>
          <w:lang w:val="ru-RU"/>
        </w:rPr>
        <w:t>е</w:t>
      </w:r>
      <w:r w:rsidRPr="00B3462A">
        <w:rPr>
          <w:color w:val="000000" w:themeColor="text1"/>
          <w:lang w:val="ru-RU"/>
        </w:rPr>
        <w:t>нному кругу лиц настоящим документом не разрешается.</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Срок действия и отзыв согласия</w:t>
      </w:r>
    </w:p>
    <w:p w:rsidR="00F47E6C" w:rsidRPr="00B3462A" w:rsidRDefault="00000000">
      <w:pPr>
        <w:rPr>
          <w:color w:val="000000" w:themeColor="text1"/>
          <w:lang w:val="ru-RU"/>
        </w:rPr>
      </w:pPr>
      <w:r w:rsidRPr="00B3462A">
        <w:rPr>
          <w:color w:val="000000" w:themeColor="text1"/>
          <w:lang w:val="ru-RU"/>
        </w:rPr>
        <w:t>Персональные данные обрабатываются в течение срока, необходимого для достижения заявленных целей, но в любом случае не позднее 31 марта 2032 года включительно, если иной срок хранения не установлен законодательством Российской Федерации или иным применимым правовым основанием.</w:t>
      </w:r>
    </w:p>
    <w:p w:rsidR="00F47E6C" w:rsidRPr="00B3462A" w:rsidRDefault="00000000">
      <w:pPr>
        <w:rPr>
          <w:color w:val="000000" w:themeColor="text1"/>
          <w:lang w:val="ru-RU"/>
        </w:rPr>
      </w:pPr>
      <w:r w:rsidRPr="00B3462A">
        <w:rPr>
          <w:color w:val="000000" w:themeColor="text1"/>
          <w:lang w:val="ru-RU"/>
        </w:rPr>
        <w:t>Согласие может быть отозвано законным представителем несовершеннолетнего пут</w:t>
      </w:r>
      <w:r w:rsidR="00B3462A">
        <w:rPr>
          <w:color w:val="000000" w:themeColor="text1"/>
          <w:lang w:val="ru-RU"/>
        </w:rPr>
        <w:t>е</w:t>
      </w:r>
      <w:r w:rsidRPr="00B3462A">
        <w:rPr>
          <w:color w:val="000000" w:themeColor="text1"/>
          <w:lang w:val="ru-RU"/>
        </w:rPr>
        <w:t xml:space="preserve">м направления заявления на </w:t>
      </w:r>
      <w:r w:rsidRPr="00B3462A">
        <w:rPr>
          <w:color w:val="000000" w:themeColor="text1"/>
        </w:rPr>
        <w:t>e</w:t>
      </w:r>
      <w:r w:rsidRPr="00B3462A">
        <w:rPr>
          <w:color w:val="000000" w:themeColor="text1"/>
          <w:lang w:val="ru-RU"/>
        </w:rPr>
        <w:t>-</w:t>
      </w:r>
      <w:r w:rsidRPr="00B3462A">
        <w:rPr>
          <w:color w:val="000000" w:themeColor="text1"/>
        </w:rPr>
        <w:t>mail</w:t>
      </w:r>
      <w:r w:rsidRPr="00B3462A">
        <w:rPr>
          <w:color w:val="000000" w:themeColor="text1"/>
          <w:lang w:val="ru-RU"/>
        </w:rPr>
        <w:t xml:space="preserve"> </w:t>
      </w:r>
      <w:r w:rsidRPr="00B3462A">
        <w:rPr>
          <w:color w:val="000000" w:themeColor="text1"/>
        </w:rPr>
        <w:t>info</w:t>
      </w:r>
      <w:r w:rsidRPr="00B3462A">
        <w:rPr>
          <w:color w:val="000000" w:themeColor="text1"/>
          <w:lang w:val="ru-RU"/>
        </w:rPr>
        <w:t>@</w:t>
      </w:r>
      <w:r w:rsidRPr="00B3462A">
        <w:rPr>
          <w:color w:val="000000" w:themeColor="text1"/>
        </w:rPr>
        <w:t>kddg</w:t>
      </w:r>
      <w:r w:rsidRPr="00B3462A">
        <w:rPr>
          <w:color w:val="000000" w:themeColor="text1"/>
          <w:lang w:val="ru-RU"/>
        </w:rPr>
        <w:t>.</w:t>
      </w:r>
      <w:r w:rsidRPr="00B3462A">
        <w:rPr>
          <w:color w:val="000000" w:themeColor="text1"/>
        </w:rPr>
        <w:t>ru</w:t>
      </w:r>
      <w:r w:rsidRPr="00B3462A">
        <w:rPr>
          <w:color w:val="000000" w:themeColor="text1"/>
          <w:lang w:val="ru-RU"/>
        </w:rPr>
        <w:t xml:space="preserve"> либо по почтовому адресу Оператора. В заявлении следует указать Ф.И.О. субъекта, контакт для обратной связи и объ</w:t>
      </w:r>
      <w:r w:rsidR="00B3462A">
        <w:rPr>
          <w:color w:val="000000" w:themeColor="text1"/>
          <w:lang w:val="ru-RU"/>
        </w:rPr>
        <w:t>е</w:t>
      </w:r>
      <w:r w:rsidRPr="00B3462A">
        <w:rPr>
          <w:color w:val="000000" w:themeColor="text1"/>
          <w:lang w:val="ru-RU"/>
        </w:rPr>
        <w:t>м обработки, которую требуется прекратить.</w:t>
      </w:r>
    </w:p>
    <w:p w:rsidR="00F47E6C" w:rsidRPr="00B3462A" w:rsidRDefault="00000000">
      <w:pPr>
        <w:rPr>
          <w:color w:val="000000" w:themeColor="text1"/>
          <w:lang w:val="ru-RU"/>
        </w:rPr>
      </w:pPr>
      <w:r w:rsidRPr="00B3462A">
        <w:rPr>
          <w:color w:val="000000" w:themeColor="text1"/>
          <w:lang w:val="ru-RU"/>
        </w:rPr>
        <w:t>После получения отзыва Оператор прекращает обработку, основанную на настоящем согласии, и при отсутствии иного законного основания уничтожает персональные данные либо обеспечивает их уничтожение в срок, не превышающий 30 дней. Отзыв не влияет на законность обработки, выполненной до его получения.</w:t>
      </w:r>
    </w:p>
    <w:p w:rsidR="00F47E6C" w:rsidRPr="00B3462A" w:rsidRDefault="00000000">
      <w:pPr>
        <w:rPr>
          <w:color w:val="000000" w:themeColor="text1"/>
          <w:lang w:val="ru-RU"/>
        </w:rPr>
      </w:pPr>
      <w:r w:rsidRPr="00B3462A">
        <w:rPr>
          <w:color w:val="000000" w:themeColor="text1"/>
          <w:lang w:val="ru-RU"/>
        </w:rPr>
        <w:t>Если отозвано согласие на обработку данных, без которых невозможно продолжение участия, Организатор вправе прекратить дальнейшее участие лица в Конкурсе после уведомления заявителя.</w:t>
      </w:r>
    </w:p>
    <w:p w:rsidR="00F47E6C" w:rsidRPr="00B3462A" w:rsidRDefault="00F47E6C">
      <w:pPr>
        <w:rPr>
          <w:color w:val="000000" w:themeColor="text1"/>
          <w:lang w:val="ru-RU"/>
        </w:rPr>
      </w:pPr>
    </w:p>
    <w:tbl>
      <w:tblPr>
        <w:tblW w:w="0" w:type="auto"/>
        <w:jc w:val="center"/>
        <w:tblLook w:val="04A0" w:firstRow="1" w:lastRow="0" w:firstColumn="1" w:lastColumn="0" w:noHBand="0" w:noVBand="1"/>
      </w:tblPr>
      <w:tblGrid>
        <w:gridCol w:w="5071"/>
        <w:gridCol w:w="5071"/>
      </w:tblGrid>
      <w:tr w:rsidR="00B3462A" w:rsidRPr="00B3462A">
        <w:trPr>
          <w:jc w:val="center"/>
        </w:trPr>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color w:val="000000" w:themeColor="text1"/>
                <w:sz w:val="19"/>
              </w:rPr>
              <w:t>Дата: «___» ____________ 20___ г.</w:t>
            </w:r>
          </w:p>
        </w:tc>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color w:val="000000" w:themeColor="text1"/>
                <w:sz w:val="19"/>
              </w:rPr>
              <w:t>Место: ______________________________</w:t>
            </w:r>
          </w:p>
        </w:tc>
      </w:tr>
      <w:tr w:rsidR="00F47E6C" w:rsidRPr="00B3462A">
        <w:trPr>
          <w:jc w:val="center"/>
        </w:trPr>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lang w:val="ru-RU"/>
              </w:rPr>
            </w:pPr>
            <w:r w:rsidRPr="00B3462A">
              <w:rPr>
                <w:b/>
                <w:color w:val="000000" w:themeColor="text1"/>
                <w:sz w:val="19"/>
                <w:lang w:val="ru-RU"/>
              </w:rPr>
              <w:t>Законный представитель</w:t>
            </w:r>
          </w:p>
          <w:p w:rsidR="00F47E6C" w:rsidRPr="00B3462A" w:rsidRDefault="00000000">
            <w:pPr>
              <w:rPr>
                <w:color w:val="000000" w:themeColor="text1"/>
                <w:lang w:val="ru-RU"/>
              </w:rPr>
            </w:pPr>
            <w:r w:rsidRPr="00B3462A">
              <w:rPr>
                <w:color w:val="000000" w:themeColor="text1"/>
                <w:sz w:val="19"/>
                <w:lang w:val="ru-RU"/>
              </w:rPr>
              <w:t>Ф.И.О.: __________________________________</w:t>
            </w:r>
          </w:p>
          <w:p w:rsidR="00F47E6C" w:rsidRPr="00B3462A" w:rsidRDefault="00000000">
            <w:pPr>
              <w:rPr>
                <w:color w:val="000000" w:themeColor="text1"/>
                <w:lang w:val="ru-RU"/>
              </w:rPr>
            </w:pPr>
            <w:r w:rsidRPr="00B3462A">
              <w:rPr>
                <w:i/>
                <w:color w:val="000000" w:themeColor="text1"/>
                <w:sz w:val="17"/>
                <w:lang w:val="ru-RU"/>
              </w:rPr>
              <w:t>Подпись ставится лично законным представителем несовершеннолетнего.</w:t>
            </w:r>
          </w:p>
        </w:tc>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b/>
                <w:color w:val="000000" w:themeColor="text1"/>
                <w:sz w:val="19"/>
              </w:rPr>
              <w:t>Подпись</w:t>
            </w:r>
          </w:p>
          <w:p w:rsidR="00F47E6C" w:rsidRPr="00B3462A" w:rsidRDefault="00000000">
            <w:pPr>
              <w:rPr>
                <w:color w:val="000000" w:themeColor="text1"/>
              </w:rPr>
            </w:pPr>
            <w:r w:rsidRPr="00B3462A">
              <w:rPr>
                <w:color w:val="000000" w:themeColor="text1"/>
                <w:sz w:val="19"/>
              </w:rPr>
              <w:t>________________________________________</w:t>
            </w:r>
          </w:p>
        </w:tc>
      </w:tr>
    </w:tbl>
    <w:p w:rsidR="00F47E6C" w:rsidRPr="00B3462A" w:rsidRDefault="00F47E6C">
      <w:pPr>
        <w:rPr>
          <w:color w:val="000000" w:themeColor="text1"/>
        </w:rPr>
      </w:pPr>
    </w:p>
    <w:p w:rsidR="00F47E6C" w:rsidRPr="00B3462A" w:rsidRDefault="00000000">
      <w:pPr>
        <w:rPr>
          <w:color w:val="000000" w:themeColor="text1"/>
        </w:rPr>
      </w:pPr>
      <w:r w:rsidRPr="00B3462A">
        <w:rPr>
          <w:color w:val="000000" w:themeColor="text1"/>
        </w:rPr>
        <w:br w:type="page"/>
      </w:r>
    </w:p>
    <w:p w:rsidR="00F47E6C" w:rsidRPr="00B3462A" w:rsidRDefault="00000000">
      <w:pPr>
        <w:jc w:val="center"/>
        <w:rPr>
          <w:color w:val="000000" w:themeColor="text1"/>
        </w:rPr>
      </w:pPr>
      <w:r w:rsidRPr="00B3462A">
        <w:rPr>
          <w:b/>
          <w:color w:val="000000" w:themeColor="text1"/>
          <w:sz w:val="24"/>
        </w:rPr>
        <w:lastRenderedPageBreak/>
        <w:t>ДОКУМЕНТ № 2</w:t>
      </w:r>
    </w:p>
    <w:p w:rsidR="00F47E6C" w:rsidRPr="00B3462A" w:rsidRDefault="00000000">
      <w:pPr>
        <w:pStyle w:val="1"/>
        <w:jc w:val="center"/>
        <w:rPr>
          <w:color w:val="000000" w:themeColor="text1"/>
          <w:lang w:val="ru-RU"/>
        </w:rPr>
      </w:pPr>
      <w:r w:rsidRPr="00B3462A">
        <w:rPr>
          <w:rFonts w:ascii="PT Sans" w:eastAsia="PT Sans" w:hAnsi="PT Sans"/>
          <w:color w:val="000000" w:themeColor="text1"/>
          <w:lang w:val="ru-RU"/>
        </w:rPr>
        <w:t>Согласие на обработку персональных данных несовершеннолетнего, разреш</w:t>
      </w:r>
      <w:r w:rsidR="00B3462A">
        <w:rPr>
          <w:rFonts w:ascii="PT Sans" w:eastAsia="PT Sans" w:hAnsi="PT Sans"/>
          <w:color w:val="000000" w:themeColor="text1"/>
          <w:lang w:val="ru-RU"/>
        </w:rPr>
        <w:t>е</w:t>
      </w:r>
      <w:r w:rsidRPr="00B3462A">
        <w:rPr>
          <w:rFonts w:ascii="PT Sans" w:eastAsia="PT Sans" w:hAnsi="PT Sans"/>
          <w:color w:val="000000" w:themeColor="text1"/>
          <w:lang w:val="ru-RU"/>
        </w:rPr>
        <w:t>нных для распространения</w:t>
      </w:r>
    </w:p>
    <w:p w:rsidR="00F47E6C" w:rsidRPr="00B3462A" w:rsidRDefault="00F47E6C">
      <w:pPr>
        <w:pBdr>
          <w:bottom w:val="single" w:sz="12" w:space="1" w:color="9FB3C8"/>
        </w:pBdr>
        <w:rPr>
          <w:color w:val="000000" w:themeColor="text1"/>
          <w:lang w:val="ru-RU"/>
        </w:rPr>
      </w:pP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Оператор персональных данных</w:t>
      </w:r>
    </w:p>
    <w:p w:rsidR="00F47E6C" w:rsidRPr="00B3462A" w:rsidRDefault="00000000">
      <w:pPr>
        <w:rPr>
          <w:color w:val="000000" w:themeColor="text1"/>
          <w:lang w:val="ru-RU"/>
        </w:rPr>
      </w:pPr>
      <w:r w:rsidRPr="00B3462A">
        <w:rPr>
          <w:color w:val="000000" w:themeColor="text1"/>
          <w:lang w:val="ru-RU"/>
        </w:rPr>
        <w:t>Автономная некоммерческая организация «Центр культурных, образовательных и социальных проектов „Клуб добрых друзей города“» (АНО КДДГ).</w:t>
      </w:r>
    </w:p>
    <w:p w:rsidR="00F47E6C" w:rsidRPr="00B3462A" w:rsidRDefault="00000000">
      <w:pPr>
        <w:rPr>
          <w:color w:val="000000" w:themeColor="text1"/>
          <w:lang w:val="ru-RU"/>
        </w:rPr>
      </w:pPr>
      <w:r w:rsidRPr="00B3462A">
        <w:rPr>
          <w:color w:val="000000" w:themeColor="text1"/>
          <w:lang w:val="ru-RU"/>
        </w:rPr>
        <w:t>ИНН 7813669506, ОГРН 1227800168804.</w:t>
      </w:r>
    </w:p>
    <w:p w:rsidR="00F47E6C" w:rsidRPr="00B3462A" w:rsidRDefault="00000000">
      <w:pPr>
        <w:rPr>
          <w:color w:val="000000" w:themeColor="text1"/>
          <w:lang w:val="ru-RU"/>
        </w:rPr>
      </w:pPr>
      <w:r w:rsidRPr="00B3462A">
        <w:rPr>
          <w:color w:val="000000" w:themeColor="text1"/>
          <w:lang w:val="ru-RU"/>
        </w:rPr>
        <w:t>Адрес: 199155, г. Санкт-Петербург, ул. Уральская, д. 17, к. 3, литера Е, пом. 15Н/32Н, офис 10.</w:t>
      </w:r>
    </w:p>
    <w:p w:rsidR="00F47E6C" w:rsidRPr="00B3462A" w:rsidRDefault="00000000">
      <w:pPr>
        <w:rPr>
          <w:color w:val="000000" w:themeColor="text1"/>
          <w:lang w:val="ru-RU"/>
        </w:rPr>
      </w:pPr>
      <w:r w:rsidRPr="00B3462A">
        <w:rPr>
          <w:color w:val="000000" w:themeColor="text1"/>
          <w:lang w:val="ru-RU"/>
        </w:rPr>
        <w:t xml:space="preserve">Контакт по вопросам персональных данных: </w:t>
      </w:r>
      <w:r w:rsidRPr="00B3462A">
        <w:rPr>
          <w:color w:val="000000" w:themeColor="text1"/>
        </w:rPr>
        <w:t>info</w:t>
      </w:r>
      <w:r w:rsidRPr="00B3462A">
        <w:rPr>
          <w:color w:val="000000" w:themeColor="text1"/>
          <w:lang w:val="ru-RU"/>
        </w:rPr>
        <w:t>@</w:t>
      </w:r>
      <w:r w:rsidRPr="00B3462A">
        <w:rPr>
          <w:color w:val="000000" w:themeColor="text1"/>
        </w:rPr>
        <w:t>kddg</w:t>
      </w:r>
      <w:r w:rsidRPr="00B3462A">
        <w:rPr>
          <w:color w:val="000000" w:themeColor="text1"/>
          <w:lang w:val="ru-RU"/>
        </w:rPr>
        <w:t>.</w:t>
      </w:r>
      <w:r w:rsidRPr="00B3462A">
        <w:rPr>
          <w:color w:val="000000" w:themeColor="text1"/>
        </w:rPr>
        <w:t>ru</w:t>
      </w:r>
      <w:r w:rsidRPr="00B3462A">
        <w:rPr>
          <w:color w:val="000000" w:themeColor="text1"/>
          <w:lang w:val="ru-RU"/>
        </w:rPr>
        <w:t>.</w:t>
      </w:r>
    </w:p>
    <w:p w:rsidR="00F47E6C" w:rsidRPr="00B3462A" w:rsidRDefault="00000000">
      <w:pPr>
        <w:rPr>
          <w:color w:val="000000" w:themeColor="text1"/>
          <w:lang w:val="ru-RU"/>
        </w:rPr>
      </w:pPr>
      <w:r w:rsidRPr="00B3462A">
        <w:rPr>
          <w:color w:val="000000" w:themeColor="text1"/>
          <w:lang w:val="ru-RU"/>
        </w:rPr>
        <w:t xml:space="preserve">Политика в отношении обработки персональных данных: </w:t>
      </w:r>
      <w:hyperlink r:id="rId10">
        <w:r w:rsidRPr="00B3462A">
          <w:rPr>
            <w:color w:val="000000" w:themeColor="text1"/>
            <w:u w:val="single"/>
          </w:rPr>
          <w:t>https</w:t>
        </w:r>
        <w:r w:rsidRPr="00B3462A">
          <w:rPr>
            <w:color w:val="000000" w:themeColor="text1"/>
            <w:u w:val="single"/>
            <w:lang w:val="ru-RU"/>
          </w:rPr>
          <w:t>://</w:t>
        </w:r>
        <w:r w:rsidRPr="00B3462A">
          <w:rPr>
            <w:color w:val="000000" w:themeColor="text1"/>
            <w:u w:val="single"/>
          </w:rPr>
          <w:t>kddg</w:t>
        </w:r>
        <w:r w:rsidRPr="00B3462A">
          <w:rPr>
            <w:color w:val="000000" w:themeColor="text1"/>
            <w:u w:val="single"/>
            <w:lang w:val="ru-RU"/>
          </w:rPr>
          <w:t>.</w:t>
        </w:r>
        <w:r w:rsidRPr="00B3462A">
          <w:rPr>
            <w:color w:val="000000" w:themeColor="text1"/>
            <w:u w:val="single"/>
          </w:rPr>
          <w:t>ru</w:t>
        </w:r>
        <w:r w:rsidRPr="00B3462A">
          <w:rPr>
            <w:color w:val="000000" w:themeColor="text1"/>
            <w:u w:val="single"/>
            <w:lang w:val="ru-RU"/>
          </w:rPr>
          <w:t>/</w:t>
        </w:r>
        <w:r w:rsidRPr="00B3462A">
          <w:rPr>
            <w:color w:val="000000" w:themeColor="text1"/>
            <w:u w:val="single"/>
          </w:rPr>
          <w:t>agreement</w:t>
        </w:r>
      </w:hyperlink>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Субъект персональных данных и законный представитель</w:t>
      </w:r>
    </w:p>
    <w:tbl>
      <w:tblPr>
        <w:tblW w:w="0" w:type="auto"/>
        <w:jc w:val="center"/>
        <w:tblLook w:val="04A0" w:firstRow="1" w:lastRow="0" w:firstColumn="1" w:lastColumn="0" w:noHBand="0" w:noVBand="1"/>
      </w:tblPr>
      <w:tblGrid>
        <w:gridCol w:w="10142"/>
      </w:tblGrid>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Ф.И.О. несовершеннолетнего: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Дата рождения: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Роль: участник официального состава / помощник: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Ф.И.О. законного представителя: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Статус и документ, подтверждающий полномочия:  __________________________________________________________</w:t>
            </w:r>
          </w:p>
        </w:tc>
      </w:tr>
      <w:tr w:rsidR="00F47E6C"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lang w:val="ru-RU"/>
              </w:rPr>
              <w:t xml:space="preserve">Контакт для обращений по настоящему согласию </w:t>
            </w:r>
            <w:r w:rsidRPr="00B3462A">
              <w:rPr>
                <w:color w:val="000000" w:themeColor="text1"/>
                <w:sz w:val="20"/>
              </w:rPr>
              <w:t>(телефон / e-mail):  __________________________________________________________</w:t>
            </w:r>
          </w:p>
        </w:tc>
      </w:tr>
    </w:tbl>
    <w:p w:rsidR="00F47E6C" w:rsidRPr="00B3462A" w:rsidRDefault="00F47E6C">
      <w:pPr>
        <w:spacing w:after="0"/>
        <w:rPr>
          <w:color w:val="000000" w:themeColor="text1"/>
        </w:rPr>
      </w:pPr>
    </w:p>
    <w:p w:rsidR="00F47E6C" w:rsidRPr="00B3462A" w:rsidRDefault="00000000">
      <w:pPr>
        <w:rPr>
          <w:color w:val="000000" w:themeColor="text1"/>
          <w:lang w:val="ru-RU"/>
        </w:rPr>
      </w:pPr>
      <w:r w:rsidRPr="00B3462A">
        <w:rPr>
          <w:color w:val="000000" w:themeColor="text1"/>
          <w:lang w:val="ru-RU"/>
        </w:rPr>
        <w:t>Действуя от имени и в интересах несовершеннолетнего, даю Оператору согласие на обработку указанных ниже персональных данных, разреш</w:t>
      </w:r>
      <w:r w:rsidR="00B3462A">
        <w:rPr>
          <w:color w:val="000000" w:themeColor="text1"/>
          <w:lang w:val="ru-RU"/>
        </w:rPr>
        <w:t>е</w:t>
      </w:r>
      <w:r w:rsidRPr="00B3462A">
        <w:rPr>
          <w:color w:val="000000" w:themeColor="text1"/>
          <w:lang w:val="ru-RU"/>
        </w:rPr>
        <w:t>нных для распространения. Контактные сведения используются для идентификации субъекта и взаимодействия по вопросам согласия и сами по себе не разрешаются для публичного распространения.</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Информационные ресурсы Оператора</w:t>
      </w:r>
    </w:p>
    <w:p w:rsidR="00F47E6C" w:rsidRPr="00B3462A" w:rsidRDefault="00000000">
      <w:pPr>
        <w:rPr>
          <w:color w:val="000000" w:themeColor="text1"/>
          <w:lang w:val="ru-RU"/>
        </w:rPr>
      </w:pPr>
      <w:r w:rsidRPr="00B3462A">
        <w:rPr>
          <w:color w:val="000000" w:themeColor="text1"/>
          <w:lang w:val="ru-RU"/>
        </w:rPr>
        <w:t>Персональные данные могут распространяться только посредством следующих ресурсов, находящихся под контролем Оператора:</w:t>
      </w:r>
    </w:p>
    <w:p w:rsidR="00F47E6C" w:rsidRPr="00B3462A" w:rsidRDefault="00000000">
      <w:pPr>
        <w:pStyle w:val="a0"/>
        <w:ind w:left="369" w:hanging="170"/>
        <w:rPr>
          <w:color w:val="000000" w:themeColor="text1"/>
          <w:lang w:val="ru-RU"/>
        </w:rPr>
      </w:pPr>
      <w:r w:rsidRPr="00B3462A">
        <w:rPr>
          <w:color w:val="000000" w:themeColor="text1"/>
          <w:lang w:val="ru-RU"/>
        </w:rPr>
        <w:t xml:space="preserve">официальная страница Конкурса: </w:t>
      </w:r>
      <w:hyperlink r:id="rId11">
        <w:r w:rsidRPr="00B3462A">
          <w:rPr>
            <w:color w:val="000000" w:themeColor="text1"/>
            <w:u w:val="single"/>
          </w:rPr>
          <w:t>https</w:t>
        </w:r>
        <w:r w:rsidRPr="00B3462A">
          <w:rPr>
            <w:color w:val="000000" w:themeColor="text1"/>
            <w:u w:val="single"/>
            <w:lang w:val="ru-RU"/>
          </w:rPr>
          <w:t>://</w:t>
        </w:r>
        <w:r w:rsidRPr="00B3462A">
          <w:rPr>
            <w:color w:val="000000" w:themeColor="text1"/>
            <w:u w:val="single"/>
          </w:rPr>
          <w:t>kddg</w:t>
        </w:r>
        <w:r w:rsidRPr="00B3462A">
          <w:rPr>
            <w:color w:val="000000" w:themeColor="text1"/>
            <w:u w:val="single"/>
            <w:lang w:val="ru-RU"/>
          </w:rPr>
          <w:t>.</w:t>
        </w:r>
        <w:r w:rsidRPr="00B3462A">
          <w:rPr>
            <w:color w:val="000000" w:themeColor="text1"/>
            <w:u w:val="single"/>
          </w:rPr>
          <w:t>ru</w:t>
        </w:r>
        <w:r w:rsidRPr="00B3462A">
          <w:rPr>
            <w:color w:val="000000" w:themeColor="text1"/>
            <w:u w:val="single"/>
            <w:lang w:val="ru-RU"/>
          </w:rPr>
          <w:t>/</w:t>
        </w:r>
        <w:r w:rsidRPr="00B3462A">
          <w:rPr>
            <w:color w:val="000000" w:themeColor="text1"/>
            <w:u w:val="single"/>
          </w:rPr>
          <w:t>tongue</w:t>
        </w:r>
      </w:hyperlink>
    </w:p>
    <w:p w:rsidR="00F47E6C" w:rsidRPr="00B3462A" w:rsidRDefault="00000000">
      <w:pPr>
        <w:pStyle w:val="a0"/>
        <w:ind w:left="369" w:hanging="170"/>
        <w:rPr>
          <w:color w:val="000000" w:themeColor="text1"/>
          <w:lang w:val="ru-RU"/>
        </w:rPr>
      </w:pPr>
      <w:r w:rsidRPr="00B3462A">
        <w:rPr>
          <w:color w:val="000000" w:themeColor="text1"/>
          <w:lang w:val="ru-RU"/>
        </w:rPr>
        <w:t xml:space="preserve">официальное сообщество АНО КДДГ во ВКонтакте, включая записи, клипы и видеоматериалы: </w:t>
      </w:r>
      <w:hyperlink r:id="rId12">
        <w:r w:rsidRPr="00B3462A">
          <w:rPr>
            <w:color w:val="000000" w:themeColor="text1"/>
            <w:u w:val="single"/>
          </w:rPr>
          <w:t>https</w:t>
        </w:r>
        <w:r w:rsidRPr="00B3462A">
          <w:rPr>
            <w:color w:val="000000" w:themeColor="text1"/>
            <w:u w:val="single"/>
            <w:lang w:val="ru-RU"/>
          </w:rPr>
          <w:t>://</w:t>
        </w:r>
        <w:r w:rsidRPr="00B3462A">
          <w:rPr>
            <w:color w:val="000000" w:themeColor="text1"/>
            <w:u w:val="single"/>
          </w:rPr>
          <w:t>vk</w:t>
        </w:r>
        <w:r w:rsidRPr="00B3462A">
          <w:rPr>
            <w:color w:val="000000" w:themeColor="text1"/>
            <w:u w:val="single"/>
            <w:lang w:val="ru-RU"/>
          </w:rPr>
          <w:t>.</w:t>
        </w:r>
        <w:r w:rsidRPr="00B3462A">
          <w:rPr>
            <w:color w:val="000000" w:themeColor="text1"/>
            <w:u w:val="single"/>
          </w:rPr>
          <w:t>com</w:t>
        </w:r>
        <w:r w:rsidRPr="00B3462A">
          <w:rPr>
            <w:color w:val="000000" w:themeColor="text1"/>
            <w:u w:val="single"/>
            <w:lang w:val="ru-RU"/>
          </w:rPr>
          <w:t>/</w:t>
        </w:r>
        <w:r w:rsidRPr="00B3462A">
          <w:rPr>
            <w:color w:val="000000" w:themeColor="text1"/>
            <w:u w:val="single"/>
          </w:rPr>
          <w:t>klubddg</w:t>
        </w:r>
      </w:hyperlink>
    </w:p>
    <w:p w:rsidR="00F47E6C" w:rsidRPr="00B3462A" w:rsidRDefault="00000000">
      <w:pPr>
        <w:pStyle w:val="21"/>
        <w:rPr>
          <w:color w:val="000000" w:themeColor="text1"/>
        </w:rPr>
      </w:pPr>
      <w:r w:rsidRPr="00B3462A">
        <w:rPr>
          <w:rFonts w:ascii="PT Sans" w:eastAsia="PT Sans" w:hAnsi="PT Sans"/>
          <w:color w:val="000000" w:themeColor="text1"/>
        </w:rPr>
        <w:t>Цели распространения</w:t>
      </w:r>
    </w:p>
    <w:p w:rsidR="00F47E6C" w:rsidRPr="00B3462A" w:rsidRDefault="00000000">
      <w:pPr>
        <w:pStyle w:val="a0"/>
        <w:spacing w:after="40"/>
        <w:ind w:left="369" w:hanging="170"/>
        <w:rPr>
          <w:color w:val="000000" w:themeColor="text1"/>
        </w:rPr>
      </w:pPr>
      <w:r w:rsidRPr="00B3462A">
        <w:rPr>
          <w:color w:val="000000" w:themeColor="text1"/>
          <w:sz w:val="20"/>
        </w:rPr>
        <w:t>опубликование результатов Конкурса;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представление участников, помощников, наставников, финалистов, победителей и номинантов;</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публикация конкурсных работ и разреш</w:t>
      </w:r>
      <w:r w:rsidR="00B3462A">
        <w:rPr>
          <w:color w:val="000000" w:themeColor="text1"/>
          <w:sz w:val="20"/>
          <w:lang w:val="ru-RU"/>
        </w:rPr>
        <w:t>е</w:t>
      </w:r>
      <w:r w:rsidRPr="00B3462A">
        <w:rPr>
          <w:color w:val="000000" w:themeColor="text1"/>
          <w:sz w:val="20"/>
          <w:lang w:val="ru-RU"/>
        </w:rPr>
        <w:t>нных сведений об их авторах и команде;</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освещение хода и итогов Конкурса, подготовка новостей, интервью, историй участников, пресс-релизов, итоговых и отч</w:t>
      </w:r>
      <w:r w:rsidR="00B3462A">
        <w:rPr>
          <w:color w:val="000000" w:themeColor="text1"/>
          <w:sz w:val="20"/>
          <w:lang w:val="ru-RU"/>
        </w:rPr>
        <w:t>е</w:t>
      </w:r>
      <w:r w:rsidRPr="00B3462A">
        <w:rPr>
          <w:color w:val="000000" w:themeColor="text1"/>
          <w:sz w:val="20"/>
          <w:lang w:val="ru-RU"/>
        </w:rPr>
        <w:t>тных материалов;</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информационное, образовательное и просветительское продвижение Конкурса и его результатов;</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формирование и хранение публичного архива результатов Конкурса.</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lastRenderedPageBreak/>
        <w:t>Категории и перечень персональных данных, разреш</w:t>
      </w:r>
      <w:r w:rsidR="00B3462A">
        <w:rPr>
          <w:rFonts w:ascii="PT Sans" w:eastAsia="PT Sans" w:hAnsi="PT Sans"/>
          <w:color w:val="000000" w:themeColor="text1"/>
          <w:lang w:val="ru-RU"/>
        </w:rPr>
        <w:t>е</w:t>
      </w:r>
      <w:r w:rsidRPr="00B3462A">
        <w:rPr>
          <w:rFonts w:ascii="PT Sans" w:eastAsia="PT Sans" w:hAnsi="PT Sans"/>
          <w:color w:val="000000" w:themeColor="text1"/>
          <w:lang w:val="ru-RU"/>
        </w:rPr>
        <w:t>нных для распространения</w:t>
      </w:r>
    </w:p>
    <w:p w:rsidR="00F47E6C" w:rsidRPr="00B3462A" w:rsidRDefault="00000000">
      <w:pPr>
        <w:rPr>
          <w:color w:val="000000" w:themeColor="text1"/>
          <w:lang w:val="ru-RU"/>
        </w:rPr>
      </w:pPr>
      <w:r w:rsidRPr="00B3462A">
        <w:rPr>
          <w:color w:val="000000" w:themeColor="text1"/>
          <w:lang w:val="ru-RU"/>
        </w:rPr>
        <w:t>Категория: общие персональные данные. Отметьте сведения, которые разрешаете распространять. Отсутствие отметки означает отсутствие разрешения на распространение соответствующего вида данных.</w:t>
      </w:r>
    </w:p>
    <w:p w:rsidR="00F47E6C" w:rsidRPr="00B3462A" w:rsidRDefault="00000000">
      <w:pPr>
        <w:spacing w:after="40"/>
        <w:ind w:left="227" w:hanging="227"/>
        <w:rPr>
          <w:color w:val="000000" w:themeColor="text1"/>
          <w:lang w:val="ru-RU"/>
        </w:rPr>
      </w:pPr>
      <w:r w:rsidRPr="00B3462A">
        <w:rPr>
          <w:color w:val="000000" w:themeColor="text1"/>
          <w:sz w:val="20"/>
          <w:lang w:val="ru-RU"/>
        </w:rPr>
        <w:t>☐ фамилия, имя, отчество;</w:t>
      </w:r>
    </w:p>
    <w:p w:rsidR="00F47E6C" w:rsidRPr="00B3462A" w:rsidRDefault="00000000">
      <w:pPr>
        <w:spacing w:after="40"/>
        <w:ind w:left="227" w:hanging="227"/>
        <w:rPr>
          <w:color w:val="000000" w:themeColor="text1"/>
          <w:lang w:val="ru-RU"/>
        </w:rPr>
      </w:pPr>
      <w:r w:rsidRPr="00B3462A">
        <w:rPr>
          <w:color w:val="000000" w:themeColor="text1"/>
          <w:sz w:val="20"/>
          <w:lang w:val="ru-RU"/>
        </w:rPr>
        <w:t>☐ возраст в полных годах без публикации даты рождения;</w:t>
      </w:r>
    </w:p>
    <w:p w:rsidR="00F47E6C" w:rsidRPr="00B3462A" w:rsidRDefault="00000000">
      <w:pPr>
        <w:spacing w:after="40"/>
        <w:ind w:left="227" w:hanging="227"/>
        <w:rPr>
          <w:color w:val="000000" w:themeColor="text1"/>
          <w:lang w:val="ru-RU"/>
        </w:rPr>
      </w:pPr>
      <w:r w:rsidRPr="00B3462A">
        <w:rPr>
          <w:color w:val="000000" w:themeColor="text1"/>
          <w:sz w:val="20"/>
          <w:lang w:val="ru-RU"/>
        </w:rPr>
        <w:t>☐ насел</w:t>
      </w:r>
      <w:r w:rsidR="00B3462A">
        <w:rPr>
          <w:color w:val="000000" w:themeColor="text1"/>
          <w:sz w:val="20"/>
          <w:lang w:val="ru-RU"/>
        </w:rPr>
        <w:t>е</w:t>
      </w:r>
      <w:r w:rsidRPr="00B3462A">
        <w:rPr>
          <w:color w:val="000000" w:themeColor="text1"/>
          <w:sz w:val="20"/>
          <w:lang w:val="ru-RU"/>
        </w:rPr>
        <w:t>нный пункт;</w:t>
      </w:r>
    </w:p>
    <w:p w:rsidR="00F47E6C" w:rsidRPr="00B3462A" w:rsidRDefault="00000000">
      <w:pPr>
        <w:spacing w:after="40"/>
        <w:ind w:left="227" w:hanging="227"/>
        <w:rPr>
          <w:color w:val="000000" w:themeColor="text1"/>
          <w:lang w:val="ru-RU"/>
        </w:rPr>
      </w:pPr>
      <w:r w:rsidRPr="00B3462A">
        <w:rPr>
          <w:color w:val="000000" w:themeColor="text1"/>
          <w:sz w:val="20"/>
          <w:lang w:val="ru-RU"/>
        </w:rPr>
        <w:t>☐ регион;</w:t>
      </w:r>
    </w:p>
    <w:p w:rsidR="00F47E6C" w:rsidRPr="00B3462A" w:rsidRDefault="00000000">
      <w:pPr>
        <w:spacing w:after="40"/>
        <w:ind w:left="227" w:hanging="227"/>
        <w:rPr>
          <w:color w:val="000000" w:themeColor="text1"/>
          <w:lang w:val="ru-RU"/>
        </w:rPr>
      </w:pPr>
      <w:r w:rsidRPr="00B3462A">
        <w:rPr>
          <w:color w:val="000000" w:themeColor="text1"/>
          <w:sz w:val="20"/>
          <w:lang w:val="ru-RU"/>
        </w:rPr>
        <w:t>☐ образовательная организация;</w:t>
      </w:r>
    </w:p>
    <w:p w:rsidR="00F47E6C" w:rsidRPr="00B3462A" w:rsidRDefault="00000000">
      <w:pPr>
        <w:spacing w:after="40"/>
        <w:ind w:left="227" w:hanging="227"/>
        <w:rPr>
          <w:color w:val="000000" w:themeColor="text1"/>
          <w:lang w:val="ru-RU"/>
        </w:rPr>
      </w:pPr>
      <w:r w:rsidRPr="00B3462A">
        <w:rPr>
          <w:color w:val="000000" w:themeColor="text1"/>
          <w:sz w:val="20"/>
          <w:lang w:val="ru-RU"/>
        </w:rPr>
        <w:t>☐ класс, курс или образовательная ступень;</w:t>
      </w:r>
    </w:p>
    <w:p w:rsidR="00F47E6C" w:rsidRPr="00B3462A" w:rsidRDefault="00000000">
      <w:pPr>
        <w:spacing w:after="40"/>
        <w:ind w:left="227" w:hanging="227"/>
        <w:rPr>
          <w:color w:val="000000" w:themeColor="text1"/>
          <w:lang w:val="ru-RU"/>
        </w:rPr>
      </w:pPr>
      <w:r w:rsidRPr="00B3462A">
        <w:rPr>
          <w:color w:val="000000" w:themeColor="text1"/>
          <w:sz w:val="20"/>
          <w:lang w:val="ru-RU"/>
        </w:rPr>
        <w:t>☐ название команды;</w:t>
      </w:r>
    </w:p>
    <w:p w:rsidR="00F47E6C" w:rsidRPr="00B3462A" w:rsidRDefault="00000000">
      <w:pPr>
        <w:spacing w:after="40"/>
        <w:ind w:left="227" w:hanging="227"/>
        <w:rPr>
          <w:color w:val="000000" w:themeColor="text1"/>
          <w:lang w:val="ru-RU"/>
        </w:rPr>
      </w:pPr>
      <w:r w:rsidRPr="00B3462A">
        <w:rPr>
          <w:color w:val="000000" w:themeColor="text1"/>
          <w:sz w:val="20"/>
          <w:lang w:val="ru-RU"/>
        </w:rPr>
        <w:t>☐ роль в команде: участник официального состава или помощник;</w:t>
      </w:r>
    </w:p>
    <w:p w:rsidR="00F47E6C" w:rsidRPr="00B3462A" w:rsidRDefault="00000000">
      <w:pPr>
        <w:spacing w:after="40"/>
        <w:ind w:left="227" w:hanging="227"/>
        <w:rPr>
          <w:color w:val="000000" w:themeColor="text1"/>
          <w:lang w:val="ru-RU"/>
        </w:rPr>
      </w:pPr>
      <w:r w:rsidRPr="00B3462A">
        <w:rPr>
          <w:color w:val="000000" w:themeColor="text1"/>
          <w:sz w:val="20"/>
          <w:lang w:val="ru-RU"/>
        </w:rPr>
        <w:t>☐ конкурсная категория и направление;</w:t>
      </w:r>
    </w:p>
    <w:p w:rsidR="00F47E6C" w:rsidRPr="00B3462A" w:rsidRDefault="00000000">
      <w:pPr>
        <w:spacing w:after="40"/>
        <w:ind w:left="227" w:hanging="227"/>
        <w:rPr>
          <w:color w:val="000000" w:themeColor="text1"/>
          <w:lang w:val="ru-RU"/>
        </w:rPr>
      </w:pPr>
      <w:r w:rsidRPr="00B3462A">
        <w:rPr>
          <w:color w:val="000000" w:themeColor="text1"/>
          <w:sz w:val="20"/>
          <w:lang w:val="ru-RU"/>
        </w:rPr>
        <w:t>☐ статус: участник, финалист, победитель, номинант специальной номинации;</w:t>
      </w:r>
    </w:p>
    <w:p w:rsidR="00F47E6C" w:rsidRPr="00B3462A" w:rsidRDefault="00000000">
      <w:pPr>
        <w:spacing w:after="40"/>
        <w:ind w:left="227" w:hanging="227"/>
        <w:rPr>
          <w:color w:val="000000" w:themeColor="text1"/>
          <w:lang w:val="ru-RU"/>
        </w:rPr>
      </w:pPr>
      <w:r w:rsidRPr="00B3462A">
        <w:rPr>
          <w:color w:val="000000" w:themeColor="text1"/>
          <w:sz w:val="20"/>
          <w:lang w:val="ru-RU"/>
        </w:rPr>
        <w:t>☐ занятое место или название специальной номинации;</w:t>
      </w:r>
    </w:p>
    <w:p w:rsidR="00F47E6C" w:rsidRPr="00B3462A" w:rsidRDefault="00000000">
      <w:pPr>
        <w:spacing w:after="40"/>
        <w:ind w:left="227" w:hanging="227"/>
        <w:rPr>
          <w:color w:val="000000" w:themeColor="text1"/>
          <w:lang w:val="ru-RU"/>
        </w:rPr>
      </w:pPr>
      <w:r w:rsidRPr="00B3462A">
        <w:rPr>
          <w:color w:val="000000" w:themeColor="text1"/>
          <w:sz w:val="20"/>
          <w:lang w:val="ru-RU"/>
        </w:rPr>
        <w:t>☐ название конкурсной работы;</w:t>
      </w:r>
    </w:p>
    <w:p w:rsidR="00F47E6C" w:rsidRPr="00B3462A" w:rsidRDefault="00000000">
      <w:pPr>
        <w:spacing w:after="40"/>
        <w:ind w:left="227" w:hanging="227"/>
        <w:rPr>
          <w:color w:val="000000" w:themeColor="text1"/>
          <w:lang w:val="ru-RU"/>
        </w:rPr>
      </w:pPr>
      <w:r w:rsidRPr="00B3462A">
        <w:rPr>
          <w:color w:val="000000" w:themeColor="text1"/>
          <w:sz w:val="20"/>
          <w:lang w:val="ru-RU"/>
        </w:rPr>
        <w:t>☐ краткое описание конкурсной работы;</w:t>
      </w:r>
    </w:p>
    <w:p w:rsidR="00F47E6C" w:rsidRPr="00B3462A" w:rsidRDefault="00000000">
      <w:pPr>
        <w:spacing w:after="40"/>
        <w:ind w:left="227" w:hanging="227"/>
        <w:rPr>
          <w:color w:val="000000" w:themeColor="text1"/>
          <w:lang w:val="ru-RU"/>
        </w:rPr>
      </w:pPr>
      <w:r w:rsidRPr="00B3462A">
        <w:rPr>
          <w:color w:val="000000" w:themeColor="text1"/>
          <w:sz w:val="20"/>
          <w:lang w:val="ru-RU"/>
        </w:rPr>
        <w:t>☐ фотографическое и видеоизображение, не используемое для биометрической идентификации;</w:t>
      </w:r>
    </w:p>
    <w:p w:rsidR="00F47E6C" w:rsidRPr="00B3462A" w:rsidRDefault="00000000">
      <w:pPr>
        <w:spacing w:after="40"/>
        <w:ind w:left="227" w:hanging="227"/>
        <w:rPr>
          <w:color w:val="000000" w:themeColor="text1"/>
          <w:lang w:val="ru-RU"/>
        </w:rPr>
      </w:pPr>
      <w:r w:rsidRPr="00B3462A">
        <w:rPr>
          <w:color w:val="000000" w:themeColor="text1"/>
          <w:sz w:val="20"/>
          <w:lang w:val="ru-RU"/>
        </w:rPr>
        <w:t>☐ аудиозапись и голос, не используемые для биометрической идентификации;</w:t>
      </w:r>
    </w:p>
    <w:p w:rsidR="00F47E6C" w:rsidRPr="00B3462A" w:rsidRDefault="00000000">
      <w:pPr>
        <w:spacing w:after="40"/>
        <w:ind w:left="227" w:hanging="227"/>
        <w:rPr>
          <w:color w:val="000000" w:themeColor="text1"/>
          <w:lang w:val="ru-RU"/>
        </w:rPr>
      </w:pPr>
      <w:r w:rsidRPr="00B3462A">
        <w:rPr>
          <w:color w:val="000000" w:themeColor="text1"/>
          <w:sz w:val="20"/>
          <w:lang w:val="ru-RU"/>
        </w:rPr>
        <w:t>☐ отзывы, цитаты и высказывания, добровольно предоставленные специально для публикации.</w:t>
      </w:r>
    </w:p>
    <w:p w:rsidR="00F47E6C" w:rsidRPr="00B3462A" w:rsidRDefault="00000000">
      <w:pPr>
        <w:rPr>
          <w:color w:val="000000" w:themeColor="text1"/>
          <w:lang w:val="ru-RU"/>
        </w:rPr>
      </w:pPr>
      <w:r w:rsidRPr="00B3462A">
        <w:rPr>
          <w:color w:val="000000" w:themeColor="text1"/>
          <w:lang w:val="ru-RU"/>
        </w:rPr>
        <w:t>Без отдельного явного разрешения не распространяются дата рождения, домашний адрес, номер телефона, адрес электронной почты, сведения документов, данные для входа в личный кабинет, ссылки на личные аккаунты и иные контактные данные.</w:t>
      </w:r>
    </w:p>
    <w:p w:rsidR="00F47E6C" w:rsidRPr="00B3462A" w:rsidRDefault="00000000">
      <w:pPr>
        <w:rPr>
          <w:color w:val="000000" w:themeColor="text1"/>
          <w:lang w:val="ru-RU"/>
        </w:rPr>
      </w:pPr>
      <w:r w:rsidRPr="00B3462A">
        <w:rPr>
          <w:color w:val="000000" w:themeColor="text1"/>
          <w:lang w:val="ru-RU"/>
        </w:rPr>
        <w:t>Специальные категории персональных данных и биометрические персональные данные для целей установления личности настоящим согласием для распространения не предоставляются.</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Материалы для партн</w:t>
      </w:r>
      <w:r w:rsidR="00B3462A">
        <w:rPr>
          <w:rFonts w:ascii="PT Sans" w:eastAsia="PT Sans" w:hAnsi="PT Sans"/>
          <w:color w:val="000000" w:themeColor="text1"/>
          <w:lang w:val="ru-RU"/>
        </w:rPr>
        <w:t>е</w:t>
      </w:r>
      <w:r w:rsidRPr="00B3462A">
        <w:rPr>
          <w:rFonts w:ascii="PT Sans" w:eastAsia="PT Sans" w:hAnsi="PT Sans"/>
          <w:color w:val="000000" w:themeColor="text1"/>
          <w:lang w:val="ru-RU"/>
        </w:rPr>
        <w:t>ров и средств массовой информации</w:t>
      </w:r>
    </w:p>
    <w:p w:rsidR="00F47E6C" w:rsidRPr="00B3462A" w:rsidRDefault="00000000">
      <w:pPr>
        <w:rPr>
          <w:color w:val="000000" w:themeColor="text1"/>
          <w:lang w:val="ru-RU"/>
        </w:rPr>
      </w:pPr>
      <w:r w:rsidRPr="00B3462A">
        <w:rPr>
          <w:color w:val="000000" w:themeColor="text1"/>
          <w:lang w:val="ru-RU"/>
        </w:rPr>
        <w:t>Оператор вправе включать только отмеченные выше сведения в материалы о Конкурсе, которые публикуются на перечисленных в настоящем согласии ресурсах Оператора. Передача персональных данных конкретному партн</w:t>
      </w:r>
      <w:r w:rsidR="00B3462A">
        <w:rPr>
          <w:color w:val="000000" w:themeColor="text1"/>
          <w:lang w:val="ru-RU"/>
        </w:rPr>
        <w:t>е</w:t>
      </w:r>
      <w:r w:rsidRPr="00B3462A">
        <w:rPr>
          <w:color w:val="000000" w:themeColor="text1"/>
          <w:lang w:val="ru-RU"/>
        </w:rPr>
        <w:t>ру или средству массовой информации для самостоятельной публикации на его ресурсе осуществляется только при наличии самостоятельного правового основания, когда оно требуется законодательством Российской Федерации. Настоящее согласие само по себе не предоставляет неопредел</w:t>
      </w:r>
      <w:r w:rsidR="00B3462A">
        <w:rPr>
          <w:color w:val="000000" w:themeColor="text1"/>
          <w:lang w:val="ru-RU"/>
        </w:rPr>
        <w:t>е</w:t>
      </w:r>
      <w:r w:rsidRPr="00B3462A">
        <w:rPr>
          <w:color w:val="000000" w:themeColor="text1"/>
          <w:lang w:val="ru-RU"/>
        </w:rPr>
        <w:t>нному кругу третьих лиц неограниченного права на дальнейшее распространение персональных данных.</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Условия и запреты</w:t>
      </w:r>
    </w:p>
    <w:p w:rsidR="00F47E6C" w:rsidRPr="00B3462A" w:rsidRDefault="00000000">
      <w:pPr>
        <w:rPr>
          <w:color w:val="000000" w:themeColor="text1"/>
          <w:lang w:val="ru-RU"/>
        </w:rPr>
      </w:pPr>
      <w:r w:rsidRPr="00B3462A">
        <w:rPr>
          <w:color w:val="000000" w:themeColor="text1"/>
          <w:lang w:val="ru-RU"/>
        </w:rPr>
        <w:t>Отметьте один вариант:</w:t>
      </w:r>
    </w:p>
    <w:p w:rsidR="00F47E6C" w:rsidRPr="00B3462A" w:rsidRDefault="00000000">
      <w:pPr>
        <w:spacing w:after="40"/>
        <w:ind w:left="227" w:hanging="227"/>
        <w:rPr>
          <w:color w:val="000000" w:themeColor="text1"/>
          <w:lang w:val="ru-RU"/>
        </w:rPr>
      </w:pPr>
      <w:r w:rsidRPr="00B3462A">
        <w:rPr>
          <w:color w:val="000000" w:themeColor="text1"/>
          <w:sz w:val="20"/>
          <w:lang w:val="ru-RU"/>
        </w:rPr>
        <w:t>☐ дополнительных запретов и условий на распространение отмеченных мною персональных данных не устанавливаю;</w:t>
      </w:r>
    </w:p>
    <w:p w:rsidR="00F47E6C" w:rsidRPr="00B3462A" w:rsidRDefault="00000000">
      <w:pPr>
        <w:spacing w:after="40"/>
        <w:ind w:left="227" w:hanging="227"/>
        <w:rPr>
          <w:color w:val="000000" w:themeColor="text1"/>
          <w:lang w:val="ru-RU"/>
        </w:rPr>
      </w:pPr>
      <w:r w:rsidRPr="00B3462A">
        <w:rPr>
          <w:color w:val="000000" w:themeColor="text1"/>
          <w:sz w:val="20"/>
          <w:lang w:val="ru-RU"/>
        </w:rPr>
        <w:t>☐ устанавливаю следующие запреты и (или) условия: ________________________________________________</w:t>
      </w:r>
      <w:r w:rsidRPr="00B3462A">
        <w:rPr>
          <w:color w:val="000000" w:themeColor="text1"/>
          <w:sz w:val="20"/>
          <w:lang w:val="ru-RU"/>
        </w:rPr>
        <w:br/>
        <w:t>________________________________________________________________________________</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Срок действия и прекращение распространения</w:t>
      </w:r>
    </w:p>
    <w:p w:rsidR="00F47E6C" w:rsidRPr="00B3462A" w:rsidRDefault="00000000">
      <w:pPr>
        <w:rPr>
          <w:color w:val="000000" w:themeColor="text1"/>
          <w:lang w:val="ru-RU"/>
        </w:rPr>
      </w:pPr>
      <w:r w:rsidRPr="00B3462A">
        <w:rPr>
          <w:color w:val="000000" w:themeColor="text1"/>
          <w:lang w:val="ru-RU"/>
        </w:rPr>
        <w:t>Согласие действует до 31 марта 2032 года включительно, если его действие не будет прекращено ранее.</w:t>
      </w:r>
    </w:p>
    <w:p w:rsidR="00F47E6C" w:rsidRPr="00B3462A" w:rsidRDefault="00000000">
      <w:pPr>
        <w:rPr>
          <w:color w:val="000000" w:themeColor="text1"/>
          <w:lang w:val="ru-RU"/>
        </w:rPr>
      </w:pPr>
      <w:r w:rsidRPr="00B3462A">
        <w:rPr>
          <w:color w:val="000000" w:themeColor="text1"/>
          <w:lang w:val="ru-RU"/>
        </w:rPr>
        <w:lastRenderedPageBreak/>
        <w:t xml:space="preserve">Требование о прекращении распространения может быть направлено в любое время на </w:t>
      </w:r>
      <w:r w:rsidRPr="00B3462A">
        <w:rPr>
          <w:color w:val="000000" w:themeColor="text1"/>
        </w:rPr>
        <w:t>e</w:t>
      </w:r>
      <w:r w:rsidRPr="00B3462A">
        <w:rPr>
          <w:color w:val="000000" w:themeColor="text1"/>
          <w:lang w:val="ru-RU"/>
        </w:rPr>
        <w:t>-</w:t>
      </w:r>
      <w:r w:rsidRPr="00B3462A">
        <w:rPr>
          <w:color w:val="000000" w:themeColor="text1"/>
        </w:rPr>
        <w:t>mail</w:t>
      </w:r>
      <w:r w:rsidRPr="00B3462A">
        <w:rPr>
          <w:color w:val="000000" w:themeColor="text1"/>
          <w:lang w:val="ru-RU"/>
        </w:rPr>
        <w:t xml:space="preserve"> </w:t>
      </w:r>
      <w:r w:rsidRPr="00B3462A">
        <w:rPr>
          <w:color w:val="000000" w:themeColor="text1"/>
        </w:rPr>
        <w:t>info</w:t>
      </w:r>
      <w:r w:rsidRPr="00B3462A">
        <w:rPr>
          <w:color w:val="000000" w:themeColor="text1"/>
          <w:lang w:val="ru-RU"/>
        </w:rPr>
        <w:t>@</w:t>
      </w:r>
      <w:r w:rsidRPr="00B3462A">
        <w:rPr>
          <w:color w:val="000000" w:themeColor="text1"/>
        </w:rPr>
        <w:t>kddg</w:t>
      </w:r>
      <w:r w:rsidRPr="00B3462A">
        <w:rPr>
          <w:color w:val="000000" w:themeColor="text1"/>
          <w:lang w:val="ru-RU"/>
        </w:rPr>
        <w:t>.</w:t>
      </w:r>
      <w:r w:rsidRPr="00B3462A">
        <w:rPr>
          <w:color w:val="000000" w:themeColor="text1"/>
        </w:rPr>
        <w:t>ru</w:t>
      </w:r>
      <w:r w:rsidRPr="00B3462A">
        <w:rPr>
          <w:color w:val="000000" w:themeColor="text1"/>
          <w:lang w:val="ru-RU"/>
        </w:rPr>
        <w:t xml:space="preserve"> либо по почтовому адресу Оператора. Требование должно содержать Ф.И.О. субъекта, один контакт для обратной связи и перечень персональных данных, распространение которых требуется прекратить.</w:t>
      </w:r>
    </w:p>
    <w:p w:rsidR="00F47E6C" w:rsidRPr="00B3462A" w:rsidRDefault="00000000">
      <w:pPr>
        <w:rPr>
          <w:color w:val="000000" w:themeColor="text1"/>
          <w:lang w:val="ru-RU"/>
        </w:rPr>
      </w:pPr>
      <w:r w:rsidRPr="00B3462A">
        <w:rPr>
          <w:color w:val="000000" w:themeColor="text1"/>
          <w:lang w:val="ru-RU"/>
        </w:rPr>
        <w:t>Действие согласия прекращается с момента поступления требования Оператору. Оператор прекращает дальнейшее распространение и принимает меры к удалению либо ограничению доступа к соответствующим сведениям на контролируемых им ресурсах в срок не более тр</w:t>
      </w:r>
      <w:r w:rsidR="00B3462A">
        <w:rPr>
          <w:color w:val="000000" w:themeColor="text1"/>
          <w:lang w:val="ru-RU"/>
        </w:rPr>
        <w:t>е</w:t>
      </w:r>
      <w:r w:rsidRPr="00B3462A">
        <w:rPr>
          <w:color w:val="000000" w:themeColor="text1"/>
          <w:lang w:val="ru-RU"/>
        </w:rPr>
        <w:t>х рабочих дней.</w:t>
      </w:r>
    </w:p>
    <w:p w:rsidR="00F47E6C" w:rsidRPr="00B3462A" w:rsidRDefault="00F47E6C">
      <w:pPr>
        <w:rPr>
          <w:color w:val="000000" w:themeColor="text1"/>
          <w:lang w:val="ru-RU"/>
        </w:rPr>
      </w:pPr>
    </w:p>
    <w:tbl>
      <w:tblPr>
        <w:tblW w:w="0" w:type="auto"/>
        <w:jc w:val="center"/>
        <w:tblLook w:val="04A0" w:firstRow="1" w:lastRow="0" w:firstColumn="1" w:lastColumn="0" w:noHBand="0" w:noVBand="1"/>
      </w:tblPr>
      <w:tblGrid>
        <w:gridCol w:w="5071"/>
        <w:gridCol w:w="5071"/>
      </w:tblGrid>
      <w:tr w:rsidR="00B3462A" w:rsidRPr="00B3462A">
        <w:trPr>
          <w:jc w:val="center"/>
        </w:trPr>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color w:val="000000" w:themeColor="text1"/>
                <w:sz w:val="19"/>
              </w:rPr>
              <w:t>Дата: «___» ____________ 20___ г.</w:t>
            </w:r>
          </w:p>
        </w:tc>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color w:val="000000" w:themeColor="text1"/>
                <w:sz w:val="19"/>
              </w:rPr>
              <w:t>Место: ______________________________</w:t>
            </w:r>
          </w:p>
        </w:tc>
      </w:tr>
      <w:tr w:rsidR="00F47E6C" w:rsidRPr="00B3462A">
        <w:trPr>
          <w:jc w:val="center"/>
        </w:trPr>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lang w:val="ru-RU"/>
              </w:rPr>
            </w:pPr>
            <w:r w:rsidRPr="00B3462A">
              <w:rPr>
                <w:b/>
                <w:color w:val="000000" w:themeColor="text1"/>
                <w:sz w:val="19"/>
                <w:lang w:val="ru-RU"/>
              </w:rPr>
              <w:t>Законный представитель</w:t>
            </w:r>
          </w:p>
          <w:p w:rsidR="00F47E6C" w:rsidRPr="00B3462A" w:rsidRDefault="00000000">
            <w:pPr>
              <w:rPr>
                <w:color w:val="000000" w:themeColor="text1"/>
                <w:lang w:val="ru-RU"/>
              </w:rPr>
            </w:pPr>
            <w:r w:rsidRPr="00B3462A">
              <w:rPr>
                <w:color w:val="000000" w:themeColor="text1"/>
                <w:sz w:val="19"/>
                <w:lang w:val="ru-RU"/>
              </w:rPr>
              <w:t>Ф.И.О.: __________________________________</w:t>
            </w:r>
          </w:p>
          <w:p w:rsidR="00F47E6C" w:rsidRPr="00B3462A" w:rsidRDefault="00000000">
            <w:pPr>
              <w:rPr>
                <w:color w:val="000000" w:themeColor="text1"/>
                <w:lang w:val="ru-RU"/>
              </w:rPr>
            </w:pPr>
            <w:r w:rsidRPr="00B3462A">
              <w:rPr>
                <w:i/>
                <w:color w:val="000000" w:themeColor="text1"/>
                <w:sz w:val="17"/>
                <w:lang w:val="ru-RU"/>
              </w:rPr>
              <w:t>Подписывает согласие от имени несовершеннолетнего.</w:t>
            </w:r>
          </w:p>
        </w:tc>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b/>
                <w:color w:val="000000" w:themeColor="text1"/>
                <w:sz w:val="19"/>
              </w:rPr>
              <w:t>Подпись</w:t>
            </w:r>
          </w:p>
          <w:p w:rsidR="00F47E6C" w:rsidRPr="00B3462A" w:rsidRDefault="00000000">
            <w:pPr>
              <w:rPr>
                <w:color w:val="000000" w:themeColor="text1"/>
              </w:rPr>
            </w:pPr>
            <w:r w:rsidRPr="00B3462A">
              <w:rPr>
                <w:color w:val="000000" w:themeColor="text1"/>
                <w:sz w:val="19"/>
              </w:rPr>
              <w:t>________________________________________</w:t>
            </w:r>
          </w:p>
        </w:tc>
      </w:tr>
    </w:tbl>
    <w:p w:rsidR="00F47E6C" w:rsidRPr="00B3462A" w:rsidRDefault="00F47E6C">
      <w:pPr>
        <w:rPr>
          <w:color w:val="000000" w:themeColor="text1"/>
        </w:rPr>
      </w:pPr>
    </w:p>
    <w:p w:rsidR="00F47E6C" w:rsidRPr="00B3462A" w:rsidRDefault="00000000">
      <w:pPr>
        <w:rPr>
          <w:color w:val="000000" w:themeColor="text1"/>
        </w:rPr>
      </w:pPr>
      <w:r w:rsidRPr="00B3462A">
        <w:rPr>
          <w:color w:val="000000" w:themeColor="text1"/>
        </w:rPr>
        <w:br w:type="page"/>
      </w:r>
    </w:p>
    <w:p w:rsidR="00F47E6C" w:rsidRPr="00B3462A" w:rsidRDefault="00000000">
      <w:pPr>
        <w:jc w:val="center"/>
        <w:rPr>
          <w:color w:val="000000" w:themeColor="text1"/>
        </w:rPr>
      </w:pPr>
      <w:r w:rsidRPr="00B3462A">
        <w:rPr>
          <w:b/>
          <w:color w:val="000000" w:themeColor="text1"/>
          <w:sz w:val="24"/>
        </w:rPr>
        <w:lastRenderedPageBreak/>
        <w:t>ДОКУМЕНТ № 3</w:t>
      </w:r>
    </w:p>
    <w:p w:rsidR="00F47E6C" w:rsidRPr="00B3462A" w:rsidRDefault="00000000">
      <w:pPr>
        <w:pStyle w:val="1"/>
        <w:jc w:val="center"/>
        <w:rPr>
          <w:color w:val="000000" w:themeColor="text1"/>
          <w:lang w:val="ru-RU"/>
        </w:rPr>
      </w:pPr>
      <w:r w:rsidRPr="00B3462A">
        <w:rPr>
          <w:rFonts w:ascii="PT Sans" w:eastAsia="PT Sans" w:hAnsi="PT Sans"/>
          <w:color w:val="000000" w:themeColor="text1"/>
          <w:lang w:val="ru-RU"/>
        </w:rPr>
        <w:t>Соглашение об участии, использовании изображения и предоставлении права использования конкурсной работы</w:t>
      </w:r>
    </w:p>
    <w:p w:rsidR="00F47E6C" w:rsidRPr="00B3462A" w:rsidRDefault="00F47E6C">
      <w:pPr>
        <w:pBdr>
          <w:bottom w:val="single" w:sz="12" w:space="1" w:color="9FB3C8"/>
        </w:pBdr>
        <w:rPr>
          <w:color w:val="000000" w:themeColor="text1"/>
          <w:lang w:val="ru-RU"/>
        </w:rPr>
      </w:pP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Стороны и роль несовершеннолетнего</w:t>
      </w:r>
    </w:p>
    <w:p w:rsidR="00F47E6C" w:rsidRPr="00B3462A" w:rsidRDefault="00000000">
      <w:pPr>
        <w:rPr>
          <w:color w:val="000000" w:themeColor="text1"/>
        </w:rPr>
      </w:pPr>
      <w:r w:rsidRPr="00B3462A">
        <w:rPr>
          <w:color w:val="000000" w:themeColor="text1"/>
          <w:lang w:val="ru-RU"/>
        </w:rPr>
        <w:t xml:space="preserve">Организатор: Автономная некоммерческая организация «Центр культурных, образовательных и социальных проектов „Клуб добрых друзей города“» (АНО КДДГ), ИНН 7813669506, ОГРН 1227800168804, адрес: 199155, г. Санкт-Петербург, ул. </w:t>
      </w:r>
      <w:r w:rsidRPr="00B3462A">
        <w:rPr>
          <w:color w:val="000000" w:themeColor="text1"/>
        </w:rPr>
        <w:t>Уральская, д. 17, к. 3, литера Е, пом. 15Н/32Н, офис 10.</w:t>
      </w:r>
    </w:p>
    <w:tbl>
      <w:tblPr>
        <w:tblW w:w="0" w:type="auto"/>
        <w:jc w:val="center"/>
        <w:tblLook w:val="04A0" w:firstRow="1" w:lastRow="0" w:firstColumn="1" w:lastColumn="0" w:noHBand="0" w:noVBand="1"/>
      </w:tblPr>
      <w:tblGrid>
        <w:gridCol w:w="10142"/>
      </w:tblGrid>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Ф.И.О. законного представителя: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lang w:val="ru-RU"/>
              </w:rPr>
            </w:pPr>
            <w:r w:rsidRPr="00B3462A">
              <w:rPr>
                <w:color w:val="000000" w:themeColor="text1"/>
                <w:sz w:val="20"/>
                <w:lang w:val="ru-RU"/>
              </w:rPr>
              <w:t>Статус и документ, подтверждающий полномочия:  __________________________________________________________</w:t>
            </w:r>
          </w:p>
        </w:tc>
      </w:tr>
      <w:tr w:rsidR="00B3462A"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Ф.И.О. несовершеннолетнего:  __________________________________________________________</w:t>
            </w:r>
          </w:p>
        </w:tc>
      </w:tr>
      <w:tr w:rsidR="00F47E6C" w:rsidRPr="00B3462A">
        <w:trPr>
          <w:jc w:val="center"/>
        </w:trPr>
        <w:tc>
          <w:tcPr>
            <w:tcW w:w="10142" w:type="dxa"/>
            <w:tcBorders>
              <w:bottom w:val="single" w:sz="4" w:space="0" w:color="D9E2EC"/>
            </w:tcBorders>
          </w:tcPr>
          <w:p w:rsidR="00F47E6C" w:rsidRPr="00B3462A" w:rsidRDefault="00000000">
            <w:pPr>
              <w:spacing w:before="40"/>
              <w:rPr>
                <w:color w:val="000000" w:themeColor="text1"/>
              </w:rPr>
            </w:pPr>
            <w:r w:rsidRPr="00B3462A">
              <w:rPr>
                <w:color w:val="000000" w:themeColor="text1"/>
                <w:sz w:val="20"/>
              </w:rPr>
              <w:t>Дата рождения:  __________________________________________________________</w:t>
            </w:r>
          </w:p>
        </w:tc>
      </w:tr>
    </w:tbl>
    <w:p w:rsidR="00F47E6C" w:rsidRPr="00B3462A" w:rsidRDefault="00F47E6C">
      <w:pPr>
        <w:spacing w:after="0"/>
        <w:rPr>
          <w:color w:val="000000" w:themeColor="text1"/>
        </w:rPr>
      </w:pPr>
    </w:p>
    <w:p w:rsidR="00F47E6C" w:rsidRPr="00B3462A" w:rsidRDefault="00000000">
      <w:pPr>
        <w:rPr>
          <w:color w:val="000000" w:themeColor="text1"/>
        </w:rPr>
      </w:pPr>
      <w:r w:rsidRPr="00B3462A">
        <w:rPr>
          <w:color w:val="000000" w:themeColor="text1"/>
        </w:rPr>
        <w:t>Роль несовершеннолетнего:</w:t>
      </w:r>
    </w:p>
    <w:p w:rsidR="00F47E6C" w:rsidRPr="00B3462A" w:rsidRDefault="00000000">
      <w:pPr>
        <w:spacing w:after="40"/>
        <w:ind w:left="227" w:hanging="227"/>
        <w:rPr>
          <w:color w:val="000000" w:themeColor="text1"/>
        </w:rPr>
      </w:pPr>
      <w:r w:rsidRPr="00B3462A">
        <w:rPr>
          <w:color w:val="000000" w:themeColor="text1"/>
          <w:sz w:val="20"/>
        </w:rPr>
        <w:t>☐ участник официального состава команды;</w:t>
      </w:r>
    </w:p>
    <w:p w:rsidR="00F47E6C" w:rsidRPr="00B3462A" w:rsidRDefault="00000000">
      <w:pPr>
        <w:spacing w:after="40"/>
        <w:ind w:left="227" w:hanging="227"/>
        <w:rPr>
          <w:color w:val="000000" w:themeColor="text1"/>
        </w:rPr>
      </w:pPr>
      <w:r w:rsidRPr="00B3462A">
        <w:rPr>
          <w:color w:val="000000" w:themeColor="text1"/>
          <w:sz w:val="20"/>
        </w:rPr>
        <w:t>☐ помощник команды.</w:t>
      </w:r>
    </w:p>
    <w:p w:rsidR="00F47E6C" w:rsidRPr="00B3462A" w:rsidRDefault="00000000">
      <w:pPr>
        <w:pStyle w:val="21"/>
        <w:rPr>
          <w:color w:val="000000" w:themeColor="text1"/>
        </w:rPr>
      </w:pPr>
      <w:r w:rsidRPr="00B3462A">
        <w:rPr>
          <w:rFonts w:ascii="PT Sans" w:eastAsia="PT Sans" w:hAnsi="PT Sans"/>
          <w:color w:val="000000" w:themeColor="text1"/>
        </w:rPr>
        <w:t>Участие</w:t>
      </w:r>
    </w:p>
    <w:p w:rsidR="00F47E6C" w:rsidRPr="00B3462A" w:rsidRDefault="00000000">
      <w:pPr>
        <w:rPr>
          <w:color w:val="000000" w:themeColor="text1"/>
          <w:lang w:val="ru-RU"/>
        </w:rPr>
      </w:pPr>
      <w:r w:rsidRPr="00B3462A">
        <w:rPr>
          <w:color w:val="000000" w:themeColor="text1"/>
          <w:lang w:val="ru-RU"/>
        </w:rPr>
        <w:t>Я ознакомлен(а) с Положением о проведении конкурса видеороликов «Снято с языка» сезона 2026/2027, разрешаю несовершеннолетнему участвовать в Конкурсе, его образовательной программе и связанных мероприятиях и подтверждаю добровольность участия.</w:t>
      </w:r>
    </w:p>
    <w:p w:rsidR="00F47E6C" w:rsidRPr="00B3462A" w:rsidRDefault="00000000">
      <w:pPr>
        <w:rPr>
          <w:color w:val="000000" w:themeColor="text1"/>
          <w:lang w:val="ru-RU"/>
        </w:rPr>
      </w:pPr>
      <w:r w:rsidRPr="00B3462A">
        <w:rPr>
          <w:color w:val="000000" w:themeColor="text1"/>
          <w:lang w:val="ru-RU"/>
        </w:rPr>
        <w:t>Мне известно, что участие является бесплатным, а участие в отдельных образовательных мероприятиях осуществляется добровольно.</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Применимость лицензионных условий</w:t>
      </w:r>
    </w:p>
    <w:p w:rsidR="00F47E6C" w:rsidRPr="00B3462A" w:rsidRDefault="00000000">
      <w:pPr>
        <w:rPr>
          <w:color w:val="000000" w:themeColor="text1"/>
          <w:lang w:val="ru-RU"/>
        </w:rPr>
      </w:pPr>
      <w:r w:rsidRPr="00B3462A">
        <w:rPr>
          <w:color w:val="000000" w:themeColor="text1"/>
          <w:lang w:val="ru-RU"/>
        </w:rPr>
        <w:t>Отметьте один вариант:</w:t>
      </w:r>
    </w:p>
    <w:p w:rsidR="00F47E6C" w:rsidRPr="00B3462A" w:rsidRDefault="00000000">
      <w:pPr>
        <w:spacing w:after="40"/>
        <w:ind w:left="227" w:hanging="227"/>
        <w:rPr>
          <w:color w:val="000000" w:themeColor="text1"/>
          <w:lang w:val="ru-RU"/>
        </w:rPr>
      </w:pPr>
      <w:r w:rsidRPr="00B3462A">
        <w:rPr>
          <w:color w:val="000000" w:themeColor="text1"/>
          <w:sz w:val="20"/>
          <w:lang w:val="ru-RU"/>
        </w:rPr>
        <w:t>☐ Несовершеннолетний является автором или соавтором конкурсной работы; пункты о лицензии применяются;</w:t>
      </w:r>
    </w:p>
    <w:p w:rsidR="00F47E6C" w:rsidRPr="00B3462A" w:rsidRDefault="00000000">
      <w:pPr>
        <w:spacing w:after="40"/>
        <w:ind w:left="227" w:hanging="227"/>
        <w:rPr>
          <w:color w:val="000000" w:themeColor="text1"/>
          <w:lang w:val="ru-RU"/>
        </w:rPr>
      </w:pPr>
      <w:r w:rsidRPr="00B3462A">
        <w:rPr>
          <w:color w:val="000000" w:themeColor="text1"/>
          <w:sz w:val="20"/>
          <w:lang w:val="ru-RU"/>
        </w:rPr>
        <w:t>☐ Несовершеннолетний не является автором или соавтором конкурсной работы; пункты о лицензии не применяются.</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Конкурсная работа и момент заключения лицензионного соглашения</w:t>
      </w:r>
    </w:p>
    <w:p w:rsidR="00F47E6C" w:rsidRPr="00B3462A" w:rsidRDefault="00000000">
      <w:pPr>
        <w:rPr>
          <w:color w:val="000000" w:themeColor="text1"/>
          <w:lang w:val="ru-RU"/>
        </w:rPr>
      </w:pPr>
      <w:r w:rsidRPr="00B3462A">
        <w:rPr>
          <w:color w:val="000000" w:themeColor="text1"/>
          <w:lang w:val="ru-RU"/>
        </w:rPr>
        <w:t>Если несовершеннолетний является автором или соавтором конкурсного видеоролика, я от имени несовершеннолетнего предоставляет АНО КДДГ право использования принадлежащей ему части исключительного права на конкурсную работу на условиях простой (неисключительной) безвозмездной лицензии.</w:t>
      </w:r>
    </w:p>
    <w:p w:rsidR="00F47E6C" w:rsidRPr="00B3462A" w:rsidRDefault="00000000">
      <w:pPr>
        <w:rPr>
          <w:color w:val="000000" w:themeColor="text1"/>
          <w:lang w:val="ru-RU"/>
        </w:rPr>
      </w:pPr>
      <w:r w:rsidRPr="00B3462A">
        <w:rPr>
          <w:color w:val="000000" w:themeColor="text1"/>
          <w:lang w:val="ru-RU"/>
        </w:rPr>
        <w:t>Конкурсной работой для целей настоящего документа является видеоролик, указанный соответствующим лицом или его командой в финальной заявке сезона 2026/2027 и определяемый по названию, ссылке или иному идентификатору, содержащемуся в этой заявке.</w:t>
      </w:r>
    </w:p>
    <w:p w:rsidR="00F47E6C" w:rsidRPr="00B3462A" w:rsidRDefault="00000000">
      <w:pPr>
        <w:rPr>
          <w:color w:val="000000" w:themeColor="text1"/>
          <w:lang w:val="ru-RU"/>
        </w:rPr>
      </w:pPr>
      <w:r w:rsidRPr="00B3462A">
        <w:rPr>
          <w:color w:val="000000" w:themeColor="text1"/>
          <w:lang w:val="ru-RU"/>
        </w:rPr>
        <w:t>Если пакет документов загружен до создания или подачи конкурсной работы, лицензионная часть настоящего документа вступает в силу только с момента подачи финальной заявки, позволяющей однозначно определить соответствующую работу. Организатор акцептует лицензионные условия пут</w:t>
      </w:r>
      <w:r w:rsidR="00B3462A">
        <w:rPr>
          <w:color w:val="000000" w:themeColor="text1"/>
          <w:lang w:val="ru-RU"/>
        </w:rPr>
        <w:t>е</w:t>
      </w:r>
      <w:r w:rsidRPr="00B3462A">
        <w:rPr>
          <w:color w:val="000000" w:themeColor="text1"/>
          <w:lang w:val="ru-RU"/>
        </w:rPr>
        <w:t>м принятия финальной заявки в личном кабинете.</w:t>
      </w:r>
    </w:p>
    <w:p w:rsidR="00F47E6C" w:rsidRPr="00B3462A" w:rsidRDefault="00000000">
      <w:pPr>
        <w:rPr>
          <w:color w:val="000000" w:themeColor="text1"/>
          <w:lang w:val="ru-RU"/>
        </w:rPr>
      </w:pPr>
      <w:r w:rsidRPr="00B3462A">
        <w:rPr>
          <w:color w:val="000000" w:themeColor="text1"/>
          <w:lang w:val="ru-RU"/>
        </w:rPr>
        <w:lastRenderedPageBreak/>
        <w:t>Исключительное право на работу не переда</w:t>
      </w:r>
      <w:r w:rsidR="00B3462A">
        <w:rPr>
          <w:color w:val="000000" w:themeColor="text1"/>
          <w:lang w:val="ru-RU"/>
        </w:rPr>
        <w:t>е</w:t>
      </w:r>
      <w:r w:rsidRPr="00B3462A">
        <w:rPr>
          <w:color w:val="000000" w:themeColor="text1"/>
          <w:lang w:val="ru-RU"/>
        </w:rPr>
        <w:t>тся Организатору и сохраняется за автором или иными правообладателями.</w:t>
      </w:r>
    </w:p>
    <w:p w:rsidR="00F47E6C" w:rsidRPr="00B3462A" w:rsidRDefault="00000000">
      <w:pPr>
        <w:pStyle w:val="21"/>
        <w:rPr>
          <w:color w:val="000000" w:themeColor="text1"/>
        </w:rPr>
      </w:pPr>
      <w:r w:rsidRPr="00B3462A">
        <w:rPr>
          <w:rFonts w:ascii="PT Sans" w:eastAsia="PT Sans" w:hAnsi="PT Sans"/>
          <w:color w:val="000000" w:themeColor="text1"/>
        </w:rPr>
        <w:t>Способы использования конкурсной работы</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воспроизводить конкурсную работу в цифровой форме в объ</w:t>
      </w:r>
      <w:r w:rsidR="00B3462A">
        <w:rPr>
          <w:color w:val="000000" w:themeColor="text1"/>
          <w:sz w:val="20"/>
          <w:lang w:val="ru-RU"/>
        </w:rPr>
        <w:t>е</w:t>
      </w:r>
      <w:r w:rsidRPr="00B3462A">
        <w:rPr>
          <w:color w:val="000000" w:themeColor="text1"/>
          <w:sz w:val="20"/>
          <w:lang w:val="ru-RU"/>
        </w:rPr>
        <w:t>ме, необходимом для проведения Конкурса, размещения и хранения его материалов;</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осуществлять публичный показ конкурсной работы, в том числе на мероприятиях и церемонии награждения;</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доводить конкурсную работу до всеобщего сведения посредством сети Интернет;</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использовать конкурсную работу в онлайн-трансляциях и записях мероприятий;</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размещать работу на официальных ресурсах проекта и Организатора;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включать работу в подборки конкурсных работ, цифровой архив, образовательные и методические материалы проекта;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использовать работу, отдельные кадры, стоп-кадры и фрагменты в презентациях, анонсах, информационных, отч</w:t>
      </w:r>
      <w:r w:rsidR="00B3462A">
        <w:rPr>
          <w:color w:val="000000" w:themeColor="text1"/>
          <w:sz w:val="20"/>
          <w:lang w:val="ru-RU"/>
        </w:rPr>
        <w:t>е</w:t>
      </w:r>
      <w:r w:rsidRPr="00B3462A">
        <w:rPr>
          <w:color w:val="000000" w:themeColor="text1"/>
          <w:sz w:val="20"/>
          <w:lang w:val="ru-RU"/>
        </w:rPr>
        <w:t>тных и пресс-материалах, непосредственно связанных с Конкурсом;</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осуществлять техническую адаптацию без искажения содержания и творческого замысла: изменение формата, разрешения и размера файла, кодирование, подготовку субтитров, титров, обложек и превью, добавление обозначения Конкурса и Организатора, выделение фрагмента;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предоставлять партн</w:t>
      </w:r>
      <w:r w:rsidR="00B3462A">
        <w:rPr>
          <w:color w:val="000000" w:themeColor="text1"/>
          <w:sz w:val="20"/>
          <w:lang w:val="ru-RU"/>
        </w:rPr>
        <w:t>е</w:t>
      </w:r>
      <w:r w:rsidRPr="00B3462A">
        <w:rPr>
          <w:color w:val="000000" w:themeColor="text1"/>
          <w:sz w:val="20"/>
          <w:lang w:val="ru-RU"/>
        </w:rPr>
        <w:t>рам и средствам массовой информации простые (неисключительные) безвозмездные сублицензии исключительно для размещения работы или е</w:t>
      </w:r>
      <w:r w:rsidR="00B3462A">
        <w:rPr>
          <w:color w:val="000000" w:themeColor="text1"/>
          <w:sz w:val="20"/>
          <w:lang w:val="ru-RU"/>
        </w:rPr>
        <w:t>е</w:t>
      </w:r>
      <w:r w:rsidRPr="00B3462A">
        <w:rPr>
          <w:color w:val="000000" w:themeColor="text1"/>
          <w:sz w:val="20"/>
          <w:lang w:val="ru-RU"/>
        </w:rPr>
        <w:t xml:space="preserve"> фрагментов в материалах, непосредственно посвящ</w:t>
      </w:r>
      <w:r w:rsidR="00B3462A">
        <w:rPr>
          <w:color w:val="000000" w:themeColor="text1"/>
          <w:sz w:val="20"/>
          <w:lang w:val="ru-RU"/>
        </w:rPr>
        <w:t>е</w:t>
      </w:r>
      <w:r w:rsidRPr="00B3462A">
        <w:rPr>
          <w:color w:val="000000" w:themeColor="text1"/>
          <w:sz w:val="20"/>
          <w:lang w:val="ru-RU"/>
        </w:rPr>
        <w:t>нных Конкурсу и его результатам, в пределах способов, территории и срока настоящей лицензии.</w:t>
      </w:r>
    </w:p>
    <w:p w:rsidR="00F47E6C" w:rsidRPr="00B3462A" w:rsidRDefault="00000000">
      <w:pPr>
        <w:rPr>
          <w:color w:val="000000" w:themeColor="text1"/>
          <w:lang w:val="ru-RU"/>
        </w:rPr>
      </w:pPr>
      <w:r w:rsidRPr="00B3462A">
        <w:rPr>
          <w:color w:val="000000" w:themeColor="text1"/>
          <w:lang w:val="ru-RU"/>
        </w:rPr>
        <w:t>При использовании работы Организатор указывает Ф.И.О. автора и (или) название команды только в объ</w:t>
      </w:r>
      <w:r w:rsidR="00B3462A">
        <w:rPr>
          <w:color w:val="000000" w:themeColor="text1"/>
          <w:lang w:val="ru-RU"/>
        </w:rPr>
        <w:t>е</w:t>
      </w:r>
      <w:r w:rsidRPr="00B3462A">
        <w:rPr>
          <w:color w:val="000000" w:themeColor="text1"/>
          <w:lang w:val="ru-RU"/>
        </w:rPr>
        <w:t>ме, разреш</w:t>
      </w:r>
      <w:r w:rsidR="00B3462A">
        <w:rPr>
          <w:color w:val="000000" w:themeColor="text1"/>
          <w:lang w:val="ru-RU"/>
        </w:rPr>
        <w:t>е</w:t>
      </w:r>
      <w:r w:rsidRPr="00B3462A">
        <w:rPr>
          <w:color w:val="000000" w:themeColor="text1"/>
          <w:lang w:val="ru-RU"/>
        </w:rPr>
        <w:t>нном отдельным согласием на распространение персональных данных. При отсутствии такого разрешения работа может использоваться без указания идентифицирующих сведений либо под разреш</w:t>
      </w:r>
      <w:r w:rsidR="00B3462A">
        <w:rPr>
          <w:color w:val="000000" w:themeColor="text1"/>
          <w:lang w:val="ru-RU"/>
        </w:rPr>
        <w:t>е</w:t>
      </w:r>
      <w:r w:rsidRPr="00B3462A">
        <w:rPr>
          <w:color w:val="000000" w:themeColor="text1"/>
          <w:lang w:val="ru-RU"/>
        </w:rPr>
        <w:t>нным названием команды.</w:t>
      </w:r>
    </w:p>
    <w:p w:rsidR="00F47E6C" w:rsidRPr="00B3462A" w:rsidRDefault="00000000">
      <w:pPr>
        <w:rPr>
          <w:color w:val="000000" w:themeColor="text1"/>
          <w:lang w:val="ru-RU"/>
        </w:rPr>
      </w:pPr>
      <w:r w:rsidRPr="00B3462A">
        <w:rPr>
          <w:color w:val="000000" w:themeColor="text1"/>
          <w:lang w:val="ru-RU"/>
        </w:rPr>
        <w:t>Сублицензия партн</w:t>
      </w:r>
      <w:r w:rsidR="00B3462A">
        <w:rPr>
          <w:color w:val="000000" w:themeColor="text1"/>
          <w:lang w:val="ru-RU"/>
        </w:rPr>
        <w:t>е</w:t>
      </w:r>
      <w:r w:rsidRPr="00B3462A">
        <w:rPr>
          <w:color w:val="000000" w:themeColor="text1"/>
          <w:lang w:val="ru-RU"/>
        </w:rPr>
        <w:t>ру или средству массовой информации может быть предоставлена только при наличии правовых оснований для публичного размещения содержащихся в работе изображения, голоса и иных персональных данных всех соответствующих лиц.</w:t>
      </w:r>
    </w:p>
    <w:p w:rsidR="00F47E6C" w:rsidRPr="00B3462A" w:rsidRDefault="00000000">
      <w:pPr>
        <w:pStyle w:val="21"/>
        <w:rPr>
          <w:color w:val="000000" w:themeColor="text1"/>
        </w:rPr>
      </w:pPr>
      <w:r w:rsidRPr="00B3462A">
        <w:rPr>
          <w:rFonts w:ascii="PT Sans" w:eastAsia="PT Sans" w:hAnsi="PT Sans"/>
          <w:color w:val="000000" w:themeColor="text1"/>
        </w:rPr>
        <w:t>Ограничения лицензии</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не переда</w:t>
      </w:r>
      <w:r w:rsidR="00B3462A">
        <w:rPr>
          <w:color w:val="000000" w:themeColor="text1"/>
          <w:sz w:val="20"/>
          <w:lang w:val="ru-RU"/>
        </w:rPr>
        <w:t>е</w:t>
      </w:r>
      <w:r w:rsidRPr="00B3462A">
        <w:rPr>
          <w:color w:val="000000" w:themeColor="text1"/>
          <w:sz w:val="20"/>
          <w:lang w:val="ru-RU"/>
        </w:rPr>
        <w:t>т Организатору исключительное право и не ограничивает самостоятельное использование работы автором или иным правообладателем;</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не предоставляет права продавать конкурсную работу как самостоятельный коммерческий продукт;</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не предоставляет права использовать работу или образ автора как персональную рекламу товаров или услуг третьих лиц без отдельного согласия;</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не предоставляет права использовать конкурсную работу для обучения генеративных моделей искусственного интеллекта;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не предоставляет права вносить смысловые изменения, искажающие произведение, честь, достоинство или творческий замысел автора;</w:t>
      </w:r>
    </w:p>
    <w:p w:rsidR="00F47E6C" w:rsidRPr="00B3462A" w:rsidRDefault="00000000">
      <w:pPr>
        <w:pStyle w:val="a0"/>
        <w:spacing w:after="40"/>
        <w:ind w:left="369" w:hanging="170"/>
        <w:rPr>
          <w:color w:val="000000" w:themeColor="text1"/>
          <w:lang w:val="ru-RU"/>
        </w:rPr>
      </w:pPr>
      <w:r w:rsidRPr="00B3462A">
        <w:rPr>
          <w:color w:val="000000" w:themeColor="text1"/>
          <w:sz w:val="20"/>
          <w:lang w:val="ru-RU"/>
        </w:rPr>
        <w:t>не обязывает Организатора публиковать конкурсную работу независимо от результата конкурсного отбора.</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Территория и срок</w:t>
      </w:r>
    </w:p>
    <w:p w:rsidR="00F47E6C" w:rsidRPr="00B3462A" w:rsidRDefault="00000000">
      <w:pPr>
        <w:rPr>
          <w:color w:val="000000" w:themeColor="text1"/>
          <w:lang w:val="ru-RU"/>
        </w:rPr>
      </w:pPr>
      <w:r w:rsidRPr="00B3462A">
        <w:rPr>
          <w:color w:val="000000" w:themeColor="text1"/>
          <w:lang w:val="ru-RU"/>
        </w:rPr>
        <w:t>Территория использования — весь мир в той мере, в которой материалы Конкурса доступны посредством сети Интернет.</w:t>
      </w:r>
    </w:p>
    <w:p w:rsidR="00F47E6C" w:rsidRPr="00B3462A" w:rsidRDefault="00000000">
      <w:pPr>
        <w:rPr>
          <w:color w:val="000000" w:themeColor="text1"/>
          <w:lang w:val="ru-RU"/>
        </w:rPr>
      </w:pPr>
      <w:r w:rsidRPr="00B3462A">
        <w:rPr>
          <w:color w:val="000000" w:themeColor="text1"/>
          <w:lang w:val="ru-RU"/>
        </w:rPr>
        <w:t>Срок предоставления права использования — до 31 марта 2032 года включительно. Срок сублицензий не может превышать срок основной лицензии.</w:t>
      </w:r>
    </w:p>
    <w:p w:rsidR="00F47E6C" w:rsidRPr="00B3462A" w:rsidRDefault="00000000">
      <w:pPr>
        <w:rPr>
          <w:color w:val="000000" w:themeColor="text1"/>
          <w:lang w:val="ru-RU"/>
        </w:rPr>
      </w:pPr>
      <w:r w:rsidRPr="00B3462A">
        <w:rPr>
          <w:color w:val="000000" w:themeColor="text1"/>
          <w:lang w:val="ru-RU"/>
        </w:rPr>
        <w:t>Лицензия является простой (неисключительной) и безвозмездной.</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lastRenderedPageBreak/>
        <w:t>Изображение и голос, содержащиеся в конкурсной работе</w:t>
      </w:r>
    </w:p>
    <w:p w:rsidR="00F47E6C" w:rsidRPr="00B3462A" w:rsidRDefault="00000000">
      <w:pPr>
        <w:rPr>
          <w:color w:val="000000" w:themeColor="text1"/>
          <w:lang w:val="ru-RU"/>
        </w:rPr>
      </w:pPr>
      <w:r w:rsidRPr="00B3462A">
        <w:rPr>
          <w:color w:val="000000" w:themeColor="text1"/>
          <w:lang w:val="ru-RU"/>
        </w:rPr>
        <w:t>Я как законный представитель даю согласие на обнародование и дальнейшее использование изображения и голоса несовершеннолетнего, содержащихся в конкурсной работе, исключительно в пределах способов, целей и срока использования самой конкурсной работы.</w:t>
      </w:r>
    </w:p>
    <w:p w:rsidR="00F47E6C" w:rsidRPr="00B3462A" w:rsidRDefault="00000000">
      <w:pPr>
        <w:rPr>
          <w:color w:val="000000" w:themeColor="text1"/>
          <w:lang w:val="ru-RU"/>
        </w:rPr>
      </w:pPr>
      <w:r w:rsidRPr="00B3462A">
        <w:rPr>
          <w:color w:val="000000" w:themeColor="text1"/>
          <w:lang w:val="ru-RU"/>
        </w:rPr>
        <w:t>Публичное размещение конкурсной работы, содержащей изображение или голос лица, осуществляется при наличии соответствующих отметок в Документе № 2 настоящего пакета либо иного предусмотренного законодательством основания.</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Фото-, видеосъ</w:t>
      </w:r>
      <w:r w:rsidR="00B3462A">
        <w:rPr>
          <w:rFonts w:ascii="PT Sans" w:eastAsia="PT Sans" w:hAnsi="PT Sans"/>
          <w:color w:val="000000" w:themeColor="text1"/>
          <w:lang w:val="ru-RU"/>
        </w:rPr>
        <w:t>е</w:t>
      </w:r>
      <w:r w:rsidRPr="00B3462A">
        <w:rPr>
          <w:rFonts w:ascii="PT Sans" w:eastAsia="PT Sans" w:hAnsi="PT Sans"/>
          <w:color w:val="000000" w:themeColor="text1"/>
          <w:lang w:val="ru-RU"/>
        </w:rPr>
        <w:t>мка мероприятий и интервью — добровольный выбор</w:t>
      </w:r>
    </w:p>
    <w:p w:rsidR="00F47E6C" w:rsidRPr="00B3462A" w:rsidRDefault="00000000">
      <w:pPr>
        <w:rPr>
          <w:color w:val="000000" w:themeColor="text1"/>
          <w:lang w:val="ru-RU"/>
        </w:rPr>
      </w:pPr>
      <w:r w:rsidRPr="00B3462A">
        <w:rPr>
          <w:color w:val="000000" w:themeColor="text1"/>
          <w:lang w:val="ru-RU"/>
        </w:rPr>
        <w:t>Отметьте один вариант. Выбор не влияет на экспертную оценку и конкурсный результат:</w:t>
      </w:r>
    </w:p>
    <w:p w:rsidR="00F47E6C" w:rsidRPr="00B3462A" w:rsidRDefault="00000000">
      <w:pPr>
        <w:spacing w:after="40"/>
        <w:ind w:left="227" w:hanging="227"/>
        <w:rPr>
          <w:color w:val="000000" w:themeColor="text1"/>
          <w:lang w:val="ru-RU"/>
        </w:rPr>
      </w:pPr>
      <w:r w:rsidRPr="00B3462A">
        <w:rPr>
          <w:color w:val="000000" w:themeColor="text1"/>
          <w:sz w:val="20"/>
          <w:lang w:val="ru-RU"/>
        </w:rPr>
        <w:t>☐ разрешаю обнародование и дальнейшее использование изображения и голоса несовершеннолетнего, зафиксированных на официальных мероприятиях Конкурса, а также в интервью и выступлениях, записанных с его ведома;</w:t>
      </w:r>
    </w:p>
    <w:p w:rsidR="00F47E6C" w:rsidRPr="00B3462A" w:rsidRDefault="00000000">
      <w:pPr>
        <w:spacing w:after="40"/>
        <w:ind w:left="227" w:hanging="227"/>
        <w:rPr>
          <w:color w:val="000000" w:themeColor="text1"/>
          <w:lang w:val="ru-RU"/>
        </w:rPr>
      </w:pPr>
      <w:r w:rsidRPr="00B3462A">
        <w:rPr>
          <w:color w:val="000000" w:themeColor="text1"/>
          <w:sz w:val="20"/>
          <w:lang w:val="ru-RU"/>
        </w:rPr>
        <w:t>☐ разрешаю использование только общих планов мероприятий, на которых несовершеннолетний не является основным объектом съ</w:t>
      </w:r>
      <w:r w:rsidR="00B3462A">
        <w:rPr>
          <w:color w:val="000000" w:themeColor="text1"/>
          <w:sz w:val="20"/>
          <w:lang w:val="ru-RU"/>
        </w:rPr>
        <w:t>е</w:t>
      </w:r>
      <w:r w:rsidRPr="00B3462A">
        <w:rPr>
          <w:color w:val="000000" w:themeColor="text1"/>
          <w:sz w:val="20"/>
          <w:lang w:val="ru-RU"/>
        </w:rPr>
        <w:t>мки; индивидуальные интервью и портретная съ</w:t>
      </w:r>
      <w:r w:rsidR="00B3462A">
        <w:rPr>
          <w:color w:val="000000" w:themeColor="text1"/>
          <w:sz w:val="20"/>
          <w:lang w:val="ru-RU"/>
        </w:rPr>
        <w:t>е</w:t>
      </w:r>
      <w:r w:rsidRPr="00B3462A">
        <w:rPr>
          <w:color w:val="000000" w:themeColor="text1"/>
          <w:sz w:val="20"/>
          <w:lang w:val="ru-RU"/>
        </w:rPr>
        <w:t>мка не разрешаются;</w:t>
      </w:r>
    </w:p>
    <w:p w:rsidR="00F47E6C" w:rsidRPr="00B3462A" w:rsidRDefault="00000000">
      <w:pPr>
        <w:spacing w:after="40"/>
        <w:ind w:left="227" w:hanging="227"/>
        <w:rPr>
          <w:color w:val="000000" w:themeColor="text1"/>
          <w:lang w:val="ru-RU"/>
        </w:rPr>
      </w:pPr>
      <w:r w:rsidRPr="00B3462A">
        <w:rPr>
          <w:color w:val="000000" w:themeColor="text1"/>
          <w:sz w:val="20"/>
          <w:lang w:val="ru-RU"/>
        </w:rPr>
        <w:t>☐ не разрешаю использование изображения и голоса несовершеннолетнего вне конкурсной работы.</w:t>
      </w:r>
    </w:p>
    <w:p w:rsidR="00F47E6C" w:rsidRPr="00B3462A" w:rsidRDefault="00000000">
      <w:pPr>
        <w:rPr>
          <w:color w:val="000000" w:themeColor="text1"/>
          <w:lang w:val="ru-RU"/>
        </w:rPr>
      </w:pPr>
      <w:r w:rsidRPr="00B3462A">
        <w:rPr>
          <w:color w:val="000000" w:themeColor="text1"/>
          <w:lang w:val="ru-RU"/>
        </w:rPr>
        <w:t>Разреш</w:t>
      </w:r>
      <w:r w:rsidR="00B3462A">
        <w:rPr>
          <w:color w:val="000000" w:themeColor="text1"/>
          <w:lang w:val="ru-RU"/>
        </w:rPr>
        <w:t>е</w:t>
      </w:r>
      <w:r w:rsidRPr="00B3462A">
        <w:rPr>
          <w:color w:val="000000" w:themeColor="text1"/>
          <w:lang w:val="ru-RU"/>
        </w:rPr>
        <w:t>нные материалы могут использоваться только для проведения, освещения, популяризации и архивирования Конкурса и образовательного проекта «Снято с языка» до 31 марта 2032 года включительно. Связывание изображения и голоса с Ф.И.О. и иными сведениями допускается только в пределах Документа № 2.</w:t>
      </w:r>
    </w:p>
    <w:p w:rsidR="00F47E6C" w:rsidRPr="00B3462A" w:rsidRDefault="00000000">
      <w:pPr>
        <w:rPr>
          <w:color w:val="000000" w:themeColor="text1"/>
          <w:lang w:val="ru-RU"/>
        </w:rPr>
      </w:pPr>
      <w:r w:rsidRPr="00B3462A">
        <w:rPr>
          <w:color w:val="000000" w:themeColor="text1"/>
          <w:lang w:val="ru-RU"/>
        </w:rPr>
        <w:t xml:space="preserve">Согласие на будущее использование изображения и голоса может быть отозвано заявлением на </w:t>
      </w:r>
      <w:r w:rsidRPr="00B3462A">
        <w:rPr>
          <w:color w:val="000000" w:themeColor="text1"/>
        </w:rPr>
        <w:t>info</w:t>
      </w:r>
      <w:r w:rsidRPr="00B3462A">
        <w:rPr>
          <w:color w:val="000000" w:themeColor="text1"/>
          <w:lang w:val="ru-RU"/>
        </w:rPr>
        <w:t>@</w:t>
      </w:r>
      <w:r w:rsidRPr="00B3462A">
        <w:rPr>
          <w:color w:val="000000" w:themeColor="text1"/>
        </w:rPr>
        <w:t>kddg</w:t>
      </w:r>
      <w:r w:rsidRPr="00B3462A">
        <w:rPr>
          <w:color w:val="000000" w:themeColor="text1"/>
          <w:lang w:val="ru-RU"/>
        </w:rPr>
        <w:t>.</w:t>
      </w:r>
      <w:r w:rsidRPr="00B3462A">
        <w:rPr>
          <w:color w:val="000000" w:themeColor="text1"/>
        </w:rPr>
        <w:t>ru</w:t>
      </w:r>
      <w:r w:rsidRPr="00B3462A">
        <w:rPr>
          <w:color w:val="000000" w:themeColor="text1"/>
          <w:lang w:val="ru-RU"/>
        </w:rPr>
        <w:t>. Отзыв не влияет на законность использования, осуществл</w:t>
      </w:r>
      <w:r w:rsidR="00B3462A">
        <w:rPr>
          <w:color w:val="000000" w:themeColor="text1"/>
          <w:lang w:val="ru-RU"/>
        </w:rPr>
        <w:t>е</w:t>
      </w:r>
      <w:r w:rsidRPr="00B3462A">
        <w:rPr>
          <w:color w:val="000000" w:themeColor="text1"/>
          <w:lang w:val="ru-RU"/>
        </w:rPr>
        <w:t>нного до его получения, и может повлечь прекращение дальнейшего размещения материалов на ресурсах, контролируемых Организатором.</w:t>
      </w:r>
    </w:p>
    <w:p w:rsidR="00F47E6C" w:rsidRPr="00B3462A" w:rsidRDefault="00000000">
      <w:pPr>
        <w:pStyle w:val="21"/>
        <w:rPr>
          <w:color w:val="000000" w:themeColor="text1"/>
          <w:lang w:val="ru-RU"/>
        </w:rPr>
      </w:pPr>
      <w:r w:rsidRPr="00B3462A">
        <w:rPr>
          <w:rFonts w:ascii="PT Sans" w:eastAsia="PT Sans" w:hAnsi="PT Sans"/>
          <w:color w:val="000000" w:themeColor="text1"/>
          <w:lang w:val="ru-RU"/>
        </w:rPr>
        <w:t>Права третьих лиц</w:t>
      </w:r>
    </w:p>
    <w:p w:rsidR="00F47E6C" w:rsidRPr="00B3462A" w:rsidRDefault="00000000">
      <w:pPr>
        <w:rPr>
          <w:color w:val="000000" w:themeColor="text1"/>
          <w:lang w:val="ru-RU"/>
        </w:rPr>
      </w:pPr>
      <w:r w:rsidRPr="00B3462A">
        <w:rPr>
          <w:color w:val="000000" w:themeColor="text1"/>
          <w:lang w:val="ru-RU"/>
        </w:rPr>
        <w:t>Я как законный представитель подтверждаю, что при создании конкурсной работы должны соблюдаться авторские, смежные и иные права третьих лиц. При использовании музыки, фотографий, видео, иллюстраций, исполнений и иных охраняемых объектов должно иметься законное основание для такого использования.</w:t>
      </w:r>
    </w:p>
    <w:p w:rsidR="00F47E6C" w:rsidRPr="00B3462A" w:rsidRDefault="00000000">
      <w:pPr>
        <w:rPr>
          <w:color w:val="000000" w:themeColor="text1"/>
          <w:lang w:val="ru-RU"/>
        </w:rPr>
      </w:pPr>
      <w:r w:rsidRPr="00B3462A">
        <w:rPr>
          <w:color w:val="000000" w:themeColor="text1"/>
          <w:lang w:val="ru-RU"/>
        </w:rPr>
        <w:t>Если в конкурсной работе изображены иные граждане, необходимые согласия на обнародование и использование их изображения должны быть получены в случаях, предусмотренных законодательством Российской Федерации.</w:t>
      </w:r>
    </w:p>
    <w:p w:rsidR="00F47E6C" w:rsidRPr="00B3462A" w:rsidRDefault="00000000">
      <w:pPr>
        <w:rPr>
          <w:color w:val="000000" w:themeColor="text1"/>
          <w:lang w:val="ru-RU"/>
        </w:rPr>
      </w:pPr>
      <w:r w:rsidRPr="00B3462A">
        <w:rPr>
          <w:color w:val="000000" w:themeColor="text1"/>
          <w:lang w:val="ru-RU"/>
        </w:rPr>
        <w:t>Если помощник, наставник или иное лицо внесло самостоятельный творческий вклад и является соавтором либо иным правообладателем, соответствующее лицо также предоставляет Организатору право использования принадлежащей ему части исключительного права.</w:t>
      </w:r>
    </w:p>
    <w:p w:rsidR="00F47E6C" w:rsidRPr="00B3462A" w:rsidRDefault="00000000">
      <w:pPr>
        <w:rPr>
          <w:color w:val="000000" w:themeColor="text1"/>
          <w:lang w:val="ru-RU"/>
        </w:rPr>
      </w:pPr>
      <w:r w:rsidRPr="00B3462A">
        <w:rPr>
          <w:color w:val="000000" w:themeColor="text1"/>
          <w:lang w:val="ru-RU"/>
        </w:rPr>
        <w:t>Организатор вправе запросить подтверждение наличия необходимых прав или предложить устранить нарушение до допуска работы к оцениванию.</w:t>
      </w:r>
    </w:p>
    <w:p w:rsidR="00F47E6C" w:rsidRPr="00B3462A" w:rsidRDefault="00F47E6C">
      <w:pPr>
        <w:rPr>
          <w:color w:val="000000" w:themeColor="text1"/>
          <w:lang w:val="ru-RU"/>
        </w:rPr>
      </w:pPr>
    </w:p>
    <w:tbl>
      <w:tblPr>
        <w:tblW w:w="0" w:type="auto"/>
        <w:jc w:val="center"/>
        <w:tblLook w:val="04A0" w:firstRow="1" w:lastRow="0" w:firstColumn="1" w:lastColumn="0" w:noHBand="0" w:noVBand="1"/>
      </w:tblPr>
      <w:tblGrid>
        <w:gridCol w:w="5071"/>
        <w:gridCol w:w="5071"/>
      </w:tblGrid>
      <w:tr w:rsidR="00B3462A" w:rsidRPr="00B3462A">
        <w:trPr>
          <w:jc w:val="center"/>
        </w:trPr>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color w:val="000000" w:themeColor="text1"/>
                <w:sz w:val="19"/>
              </w:rPr>
              <w:t>Дата: «___» ____________ 20___ г.</w:t>
            </w:r>
          </w:p>
        </w:tc>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color w:val="000000" w:themeColor="text1"/>
                <w:sz w:val="19"/>
              </w:rPr>
              <w:t>Место: ______________________________</w:t>
            </w:r>
          </w:p>
        </w:tc>
      </w:tr>
      <w:tr w:rsidR="00F47E6C" w:rsidRPr="00B3462A">
        <w:trPr>
          <w:jc w:val="center"/>
        </w:trPr>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lang w:val="ru-RU"/>
              </w:rPr>
            </w:pPr>
            <w:r w:rsidRPr="00B3462A">
              <w:rPr>
                <w:b/>
                <w:color w:val="000000" w:themeColor="text1"/>
                <w:sz w:val="19"/>
                <w:lang w:val="ru-RU"/>
              </w:rPr>
              <w:t>Законный представитель</w:t>
            </w:r>
          </w:p>
          <w:p w:rsidR="00F47E6C" w:rsidRPr="00B3462A" w:rsidRDefault="00000000">
            <w:pPr>
              <w:rPr>
                <w:color w:val="000000" w:themeColor="text1"/>
                <w:lang w:val="ru-RU"/>
              </w:rPr>
            </w:pPr>
            <w:r w:rsidRPr="00B3462A">
              <w:rPr>
                <w:color w:val="000000" w:themeColor="text1"/>
                <w:sz w:val="19"/>
                <w:lang w:val="ru-RU"/>
              </w:rPr>
              <w:t>Ф.И.О.: __________________________________</w:t>
            </w:r>
          </w:p>
          <w:p w:rsidR="00F47E6C" w:rsidRPr="00B3462A" w:rsidRDefault="00000000">
            <w:pPr>
              <w:rPr>
                <w:color w:val="000000" w:themeColor="text1"/>
                <w:lang w:val="ru-RU"/>
              </w:rPr>
            </w:pPr>
            <w:r w:rsidRPr="00B3462A">
              <w:rPr>
                <w:i/>
                <w:color w:val="000000" w:themeColor="text1"/>
                <w:sz w:val="17"/>
                <w:lang w:val="ru-RU"/>
              </w:rPr>
              <w:t>Подпись подтверждает участие, условия лицензии — если несовершеннолетний автор/соавтор — и выбранный вариант использования изображения и голоса.</w:t>
            </w:r>
          </w:p>
        </w:tc>
        <w:tc>
          <w:tcPr>
            <w:tcW w:w="5071" w:type="dxa"/>
            <w:tcBorders>
              <w:top w:val="single" w:sz="6" w:space="0" w:color="B8C2CC"/>
              <w:left w:val="single" w:sz="6" w:space="0" w:color="B8C2CC"/>
              <w:bottom w:val="single" w:sz="6" w:space="0" w:color="B8C2CC"/>
              <w:right w:val="single" w:sz="6" w:space="0" w:color="B8C2CC"/>
            </w:tcBorders>
          </w:tcPr>
          <w:p w:rsidR="00F47E6C" w:rsidRPr="00B3462A" w:rsidRDefault="00000000">
            <w:pPr>
              <w:rPr>
                <w:color w:val="000000" w:themeColor="text1"/>
              </w:rPr>
            </w:pPr>
            <w:r w:rsidRPr="00B3462A">
              <w:rPr>
                <w:b/>
                <w:color w:val="000000" w:themeColor="text1"/>
                <w:sz w:val="19"/>
              </w:rPr>
              <w:t>Подпись</w:t>
            </w:r>
          </w:p>
          <w:p w:rsidR="00F47E6C" w:rsidRPr="00B3462A" w:rsidRDefault="00000000">
            <w:pPr>
              <w:rPr>
                <w:color w:val="000000" w:themeColor="text1"/>
              </w:rPr>
            </w:pPr>
            <w:r w:rsidRPr="00B3462A">
              <w:rPr>
                <w:color w:val="000000" w:themeColor="text1"/>
                <w:sz w:val="19"/>
              </w:rPr>
              <w:t>________________________________________</w:t>
            </w:r>
          </w:p>
        </w:tc>
      </w:tr>
    </w:tbl>
    <w:p w:rsidR="00F47E6C" w:rsidRPr="00B3462A" w:rsidRDefault="00F47E6C">
      <w:pPr>
        <w:rPr>
          <w:color w:val="000000" w:themeColor="text1"/>
        </w:rPr>
      </w:pPr>
    </w:p>
    <w:sectPr w:rsidR="00F47E6C" w:rsidRPr="00B3462A" w:rsidSect="00034616">
      <w:footerReference w:type="default" r:id="rId13"/>
      <w:pgSz w:w="12240" w:h="15840"/>
      <w:pgMar w:top="1020" w:right="964" w:bottom="935" w:left="1134"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3B34" w:rsidRDefault="00023B34">
      <w:pPr>
        <w:spacing w:after="0" w:line="240" w:lineRule="auto"/>
      </w:pPr>
      <w:r>
        <w:separator/>
      </w:r>
    </w:p>
  </w:endnote>
  <w:endnote w:type="continuationSeparator" w:id="0">
    <w:p w:rsidR="00023B34" w:rsidRDefault="0002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7E6C" w:rsidRDefault="00F47E6C">
    <w:pPr>
      <w:pStyle w:val="a7"/>
    </w:pPr>
  </w:p>
  <w:tbl>
    <w:tblPr>
      <w:tblW w:w="0" w:type="auto"/>
      <w:jc w:val="center"/>
      <w:tblLook w:val="04A0" w:firstRow="1" w:lastRow="0" w:firstColumn="1" w:lastColumn="0" w:noHBand="0" w:noVBand="1"/>
    </w:tblPr>
    <w:tblGrid>
      <w:gridCol w:w="3269"/>
      <w:gridCol w:w="3269"/>
      <w:gridCol w:w="3269"/>
    </w:tblGrid>
    <w:tr w:rsidR="00F47E6C">
      <w:trPr>
        <w:jc w:val="center"/>
      </w:trPr>
      <w:tc>
        <w:tcPr>
          <w:tcW w:w="3269" w:type="dxa"/>
          <w:tcBorders>
            <w:top w:val="single" w:sz="4" w:space="0" w:color="D9E2EC"/>
          </w:tcBorders>
          <w:vAlign w:val="center"/>
        </w:tcPr>
        <w:p w:rsidR="00F47E6C" w:rsidRPr="00B3462A" w:rsidRDefault="00000000">
          <w:pPr>
            <w:rPr>
              <w:lang w:val="ru-RU"/>
            </w:rPr>
          </w:pPr>
          <w:r w:rsidRPr="00B3462A">
            <w:rPr>
              <w:color w:val="666666"/>
              <w:sz w:val="16"/>
              <w:lang w:val="ru-RU"/>
            </w:rPr>
            <w:t>АНО КДДГ • «Снято с языка» 2026/2027</w:t>
          </w:r>
        </w:p>
      </w:tc>
      <w:tc>
        <w:tcPr>
          <w:tcW w:w="3269" w:type="dxa"/>
          <w:tcBorders>
            <w:top w:val="single" w:sz="4" w:space="0" w:color="D9E2EC"/>
          </w:tcBorders>
          <w:vAlign w:val="center"/>
        </w:tcPr>
        <w:p w:rsidR="00F47E6C" w:rsidRDefault="00000000">
          <w:pPr>
            <w:jc w:val="center"/>
          </w:pPr>
          <w:r>
            <w:rPr>
              <w:color w:val="666666"/>
              <w:sz w:val="16"/>
            </w:rPr>
            <w:t>Пакет: до 14 лет</w:t>
          </w:r>
        </w:p>
      </w:tc>
      <w:tc>
        <w:tcPr>
          <w:tcW w:w="3269" w:type="dxa"/>
          <w:tcBorders>
            <w:top w:val="single" w:sz="4" w:space="0" w:color="D9E2EC"/>
          </w:tcBorders>
          <w:vAlign w:val="center"/>
        </w:tcPr>
        <w:p w:rsidR="00F47E6C" w:rsidRDefault="00000000">
          <w:pPr>
            <w:jc w:val="right"/>
          </w:pPr>
          <w:r>
            <w:rPr>
              <w:color w:val="666666"/>
              <w:sz w:val="16"/>
            </w:rPr>
            <w:t xml:space="preserve">Стр. </w:t>
          </w:r>
          <w:r>
            <w:rPr>
              <w:color w:val="666666"/>
              <w:sz w:val="16"/>
            </w:rPr>
            <w:fldChar w:fldCharType="begin"/>
          </w:r>
          <w:r>
            <w:rPr>
              <w:color w:val="666666"/>
              <w:sz w:val="16"/>
            </w:rPr>
            <w:instrText>PAGE</w:instrText>
          </w:r>
          <w:r w:rsidR="00B3462A">
            <w:rPr>
              <w:color w:val="666666"/>
              <w:sz w:val="16"/>
            </w:rPr>
            <w:fldChar w:fldCharType="separate"/>
          </w:r>
          <w:r w:rsidR="00B3462A">
            <w:rPr>
              <w:noProof/>
              <w:color w:val="666666"/>
              <w:sz w:val="16"/>
            </w:rPr>
            <w:t>1</w:t>
          </w:r>
          <w:r>
            <w:rPr>
              <w:color w:val="666666"/>
              <w:sz w:val="16"/>
            </w:rPr>
            <w:fldChar w:fldCharType="end"/>
          </w:r>
          <w:r>
            <w:rPr>
              <w:color w:val="666666"/>
              <w:sz w:val="16"/>
            </w:rPr>
            <w:t xml:space="preserve"> из </w:t>
          </w:r>
          <w:r>
            <w:rPr>
              <w:color w:val="666666"/>
              <w:sz w:val="16"/>
            </w:rPr>
            <w:fldChar w:fldCharType="begin"/>
          </w:r>
          <w:r>
            <w:rPr>
              <w:color w:val="666666"/>
              <w:sz w:val="16"/>
            </w:rPr>
            <w:instrText>NUMPAGES</w:instrText>
          </w:r>
          <w:r w:rsidR="00B3462A">
            <w:rPr>
              <w:color w:val="666666"/>
              <w:sz w:val="16"/>
            </w:rPr>
            <w:fldChar w:fldCharType="separate"/>
          </w:r>
          <w:r w:rsidR="00B3462A">
            <w:rPr>
              <w:noProof/>
              <w:color w:val="666666"/>
              <w:sz w:val="16"/>
            </w:rPr>
            <w:t>2</w:t>
          </w:r>
          <w:r>
            <w:rPr>
              <w:color w:val="666666"/>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3B34" w:rsidRDefault="00023B34">
      <w:pPr>
        <w:spacing w:after="0" w:line="240" w:lineRule="auto"/>
      </w:pPr>
      <w:r>
        <w:separator/>
      </w:r>
    </w:p>
  </w:footnote>
  <w:footnote w:type="continuationSeparator" w:id="0">
    <w:p w:rsidR="00023B34" w:rsidRDefault="00023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72593578">
    <w:abstractNumId w:val="8"/>
  </w:num>
  <w:num w:numId="2" w16cid:durableId="1352343286">
    <w:abstractNumId w:val="6"/>
  </w:num>
  <w:num w:numId="3" w16cid:durableId="1727684511">
    <w:abstractNumId w:val="5"/>
  </w:num>
  <w:num w:numId="4" w16cid:durableId="866023343">
    <w:abstractNumId w:val="4"/>
  </w:num>
  <w:num w:numId="5" w16cid:durableId="646589448">
    <w:abstractNumId w:val="7"/>
  </w:num>
  <w:num w:numId="6" w16cid:durableId="751315741">
    <w:abstractNumId w:val="3"/>
  </w:num>
  <w:num w:numId="7" w16cid:durableId="190842735">
    <w:abstractNumId w:val="2"/>
  </w:num>
  <w:num w:numId="8" w16cid:durableId="1655722675">
    <w:abstractNumId w:val="1"/>
  </w:num>
  <w:num w:numId="9" w16cid:durableId="1444496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B34"/>
    <w:rsid w:val="00034616"/>
    <w:rsid w:val="0006063C"/>
    <w:rsid w:val="0015074B"/>
    <w:rsid w:val="0029639D"/>
    <w:rsid w:val="00326F90"/>
    <w:rsid w:val="00AA1D8D"/>
    <w:rsid w:val="00B3462A"/>
    <w:rsid w:val="00B47730"/>
    <w:rsid w:val="00CB0664"/>
    <w:rsid w:val="00F47E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FD67A7B-831C-8D4A-8173-74E5A7369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2" w:lineRule="auto"/>
    </w:pPr>
    <w:rPr>
      <w:rFonts w:ascii="PT Sans" w:eastAsia="PT Sans" w:hAnsi="PT Sans"/>
      <w:sz w:val="21"/>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243B53"/>
      <w:sz w:val="28"/>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3B53"/>
      <w:sz w:val="24"/>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243B5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243B53"/>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kddg.ru/agreemen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k.com/klubdd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ddg.ru/tongu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ddg.ru/agreement" TargetMode="External"/><Relationship Id="rId4" Type="http://schemas.openxmlformats.org/officeDocument/2006/relationships/settings" Target="settings.xml"/><Relationship Id="rId9" Type="http://schemas.openxmlformats.org/officeDocument/2006/relationships/hyperlink" Target="https://kddg.ru/agre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3537</Words>
  <Characters>20162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Пакет: до 14 лет</dc:title>
  <dc:subject>Документы конкурса «Снято с языка» 2026/2027</dc:subject>
  <dc:creator>АНО КДДГ</dc:creator>
  <cp:keywords/>
  <dc:description>generated by python-docx</dc:description>
  <cp:lastModifiedBy>ЮС</cp:lastModifiedBy>
  <cp:revision>2</cp:revision>
  <dcterms:created xsi:type="dcterms:W3CDTF">2013-12-23T23:15:00Z</dcterms:created>
  <dcterms:modified xsi:type="dcterms:W3CDTF">2026-08-20T15:47:00Z</dcterms:modified>
  <cp:category/>
</cp:coreProperties>
</file>