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468" w:rsidRPr="002D3468" w:rsidRDefault="002D3468" w:rsidP="002D3468">
      <w:pPr>
        <w:pStyle w:val="Heading1"/>
        <w:spacing w:line="36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2D3468">
        <w:rPr>
          <w:rFonts w:ascii="Times New Roman" w:hAnsi="Times New Roman" w:cs="Times New Roman"/>
          <w:color w:val="auto"/>
          <w:sz w:val="26"/>
          <w:szCs w:val="26"/>
        </w:rPr>
        <w:t>CỘNG HÒA XÃ HỘI CHỦ NGHĨA VIỆT NAM</w:t>
      </w:r>
    </w:p>
    <w:p w:rsidR="002D3468" w:rsidRPr="002D3468" w:rsidRDefault="002D3468" w:rsidP="002D3468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3468">
        <w:rPr>
          <w:rFonts w:ascii="Times New Roman" w:hAnsi="Times New Roman" w:cs="Times New Roman"/>
          <w:b/>
          <w:sz w:val="26"/>
          <w:szCs w:val="26"/>
        </w:rPr>
        <w:t>Độc lập-Tự do-Hạnh phúc</w:t>
      </w:r>
    </w:p>
    <w:p w:rsidR="005A1527" w:rsidRDefault="00D102BB" w:rsidP="002D3468">
      <w:pPr>
        <w:pStyle w:val="Heading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2D3468">
        <w:rPr>
          <w:rFonts w:ascii="Times New Roman" w:hAnsi="Times New Roman" w:cs="Times New Roman"/>
          <w:color w:val="auto"/>
          <w:sz w:val="26"/>
          <w:szCs w:val="26"/>
        </w:rPr>
        <w:t>VĂN B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Ả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N TH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Ỏ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A THU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Ậ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N CH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Ấ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M D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Ứ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T H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Ợ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P Đ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Ồ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 xml:space="preserve">NG 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Ủ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Y QUY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Ề</w:t>
      </w:r>
      <w:r w:rsidRPr="002D3468">
        <w:rPr>
          <w:rFonts w:ascii="Times New Roman" w:hAnsi="Times New Roman" w:cs="Times New Roman"/>
          <w:color w:val="auto"/>
          <w:sz w:val="26"/>
          <w:szCs w:val="26"/>
        </w:rPr>
        <w:t>N</w:t>
      </w:r>
    </w:p>
    <w:p w:rsidR="002D3468" w:rsidRPr="002D3468" w:rsidRDefault="002D3468" w:rsidP="002D3468"/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Hôm nay, ngày ..... tháng ..... năm ....., t</w:t>
      </w:r>
      <w:r w:rsidRPr="002D3468">
        <w:rPr>
          <w:rFonts w:ascii="Times New Roman" w:hAnsi="Times New Roman" w:cs="Times New Roman"/>
          <w:sz w:val="26"/>
          <w:szCs w:val="26"/>
        </w:rPr>
        <w:t>ạ</w:t>
      </w:r>
      <w:r w:rsidRPr="002D3468">
        <w:rPr>
          <w:rFonts w:ascii="Times New Roman" w:hAnsi="Times New Roman" w:cs="Times New Roman"/>
          <w:sz w:val="26"/>
          <w:szCs w:val="26"/>
        </w:rPr>
        <w:t>i ..................................................., chúng tôi g</w:t>
      </w:r>
      <w:r w:rsidRPr="002D3468">
        <w:rPr>
          <w:rFonts w:ascii="Times New Roman" w:hAnsi="Times New Roman" w:cs="Times New Roman"/>
          <w:sz w:val="26"/>
          <w:szCs w:val="26"/>
        </w:rPr>
        <w:t>ồ</w:t>
      </w:r>
      <w:r w:rsidRPr="002D3468">
        <w:rPr>
          <w:rFonts w:ascii="Times New Roman" w:hAnsi="Times New Roman" w:cs="Times New Roman"/>
          <w:sz w:val="26"/>
          <w:szCs w:val="26"/>
        </w:rPr>
        <w:t>m có:</w:t>
      </w:r>
    </w:p>
    <w:p w:rsidR="005A1527" w:rsidRPr="002D3468" w:rsidRDefault="00D102BB">
      <w:pPr>
        <w:pStyle w:val="Heading2"/>
        <w:rPr>
          <w:rFonts w:ascii="Times New Roman" w:hAnsi="Times New Roman" w:cs="Times New Roman"/>
          <w:color w:val="auto"/>
        </w:rPr>
      </w:pPr>
      <w:r w:rsidRPr="002D3468">
        <w:rPr>
          <w:rFonts w:ascii="Times New Roman" w:hAnsi="Times New Roman" w:cs="Times New Roman"/>
          <w:color w:val="auto"/>
        </w:rPr>
        <w:t xml:space="preserve">BÊN A (BÊN </w:t>
      </w:r>
      <w:r w:rsidRPr="002D3468">
        <w:rPr>
          <w:rFonts w:ascii="Times New Roman" w:hAnsi="Times New Roman" w:cs="Times New Roman"/>
          <w:color w:val="auto"/>
        </w:rPr>
        <w:t>Ủ</w:t>
      </w:r>
      <w:r w:rsidRPr="002D3468">
        <w:rPr>
          <w:rFonts w:ascii="Times New Roman" w:hAnsi="Times New Roman" w:cs="Times New Roman"/>
          <w:color w:val="auto"/>
        </w:rPr>
        <w:t>Y QUY</w:t>
      </w:r>
      <w:r w:rsidRPr="002D3468">
        <w:rPr>
          <w:rFonts w:ascii="Times New Roman" w:hAnsi="Times New Roman" w:cs="Times New Roman"/>
          <w:color w:val="auto"/>
        </w:rPr>
        <w:t>Ề</w:t>
      </w:r>
      <w:r w:rsidRPr="002D3468">
        <w:rPr>
          <w:rFonts w:ascii="Times New Roman" w:hAnsi="Times New Roman" w:cs="Times New Roman"/>
          <w:color w:val="auto"/>
        </w:rPr>
        <w:t>N):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 xml:space="preserve">Ông/Bà: </w:t>
      </w:r>
      <w:r w:rsidRPr="002D3468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Sinh năm: ....................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S</w:t>
      </w:r>
      <w:r w:rsidRPr="002D3468">
        <w:rPr>
          <w:rFonts w:ascii="Times New Roman" w:hAnsi="Times New Roman" w:cs="Times New Roman"/>
          <w:sz w:val="26"/>
          <w:szCs w:val="26"/>
        </w:rPr>
        <w:t>ố</w:t>
      </w:r>
      <w:r w:rsidRPr="002D3468">
        <w:rPr>
          <w:rFonts w:ascii="Times New Roman" w:hAnsi="Times New Roman" w:cs="Times New Roman"/>
          <w:sz w:val="26"/>
          <w:szCs w:val="26"/>
        </w:rPr>
        <w:t xml:space="preserve"> CMND/CCCD: .....................  Ngày c</w:t>
      </w:r>
      <w:r w:rsidRPr="002D3468">
        <w:rPr>
          <w:rFonts w:ascii="Times New Roman" w:hAnsi="Times New Roman" w:cs="Times New Roman"/>
          <w:sz w:val="26"/>
          <w:szCs w:val="26"/>
        </w:rPr>
        <w:t>ấ</w:t>
      </w:r>
      <w:r w:rsidRPr="002D3468">
        <w:rPr>
          <w:rFonts w:ascii="Times New Roman" w:hAnsi="Times New Roman" w:cs="Times New Roman"/>
          <w:sz w:val="26"/>
          <w:szCs w:val="26"/>
        </w:rPr>
        <w:t>p: .............  Nơi c</w:t>
      </w:r>
      <w:r w:rsidRPr="002D3468">
        <w:rPr>
          <w:rFonts w:ascii="Times New Roman" w:hAnsi="Times New Roman" w:cs="Times New Roman"/>
          <w:sz w:val="26"/>
          <w:szCs w:val="26"/>
        </w:rPr>
        <w:t>ấ</w:t>
      </w:r>
      <w:r w:rsidRPr="002D3468">
        <w:rPr>
          <w:rFonts w:ascii="Times New Roman" w:hAnsi="Times New Roman" w:cs="Times New Roman"/>
          <w:sz w:val="26"/>
          <w:szCs w:val="26"/>
        </w:rPr>
        <w:t>p: .....................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Đ</w:t>
      </w:r>
      <w:r w:rsidRPr="002D3468">
        <w:rPr>
          <w:rFonts w:ascii="Times New Roman" w:hAnsi="Times New Roman" w:cs="Times New Roman"/>
          <w:sz w:val="26"/>
          <w:szCs w:val="26"/>
        </w:rPr>
        <w:t>ị</w:t>
      </w:r>
      <w:r w:rsidRPr="002D3468">
        <w:rPr>
          <w:rFonts w:ascii="Times New Roman" w:hAnsi="Times New Roman" w:cs="Times New Roman"/>
          <w:sz w:val="26"/>
          <w:szCs w:val="26"/>
        </w:rPr>
        <w:t>a ch</w:t>
      </w:r>
      <w:r w:rsidRPr="002D3468">
        <w:rPr>
          <w:rFonts w:ascii="Times New Roman" w:hAnsi="Times New Roman" w:cs="Times New Roman"/>
          <w:sz w:val="26"/>
          <w:szCs w:val="26"/>
        </w:rPr>
        <w:t>ỉ</w:t>
      </w:r>
      <w:r w:rsidRPr="002D3468">
        <w:rPr>
          <w:rFonts w:ascii="Times New Roman" w:hAnsi="Times New Roman" w:cs="Times New Roman"/>
          <w:sz w:val="26"/>
          <w:szCs w:val="26"/>
        </w:rPr>
        <w:t xml:space="preserve"> thư</w:t>
      </w:r>
      <w:r w:rsidRPr="002D3468">
        <w:rPr>
          <w:rFonts w:ascii="Times New Roman" w:hAnsi="Times New Roman" w:cs="Times New Roman"/>
          <w:sz w:val="26"/>
          <w:szCs w:val="26"/>
        </w:rPr>
        <w:t>ờ</w:t>
      </w:r>
      <w:r w:rsidRPr="002D3468">
        <w:rPr>
          <w:rFonts w:ascii="Times New Roman" w:hAnsi="Times New Roman" w:cs="Times New Roman"/>
          <w:sz w:val="26"/>
          <w:szCs w:val="26"/>
        </w:rPr>
        <w:t>ng trú: ...........................</w:t>
      </w:r>
      <w:r w:rsidRPr="002D3468">
        <w:rPr>
          <w:rFonts w:ascii="Times New Roman" w:hAnsi="Times New Roman" w:cs="Times New Roman"/>
          <w:sz w:val="26"/>
          <w:szCs w:val="26"/>
        </w:rPr>
        <w:t>............................................</w:t>
      </w:r>
    </w:p>
    <w:p w:rsidR="005A1527" w:rsidRPr="002D3468" w:rsidRDefault="00D102BB">
      <w:pPr>
        <w:pStyle w:val="Heading2"/>
        <w:rPr>
          <w:rFonts w:ascii="Times New Roman" w:hAnsi="Times New Roman" w:cs="Times New Roman"/>
          <w:color w:val="auto"/>
        </w:rPr>
      </w:pPr>
      <w:r w:rsidRPr="002D3468">
        <w:rPr>
          <w:rFonts w:ascii="Times New Roman" w:hAnsi="Times New Roman" w:cs="Times New Roman"/>
          <w:color w:val="auto"/>
        </w:rPr>
        <w:t>BÊN B (BÊN ĐƯ</w:t>
      </w:r>
      <w:r w:rsidRPr="002D3468">
        <w:rPr>
          <w:rFonts w:ascii="Times New Roman" w:hAnsi="Times New Roman" w:cs="Times New Roman"/>
          <w:color w:val="auto"/>
        </w:rPr>
        <w:t>Ợ</w:t>
      </w:r>
      <w:r w:rsidRPr="002D3468">
        <w:rPr>
          <w:rFonts w:ascii="Times New Roman" w:hAnsi="Times New Roman" w:cs="Times New Roman"/>
          <w:color w:val="auto"/>
        </w:rPr>
        <w:t xml:space="preserve">C </w:t>
      </w:r>
      <w:r w:rsidRPr="002D3468">
        <w:rPr>
          <w:rFonts w:ascii="Times New Roman" w:hAnsi="Times New Roman" w:cs="Times New Roman"/>
          <w:color w:val="auto"/>
        </w:rPr>
        <w:t>Ủ</w:t>
      </w:r>
      <w:r w:rsidRPr="002D3468">
        <w:rPr>
          <w:rFonts w:ascii="Times New Roman" w:hAnsi="Times New Roman" w:cs="Times New Roman"/>
          <w:color w:val="auto"/>
        </w:rPr>
        <w:t>Y QUY</w:t>
      </w:r>
      <w:r w:rsidRPr="002D3468">
        <w:rPr>
          <w:rFonts w:ascii="Times New Roman" w:hAnsi="Times New Roman" w:cs="Times New Roman"/>
          <w:color w:val="auto"/>
        </w:rPr>
        <w:t>Ề</w:t>
      </w:r>
      <w:r w:rsidRPr="002D3468">
        <w:rPr>
          <w:rFonts w:ascii="Times New Roman" w:hAnsi="Times New Roman" w:cs="Times New Roman"/>
          <w:color w:val="auto"/>
        </w:rPr>
        <w:t>N):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Ông/Bà: ....................................................................................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Sinh năm: ....................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S</w:t>
      </w:r>
      <w:r w:rsidRPr="002D3468">
        <w:rPr>
          <w:rFonts w:ascii="Times New Roman" w:hAnsi="Times New Roman" w:cs="Times New Roman"/>
          <w:sz w:val="26"/>
          <w:szCs w:val="26"/>
        </w:rPr>
        <w:t>ố</w:t>
      </w:r>
      <w:r w:rsidRPr="002D3468">
        <w:rPr>
          <w:rFonts w:ascii="Times New Roman" w:hAnsi="Times New Roman" w:cs="Times New Roman"/>
          <w:sz w:val="26"/>
          <w:szCs w:val="26"/>
        </w:rPr>
        <w:t xml:space="preserve"> CMND/CCCD: .....................  Ngày c</w:t>
      </w:r>
      <w:r w:rsidRPr="002D3468">
        <w:rPr>
          <w:rFonts w:ascii="Times New Roman" w:hAnsi="Times New Roman" w:cs="Times New Roman"/>
          <w:sz w:val="26"/>
          <w:szCs w:val="26"/>
        </w:rPr>
        <w:t>ấ</w:t>
      </w:r>
      <w:r w:rsidRPr="002D3468">
        <w:rPr>
          <w:rFonts w:ascii="Times New Roman" w:hAnsi="Times New Roman" w:cs="Times New Roman"/>
          <w:sz w:val="26"/>
          <w:szCs w:val="26"/>
        </w:rPr>
        <w:t>p: .............</w:t>
      </w:r>
      <w:r w:rsidRPr="002D3468">
        <w:rPr>
          <w:rFonts w:ascii="Times New Roman" w:hAnsi="Times New Roman" w:cs="Times New Roman"/>
          <w:sz w:val="26"/>
          <w:szCs w:val="26"/>
        </w:rPr>
        <w:t xml:space="preserve">  Nơi c</w:t>
      </w:r>
      <w:r w:rsidRPr="002D3468">
        <w:rPr>
          <w:rFonts w:ascii="Times New Roman" w:hAnsi="Times New Roman" w:cs="Times New Roman"/>
          <w:sz w:val="26"/>
          <w:szCs w:val="26"/>
        </w:rPr>
        <w:t>ấ</w:t>
      </w:r>
      <w:r w:rsidRPr="002D3468">
        <w:rPr>
          <w:rFonts w:ascii="Times New Roman" w:hAnsi="Times New Roman" w:cs="Times New Roman"/>
          <w:sz w:val="26"/>
          <w:szCs w:val="26"/>
        </w:rPr>
        <w:t>p: .....................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Đ</w:t>
      </w:r>
      <w:r w:rsidRPr="002D3468">
        <w:rPr>
          <w:rFonts w:ascii="Times New Roman" w:hAnsi="Times New Roman" w:cs="Times New Roman"/>
          <w:sz w:val="26"/>
          <w:szCs w:val="26"/>
        </w:rPr>
        <w:t>ị</w:t>
      </w:r>
      <w:r w:rsidRPr="002D3468">
        <w:rPr>
          <w:rFonts w:ascii="Times New Roman" w:hAnsi="Times New Roman" w:cs="Times New Roman"/>
          <w:sz w:val="26"/>
          <w:szCs w:val="26"/>
        </w:rPr>
        <w:t>a ch</w:t>
      </w:r>
      <w:r w:rsidRPr="002D3468">
        <w:rPr>
          <w:rFonts w:ascii="Times New Roman" w:hAnsi="Times New Roman" w:cs="Times New Roman"/>
          <w:sz w:val="26"/>
          <w:szCs w:val="26"/>
        </w:rPr>
        <w:t>ỉ</w:t>
      </w:r>
      <w:r w:rsidRPr="002D3468">
        <w:rPr>
          <w:rFonts w:ascii="Times New Roman" w:hAnsi="Times New Roman" w:cs="Times New Roman"/>
          <w:sz w:val="26"/>
          <w:szCs w:val="26"/>
        </w:rPr>
        <w:t xml:space="preserve"> thư</w:t>
      </w:r>
      <w:r w:rsidRPr="002D3468">
        <w:rPr>
          <w:rFonts w:ascii="Times New Roman" w:hAnsi="Times New Roman" w:cs="Times New Roman"/>
          <w:sz w:val="26"/>
          <w:szCs w:val="26"/>
        </w:rPr>
        <w:t>ờ</w:t>
      </w:r>
      <w:r w:rsidRPr="002D3468">
        <w:rPr>
          <w:rFonts w:ascii="Times New Roman" w:hAnsi="Times New Roman" w:cs="Times New Roman"/>
          <w:sz w:val="26"/>
          <w:szCs w:val="26"/>
        </w:rPr>
        <w:t>ng trú: .......................................................................</w:t>
      </w:r>
    </w:p>
    <w:p w:rsidR="005A1527" w:rsidRPr="002D3468" w:rsidRDefault="00D102BB">
      <w:pPr>
        <w:pStyle w:val="Heading2"/>
        <w:rPr>
          <w:rFonts w:ascii="Times New Roman" w:hAnsi="Times New Roman" w:cs="Times New Roman"/>
          <w:color w:val="auto"/>
        </w:rPr>
      </w:pPr>
      <w:r w:rsidRPr="002D3468">
        <w:rPr>
          <w:rFonts w:ascii="Times New Roman" w:hAnsi="Times New Roman" w:cs="Times New Roman"/>
          <w:color w:val="auto"/>
        </w:rPr>
        <w:t>CĂN C</w:t>
      </w:r>
      <w:r w:rsidRPr="002D3468">
        <w:rPr>
          <w:rFonts w:ascii="Times New Roman" w:hAnsi="Times New Roman" w:cs="Times New Roman"/>
          <w:color w:val="auto"/>
        </w:rPr>
        <w:t>Ứ</w:t>
      </w:r>
      <w:r w:rsidRPr="002D3468">
        <w:rPr>
          <w:rFonts w:ascii="Times New Roman" w:hAnsi="Times New Roman" w:cs="Times New Roman"/>
          <w:color w:val="auto"/>
        </w:rPr>
        <w:t>: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– H</w:t>
      </w:r>
      <w:r w:rsidRPr="002D3468">
        <w:rPr>
          <w:rFonts w:ascii="Times New Roman" w:hAnsi="Times New Roman" w:cs="Times New Roman"/>
          <w:sz w:val="26"/>
          <w:szCs w:val="26"/>
        </w:rPr>
        <w:t>ợ</w:t>
      </w:r>
      <w:r w:rsidRPr="002D3468">
        <w:rPr>
          <w:rFonts w:ascii="Times New Roman" w:hAnsi="Times New Roman" w:cs="Times New Roman"/>
          <w:sz w:val="26"/>
          <w:szCs w:val="26"/>
        </w:rPr>
        <w:t>p đ</w:t>
      </w:r>
      <w:r w:rsidRPr="002D3468">
        <w:rPr>
          <w:rFonts w:ascii="Times New Roman" w:hAnsi="Times New Roman" w:cs="Times New Roman"/>
          <w:sz w:val="26"/>
          <w:szCs w:val="26"/>
        </w:rPr>
        <w:t>ồ</w:t>
      </w:r>
      <w:r w:rsidRPr="002D3468">
        <w:rPr>
          <w:rFonts w:ascii="Times New Roman" w:hAnsi="Times New Roman" w:cs="Times New Roman"/>
          <w:sz w:val="26"/>
          <w:szCs w:val="26"/>
        </w:rPr>
        <w:t xml:space="preserve">ng </w:t>
      </w:r>
      <w:r w:rsidRPr="002D3468">
        <w:rPr>
          <w:rFonts w:ascii="Times New Roman" w:hAnsi="Times New Roman" w:cs="Times New Roman"/>
          <w:sz w:val="26"/>
          <w:szCs w:val="26"/>
        </w:rPr>
        <w:t>ủ</w:t>
      </w:r>
      <w:r w:rsidRPr="002D3468">
        <w:rPr>
          <w:rFonts w:ascii="Times New Roman" w:hAnsi="Times New Roman" w:cs="Times New Roman"/>
          <w:sz w:val="26"/>
          <w:szCs w:val="26"/>
        </w:rPr>
        <w:t>y quy</w:t>
      </w:r>
      <w:r w:rsidRPr="002D3468">
        <w:rPr>
          <w:rFonts w:ascii="Times New Roman" w:hAnsi="Times New Roman" w:cs="Times New Roman"/>
          <w:sz w:val="26"/>
          <w:szCs w:val="26"/>
        </w:rPr>
        <w:t>ề</w:t>
      </w:r>
      <w:r w:rsidRPr="002D3468">
        <w:rPr>
          <w:rFonts w:ascii="Times New Roman" w:hAnsi="Times New Roman" w:cs="Times New Roman"/>
          <w:sz w:val="26"/>
          <w:szCs w:val="26"/>
        </w:rPr>
        <w:t>n s</w:t>
      </w:r>
      <w:r w:rsidRPr="002D3468">
        <w:rPr>
          <w:rFonts w:ascii="Times New Roman" w:hAnsi="Times New Roman" w:cs="Times New Roman"/>
          <w:sz w:val="26"/>
          <w:szCs w:val="26"/>
        </w:rPr>
        <w:t>ố</w:t>
      </w:r>
      <w:r w:rsidRPr="002D3468">
        <w:rPr>
          <w:rFonts w:ascii="Times New Roman" w:hAnsi="Times New Roman" w:cs="Times New Roman"/>
          <w:sz w:val="26"/>
          <w:szCs w:val="26"/>
        </w:rPr>
        <w:t>: .................. ký ngày ..... tháng ..... năm ..... gi</w:t>
      </w:r>
      <w:r w:rsidRPr="002D3468">
        <w:rPr>
          <w:rFonts w:ascii="Times New Roman" w:hAnsi="Times New Roman" w:cs="Times New Roman"/>
          <w:sz w:val="26"/>
          <w:szCs w:val="26"/>
        </w:rPr>
        <w:t>ữ</w:t>
      </w:r>
      <w:r w:rsidRPr="002D3468">
        <w:rPr>
          <w:rFonts w:ascii="Times New Roman" w:hAnsi="Times New Roman" w:cs="Times New Roman"/>
          <w:sz w:val="26"/>
          <w:szCs w:val="26"/>
        </w:rPr>
        <w:t>a hai bên;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– Hai bên đã th</w:t>
      </w:r>
      <w:r w:rsidRPr="002D3468">
        <w:rPr>
          <w:rFonts w:ascii="Times New Roman" w:hAnsi="Times New Roman" w:cs="Times New Roman"/>
          <w:sz w:val="26"/>
          <w:szCs w:val="26"/>
        </w:rPr>
        <w:t>ỏ</w:t>
      </w:r>
      <w:r w:rsidRPr="002D3468">
        <w:rPr>
          <w:rFonts w:ascii="Times New Roman" w:hAnsi="Times New Roman" w:cs="Times New Roman"/>
          <w:sz w:val="26"/>
          <w:szCs w:val="26"/>
        </w:rPr>
        <w:t>a thu</w:t>
      </w:r>
      <w:r w:rsidRPr="002D3468">
        <w:rPr>
          <w:rFonts w:ascii="Times New Roman" w:hAnsi="Times New Roman" w:cs="Times New Roman"/>
          <w:sz w:val="26"/>
          <w:szCs w:val="26"/>
        </w:rPr>
        <w:t>ậ</w:t>
      </w:r>
      <w:r w:rsidRPr="002D3468">
        <w:rPr>
          <w:rFonts w:ascii="Times New Roman" w:hAnsi="Times New Roman" w:cs="Times New Roman"/>
          <w:sz w:val="26"/>
          <w:szCs w:val="26"/>
        </w:rPr>
        <w:t>n và th</w:t>
      </w:r>
      <w:r w:rsidRPr="002D3468">
        <w:rPr>
          <w:rFonts w:ascii="Times New Roman" w:hAnsi="Times New Roman" w:cs="Times New Roman"/>
          <w:sz w:val="26"/>
          <w:szCs w:val="26"/>
        </w:rPr>
        <w:t>ự</w:t>
      </w:r>
      <w:r w:rsidRPr="002D3468">
        <w:rPr>
          <w:rFonts w:ascii="Times New Roman" w:hAnsi="Times New Roman" w:cs="Times New Roman"/>
          <w:sz w:val="26"/>
          <w:szCs w:val="26"/>
        </w:rPr>
        <w:t>c hi</w:t>
      </w:r>
      <w:r w:rsidRPr="002D3468">
        <w:rPr>
          <w:rFonts w:ascii="Times New Roman" w:hAnsi="Times New Roman" w:cs="Times New Roman"/>
          <w:sz w:val="26"/>
          <w:szCs w:val="26"/>
        </w:rPr>
        <w:t>ệ</w:t>
      </w:r>
      <w:r w:rsidRPr="002D3468">
        <w:rPr>
          <w:rFonts w:ascii="Times New Roman" w:hAnsi="Times New Roman" w:cs="Times New Roman"/>
          <w:sz w:val="26"/>
          <w:szCs w:val="26"/>
        </w:rPr>
        <w:t>n công vi</w:t>
      </w:r>
      <w:r w:rsidRPr="002D3468">
        <w:rPr>
          <w:rFonts w:ascii="Times New Roman" w:hAnsi="Times New Roman" w:cs="Times New Roman"/>
          <w:sz w:val="26"/>
          <w:szCs w:val="26"/>
        </w:rPr>
        <w:t>ệ</w:t>
      </w:r>
      <w:r w:rsidRPr="002D3468">
        <w:rPr>
          <w:rFonts w:ascii="Times New Roman" w:hAnsi="Times New Roman" w:cs="Times New Roman"/>
          <w:sz w:val="26"/>
          <w:szCs w:val="26"/>
        </w:rPr>
        <w:t>c theo n</w:t>
      </w:r>
      <w:r w:rsidRPr="002D3468">
        <w:rPr>
          <w:rFonts w:ascii="Times New Roman" w:hAnsi="Times New Roman" w:cs="Times New Roman"/>
          <w:sz w:val="26"/>
          <w:szCs w:val="26"/>
        </w:rPr>
        <w:t>ộ</w:t>
      </w:r>
      <w:r w:rsidRPr="002D3468">
        <w:rPr>
          <w:rFonts w:ascii="Times New Roman" w:hAnsi="Times New Roman" w:cs="Times New Roman"/>
          <w:sz w:val="26"/>
          <w:szCs w:val="26"/>
        </w:rPr>
        <w:t>i dung c</w:t>
      </w:r>
      <w:r w:rsidRPr="002D3468">
        <w:rPr>
          <w:rFonts w:ascii="Times New Roman" w:hAnsi="Times New Roman" w:cs="Times New Roman"/>
          <w:sz w:val="26"/>
          <w:szCs w:val="26"/>
        </w:rPr>
        <w:t>ủ</w:t>
      </w:r>
      <w:r w:rsidRPr="002D3468">
        <w:rPr>
          <w:rFonts w:ascii="Times New Roman" w:hAnsi="Times New Roman" w:cs="Times New Roman"/>
          <w:sz w:val="26"/>
          <w:szCs w:val="26"/>
        </w:rPr>
        <w:t>a h</w:t>
      </w:r>
      <w:r w:rsidRPr="002D3468">
        <w:rPr>
          <w:rFonts w:ascii="Times New Roman" w:hAnsi="Times New Roman" w:cs="Times New Roman"/>
          <w:sz w:val="26"/>
          <w:szCs w:val="26"/>
        </w:rPr>
        <w:t>ợ</w:t>
      </w:r>
      <w:r w:rsidRPr="002D3468">
        <w:rPr>
          <w:rFonts w:ascii="Times New Roman" w:hAnsi="Times New Roman" w:cs="Times New Roman"/>
          <w:sz w:val="26"/>
          <w:szCs w:val="26"/>
        </w:rPr>
        <w:t>p đ</w:t>
      </w:r>
      <w:r w:rsidRPr="002D3468">
        <w:rPr>
          <w:rFonts w:ascii="Times New Roman" w:hAnsi="Times New Roman" w:cs="Times New Roman"/>
          <w:sz w:val="26"/>
          <w:szCs w:val="26"/>
        </w:rPr>
        <w:t>ồ</w:t>
      </w:r>
      <w:r w:rsidRPr="002D3468">
        <w:rPr>
          <w:rFonts w:ascii="Times New Roman" w:hAnsi="Times New Roman" w:cs="Times New Roman"/>
          <w:sz w:val="26"/>
          <w:szCs w:val="26"/>
        </w:rPr>
        <w:t>ng nêu trên.</w:t>
      </w:r>
    </w:p>
    <w:p w:rsidR="005A1527" w:rsidRPr="002D3468" w:rsidRDefault="00D102BB">
      <w:pPr>
        <w:pStyle w:val="Heading2"/>
        <w:rPr>
          <w:rFonts w:ascii="Times New Roman" w:hAnsi="Times New Roman" w:cs="Times New Roman"/>
          <w:color w:val="auto"/>
        </w:rPr>
      </w:pPr>
      <w:r w:rsidRPr="002D3468">
        <w:rPr>
          <w:rFonts w:ascii="Times New Roman" w:hAnsi="Times New Roman" w:cs="Times New Roman"/>
          <w:color w:val="auto"/>
        </w:rPr>
        <w:t>NAY HAI BÊN TH</w:t>
      </w:r>
      <w:r w:rsidRPr="002D3468">
        <w:rPr>
          <w:rFonts w:ascii="Times New Roman" w:hAnsi="Times New Roman" w:cs="Times New Roman"/>
          <w:color w:val="auto"/>
        </w:rPr>
        <w:t>Ố</w:t>
      </w:r>
      <w:r w:rsidRPr="002D3468">
        <w:rPr>
          <w:rFonts w:ascii="Times New Roman" w:hAnsi="Times New Roman" w:cs="Times New Roman"/>
          <w:color w:val="auto"/>
        </w:rPr>
        <w:t>NG NH</w:t>
      </w:r>
      <w:r w:rsidRPr="002D3468">
        <w:rPr>
          <w:rFonts w:ascii="Times New Roman" w:hAnsi="Times New Roman" w:cs="Times New Roman"/>
          <w:color w:val="auto"/>
        </w:rPr>
        <w:t>Ấ</w:t>
      </w:r>
      <w:r w:rsidRPr="002D3468">
        <w:rPr>
          <w:rFonts w:ascii="Times New Roman" w:hAnsi="Times New Roman" w:cs="Times New Roman"/>
          <w:color w:val="auto"/>
        </w:rPr>
        <w:t>T TH</w:t>
      </w:r>
      <w:r w:rsidRPr="002D3468">
        <w:rPr>
          <w:rFonts w:ascii="Times New Roman" w:hAnsi="Times New Roman" w:cs="Times New Roman"/>
          <w:color w:val="auto"/>
        </w:rPr>
        <w:t>Ỏ</w:t>
      </w:r>
      <w:r w:rsidRPr="002D3468">
        <w:rPr>
          <w:rFonts w:ascii="Times New Roman" w:hAnsi="Times New Roman" w:cs="Times New Roman"/>
          <w:color w:val="auto"/>
        </w:rPr>
        <w:t>A THU</w:t>
      </w:r>
      <w:r w:rsidRPr="002D3468">
        <w:rPr>
          <w:rFonts w:ascii="Times New Roman" w:hAnsi="Times New Roman" w:cs="Times New Roman"/>
          <w:color w:val="auto"/>
        </w:rPr>
        <w:t>Ậ</w:t>
      </w:r>
      <w:r w:rsidRPr="002D3468">
        <w:rPr>
          <w:rFonts w:ascii="Times New Roman" w:hAnsi="Times New Roman" w:cs="Times New Roman"/>
          <w:color w:val="auto"/>
        </w:rPr>
        <w:t>N NHƯ SAU: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1. H</w:t>
      </w:r>
      <w:r w:rsidRPr="002D3468">
        <w:rPr>
          <w:rFonts w:ascii="Times New Roman" w:hAnsi="Times New Roman" w:cs="Times New Roman"/>
          <w:sz w:val="26"/>
          <w:szCs w:val="26"/>
        </w:rPr>
        <w:t>ợ</w:t>
      </w:r>
      <w:r w:rsidRPr="002D3468">
        <w:rPr>
          <w:rFonts w:ascii="Times New Roman" w:hAnsi="Times New Roman" w:cs="Times New Roman"/>
          <w:sz w:val="26"/>
          <w:szCs w:val="26"/>
        </w:rPr>
        <w:t>p đ</w:t>
      </w:r>
      <w:r w:rsidRPr="002D3468">
        <w:rPr>
          <w:rFonts w:ascii="Times New Roman" w:hAnsi="Times New Roman" w:cs="Times New Roman"/>
          <w:sz w:val="26"/>
          <w:szCs w:val="26"/>
        </w:rPr>
        <w:t>ồ</w:t>
      </w:r>
      <w:r w:rsidRPr="002D3468">
        <w:rPr>
          <w:rFonts w:ascii="Times New Roman" w:hAnsi="Times New Roman" w:cs="Times New Roman"/>
          <w:sz w:val="26"/>
          <w:szCs w:val="26"/>
        </w:rPr>
        <w:t xml:space="preserve">ng </w:t>
      </w:r>
      <w:r w:rsidRPr="002D3468">
        <w:rPr>
          <w:rFonts w:ascii="Times New Roman" w:hAnsi="Times New Roman" w:cs="Times New Roman"/>
          <w:sz w:val="26"/>
          <w:szCs w:val="26"/>
        </w:rPr>
        <w:t>ủ</w:t>
      </w:r>
      <w:r w:rsidRPr="002D3468">
        <w:rPr>
          <w:rFonts w:ascii="Times New Roman" w:hAnsi="Times New Roman" w:cs="Times New Roman"/>
          <w:sz w:val="26"/>
          <w:szCs w:val="26"/>
        </w:rPr>
        <w:t>y quy</w:t>
      </w:r>
      <w:r w:rsidRPr="002D3468">
        <w:rPr>
          <w:rFonts w:ascii="Times New Roman" w:hAnsi="Times New Roman" w:cs="Times New Roman"/>
          <w:sz w:val="26"/>
          <w:szCs w:val="26"/>
        </w:rPr>
        <w:t>ề</w:t>
      </w:r>
      <w:r w:rsidRPr="002D3468">
        <w:rPr>
          <w:rFonts w:ascii="Times New Roman" w:hAnsi="Times New Roman" w:cs="Times New Roman"/>
          <w:sz w:val="26"/>
          <w:szCs w:val="26"/>
        </w:rPr>
        <w:t>n s</w:t>
      </w:r>
      <w:r w:rsidRPr="002D3468">
        <w:rPr>
          <w:rFonts w:ascii="Times New Roman" w:hAnsi="Times New Roman" w:cs="Times New Roman"/>
          <w:sz w:val="26"/>
          <w:szCs w:val="26"/>
        </w:rPr>
        <w:t>ố</w:t>
      </w:r>
      <w:r w:rsidRPr="002D3468">
        <w:rPr>
          <w:rFonts w:ascii="Times New Roman" w:hAnsi="Times New Roman" w:cs="Times New Roman"/>
          <w:sz w:val="26"/>
          <w:szCs w:val="26"/>
        </w:rPr>
        <w:t xml:space="preserve"> ................ ký ngày ..... tháng ..... năm ..... gi</w:t>
      </w:r>
      <w:r w:rsidRPr="002D3468">
        <w:rPr>
          <w:rFonts w:ascii="Times New Roman" w:hAnsi="Times New Roman" w:cs="Times New Roman"/>
          <w:sz w:val="26"/>
          <w:szCs w:val="26"/>
        </w:rPr>
        <w:t>ữ</w:t>
      </w:r>
      <w:r w:rsidRPr="002D3468">
        <w:rPr>
          <w:rFonts w:ascii="Times New Roman" w:hAnsi="Times New Roman" w:cs="Times New Roman"/>
          <w:sz w:val="26"/>
          <w:szCs w:val="26"/>
        </w:rPr>
        <w:t>a Bên A và Bên B đư</w:t>
      </w:r>
      <w:r w:rsidRPr="002D3468">
        <w:rPr>
          <w:rFonts w:ascii="Times New Roman" w:hAnsi="Times New Roman" w:cs="Times New Roman"/>
          <w:sz w:val="26"/>
          <w:szCs w:val="26"/>
        </w:rPr>
        <w:t>ợ</w:t>
      </w:r>
      <w:r w:rsidRPr="002D3468">
        <w:rPr>
          <w:rFonts w:ascii="Times New Roman" w:hAnsi="Times New Roman" w:cs="Times New Roman"/>
          <w:sz w:val="26"/>
          <w:szCs w:val="26"/>
        </w:rPr>
        <w:t>c ch</w:t>
      </w:r>
      <w:r w:rsidRPr="002D3468">
        <w:rPr>
          <w:rFonts w:ascii="Times New Roman" w:hAnsi="Times New Roman" w:cs="Times New Roman"/>
          <w:sz w:val="26"/>
          <w:szCs w:val="26"/>
        </w:rPr>
        <w:t>ấ</w:t>
      </w:r>
      <w:r w:rsidRPr="002D3468">
        <w:rPr>
          <w:rFonts w:ascii="Times New Roman" w:hAnsi="Times New Roman" w:cs="Times New Roman"/>
          <w:sz w:val="26"/>
          <w:szCs w:val="26"/>
        </w:rPr>
        <w:t>m d</w:t>
      </w:r>
      <w:r w:rsidRPr="002D3468">
        <w:rPr>
          <w:rFonts w:ascii="Times New Roman" w:hAnsi="Times New Roman" w:cs="Times New Roman"/>
          <w:sz w:val="26"/>
          <w:szCs w:val="26"/>
        </w:rPr>
        <w:t>ứ</w:t>
      </w:r>
      <w:r w:rsidRPr="002D3468">
        <w:rPr>
          <w:rFonts w:ascii="Times New Roman" w:hAnsi="Times New Roman" w:cs="Times New Roman"/>
          <w:sz w:val="26"/>
          <w:szCs w:val="26"/>
        </w:rPr>
        <w:t>t k</w:t>
      </w:r>
      <w:r w:rsidRPr="002D3468">
        <w:rPr>
          <w:rFonts w:ascii="Times New Roman" w:hAnsi="Times New Roman" w:cs="Times New Roman"/>
          <w:sz w:val="26"/>
          <w:szCs w:val="26"/>
        </w:rPr>
        <w:t>ể</w:t>
      </w:r>
      <w:r w:rsidRPr="002D3468">
        <w:rPr>
          <w:rFonts w:ascii="Times New Roman" w:hAnsi="Times New Roman" w:cs="Times New Roman"/>
          <w:sz w:val="26"/>
          <w:szCs w:val="26"/>
        </w:rPr>
        <w:t xml:space="preserve"> t</w:t>
      </w:r>
      <w:r w:rsidRPr="002D3468">
        <w:rPr>
          <w:rFonts w:ascii="Times New Roman" w:hAnsi="Times New Roman" w:cs="Times New Roman"/>
          <w:sz w:val="26"/>
          <w:szCs w:val="26"/>
        </w:rPr>
        <w:t>ừ</w:t>
      </w:r>
      <w:r w:rsidRPr="002D3468">
        <w:rPr>
          <w:rFonts w:ascii="Times New Roman" w:hAnsi="Times New Roman" w:cs="Times New Roman"/>
          <w:sz w:val="26"/>
          <w:szCs w:val="26"/>
        </w:rPr>
        <w:t xml:space="preserve"> ngày ..... tháng ..... năm ......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2. Các q</w:t>
      </w:r>
      <w:r w:rsidRPr="002D3468">
        <w:rPr>
          <w:rFonts w:ascii="Times New Roman" w:hAnsi="Times New Roman" w:cs="Times New Roman"/>
          <w:sz w:val="26"/>
          <w:szCs w:val="26"/>
        </w:rPr>
        <w:t>uy</w:t>
      </w:r>
      <w:r w:rsidRPr="002D3468">
        <w:rPr>
          <w:rFonts w:ascii="Times New Roman" w:hAnsi="Times New Roman" w:cs="Times New Roman"/>
          <w:sz w:val="26"/>
          <w:szCs w:val="26"/>
        </w:rPr>
        <w:t>ề</w:t>
      </w:r>
      <w:r w:rsidRPr="002D3468">
        <w:rPr>
          <w:rFonts w:ascii="Times New Roman" w:hAnsi="Times New Roman" w:cs="Times New Roman"/>
          <w:sz w:val="26"/>
          <w:szCs w:val="26"/>
        </w:rPr>
        <w:t>n và nghĩa v</w:t>
      </w:r>
      <w:r w:rsidRPr="002D3468">
        <w:rPr>
          <w:rFonts w:ascii="Times New Roman" w:hAnsi="Times New Roman" w:cs="Times New Roman"/>
          <w:sz w:val="26"/>
          <w:szCs w:val="26"/>
        </w:rPr>
        <w:t>ụ</w:t>
      </w:r>
      <w:r w:rsidRPr="002D3468">
        <w:rPr>
          <w:rFonts w:ascii="Times New Roman" w:hAnsi="Times New Roman" w:cs="Times New Roman"/>
          <w:sz w:val="26"/>
          <w:szCs w:val="26"/>
        </w:rPr>
        <w:t xml:space="preserve"> c</w:t>
      </w:r>
      <w:r w:rsidRPr="002D3468">
        <w:rPr>
          <w:rFonts w:ascii="Times New Roman" w:hAnsi="Times New Roman" w:cs="Times New Roman"/>
          <w:sz w:val="26"/>
          <w:szCs w:val="26"/>
        </w:rPr>
        <w:t>ủ</w:t>
      </w:r>
      <w:r w:rsidRPr="002D3468">
        <w:rPr>
          <w:rFonts w:ascii="Times New Roman" w:hAnsi="Times New Roman" w:cs="Times New Roman"/>
          <w:sz w:val="26"/>
          <w:szCs w:val="26"/>
        </w:rPr>
        <w:t>a hai bên phát sinh t</w:t>
      </w:r>
      <w:r w:rsidRPr="002D3468">
        <w:rPr>
          <w:rFonts w:ascii="Times New Roman" w:hAnsi="Times New Roman" w:cs="Times New Roman"/>
          <w:sz w:val="26"/>
          <w:szCs w:val="26"/>
        </w:rPr>
        <w:t>ừ</w:t>
      </w:r>
      <w:r w:rsidRPr="002D3468">
        <w:rPr>
          <w:rFonts w:ascii="Times New Roman" w:hAnsi="Times New Roman" w:cs="Times New Roman"/>
          <w:sz w:val="26"/>
          <w:szCs w:val="26"/>
        </w:rPr>
        <w:t xml:space="preserve"> H</w:t>
      </w:r>
      <w:r w:rsidRPr="002D3468">
        <w:rPr>
          <w:rFonts w:ascii="Times New Roman" w:hAnsi="Times New Roman" w:cs="Times New Roman"/>
          <w:sz w:val="26"/>
          <w:szCs w:val="26"/>
        </w:rPr>
        <w:t>ợ</w:t>
      </w:r>
      <w:r w:rsidRPr="002D3468">
        <w:rPr>
          <w:rFonts w:ascii="Times New Roman" w:hAnsi="Times New Roman" w:cs="Times New Roman"/>
          <w:sz w:val="26"/>
          <w:szCs w:val="26"/>
        </w:rPr>
        <w:t>p đ</w:t>
      </w:r>
      <w:r w:rsidRPr="002D3468">
        <w:rPr>
          <w:rFonts w:ascii="Times New Roman" w:hAnsi="Times New Roman" w:cs="Times New Roman"/>
          <w:sz w:val="26"/>
          <w:szCs w:val="26"/>
        </w:rPr>
        <w:t>ồ</w:t>
      </w:r>
      <w:r w:rsidRPr="002D3468">
        <w:rPr>
          <w:rFonts w:ascii="Times New Roman" w:hAnsi="Times New Roman" w:cs="Times New Roman"/>
          <w:sz w:val="26"/>
          <w:szCs w:val="26"/>
        </w:rPr>
        <w:t xml:space="preserve">ng </w:t>
      </w:r>
      <w:r w:rsidRPr="002D3468">
        <w:rPr>
          <w:rFonts w:ascii="Times New Roman" w:hAnsi="Times New Roman" w:cs="Times New Roman"/>
          <w:sz w:val="26"/>
          <w:szCs w:val="26"/>
        </w:rPr>
        <w:t>ủ</w:t>
      </w:r>
      <w:r w:rsidRPr="002D3468">
        <w:rPr>
          <w:rFonts w:ascii="Times New Roman" w:hAnsi="Times New Roman" w:cs="Times New Roman"/>
          <w:sz w:val="26"/>
          <w:szCs w:val="26"/>
        </w:rPr>
        <w:t>y quy</w:t>
      </w:r>
      <w:r w:rsidRPr="002D3468">
        <w:rPr>
          <w:rFonts w:ascii="Times New Roman" w:hAnsi="Times New Roman" w:cs="Times New Roman"/>
          <w:sz w:val="26"/>
          <w:szCs w:val="26"/>
        </w:rPr>
        <w:t>ề</w:t>
      </w:r>
      <w:r w:rsidRPr="002D3468">
        <w:rPr>
          <w:rFonts w:ascii="Times New Roman" w:hAnsi="Times New Roman" w:cs="Times New Roman"/>
          <w:sz w:val="26"/>
          <w:szCs w:val="26"/>
        </w:rPr>
        <w:t>n đ</w:t>
      </w:r>
      <w:r w:rsidRPr="002D3468">
        <w:rPr>
          <w:rFonts w:ascii="Times New Roman" w:hAnsi="Times New Roman" w:cs="Times New Roman"/>
          <w:sz w:val="26"/>
          <w:szCs w:val="26"/>
        </w:rPr>
        <w:t>ế</w:t>
      </w:r>
      <w:r w:rsidRPr="002D3468">
        <w:rPr>
          <w:rFonts w:ascii="Times New Roman" w:hAnsi="Times New Roman" w:cs="Times New Roman"/>
          <w:sz w:val="26"/>
          <w:szCs w:val="26"/>
        </w:rPr>
        <w:t>n th</w:t>
      </w:r>
      <w:r w:rsidRPr="002D3468">
        <w:rPr>
          <w:rFonts w:ascii="Times New Roman" w:hAnsi="Times New Roman" w:cs="Times New Roman"/>
          <w:sz w:val="26"/>
          <w:szCs w:val="26"/>
        </w:rPr>
        <w:t>ờ</w:t>
      </w:r>
      <w:r w:rsidRPr="002D3468">
        <w:rPr>
          <w:rFonts w:ascii="Times New Roman" w:hAnsi="Times New Roman" w:cs="Times New Roman"/>
          <w:sz w:val="26"/>
          <w:szCs w:val="26"/>
        </w:rPr>
        <w:t>i đi</w:t>
      </w:r>
      <w:r w:rsidRPr="002D3468">
        <w:rPr>
          <w:rFonts w:ascii="Times New Roman" w:hAnsi="Times New Roman" w:cs="Times New Roman"/>
          <w:sz w:val="26"/>
          <w:szCs w:val="26"/>
        </w:rPr>
        <w:t>ể</w:t>
      </w:r>
      <w:r w:rsidRPr="002D3468">
        <w:rPr>
          <w:rFonts w:ascii="Times New Roman" w:hAnsi="Times New Roman" w:cs="Times New Roman"/>
          <w:sz w:val="26"/>
          <w:szCs w:val="26"/>
        </w:rPr>
        <w:t>m ch</w:t>
      </w:r>
      <w:r w:rsidRPr="002D3468">
        <w:rPr>
          <w:rFonts w:ascii="Times New Roman" w:hAnsi="Times New Roman" w:cs="Times New Roman"/>
          <w:sz w:val="26"/>
          <w:szCs w:val="26"/>
        </w:rPr>
        <w:t>ấ</w:t>
      </w:r>
      <w:r w:rsidRPr="002D3468">
        <w:rPr>
          <w:rFonts w:ascii="Times New Roman" w:hAnsi="Times New Roman" w:cs="Times New Roman"/>
          <w:sz w:val="26"/>
          <w:szCs w:val="26"/>
        </w:rPr>
        <w:t>m d</w:t>
      </w:r>
      <w:r w:rsidRPr="002D3468">
        <w:rPr>
          <w:rFonts w:ascii="Times New Roman" w:hAnsi="Times New Roman" w:cs="Times New Roman"/>
          <w:sz w:val="26"/>
          <w:szCs w:val="26"/>
        </w:rPr>
        <w:t>ứ</w:t>
      </w:r>
      <w:r w:rsidRPr="002D3468">
        <w:rPr>
          <w:rFonts w:ascii="Times New Roman" w:hAnsi="Times New Roman" w:cs="Times New Roman"/>
          <w:sz w:val="26"/>
          <w:szCs w:val="26"/>
        </w:rPr>
        <w:t>t đã đư</w:t>
      </w:r>
      <w:r w:rsidRPr="002D3468">
        <w:rPr>
          <w:rFonts w:ascii="Times New Roman" w:hAnsi="Times New Roman" w:cs="Times New Roman"/>
          <w:sz w:val="26"/>
          <w:szCs w:val="26"/>
        </w:rPr>
        <w:t>ợ</w:t>
      </w:r>
      <w:r w:rsidRPr="002D3468">
        <w:rPr>
          <w:rFonts w:ascii="Times New Roman" w:hAnsi="Times New Roman" w:cs="Times New Roman"/>
          <w:sz w:val="26"/>
          <w:szCs w:val="26"/>
        </w:rPr>
        <w:t>c gi</w:t>
      </w:r>
      <w:r w:rsidRPr="002D3468">
        <w:rPr>
          <w:rFonts w:ascii="Times New Roman" w:hAnsi="Times New Roman" w:cs="Times New Roman"/>
          <w:sz w:val="26"/>
          <w:szCs w:val="26"/>
        </w:rPr>
        <w:t>ả</w:t>
      </w:r>
      <w:r w:rsidRPr="002D3468">
        <w:rPr>
          <w:rFonts w:ascii="Times New Roman" w:hAnsi="Times New Roman" w:cs="Times New Roman"/>
          <w:sz w:val="26"/>
          <w:szCs w:val="26"/>
        </w:rPr>
        <w:t>i quy</w:t>
      </w:r>
      <w:r w:rsidRPr="002D3468">
        <w:rPr>
          <w:rFonts w:ascii="Times New Roman" w:hAnsi="Times New Roman" w:cs="Times New Roman"/>
          <w:sz w:val="26"/>
          <w:szCs w:val="26"/>
        </w:rPr>
        <w:t>ế</w:t>
      </w:r>
      <w:r w:rsidRPr="002D3468">
        <w:rPr>
          <w:rFonts w:ascii="Times New Roman" w:hAnsi="Times New Roman" w:cs="Times New Roman"/>
          <w:sz w:val="26"/>
          <w:szCs w:val="26"/>
        </w:rPr>
        <w:t>t đ</w:t>
      </w:r>
      <w:r w:rsidRPr="002D3468">
        <w:rPr>
          <w:rFonts w:ascii="Times New Roman" w:hAnsi="Times New Roman" w:cs="Times New Roman"/>
          <w:sz w:val="26"/>
          <w:szCs w:val="26"/>
        </w:rPr>
        <w:t>ầ</w:t>
      </w:r>
      <w:r w:rsidRPr="002D3468">
        <w:rPr>
          <w:rFonts w:ascii="Times New Roman" w:hAnsi="Times New Roman" w:cs="Times New Roman"/>
          <w:sz w:val="26"/>
          <w:szCs w:val="26"/>
        </w:rPr>
        <w:t>y đ</w:t>
      </w:r>
      <w:r w:rsidRPr="002D3468">
        <w:rPr>
          <w:rFonts w:ascii="Times New Roman" w:hAnsi="Times New Roman" w:cs="Times New Roman"/>
          <w:sz w:val="26"/>
          <w:szCs w:val="26"/>
        </w:rPr>
        <w:t>ủ</w:t>
      </w:r>
      <w:r w:rsidRPr="002D3468">
        <w:rPr>
          <w:rFonts w:ascii="Times New Roman" w:hAnsi="Times New Roman" w:cs="Times New Roman"/>
          <w:sz w:val="26"/>
          <w:szCs w:val="26"/>
        </w:rPr>
        <w:t>, hai bên không còn khi</w:t>
      </w:r>
      <w:r w:rsidRPr="002D3468">
        <w:rPr>
          <w:rFonts w:ascii="Times New Roman" w:hAnsi="Times New Roman" w:cs="Times New Roman"/>
          <w:sz w:val="26"/>
          <w:szCs w:val="26"/>
        </w:rPr>
        <w:t>ế</w:t>
      </w:r>
      <w:r w:rsidRPr="002D3468">
        <w:rPr>
          <w:rFonts w:ascii="Times New Roman" w:hAnsi="Times New Roman" w:cs="Times New Roman"/>
          <w:sz w:val="26"/>
          <w:szCs w:val="26"/>
        </w:rPr>
        <w:t>u n</w:t>
      </w:r>
      <w:r w:rsidRPr="002D3468">
        <w:rPr>
          <w:rFonts w:ascii="Times New Roman" w:hAnsi="Times New Roman" w:cs="Times New Roman"/>
          <w:sz w:val="26"/>
          <w:szCs w:val="26"/>
        </w:rPr>
        <w:t>ạ</w:t>
      </w:r>
      <w:r w:rsidRPr="002D3468">
        <w:rPr>
          <w:rFonts w:ascii="Times New Roman" w:hAnsi="Times New Roman" w:cs="Times New Roman"/>
          <w:sz w:val="26"/>
          <w:szCs w:val="26"/>
        </w:rPr>
        <w:t>i hay tranh ch</w:t>
      </w:r>
      <w:r w:rsidRPr="002D3468">
        <w:rPr>
          <w:rFonts w:ascii="Times New Roman" w:hAnsi="Times New Roman" w:cs="Times New Roman"/>
          <w:sz w:val="26"/>
          <w:szCs w:val="26"/>
        </w:rPr>
        <w:t>ấ</w:t>
      </w:r>
      <w:r w:rsidRPr="002D3468">
        <w:rPr>
          <w:rFonts w:ascii="Times New Roman" w:hAnsi="Times New Roman" w:cs="Times New Roman"/>
          <w:sz w:val="26"/>
          <w:szCs w:val="26"/>
        </w:rPr>
        <w:t>p gì liên quan.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lastRenderedPageBreak/>
        <w:t>3. (N</w:t>
      </w:r>
      <w:r w:rsidRPr="002D3468">
        <w:rPr>
          <w:rFonts w:ascii="Times New Roman" w:hAnsi="Times New Roman" w:cs="Times New Roman"/>
          <w:sz w:val="26"/>
          <w:szCs w:val="26"/>
        </w:rPr>
        <w:t>ế</w:t>
      </w:r>
      <w:r w:rsidRPr="002D3468">
        <w:rPr>
          <w:rFonts w:ascii="Times New Roman" w:hAnsi="Times New Roman" w:cs="Times New Roman"/>
          <w:sz w:val="26"/>
          <w:szCs w:val="26"/>
        </w:rPr>
        <w:t>u có) Bên đư</w:t>
      </w:r>
      <w:r w:rsidRPr="002D3468">
        <w:rPr>
          <w:rFonts w:ascii="Times New Roman" w:hAnsi="Times New Roman" w:cs="Times New Roman"/>
          <w:sz w:val="26"/>
          <w:szCs w:val="26"/>
        </w:rPr>
        <w:t>ợ</w:t>
      </w:r>
      <w:r w:rsidRPr="002D3468">
        <w:rPr>
          <w:rFonts w:ascii="Times New Roman" w:hAnsi="Times New Roman" w:cs="Times New Roman"/>
          <w:sz w:val="26"/>
          <w:szCs w:val="26"/>
        </w:rPr>
        <w:t xml:space="preserve">c </w:t>
      </w:r>
      <w:r w:rsidRPr="002D3468">
        <w:rPr>
          <w:rFonts w:ascii="Times New Roman" w:hAnsi="Times New Roman" w:cs="Times New Roman"/>
          <w:sz w:val="26"/>
          <w:szCs w:val="26"/>
        </w:rPr>
        <w:t>ủ</w:t>
      </w:r>
      <w:r w:rsidRPr="002D3468">
        <w:rPr>
          <w:rFonts w:ascii="Times New Roman" w:hAnsi="Times New Roman" w:cs="Times New Roman"/>
          <w:sz w:val="26"/>
          <w:szCs w:val="26"/>
        </w:rPr>
        <w:t>y quy</w:t>
      </w:r>
      <w:r w:rsidRPr="002D3468">
        <w:rPr>
          <w:rFonts w:ascii="Times New Roman" w:hAnsi="Times New Roman" w:cs="Times New Roman"/>
          <w:sz w:val="26"/>
          <w:szCs w:val="26"/>
        </w:rPr>
        <w:t>ề</w:t>
      </w:r>
      <w:r w:rsidRPr="002D3468">
        <w:rPr>
          <w:rFonts w:ascii="Times New Roman" w:hAnsi="Times New Roman" w:cs="Times New Roman"/>
          <w:sz w:val="26"/>
          <w:szCs w:val="26"/>
        </w:rPr>
        <w:t>n cam k</w:t>
      </w:r>
      <w:r w:rsidRPr="002D3468">
        <w:rPr>
          <w:rFonts w:ascii="Times New Roman" w:hAnsi="Times New Roman" w:cs="Times New Roman"/>
          <w:sz w:val="26"/>
          <w:szCs w:val="26"/>
        </w:rPr>
        <w:t>ế</w:t>
      </w:r>
      <w:r w:rsidRPr="002D3468">
        <w:rPr>
          <w:rFonts w:ascii="Times New Roman" w:hAnsi="Times New Roman" w:cs="Times New Roman"/>
          <w:sz w:val="26"/>
          <w:szCs w:val="26"/>
        </w:rPr>
        <w:t>t hoàn tr</w:t>
      </w:r>
      <w:r w:rsidRPr="002D3468">
        <w:rPr>
          <w:rFonts w:ascii="Times New Roman" w:hAnsi="Times New Roman" w:cs="Times New Roman"/>
          <w:sz w:val="26"/>
          <w:szCs w:val="26"/>
        </w:rPr>
        <w:t>ả</w:t>
      </w:r>
      <w:r w:rsidRPr="002D3468">
        <w:rPr>
          <w:rFonts w:ascii="Times New Roman" w:hAnsi="Times New Roman" w:cs="Times New Roman"/>
          <w:sz w:val="26"/>
          <w:szCs w:val="26"/>
        </w:rPr>
        <w:t xml:space="preserve"> toàn b</w:t>
      </w:r>
      <w:r w:rsidRPr="002D3468">
        <w:rPr>
          <w:rFonts w:ascii="Times New Roman" w:hAnsi="Times New Roman" w:cs="Times New Roman"/>
          <w:sz w:val="26"/>
          <w:szCs w:val="26"/>
        </w:rPr>
        <w:t>ộ</w:t>
      </w:r>
      <w:r w:rsidRPr="002D3468">
        <w:rPr>
          <w:rFonts w:ascii="Times New Roman" w:hAnsi="Times New Roman" w:cs="Times New Roman"/>
          <w:sz w:val="26"/>
          <w:szCs w:val="26"/>
        </w:rPr>
        <w:t xml:space="preserve"> gi</w:t>
      </w:r>
      <w:r w:rsidRPr="002D3468">
        <w:rPr>
          <w:rFonts w:ascii="Times New Roman" w:hAnsi="Times New Roman" w:cs="Times New Roman"/>
          <w:sz w:val="26"/>
          <w:szCs w:val="26"/>
        </w:rPr>
        <w:t>ấ</w:t>
      </w:r>
      <w:r w:rsidRPr="002D3468">
        <w:rPr>
          <w:rFonts w:ascii="Times New Roman" w:hAnsi="Times New Roman" w:cs="Times New Roman"/>
          <w:sz w:val="26"/>
          <w:szCs w:val="26"/>
        </w:rPr>
        <w:t>y t</w:t>
      </w:r>
      <w:r w:rsidRPr="002D3468">
        <w:rPr>
          <w:rFonts w:ascii="Times New Roman" w:hAnsi="Times New Roman" w:cs="Times New Roman"/>
          <w:sz w:val="26"/>
          <w:szCs w:val="26"/>
        </w:rPr>
        <w:t>ờ</w:t>
      </w:r>
      <w:r w:rsidRPr="002D3468">
        <w:rPr>
          <w:rFonts w:ascii="Times New Roman" w:hAnsi="Times New Roman" w:cs="Times New Roman"/>
          <w:sz w:val="26"/>
          <w:szCs w:val="26"/>
        </w:rPr>
        <w:t>, tài s</w:t>
      </w:r>
      <w:r w:rsidRPr="002D3468">
        <w:rPr>
          <w:rFonts w:ascii="Times New Roman" w:hAnsi="Times New Roman" w:cs="Times New Roman"/>
          <w:sz w:val="26"/>
          <w:szCs w:val="26"/>
        </w:rPr>
        <w:t>ả</w:t>
      </w:r>
      <w:r w:rsidRPr="002D3468">
        <w:rPr>
          <w:rFonts w:ascii="Times New Roman" w:hAnsi="Times New Roman" w:cs="Times New Roman"/>
          <w:sz w:val="26"/>
          <w:szCs w:val="26"/>
        </w:rPr>
        <w:t>n đã đư</w:t>
      </w:r>
      <w:r w:rsidRPr="002D3468">
        <w:rPr>
          <w:rFonts w:ascii="Times New Roman" w:hAnsi="Times New Roman" w:cs="Times New Roman"/>
          <w:sz w:val="26"/>
          <w:szCs w:val="26"/>
        </w:rPr>
        <w:t>ợ</w:t>
      </w:r>
      <w:r w:rsidRPr="002D3468">
        <w:rPr>
          <w:rFonts w:ascii="Times New Roman" w:hAnsi="Times New Roman" w:cs="Times New Roman"/>
          <w:sz w:val="26"/>
          <w:szCs w:val="26"/>
        </w:rPr>
        <w:t>c giao nh</w:t>
      </w:r>
      <w:r w:rsidRPr="002D3468">
        <w:rPr>
          <w:rFonts w:ascii="Times New Roman" w:hAnsi="Times New Roman" w:cs="Times New Roman"/>
          <w:sz w:val="26"/>
          <w:szCs w:val="26"/>
        </w:rPr>
        <w:t>ậ</w:t>
      </w:r>
      <w:r w:rsidRPr="002D3468">
        <w:rPr>
          <w:rFonts w:ascii="Times New Roman" w:hAnsi="Times New Roman" w:cs="Times New Roman"/>
          <w:sz w:val="26"/>
          <w:szCs w:val="26"/>
        </w:rPr>
        <w:t>n</w:t>
      </w:r>
      <w:r w:rsidRPr="002D3468">
        <w:rPr>
          <w:rFonts w:ascii="Times New Roman" w:hAnsi="Times New Roman" w:cs="Times New Roman"/>
          <w:sz w:val="26"/>
          <w:szCs w:val="26"/>
        </w:rPr>
        <w:t xml:space="preserve"> trong quá trình th</w:t>
      </w:r>
      <w:r w:rsidRPr="002D3468">
        <w:rPr>
          <w:rFonts w:ascii="Times New Roman" w:hAnsi="Times New Roman" w:cs="Times New Roman"/>
          <w:sz w:val="26"/>
          <w:szCs w:val="26"/>
        </w:rPr>
        <w:t>ự</w:t>
      </w:r>
      <w:r w:rsidRPr="002D3468">
        <w:rPr>
          <w:rFonts w:ascii="Times New Roman" w:hAnsi="Times New Roman" w:cs="Times New Roman"/>
          <w:sz w:val="26"/>
          <w:szCs w:val="26"/>
        </w:rPr>
        <w:t>c hi</w:t>
      </w:r>
      <w:r w:rsidRPr="002D3468">
        <w:rPr>
          <w:rFonts w:ascii="Times New Roman" w:hAnsi="Times New Roman" w:cs="Times New Roman"/>
          <w:sz w:val="26"/>
          <w:szCs w:val="26"/>
        </w:rPr>
        <w:t>ệ</w:t>
      </w:r>
      <w:r w:rsidRPr="002D3468">
        <w:rPr>
          <w:rFonts w:ascii="Times New Roman" w:hAnsi="Times New Roman" w:cs="Times New Roman"/>
          <w:sz w:val="26"/>
          <w:szCs w:val="26"/>
        </w:rPr>
        <w:t>n h</w:t>
      </w:r>
      <w:r w:rsidRPr="002D3468">
        <w:rPr>
          <w:rFonts w:ascii="Times New Roman" w:hAnsi="Times New Roman" w:cs="Times New Roman"/>
          <w:sz w:val="26"/>
          <w:szCs w:val="26"/>
        </w:rPr>
        <w:t>ợ</w:t>
      </w:r>
      <w:r w:rsidRPr="002D3468">
        <w:rPr>
          <w:rFonts w:ascii="Times New Roman" w:hAnsi="Times New Roman" w:cs="Times New Roman"/>
          <w:sz w:val="26"/>
          <w:szCs w:val="26"/>
        </w:rPr>
        <w:t>p đ</w:t>
      </w:r>
      <w:r w:rsidRPr="002D3468">
        <w:rPr>
          <w:rFonts w:ascii="Times New Roman" w:hAnsi="Times New Roman" w:cs="Times New Roman"/>
          <w:sz w:val="26"/>
          <w:szCs w:val="26"/>
        </w:rPr>
        <w:t>ồ</w:t>
      </w:r>
      <w:r w:rsidRPr="002D3468">
        <w:rPr>
          <w:rFonts w:ascii="Times New Roman" w:hAnsi="Times New Roman" w:cs="Times New Roman"/>
          <w:sz w:val="26"/>
          <w:szCs w:val="26"/>
        </w:rPr>
        <w:t xml:space="preserve">ng </w:t>
      </w:r>
      <w:r w:rsidRPr="002D3468">
        <w:rPr>
          <w:rFonts w:ascii="Times New Roman" w:hAnsi="Times New Roman" w:cs="Times New Roman"/>
          <w:sz w:val="26"/>
          <w:szCs w:val="26"/>
        </w:rPr>
        <w:t>ủ</w:t>
      </w:r>
      <w:r w:rsidRPr="002D3468">
        <w:rPr>
          <w:rFonts w:ascii="Times New Roman" w:hAnsi="Times New Roman" w:cs="Times New Roman"/>
          <w:sz w:val="26"/>
          <w:szCs w:val="26"/>
        </w:rPr>
        <w:t>y quy</w:t>
      </w:r>
      <w:r w:rsidRPr="002D3468">
        <w:rPr>
          <w:rFonts w:ascii="Times New Roman" w:hAnsi="Times New Roman" w:cs="Times New Roman"/>
          <w:sz w:val="26"/>
          <w:szCs w:val="26"/>
        </w:rPr>
        <w:t>ề</w:t>
      </w:r>
      <w:r w:rsidRPr="002D3468">
        <w:rPr>
          <w:rFonts w:ascii="Times New Roman" w:hAnsi="Times New Roman" w:cs="Times New Roman"/>
          <w:sz w:val="26"/>
          <w:szCs w:val="26"/>
        </w:rPr>
        <w:t>n.</w:t>
      </w:r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4. Hai bên cam k</w:t>
      </w:r>
      <w:r w:rsidRPr="002D3468">
        <w:rPr>
          <w:rFonts w:ascii="Times New Roman" w:hAnsi="Times New Roman" w:cs="Times New Roman"/>
          <w:sz w:val="26"/>
          <w:szCs w:val="26"/>
        </w:rPr>
        <w:t>ế</w:t>
      </w:r>
      <w:r w:rsidRPr="002D3468">
        <w:rPr>
          <w:rFonts w:ascii="Times New Roman" w:hAnsi="Times New Roman" w:cs="Times New Roman"/>
          <w:sz w:val="26"/>
          <w:szCs w:val="26"/>
        </w:rPr>
        <w:t>t ch</w:t>
      </w:r>
      <w:r w:rsidRPr="002D3468">
        <w:rPr>
          <w:rFonts w:ascii="Times New Roman" w:hAnsi="Times New Roman" w:cs="Times New Roman"/>
          <w:sz w:val="26"/>
          <w:szCs w:val="26"/>
        </w:rPr>
        <w:t>ị</w:t>
      </w:r>
      <w:r w:rsidRPr="002D3468">
        <w:rPr>
          <w:rFonts w:ascii="Times New Roman" w:hAnsi="Times New Roman" w:cs="Times New Roman"/>
          <w:sz w:val="26"/>
          <w:szCs w:val="26"/>
        </w:rPr>
        <w:t>u trách nhi</w:t>
      </w:r>
      <w:r w:rsidRPr="002D3468">
        <w:rPr>
          <w:rFonts w:ascii="Times New Roman" w:hAnsi="Times New Roman" w:cs="Times New Roman"/>
          <w:sz w:val="26"/>
          <w:szCs w:val="26"/>
        </w:rPr>
        <w:t>ệ</w:t>
      </w:r>
      <w:r w:rsidRPr="002D3468">
        <w:rPr>
          <w:rFonts w:ascii="Times New Roman" w:hAnsi="Times New Roman" w:cs="Times New Roman"/>
          <w:sz w:val="26"/>
          <w:szCs w:val="26"/>
        </w:rPr>
        <w:t>m trư</w:t>
      </w:r>
      <w:r w:rsidRPr="002D3468">
        <w:rPr>
          <w:rFonts w:ascii="Times New Roman" w:hAnsi="Times New Roman" w:cs="Times New Roman"/>
          <w:sz w:val="26"/>
          <w:szCs w:val="26"/>
        </w:rPr>
        <w:t>ớ</w:t>
      </w:r>
      <w:r w:rsidRPr="002D3468">
        <w:rPr>
          <w:rFonts w:ascii="Times New Roman" w:hAnsi="Times New Roman" w:cs="Times New Roman"/>
          <w:sz w:val="26"/>
          <w:szCs w:val="26"/>
        </w:rPr>
        <w:t>c pháp lu</w:t>
      </w:r>
      <w:r w:rsidRPr="002D3468">
        <w:rPr>
          <w:rFonts w:ascii="Times New Roman" w:hAnsi="Times New Roman" w:cs="Times New Roman"/>
          <w:sz w:val="26"/>
          <w:szCs w:val="26"/>
        </w:rPr>
        <w:t>ậ</w:t>
      </w:r>
      <w:r w:rsidRPr="002D3468">
        <w:rPr>
          <w:rFonts w:ascii="Times New Roman" w:hAnsi="Times New Roman" w:cs="Times New Roman"/>
          <w:sz w:val="26"/>
          <w:szCs w:val="26"/>
        </w:rPr>
        <w:t>t v</w:t>
      </w:r>
      <w:r w:rsidRPr="002D3468">
        <w:rPr>
          <w:rFonts w:ascii="Times New Roman" w:hAnsi="Times New Roman" w:cs="Times New Roman"/>
          <w:sz w:val="26"/>
          <w:szCs w:val="26"/>
        </w:rPr>
        <w:t>ề</w:t>
      </w:r>
      <w:r w:rsidRPr="002D3468">
        <w:rPr>
          <w:rFonts w:ascii="Times New Roman" w:hAnsi="Times New Roman" w:cs="Times New Roman"/>
          <w:sz w:val="26"/>
          <w:szCs w:val="26"/>
        </w:rPr>
        <w:t xml:space="preserve"> các n</w:t>
      </w:r>
      <w:r w:rsidRPr="002D3468">
        <w:rPr>
          <w:rFonts w:ascii="Times New Roman" w:hAnsi="Times New Roman" w:cs="Times New Roman"/>
          <w:sz w:val="26"/>
          <w:szCs w:val="26"/>
        </w:rPr>
        <w:t>ộ</w:t>
      </w:r>
      <w:r w:rsidRPr="002D3468">
        <w:rPr>
          <w:rFonts w:ascii="Times New Roman" w:hAnsi="Times New Roman" w:cs="Times New Roman"/>
          <w:sz w:val="26"/>
          <w:szCs w:val="26"/>
        </w:rPr>
        <w:t>i dung đã th</w:t>
      </w:r>
      <w:r w:rsidRPr="002D3468">
        <w:rPr>
          <w:rFonts w:ascii="Times New Roman" w:hAnsi="Times New Roman" w:cs="Times New Roman"/>
          <w:sz w:val="26"/>
          <w:szCs w:val="26"/>
        </w:rPr>
        <w:t>ỏ</w:t>
      </w:r>
      <w:r w:rsidRPr="002D3468">
        <w:rPr>
          <w:rFonts w:ascii="Times New Roman" w:hAnsi="Times New Roman" w:cs="Times New Roman"/>
          <w:sz w:val="26"/>
          <w:szCs w:val="26"/>
        </w:rPr>
        <w:t>a thu</w:t>
      </w:r>
      <w:r w:rsidRPr="002D3468">
        <w:rPr>
          <w:rFonts w:ascii="Times New Roman" w:hAnsi="Times New Roman" w:cs="Times New Roman"/>
          <w:sz w:val="26"/>
          <w:szCs w:val="26"/>
        </w:rPr>
        <w:t>ậ</w:t>
      </w:r>
      <w:r w:rsidRPr="002D3468">
        <w:rPr>
          <w:rFonts w:ascii="Times New Roman" w:hAnsi="Times New Roman" w:cs="Times New Roman"/>
          <w:sz w:val="26"/>
          <w:szCs w:val="26"/>
        </w:rPr>
        <w:t>n trong văn b</w:t>
      </w:r>
      <w:r w:rsidRPr="002D3468">
        <w:rPr>
          <w:rFonts w:ascii="Times New Roman" w:hAnsi="Times New Roman" w:cs="Times New Roman"/>
          <w:sz w:val="26"/>
          <w:szCs w:val="26"/>
        </w:rPr>
        <w:t>ả</w:t>
      </w:r>
      <w:r w:rsidRPr="002D3468">
        <w:rPr>
          <w:rFonts w:ascii="Times New Roman" w:hAnsi="Times New Roman" w:cs="Times New Roman"/>
          <w:sz w:val="26"/>
          <w:szCs w:val="26"/>
        </w:rPr>
        <w:t>n này.</w:t>
      </w:r>
      <w:bookmarkStart w:id="0" w:name="_GoBack"/>
      <w:bookmarkEnd w:id="0"/>
    </w:p>
    <w:p w:rsidR="005A1527" w:rsidRPr="002D3468" w:rsidRDefault="00D102BB">
      <w:pPr>
        <w:rPr>
          <w:rFonts w:ascii="Times New Roman" w:hAnsi="Times New Roman" w:cs="Times New Roman"/>
          <w:sz w:val="26"/>
          <w:szCs w:val="26"/>
        </w:rPr>
      </w:pPr>
      <w:r w:rsidRPr="002D3468">
        <w:rPr>
          <w:rFonts w:ascii="Times New Roman" w:hAnsi="Times New Roman" w:cs="Times New Roman"/>
          <w:sz w:val="26"/>
          <w:szCs w:val="26"/>
        </w:rPr>
        <w:t>5. Văn b</w:t>
      </w:r>
      <w:r w:rsidRPr="002D3468">
        <w:rPr>
          <w:rFonts w:ascii="Times New Roman" w:hAnsi="Times New Roman" w:cs="Times New Roman"/>
          <w:sz w:val="26"/>
          <w:szCs w:val="26"/>
        </w:rPr>
        <w:t>ả</w:t>
      </w:r>
      <w:r w:rsidRPr="002D3468">
        <w:rPr>
          <w:rFonts w:ascii="Times New Roman" w:hAnsi="Times New Roman" w:cs="Times New Roman"/>
          <w:sz w:val="26"/>
          <w:szCs w:val="26"/>
        </w:rPr>
        <w:t>n này đư</w:t>
      </w:r>
      <w:r w:rsidRPr="002D3468">
        <w:rPr>
          <w:rFonts w:ascii="Times New Roman" w:hAnsi="Times New Roman" w:cs="Times New Roman"/>
          <w:sz w:val="26"/>
          <w:szCs w:val="26"/>
        </w:rPr>
        <w:t>ợ</w:t>
      </w:r>
      <w:r w:rsidRPr="002D3468">
        <w:rPr>
          <w:rFonts w:ascii="Times New Roman" w:hAnsi="Times New Roman" w:cs="Times New Roman"/>
          <w:sz w:val="26"/>
          <w:szCs w:val="26"/>
        </w:rPr>
        <w:t>c l</w:t>
      </w:r>
      <w:r w:rsidRPr="002D3468">
        <w:rPr>
          <w:rFonts w:ascii="Times New Roman" w:hAnsi="Times New Roman" w:cs="Times New Roman"/>
          <w:sz w:val="26"/>
          <w:szCs w:val="26"/>
        </w:rPr>
        <w:t>ậ</w:t>
      </w:r>
      <w:r w:rsidRPr="002D3468">
        <w:rPr>
          <w:rFonts w:ascii="Times New Roman" w:hAnsi="Times New Roman" w:cs="Times New Roman"/>
          <w:sz w:val="26"/>
          <w:szCs w:val="26"/>
        </w:rPr>
        <w:t>p thành 02 (hai) b</w:t>
      </w:r>
      <w:r w:rsidRPr="002D3468">
        <w:rPr>
          <w:rFonts w:ascii="Times New Roman" w:hAnsi="Times New Roman" w:cs="Times New Roman"/>
          <w:sz w:val="26"/>
          <w:szCs w:val="26"/>
        </w:rPr>
        <w:t>ả</w:t>
      </w:r>
      <w:r w:rsidRPr="002D3468">
        <w:rPr>
          <w:rFonts w:ascii="Times New Roman" w:hAnsi="Times New Roman" w:cs="Times New Roman"/>
          <w:sz w:val="26"/>
          <w:szCs w:val="26"/>
        </w:rPr>
        <w:t>n, m</w:t>
      </w:r>
      <w:r w:rsidRPr="002D3468">
        <w:rPr>
          <w:rFonts w:ascii="Times New Roman" w:hAnsi="Times New Roman" w:cs="Times New Roman"/>
          <w:sz w:val="26"/>
          <w:szCs w:val="26"/>
        </w:rPr>
        <w:t>ỗ</w:t>
      </w:r>
      <w:r w:rsidRPr="002D3468">
        <w:rPr>
          <w:rFonts w:ascii="Times New Roman" w:hAnsi="Times New Roman" w:cs="Times New Roman"/>
          <w:sz w:val="26"/>
          <w:szCs w:val="26"/>
        </w:rPr>
        <w:t>i bên gi</w:t>
      </w:r>
      <w:r w:rsidRPr="002D3468">
        <w:rPr>
          <w:rFonts w:ascii="Times New Roman" w:hAnsi="Times New Roman" w:cs="Times New Roman"/>
          <w:sz w:val="26"/>
          <w:szCs w:val="26"/>
        </w:rPr>
        <w:t>ữ</w:t>
      </w:r>
      <w:r w:rsidRPr="002D3468">
        <w:rPr>
          <w:rFonts w:ascii="Times New Roman" w:hAnsi="Times New Roman" w:cs="Times New Roman"/>
          <w:sz w:val="26"/>
          <w:szCs w:val="26"/>
        </w:rPr>
        <w:t xml:space="preserve"> 01 (m</w:t>
      </w:r>
      <w:r w:rsidRPr="002D3468">
        <w:rPr>
          <w:rFonts w:ascii="Times New Roman" w:hAnsi="Times New Roman" w:cs="Times New Roman"/>
          <w:sz w:val="26"/>
          <w:szCs w:val="26"/>
        </w:rPr>
        <w:t>ộ</w:t>
      </w:r>
      <w:r w:rsidRPr="002D3468">
        <w:rPr>
          <w:rFonts w:ascii="Times New Roman" w:hAnsi="Times New Roman" w:cs="Times New Roman"/>
          <w:sz w:val="26"/>
          <w:szCs w:val="26"/>
        </w:rPr>
        <w:t>t) b</w:t>
      </w:r>
      <w:r w:rsidRPr="002D3468">
        <w:rPr>
          <w:rFonts w:ascii="Times New Roman" w:hAnsi="Times New Roman" w:cs="Times New Roman"/>
          <w:sz w:val="26"/>
          <w:szCs w:val="26"/>
        </w:rPr>
        <w:t>ả</w:t>
      </w:r>
      <w:r w:rsidRPr="002D3468">
        <w:rPr>
          <w:rFonts w:ascii="Times New Roman" w:hAnsi="Times New Roman" w:cs="Times New Roman"/>
          <w:sz w:val="26"/>
          <w:szCs w:val="26"/>
        </w:rPr>
        <w:t>n có giá tr</w:t>
      </w:r>
      <w:r w:rsidRPr="002D3468">
        <w:rPr>
          <w:rFonts w:ascii="Times New Roman" w:hAnsi="Times New Roman" w:cs="Times New Roman"/>
          <w:sz w:val="26"/>
          <w:szCs w:val="26"/>
        </w:rPr>
        <w:t>ị</w:t>
      </w:r>
      <w:r w:rsidRPr="002D3468">
        <w:rPr>
          <w:rFonts w:ascii="Times New Roman" w:hAnsi="Times New Roman" w:cs="Times New Roman"/>
          <w:sz w:val="26"/>
          <w:szCs w:val="26"/>
        </w:rPr>
        <w:t xml:space="preserve"> pháp lý như nhau.</w:t>
      </w:r>
    </w:p>
    <w:p w:rsidR="005A1527" w:rsidRPr="002D3468" w:rsidRDefault="00D102BB">
      <w:pPr>
        <w:pStyle w:val="Heading2"/>
        <w:rPr>
          <w:rFonts w:ascii="Times New Roman" w:hAnsi="Times New Roman" w:cs="Times New Roman"/>
          <w:color w:val="auto"/>
        </w:rPr>
      </w:pPr>
      <w:r w:rsidRPr="002D3468">
        <w:rPr>
          <w:rFonts w:ascii="Times New Roman" w:hAnsi="Times New Roman" w:cs="Times New Roman"/>
          <w:color w:val="auto"/>
        </w:rPr>
        <w:t>XÁC NH</w:t>
      </w:r>
      <w:r w:rsidRPr="002D3468">
        <w:rPr>
          <w:rFonts w:ascii="Times New Roman" w:hAnsi="Times New Roman" w:cs="Times New Roman"/>
          <w:color w:val="auto"/>
        </w:rPr>
        <w:t>Ậ</w:t>
      </w:r>
      <w:r w:rsidRPr="002D3468">
        <w:rPr>
          <w:rFonts w:ascii="Times New Roman" w:hAnsi="Times New Roman" w:cs="Times New Roman"/>
          <w:color w:val="auto"/>
        </w:rPr>
        <w:t>N VÀ</w:t>
      </w:r>
      <w:r w:rsidRPr="002D3468">
        <w:rPr>
          <w:rFonts w:ascii="Times New Roman" w:hAnsi="Times New Roman" w:cs="Times New Roman"/>
          <w:color w:val="auto"/>
        </w:rPr>
        <w:t xml:space="preserve"> KÝ TÊN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D3468" w:rsidRPr="002D3468">
        <w:tc>
          <w:tcPr>
            <w:tcW w:w="4320" w:type="dxa"/>
          </w:tcPr>
          <w:p w:rsidR="005A1527" w:rsidRPr="002D3468" w:rsidRDefault="00D102B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BÊN A (BÊN 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>Ủ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>Y QUY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>Ề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>N)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(Ký, ghi rõ h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>ọ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tên)</w:t>
            </w:r>
          </w:p>
        </w:tc>
        <w:tc>
          <w:tcPr>
            <w:tcW w:w="4320" w:type="dxa"/>
          </w:tcPr>
          <w:p w:rsidR="005A1527" w:rsidRPr="002D3468" w:rsidRDefault="00D102BB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>BÊN B (BÊN ĐƯ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>Ợ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C 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>Ủ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>Y QUY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>Ề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>N)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(Ký, ghi rõ h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>ọ</w:t>
            </w:r>
            <w:r w:rsidRPr="002D34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tên)</w:t>
            </w:r>
          </w:p>
        </w:tc>
      </w:tr>
    </w:tbl>
    <w:p w:rsidR="00D102BB" w:rsidRPr="002D3468" w:rsidRDefault="00D102BB">
      <w:pPr>
        <w:rPr>
          <w:rFonts w:ascii="Times New Roman" w:hAnsi="Times New Roman" w:cs="Times New Roman"/>
          <w:sz w:val="26"/>
          <w:szCs w:val="26"/>
        </w:rPr>
      </w:pPr>
    </w:p>
    <w:sectPr w:rsidR="00D102BB" w:rsidRPr="002D346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D3468"/>
    <w:rsid w:val="00326F90"/>
    <w:rsid w:val="005A1527"/>
    <w:rsid w:val="00AA1D8D"/>
    <w:rsid w:val="00B47730"/>
    <w:rsid w:val="00CB0664"/>
    <w:rsid w:val="00D102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D33A8A19-AB27-4B55-99A9-7D67B9EF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1CD58D-8BDE-419A-BE94-5F339CD03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2025-10-23T01:23:00Z</dcterms:created>
  <dcterms:modified xsi:type="dcterms:W3CDTF">2025-10-23T01:23:00Z</dcterms:modified>
  <cp:category/>
</cp:coreProperties>
</file>