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112B" w:rsidRDefault="00101A00">
      <w:pPr>
        <w:spacing w:line="240" w:lineRule="auto"/>
        <w:jc w:val="center"/>
      </w:pPr>
      <w:r>
        <w:rPr>
          <w:b/>
        </w:rPr>
        <w:t>KẾ HOẠCH BÀI DẠY MÔN TOÁN LỚP 2 - TUẦN 27</w:t>
      </w:r>
    </w:p>
    <w:p w:rsidR="00DE112B" w:rsidRDefault="00101A00">
      <w:pPr>
        <w:spacing w:line="240" w:lineRule="auto"/>
        <w:jc w:val="center"/>
      </w:pPr>
      <w:r>
        <w:rPr>
          <w:b/>
        </w:rPr>
        <w:t>CHỦ ĐỀ 11: ĐỘ DÀI VÀ ĐƠN VỊ ĐO ĐỘ DÀI. TIỀN VIỆT NAM</w:t>
      </w:r>
    </w:p>
    <w:p w:rsidR="00DE112B" w:rsidRDefault="00101A00">
      <w:pPr>
        <w:spacing w:line="240" w:lineRule="auto"/>
        <w:jc w:val="center"/>
      </w:pPr>
      <w:r>
        <w:rPr>
          <w:b/>
        </w:rPr>
        <w:t>BÀI 55. ĐỀ-XI-MÉT. MÉT. KI-LÔ-MÉT</w:t>
      </w:r>
    </w:p>
    <w:p w:rsidR="00DE112B" w:rsidRDefault="00101A00">
      <w:pPr>
        <w:spacing w:line="240" w:lineRule="auto"/>
        <w:jc w:val="center"/>
      </w:pPr>
      <w:r>
        <w:rPr>
          <w:b/>
        </w:rPr>
        <w:t>TIẾT 1: ĐỀ-XI-MÉT. MÉT</w:t>
      </w:r>
    </w:p>
    <w:p w:rsidR="00DE112B" w:rsidRDefault="00101A00">
      <w:pPr>
        <w:spacing w:line="240" w:lineRule="auto"/>
      </w:pPr>
      <w:r>
        <w:rPr>
          <w:b/>
        </w:rPr>
        <w:t>I. YÊU CẦU CẦN ĐẠT</w:t>
      </w:r>
    </w:p>
    <w:p w:rsidR="00DE112B" w:rsidRDefault="00101A00">
      <w:pPr>
        <w:spacing w:line="240" w:lineRule="auto"/>
      </w:pPr>
      <w:r>
        <w:rPr>
          <w:b/>
        </w:rPr>
        <w:t>1. Năng lực đặc thù:</w:t>
      </w:r>
    </w:p>
    <w:p w:rsidR="00DE112B" w:rsidRDefault="00101A00">
      <w:pPr>
        <w:spacing w:line="240" w:lineRule="auto"/>
      </w:pPr>
      <w:r>
        <w:t>- Nhận biết được các đơn vị đo độ dài đề-xi-mét, mét và mối quan hệ giữa xăng-ti-mét, đề-xi-mét, mét.</w:t>
      </w:r>
    </w:p>
    <w:p w:rsidR="00DE112B" w:rsidRDefault="00101A00">
      <w:pPr>
        <w:spacing w:line="240" w:lineRule="auto"/>
      </w:pPr>
      <w:r>
        <w:t>- Biết đọc, viết kí hiệu dm, m; thực hiện chuyển đổi đơn giản giữa cm, dm, m.</w:t>
      </w:r>
    </w:p>
    <w:p w:rsidR="00DE112B" w:rsidRDefault="00101A00">
      <w:pPr>
        <w:spacing w:line="240" w:lineRule="auto"/>
      </w:pPr>
      <w:r>
        <w:t>- Biết ước lượng độ dài một số đồ vật quen thuộc và vận dụng vào bài tập trong SGK.</w:t>
      </w:r>
    </w:p>
    <w:p w:rsidR="00DE112B" w:rsidRDefault="00101A00">
      <w:pPr>
        <w:spacing w:line="240" w:lineRule="auto"/>
      </w:pPr>
      <w:r>
        <w:rPr>
          <w:b/>
        </w:rPr>
        <w:t>2. Năng lực chung:</w:t>
      </w:r>
    </w:p>
    <w:p w:rsidR="00DE112B" w:rsidRDefault="00101A00">
      <w:pPr>
        <w:spacing w:line="240" w:lineRule="auto"/>
      </w:pPr>
      <w:r>
        <w:t>- Tự chủ và tự học: Chủ động thực hiện nhiệm vụ học tập, tự kiểm tra kết quả bài làm.</w:t>
      </w:r>
    </w:p>
    <w:p w:rsidR="00DE112B" w:rsidRDefault="00101A00">
      <w:pPr>
        <w:spacing w:line="240" w:lineRule="auto"/>
      </w:pPr>
      <w:r>
        <w:t>- Giao tiếp và hợp tác: Biết trao đổi, thảo luận, lắng nghe và hợp tác với bạn trong hoạt động nhóm.</w:t>
      </w:r>
    </w:p>
    <w:p w:rsidR="00DE112B" w:rsidRDefault="00101A00">
      <w:pPr>
        <w:spacing w:line="240" w:lineRule="auto"/>
      </w:pPr>
      <w:r>
        <w:t>- Giải quyết vấn đề và sáng tạo: Biết lựa chọn cách làm phù hợp, vận dụng kiến thức đã học để giải quyết tình huống thực tế.</w:t>
      </w:r>
    </w:p>
    <w:p w:rsidR="00DE112B" w:rsidRDefault="00101A00">
      <w:pPr>
        <w:spacing w:line="240" w:lineRule="auto"/>
      </w:pPr>
      <w:r>
        <w:rPr>
          <w:b/>
        </w:rPr>
        <w:t>3. Phẩm chất:</w:t>
      </w:r>
    </w:p>
    <w:p w:rsidR="00DE112B" w:rsidRDefault="00101A00">
      <w:pPr>
        <w:spacing w:line="240" w:lineRule="auto"/>
      </w:pPr>
      <w:r>
        <w:t>- Chăm chỉ: Tích cực học tập, rèn luyện tính cẩn thận, kiên trì khi thực hiện nhiệm vụ.</w:t>
      </w:r>
    </w:p>
    <w:p w:rsidR="00DE112B" w:rsidRDefault="00101A00">
      <w:pPr>
        <w:spacing w:line="240" w:lineRule="auto"/>
      </w:pPr>
      <w:r>
        <w:t>- Trách nhiệm: Có ý thức hoàn thành nhiệm vụ học tập, biết hợp tác và hỗ trợ bạn khi làm việc nhóm.</w:t>
      </w:r>
    </w:p>
    <w:p w:rsidR="00DE112B" w:rsidRDefault="00101A00">
      <w:pPr>
        <w:spacing w:line="240" w:lineRule="auto"/>
      </w:pPr>
      <w:r>
        <w:rPr>
          <w:b/>
        </w:rPr>
        <w:t>II. ĐỒ DÙNG DẠY HỌC</w:t>
      </w:r>
    </w:p>
    <w:p w:rsidR="00DE112B" w:rsidRDefault="00101A00">
      <w:pPr>
        <w:spacing w:line="240" w:lineRule="auto"/>
      </w:pPr>
      <w:r>
        <w:t>- GV: Máy tính, ti vi, tranh SGK, thước kẻ, thước mét, phiếu học tập.</w:t>
      </w:r>
    </w:p>
    <w:p w:rsidR="00DE112B" w:rsidRDefault="00101A00">
      <w:pPr>
        <w:spacing w:line="240" w:lineRule="auto"/>
      </w:pPr>
      <w:r>
        <w:t>- HS: SGK, vở ô li, bảng con, thước kẻ, bút chì.</w:t>
      </w:r>
    </w:p>
    <w:p w:rsidR="00DE112B" w:rsidRDefault="00101A00">
      <w:pPr>
        <w:spacing w:line="240" w:lineRule="auto"/>
      </w:pPr>
      <w:r>
        <w:rPr>
          <w:b/>
        </w:rPr>
        <w:t>III. CÁC HOẠT ĐỘNG DẠY HỌC CHỦ YẾU</w:t>
      </w:r>
    </w:p>
    <w:tbl>
      <w:tblPr>
        <w:tblW w:w="0" w:type="auto"/>
        <w:jc w:val="center"/>
        <w:tblBorders>
          <w:top w:val="single" w:sz="8" w:space="0" w:color="808080"/>
          <w:left w:val="single" w:sz="8" w:space="0" w:color="808080"/>
          <w:bottom w:val="single" w:sz="8" w:space="0" w:color="808080"/>
          <w:right w:val="single" w:sz="8" w:space="0" w:color="808080"/>
          <w:insideV w:val="single" w:sz="8" w:space="0" w:color="808080"/>
        </w:tblBorders>
        <w:tblLayout w:type="fixed"/>
        <w:tblCellMar>
          <w:top w:w="60" w:type="dxa"/>
          <w:left w:w="60" w:type="dxa"/>
          <w:bottom w:w="60" w:type="dxa"/>
          <w:right w:w="60" w:type="dxa"/>
        </w:tblCellMar>
        <w:tblLook w:val="04A0" w:firstRow="1" w:lastRow="0" w:firstColumn="1" w:lastColumn="0" w:noHBand="0" w:noVBand="1"/>
      </w:tblPr>
      <w:tblGrid>
        <w:gridCol w:w="5598"/>
        <w:gridCol w:w="4629"/>
      </w:tblGrid>
      <w:tr w:rsidR="00DE112B" w:rsidTr="006D5411">
        <w:trPr>
          <w:jc w:val="center"/>
        </w:trPr>
        <w:tc>
          <w:tcPr>
            <w:tcW w:w="5598" w:type="dxa"/>
            <w:shd w:val="clear" w:color="auto" w:fill="auto"/>
            <w:vAlign w:val="center"/>
          </w:tcPr>
          <w:p w:rsidR="00DE112B" w:rsidRDefault="00101A00">
            <w:pPr>
              <w:spacing w:line="240" w:lineRule="auto"/>
              <w:jc w:val="center"/>
            </w:pPr>
            <w:r>
              <w:rPr>
                <w:b/>
              </w:rPr>
              <w:t>Hoạt động của giáo viên</w:t>
            </w:r>
          </w:p>
        </w:tc>
        <w:tc>
          <w:tcPr>
            <w:tcW w:w="4629" w:type="dxa"/>
            <w:shd w:val="clear" w:color="auto" w:fill="auto"/>
            <w:vAlign w:val="center"/>
          </w:tcPr>
          <w:p w:rsidR="00DE112B" w:rsidRDefault="00101A00">
            <w:pPr>
              <w:spacing w:line="240" w:lineRule="auto"/>
              <w:jc w:val="center"/>
            </w:pPr>
            <w:r>
              <w:rPr>
                <w:b/>
              </w:rPr>
              <w:t>Hoạt động của học sinh</w:t>
            </w:r>
          </w:p>
        </w:tc>
      </w:tr>
      <w:tr w:rsidR="00DE112B" w:rsidTr="006D5411">
        <w:trPr>
          <w:jc w:val="center"/>
        </w:trPr>
        <w:tc>
          <w:tcPr>
            <w:tcW w:w="10227" w:type="dxa"/>
            <w:gridSpan w:val="2"/>
            <w:shd w:val="clear" w:color="auto" w:fill="auto"/>
            <w:vAlign w:val="center"/>
          </w:tcPr>
          <w:p w:rsidR="00DE112B" w:rsidRDefault="00101A00">
            <w:pPr>
              <w:spacing w:line="240" w:lineRule="auto"/>
            </w:pPr>
            <w:r>
              <w:rPr>
                <w:b/>
              </w:rPr>
              <w:t>1. KHỞI ĐỘNG (3 phút)</w:t>
            </w:r>
          </w:p>
          <w:p w:rsidR="00DE112B" w:rsidRDefault="00101A00">
            <w:pPr>
              <w:spacing w:line="240" w:lineRule="auto"/>
            </w:pPr>
            <w:r>
              <w:rPr>
                <w:b/>
              </w:rPr>
              <w:t>Mục tiêu: Tạo hứng thú, gợi nhớ đơn vị xăng-ti-mét và kết nối vào bài học.</w:t>
            </w:r>
          </w:p>
        </w:tc>
      </w:tr>
      <w:tr w:rsidR="00DE112B" w:rsidTr="006D5411">
        <w:trPr>
          <w:jc w:val="center"/>
        </w:trPr>
        <w:tc>
          <w:tcPr>
            <w:tcW w:w="5598" w:type="dxa"/>
            <w:shd w:val="clear" w:color="auto" w:fill="auto"/>
            <w:vAlign w:val="center"/>
          </w:tcPr>
          <w:p w:rsidR="00DE112B" w:rsidRDefault="00101A00">
            <w:pPr>
              <w:spacing w:line="240" w:lineRule="auto"/>
            </w:pPr>
            <w:r>
              <w:t>- GV tổ chức trò chơi “Đoán nhanh độ dài”: GV giơ thước kẻ, bút chì, quyển vở và hỏi HS đã học đơn vị đo độ dài nào.</w:t>
            </w:r>
          </w:p>
        </w:tc>
        <w:tc>
          <w:tcPr>
            <w:tcW w:w="4629" w:type="dxa"/>
            <w:shd w:val="clear" w:color="auto" w:fill="auto"/>
            <w:vAlign w:val="center"/>
          </w:tcPr>
          <w:p w:rsidR="00DE112B" w:rsidRDefault="00101A00">
            <w:pPr>
              <w:spacing w:line="240" w:lineRule="auto"/>
            </w:pPr>
            <w:r>
              <w:t>- HS tham gia trò chơi, nêu: Em đã học đơn vị đo độ dài xăng-ti-mét.</w:t>
            </w:r>
          </w:p>
        </w:tc>
      </w:tr>
      <w:tr w:rsidR="00DE112B" w:rsidTr="006D5411">
        <w:trPr>
          <w:jc w:val="center"/>
        </w:trPr>
        <w:tc>
          <w:tcPr>
            <w:tcW w:w="5598" w:type="dxa"/>
            <w:shd w:val="clear" w:color="auto" w:fill="auto"/>
            <w:vAlign w:val="center"/>
          </w:tcPr>
          <w:p w:rsidR="00DE112B" w:rsidRDefault="00101A00">
            <w:pPr>
              <w:spacing w:line="240" w:lineRule="auto"/>
            </w:pPr>
            <w:r>
              <w:t>- GV hỏi: Khi đo những vật dài hơn thước kẻ 20 cm, em có cần thêm đơn vị đo lớn hơn không?</w:t>
            </w:r>
          </w:p>
        </w:tc>
        <w:tc>
          <w:tcPr>
            <w:tcW w:w="4629" w:type="dxa"/>
            <w:shd w:val="clear" w:color="auto" w:fill="auto"/>
            <w:vAlign w:val="center"/>
          </w:tcPr>
          <w:p w:rsidR="00DE112B" w:rsidRDefault="00101A00">
            <w:pPr>
              <w:spacing w:line="240" w:lineRule="auto"/>
            </w:pPr>
            <w:r>
              <w:t>- HS trả lời theo hiểu biết: Cần đơn vị đo lớn hơn để đo thuận tiện hơn.</w:t>
            </w:r>
          </w:p>
        </w:tc>
      </w:tr>
      <w:tr w:rsidR="00DE112B" w:rsidTr="006D5411">
        <w:trPr>
          <w:jc w:val="center"/>
        </w:trPr>
        <w:tc>
          <w:tcPr>
            <w:tcW w:w="5598" w:type="dxa"/>
            <w:shd w:val="clear" w:color="auto" w:fill="auto"/>
            <w:vAlign w:val="center"/>
          </w:tcPr>
          <w:p w:rsidR="00DE112B" w:rsidRDefault="00101A00">
            <w:pPr>
              <w:spacing w:line="240" w:lineRule="auto"/>
            </w:pPr>
            <w:r>
              <w:t>- GV nhận xét, tuyên dương và giới thiệu bài: Đề-xi-mét. Mét.</w:t>
            </w:r>
          </w:p>
        </w:tc>
        <w:tc>
          <w:tcPr>
            <w:tcW w:w="4629" w:type="dxa"/>
            <w:shd w:val="clear" w:color="auto" w:fill="auto"/>
            <w:vAlign w:val="center"/>
          </w:tcPr>
          <w:p w:rsidR="00DE112B" w:rsidRDefault="00101A00">
            <w:pPr>
              <w:spacing w:line="240" w:lineRule="auto"/>
            </w:pPr>
            <w:r>
              <w:t>- HS lắng nghe, nhắc lại tên bài và chuẩn bị vào bài học.</w:t>
            </w:r>
          </w:p>
        </w:tc>
      </w:tr>
      <w:tr w:rsidR="00DE112B" w:rsidTr="006D5411">
        <w:trPr>
          <w:jc w:val="center"/>
        </w:trPr>
        <w:tc>
          <w:tcPr>
            <w:tcW w:w="10227" w:type="dxa"/>
            <w:gridSpan w:val="2"/>
            <w:shd w:val="clear" w:color="auto" w:fill="auto"/>
            <w:vAlign w:val="center"/>
          </w:tcPr>
          <w:p w:rsidR="00DE112B" w:rsidRDefault="00101A00">
            <w:pPr>
              <w:spacing w:line="240" w:lineRule="auto"/>
            </w:pPr>
            <w:r>
              <w:rPr>
                <w:b/>
              </w:rPr>
              <w:t>2. KHÁM PHÁ (15 phút)</w:t>
            </w:r>
          </w:p>
          <w:p w:rsidR="00DE112B" w:rsidRDefault="00101A00">
            <w:pPr>
              <w:spacing w:line="240" w:lineRule="auto"/>
            </w:pPr>
            <w:r>
              <w:rPr>
                <w:b/>
              </w:rPr>
              <w:t>Mục tiêu: HS nhận biết đề-xi-mét, mét và mối quan hệ 1 dm = 10 cm; 1 m = 10 dm = 100 cm.</w:t>
            </w:r>
          </w:p>
        </w:tc>
      </w:tr>
      <w:tr w:rsidR="00DE112B" w:rsidTr="006D5411">
        <w:trPr>
          <w:jc w:val="center"/>
        </w:trPr>
        <w:tc>
          <w:tcPr>
            <w:tcW w:w="5598" w:type="dxa"/>
            <w:shd w:val="clear" w:color="auto" w:fill="auto"/>
            <w:vAlign w:val="center"/>
          </w:tcPr>
          <w:p w:rsidR="00DE112B" w:rsidRDefault="00101A00">
            <w:pPr>
              <w:spacing w:line="240" w:lineRule="auto"/>
            </w:pPr>
            <w:r>
              <w:t>Khám phá a) Đề-xi-mét.</w:t>
            </w:r>
          </w:p>
          <w:p w:rsidR="00DE112B" w:rsidRDefault="00101A00">
            <w:pPr>
              <w:spacing w:line="240" w:lineRule="auto"/>
            </w:pPr>
            <w:r>
              <w:t>- GV yêu cầu HS quan sát hình thước và bút chì trong SGK.</w:t>
            </w:r>
          </w:p>
          <w:p w:rsidR="00DE112B" w:rsidRDefault="00DE112B">
            <w:pPr>
              <w:spacing w:line="240" w:lineRule="auto"/>
              <w:jc w:val="center"/>
            </w:pPr>
          </w:p>
        </w:tc>
        <w:tc>
          <w:tcPr>
            <w:tcW w:w="4629" w:type="dxa"/>
            <w:shd w:val="clear" w:color="auto" w:fill="auto"/>
            <w:vAlign w:val="center"/>
          </w:tcPr>
          <w:p w:rsidR="00DE112B" w:rsidRDefault="00101A00">
            <w:pPr>
              <w:spacing w:line="240" w:lineRule="auto"/>
            </w:pPr>
            <w:r>
              <w:t>- HS quan sát hình trong SGK, xác định độ dài của bút chì.</w:t>
            </w:r>
          </w:p>
        </w:tc>
      </w:tr>
      <w:tr w:rsidR="00DE112B" w:rsidTr="006D5411">
        <w:trPr>
          <w:jc w:val="center"/>
        </w:trPr>
        <w:tc>
          <w:tcPr>
            <w:tcW w:w="5598" w:type="dxa"/>
            <w:shd w:val="clear" w:color="auto" w:fill="auto"/>
            <w:vAlign w:val="center"/>
          </w:tcPr>
          <w:p w:rsidR="00DE112B" w:rsidRDefault="00101A00">
            <w:pPr>
              <w:spacing w:line="240" w:lineRule="auto"/>
            </w:pPr>
            <w:r>
              <w:t>- GV hỏi: Bút chì dài bao nhiêu xăng-ti-mét?</w:t>
            </w:r>
          </w:p>
        </w:tc>
        <w:tc>
          <w:tcPr>
            <w:tcW w:w="4629" w:type="dxa"/>
            <w:shd w:val="clear" w:color="auto" w:fill="auto"/>
            <w:vAlign w:val="center"/>
          </w:tcPr>
          <w:p w:rsidR="00DE112B" w:rsidRDefault="00101A00">
            <w:pPr>
              <w:spacing w:line="240" w:lineRule="auto"/>
            </w:pPr>
            <w:r>
              <w:t>- HS trả lời: Bút chì dài 10 cm.</w:t>
            </w:r>
          </w:p>
        </w:tc>
      </w:tr>
      <w:tr w:rsidR="00DE112B" w:rsidTr="006D5411">
        <w:trPr>
          <w:jc w:val="center"/>
        </w:trPr>
        <w:tc>
          <w:tcPr>
            <w:tcW w:w="5598" w:type="dxa"/>
            <w:shd w:val="clear" w:color="auto" w:fill="auto"/>
            <w:vAlign w:val="center"/>
          </w:tcPr>
          <w:p w:rsidR="00DE112B" w:rsidRDefault="00101A00">
            <w:pPr>
              <w:spacing w:line="240" w:lineRule="auto"/>
            </w:pPr>
            <w:r>
              <w:t>- GV giới thiệu: Bút chì dài 10 xăng-ti-mét hay bút chì dài 1 đề-xi-mét. Đề-xi-mét viết tắt là dm.</w:t>
            </w:r>
          </w:p>
        </w:tc>
        <w:tc>
          <w:tcPr>
            <w:tcW w:w="4629" w:type="dxa"/>
            <w:shd w:val="clear" w:color="auto" w:fill="auto"/>
            <w:vAlign w:val="center"/>
          </w:tcPr>
          <w:p w:rsidR="00DE112B" w:rsidRDefault="00101A00">
            <w:pPr>
              <w:spacing w:line="240" w:lineRule="auto"/>
            </w:pPr>
            <w:r>
              <w:t>- HS lắng nghe, nhắc lại: 10 cm = 1 dm; đề-xi-mét viết tắt là dm.</w:t>
            </w:r>
          </w:p>
        </w:tc>
      </w:tr>
      <w:tr w:rsidR="00DE112B" w:rsidTr="006D5411">
        <w:trPr>
          <w:jc w:val="center"/>
        </w:trPr>
        <w:tc>
          <w:tcPr>
            <w:tcW w:w="5598" w:type="dxa"/>
            <w:shd w:val="clear" w:color="auto" w:fill="auto"/>
            <w:vAlign w:val="center"/>
          </w:tcPr>
          <w:p w:rsidR="00DE112B" w:rsidRDefault="00101A00">
            <w:pPr>
              <w:spacing w:line="240" w:lineRule="auto"/>
            </w:pPr>
            <w:r>
              <w:t>- GV hỏi: 1 dm bằng bao nhiêu xăng-ti-mét? 10 cm bằng bao nhiêu đề-xi-mét?</w:t>
            </w:r>
          </w:p>
        </w:tc>
        <w:tc>
          <w:tcPr>
            <w:tcW w:w="4629" w:type="dxa"/>
            <w:shd w:val="clear" w:color="auto" w:fill="auto"/>
            <w:vAlign w:val="center"/>
          </w:tcPr>
          <w:p w:rsidR="00DE112B" w:rsidRDefault="00101A00">
            <w:pPr>
              <w:spacing w:line="240" w:lineRule="auto"/>
            </w:pPr>
            <w:r>
              <w:t>- HS trả lời: 1 dm = 10 cm; 10 cm = 1 dm.</w:t>
            </w:r>
          </w:p>
        </w:tc>
      </w:tr>
      <w:tr w:rsidR="00DE112B" w:rsidTr="006D5411">
        <w:trPr>
          <w:jc w:val="center"/>
        </w:trPr>
        <w:tc>
          <w:tcPr>
            <w:tcW w:w="5598" w:type="dxa"/>
            <w:shd w:val="clear" w:color="auto" w:fill="auto"/>
            <w:vAlign w:val="center"/>
          </w:tcPr>
          <w:p w:rsidR="00DE112B" w:rsidRDefault="00101A00">
            <w:pPr>
              <w:spacing w:line="240" w:lineRule="auto"/>
            </w:pPr>
            <w:r>
              <w:t xml:space="preserve">- GV yêu cầu HS ướm gang tay với thước kẻ để ước </w:t>
            </w:r>
            <w:r>
              <w:lastRenderedPageBreak/>
              <w:t>lượng gang tay của mình dài khoảng bao nhiêu.</w:t>
            </w:r>
          </w:p>
        </w:tc>
        <w:tc>
          <w:tcPr>
            <w:tcW w:w="4629" w:type="dxa"/>
            <w:shd w:val="clear" w:color="auto" w:fill="auto"/>
            <w:vAlign w:val="center"/>
          </w:tcPr>
          <w:p w:rsidR="00DE112B" w:rsidRDefault="00101A00">
            <w:pPr>
              <w:spacing w:line="240" w:lineRule="auto"/>
            </w:pPr>
            <w:r>
              <w:lastRenderedPageBreak/>
              <w:t xml:space="preserve">- HS thực hành ước lượng, nêu: Gang tay </w:t>
            </w:r>
            <w:r>
              <w:lastRenderedPageBreak/>
              <w:t>của em dài khoảng 10 cm, tức khoảng 1 dm.</w:t>
            </w:r>
          </w:p>
        </w:tc>
      </w:tr>
      <w:tr w:rsidR="00DE112B" w:rsidTr="006D5411">
        <w:trPr>
          <w:jc w:val="center"/>
        </w:trPr>
        <w:tc>
          <w:tcPr>
            <w:tcW w:w="5598" w:type="dxa"/>
            <w:shd w:val="clear" w:color="auto" w:fill="auto"/>
            <w:vAlign w:val="center"/>
          </w:tcPr>
          <w:p w:rsidR="00DE112B" w:rsidRDefault="00101A00">
            <w:pPr>
              <w:spacing w:line="240" w:lineRule="auto"/>
            </w:pPr>
            <w:r>
              <w:lastRenderedPageBreak/>
              <w:t>Khám phá b) Mét.</w:t>
            </w:r>
          </w:p>
          <w:p w:rsidR="00DE112B" w:rsidRDefault="00101A00">
            <w:pPr>
              <w:spacing w:line="240" w:lineRule="auto"/>
            </w:pPr>
            <w:r>
              <w:t>- GV yêu cầu HS quan sát hình cây thước dài 1 mét trong SGK.</w:t>
            </w:r>
          </w:p>
          <w:p w:rsidR="00DE112B" w:rsidRDefault="00DE112B">
            <w:pPr>
              <w:spacing w:line="240" w:lineRule="auto"/>
              <w:jc w:val="center"/>
            </w:pPr>
          </w:p>
        </w:tc>
        <w:tc>
          <w:tcPr>
            <w:tcW w:w="4629" w:type="dxa"/>
            <w:shd w:val="clear" w:color="auto" w:fill="auto"/>
            <w:vAlign w:val="center"/>
          </w:tcPr>
          <w:p w:rsidR="00DE112B" w:rsidRDefault="00101A00">
            <w:pPr>
              <w:spacing w:line="240" w:lineRule="auto"/>
            </w:pPr>
            <w:r>
              <w:t>- HS quan sát hình, nhận biết thước dài 1 mét.</w:t>
            </w:r>
          </w:p>
        </w:tc>
      </w:tr>
      <w:tr w:rsidR="00DE112B" w:rsidTr="006D5411">
        <w:trPr>
          <w:jc w:val="center"/>
        </w:trPr>
        <w:tc>
          <w:tcPr>
            <w:tcW w:w="5598" w:type="dxa"/>
            <w:shd w:val="clear" w:color="auto" w:fill="auto"/>
            <w:vAlign w:val="center"/>
          </w:tcPr>
          <w:p w:rsidR="00DE112B" w:rsidRDefault="00101A00">
            <w:pPr>
              <w:spacing w:line="240" w:lineRule="auto"/>
            </w:pPr>
            <w:r>
              <w:t>- GV hỏi: Cây thước dài 1 mét tương ứng với bao nhiêu đề-xi-mét, bao nhiêu xăng-ti-mét?</w:t>
            </w:r>
          </w:p>
        </w:tc>
        <w:tc>
          <w:tcPr>
            <w:tcW w:w="4629" w:type="dxa"/>
            <w:shd w:val="clear" w:color="auto" w:fill="auto"/>
            <w:vAlign w:val="center"/>
          </w:tcPr>
          <w:p w:rsidR="00DE112B" w:rsidRDefault="00101A00">
            <w:pPr>
              <w:spacing w:line="240" w:lineRule="auto"/>
            </w:pPr>
            <w:r>
              <w:t>- HS trả lời: 1 m = 10 dm; 1 m = 100 cm.</w:t>
            </w:r>
          </w:p>
        </w:tc>
      </w:tr>
      <w:tr w:rsidR="00DE112B" w:rsidTr="006D5411">
        <w:trPr>
          <w:jc w:val="center"/>
        </w:trPr>
        <w:tc>
          <w:tcPr>
            <w:tcW w:w="5598" w:type="dxa"/>
            <w:shd w:val="clear" w:color="auto" w:fill="auto"/>
            <w:vAlign w:val="center"/>
          </w:tcPr>
          <w:p w:rsidR="00DE112B" w:rsidRDefault="00101A00">
            <w:pPr>
              <w:spacing w:line="240" w:lineRule="auto"/>
            </w:pPr>
            <w:r>
              <w:t>- GV hỏi: Mét viết tắt là gì?</w:t>
            </w:r>
          </w:p>
        </w:tc>
        <w:tc>
          <w:tcPr>
            <w:tcW w:w="4629" w:type="dxa"/>
            <w:shd w:val="clear" w:color="auto" w:fill="auto"/>
            <w:vAlign w:val="center"/>
          </w:tcPr>
          <w:p w:rsidR="00DE112B" w:rsidRDefault="00101A00">
            <w:pPr>
              <w:spacing w:line="240" w:lineRule="auto"/>
            </w:pPr>
            <w:r>
              <w:t>- HS trả lời: Mét viết tắt là m; HS viết bảng con: m.</w:t>
            </w:r>
          </w:p>
        </w:tc>
      </w:tr>
      <w:tr w:rsidR="00DE112B" w:rsidTr="006D5411">
        <w:trPr>
          <w:jc w:val="center"/>
        </w:trPr>
        <w:tc>
          <w:tcPr>
            <w:tcW w:w="5598" w:type="dxa"/>
            <w:shd w:val="clear" w:color="auto" w:fill="auto"/>
            <w:vAlign w:val="center"/>
          </w:tcPr>
          <w:p w:rsidR="00DE112B" w:rsidRDefault="00101A00">
            <w:pPr>
              <w:spacing w:line="240" w:lineRule="auto"/>
            </w:pPr>
            <w:r>
              <w:t>- GV kết luận: Đề-xi-mét và mét là đơn vị đo độ dài; 1 dm = 10 cm; 1 m = 10 dm = 100 cm.</w:t>
            </w:r>
          </w:p>
        </w:tc>
        <w:tc>
          <w:tcPr>
            <w:tcW w:w="4629" w:type="dxa"/>
            <w:shd w:val="clear" w:color="auto" w:fill="auto"/>
            <w:vAlign w:val="center"/>
          </w:tcPr>
          <w:p w:rsidR="00DE112B" w:rsidRDefault="00101A00">
            <w:pPr>
              <w:spacing w:line="240" w:lineRule="auto"/>
            </w:pPr>
            <w:r>
              <w:t>- HS đọc lại các mối quan hệ và ghi nhớ kiến thức trọng tâm.</w:t>
            </w:r>
          </w:p>
        </w:tc>
      </w:tr>
      <w:tr w:rsidR="00DE112B" w:rsidTr="006D5411">
        <w:trPr>
          <w:jc w:val="center"/>
        </w:trPr>
        <w:tc>
          <w:tcPr>
            <w:tcW w:w="10227" w:type="dxa"/>
            <w:gridSpan w:val="2"/>
            <w:shd w:val="clear" w:color="auto" w:fill="auto"/>
            <w:vAlign w:val="center"/>
          </w:tcPr>
          <w:p w:rsidR="00DE112B" w:rsidRDefault="00101A00">
            <w:pPr>
              <w:spacing w:line="240" w:lineRule="auto"/>
            </w:pPr>
            <w:r>
              <w:rPr>
                <w:b/>
              </w:rPr>
              <w:t>3. LUYỆN TẬP, THỰC HÀNH (15 phút)</w:t>
            </w:r>
          </w:p>
          <w:p w:rsidR="00DE112B" w:rsidRDefault="00101A00">
            <w:pPr>
              <w:spacing w:line="240" w:lineRule="auto"/>
            </w:pPr>
            <w:r>
              <w:rPr>
                <w:b/>
              </w:rPr>
              <w:t>Mục tiêu: HS vận dụng đổi đơn vị, ước lượng và chọn số đo phù hợp.</w:t>
            </w:r>
          </w:p>
        </w:tc>
      </w:tr>
      <w:tr w:rsidR="00DE112B" w:rsidTr="006D5411">
        <w:trPr>
          <w:jc w:val="center"/>
        </w:trPr>
        <w:tc>
          <w:tcPr>
            <w:tcW w:w="5598" w:type="dxa"/>
            <w:shd w:val="clear" w:color="auto" w:fill="auto"/>
            <w:vAlign w:val="center"/>
          </w:tcPr>
          <w:p w:rsidR="00DE112B" w:rsidRDefault="00101A00">
            <w:pPr>
              <w:spacing w:line="240" w:lineRule="auto"/>
            </w:pPr>
            <w:r>
              <w:rPr>
                <w:b/>
              </w:rPr>
              <w:t>Bài 1: Số?</w:t>
            </w:r>
          </w:p>
          <w:p w:rsidR="00DE112B" w:rsidRDefault="00101A00">
            <w:pPr>
              <w:spacing w:line="240" w:lineRule="auto"/>
            </w:pPr>
            <w:r>
              <w:t>- GV yêu cầu HS đọc đề bài, quan sát các phép đổi đơn vị trong SGK.</w:t>
            </w:r>
          </w:p>
          <w:p w:rsidR="00DE112B" w:rsidRDefault="00DE112B">
            <w:pPr>
              <w:spacing w:line="240" w:lineRule="auto"/>
              <w:jc w:val="center"/>
            </w:pPr>
          </w:p>
        </w:tc>
        <w:tc>
          <w:tcPr>
            <w:tcW w:w="4629" w:type="dxa"/>
            <w:shd w:val="clear" w:color="auto" w:fill="auto"/>
            <w:vAlign w:val="center"/>
          </w:tcPr>
          <w:p w:rsidR="00DE112B" w:rsidRDefault="00101A00">
            <w:pPr>
              <w:spacing w:line="240" w:lineRule="auto"/>
            </w:pPr>
            <w:r>
              <w:t>- HS đọc yêu cầu bài tập và quan sát các mẫu đổi đơn vị.</w:t>
            </w:r>
          </w:p>
        </w:tc>
      </w:tr>
      <w:tr w:rsidR="00DE112B" w:rsidTr="006D5411">
        <w:trPr>
          <w:jc w:val="center"/>
        </w:trPr>
        <w:tc>
          <w:tcPr>
            <w:tcW w:w="5598" w:type="dxa"/>
            <w:shd w:val="clear" w:color="auto" w:fill="auto"/>
            <w:vAlign w:val="center"/>
          </w:tcPr>
          <w:p w:rsidR="00DE112B" w:rsidRDefault="00101A00">
            <w:pPr>
              <w:spacing w:line="240" w:lineRule="auto"/>
            </w:pPr>
            <w:r>
              <w:t>- GV yêu cầu HS làm cá nhân phần a, sau đó trao đổi nhóm đôi phần b để kiểm tra kết quả.</w:t>
            </w:r>
          </w:p>
        </w:tc>
        <w:tc>
          <w:tcPr>
            <w:tcW w:w="4629" w:type="dxa"/>
            <w:shd w:val="clear" w:color="auto" w:fill="auto"/>
            <w:vAlign w:val="center"/>
          </w:tcPr>
          <w:p w:rsidR="00DE112B" w:rsidRDefault="00101A00">
            <w:pPr>
              <w:spacing w:line="240" w:lineRule="auto"/>
            </w:pPr>
            <w:r>
              <w:t>- HS làm bài cá nhân, trao đổi nhóm đôi và thống nhất kết quả.</w:t>
            </w:r>
          </w:p>
        </w:tc>
      </w:tr>
      <w:tr w:rsidR="00DE112B" w:rsidTr="006D5411">
        <w:trPr>
          <w:jc w:val="center"/>
        </w:trPr>
        <w:tc>
          <w:tcPr>
            <w:tcW w:w="5598" w:type="dxa"/>
            <w:shd w:val="clear" w:color="auto" w:fill="auto"/>
            <w:vAlign w:val="center"/>
          </w:tcPr>
          <w:p w:rsidR="00DE112B" w:rsidRDefault="00101A00">
            <w:pPr>
              <w:spacing w:line="240" w:lineRule="auto"/>
            </w:pPr>
            <w:r>
              <w:t>- GV hỏi: 1 dm bằng bao nhiêu cm? 1 m bằng bao nhiêu dm? 1 m bằng bao nhiêu cm?</w:t>
            </w:r>
          </w:p>
        </w:tc>
        <w:tc>
          <w:tcPr>
            <w:tcW w:w="4629" w:type="dxa"/>
            <w:shd w:val="clear" w:color="auto" w:fill="auto"/>
            <w:vAlign w:val="center"/>
          </w:tcPr>
          <w:p w:rsidR="00DE112B" w:rsidRDefault="00101A00">
            <w:pPr>
              <w:spacing w:line="240" w:lineRule="auto"/>
            </w:pPr>
            <w:r>
              <w:t>- HS trả lời: 1 dm = 10 cm; 1 m = 10 dm; 1 m = 100 cm.</w:t>
            </w:r>
          </w:p>
        </w:tc>
      </w:tr>
      <w:tr w:rsidR="00DE112B" w:rsidTr="006D5411">
        <w:trPr>
          <w:jc w:val="center"/>
        </w:trPr>
        <w:tc>
          <w:tcPr>
            <w:tcW w:w="5598" w:type="dxa"/>
            <w:shd w:val="clear" w:color="auto" w:fill="auto"/>
            <w:vAlign w:val="center"/>
          </w:tcPr>
          <w:p w:rsidR="00DE112B" w:rsidRDefault="00101A00">
            <w:pPr>
              <w:spacing w:line="240" w:lineRule="auto"/>
            </w:pPr>
            <w:r>
              <w:t>- GV nhận xét, chốt: Khi đổi đơn vị, cần nhớ đúng mối quan hệ giữa cm, dm, m.</w:t>
            </w:r>
          </w:p>
        </w:tc>
        <w:tc>
          <w:tcPr>
            <w:tcW w:w="4629" w:type="dxa"/>
            <w:shd w:val="clear" w:color="auto" w:fill="auto"/>
            <w:vAlign w:val="center"/>
          </w:tcPr>
          <w:p w:rsidR="00DE112B" w:rsidRDefault="00101A00">
            <w:pPr>
              <w:spacing w:line="240" w:lineRule="auto"/>
            </w:pPr>
            <w:r>
              <w:t>- HS đối chiếu, sửa bài nếu cần.</w:t>
            </w:r>
          </w:p>
        </w:tc>
      </w:tr>
      <w:tr w:rsidR="00DE112B" w:rsidTr="006D5411">
        <w:trPr>
          <w:jc w:val="center"/>
        </w:trPr>
        <w:tc>
          <w:tcPr>
            <w:tcW w:w="5598" w:type="dxa"/>
            <w:shd w:val="clear" w:color="auto" w:fill="auto"/>
            <w:vAlign w:val="center"/>
          </w:tcPr>
          <w:p w:rsidR="00DE112B" w:rsidRDefault="00101A00">
            <w:pPr>
              <w:spacing w:line="240" w:lineRule="auto"/>
            </w:pPr>
            <w:r>
              <w:rPr>
                <w:b/>
              </w:rPr>
              <w:t>Bài 2: Chọn độ dài thích hợp.</w:t>
            </w:r>
          </w:p>
          <w:p w:rsidR="00DE112B" w:rsidRDefault="00101A00">
            <w:pPr>
              <w:spacing w:line="240" w:lineRule="auto"/>
            </w:pPr>
            <w:r>
              <w:t>- GV yêu cầu HS quan sát các đồ vật và các số đo trong SGK.</w:t>
            </w:r>
          </w:p>
          <w:p w:rsidR="00DE112B" w:rsidRDefault="00101A00">
            <w:pPr>
              <w:spacing w:line="240" w:lineRule="auto"/>
              <w:jc w:val="center"/>
            </w:pPr>
            <w:r>
              <w:rPr>
                <w:noProof/>
              </w:rPr>
              <w:drawing>
                <wp:inline distT="0" distB="0" distL="0" distR="0" wp14:anchorId="37652BDC" wp14:editId="3F506513">
                  <wp:extent cx="2560320" cy="65161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1_bai2.png"/>
                          <pic:cNvPicPr/>
                        </pic:nvPicPr>
                        <pic:blipFill>
                          <a:blip r:embed="rId7"/>
                          <a:stretch>
                            <a:fillRect/>
                          </a:stretch>
                        </pic:blipFill>
                        <pic:spPr>
                          <a:xfrm>
                            <a:off x="0" y="0"/>
                            <a:ext cx="2560320" cy="651613"/>
                          </a:xfrm>
                          <a:prstGeom prst="rect">
                            <a:avLst/>
                          </a:prstGeom>
                        </pic:spPr>
                      </pic:pic>
                    </a:graphicData>
                  </a:graphic>
                </wp:inline>
              </w:drawing>
            </w:r>
          </w:p>
        </w:tc>
        <w:tc>
          <w:tcPr>
            <w:tcW w:w="4629" w:type="dxa"/>
            <w:shd w:val="clear" w:color="auto" w:fill="auto"/>
            <w:vAlign w:val="center"/>
          </w:tcPr>
          <w:p w:rsidR="00DE112B" w:rsidRDefault="00101A00">
            <w:pPr>
              <w:spacing w:line="240" w:lineRule="auto"/>
            </w:pPr>
            <w:r>
              <w:t>- HS đọc yêu cầu, quan sát hình và các số đo.</w:t>
            </w:r>
          </w:p>
        </w:tc>
      </w:tr>
      <w:tr w:rsidR="00DE112B" w:rsidTr="006D5411">
        <w:trPr>
          <w:jc w:val="center"/>
        </w:trPr>
        <w:tc>
          <w:tcPr>
            <w:tcW w:w="5598" w:type="dxa"/>
            <w:shd w:val="clear" w:color="auto" w:fill="auto"/>
            <w:vAlign w:val="center"/>
          </w:tcPr>
          <w:p w:rsidR="00DE112B" w:rsidRDefault="00101A00">
            <w:pPr>
              <w:spacing w:line="240" w:lineRule="auto"/>
            </w:pPr>
            <w:r>
              <w:t>- GV yêu cầu HS làm việc nhóm đôi, nối mỗi đồ vật với độ dài phù hợp.</w:t>
            </w:r>
          </w:p>
        </w:tc>
        <w:tc>
          <w:tcPr>
            <w:tcW w:w="4629" w:type="dxa"/>
            <w:shd w:val="clear" w:color="auto" w:fill="auto"/>
            <w:vAlign w:val="center"/>
          </w:tcPr>
          <w:p w:rsidR="00DE112B" w:rsidRDefault="00101A00">
            <w:pPr>
              <w:spacing w:line="240" w:lineRule="auto"/>
            </w:pPr>
            <w:r>
              <w:t>- HS thảo luận nhóm đôi và nối: bàn học dài khoảng 10 dm; cái bút chì dài khoảng 10 cm; phòng học dài khoảng 10 m.</w:t>
            </w:r>
          </w:p>
        </w:tc>
      </w:tr>
      <w:tr w:rsidR="00DE112B" w:rsidTr="006D5411">
        <w:trPr>
          <w:jc w:val="center"/>
        </w:trPr>
        <w:tc>
          <w:tcPr>
            <w:tcW w:w="5598" w:type="dxa"/>
            <w:shd w:val="clear" w:color="auto" w:fill="auto"/>
            <w:vAlign w:val="center"/>
          </w:tcPr>
          <w:p w:rsidR="00DE112B" w:rsidRDefault="00101A00">
            <w:pPr>
              <w:spacing w:line="240" w:lineRule="auto"/>
            </w:pPr>
            <w:r>
              <w:t>- GV hỏi: Vì sao phòng học không thể dài 10 cm hoặc 10 dm?</w:t>
            </w:r>
          </w:p>
        </w:tc>
        <w:tc>
          <w:tcPr>
            <w:tcW w:w="4629" w:type="dxa"/>
            <w:shd w:val="clear" w:color="auto" w:fill="auto"/>
            <w:vAlign w:val="center"/>
          </w:tcPr>
          <w:p w:rsidR="00DE112B" w:rsidRDefault="00101A00">
            <w:pPr>
              <w:spacing w:line="240" w:lineRule="auto"/>
            </w:pPr>
            <w:r>
              <w:t>- HS trả lời: Vì phòng học rất dài, cần dùng đơn vị mét; 10 cm hoặc 10 dm quá ngắn.</w:t>
            </w:r>
          </w:p>
        </w:tc>
      </w:tr>
      <w:tr w:rsidR="00DE112B" w:rsidTr="006D5411">
        <w:trPr>
          <w:jc w:val="center"/>
        </w:trPr>
        <w:tc>
          <w:tcPr>
            <w:tcW w:w="5598" w:type="dxa"/>
            <w:shd w:val="clear" w:color="auto" w:fill="auto"/>
            <w:vAlign w:val="center"/>
          </w:tcPr>
          <w:p w:rsidR="00DE112B" w:rsidRDefault="00101A00">
            <w:pPr>
              <w:spacing w:line="240" w:lineRule="auto"/>
            </w:pPr>
            <w:r>
              <w:rPr>
                <w:b/>
              </w:rPr>
              <w:t>Bài 3: Bạn nào nói đúng?</w:t>
            </w:r>
          </w:p>
          <w:p w:rsidR="00DE112B" w:rsidRDefault="00101A00">
            <w:pPr>
              <w:spacing w:line="240" w:lineRule="auto"/>
            </w:pPr>
            <w:r>
              <w:t>- GV yêu cầu HS quan sát tranh, đọc lời nói của các bạn.</w:t>
            </w:r>
          </w:p>
          <w:p w:rsidR="00DE112B" w:rsidRDefault="00DE112B">
            <w:pPr>
              <w:spacing w:line="240" w:lineRule="auto"/>
              <w:jc w:val="center"/>
            </w:pPr>
          </w:p>
        </w:tc>
        <w:tc>
          <w:tcPr>
            <w:tcW w:w="4629" w:type="dxa"/>
            <w:shd w:val="clear" w:color="auto" w:fill="auto"/>
            <w:vAlign w:val="center"/>
          </w:tcPr>
          <w:p w:rsidR="00DE112B" w:rsidRDefault="00101A00">
            <w:pPr>
              <w:spacing w:line="240" w:lineRule="auto"/>
            </w:pPr>
            <w:r>
              <w:t>- HS quan sát tranh và đọc các lời thoại.</w:t>
            </w:r>
          </w:p>
        </w:tc>
      </w:tr>
      <w:tr w:rsidR="00DE112B" w:rsidTr="006D5411">
        <w:trPr>
          <w:jc w:val="center"/>
        </w:trPr>
        <w:tc>
          <w:tcPr>
            <w:tcW w:w="5598" w:type="dxa"/>
            <w:shd w:val="clear" w:color="auto" w:fill="auto"/>
            <w:vAlign w:val="center"/>
          </w:tcPr>
          <w:p w:rsidR="00DE112B" w:rsidRDefault="00101A00">
            <w:pPr>
              <w:spacing w:line="240" w:lineRule="auto"/>
            </w:pPr>
            <w:r>
              <w:t>- GV hỏi: Sải tay của Việt dài khoảng bao nhiêu? Bạn nào nói đúng?</w:t>
            </w:r>
          </w:p>
        </w:tc>
        <w:tc>
          <w:tcPr>
            <w:tcW w:w="4629" w:type="dxa"/>
            <w:shd w:val="clear" w:color="auto" w:fill="auto"/>
            <w:vAlign w:val="center"/>
          </w:tcPr>
          <w:p w:rsidR="00DE112B" w:rsidRDefault="00101A00">
            <w:pPr>
              <w:spacing w:line="240" w:lineRule="auto"/>
            </w:pPr>
            <w:r>
              <w:t>- HS trả lời: Sải tay của Việt dài khoảng 1 m; bạn Mai và Rô-bốt nói đúng.</w:t>
            </w:r>
          </w:p>
        </w:tc>
      </w:tr>
      <w:tr w:rsidR="00DE112B" w:rsidTr="006D5411">
        <w:trPr>
          <w:jc w:val="center"/>
        </w:trPr>
        <w:tc>
          <w:tcPr>
            <w:tcW w:w="5598" w:type="dxa"/>
            <w:shd w:val="clear" w:color="auto" w:fill="auto"/>
            <w:vAlign w:val="center"/>
          </w:tcPr>
          <w:p w:rsidR="00DE112B" w:rsidRDefault="00101A00">
            <w:pPr>
              <w:spacing w:line="240" w:lineRule="auto"/>
            </w:pPr>
            <w:r>
              <w:lastRenderedPageBreak/>
              <w:t>- GV nhận xét, nhấn mạnh: Khi ước lượng, cần chọn đơn vị phù hợp với độ dài thực tế.</w:t>
            </w:r>
          </w:p>
        </w:tc>
        <w:tc>
          <w:tcPr>
            <w:tcW w:w="4629" w:type="dxa"/>
            <w:shd w:val="clear" w:color="auto" w:fill="auto"/>
            <w:vAlign w:val="center"/>
          </w:tcPr>
          <w:p w:rsidR="00DE112B" w:rsidRDefault="00101A00">
            <w:pPr>
              <w:spacing w:line="240" w:lineRule="auto"/>
            </w:pPr>
            <w:r>
              <w:t>- HS lắng nghe, ghi nhớ cách ước lượng.</w:t>
            </w:r>
          </w:p>
        </w:tc>
      </w:tr>
      <w:tr w:rsidR="00DE112B" w:rsidTr="006D5411">
        <w:trPr>
          <w:jc w:val="center"/>
        </w:trPr>
        <w:tc>
          <w:tcPr>
            <w:tcW w:w="10227" w:type="dxa"/>
            <w:gridSpan w:val="2"/>
            <w:shd w:val="clear" w:color="auto" w:fill="auto"/>
            <w:vAlign w:val="center"/>
          </w:tcPr>
          <w:p w:rsidR="00DE112B" w:rsidRDefault="00101A00">
            <w:pPr>
              <w:spacing w:line="240" w:lineRule="auto"/>
            </w:pPr>
            <w:r>
              <w:rPr>
                <w:b/>
              </w:rPr>
              <w:t>4. VẬN DỤNG TRẢI NGHIỆM (2 phút)</w:t>
            </w:r>
          </w:p>
          <w:p w:rsidR="00DE112B" w:rsidRDefault="00101A00">
            <w:pPr>
              <w:spacing w:line="240" w:lineRule="auto"/>
            </w:pPr>
            <w:r>
              <w:rPr>
                <w:b/>
              </w:rPr>
              <w:t>Mục tiêu: Liên hệ việc ước lượng độ dài với đồ vật trong lớp.</w:t>
            </w:r>
          </w:p>
        </w:tc>
      </w:tr>
      <w:tr w:rsidR="00DE112B" w:rsidTr="006D5411">
        <w:trPr>
          <w:jc w:val="center"/>
        </w:trPr>
        <w:tc>
          <w:tcPr>
            <w:tcW w:w="5598" w:type="dxa"/>
            <w:shd w:val="clear" w:color="auto" w:fill="auto"/>
            <w:vAlign w:val="center"/>
          </w:tcPr>
          <w:p w:rsidR="00DE112B" w:rsidRDefault="00101A00">
            <w:pPr>
              <w:spacing w:line="240" w:lineRule="auto"/>
            </w:pPr>
            <w:r>
              <w:t>- GV yêu cầu HS nêu một đồ vật trong lớp dài khoảng 1 dm và một đồ vật dài khoảng 1 m.</w:t>
            </w:r>
          </w:p>
        </w:tc>
        <w:tc>
          <w:tcPr>
            <w:tcW w:w="4629" w:type="dxa"/>
            <w:shd w:val="clear" w:color="auto" w:fill="auto"/>
            <w:vAlign w:val="center"/>
          </w:tcPr>
          <w:p w:rsidR="00DE112B" w:rsidRDefault="00101A00">
            <w:pPr>
              <w:spacing w:line="240" w:lineRule="auto"/>
            </w:pPr>
            <w:r>
              <w:t>- HS nêu: hộp bút/bút chì dài khoảng 1 dm; cạnh bàn, chiều rộng bảng con hoặc sải tay dài khoảng 1 m.</w:t>
            </w:r>
          </w:p>
        </w:tc>
      </w:tr>
      <w:tr w:rsidR="00DE112B" w:rsidTr="006D5411">
        <w:trPr>
          <w:jc w:val="center"/>
        </w:trPr>
        <w:tc>
          <w:tcPr>
            <w:tcW w:w="5598" w:type="dxa"/>
            <w:shd w:val="clear" w:color="auto" w:fill="auto"/>
            <w:vAlign w:val="center"/>
          </w:tcPr>
          <w:p w:rsidR="00DE112B" w:rsidRDefault="00101A00">
            <w:pPr>
              <w:spacing w:line="240" w:lineRule="auto"/>
            </w:pPr>
            <w:r>
              <w:t>- GV nhận xét giờ học, dặn HS quan sát thêm các đồ vật quanh em và ước lượng độ dài.</w:t>
            </w:r>
          </w:p>
        </w:tc>
        <w:tc>
          <w:tcPr>
            <w:tcW w:w="4629" w:type="dxa"/>
            <w:shd w:val="clear" w:color="auto" w:fill="auto"/>
            <w:vAlign w:val="center"/>
          </w:tcPr>
          <w:p w:rsidR="00DE112B" w:rsidRDefault="00101A00">
            <w:pPr>
              <w:spacing w:line="240" w:lineRule="auto"/>
            </w:pPr>
            <w:r>
              <w:t>- HS lắng nghe và ghi nhớ nhiệm vụ.</w:t>
            </w:r>
          </w:p>
        </w:tc>
      </w:tr>
    </w:tbl>
    <w:p w:rsidR="00DE112B" w:rsidRDefault="00101A00">
      <w:pPr>
        <w:spacing w:line="240" w:lineRule="auto"/>
      </w:pPr>
      <w:r>
        <w:rPr>
          <w:b/>
        </w:rPr>
        <w:t>IV. ĐIỀU CHỈNH TIẾT DẠY (NẾU CÓ)</w:t>
      </w:r>
    </w:p>
    <w:p w:rsidR="00DE112B" w:rsidRDefault="00101A00">
      <w:pPr>
        <w:spacing w:line="240" w:lineRule="auto"/>
      </w:pPr>
      <w:r>
        <w:t>…………………………………………………………………………………………………………………………</w:t>
      </w:r>
    </w:p>
    <w:p w:rsidR="00DE112B" w:rsidRDefault="00101A00">
      <w:pPr>
        <w:spacing w:line="240" w:lineRule="auto"/>
      </w:pPr>
      <w:r>
        <w:t>…………………………………………………………………………………………………………………………</w:t>
      </w:r>
    </w:p>
    <w:p w:rsidR="00AF48B9" w:rsidRDefault="00AF48B9">
      <w:pPr>
        <w:spacing w:line="240" w:lineRule="auto"/>
        <w:jc w:val="center"/>
      </w:pPr>
    </w:p>
    <w:p w:rsidR="00DE112B" w:rsidRDefault="00101A00">
      <w:pPr>
        <w:spacing w:line="240" w:lineRule="auto"/>
        <w:jc w:val="center"/>
      </w:pPr>
      <w:bookmarkStart w:id="0" w:name="_GoBack"/>
      <w:bookmarkEnd w:id="0"/>
      <w:r>
        <w:rPr>
          <w:b/>
        </w:rPr>
        <w:t>KẾ HOẠCH BÀI DẠY MÔN TOÁN LỚP 2 - TUẦN 27</w:t>
      </w:r>
    </w:p>
    <w:p w:rsidR="00DE112B" w:rsidRDefault="00101A00">
      <w:pPr>
        <w:spacing w:line="240" w:lineRule="auto"/>
        <w:jc w:val="center"/>
      </w:pPr>
      <w:r>
        <w:rPr>
          <w:b/>
        </w:rPr>
        <w:t>CHỦ ĐỀ 11: ĐỘ DÀI VÀ ĐƠN VỊ ĐO ĐỘ DÀI. TIỀN VIỆT NAM</w:t>
      </w:r>
    </w:p>
    <w:p w:rsidR="00DE112B" w:rsidRDefault="00101A00">
      <w:pPr>
        <w:spacing w:line="240" w:lineRule="auto"/>
        <w:jc w:val="center"/>
      </w:pPr>
      <w:r>
        <w:rPr>
          <w:b/>
        </w:rPr>
        <w:t>BÀI 55. ĐỀ-XI-MÉT. MÉT. KI-LÔ-MÉT</w:t>
      </w:r>
    </w:p>
    <w:p w:rsidR="00DE112B" w:rsidRDefault="00101A00">
      <w:pPr>
        <w:spacing w:line="240" w:lineRule="auto"/>
        <w:jc w:val="center"/>
      </w:pPr>
      <w:r>
        <w:rPr>
          <w:b/>
        </w:rPr>
        <w:t>TIẾT 2: LUYỆN TẬP</w:t>
      </w:r>
    </w:p>
    <w:p w:rsidR="00DE112B" w:rsidRDefault="00101A00">
      <w:pPr>
        <w:spacing w:line="240" w:lineRule="auto"/>
      </w:pPr>
      <w:r>
        <w:rPr>
          <w:b/>
        </w:rPr>
        <w:t>I. YÊU CẦU CẦN ĐẠT</w:t>
      </w:r>
    </w:p>
    <w:p w:rsidR="00DE112B" w:rsidRDefault="00101A00">
      <w:pPr>
        <w:spacing w:line="240" w:lineRule="auto"/>
      </w:pPr>
      <w:r>
        <w:rPr>
          <w:b/>
        </w:rPr>
        <w:t>1. Năng lực đặc thù:</w:t>
      </w:r>
    </w:p>
    <w:p w:rsidR="00DE112B" w:rsidRDefault="00101A00">
      <w:pPr>
        <w:spacing w:line="240" w:lineRule="auto"/>
      </w:pPr>
      <w:r>
        <w:t>- Ôn tập, củng cố kiến thức về các đơn vị đo độ dài đề-xi-mét và mét.</w:t>
      </w:r>
    </w:p>
    <w:p w:rsidR="00DE112B" w:rsidRDefault="00101A00">
      <w:pPr>
        <w:spacing w:line="240" w:lineRule="auto"/>
      </w:pPr>
      <w:r>
        <w:t>- Biết thực hiện tính toán với số đo độ dài cùng đơn vị, so sánh và giải bài toán thực tế.</w:t>
      </w:r>
    </w:p>
    <w:p w:rsidR="00DE112B" w:rsidRDefault="00101A00">
      <w:pPr>
        <w:spacing w:line="240" w:lineRule="auto"/>
      </w:pPr>
      <w:r>
        <w:t>- Biết lựa chọn đơn vị phù hợp, trình bày cách làm và kiểm tra kết quả.</w:t>
      </w:r>
    </w:p>
    <w:p w:rsidR="00DE112B" w:rsidRDefault="00101A00">
      <w:pPr>
        <w:spacing w:line="240" w:lineRule="auto"/>
      </w:pPr>
      <w:r>
        <w:rPr>
          <w:b/>
        </w:rPr>
        <w:t>2. Năng lực chung:</w:t>
      </w:r>
    </w:p>
    <w:p w:rsidR="00DE112B" w:rsidRDefault="00101A00">
      <w:pPr>
        <w:spacing w:line="240" w:lineRule="auto"/>
      </w:pPr>
      <w:r>
        <w:t>- Tự chủ và tự học: Chủ động thực hiện nhiệm vụ học tập, tự kiểm tra kết quả bài làm.</w:t>
      </w:r>
    </w:p>
    <w:p w:rsidR="00DE112B" w:rsidRDefault="00101A00">
      <w:pPr>
        <w:spacing w:line="240" w:lineRule="auto"/>
      </w:pPr>
      <w:r>
        <w:t>- Giao tiếp và hợp tác: Biết trao đổi, thảo luận, lắng nghe và hợp tác với bạn trong hoạt động nhóm.</w:t>
      </w:r>
    </w:p>
    <w:p w:rsidR="00DE112B" w:rsidRDefault="00101A00">
      <w:pPr>
        <w:spacing w:line="240" w:lineRule="auto"/>
      </w:pPr>
      <w:r>
        <w:t>- Giải quyết vấn đề và sáng tạo: Biết lựa chọn cách làm phù hợp, vận dụng kiến thức đã học để giải quyết tình huống thực tế.</w:t>
      </w:r>
    </w:p>
    <w:p w:rsidR="00DE112B" w:rsidRDefault="00101A00">
      <w:pPr>
        <w:spacing w:line="240" w:lineRule="auto"/>
      </w:pPr>
      <w:r>
        <w:rPr>
          <w:b/>
        </w:rPr>
        <w:t>3. Phẩm chất:</w:t>
      </w:r>
    </w:p>
    <w:p w:rsidR="00DE112B" w:rsidRDefault="00101A00">
      <w:pPr>
        <w:spacing w:line="240" w:lineRule="auto"/>
      </w:pPr>
      <w:r>
        <w:t>- Chăm chỉ: Tích cực học tập, rèn luyện tính cẩn thận, kiên trì khi thực hiện nhiệm vụ.</w:t>
      </w:r>
    </w:p>
    <w:p w:rsidR="00DE112B" w:rsidRDefault="00101A00">
      <w:pPr>
        <w:spacing w:line="240" w:lineRule="auto"/>
      </w:pPr>
      <w:r>
        <w:t>- Trách nhiệm: Có ý thức hoàn thành nhiệm vụ học tập, biết hợp tác và hỗ trợ bạn khi làm việc nhóm.</w:t>
      </w:r>
    </w:p>
    <w:p w:rsidR="00DE112B" w:rsidRDefault="00101A00">
      <w:pPr>
        <w:spacing w:line="240" w:lineRule="auto"/>
      </w:pPr>
      <w:r>
        <w:rPr>
          <w:b/>
          <w:color w:val="FF0000"/>
        </w:rPr>
        <w:t>4. Tích hợp</w:t>
      </w:r>
    </w:p>
    <w:p w:rsidR="00DE112B" w:rsidRDefault="00101A00">
      <w:pPr>
        <w:spacing w:line="240" w:lineRule="auto"/>
      </w:pPr>
      <w:r>
        <w:rPr>
          <w:color w:val="C00000"/>
        </w:rPr>
        <w:t>- Tích hợp AI - YCCĐ 2.D1.1: HS nêu được một số vấn đề đơn giản trong đời sống có thể áp dụng AI để giải quyết. Trong bài học, HS nhận biết bản đồ thông minh, thước đo thông minh hoặc ứng dụng đo khoảng cách có thể hỗ trợ ước lượng quãng đường nhanh hơn; tuy nhiên khi làm toán, HS phải tự đọc số đo trong SGK, xác định đúng đơn vị dm, m, km, thực hiện phép tính và giải thích cách làm. HS hiểu kết quả do công cụ thông minh đưa ra chỉ dùng để tham khảo, không thay thế việc tự suy nghĩ, tự tính toán và tự kiểm tra bằng kiến thức đã học.</w:t>
      </w:r>
    </w:p>
    <w:p w:rsidR="00DE112B" w:rsidRDefault="00101A00">
      <w:pPr>
        <w:spacing w:line="240" w:lineRule="auto"/>
      </w:pPr>
      <w:r>
        <w:rPr>
          <w:b/>
        </w:rPr>
        <w:t>II. ĐỒ DÙNG DẠY HỌC</w:t>
      </w:r>
    </w:p>
    <w:p w:rsidR="00DE112B" w:rsidRDefault="00101A00">
      <w:pPr>
        <w:spacing w:line="240" w:lineRule="auto"/>
      </w:pPr>
      <w:r>
        <w:t>- GV: Máy tính, ti vi, tranh SGK, slide minh họa bản đồ/thước đo thông minh, phiếu học tập.</w:t>
      </w:r>
    </w:p>
    <w:p w:rsidR="00DE112B" w:rsidRDefault="00101A00">
      <w:pPr>
        <w:spacing w:line="240" w:lineRule="auto"/>
      </w:pPr>
      <w:r>
        <w:t>- HS: SGK, vở ô li, bảng con, thước kẻ, bút chì.</w:t>
      </w:r>
    </w:p>
    <w:p w:rsidR="00DE112B" w:rsidRDefault="00101A00">
      <w:pPr>
        <w:spacing w:line="240" w:lineRule="auto"/>
      </w:pPr>
      <w:r>
        <w:rPr>
          <w:b/>
        </w:rPr>
        <w:t>III. CÁC HOẠT ĐỘNG DẠY HỌC CHỦ YẾU</w:t>
      </w:r>
    </w:p>
    <w:tbl>
      <w:tblPr>
        <w:tblW w:w="0" w:type="auto"/>
        <w:jc w:val="center"/>
        <w:tblLayout w:type="fixed"/>
        <w:tblCellMar>
          <w:top w:w="60" w:type="dxa"/>
          <w:left w:w="60" w:type="dxa"/>
          <w:bottom w:w="60" w:type="dxa"/>
          <w:right w:w="60" w:type="dxa"/>
        </w:tblCellMar>
        <w:tblLook w:val="04A0" w:firstRow="1" w:lastRow="0" w:firstColumn="1" w:lastColumn="0" w:noHBand="0" w:noVBand="1"/>
      </w:tblPr>
      <w:tblGrid>
        <w:gridCol w:w="5328"/>
        <w:gridCol w:w="4854"/>
      </w:tblGrid>
      <w:tr w:rsidR="00DE112B" w:rsidTr="00EA6741">
        <w:trPr>
          <w:jc w:val="center"/>
        </w:trPr>
        <w:tc>
          <w:tcPr>
            <w:tcW w:w="5328" w:type="dxa"/>
            <w:tcBorders>
              <w:top w:val="single" w:sz="8" w:space="0" w:color="808080"/>
              <w:left w:val="single" w:sz="8" w:space="0" w:color="808080"/>
              <w:bottom w:val="single" w:sz="8" w:space="0" w:color="808080"/>
              <w:right w:val="single" w:sz="8" w:space="0" w:color="808080"/>
            </w:tcBorders>
            <w:shd w:val="clear" w:color="auto" w:fill="auto"/>
            <w:vAlign w:val="center"/>
          </w:tcPr>
          <w:p w:rsidR="00DE112B" w:rsidRDefault="00101A00">
            <w:pPr>
              <w:spacing w:line="240" w:lineRule="auto"/>
              <w:jc w:val="center"/>
            </w:pPr>
            <w:r>
              <w:rPr>
                <w:b/>
              </w:rPr>
              <w:t>Hoạt động của giáo viên</w:t>
            </w:r>
          </w:p>
        </w:tc>
        <w:tc>
          <w:tcPr>
            <w:tcW w:w="4854" w:type="dxa"/>
            <w:tcBorders>
              <w:top w:val="single" w:sz="8" w:space="0" w:color="808080"/>
              <w:left w:val="single" w:sz="8" w:space="0" w:color="808080"/>
              <w:bottom w:val="single" w:sz="8" w:space="0" w:color="808080"/>
              <w:right w:val="single" w:sz="8" w:space="0" w:color="808080"/>
            </w:tcBorders>
            <w:shd w:val="clear" w:color="auto" w:fill="auto"/>
            <w:vAlign w:val="center"/>
          </w:tcPr>
          <w:p w:rsidR="00DE112B" w:rsidRDefault="00101A00">
            <w:pPr>
              <w:spacing w:line="240" w:lineRule="auto"/>
              <w:jc w:val="center"/>
            </w:pPr>
            <w:r>
              <w:rPr>
                <w:b/>
              </w:rPr>
              <w:t>Hoạt động của học sinh</w:t>
            </w:r>
          </w:p>
        </w:tc>
      </w:tr>
      <w:tr w:rsidR="00DE112B" w:rsidTr="00EA6741">
        <w:trPr>
          <w:jc w:val="center"/>
        </w:trPr>
        <w:tc>
          <w:tcPr>
            <w:tcW w:w="10182" w:type="dxa"/>
            <w:gridSpan w:val="2"/>
            <w:tcBorders>
              <w:top w:val="single" w:sz="8" w:space="0" w:color="808080"/>
              <w:left w:val="single" w:sz="8" w:space="0" w:color="808080"/>
              <w:bottom w:val="single" w:sz="8" w:space="0" w:color="808080"/>
              <w:right w:val="single" w:sz="8" w:space="0" w:color="808080"/>
            </w:tcBorders>
            <w:shd w:val="clear" w:color="auto" w:fill="auto"/>
            <w:vAlign w:val="center"/>
          </w:tcPr>
          <w:p w:rsidR="00DE112B" w:rsidRDefault="00101A00">
            <w:pPr>
              <w:spacing w:line="240" w:lineRule="auto"/>
            </w:pPr>
            <w:r>
              <w:rPr>
                <w:b/>
              </w:rPr>
              <w:t>1. KHỞI ĐỘNG (3 phút)</w:t>
            </w:r>
          </w:p>
          <w:p w:rsidR="00DE112B" w:rsidRDefault="00101A00">
            <w:pPr>
              <w:spacing w:line="240" w:lineRule="auto"/>
            </w:pPr>
            <w:r>
              <w:rPr>
                <w:b/>
              </w:rPr>
              <w:lastRenderedPageBreak/>
              <w:t>Mục tiêu: Ôn nhanh các đơn vị đo độ dài đã học.</w:t>
            </w:r>
          </w:p>
        </w:tc>
      </w:tr>
      <w:tr w:rsidR="00DE112B" w:rsidTr="00EA6741">
        <w:trPr>
          <w:jc w:val="center"/>
        </w:trPr>
        <w:tc>
          <w:tcPr>
            <w:tcW w:w="5328" w:type="dxa"/>
            <w:tcBorders>
              <w:top w:val="single" w:sz="8" w:space="0" w:color="808080"/>
              <w:left w:val="single" w:sz="8" w:space="0" w:color="808080"/>
              <w:bottom w:val="single" w:sz="8" w:space="0" w:color="808080"/>
              <w:right w:val="single" w:sz="8" w:space="0" w:color="808080"/>
            </w:tcBorders>
            <w:shd w:val="clear" w:color="auto" w:fill="auto"/>
            <w:vAlign w:val="center"/>
          </w:tcPr>
          <w:p w:rsidR="00DE112B" w:rsidRDefault="00101A00">
            <w:pPr>
              <w:spacing w:line="240" w:lineRule="auto"/>
            </w:pPr>
            <w:r>
              <w:lastRenderedPageBreak/>
              <w:t>- GV tổ chức trò chơi “Truyền điện”: HS nối tiếp nêu các mối quan hệ 1 dm = ? cm; 1 m = ? dm; 1 m = ? cm.</w:t>
            </w:r>
          </w:p>
        </w:tc>
        <w:tc>
          <w:tcPr>
            <w:tcW w:w="4854" w:type="dxa"/>
            <w:tcBorders>
              <w:top w:val="single" w:sz="8" w:space="0" w:color="808080"/>
              <w:left w:val="single" w:sz="8" w:space="0" w:color="808080"/>
              <w:bottom w:val="single" w:sz="8" w:space="0" w:color="808080"/>
              <w:right w:val="single" w:sz="8" w:space="0" w:color="808080"/>
            </w:tcBorders>
            <w:shd w:val="clear" w:color="auto" w:fill="auto"/>
            <w:vAlign w:val="center"/>
          </w:tcPr>
          <w:p w:rsidR="00DE112B" w:rsidRDefault="00101A00">
            <w:pPr>
              <w:spacing w:line="240" w:lineRule="auto"/>
            </w:pPr>
            <w:r>
              <w:t>- HS tham gia trò chơi, nêu nhanh: 1 dm = 10 cm; 1 m = 10 dm; 1 m = 100 cm.</w:t>
            </w:r>
          </w:p>
        </w:tc>
      </w:tr>
      <w:tr w:rsidR="00DE112B" w:rsidTr="00EA6741">
        <w:trPr>
          <w:jc w:val="center"/>
        </w:trPr>
        <w:tc>
          <w:tcPr>
            <w:tcW w:w="5328" w:type="dxa"/>
            <w:tcBorders>
              <w:top w:val="single" w:sz="8" w:space="0" w:color="808080"/>
              <w:left w:val="single" w:sz="8" w:space="0" w:color="808080"/>
              <w:bottom w:val="single" w:sz="8" w:space="0" w:color="808080"/>
              <w:right w:val="single" w:sz="8" w:space="0" w:color="808080"/>
            </w:tcBorders>
            <w:shd w:val="clear" w:color="auto" w:fill="auto"/>
            <w:vAlign w:val="center"/>
          </w:tcPr>
          <w:p w:rsidR="00DE112B" w:rsidRDefault="00101A00">
            <w:pPr>
              <w:spacing w:line="240" w:lineRule="auto"/>
            </w:pPr>
            <w:r>
              <w:t>- GV nhận xét, tuyên dương và giới thiệu tiết Luyện tập.</w:t>
            </w:r>
          </w:p>
        </w:tc>
        <w:tc>
          <w:tcPr>
            <w:tcW w:w="4854" w:type="dxa"/>
            <w:tcBorders>
              <w:top w:val="single" w:sz="8" w:space="0" w:color="808080"/>
              <w:left w:val="single" w:sz="8" w:space="0" w:color="808080"/>
              <w:bottom w:val="single" w:sz="8" w:space="0" w:color="808080"/>
              <w:right w:val="single" w:sz="8" w:space="0" w:color="808080"/>
            </w:tcBorders>
            <w:shd w:val="clear" w:color="auto" w:fill="auto"/>
            <w:vAlign w:val="center"/>
          </w:tcPr>
          <w:p w:rsidR="00DE112B" w:rsidRDefault="00101A00">
            <w:pPr>
              <w:spacing w:line="240" w:lineRule="auto"/>
            </w:pPr>
            <w:r>
              <w:t>- HS lắng nghe, chuẩn bị vào bài học.</w:t>
            </w:r>
          </w:p>
        </w:tc>
      </w:tr>
      <w:tr w:rsidR="00EA6741" w:rsidRPr="00EA6741" w:rsidTr="00EA6741">
        <w:trPr>
          <w:jc w:val="center"/>
        </w:trPr>
        <w:tc>
          <w:tcPr>
            <w:tcW w:w="10182" w:type="dxa"/>
            <w:gridSpan w:val="2"/>
            <w:tcBorders>
              <w:top w:val="single" w:sz="8" w:space="0" w:color="808080"/>
              <w:left w:val="single" w:sz="8" w:space="0" w:color="808080"/>
              <w:bottom w:val="single" w:sz="8" w:space="0" w:color="808080"/>
              <w:right w:val="single" w:sz="8" w:space="0" w:color="808080"/>
            </w:tcBorders>
            <w:shd w:val="clear" w:color="auto" w:fill="auto"/>
            <w:vAlign w:val="center"/>
          </w:tcPr>
          <w:p w:rsidR="00DE112B" w:rsidRPr="00EA6741" w:rsidRDefault="00101A00">
            <w:pPr>
              <w:spacing w:line="240" w:lineRule="auto"/>
            </w:pPr>
            <w:r w:rsidRPr="00EA6741">
              <w:t>2. LUYỆN TẬP, THỰC HÀNH (30 phút)</w:t>
            </w:r>
          </w:p>
          <w:p w:rsidR="00DE112B" w:rsidRPr="00EA6741" w:rsidRDefault="00101A00">
            <w:pPr>
              <w:spacing w:line="240" w:lineRule="auto"/>
            </w:pPr>
            <w:r w:rsidRPr="00EA6741">
              <w:t>Mục tiêu: HS tính đúng với số đo độ dài, giải toán thực tế và củng cố qua trò chơi.</w:t>
            </w:r>
          </w:p>
          <w:p w:rsidR="00DE112B" w:rsidRPr="00EA6741" w:rsidRDefault="00101A00">
            <w:pPr>
              <w:spacing w:line="240" w:lineRule="auto"/>
            </w:pPr>
            <w:r w:rsidRPr="00EA6741">
              <w:t>Mục tiêu tích hợp AI: HS nhận biết bản đồ/thước đo thông minh có thể hỗ trợ ước lượng quãng đường trong đời sống; biết kết quả công cụ đưa ra chỉ là thông tin tham khảo. Khi làm bài, HS phải đọc đúng dữ kiện trong SGK, chọn đúng đơn vị dm, m, km, tự thực hiện phép tính, kiểm tra lại kết quả và giải thích vì sao chọn cách làm đó.</w:t>
            </w:r>
          </w:p>
        </w:tc>
      </w:tr>
      <w:tr w:rsidR="00DE112B" w:rsidTr="00EA6741">
        <w:trPr>
          <w:jc w:val="center"/>
        </w:trPr>
        <w:tc>
          <w:tcPr>
            <w:tcW w:w="5328" w:type="dxa"/>
            <w:tcBorders>
              <w:top w:val="single" w:sz="8" w:space="0" w:color="808080"/>
              <w:left w:val="single" w:sz="8" w:space="0" w:color="808080"/>
              <w:bottom w:val="single" w:sz="8" w:space="0" w:color="808080"/>
              <w:right w:val="single" w:sz="8" w:space="0" w:color="808080"/>
            </w:tcBorders>
            <w:shd w:val="clear" w:color="auto" w:fill="auto"/>
            <w:vAlign w:val="center"/>
          </w:tcPr>
          <w:p w:rsidR="00DE112B" w:rsidRDefault="00101A00">
            <w:pPr>
              <w:spacing w:line="240" w:lineRule="auto"/>
            </w:pPr>
            <w:r>
              <w:rPr>
                <w:b/>
              </w:rPr>
              <w:t>Bài 1: Số?</w:t>
            </w:r>
          </w:p>
          <w:p w:rsidR="00DE112B" w:rsidRDefault="00101A00">
            <w:pPr>
              <w:spacing w:line="240" w:lineRule="auto"/>
            </w:pPr>
            <w:r>
              <w:t>- GV yêu cầu HS đọc yêu cầu và quan sát mẫu trong SGK.</w:t>
            </w:r>
          </w:p>
          <w:p w:rsidR="00DE112B" w:rsidRDefault="00DE112B" w:rsidP="006D5411">
            <w:pPr>
              <w:spacing w:line="240" w:lineRule="auto"/>
            </w:pPr>
          </w:p>
        </w:tc>
        <w:tc>
          <w:tcPr>
            <w:tcW w:w="4854" w:type="dxa"/>
            <w:tcBorders>
              <w:top w:val="single" w:sz="8" w:space="0" w:color="808080"/>
              <w:left w:val="single" w:sz="8" w:space="0" w:color="808080"/>
              <w:bottom w:val="single" w:sz="8" w:space="0" w:color="808080"/>
              <w:right w:val="single" w:sz="8" w:space="0" w:color="808080"/>
            </w:tcBorders>
            <w:shd w:val="clear" w:color="auto" w:fill="auto"/>
            <w:vAlign w:val="center"/>
          </w:tcPr>
          <w:p w:rsidR="00DE112B" w:rsidRDefault="00101A00">
            <w:pPr>
              <w:spacing w:line="240" w:lineRule="auto"/>
            </w:pPr>
            <w:r>
              <w:t>- HS đọc yêu cầu, quan sát các phép tính mẫu.</w:t>
            </w:r>
          </w:p>
        </w:tc>
      </w:tr>
      <w:tr w:rsidR="00DE112B" w:rsidTr="00EA6741">
        <w:trPr>
          <w:jc w:val="center"/>
        </w:trPr>
        <w:tc>
          <w:tcPr>
            <w:tcW w:w="5328" w:type="dxa"/>
            <w:tcBorders>
              <w:top w:val="single" w:sz="8" w:space="0" w:color="808080"/>
              <w:left w:val="single" w:sz="8" w:space="0" w:color="808080"/>
              <w:bottom w:val="single" w:sz="8" w:space="0" w:color="808080"/>
              <w:right w:val="single" w:sz="8" w:space="0" w:color="808080"/>
            </w:tcBorders>
            <w:shd w:val="clear" w:color="auto" w:fill="auto"/>
            <w:vAlign w:val="center"/>
          </w:tcPr>
          <w:p w:rsidR="00DE112B" w:rsidRDefault="00101A00">
            <w:pPr>
              <w:spacing w:line="240" w:lineRule="auto"/>
            </w:pPr>
            <w:r>
              <w:t>- GV yêu cầu HS làm cá nhân vào phiếu học tập các phép tính với đơn vị dm, m.</w:t>
            </w:r>
          </w:p>
        </w:tc>
        <w:tc>
          <w:tcPr>
            <w:tcW w:w="4854" w:type="dxa"/>
            <w:tcBorders>
              <w:top w:val="single" w:sz="8" w:space="0" w:color="808080"/>
              <w:left w:val="single" w:sz="8" w:space="0" w:color="808080"/>
              <w:bottom w:val="single" w:sz="8" w:space="0" w:color="808080"/>
              <w:right w:val="single" w:sz="8" w:space="0" w:color="808080"/>
            </w:tcBorders>
            <w:shd w:val="clear" w:color="auto" w:fill="auto"/>
            <w:vAlign w:val="center"/>
          </w:tcPr>
          <w:p w:rsidR="00DE112B" w:rsidRDefault="00101A00">
            <w:pPr>
              <w:spacing w:line="240" w:lineRule="auto"/>
            </w:pPr>
            <w:r>
              <w:t>- HS làm cá nhân: 5 dm + 8 dm = 13 dm; 65 m - 30 m = 35 m; 26 dm + 45 dm = 71 dm; 51 m - 16 m = 35 m.</w:t>
            </w:r>
          </w:p>
        </w:tc>
      </w:tr>
      <w:tr w:rsidR="00DE112B" w:rsidTr="00EA6741">
        <w:trPr>
          <w:jc w:val="center"/>
        </w:trPr>
        <w:tc>
          <w:tcPr>
            <w:tcW w:w="5328" w:type="dxa"/>
            <w:tcBorders>
              <w:top w:val="single" w:sz="8" w:space="0" w:color="808080"/>
              <w:left w:val="single" w:sz="8" w:space="0" w:color="808080"/>
              <w:bottom w:val="single" w:sz="8" w:space="0" w:color="808080"/>
              <w:right w:val="single" w:sz="8" w:space="0" w:color="808080"/>
            </w:tcBorders>
            <w:shd w:val="clear" w:color="auto" w:fill="auto"/>
            <w:vAlign w:val="center"/>
          </w:tcPr>
          <w:p w:rsidR="00DE112B" w:rsidRDefault="00101A00">
            <w:pPr>
              <w:spacing w:line="240" w:lineRule="auto"/>
            </w:pPr>
            <w:r>
              <w:t>- GV hỏi: Khi cộng, trừ các số đo có cùng đơn vị, em cần chú ý điều gì?</w:t>
            </w:r>
          </w:p>
        </w:tc>
        <w:tc>
          <w:tcPr>
            <w:tcW w:w="4854" w:type="dxa"/>
            <w:tcBorders>
              <w:top w:val="single" w:sz="8" w:space="0" w:color="808080"/>
              <w:left w:val="single" w:sz="8" w:space="0" w:color="808080"/>
              <w:bottom w:val="single" w:sz="8" w:space="0" w:color="808080"/>
              <w:right w:val="single" w:sz="8" w:space="0" w:color="808080"/>
            </w:tcBorders>
            <w:shd w:val="clear" w:color="auto" w:fill="auto"/>
            <w:vAlign w:val="center"/>
          </w:tcPr>
          <w:p w:rsidR="00DE112B" w:rsidRDefault="00101A00">
            <w:pPr>
              <w:spacing w:line="240" w:lineRule="auto"/>
            </w:pPr>
            <w:r>
              <w:t>- HS trả lời: Cộng hoặc trừ các số, sau đó viết đơn vị đo vào kết quả.</w:t>
            </w:r>
          </w:p>
        </w:tc>
      </w:tr>
      <w:tr w:rsidR="00DE112B" w:rsidTr="00EA6741">
        <w:trPr>
          <w:jc w:val="center"/>
        </w:trPr>
        <w:tc>
          <w:tcPr>
            <w:tcW w:w="5328" w:type="dxa"/>
            <w:tcBorders>
              <w:top w:val="single" w:sz="8" w:space="0" w:color="808080"/>
              <w:left w:val="single" w:sz="8" w:space="0" w:color="808080"/>
              <w:bottom w:val="single" w:sz="8" w:space="0" w:color="808080"/>
              <w:right w:val="single" w:sz="8" w:space="0" w:color="808080"/>
            </w:tcBorders>
            <w:shd w:val="clear" w:color="auto" w:fill="auto"/>
            <w:vAlign w:val="center"/>
          </w:tcPr>
          <w:p w:rsidR="00DE112B" w:rsidRDefault="00101A00">
            <w:pPr>
              <w:spacing w:line="240" w:lineRule="auto"/>
            </w:pPr>
            <w:r>
              <w:t>- GV nhận xét, chốt cách làm.</w:t>
            </w:r>
          </w:p>
        </w:tc>
        <w:tc>
          <w:tcPr>
            <w:tcW w:w="4854" w:type="dxa"/>
            <w:tcBorders>
              <w:top w:val="single" w:sz="8" w:space="0" w:color="808080"/>
              <w:left w:val="single" w:sz="8" w:space="0" w:color="808080"/>
              <w:bottom w:val="single" w:sz="8" w:space="0" w:color="808080"/>
              <w:right w:val="single" w:sz="8" w:space="0" w:color="808080"/>
            </w:tcBorders>
            <w:shd w:val="clear" w:color="auto" w:fill="auto"/>
            <w:vAlign w:val="center"/>
          </w:tcPr>
          <w:p w:rsidR="00DE112B" w:rsidRDefault="00101A00">
            <w:pPr>
              <w:spacing w:line="240" w:lineRule="auto"/>
            </w:pPr>
            <w:r>
              <w:t>- HS đối chiếu, sửa bài nếu cần.</w:t>
            </w:r>
          </w:p>
        </w:tc>
      </w:tr>
      <w:tr w:rsidR="00DE112B" w:rsidTr="00EA6741">
        <w:trPr>
          <w:jc w:val="center"/>
        </w:trPr>
        <w:tc>
          <w:tcPr>
            <w:tcW w:w="5328" w:type="dxa"/>
            <w:tcBorders>
              <w:top w:val="single" w:sz="8" w:space="0" w:color="808080"/>
              <w:left w:val="single" w:sz="8" w:space="0" w:color="808080"/>
              <w:bottom w:val="single" w:sz="8" w:space="0" w:color="808080"/>
              <w:right w:val="single" w:sz="8" w:space="0" w:color="808080"/>
            </w:tcBorders>
            <w:shd w:val="clear" w:color="auto" w:fill="auto"/>
            <w:vAlign w:val="center"/>
          </w:tcPr>
          <w:p w:rsidR="00DE112B" w:rsidRDefault="00101A00">
            <w:pPr>
              <w:spacing w:line="240" w:lineRule="auto"/>
            </w:pPr>
            <w:r>
              <w:rPr>
                <w:b/>
              </w:rPr>
              <w:t>Bài 2: Quan sát tranh rồi trả lời câu hỏi.</w:t>
            </w:r>
          </w:p>
          <w:p w:rsidR="00DE112B" w:rsidRDefault="00101A00">
            <w:pPr>
              <w:spacing w:line="240" w:lineRule="auto"/>
            </w:pPr>
            <w:r>
              <w:t>- GV yêu cầu HS quan sát tranh đường đi của Rô-bốt.</w:t>
            </w:r>
          </w:p>
          <w:p w:rsidR="00DE112B" w:rsidRDefault="00DE112B">
            <w:pPr>
              <w:spacing w:line="240" w:lineRule="auto"/>
              <w:jc w:val="center"/>
            </w:pPr>
          </w:p>
        </w:tc>
        <w:tc>
          <w:tcPr>
            <w:tcW w:w="4854" w:type="dxa"/>
            <w:tcBorders>
              <w:top w:val="single" w:sz="8" w:space="0" w:color="808080"/>
              <w:left w:val="single" w:sz="8" w:space="0" w:color="808080"/>
              <w:bottom w:val="single" w:sz="8" w:space="0" w:color="808080"/>
              <w:right w:val="single" w:sz="8" w:space="0" w:color="808080"/>
            </w:tcBorders>
            <w:shd w:val="clear" w:color="auto" w:fill="auto"/>
            <w:vAlign w:val="center"/>
          </w:tcPr>
          <w:p w:rsidR="00DE112B" w:rsidRDefault="00101A00">
            <w:pPr>
              <w:spacing w:line="240" w:lineRule="auto"/>
            </w:pPr>
            <w:r>
              <w:t>- HS quan sát tranh, xác định các số đo trên đường đi.</w:t>
            </w:r>
          </w:p>
        </w:tc>
      </w:tr>
      <w:tr w:rsidR="00DE112B" w:rsidTr="00EA6741">
        <w:trPr>
          <w:jc w:val="center"/>
        </w:trPr>
        <w:tc>
          <w:tcPr>
            <w:tcW w:w="5328" w:type="dxa"/>
            <w:tcBorders>
              <w:top w:val="single" w:sz="8" w:space="0" w:color="808080"/>
              <w:left w:val="single" w:sz="8" w:space="0" w:color="808080"/>
              <w:bottom w:val="single" w:sz="8" w:space="0" w:color="808080"/>
              <w:right w:val="single" w:sz="8" w:space="0" w:color="808080"/>
            </w:tcBorders>
            <w:shd w:val="clear" w:color="auto" w:fill="auto"/>
            <w:vAlign w:val="center"/>
          </w:tcPr>
          <w:p w:rsidR="00DE112B" w:rsidRDefault="00101A00">
            <w:pPr>
              <w:spacing w:line="240" w:lineRule="auto"/>
            </w:pPr>
            <w:r>
              <w:t>- GV hỏi: Rô-bốt đi từ đèn cầu trượt rồi ra bập bênh gồm những đoạn đường nào?</w:t>
            </w:r>
          </w:p>
        </w:tc>
        <w:tc>
          <w:tcPr>
            <w:tcW w:w="4854" w:type="dxa"/>
            <w:tcBorders>
              <w:top w:val="single" w:sz="8" w:space="0" w:color="808080"/>
              <w:left w:val="single" w:sz="8" w:space="0" w:color="808080"/>
              <w:bottom w:val="single" w:sz="8" w:space="0" w:color="808080"/>
              <w:right w:val="single" w:sz="8" w:space="0" w:color="808080"/>
            </w:tcBorders>
            <w:shd w:val="clear" w:color="auto" w:fill="auto"/>
            <w:vAlign w:val="center"/>
          </w:tcPr>
          <w:p w:rsidR="00DE112B" w:rsidRDefault="00101A00">
            <w:pPr>
              <w:spacing w:line="240" w:lineRule="auto"/>
            </w:pPr>
            <w:r>
              <w:t>- HS trả lời: Gồm đoạn 30 m và đoạn 15 m.</w:t>
            </w:r>
          </w:p>
        </w:tc>
      </w:tr>
      <w:tr w:rsidR="00DE112B" w:rsidTr="00EA6741">
        <w:trPr>
          <w:jc w:val="center"/>
        </w:trPr>
        <w:tc>
          <w:tcPr>
            <w:tcW w:w="5328" w:type="dxa"/>
            <w:tcBorders>
              <w:top w:val="single" w:sz="8" w:space="0" w:color="808080"/>
              <w:left w:val="single" w:sz="8" w:space="0" w:color="808080"/>
              <w:bottom w:val="single" w:sz="8" w:space="0" w:color="808080"/>
              <w:right w:val="single" w:sz="8" w:space="0" w:color="808080"/>
            </w:tcBorders>
            <w:shd w:val="clear" w:color="auto" w:fill="auto"/>
            <w:vAlign w:val="center"/>
          </w:tcPr>
          <w:p w:rsidR="00DE112B" w:rsidRDefault="00101A00">
            <w:pPr>
              <w:spacing w:line="240" w:lineRule="auto"/>
            </w:pPr>
            <w:r>
              <w:t>- GV yêu cầu HS thảo luận nhóm đôi để tính Rô-bốt đã đi bao nhiêu mét.</w:t>
            </w:r>
          </w:p>
        </w:tc>
        <w:tc>
          <w:tcPr>
            <w:tcW w:w="4854" w:type="dxa"/>
            <w:tcBorders>
              <w:top w:val="single" w:sz="8" w:space="0" w:color="808080"/>
              <w:left w:val="single" w:sz="8" w:space="0" w:color="808080"/>
              <w:bottom w:val="single" w:sz="8" w:space="0" w:color="808080"/>
              <w:right w:val="single" w:sz="8" w:space="0" w:color="808080"/>
            </w:tcBorders>
            <w:shd w:val="clear" w:color="auto" w:fill="auto"/>
            <w:vAlign w:val="center"/>
          </w:tcPr>
          <w:p w:rsidR="00DE112B" w:rsidRDefault="00101A00">
            <w:pPr>
              <w:spacing w:line="240" w:lineRule="auto"/>
            </w:pPr>
            <w:r>
              <w:t>- HS thảo luận nhóm đôi, tính: 30 m + 15 m = 45 m.</w:t>
            </w:r>
          </w:p>
        </w:tc>
      </w:tr>
      <w:tr w:rsidR="00DE112B" w:rsidTr="00EA6741">
        <w:trPr>
          <w:jc w:val="center"/>
        </w:trPr>
        <w:tc>
          <w:tcPr>
            <w:tcW w:w="5328" w:type="dxa"/>
            <w:tcBorders>
              <w:top w:val="single" w:sz="8" w:space="0" w:color="808080"/>
              <w:left w:val="single" w:sz="8" w:space="0" w:color="808080"/>
              <w:bottom w:val="single" w:sz="8" w:space="0" w:color="808080"/>
              <w:right w:val="single" w:sz="8" w:space="0" w:color="808080"/>
            </w:tcBorders>
            <w:shd w:val="clear" w:color="auto" w:fill="auto"/>
            <w:vAlign w:val="center"/>
          </w:tcPr>
          <w:p w:rsidR="00DE112B" w:rsidRDefault="00101A00">
            <w:pPr>
              <w:spacing w:line="240" w:lineRule="auto"/>
            </w:pPr>
            <w:r>
              <w:rPr>
                <w:color w:val="C00000"/>
              </w:rPr>
              <w:t xml:space="preserve">- Tích hợp AI: GV nêu tình huống gần gũi: “Khi người lớn dùng bản đồ thông minh, ứng dụng có thể gợi ý quãng đường từ nhà đến trường hoặc từ cổng trường đến sân chơi. Kết quả đó giúp chúng ta hình dung đường đi nhanh hơn. Nhưng trong bài toán hôm nay, nếu chỉ nhìn kết quả gợi ý mà không đọc số đo trên tranh thì có thể chọn sai đơn vị hoặc tính sai.” GV yêu cầu HS quan sát lại hình SGK, đọc từng số đo trên đường đi, xác định đơn vị là mét, sau đó cộng các đoạn đường theo thứ tự. GV nhấn mạnh: AI/công cụ số có thể hỗ trợ ước lượng và kiểm tra, còn HS phải tự hiểu dữ </w:t>
            </w:r>
            <w:r>
              <w:rPr>
                <w:color w:val="C00000"/>
              </w:rPr>
              <w:lastRenderedPageBreak/>
              <w:t>kiện, tự tính, ghi đúng đơn vị và giải thích được vì sao kết quả là như vậy.</w:t>
            </w:r>
          </w:p>
        </w:tc>
        <w:tc>
          <w:tcPr>
            <w:tcW w:w="4854" w:type="dxa"/>
            <w:tcBorders>
              <w:top w:val="single" w:sz="8" w:space="0" w:color="808080"/>
              <w:left w:val="single" w:sz="8" w:space="0" w:color="808080"/>
              <w:bottom w:val="single" w:sz="8" w:space="0" w:color="808080"/>
              <w:right w:val="single" w:sz="8" w:space="0" w:color="808080"/>
            </w:tcBorders>
            <w:shd w:val="clear" w:color="auto" w:fill="auto"/>
            <w:vAlign w:val="center"/>
          </w:tcPr>
          <w:p w:rsidR="00DE112B" w:rsidRDefault="00101A00">
            <w:pPr>
              <w:spacing w:line="240" w:lineRule="auto"/>
            </w:pPr>
            <w:r>
              <w:rPr>
                <w:color w:val="FF0000"/>
              </w:rPr>
              <w:lastRenderedPageBreak/>
              <w:t>- HS lắng nghe, nêu lại cách kiểm tra: đọc số đo trên tranh, cộng các đoạn đường và ghi đơn vị mét.</w:t>
            </w:r>
          </w:p>
        </w:tc>
      </w:tr>
      <w:tr w:rsidR="00DE112B" w:rsidTr="00EA6741">
        <w:trPr>
          <w:jc w:val="center"/>
        </w:trPr>
        <w:tc>
          <w:tcPr>
            <w:tcW w:w="5328" w:type="dxa"/>
            <w:tcBorders>
              <w:top w:val="single" w:sz="8" w:space="0" w:color="808080"/>
              <w:left w:val="single" w:sz="8" w:space="0" w:color="808080"/>
              <w:bottom w:val="single" w:sz="8" w:space="0" w:color="808080"/>
              <w:right w:val="single" w:sz="8" w:space="0" w:color="808080"/>
            </w:tcBorders>
            <w:shd w:val="clear" w:color="auto" w:fill="auto"/>
            <w:vAlign w:val="center"/>
          </w:tcPr>
          <w:p w:rsidR="00DE112B" w:rsidRDefault="00101A00">
            <w:pPr>
              <w:spacing w:line="240" w:lineRule="auto"/>
            </w:pPr>
            <w:r>
              <w:rPr>
                <w:b/>
              </w:rPr>
              <w:lastRenderedPageBreak/>
              <w:t>Bài 3: Nam, Việt và Rô-bốt cùng chơi đá cầu.</w:t>
            </w:r>
          </w:p>
          <w:p w:rsidR="00DE112B" w:rsidRDefault="00101A00">
            <w:pPr>
              <w:spacing w:line="240" w:lineRule="auto"/>
            </w:pPr>
            <w:r>
              <w:t>- GV yêu cầu HS đọc đề bài và quan sát tranh.</w:t>
            </w:r>
          </w:p>
          <w:p w:rsidR="00DE112B" w:rsidRDefault="00DE112B">
            <w:pPr>
              <w:spacing w:line="240" w:lineRule="auto"/>
              <w:jc w:val="center"/>
            </w:pPr>
          </w:p>
        </w:tc>
        <w:tc>
          <w:tcPr>
            <w:tcW w:w="4854" w:type="dxa"/>
            <w:tcBorders>
              <w:top w:val="single" w:sz="8" w:space="0" w:color="808080"/>
              <w:left w:val="single" w:sz="8" w:space="0" w:color="808080"/>
              <w:bottom w:val="single" w:sz="8" w:space="0" w:color="808080"/>
              <w:right w:val="single" w:sz="8" w:space="0" w:color="808080"/>
            </w:tcBorders>
            <w:shd w:val="clear" w:color="auto" w:fill="auto"/>
            <w:vAlign w:val="center"/>
          </w:tcPr>
          <w:p w:rsidR="00DE112B" w:rsidRDefault="00101A00">
            <w:pPr>
              <w:spacing w:line="240" w:lineRule="auto"/>
            </w:pPr>
            <w:r>
              <w:t>- HS đọc đề bài, quan sát tranh các bạn chơi đá cầu.</w:t>
            </w:r>
          </w:p>
        </w:tc>
      </w:tr>
      <w:tr w:rsidR="00DE112B" w:rsidTr="00EA6741">
        <w:trPr>
          <w:jc w:val="center"/>
        </w:trPr>
        <w:tc>
          <w:tcPr>
            <w:tcW w:w="5328" w:type="dxa"/>
            <w:tcBorders>
              <w:top w:val="single" w:sz="8" w:space="0" w:color="808080"/>
              <w:left w:val="single" w:sz="8" w:space="0" w:color="808080"/>
              <w:bottom w:val="single" w:sz="8" w:space="0" w:color="808080"/>
              <w:right w:val="single" w:sz="8" w:space="0" w:color="808080"/>
            </w:tcBorders>
            <w:shd w:val="clear" w:color="auto" w:fill="auto"/>
            <w:vAlign w:val="center"/>
          </w:tcPr>
          <w:p w:rsidR="00DE112B" w:rsidRDefault="00101A00">
            <w:pPr>
              <w:spacing w:line="240" w:lineRule="auto"/>
            </w:pPr>
            <w:r>
              <w:t>- GV hỏi: Nam đá quả cầu bay xa bao nhiêu mét? Việt đá xa bao nhiêu mét? Rô-bốt đá xa bao nhiêu mét?</w:t>
            </w:r>
          </w:p>
        </w:tc>
        <w:tc>
          <w:tcPr>
            <w:tcW w:w="4854" w:type="dxa"/>
            <w:tcBorders>
              <w:top w:val="single" w:sz="8" w:space="0" w:color="808080"/>
              <w:left w:val="single" w:sz="8" w:space="0" w:color="808080"/>
              <w:bottom w:val="single" w:sz="8" w:space="0" w:color="808080"/>
              <w:right w:val="single" w:sz="8" w:space="0" w:color="808080"/>
            </w:tcBorders>
            <w:shd w:val="clear" w:color="auto" w:fill="auto"/>
            <w:vAlign w:val="center"/>
          </w:tcPr>
          <w:p w:rsidR="00DE112B" w:rsidRDefault="00101A00">
            <w:pPr>
              <w:spacing w:line="240" w:lineRule="auto"/>
            </w:pPr>
            <w:r>
              <w:t>- HS trả lời: Nam đá xa 4 m, Việt đá xa 5 m, Rô-bốt đá xa 7 m.</w:t>
            </w:r>
          </w:p>
        </w:tc>
      </w:tr>
      <w:tr w:rsidR="00DE112B" w:rsidTr="00EA6741">
        <w:trPr>
          <w:jc w:val="center"/>
        </w:trPr>
        <w:tc>
          <w:tcPr>
            <w:tcW w:w="5328" w:type="dxa"/>
            <w:tcBorders>
              <w:top w:val="single" w:sz="8" w:space="0" w:color="808080"/>
              <w:left w:val="single" w:sz="8" w:space="0" w:color="808080"/>
              <w:bottom w:val="single" w:sz="8" w:space="0" w:color="808080"/>
              <w:right w:val="single" w:sz="8" w:space="0" w:color="808080"/>
            </w:tcBorders>
            <w:shd w:val="clear" w:color="auto" w:fill="auto"/>
            <w:vAlign w:val="center"/>
          </w:tcPr>
          <w:p w:rsidR="00DE112B" w:rsidRDefault="00101A00">
            <w:pPr>
              <w:spacing w:line="240" w:lineRule="auto"/>
            </w:pPr>
            <w:r>
              <w:t>- GV hỏi: Bạn nào đá quả cầu bay xa nhất?</w:t>
            </w:r>
          </w:p>
        </w:tc>
        <w:tc>
          <w:tcPr>
            <w:tcW w:w="4854" w:type="dxa"/>
            <w:tcBorders>
              <w:top w:val="single" w:sz="8" w:space="0" w:color="808080"/>
              <w:left w:val="single" w:sz="8" w:space="0" w:color="808080"/>
              <w:bottom w:val="single" w:sz="8" w:space="0" w:color="808080"/>
              <w:right w:val="single" w:sz="8" w:space="0" w:color="808080"/>
            </w:tcBorders>
            <w:shd w:val="clear" w:color="auto" w:fill="auto"/>
            <w:vAlign w:val="center"/>
          </w:tcPr>
          <w:p w:rsidR="00DE112B" w:rsidRDefault="00101A00">
            <w:pPr>
              <w:spacing w:line="240" w:lineRule="auto"/>
            </w:pPr>
            <w:r>
              <w:t>- HS trả lời: Rô-bốt đá quả cầu bay xa nhất.</w:t>
            </w:r>
          </w:p>
        </w:tc>
      </w:tr>
      <w:tr w:rsidR="00DE112B" w:rsidTr="00EA6741">
        <w:trPr>
          <w:jc w:val="center"/>
        </w:trPr>
        <w:tc>
          <w:tcPr>
            <w:tcW w:w="5328" w:type="dxa"/>
            <w:tcBorders>
              <w:top w:val="single" w:sz="8" w:space="0" w:color="808080"/>
              <w:left w:val="single" w:sz="8" w:space="0" w:color="808080"/>
              <w:bottom w:val="single" w:sz="8" w:space="0" w:color="808080"/>
              <w:right w:val="single" w:sz="8" w:space="0" w:color="808080"/>
            </w:tcBorders>
            <w:shd w:val="clear" w:color="auto" w:fill="auto"/>
            <w:vAlign w:val="center"/>
          </w:tcPr>
          <w:p w:rsidR="00DE112B" w:rsidRDefault="00101A00">
            <w:pPr>
              <w:spacing w:line="240" w:lineRule="auto"/>
            </w:pPr>
            <w:r>
              <w:t>- GV hỏi: Việt đá quả cầu bay xa hơn Nam bao nhiêu mét?</w:t>
            </w:r>
          </w:p>
        </w:tc>
        <w:tc>
          <w:tcPr>
            <w:tcW w:w="4854" w:type="dxa"/>
            <w:tcBorders>
              <w:top w:val="single" w:sz="8" w:space="0" w:color="808080"/>
              <w:left w:val="single" w:sz="8" w:space="0" w:color="808080"/>
              <w:bottom w:val="single" w:sz="8" w:space="0" w:color="808080"/>
              <w:right w:val="single" w:sz="8" w:space="0" w:color="808080"/>
            </w:tcBorders>
            <w:shd w:val="clear" w:color="auto" w:fill="auto"/>
            <w:vAlign w:val="center"/>
          </w:tcPr>
          <w:p w:rsidR="00DE112B" w:rsidRDefault="00101A00">
            <w:pPr>
              <w:spacing w:line="240" w:lineRule="auto"/>
            </w:pPr>
            <w:r>
              <w:t>- HS trả lời: 5 m - 4 m = 1 m; Việt đá xa hơn Nam 1 m.</w:t>
            </w:r>
          </w:p>
        </w:tc>
      </w:tr>
      <w:tr w:rsidR="00DE112B" w:rsidTr="00EA6741">
        <w:trPr>
          <w:jc w:val="center"/>
        </w:trPr>
        <w:tc>
          <w:tcPr>
            <w:tcW w:w="5328" w:type="dxa"/>
            <w:tcBorders>
              <w:top w:val="single" w:sz="8" w:space="0" w:color="808080"/>
              <w:left w:val="single" w:sz="8" w:space="0" w:color="808080"/>
              <w:bottom w:val="single" w:sz="8" w:space="0" w:color="808080"/>
              <w:right w:val="single" w:sz="8" w:space="0" w:color="808080"/>
            </w:tcBorders>
            <w:shd w:val="clear" w:color="auto" w:fill="auto"/>
            <w:vAlign w:val="center"/>
          </w:tcPr>
          <w:p w:rsidR="00DE112B" w:rsidRDefault="00101A00">
            <w:pPr>
              <w:spacing w:line="240" w:lineRule="auto"/>
            </w:pPr>
            <w:r>
              <w:t>Trò chơi: Cầu thang - Cầu trượt.</w:t>
            </w:r>
          </w:p>
          <w:p w:rsidR="00DE112B" w:rsidRDefault="00101A00">
            <w:pPr>
              <w:spacing w:line="240" w:lineRule="auto"/>
            </w:pPr>
            <w:r>
              <w:t>- GV yêu cầu HS quan sát trò chơi trong SGK, đọc luật chơi.</w:t>
            </w:r>
          </w:p>
          <w:p w:rsidR="00DE112B" w:rsidRDefault="00DE112B">
            <w:pPr>
              <w:spacing w:line="240" w:lineRule="auto"/>
              <w:jc w:val="center"/>
            </w:pPr>
          </w:p>
        </w:tc>
        <w:tc>
          <w:tcPr>
            <w:tcW w:w="4854" w:type="dxa"/>
            <w:tcBorders>
              <w:top w:val="single" w:sz="8" w:space="0" w:color="808080"/>
              <w:left w:val="single" w:sz="8" w:space="0" w:color="808080"/>
              <w:bottom w:val="single" w:sz="8" w:space="0" w:color="808080"/>
              <w:right w:val="single" w:sz="8" w:space="0" w:color="808080"/>
            </w:tcBorders>
            <w:shd w:val="clear" w:color="auto" w:fill="auto"/>
            <w:vAlign w:val="center"/>
          </w:tcPr>
          <w:p w:rsidR="00DE112B" w:rsidRDefault="00101A00">
            <w:pPr>
              <w:spacing w:line="240" w:lineRule="auto"/>
            </w:pPr>
            <w:r>
              <w:t>- HS quan sát trò chơi và đọc luật chơi.</w:t>
            </w:r>
          </w:p>
        </w:tc>
      </w:tr>
      <w:tr w:rsidR="00DE112B" w:rsidTr="00EA6741">
        <w:trPr>
          <w:jc w:val="center"/>
        </w:trPr>
        <w:tc>
          <w:tcPr>
            <w:tcW w:w="5328" w:type="dxa"/>
            <w:tcBorders>
              <w:top w:val="single" w:sz="8" w:space="0" w:color="808080"/>
              <w:left w:val="single" w:sz="8" w:space="0" w:color="808080"/>
              <w:bottom w:val="single" w:sz="8" w:space="0" w:color="808080"/>
              <w:right w:val="single" w:sz="8" w:space="0" w:color="808080"/>
            </w:tcBorders>
            <w:shd w:val="clear" w:color="auto" w:fill="auto"/>
            <w:vAlign w:val="center"/>
          </w:tcPr>
          <w:p w:rsidR="00DE112B" w:rsidRDefault="00101A00">
            <w:pPr>
              <w:spacing w:line="240" w:lineRule="auto"/>
            </w:pPr>
            <w:r>
              <w:t>- GV tổ chức cho HS chơi theo nhóm 4: gieo xúc xắc, di chuyển ô và trả lời câu hỏi đổi đơn vị ở mỗi ô.</w:t>
            </w:r>
          </w:p>
        </w:tc>
        <w:tc>
          <w:tcPr>
            <w:tcW w:w="4854" w:type="dxa"/>
            <w:tcBorders>
              <w:top w:val="single" w:sz="8" w:space="0" w:color="808080"/>
              <w:left w:val="single" w:sz="8" w:space="0" w:color="808080"/>
              <w:bottom w:val="single" w:sz="8" w:space="0" w:color="808080"/>
              <w:right w:val="single" w:sz="8" w:space="0" w:color="808080"/>
            </w:tcBorders>
            <w:shd w:val="clear" w:color="auto" w:fill="auto"/>
            <w:vAlign w:val="center"/>
          </w:tcPr>
          <w:p w:rsidR="00DE112B" w:rsidRDefault="00101A00">
            <w:pPr>
              <w:spacing w:line="240" w:lineRule="auto"/>
            </w:pPr>
            <w:r>
              <w:t>- HS chơi theo nhóm 4, trả lời các câu hỏi đổi đơn vị; nhóm kiểm tra chéo kết quả cho nhau.</w:t>
            </w:r>
          </w:p>
        </w:tc>
      </w:tr>
      <w:tr w:rsidR="00DE112B" w:rsidTr="00EA6741">
        <w:trPr>
          <w:jc w:val="center"/>
        </w:trPr>
        <w:tc>
          <w:tcPr>
            <w:tcW w:w="5328" w:type="dxa"/>
            <w:tcBorders>
              <w:top w:val="single" w:sz="8" w:space="0" w:color="808080"/>
              <w:left w:val="single" w:sz="8" w:space="0" w:color="808080"/>
              <w:bottom w:val="single" w:sz="8" w:space="0" w:color="808080"/>
              <w:right w:val="single" w:sz="8" w:space="0" w:color="808080"/>
            </w:tcBorders>
            <w:shd w:val="clear" w:color="auto" w:fill="auto"/>
            <w:vAlign w:val="center"/>
          </w:tcPr>
          <w:p w:rsidR="00DE112B" w:rsidRDefault="00101A00">
            <w:pPr>
              <w:spacing w:line="240" w:lineRule="auto"/>
            </w:pPr>
            <w:r>
              <w:t>- GV nhận xét, khen nhóm chơi đúng luật và giải thích được cách đổi đơn vị.</w:t>
            </w:r>
          </w:p>
        </w:tc>
        <w:tc>
          <w:tcPr>
            <w:tcW w:w="4854" w:type="dxa"/>
            <w:tcBorders>
              <w:top w:val="single" w:sz="8" w:space="0" w:color="808080"/>
              <w:left w:val="single" w:sz="8" w:space="0" w:color="808080"/>
              <w:bottom w:val="single" w:sz="8" w:space="0" w:color="808080"/>
              <w:right w:val="single" w:sz="8" w:space="0" w:color="808080"/>
            </w:tcBorders>
            <w:shd w:val="clear" w:color="auto" w:fill="auto"/>
            <w:vAlign w:val="center"/>
          </w:tcPr>
          <w:p w:rsidR="00DE112B" w:rsidRDefault="00101A00">
            <w:pPr>
              <w:spacing w:line="240" w:lineRule="auto"/>
            </w:pPr>
            <w:r>
              <w:t>- HS lắng nghe, hoàn thiện kết quả nếu cần.</w:t>
            </w:r>
          </w:p>
        </w:tc>
      </w:tr>
      <w:tr w:rsidR="00DE112B" w:rsidTr="00EA6741">
        <w:trPr>
          <w:jc w:val="center"/>
        </w:trPr>
        <w:tc>
          <w:tcPr>
            <w:tcW w:w="10182" w:type="dxa"/>
            <w:gridSpan w:val="2"/>
            <w:tcBorders>
              <w:top w:val="single" w:sz="8" w:space="0" w:color="808080"/>
              <w:left w:val="single" w:sz="8" w:space="0" w:color="808080"/>
              <w:bottom w:val="single" w:sz="8" w:space="0" w:color="808080"/>
              <w:right w:val="single" w:sz="8" w:space="0" w:color="808080"/>
            </w:tcBorders>
            <w:shd w:val="clear" w:color="auto" w:fill="auto"/>
            <w:vAlign w:val="center"/>
          </w:tcPr>
          <w:p w:rsidR="00DE112B" w:rsidRDefault="00101A00">
            <w:pPr>
              <w:spacing w:line="240" w:lineRule="auto"/>
            </w:pPr>
            <w:r>
              <w:rPr>
                <w:b/>
              </w:rPr>
              <w:t>3. VẬN DỤNG TRẢI NGHIỆM (2 phút)</w:t>
            </w:r>
          </w:p>
          <w:p w:rsidR="00DE112B" w:rsidRDefault="00101A00">
            <w:pPr>
              <w:spacing w:line="240" w:lineRule="auto"/>
            </w:pPr>
            <w:r>
              <w:rPr>
                <w:b/>
              </w:rPr>
              <w:t>Mục tiêu: Củng cố cách tính với số đo độ dài và ý thức tự kiểm tra.</w:t>
            </w:r>
          </w:p>
        </w:tc>
      </w:tr>
      <w:tr w:rsidR="00DE112B" w:rsidTr="00EA6741">
        <w:trPr>
          <w:jc w:val="center"/>
        </w:trPr>
        <w:tc>
          <w:tcPr>
            <w:tcW w:w="5328" w:type="dxa"/>
            <w:tcBorders>
              <w:top w:val="single" w:sz="8" w:space="0" w:color="808080"/>
              <w:left w:val="single" w:sz="8" w:space="0" w:color="808080"/>
              <w:bottom w:val="single" w:sz="8" w:space="0" w:color="808080"/>
              <w:right w:val="single" w:sz="8" w:space="0" w:color="808080"/>
            </w:tcBorders>
            <w:shd w:val="clear" w:color="auto" w:fill="auto"/>
            <w:vAlign w:val="center"/>
          </w:tcPr>
          <w:p w:rsidR="00DE112B" w:rsidRDefault="00101A00">
            <w:pPr>
              <w:spacing w:line="240" w:lineRule="auto"/>
            </w:pPr>
            <w:r>
              <w:t>- GV hỏi: Khi cộng, trừ các số đo độ dài, em cần chú ý điều gì?</w:t>
            </w:r>
          </w:p>
        </w:tc>
        <w:tc>
          <w:tcPr>
            <w:tcW w:w="4854" w:type="dxa"/>
            <w:tcBorders>
              <w:top w:val="single" w:sz="8" w:space="0" w:color="808080"/>
              <w:left w:val="single" w:sz="8" w:space="0" w:color="808080"/>
              <w:bottom w:val="single" w:sz="8" w:space="0" w:color="808080"/>
              <w:right w:val="single" w:sz="8" w:space="0" w:color="808080"/>
            </w:tcBorders>
            <w:shd w:val="clear" w:color="auto" w:fill="auto"/>
            <w:vAlign w:val="center"/>
          </w:tcPr>
          <w:p w:rsidR="00DE112B" w:rsidRDefault="00101A00">
            <w:pPr>
              <w:spacing w:line="240" w:lineRule="auto"/>
            </w:pPr>
            <w:r>
              <w:t>- HS trả lời: Cần tính đúng các số và viết đúng đơn vị đo ở kết quả.</w:t>
            </w:r>
          </w:p>
        </w:tc>
      </w:tr>
      <w:tr w:rsidR="00DE112B" w:rsidTr="00EA6741">
        <w:trPr>
          <w:jc w:val="center"/>
        </w:trPr>
        <w:tc>
          <w:tcPr>
            <w:tcW w:w="5328" w:type="dxa"/>
            <w:tcBorders>
              <w:top w:val="single" w:sz="8" w:space="0" w:color="808080"/>
              <w:left w:val="single" w:sz="8" w:space="0" w:color="808080"/>
              <w:bottom w:val="single" w:sz="8" w:space="0" w:color="808080"/>
              <w:right w:val="single" w:sz="8" w:space="0" w:color="808080"/>
            </w:tcBorders>
            <w:shd w:val="clear" w:color="auto" w:fill="auto"/>
            <w:vAlign w:val="center"/>
          </w:tcPr>
          <w:p w:rsidR="00DE112B" w:rsidRDefault="00101A00">
            <w:pPr>
              <w:spacing w:line="240" w:lineRule="auto"/>
            </w:pPr>
            <w:r>
              <w:t>- GV nhận xét giờ học, dặn HS ôn lại cm, dm, m và chuẩn bị bài Ki-lô-mét.</w:t>
            </w:r>
          </w:p>
        </w:tc>
        <w:tc>
          <w:tcPr>
            <w:tcW w:w="4854" w:type="dxa"/>
            <w:tcBorders>
              <w:top w:val="single" w:sz="8" w:space="0" w:color="808080"/>
              <w:left w:val="single" w:sz="8" w:space="0" w:color="808080"/>
              <w:bottom w:val="single" w:sz="8" w:space="0" w:color="808080"/>
              <w:right w:val="single" w:sz="8" w:space="0" w:color="808080"/>
            </w:tcBorders>
            <w:shd w:val="clear" w:color="auto" w:fill="auto"/>
            <w:vAlign w:val="center"/>
          </w:tcPr>
          <w:p w:rsidR="00DE112B" w:rsidRDefault="00101A00">
            <w:pPr>
              <w:spacing w:line="240" w:lineRule="auto"/>
            </w:pPr>
            <w:r>
              <w:t>- HS lắng nghe và ghi nhớ nhiệm vụ.</w:t>
            </w:r>
          </w:p>
        </w:tc>
      </w:tr>
    </w:tbl>
    <w:p w:rsidR="00DE112B" w:rsidRDefault="00101A00">
      <w:pPr>
        <w:spacing w:line="240" w:lineRule="auto"/>
      </w:pPr>
      <w:r>
        <w:rPr>
          <w:b/>
        </w:rPr>
        <w:t>IV. ĐIỀU CHỈNH TIẾT DẠY (NẾU CÓ)</w:t>
      </w:r>
    </w:p>
    <w:p w:rsidR="00DE112B" w:rsidRDefault="00101A00">
      <w:pPr>
        <w:spacing w:line="240" w:lineRule="auto"/>
      </w:pPr>
      <w:r>
        <w:t>…………………………………………………………………………………………………………………………</w:t>
      </w:r>
    </w:p>
    <w:p w:rsidR="00DE112B" w:rsidRDefault="00101A00">
      <w:pPr>
        <w:spacing w:line="240" w:lineRule="auto"/>
      </w:pPr>
      <w:r>
        <w:t>…………………………………………………………………………………………………………………………</w:t>
      </w:r>
    </w:p>
    <w:p w:rsidR="00AF48B9" w:rsidRDefault="00AF48B9">
      <w:pPr>
        <w:spacing w:line="240" w:lineRule="auto"/>
        <w:jc w:val="center"/>
      </w:pPr>
    </w:p>
    <w:p w:rsidR="00DE112B" w:rsidRDefault="00101A00">
      <w:pPr>
        <w:spacing w:line="240" w:lineRule="auto"/>
        <w:jc w:val="center"/>
      </w:pPr>
      <w:r>
        <w:rPr>
          <w:b/>
        </w:rPr>
        <w:t>KẾ HOẠCH BÀI DẠY MÔN TOÁN LỚP 2 - TUẦN 27</w:t>
      </w:r>
    </w:p>
    <w:p w:rsidR="00DE112B" w:rsidRDefault="00101A00">
      <w:pPr>
        <w:spacing w:line="240" w:lineRule="auto"/>
        <w:jc w:val="center"/>
      </w:pPr>
      <w:r>
        <w:rPr>
          <w:b/>
        </w:rPr>
        <w:t>CHỦ ĐỀ 11: ĐỘ DÀI VÀ ĐƠN VỊ ĐO ĐỘ DÀI. TIỀN VIỆT NAM</w:t>
      </w:r>
    </w:p>
    <w:p w:rsidR="00DE112B" w:rsidRDefault="00101A00">
      <w:pPr>
        <w:spacing w:line="240" w:lineRule="auto"/>
        <w:jc w:val="center"/>
      </w:pPr>
      <w:r>
        <w:rPr>
          <w:b/>
        </w:rPr>
        <w:t>BÀI 55. ĐỀ-XI-MÉT. MÉT. KI-LÔ-MÉT</w:t>
      </w:r>
    </w:p>
    <w:p w:rsidR="00DE112B" w:rsidRDefault="00101A00">
      <w:pPr>
        <w:spacing w:line="240" w:lineRule="auto"/>
        <w:jc w:val="center"/>
      </w:pPr>
      <w:r>
        <w:rPr>
          <w:b/>
        </w:rPr>
        <w:t>TIẾT 3: KI-LÔ-MÉT</w:t>
      </w:r>
    </w:p>
    <w:p w:rsidR="00DE112B" w:rsidRDefault="00101A00">
      <w:pPr>
        <w:spacing w:line="240" w:lineRule="auto"/>
      </w:pPr>
      <w:r>
        <w:rPr>
          <w:b/>
        </w:rPr>
        <w:t>I. YÊU CẦU CẦN ĐẠT</w:t>
      </w:r>
    </w:p>
    <w:p w:rsidR="00DE112B" w:rsidRDefault="00101A00">
      <w:pPr>
        <w:spacing w:line="240" w:lineRule="auto"/>
      </w:pPr>
      <w:r>
        <w:rPr>
          <w:b/>
        </w:rPr>
        <w:t>1. Năng lực đặc thù:</w:t>
      </w:r>
    </w:p>
    <w:p w:rsidR="00DE112B" w:rsidRDefault="00101A00">
      <w:pPr>
        <w:spacing w:line="240" w:lineRule="auto"/>
      </w:pPr>
      <w:r>
        <w:t>- Nhận biết được đơn vị đo độ dài ki-lô-mét và mối quan hệ 1 km = 1000 m.</w:t>
      </w:r>
    </w:p>
    <w:p w:rsidR="00DE112B" w:rsidRDefault="00101A00">
      <w:pPr>
        <w:spacing w:line="240" w:lineRule="auto"/>
      </w:pPr>
      <w:r>
        <w:t>- Biết đọc, viết kí hiệu km; thực hiện chuyển đổi, tính toán đơn giản với đơn vị ki-lô-mét.</w:t>
      </w:r>
    </w:p>
    <w:p w:rsidR="00DE112B" w:rsidRDefault="00101A00">
      <w:pPr>
        <w:spacing w:line="240" w:lineRule="auto"/>
      </w:pPr>
      <w:r>
        <w:t>- Vận dụng kiến thức để đọc bảng khoảng cách, giải bài toán thực tế liên quan đến quãng đường.</w:t>
      </w:r>
    </w:p>
    <w:p w:rsidR="00DE112B" w:rsidRDefault="00101A00">
      <w:pPr>
        <w:spacing w:line="240" w:lineRule="auto"/>
      </w:pPr>
      <w:r>
        <w:rPr>
          <w:b/>
        </w:rPr>
        <w:t>2. Năng lực chung:</w:t>
      </w:r>
    </w:p>
    <w:p w:rsidR="00DE112B" w:rsidRDefault="00101A00">
      <w:pPr>
        <w:spacing w:line="240" w:lineRule="auto"/>
      </w:pPr>
      <w:r>
        <w:t>- Tự chủ và tự học: Chủ động thực hiện nhiệm vụ học tập, tự kiểm tra kết quả bài làm.</w:t>
      </w:r>
    </w:p>
    <w:p w:rsidR="00DE112B" w:rsidRDefault="00101A00">
      <w:pPr>
        <w:spacing w:line="240" w:lineRule="auto"/>
      </w:pPr>
      <w:r>
        <w:lastRenderedPageBreak/>
        <w:t>- Giao tiếp và hợp tác: Biết trao đổi, thảo luận, lắng nghe và hợp tác với bạn trong hoạt động nhóm.</w:t>
      </w:r>
    </w:p>
    <w:p w:rsidR="00DE112B" w:rsidRDefault="00101A00">
      <w:pPr>
        <w:spacing w:line="240" w:lineRule="auto"/>
      </w:pPr>
      <w:r>
        <w:t>- Giải quyết vấn đề và sáng tạo: Biết lựa chọn cách làm phù hợp, vận dụng kiến thức đã học để giải quyết tình huống thực tế.</w:t>
      </w:r>
    </w:p>
    <w:p w:rsidR="00DE112B" w:rsidRDefault="00101A00">
      <w:pPr>
        <w:spacing w:line="240" w:lineRule="auto"/>
      </w:pPr>
      <w:r>
        <w:rPr>
          <w:b/>
        </w:rPr>
        <w:t>3. Phẩm chất:</w:t>
      </w:r>
    </w:p>
    <w:p w:rsidR="00DE112B" w:rsidRDefault="00101A00">
      <w:pPr>
        <w:spacing w:line="240" w:lineRule="auto"/>
      </w:pPr>
      <w:r>
        <w:t>- Chăm chỉ: Tích cực học tập, rèn luyện tính cẩn thận, kiên trì khi thực hiện nhiệm vụ.</w:t>
      </w:r>
    </w:p>
    <w:p w:rsidR="00DE112B" w:rsidRDefault="00101A00">
      <w:pPr>
        <w:spacing w:line="240" w:lineRule="auto"/>
      </w:pPr>
      <w:r>
        <w:t>- Trách nhiệm: Có ý thức hoàn thành nhiệm vụ học tập, biết hợp tác và hỗ trợ bạn khi làm việc nhóm.</w:t>
      </w:r>
    </w:p>
    <w:p w:rsidR="00DE112B" w:rsidRDefault="00101A00">
      <w:pPr>
        <w:spacing w:line="240" w:lineRule="auto"/>
      </w:pPr>
      <w:r>
        <w:rPr>
          <w:b/>
          <w:color w:val="FF0000"/>
        </w:rPr>
        <w:t>4. Tích hợp</w:t>
      </w:r>
    </w:p>
    <w:p w:rsidR="00DE112B" w:rsidRDefault="00101A00">
      <w:pPr>
        <w:spacing w:line="240" w:lineRule="auto"/>
      </w:pPr>
      <w:r>
        <w:rPr>
          <w:color w:val="C00000"/>
        </w:rPr>
        <w:t>- Tích hợp giáo dục địa phương, tình yêu quê hương đất nước: Thông qua việc đọc bảng khoảng cách giữa các địa phương, HS bước đầu biết các địa danh trên đất nước Việt Nam, biết khoảng cách giữa nơi này với nơi khác được biểu thị bằng ki-lô-mét. GV liên hệ thông tin theo KHDH: Hà Nam sáp nhập cùng tỉnh Nam Định và tỉnh Ninh Bình để thành lập tỉnh mới lấy tên là Ninh Bình; Thái Bình sáp nhập vào tỉnh Hưng Yên để thành lập tỉnh mới lấy tên là Hưng Yên. Qua đó, HS thêm quan tâm đến quê hương, biết tự hào về địa phương, có ý thức tìm hiểu địa danh Việt Nam và thể hiện tình yêu quê hương bằng những việc làm nhỏ như giữ gìn cảnh quan, nói lời tự hào về nơi mình sống.</w:t>
      </w:r>
    </w:p>
    <w:p w:rsidR="00DE112B" w:rsidRDefault="00101A00">
      <w:pPr>
        <w:spacing w:line="240" w:lineRule="auto"/>
      </w:pPr>
      <w:r>
        <w:rPr>
          <w:b/>
        </w:rPr>
        <w:t>II. ĐỒ DÙNG DẠY HỌC</w:t>
      </w:r>
    </w:p>
    <w:p w:rsidR="00DE112B" w:rsidRDefault="00101A00">
      <w:pPr>
        <w:spacing w:line="240" w:lineRule="auto"/>
      </w:pPr>
      <w:r>
        <w:t>- GV: Máy tính, ti vi, tranh SGK, bảng phụ, bản đồ/slide khoảng cách địa phương.</w:t>
      </w:r>
    </w:p>
    <w:p w:rsidR="00DE112B" w:rsidRDefault="00101A00">
      <w:pPr>
        <w:spacing w:line="240" w:lineRule="auto"/>
      </w:pPr>
      <w:r>
        <w:t>- HS: SGK, vở ô li, bảng con, bút chì.</w:t>
      </w:r>
    </w:p>
    <w:p w:rsidR="00DE112B" w:rsidRDefault="00101A00">
      <w:pPr>
        <w:spacing w:line="240" w:lineRule="auto"/>
      </w:pPr>
      <w:r>
        <w:rPr>
          <w:b/>
        </w:rPr>
        <w:t>III. CÁC HOẠT ĐỘNG DẠY HỌC CHỦ YẾU</w:t>
      </w:r>
    </w:p>
    <w:tbl>
      <w:tblPr>
        <w:tblW w:w="0" w:type="auto"/>
        <w:jc w:val="center"/>
        <w:tblBorders>
          <w:top w:val="single" w:sz="8" w:space="0" w:color="808080"/>
          <w:left w:val="single" w:sz="8" w:space="0" w:color="808080"/>
          <w:bottom w:val="single" w:sz="8" w:space="0" w:color="808080"/>
          <w:right w:val="single" w:sz="8" w:space="0" w:color="808080"/>
          <w:insideV w:val="single" w:sz="8" w:space="0" w:color="808080"/>
        </w:tblBorders>
        <w:tblLayout w:type="fixed"/>
        <w:tblCellMar>
          <w:top w:w="60" w:type="dxa"/>
          <w:left w:w="60" w:type="dxa"/>
          <w:bottom w:w="60" w:type="dxa"/>
          <w:right w:w="60" w:type="dxa"/>
        </w:tblCellMar>
        <w:tblLook w:val="04A0" w:firstRow="1" w:lastRow="0" w:firstColumn="1" w:lastColumn="0" w:noHBand="0" w:noVBand="1"/>
      </w:tblPr>
      <w:tblGrid>
        <w:gridCol w:w="5598"/>
        <w:gridCol w:w="4590"/>
      </w:tblGrid>
      <w:tr w:rsidR="00DE112B" w:rsidTr="00EA6741">
        <w:trPr>
          <w:jc w:val="center"/>
        </w:trPr>
        <w:tc>
          <w:tcPr>
            <w:tcW w:w="5598" w:type="dxa"/>
            <w:shd w:val="clear" w:color="auto" w:fill="auto"/>
            <w:vAlign w:val="center"/>
          </w:tcPr>
          <w:p w:rsidR="00DE112B" w:rsidRDefault="00101A00">
            <w:pPr>
              <w:spacing w:line="240" w:lineRule="auto"/>
              <w:jc w:val="center"/>
            </w:pPr>
            <w:r>
              <w:rPr>
                <w:b/>
              </w:rPr>
              <w:t>Hoạt động của giáo viên</w:t>
            </w:r>
          </w:p>
        </w:tc>
        <w:tc>
          <w:tcPr>
            <w:tcW w:w="4590" w:type="dxa"/>
            <w:shd w:val="clear" w:color="auto" w:fill="auto"/>
            <w:vAlign w:val="center"/>
          </w:tcPr>
          <w:p w:rsidR="00DE112B" w:rsidRDefault="00101A00">
            <w:pPr>
              <w:spacing w:line="240" w:lineRule="auto"/>
              <w:jc w:val="center"/>
            </w:pPr>
            <w:r>
              <w:rPr>
                <w:b/>
              </w:rPr>
              <w:t>Hoạt động của học sinh</w:t>
            </w:r>
          </w:p>
        </w:tc>
      </w:tr>
      <w:tr w:rsidR="00DE112B" w:rsidTr="00EA6741">
        <w:trPr>
          <w:jc w:val="center"/>
        </w:trPr>
        <w:tc>
          <w:tcPr>
            <w:tcW w:w="10188" w:type="dxa"/>
            <w:gridSpan w:val="2"/>
            <w:shd w:val="clear" w:color="auto" w:fill="auto"/>
            <w:vAlign w:val="center"/>
          </w:tcPr>
          <w:p w:rsidR="00DE112B" w:rsidRDefault="00101A00">
            <w:pPr>
              <w:spacing w:line="240" w:lineRule="auto"/>
            </w:pPr>
            <w:r>
              <w:rPr>
                <w:b/>
              </w:rPr>
              <w:t>1. KHỞI ĐỘNG (3 phút)</w:t>
            </w:r>
          </w:p>
          <w:p w:rsidR="00DE112B" w:rsidRDefault="00101A00">
            <w:pPr>
              <w:spacing w:line="240" w:lineRule="auto"/>
            </w:pPr>
            <w:r>
              <w:rPr>
                <w:b/>
              </w:rPr>
              <w:t>Mục tiêu: Gợi nhớ các đơn vị đo độ dài đã học và kết nối sang ki-lô-mét.</w:t>
            </w:r>
          </w:p>
        </w:tc>
      </w:tr>
      <w:tr w:rsidR="00DE112B" w:rsidTr="00EA6741">
        <w:trPr>
          <w:jc w:val="center"/>
        </w:trPr>
        <w:tc>
          <w:tcPr>
            <w:tcW w:w="5598" w:type="dxa"/>
            <w:shd w:val="clear" w:color="auto" w:fill="auto"/>
            <w:vAlign w:val="center"/>
          </w:tcPr>
          <w:p w:rsidR="00DE112B" w:rsidRDefault="00101A00">
            <w:pPr>
              <w:spacing w:line="240" w:lineRule="auto"/>
            </w:pPr>
            <w:r>
              <w:t>- GV tổ chức hỏi nhanh: 1 m bằng bao nhiêu cm? 1 m bằng bao nhiêu dm?</w:t>
            </w:r>
          </w:p>
        </w:tc>
        <w:tc>
          <w:tcPr>
            <w:tcW w:w="4590" w:type="dxa"/>
            <w:shd w:val="clear" w:color="auto" w:fill="auto"/>
            <w:vAlign w:val="center"/>
          </w:tcPr>
          <w:p w:rsidR="00DE112B" w:rsidRDefault="00101A00">
            <w:pPr>
              <w:spacing w:line="240" w:lineRule="auto"/>
            </w:pPr>
            <w:r>
              <w:t>- HS trả lời: 1 m = 100 cm; 1 m = 10 dm.</w:t>
            </w:r>
          </w:p>
        </w:tc>
      </w:tr>
      <w:tr w:rsidR="00DE112B" w:rsidTr="00EA6741">
        <w:trPr>
          <w:jc w:val="center"/>
        </w:trPr>
        <w:tc>
          <w:tcPr>
            <w:tcW w:w="5598" w:type="dxa"/>
            <w:shd w:val="clear" w:color="auto" w:fill="auto"/>
            <w:vAlign w:val="center"/>
          </w:tcPr>
          <w:p w:rsidR="00DE112B" w:rsidRDefault="00101A00">
            <w:pPr>
              <w:spacing w:line="240" w:lineRule="auto"/>
            </w:pPr>
            <w:r>
              <w:t>- GV hỏi: Khi đo quãng đường từ nhà đến trường hoặc từ tỉnh này đến tỉnh khác, dùng đơn vị mét có thuận tiện không?</w:t>
            </w:r>
          </w:p>
        </w:tc>
        <w:tc>
          <w:tcPr>
            <w:tcW w:w="4590" w:type="dxa"/>
            <w:shd w:val="clear" w:color="auto" w:fill="auto"/>
            <w:vAlign w:val="center"/>
          </w:tcPr>
          <w:p w:rsidR="00DE112B" w:rsidRDefault="00101A00">
            <w:pPr>
              <w:spacing w:line="240" w:lineRule="auto"/>
            </w:pPr>
            <w:r>
              <w:t>- HS trả lời theo hiểu biết: Không thuận tiện, cần dùng đơn vị lớn hơn mét.</w:t>
            </w:r>
          </w:p>
        </w:tc>
      </w:tr>
      <w:tr w:rsidR="00DE112B" w:rsidTr="00EA6741">
        <w:trPr>
          <w:jc w:val="center"/>
        </w:trPr>
        <w:tc>
          <w:tcPr>
            <w:tcW w:w="5598" w:type="dxa"/>
            <w:shd w:val="clear" w:color="auto" w:fill="auto"/>
            <w:vAlign w:val="center"/>
          </w:tcPr>
          <w:p w:rsidR="00DE112B" w:rsidRDefault="00101A00">
            <w:pPr>
              <w:spacing w:line="240" w:lineRule="auto"/>
            </w:pPr>
            <w:r>
              <w:t>- GV nhận xét và giới thiệu bài: Ki-lô-mét.</w:t>
            </w:r>
          </w:p>
        </w:tc>
        <w:tc>
          <w:tcPr>
            <w:tcW w:w="4590" w:type="dxa"/>
            <w:shd w:val="clear" w:color="auto" w:fill="auto"/>
            <w:vAlign w:val="center"/>
          </w:tcPr>
          <w:p w:rsidR="00DE112B" w:rsidRDefault="00101A00">
            <w:pPr>
              <w:spacing w:line="240" w:lineRule="auto"/>
            </w:pPr>
            <w:r>
              <w:t>- HS lắng nghe, nhắc lại tên bài.</w:t>
            </w:r>
          </w:p>
        </w:tc>
      </w:tr>
      <w:tr w:rsidR="00DE112B" w:rsidTr="00EA6741">
        <w:trPr>
          <w:jc w:val="center"/>
        </w:trPr>
        <w:tc>
          <w:tcPr>
            <w:tcW w:w="10188" w:type="dxa"/>
            <w:gridSpan w:val="2"/>
            <w:shd w:val="clear" w:color="auto" w:fill="auto"/>
            <w:vAlign w:val="center"/>
          </w:tcPr>
          <w:p w:rsidR="00DE112B" w:rsidRDefault="00101A00">
            <w:pPr>
              <w:spacing w:line="240" w:lineRule="auto"/>
            </w:pPr>
            <w:r>
              <w:rPr>
                <w:b/>
              </w:rPr>
              <w:t>2. KHÁM PHÁ (12 phút)</w:t>
            </w:r>
          </w:p>
          <w:p w:rsidR="00DE112B" w:rsidRDefault="00101A00">
            <w:pPr>
              <w:spacing w:line="240" w:lineRule="auto"/>
            </w:pPr>
            <w:r>
              <w:rPr>
                <w:b/>
              </w:rPr>
              <w:t>Mục tiêu: HS nhận biết ki-lô-mét và mối quan hệ 1 km = 1000 m.</w:t>
            </w:r>
          </w:p>
        </w:tc>
      </w:tr>
      <w:tr w:rsidR="00DE112B" w:rsidTr="00EA6741">
        <w:trPr>
          <w:jc w:val="center"/>
        </w:trPr>
        <w:tc>
          <w:tcPr>
            <w:tcW w:w="5598" w:type="dxa"/>
            <w:shd w:val="clear" w:color="auto" w:fill="auto"/>
            <w:vAlign w:val="center"/>
          </w:tcPr>
          <w:p w:rsidR="00DE112B" w:rsidRDefault="00101A00">
            <w:pPr>
              <w:spacing w:line="240" w:lineRule="auto"/>
            </w:pPr>
            <w:r>
              <w:t>Khám phá: Ki-lô-mét.</w:t>
            </w:r>
          </w:p>
          <w:p w:rsidR="00DE112B" w:rsidRDefault="00101A00">
            <w:pPr>
              <w:spacing w:line="240" w:lineRule="auto"/>
            </w:pPr>
            <w:r>
              <w:t>- GV yêu cầu HS quan sát tranh con đường trong SGK.</w:t>
            </w:r>
          </w:p>
          <w:p w:rsidR="00DE112B" w:rsidRDefault="00DE112B">
            <w:pPr>
              <w:spacing w:line="240" w:lineRule="auto"/>
              <w:jc w:val="center"/>
            </w:pPr>
          </w:p>
        </w:tc>
        <w:tc>
          <w:tcPr>
            <w:tcW w:w="4590" w:type="dxa"/>
            <w:shd w:val="clear" w:color="auto" w:fill="auto"/>
            <w:vAlign w:val="center"/>
          </w:tcPr>
          <w:p w:rsidR="00DE112B" w:rsidRDefault="00101A00">
            <w:pPr>
              <w:spacing w:line="240" w:lineRule="auto"/>
            </w:pPr>
            <w:r>
              <w:t>- HS quan sát tranh, nhận biết quãng đường dài trong thực tế.</w:t>
            </w:r>
          </w:p>
        </w:tc>
      </w:tr>
      <w:tr w:rsidR="00DE112B" w:rsidTr="00EA6741">
        <w:trPr>
          <w:jc w:val="center"/>
        </w:trPr>
        <w:tc>
          <w:tcPr>
            <w:tcW w:w="5598" w:type="dxa"/>
            <w:shd w:val="clear" w:color="auto" w:fill="auto"/>
            <w:vAlign w:val="center"/>
          </w:tcPr>
          <w:p w:rsidR="00DE112B" w:rsidRDefault="00101A00">
            <w:pPr>
              <w:spacing w:line="240" w:lineRule="auto"/>
            </w:pPr>
            <w:r>
              <w:t>- GV hỏi: Ki-lô-mét là đơn vị đo gì? Ki-lô-mét viết tắt là gì?</w:t>
            </w:r>
          </w:p>
        </w:tc>
        <w:tc>
          <w:tcPr>
            <w:tcW w:w="4590" w:type="dxa"/>
            <w:shd w:val="clear" w:color="auto" w:fill="auto"/>
            <w:vAlign w:val="center"/>
          </w:tcPr>
          <w:p w:rsidR="00DE112B" w:rsidRDefault="00101A00">
            <w:pPr>
              <w:spacing w:line="240" w:lineRule="auto"/>
            </w:pPr>
            <w:r>
              <w:t>- HS trả lời: Ki-lô-mét là đơn vị đo độ dài; viết tắt là km.</w:t>
            </w:r>
          </w:p>
        </w:tc>
      </w:tr>
      <w:tr w:rsidR="00DE112B" w:rsidTr="00EA6741">
        <w:trPr>
          <w:jc w:val="center"/>
        </w:trPr>
        <w:tc>
          <w:tcPr>
            <w:tcW w:w="5598" w:type="dxa"/>
            <w:shd w:val="clear" w:color="auto" w:fill="auto"/>
            <w:vAlign w:val="center"/>
          </w:tcPr>
          <w:p w:rsidR="00DE112B" w:rsidRDefault="00101A00">
            <w:pPr>
              <w:spacing w:line="240" w:lineRule="auto"/>
            </w:pPr>
            <w:r>
              <w:t>- GV hỏi: 1 km bằng bao nhiêu mét?</w:t>
            </w:r>
          </w:p>
        </w:tc>
        <w:tc>
          <w:tcPr>
            <w:tcW w:w="4590" w:type="dxa"/>
            <w:shd w:val="clear" w:color="auto" w:fill="auto"/>
            <w:vAlign w:val="center"/>
          </w:tcPr>
          <w:p w:rsidR="00DE112B" w:rsidRDefault="00101A00">
            <w:pPr>
              <w:spacing w:line="240" w:lineRule="auto"/>
            </w:pPr>
            <w:r>
              <w:t>- HS trả lời: 1 km = 1000 m.</w:t>
            </w:r>
          </w:p>
        </w:tc>
      </w:tr>
      <w:tr w:rsidR="00DE112B" w:rsidTr="00EA6741">
        <w:trPr>
          <w:jc w:val="center"/>
        </w:trPr>
        <w:tc>
          <w:tcPr>
            <w:tcW w:w="5598" w:type="dxa"/>
            <w:shd w:val="clear" w:color="auto" w:fill="auto"/>
            <w:vAlign w:val="center"/>
          </w:tcPr>
          <w:p w:rsidR="00DE112B" w:rsidRDefault="00101A00">
            <w:pPr>
              <w:spacing w:line="240" w:lineRule="auto"/>
            </w:pPr>
            <w:r>
              <w:t>- GV yêu cầu HS đọc lại: 1 km = 1000 m; 1000 m = 1 km.</w:t>
            </w:r>
          </w:p>
        </w:tc>
        <w:tc>
          <w:tcPr>
            <w:tcW w:w="4590" w:type="dxa"/>
            <w:shd w:val="clear" w:color="auto" w:fill="auto"/>
            <w:vAlign w:val="center"/>
          </w:tcPr>
          <w:p w:rsidR="00DE112B" w:rsidRDefault="00101A00">
            <w:pPr>
              <w:spacing w:line="240" w:lineRule="auto"/>
            </w:pPr>
            <w:r>
              <w:t>- HS đọc cá nhân, đọc theo dãy và ghi nhớ.</w:t>
            </w:r>
          </w:p>
        </w:tc>
      </w:tr>
      <w:tr w:rsidR="00DE112B" w:rsidTr="00EA6741">
        <w:trPr>
          <w:jc w:val="center"/>
        </w:trPr>
        <w:tc>
          <w:tcPr>
            <w:tcW w:w="5598" w:type="dxa"/>
            <w:shd w:val="clear" w:color="auto" w:fill="auto"/>
            <w:vAlign w:val="center"/>
          </w:tcPr>
          <w:p w:rsidR="00DE112B" w:rsidRDefault="00101A00">
            <w:pPr>
              <w:spacing w:line="240" w:lineRule="auto"/>
            </w:pPr>
            <w:r>
              <w:t>- GV kết luận: Ki-lô-mét dùng để đo các quãng đường dài như đường từ nhà đến trường, từ xã này đến xã khác, từ tỉnh này đến tỉnh khác.</w:t>
            </w:r>
          </w:p>
        </w:tc>
        <w:tc>
          <w:tcPr>
            <w:tcW w:w="4590" w:type="dxa"/>
            <w:shd w:val="clear" w:color="auto" w:fill="auto"/>
            <w:vAlign w:val="center"/>
          </w:tcPr>
          <w:p w:rsidR="00DE112B" w:rsidRDefault="00101A00">
            <w:pPr>
              <w:spacing w:line="240" w:lineRule="auto"/>
            </w:pPr>
            <w:r>
              <w:t>- HS lắng nghe, liên hệ một số quãng đường em biết.</w:t>
            </w:r>
          </w:p>
        </w:tc>
      </w:tr>
      <w:tr w:rsidR="00EA6741" w:rsidRPr="00EA6741" w:rsidTr="00EA6741">
        <w:trPr>
          <w:jc w:val="center"/>
        </w:trPr>
        <w:tc>
          <w:tcPr>
            <w:tcW w:w="10188" w:type="dxa"/>
            <w:gridSpan w:val="2"/>
            <w:shd w:val="clear" w:color="auto" w:fill="auto"/>
            <w:vAlign w:val="center"/>
          </w:tcPr>
          <w:p w:rsidR="00DE112B" w:rsidRPr="00EA6741" w:rsidRDefault="00101A00">
            <w:pPr>
              <w:spacing w:line="240" w:lineRule="auto"/>
            </w:pPr>
            <w:r w:rsidRPr="00EA6741">
              <w:t>3. LUYỆN TẬP, THỰC HÀNH (18 phút)</w:t>
            </w:r>
          </w:p>
          <w:p w:rsidR="00DE112B" w:rsidRPr="00EA6741" w:rsidRDefault="00101A00">
            <w:pPr>
              <w:spacing w:line="240" w:lineRule="auto"/>
            </w:pPr>
            <w:r w:rsidRPr="00EA6741">
              <w:t>Mục tiêu: HS thực hành đổi đơn vị, tính quãng đường và đọc bảng khoảng cách.</w:t>
            </w:r>
          </w:p>
          <w:p w:rsidR="00DE112B" w:rsidRPr="00EA6741" w:rsidRDefault="00101A00">
            <w:pPr>
              <w:spacing w:line="240" w:lineRule="auto"/>
            </w:pPr>
            <w:r w:rsidRPr="00EA6741">
              <w:lastRenderedPageBreak/>
              <w:t>Mục tiêu tích hợp giáo dục địa phương: HS biết đọc số liệu khoảng cách giữa các địa phương bằng đơn vị ki-lô-mét; hiểu mỗi địa danh đều gắn với quê hương, con người và đời sống của nhân dân. Qua hoạt động, HS thêm yêu quê hương đất nước, biết quan tâm thông tin địa phương phù hợp lứa tuổi và thể hiện tình yêu quê hương bằng việc tìm hiểu, giữ gìn, giới thiệu những nét đẹp nơi mình sống.</w:t>
            </w:r>
          </w:p>
        </w:tc>
      </w:tr>
      <w:tr w:rsidR="00DE112B" w:rsidTr="00EA6741">
        <w:trPr>
          <w:jc w:val="center"/>
        </w:trPr>
        <w:tc>
          <w:tcPr>
            <w:tcW w:w="5598" w:type="dxa"/>
            <w:shd w:val="clear" w:color="auto" w:fill="auto"/>
            <w:vAlign w:val="center"/>
          </w:tcPr>
          <w:p w:rsidR="00DE112B" w:rsidRDefault="00101A00">
            <w:pPr>
              <w:spacing w:line="240" w:lineRule="auto"/>
            </w:pPr>
            <w:r>
              <w:rPr>
                <w:b/>
              </w:rPr>
              <w:lastRenderedPageBreak/>
              <w:t>Bài 1: Số?</w:t>
            </w:r>
          </w:p>
          <w:p w:rsidR="00DE112B" w:rsidRDefault="00101A00" w:rsidP="006D5411">
            <w:pPr>
              <w:spacing w:line="240" w:lineRule="auto"/>
            </w:pPr>
            <w:r>
              <w:t>- GV yêu cầu HS đọc yêu cầu bài tập, quan sát mẫu trong SGK.</w:t>
            </w:r>
          </w:p>
        </w:tc>
        <w:tc>
          <w:tcPr>
            <w:tcW w:w="4590" w:type="dxa"/>
            <w:shd w:val="clear" w:color="auto" w:fill="auto"/>
            <w:vAlign w:val="center"/>
          </w:tcPr>
          <w:p w:rsidR="00DE112B" w:rsidRDefault="00101A00">
            <w:pPr>
              <w:spacing w:line="240" w:lineRule="auto"/>
            </w:pPr>
            <w:r>
              <w:t>- HS đọc yêu cầu và quan sát mẫu.</w:t>
            </w:r>
          </w:p>
        </w:tc>
      </w:tr>
      <w:tr w:rsidR="00DE112B" w:rsidTr="00EA6741">
        <w:trPr>
          <w:jc w:val="center"/>
        </w:trPr>
        <w:tc>
          <w:tcPr>
            <w:tcW w:w="5598" w:type="dxa"/>
            <w:shd w:val="clear" w:color="auto" w:fill="auto"/>
            <w:vAlign w:val="center"/>
          </w:tcPr>
          <w:p w:rsidR="00DE112B" w:rsidRDefault="00101A00">
            <w:pPr>
              <w:spacing w:line="240" w:lineRule="auto"/>
            </w:pPr>
            <w:r>
              <w:t>- GV hỏi: 1 km bằng bao nhiêu mét?</w:t>
            </w:r>
          </w:p>
        </w:tc>
        <w:tc>
          <w:tcPr>
            <w:tcW w:w="4590" w:type="dxa"/>
            <w:shd w:val="clear" w:color="auto" w:fill="auto"/>
            <w:vAlign w:val="center"/>
          </w:tcPr>
          <w:p w:rsidR="00DE112B" w:rsidRDefault="00101A00">
            <w:pPr>
              <w:spacing w:line="240" w:lineRule="auto"/>
            </w:pPr>
            <w:r>
              <w:t>- HS trả lời: 1 km = 1000 m.</w:t>
            </w:r>
          </w:p>
        </w:tc>
      </w:tr>
      <w:tr w:rsidR="00DE112B" w:rsidTr="00EA6741">
        <w:trPr>
          <w:jc w:val="center"/>
        </w:trPr>
        <w:tc>
          <w:tcPr>
            <w:tcW w:w="5598" w:type="dxa"/>
            <w:shd w:val="clear" w:color="auto" w:fill="auto"/>
            <w:vAlign w:val="center"/>
          </w:tcPr>
          <w:p w:rsidR="00DE112B" w:rsidRDefault="00101A00">
            <w:pPr>
              <w:spacing w:line="240" w:lineRule="auto"/>
            </w:pPr>
            <w:r>
              <w:t>- GV yêu cầu HS làm cá nhân phần a, sau đó chọn đáp án đúng ở phần b.</w:t>
            </w:r>
          </w:p>
        </w:tc>
        <w:tc>
          <w:tcPr>
            <w:tcW w:w="4590" w:type="dxa"/>
            <w:shd w:val="clear" w:color="auto" w:fill="auto"/>
            <w:vAlign w:val="center"/>
          </w:tcPr>
          <w:p w:rsidR="00DE112B" w:rsidRDefault="00101A00">
            <w:pPr>
              <w:spacing w:line="240" w:lineRule="auto"/>
            </w:pPr>
            <w:r>
              <w:t>- HS làm bài cá nhân; phần b chọn đáp án C. 2 km.</w:t>
            </w:r>
          </w:p>
        </w:tc>
      </w:tr>
      <w:tr w:rsidR="00DE112B" w:rsidTr="00EA6741">
        <w:trPr>
          <w:jc w:val="center"/>
        </w:trPr>
        <w:tc>
          <w:tcPr>
            <w:tcW w:w="5598" w:type="dxa"/>
            <w:shd w:val="clear" w:color="auto" w:fill="auto"/>
            <w:vAlign w:val="center"/>
          </w:tcPr>
          <w:p w:rsidR="00DE112B" w:rsidRDefault="00101A00">
            <w:pPr>
              <w:spacing w:line="240" w:lineRule="auto"/>
            </w:pPr>
            <w:r>
              <w:rPr>
                <w:b/>
              </w:rPr>
              <w:t>Bài 2: Số?</w:t>
            </w:r>
          </w:p>
          <w:p w:rsidR="00DE112B" w:rsidRDefault="00101A00">
            <w:pPr>
              <w:spacing w:line="240" w:lineRule="auto"/>
            </w:pPr>
            <w:r>
              <w:t>- GV yêu cầu HS đọc các phép tính với đơn vị km.</w:t>
            </w:r>
          </w:p>
          <w:p w:rsidR="00DE112B" w:rsidRDefault="00DE112B">
            <w:pPr>
              <w:spacing w:line="240" w:lineRule="auto"/>
              <w:jc w:val="center"/>
            </w:pPr>
          </w:p>
        </w:tc>
        <w:tc>
          <w:tcPr>
            <w:tcW w:w="4590" w:type="dxa"/>
            <w:shd w:val="clear" w:color="auto" w:fill="auto"/>
            <w:vAlign w:val="center"/>
          </w:tcPr>
          <w:p w:rsidR="00DE112B" w:rsidRDefault="00101A00">
            <w:pPr>
              <w:spacing w:line="240" w:lineRule="auto"/>
            </w:pPr>
            <w:r>
              <w:t>- HS đọc yêu cầu bài tập.</w:t>
            </w:r>
          </w:p>
        </w:tc>
      </w:tr>
      <w:tr w:rsidR="00DE112B" w:rsidTr="00EA6741">
        <w:trPr>
          <w:jc w:val="center"/>
        </w:trPr>
        <w:tc>
          <w:tcPr>
            <w:tcW w:w="5598" w:type="dxa"/>
            <w:shd w:val="clear" w:color="auto" w:fill="auto"/>
            <w:vAlign w:val="center"/>
          </w:tcPr>
          <w:p w:rsidR="00DE112B" w:rsidRDefault="00101A00">
            <w:pPr>
              <w:spacing w:line="240" w:lineRule="auto"/>
            </w:pPr>
            <w:r>
              <w:t>- GV yêu cầu HS làm bảng con từng phép tính và nêu cách làm.</w:t>
            </w:r>
          </w:p>
        </w:tc>
        <w:tc>
          <w:tcPr>
            <w:tcW w:w="4590" w:type="dxa"/>
            <w:shd w:val="clear" w:color="auto" w:fill="auto"/>
            <w:vAlign w:val="center"/>
          </w:tcPr>
          <w:p w:rsidR="00DE112B" w:rsidRDefault="00101A00">
            <w:pPr>
              <w:spacing w:line="240" w:lineRule="auto"/>
            </w:pPr>
            <w:r>
              <w:t>- HS làm bảng con: 4 km + 3 km = 7 km; 8 km + 9 km = 17 km; 25 km - 10 km = 15 km; 32 km - 14 km = 18 km.</w:t>
            </w:r>
          </w:p>
        </w:tc>
      </w:tr>
      <w:tr w:rsidR="00DE112B" w:rsidTr="00EA6741">
        <w:trPr>
          <w:jc w:val="center"/>
        </w:trPr>
        <w:tc>
          <w:tcPr>
            <w:tcW w:w="5598" w:type="dxa"/>
            <w:shd w:val="clear" w:color="auto" w:fill="auto"/>
            <w:vAlign w:val="center"/>
          </w:tcPr>
          <w:p w:rsidR="00DE112B" w:rsidRDefault="00101A00">
            <w:pPr>
              <w:spacing w:line="240" w:lineRule="auto"/>
            </w:pPr>
            <w:r>
              <w:t>- GV chốt: Khi cộng, trừ các số đo cùng đơn vị km, ta cộng, trừ các số rồi ghi km ở kết quả.</w:t>
            </w:r>
          </w:p>
        </w:tc>
        <w:tc>
          <w:tcPr>
            <w:tcW w:w="4590" w:type="dxa"/>
            <w:shd w:val="clear" w:color="auto" w:fill="auto"/>
            <w:vAlign w:val="center"/>
          </w:tcPr>
          <w:p w:rsidR="00DE112B" w:rsidRDefault="00101A00">
            <w:pPr>
              <w:spacing w:line="240" w:lineRule="auto"/>
            </w:pPr>
            <w:r>
              <w:t>- HS đối chiếu, sửa bài nếu cần.</w:t>
            </w:r>
          </w:p>
        </w:tc>
      </w:tr>
      <w:tr w:rsidR="00DE112B" w:rsidTr="00EA6741">
        <w:trPr>
          <w:jc w:val="center"/>
        </w:trPr>
        <w:tc>
          <w:tcPr>
            <w:tcW w:w="5598" w:type="dxa"/>
            <w:shd w:val="clear" w:color="auto" w:fill="auto"/>
            <w:vAlign w:val="center"/>
          </w:tcPr>
          <w:p w:rsidR="00DE112B" w:rsidRDefault="00101A00">
            <w:pPr>
              <w:spacing w:line="240" w:lineRule="auto"/>
            </w:pPr>
            <w:r>
              <w:rPr>
                <w:b/>
              </w:rPr>
              <w:t>Bài 3: Bảng chiều dài đoạn đường từ Hà Nội đến một số tỉnh.</w:t>
            </w:r>
          </w:p>
          <w:p w:rsidR="00DE112B" w:rsidRDefault="00101A00">
            <w:pPr>
              <w:spacing w:line="240" w:lineRule="auto"/>
            </w:pPr>
            <w:r>
              <w:t>- GV yêu cầu HS đọc bảng số liệu trong SGK.</w:t>
            </w:r>
          </w:p>
          <w:p w:rsidR="00DE112B" w:rsidRDefault="00DE112B" w:rsidP="00EA6741">
            <w:pPr>
              <w:spacing w:line="240" w:lineRule="auto"/>
            </w:pPr>
          </w:p>
        </w:tc>
        <w:tc>
          <w:tcPr>
            <w:tcW w:w="4590" w:type="dxa"/>
            <w:shd w:val="clear" w:color="auto" w:fill="auto"/>
            <w:vAlign w:val="center"/>
          </w:tcPr>
          <w:p w:rsidR="00DE112B" w:rsidRDefault="00101A00">
            <w:pPr>
              <w:spacing w:line="240" w:lineRule="auto"/>
            </w:pPr>
            <w:r>
              <w:t>- HS đọc bảng và nêu các tuyến đường, chiều dài tương ứng.</w:t>
            </w:r>
          </w:p>
        </w:tc>
      </w:tr>
      <w:tr w:rsidR="00DE112B" w:rsidTr="00EA6741">
        <w:trPr>
          <w:jc w:val="center"/>
        </w:trPr>
        <w:tc>
          <w:tcPr>
            <w:tcW w:w="5598" w:type="dxa"/>
            <w:shd w:val="clear" w:color="auto" w:fill="auto"/>
            <w:vAlign w:val="center"/>
          </w:tcPr>
          <w:p w:rsidR="00DE112B" w:rsidRDefault="00101A00">
            <w:pPr>
              <w:spacing w:line="240" w:lineRule="auto"/>
            </w:pPr>
            <w:r>
              <w:t>- GV hỏi: Trong các tỉnh trên, tỉnh nào xa Hà Nội nhất, tỉnh nào gần Hà Nội nhất?</w:t>
            </w:r>
          </w:p>
        </w:tc>
        <w:tc>
          <w:tcPr>
            <w:tcW w:w="4590" w:type="dxa"/>
            <w:shd w:val="clear" w:color="auto" w:fill="auto"/>
            <w:vAlign w:val="center"/>
          </w:tcPr>
          <w:p w:rsidR="00DE112B" w:rsidRDefault="00101A00">
            <w:pPr>
              <w:spacing w:line="240" w:lineRule="auto"/>
            </w:pPr>
            <w:r>
              <w:t>- HS trả lời: Hà Nội - Lạng Sơn xa nhất 155 km; Hà Nội - Hà Nam gần nhất 54 km.</w:t>
            </w:r>
          </w:p>
        </w:tc>
      </w:tr>
      <w:tr w:rsidR="00DE112B" w:rsidTr="00EA6741">
        <w:trPr>
          <w:jc w:val="center"/>
        </w:trPr>
        <w:tc>
          <w:tcPr>
            <w:tcW w:w="5598" w:type="dxa"/>
            <w:shd w:val="clear" w:color="auto" w:fill="auto"/>
            <w:vAlign w:val="center"/>
          </w:tcPr>
          <w:p w:rsidR="00DE112B" w:rsidRDefault="00101A00">
            <w:pPr>
              <w:spacing w:line="240" w:lineRule="auto"/>
            </w:pPr>
            <w:r>
              <w:t>- GV hỏi: Trong các tỉnh trên, đường bộ từ Hà Nội đến những tỉnh nào dài hơn 100 km?</w:t>
            </w:r>
          </w:p>
        </w:tc>
        <w:tc>
          <w:tcPr>
            <w:tcW w:w="4590" w:type="dxa"/>
            <w:shd w:val="clear" w:color="auto" w:fill="auto"/>
            <w:vAlign w:val="center"/>
          </w:tcPr>
          <w:p w:rsidR="00DE112B" w:rsidRDefault="00101A00">
            <w:pPr>
              <w:spacing w:line="240" w:lineRule="auto"/>
            </w:pPr>
            <w:r>
              <w:t>- HS trả lời: Hà Nội - Thái Bình 106 km; Hà Nội - Cao Bằng 245 km; Hà Nội - Lạng Sơn 155 km.</w:t>
            </w:r>
          </w:p>
        </w:tc>
      </w:tr>
      <w:tr w:rsidR="00DE112B" w:rsidTr="00EA6741">
        <w:trPr>
          <w:jc w:val="center"/>
        </w:trPr>
        <w:tc>
          <w:tcPr>
            <w:tcW w:w="5598" w:type="dxa"/>
            <w:shd w:val="clear" w:color="auto" w:fill="auto"/>
            <w:vAlign w:val="center"/>
          </w:tcPr>
          <w:p w:rsidR="00DE112B" w:rsidRDefault="00101A00">
            <w:pPr>
              <w:spacing w:line="240" w:lineRule="auto"/>
            </w:pPr>
            <w:r>
              <w:rPr>
                <w:color w:val="C00000"/>
              </w:rPr>
              <w:t>- Tích hợp giáo dục địa phương: GV liên hệ sau khi HS đọc bảng khoảng cách: “Mỗi con số ki-lô-mét không chỉ cho biết quãng đường xa hay gần mà còn giúp chúng ta biết thêm về các địa danh trên đất nước Việt Nam.” GV giới thiệu ngắn gọn theo KHDH: Hà Nam sáp nhập cùng Nam Định và Ninh Bình để thành lập tỉnh mới lấy tên là Ninh Bình; Thái Bình sáp nhập vào Hưng Yên để thành lập tỉnh mới lấy tên là Hưng Yên. GV hỏi: “Khi biết tên các tỉnh, thành và khoảng cách giữa các nơi, em có cảm nghĩ gì về quê hương đất nước?” GV định hướng HS biết yêu nơi mình sống, tự hào về địa phương, quan tâm các địa danh Việt Nam và có việc làm phù hợp như giữ vệ sinh trường lớp, bảo vệ cảnh quan, nói lời giới thiệu tốt đẹp về quê hương.</w:t>
            </w:r>
          </w:p>
        </w:tc>
        <w:tc>
          <w:tcPr>
            <w:tcW w:w="4590" w:type="dxa"/>
            <w:shd w:val="clear" w:color="auto" w:fill="auto"/>
            <w:vAlign w:val="center"/>
          </w:tcPr>
          <w:p w:rsidR="00DE112B" w:rsidRDefault="00101A00">
            <w:pPr>
              <w:spacing w:line="240" w:lineRule="auto"/>
            </w:pPr>
            <w:r>
              <w:rPr>
                <w:color w:val="FF0000"/>
              </w:rPr>
              <w:t>- HS lắng nghe, nêu được một việc thể hiện tình yêu quê hương: tìm hiểu địa danh, giữ gìn môi trường, nói lời tự hào về nơi mình sống.</w:t>
            </w:r>
          </w:p>
        </w:tc>
      </w:tr>
      <w:tr w:rsidR="00DE112B" w:rsidTr="00EA6741">
        <w:trPr>
          <w:jc w:val="center"/>
        </w:trPr>
        <w:tc>
          <w:tcPr>
            <w:tcW w:w="5598" w:type="dxa"/>
            <w:shd w:val="clear" w:color="auto" w:fill="auto"/>
            <w:vAlign w:val="center"/>
          </w:tcPr>
          <w:p w:rsidR="00DE112B" w:rsidRDefault="00101A00">
            <w:pPr>
              <w:spacing w:line="240" w:lineRule="auto"/>
            </w:pPr>
            <w:r>
              <w:rPr>
                <w:b/>
              </w:rPr>
              <w:lastRenderedPageBreak/>
              <w:t>Bài 4: Cóc đến Trời.</w:t>
            </w:r>
          </w:p>
          <w:p w:rsidR="00DE112B" w:rsidRDefault="00101A00">
            <w:pPr>
              <w:spacing w:line="240" w:lineRule="auto"/>
            </w:pPr>
            <w:r>
              <w:t>- GV yêu cầu HS quan sát tranh đường đi của Cóc và đọc đề bài.</w:t>
            </w:r>
          </w:p>
          <w:p w:rsidR="00DE112B" w:rsidRDefault="00DE112B">
            <w:pPr>
              <w:spacing w:line="240" w:lineRule="auto"/>
              <w:jc w:val="center"/>
            </w:pPr>
          </w:p>
        </w:tc>
        <w:tc>
          <w:tcPr>
            <w:tcW w:w="4590" w:type="dxa"/>
            <w:shd w:val="clear" w:color="auto" w:fill="auto"/>
            <w:vAlign w:val="center"/>
          </w:tcPr>
          <w:p w:rsidR="00DE112B" w:rsidRDefault="00101A00">
            <w:pPr>
              <w:spacing w:line="240" w:lineRule="auto"/>
            </w:pPr>
            <w:r>
              <w:t>- HS quan sát tranh, đọc đề bài và xác định các đoạn đường.</w:t>
            </w:r>
          </w:p>
        </w:tc>
      </w:tr>
      <w:tr w:rsidR="00DE112B" w:rsidTr="00EA6741">
        <w:trPr>
          <w:jc w:val="center"/>
        </w:trPr>
        <w:tc>
          <w:tcPr>
            <w:tcW w:w="5598" w:type="dxa"/>
            <w:shd w:val="clear" w:color="auto" w:fill="auto"/>
            <w:vAlign w:val="center"/>
          </w:tcPr>
          <w:p w:rsidR="00DE112B" w:rsidRDefault="00101A00">
            <w:pPr>
              <w:spacing w:line="240" w:lineRule="auto"/>
            </w:pPr>
            <w:r>
              <w:t>- GV hỏi: Cóc đi qua những đoạn đường nào ở câu a?</w:t>
            </w:r>
          </w:p>
        </w:tc>
        <w:tc>
          <w:tcPr>
            <w:tcW w:w="4590" w:type="dxa"/>
            <w:shd w:val="clear" w:color="auto" w:fill="auto"/>
            <w:vAlign w:val="center"/>
          </w:tcPr>
          <w:p w:rsidR="00DE112B" w:rsidRDefault="00101A00">
            <w:pPr>
              <w:spacing w:line="240" w:lineRule="auto"/>
            </w:pPr>
            <w:r>
              <w:t>- HS trả lời: Cóc đi 28 km rồi đi tiếp 36 km.</w:t>
            </w:r>
          </w:p>
        </w:tc>
      </w:tr>
      <w:tr w:rsidR="00DE112B" w:rsidTr="00EA6741">
        <w:trPr>
          <w:jc w:val="center"/>
        </w:trPr>
        <w:tc>
          <w:tcPr>
            <w:tcW w:w="5598" w:type="dxa"/>
            <w:shd w:val="clear" w:color="auto" w:fill="auto"/>
            <w:vAlign w:val="center"/>
          </w:tcPr>
          <w:p w:rsidR="00DE112B" w:rsidRDefault="00101A00">
            <w:pPr>
              <w:spacing w:line="240" w:lineRule="auto"/>
            </w:pPr>
            <w:r>
              <w:t>- GV yêu cầu HS làm bài vào vở ô li, 1 HS trình bày trên bảng.</w:t>
            </w:r>
          </w:p>
        </w:tc>
        <w:tc>
          <w:tcPr>
            <w:tcW w:w="4590" w:type="dxa"/>
            <w:shd w:val="clear" w:color="auto" w:fill="auto"/>
            <w:vAlign w:val="center"/>
          </w:tcPr>
          <w:p w:rsidR="00DE112B" w:rsidRDefault="00101A00">
            <w:pPr>
              <w:spacing w:line="240" w:lineRule="auto"/>
            </w:pPr>
            <w:r>
              <w:t>- HS làm bài: a) 28 + 36 = 64 (km); b) 36 + 46 = 82 (km). Đáp số: a) 64 km; b) 82 km.</w:t>
            </w:r>
          </w:p>
        </w:tc>
      </w:tr>
      <w:tr w:rsidR="00DE112B" w:rsidTr="00EA6741">
        <w:trPr>
          <w:jc w:val="center"/>
        </w:trPr>
        <w:tc>
          <w:tcPr>
            <w:tcW w:w="10188" w:type="dxa"/>
            <w:gridSpan w:val="2"/>
            <w:shd w:val="clear" w:color="auto" w:fill="auto"/>
            <w:vAlign w:val="center"/>
          </w:tcPr>
          <w:p w:rsidR="00DE112B" w:rsidRDefault="00101A00">
            <w:pPr>
              <w:spacing w:line="240" w:lineRule="auto"/>
            </w:pPr>
            <w:r>
              <w:rPr>
                <w:b/>
              </w:rPr>
              <w:t>4. VẬN DỤNG TRẢI NGHIỆM (2 phút)</w:t>
            </w:r>
          </w:p>
          <w:p w:rsidR="00DE112B" w:rsidRDefault="00101A00">
            <w:pPr>
              <w:spacing w:line="240" w:lineRule="auto"/>
            </w:pPr>
            <w:r>
              <w:rPr>
                <w:b/>
              </w:rPr>
              <w:t>Mục tiêu: Củng cố đơn vị ki-lô-mét.</w:t>
            </w:r>
          </w:p>
        </w:tc>
      </w:tr>
      <w:tr w:rsidR="00DE112B" w:rsidTr="00EA6741">
        <w:trPr>
          <w:jc w:val="center"/>
        </w:trPr>
        <w:tc>
          <w:tcPr>
            <w:tcW w:w="5598" w:type="dxa"/>
            <w:shd w:val="clear" w:color="auto" w:fill="auto"/>
            <w:vAlign w:val="center"/>
          </w:tcPr>
          <w:p w:rsidR="00DE112B" w:rsidRDefault="00101A00">
            <w:pPr>
              <w:spacing w:line="240" w:lineRule="auto"/>
            </w:pPr>
            <w:r>
              <w:t>- GV hỏi: Ki-lô-mét dùng để đo những quãng đường như thế nào? 1 km bằng bao nhiêu mét?</w:t>
            </w:r>
          </w:p>
        </w:tc>
        <w:tc>
          <w:tcPr>
            <w:tcW w:w="4590" w:type="dxa"/>
            <w:shd w:val="clear" w:color="auto" w:fill="auto"/>
            <w:vAlign w:val="center"/>
          </w:tcPr>
          <w:p w:rsidR="00DE112B" w:rsidRDefault="00101A00">
            <w:pPr>
              <w:spacing w:line="240" w:lineRule="auto"/>
            </w:pPr>
            <w:r>
              <w:t>- HS trả lời: Ki-lô-mét dùng để đo quãng đường dài; 1 km = 1000 m.</w:t>
            </w:r>
          </w:p>
        </w:tc>
      </w:tr>
      <w:tr w:rsidR="00DE112B" w:rsidTr="00EA6741">
        <w:trPr>
          <w:jc w:val="center"/>
        </w:trPr>
        <w:tc>
          <w:tcPr>
            <w:tcW w:w="5598" w:type="dxa"/>
            <w:shd w:val="clear" w:color="auto" w:fill="auto"/>
            <w:vAlign w:val="center"/>
          </w:tcPr>
          <w:p w:rsidR="00DE112B" w:rsidRDefault="00101A00">
            <w:pPr>
              <w:spacing w:line="240" w:lineRule="auto"/>
            </w:pPr>
            <w:r>
              <w:t>- GV nhận xét giờ học, dặn HS quan sát biển báo khoảng cách khi đi đường cùng người lớn.</w:t>
            </w:r>
          </w:p>
        </w:tc>
        <w:tc>
          <w:tcPr>
            <w:tcW w:w="4590" w:type="dxa"/>
            <w:shd w:val="clear" w:color="auto" w:fill="auto"/>
            <w:vAlign w:val="center"/>
          </w:tcPr>
          <w:p w:rsidR="00DE112B" w:rsidRDefault="00101A00">
            <w:pPr>
              <w:spacing w:line="240" w:lineRule="auto"/>
            </w:pPr>
            <w:r>
              <w:t>- HS lắng nghe và ghi nhớ nhiệm vụ.</w:t>
            </w:r>
          </w:p>
        </w:tc>
      </w:tr>
    </w:tbl>
    <w:p w:rsidR="00DE112B" w:rsidRDefault="00101A00">
      <w:pPr>
        <w:spacing w:line="240" w:lineRule="auto"/>
      </w:pPr>
      <w:r>
        <w:rPr>
          <w:b/>
        </w:rPr>
        <w:t>IV. ĐIỀU CHỈNH TIẾT DẠY (NẾU CÓ)</w:t>
      </w:r>
    </w:p>
    <w:p w:rsidR="00DE112B" w:rsidRDefault="00101A00">
      <w:pPr>
        <w:spacing w:line="240" w:lineRule="auto"/>
      </w:pPr>
      <w:r>
        <w:t>…………………………………………………………………………………………………………………………</w:t>
      </w:r>
    </w:p>
    <w:p w:rsidR="00DE112B" w:rsidRDefault="00101A00">
      <w:pPr>
        <w:spacing w:line="240" w:lineRule="auto"/>
      </w:pPr>
      <w:r>
        <w:t>…………………………………………………………………………………………………………………………</w:t>
      </w:r>
    </w:p>
    <w:p w:rsidR="00AF48B9" w:rsidRDefault="00AF48B9">
      <w:pPr>
        <w:spacing w:line="240" w:lineRule="auto"/>
        <w:jc w:val="center"/>
      </w:pPr>
    </w:p>
    <w:p w:rsidR="00DE112B" w:rsidRDefault="00101A00">
      <w:pPr>
        <w:spacing w:line="240" w:lineRule="auto"/>
        <w:jc w:val="center"/>
      </w:pPr>
      <w:r>
        <w:rPr>
          <w:b/>
        </w:rPr>
        <w:t>KẾ HOẠCH BÀI DẠY MÔN TOÁN LỚP 2 - TUẦN 27</w:t>
      </w:r>
    </w:p>
    <w:p w:rsidR="00DE112B" w:rsidRDefault="00101A00">
      <w:pPr>
        <w:spacing w:line="240" w:lineRule="auto"/>
        <w:jc w:val="center"/>
      </w:pPr>
      <w:r>
        <w:rPr>
          <w:b/>
        </w:rPr>
        <w:t>CHỦ ĐỀ 11: ĐỘ DÀI VÀ ĐƠN VỊ ĐO ĐỘ DÀI. TIỀN VIỆT NAM</w:t>
      </w:r>
    </w:p>
    <w:p w:rsidR="00DE112B" w:rsidRDefault="00101A00">
      <w:pPr>
        <w:spacing w:line="240" w:lineRule="auto"/>
        <w:jc w:val="center"/>
      </w:pPr>
      <w:r>
        <w:rPr>
          <w:b/>
        </w:rPr>
        <w:t>BÀI 56. GIỚI THIỆU TIỀN VIỆT NAM</w:t>
      </w:r>
    </w:p>
    <w:p w:rsidR="00DE112B" w:rsidRDefault="00101A00">
      <w:pPr>
        <w:spacing w:line="240" w:lineRule="auto"/>
        <w:jc w:val="center"/>
      </w:pPr>
      <w:r>
        <w:rPr>
          <w:b/>
        </w:rPr>
        <w:t>TIẾT 1: GIỚI THIỆU TIỀN VIỆT NAM</w:t>
      </w:r>
    </w:p>
    <w:p w:rsidR="00DE112B" w:rsidRDefault="00101A00">
      <w:pPr>
        <w:spacing w:line="240" w:lineRule="auto"/>
      </w:pPr>
      <w:r>
        <w:rPr>
          <w:b/>
        </w:rPr>
        <w:t>I. YÊU CẦU CẦN ĐẠT</w:t>
      </w:r>
    </w:p>
    <w:p w:rsidR="00DE112B" w:rsidRDefault="00101A00">
      <w:pPr>
        <w:spacing w:line="240" w:lineRule="auto"/>
      </w:pPr>
      <w:r>
        <w:rPr>
          <w:b/>
        </w:rPr>
        <w:t>1. Năng lực đặc thù:</w:t>
      </w:r>
    </w:p>
    <w:p w:rsidR="00DE112B" w:rsidRDefault="00101A00">
      <w:pPr>
        <w:spacing w:line="240" w:lineRule="auto"/>
      </w:pPr>
      <w:r>
        <w:t>- Nhận biết được các tờ tiền Việt Nam mệnh giá 100 đồng, 200 đồng, 500 đồng, 1 000 đồng.</w:t>
      </w:r>
    </w:p>
    <w:p w:rsidR="00DE112B" w:rsidRDefault="00101A00">
      <w:pPr>
        <w:spacing w:line="240" w:lineRule="auto"/>
      </w:pPr>
      <w:r>
        <w:t>- Biết đếm, phân loại một số tờ tiền đơn giản và chọn tờ tiền phù hợp để mua hàng trong tình huống gần gũi.</w:t>
      </w:r>
    </w:p>
    <w:p w:rsidR="00DE112B" w:rsidRDefault="00101A00">
      <w:pPr>
        <w:spacing w:line="240" w:lineRule="auto"/>
      </w:pPr>
      <w:r>
        <w:t>- Bước đầu nhận biết ý nghĩa của tiền trong mua bán, tiết kiệm và sinh hoạt hằng ngày.</w:t>
      </w:r>
    </w:p>
    <w:p w:rsidR="00DE112B" w:rsidRDefault="00101A00">
      <w:pPr>
        <w:spacing w:line="240" w:lineRule="auto"/>
      </w:pPr>
      <w:r>
        <w:rPr>
          <w:b/>
        </w:rPr>
        <w:t>2. Năng lực chung:</w:t>
      </w:r>
    </w:p>
    <w:p w:rsidR="00DE112B" w:rsidRDefault="00101A00">
      <w:pPr>
        <w:spacing w:line="240" w:lineRule="auto"/>
      </w:pPr>
      <w:r>
        <w:t>- Tự chủ và tự học: Chủ động thực hiện nhiệm vụ học tập, tự kiểm tra kết quả bài làm.</w:t>
      </w:r>
    </w:p>
    <w:p w:rsidR="00DE112B" w:rsidRDefault="00101A00">
      <w:pPr>
        <w:spacing w:line="240" w:lineRule="auto"/>
      </w:pPr>
      <w:r>
        <w:t>- Giao tiếp và hợp tác: Biết trao đổi, thảo luận, lắng nghe và hợp tác với bạn trong hoạt động nhóm.</w:t>
      </w:r>
    </w:p>
    <w:p w:rsidR="00DE112B" w:rsidRDefault="00101A00">
      <w:pPr>
        <w:spacing w:line="240" w:lineRule="auto"/>
      </w:pPr>
      <w:r>
        <w:t>- Giải quyết vấn đề và sáng tạo: Biết lựa chọn cách làm phù hợp, vận dụng kiến thức đã học để giải quyết tình huống thực tế.</w:t>
      </w:r>
    </w:p>
    <w:p w:rsidR="00DE112B" w:rsidRDefault="00101A00">
      <w:pPr>
        <w:spacing w:line="240" w:lineRule="auto"/>
      </w:pPr>
      <w:r>
        <w:rPr>
          <w:b/>
        </w:rPr>
        <w:t>3. Phẩm chất:</w:t>
      </w:r>
    </w:p>
    <w:p w:rsidR="00DE112B" w:rsidRDefault="00101A00">
      <w:pPr>
        <w:spacing w:line="240" w:lineRule="auto"/>
      </w:pPr>
      <w:r>
        <w:t>- Chăm chỉ: Tích cực học tập, rèn luyện tính cẩn thận, kiên trì khi thực hiện nhiệm vụ.</w:t>
      </w:r>
    </w:p>
    <w:p w:rsidR="00DE112B" w:rsidRDefault="00101A00">
      <w:pPr>
        <w:spacing w:line="240" w:lineRule="auto"/>
      </w:pPr>
      <w:r>
        <w:t>- Trách nhiệm: Có ý thức hoàn thành nhiệm vụ học tập, biết hợp tác và hỗ trợ bạn khi làm việc nhóm.</w:t>
      </w:r>
    </w:p>
    <w:p w:rsidR="00DE112B" w:rsidRDefault="00101A00" w:rsidP="00EA6741">
      <w:pPr>
        <w:spacing w:line="240" w:lineRule="auto"/>
        <w:jc w:val="both"/>
      </w:pPr>
      <w:r>
        <w:rPr>
          <w:b/>
          <w:color w:val="FF0000"/>
        </w:rPr>
        <w:t>4. Tích hợp</w:t>
      </w:r>
    </w:p>
    <w:p w:rsidR="00DE112B" w:rsidRPr="00EA6741" w:rsidRDefault="00101A00" w:rsidP="00EA6741">
      <w:pPr>
        <w:spacing w:line="240" w:lineRule="auto"/>
        <w:jc w:val="both"/>
        <w:rPr>
          <w:color w:val="FF0000"/>
        </w:rPr>
      </w:pPr>
      <w:r w:rsidRPr="00EA6741">
        <w:rPr>
          <w:color w:val="FF0000"/>
        </w:rPr>
        <w:t>- Tích hợp năng lực số 2.3.CB1a: HS xác định được một số dịch vụ số đơn giản có thể tham gia vào xã hội, gần gũi với đời sống hằng ngày như quét mã QR, thanh toán số tại quầy hàng hoặc trên hóa đơn. HS nhận biết thanh toán số có thể giúp giao dịch nhanh, tiện lợi, hạn chế cầm nhiều tiền mặt; đồng thời hiểu học sinh lớp 2 chỉ quan sát, nhận biết ở mức đơn giản, không tự ý quét mã, chuyển tiền, cung cấp thông tin cá nhân hoặc sử dụng thiết bị thanh toán khi chưa có người lớn hướng dẫn.</w:t>
      </w:r>
    </w:p>
    <w:p w:rsidR="00DE112B" w:rsidRPr="00EA6741" w:rsidRDefault="00101A00" w:rsidP="00EA6741">
      <w:pPr>
        <w:spacing w:line="240" w:lineRule="auto"/>
        <w:jc w:val="both"/>
        <w:rPr>
          <w:color w:val="FF0000"/>
        </w:rPr>
      </w:pPr>
      <w:r w:rsidRPr="00EA6741">
        <w:rPr>
          <w:color w:val="FF0000"/>
        </w:rPr>
        <w:lastRenderedPageBreak/>
        <w:t>- Tích hợp giáo dục tài chính: HS nhận biết tiền dùng để trao đổi, mua những hàng hóa cần thiết trong đời sống; biết mỗi tờ tiền đều có giá trị và cần được giữ gìn sạch đẹp, không vò, xé, làm bẩn hoặc sử dụng tùy tiện. Khi tham gia tình huống mua bán trong bài học, HS biết lựa chọn tờ tiền phù hợp với giá món hàng, biết cân nhắc mua thứ thật cần, không đòi mua theo ý thích nếu chưa phù hợp, không lãng phí tiền của gia đình và biết nói lời cảm ơn khi nhận tiền thừa hoặc được người lớn hướng dẫn mua hàng.</w:t>
      </w:r>
    </w:p>
    <w:p w:rsidR="00DE112B" w:rsidRPr="00EA6741" w:rsidRDefault="00101A00" w:rsidP="00EA6741">
      <w:pPr>
        <w:spacing w:line="240" w:lineRule="auto"/>
        <w:jc w:val="both"/>
        <w:rPr>
          <w:color w:val="FF0000"/>
        </w:rPr>
      </w:pPr>
      <w:r w:rsidRPr="00EA6741">
        <w:rPr>
          <w:color w:val="FF0000"/>
        </w:rPr>
        <w:t>- Quyền con người: HS nhận biết mọi người, trong đó có người khiếm thị, đều có quyền được tiếp cận thông tin và tham gia giao dịch thuận tiện, bình đẳng; biết tôn trọng, không trêu chọc người gặp khó khăn và trân trọng các công nghệ hỗ trợ giúp mọi người nhận biết, sử dụng tiền an toàn hơn.</w:t>
      </w:r>
    </w:p>
    <w:p w:rsidR="00DE112B" w:rsidRPr="00EA6741" w:rsidRDefault="00101A00" w:rsidP="00EA6741">
      <w:pPr>
        <w:spacing w:line="240" w:lineRule="auto"/>
        <w:jc w:val="both"/>
        <w:rPr>
          <w:color w:val="FF0000"/>
        </w:rPr>
      </w:pPr>
      <w:r w:rsidRPr="00EA6741">
        <w:rPr>
          <w:color w:val="FF0000"/>
        </w:rPr>
        <w:t>- Tích hợp AI - YCCĐ 2.A2.2: HS nhận biết mục tiêu của AI là hỗ trợ con người sống an toàn, thuận tiện và bình đẳng hơn, trong đó có người khiếm thị hoặc người gặp khó khăn khi nhận biết mệnh giá tiền. GV cho HS xem video/ảnh minh họa ứng dụng AI đọc mệnh giá tiền bằng giọng nói; HS hiểu AI chỉ hỗ trợ nhận biết ban đầu, khi giao dịch vẫn cần kiểm tra lại, hỏi người lớn và sử dụng tiền đúng mục đích.</w:t>
      </w:r>
    </w:p>
    <w:p w:rsidR="00DE112B" w:rsidRPr="00EA6741" w:rsidRDefault="00101A00">
      <w:pPr>
        <w:spacing w:line="240" w:lineRule="auto"/>
        <w:rPr>
          <w:color w:val="FF0000"/>
        </w:rPr>
      </w:pPr>
      <w:r w:rsidRPr="00EA6741">
        <w:rPr>
          <w:b/>
          <w:color w:val="FF0000"/>
        </w:rPr>
        <w:t>II. ĐỒ DÙNG DẠY HỌC</w:t>
      </w:r>
    </w:p>
    <w:p w:rsidR="00DE112B" w:rsidRDefault="00101A00">
      <w:pPr>
        <w:spacing w:line="240" w:lineRule="auto"/>
      </w:pPr>
      <w:r>
        <w:t>- GV: Máy tính, ti vi, tranh SGK, thẻ tiền Việt Nam 100 đồng, 200 đồng, 500 đồng, 1 000 đồng, mô hình quầy hàng, mã QR minh họa, video/ảnh minh họa ứng dụng AI hỗ trợ người khiếm thị nhận biết mệnh giá tiền.</w:t>
      </w:r>
    </w:p>
    <w:p w:rsidR="00DE112B" w:rsidRDefault="00101A00">
      <w:pPr>
        <w:spacing w:line="240" w:lineRule="auto"/>
      </w:pPr>
      <w:r>
        <w:t>- HS: SGK, vở ô li, bảng con, bút chì.</w:t>
      </w:r>
    </w:p>
    <w:p w:rsidR="00DE112B" w:rsidRDefault="00101A00">
      <w:pPr>
        <w:spacing w:line="240" w:lineRule="auto"/>
      </w:pPr>
      <w:r>
        <w:rPr>
          <w:b/>
        </w:rPr>
        <w:t>III. CÁC HOẠT ĐỘNG DẠY HỌC CHỦ YẾU</w:t>
      </w:r>
    </w:p>
    <w:tbl>
      <w:tblPr>
        <w:tblW w:w="0" w:type="auto"/>
        <w:jc w:val="center"/>
        <w:tblBorders>
          <w:top w:val="single" w:sz="8" w:space="0" w:color="808080"/>
          <w:left w:val="single" w:sz="8" w:space="0" w:color="808080"/>
          <w:bottom w:val="single" w:sz="8" w:space="0" w:color="808080"/>
          <w:right w:val="single" w:sz="8" w:space="0" w:color="808080"/>
          <w:insideV w:val="single" w:sz="8" w:space="0" w:color="808080"/>
        </w:tblBorders>
        <w:tblLayout w:type="fixed"/>
        <w:tblCellMar>
          <w:top w:w="60" w:type="dxa"/>
          <w:left w:w="60" w:type="dxa"/>
          <w:bottom w:w="60" w:type="dxa"/>
          <w:right w:w="60" w:type="dxa"/>
        </w:tblCellMar>
        <w:tblLook w:val="04A0" w:firstRow="1" w:lastRow="0" w:firstColumn="1" w:lastColumn="0" w:noHBand="0" w:noVBand="1"/>
      </w:tblPr>
      <w:tblGrid>
        <w:gridCol w:w="5418"/>
        <w:gridCol w:w="4500"/>
      </w:tblGrid>
      <w:tr w:rsidR="00DE112B" w:rsidTr="00EA6741">
        <w:trPr>
          <w:jc w:val="center"/>
        </w:trPr>
        <w:tc>
          <w:tcPr>
            <w:tcW w:w="5418" w:type="dxa"/>
            <w:shd w:val="clear" w:color="auto" w:fill="auto"/>
            <w:vAlign w:val="center"/>
          </w:tcPr>
          <w:p w:rsidR="00DE112B" w:rsidRDefault="00101A00">
            <w:pPr>
              <w:spacing w:line="240" w:lineRule="auto"/>
              <w:jc w:val="center"/>
            </w:pPr>
            <w:r>
              <w:rPr>
                <w:b/>
              </w:rPr>
              <w:t>Hoạt động của giáo viên</w:t>
            </w:r>
          </w:p>
        </w:tc>
        <w:tc>
          <w:tcPr>
            <w:tcW w:w="4500" w:type="dxa"/>
            <w:shd w:val="clear" w:color="auto" w:fill="auto"/>
            <w:vAlign w:val="center"/>
          </w:tcPr>
          <w:p w:rsidR="00DE112B" w:rsidRDefault="00101A00">
            <w:pPr>
              <w:spacing w:line="240" w:lineRule="auto"/>
              <w:jc w:val="center"/>
            </w:pPr>
            <w:r>
              <w:rPr>
                <w:b/>
              </w:rPr>
              <w:t>Hoạt động của học sinh</w:t>
            </w:r>
          </w:p>
        </w:tc>
      </w:tr>
      <w:tr w:rsidR="00DE112B" w:rsidTr="00EA6741">
        <w:trPr>
          <w:jc w:val="center"/>
        </w:trPr>
        <w:tc>
          <w:tcPr>
            <w:tcW w:w="9918" w:type="dxa"/>
            <w:gridSpan w:val="2"/>
            <w:shd w:val="clear" w:color="auto" w:fill="auto"/>
            <w:vAlign w:val="center"/>
          </w:tcPr>
          <w:p w:rsidR="00DE112B" w:rsidRDefault="00101A00">
            <w:pPr>
              <w:spacing w:line="240" w:lineRule="auto"/>
            </w:pPr>
            <w:r>
              <w:rPr>
                <w:b/>
              </w:rPr>
              <w:t>1. KHỞI ĐỘNG (3 phút)</w:t>
            </w:r>
          </w:p>
          <w:p w:rsidR="00DE112B" w:rsidRDefault="00101A00">
            <w:pPr>
              <w:spacing w:line="240" w:lineRule="auto"/>
            </w:pPr>
            <w:r>
              <w:rPr>
                <w:b/>
              </w:rPr>
              <w:t>Mục tiêu: Tạo hứng thú và gợi mở về tiền Việt Nam.</w:t>
            </w:r>
          </w:p>
        </w:tc>
      </w:tr>
      <w:tr w:rsidR="00DE112B" w:rsidTr="00EA6741">
        <w:trPr>
          <w:jc w:val="center"/>
        </w:trPr>
        <w:tc>
          <w:tcPr>
            <w:tcW w:w="5418" w:type="dxa"/>
            <w:shd w:val="clear" w:color="auto" w:fill="auto"/>
            <w:vAlign w:val="center"/>
          </w:tcPr>
          <w:p w:rsidR="00DE112B" w:rsidRDefault="00101A00">
            <w:pPr>
              <w:spacing w:line="240" w:lineRule="auto"/>
            </w:pPr>
            <w:r>
              <w:t>- GV tổ chức trò chơi “Đi chợ”: GV nêu một số đồ vật quen thuộc và hỏi HS khi mua đồ cần dùng gì.</w:t>
            </w:r>
          </w:p>
        </w:tc>
        <w:tc>
          <w:tcPr>
            <w:tcW w:w="4500" w:type="dxa"/>
            <w:shd w:val="clear" w:color="auto" w:fill="auto"/>
            <w:vAlign w:val="center"/>
          </w:tcPr>
          <w:p w:rsidR="00DE112B" w:rsidRDefault="00101A00">
            <w:pPr>
              <w:spacing w:line="240" w:lineRule="auto"/>
            </w:pPr>
            <w:r>
              <w:t>- HS tham gia trò chơi, trả lời: Khi mua đồ cần dùng tiền.</w:t>
            </w:r>
          </w:p>
        </w:tc>
      </w:tr>
      <w:tr w:rsidR="00DE112B" w:rsidTr="00EA6741">
        <w:trPr>
          <w:jc w:val="center"/>
        </w:trPr>
        <w:tc>
          <w:tcPr>
            <w:tcW w:w="5418" w:type="dxa"/>
            <w:shd w:val="clear" w:color="auto" w:fill="auto"/>
            <w:vAlign w:val="center"/>
          </w:tcPr>
          <w:p w:rsidR="00DE112B" w:rsidRDefault="00101A00">
            <w:pPr>
              <w:spacing w:line="240" w:lineRule="auto"/>
            </w:pPr>
            <w:r>
              <w:t>- GV hỏi: Em đã từng nhìn thấy những tờ tiền nào?</w:t>
            </w:r>
          </w:p>
        </w:tc>
        <w:tc>
          <w:tcPr>
            <w:tcW w:w="4500" w:type="dxa"/>
            <w:shd w:val="clear" w:color="auto" w:fill="auto"/>
            <w:vAlign w:val="center"/>
          </w:tcPr>
          <w:p w:rsidR="00DE112B" w:rsidRDefault="00101A00">
            <w:pPr>
              <w:spacing w:line="240" w:lineRule="auto"/>
            </w:pPr>
            <w:r>
              <w:t>- HS chia sẻ theo hiểu biết: 100 đồng, 200 đồng, 500 đồng, 1 000 đồng hoặc các tờ tiền khác.</w:t>
            </w:r>
          </w:p>
        </w:tc>
      </w:tr>
      <w:tr w:rsidR="00DE112B" w:rsidTr="00EA6741">
        <w:trPr>
          <w:jc w:val="center"/>
        </w:trPr>
        <w:tc>
          <w:tcPr>
            <w:tcW w:w="5418" w:type="dxa"/>
            <w:shd w:val="clear" w:color="auto" w:fill="auto"/>
            <w:vAlign w:val="center"/>
          </w:tcPr>
          <w:p w:rsidR="00DE112B" w:rsidRDefault="00101A00">
            <w:pPr>
              <w:spacing w:line="240" w:lineRule="auto"/>
            </w:pPr>
            <w:r>
              <w:t>- GV nhận xét và giới thiệu bài: Giới thiệu tiền Việt Nam.</w:t>
            </w:r>
          </w:p>
        </w:tc>
        <w:tc>
          <w:tcPr>
            <w:tcW w:w="4500" w:type="dxa"/>
            <w:shd w:val="clear" w:color="auto" w:fill="auto"/>
            <w:vAlign w:val="center"/>
          </w:tcPr>
          <w:p w:rsidR="00DE112B" w:rsidRDefault="00101A00">
            <w:pPr>
              <w:spacing w:line="240" w:lineRule="auto"/>
            </w:pPr>
            <w:r>
              <w:t>- HS lắng nghe, chuẩn bị vào bài học.</w:t>
            </w:r>
          </w:p>
        </w:tc>
      </w:tr>
      <w:tr w:rsidR="00DE112B" w:rsidTr="00EA6741">
        <w:trPr>
          <w:jc w:val="center"/>
        </w:trPr>
        <w:tc>
          <w:tcPr>
            <w:tcW w:w="9918" w:type="dxa"/>
            <w:gridSpan w:val="2"/>
            <w:shd w:val="clear" w:color="auto" w:fill="auto"/>
            <w:vAlign w:val="center"/>
          </w:tcPr>
          <w:p w:rsidR="00DE112B" w:rsidRDefault="00101A00">
            <w:pPr>
              <w:spacing w:line="240" w:lineRule="auto"/>
            </w:pPr>
            <w:r>
              <w:rPr>
                <w:b/>
              </w:rPr>
              <w:t>2. KHÁM PHÁ (15 phút)</w:t>
            </w:r>
          </w:p>
          <w:p w:rsidR="00DE112B" w:rsidRDefault="00101A00">
            <w:pPr>
              <w:spacing w:line="240" w:lineRule="auto"/>
            </w:pPr>
            <w:r>
              <w:rPr>
                <w:b/>
              </w:rPr>
              <w:t>Mục tiêu: HS nhận biết các tờ tiền Việt Nam 100 đồng, 200 đồng, 500 đồng, 1 000 đồng.</w:t>
            </w:r>
          </w:p>
        </w:tc>
      </w:tr>
      <w:tr w:rsidR="00DE112B" w:rsidTr="00EA6741">
        <w:trPr>
          <w:jc w:val="center"/>
        </w:trPr>
        <w:tc>
          <w:tcPr>
            <w:tcW w:w="5418" w:type="dxa"/>
            <w:shd w:val="clear" w:color="auto" w:fill="auto"/>
            <w:vAlign w:val="center"/>
          </w:tcPr>
          <w:p w:rsidR="00DE112B" w:rsidRDefault="00101A00">
            <w:pPr>
              <w:spacing w:line="240" w:lineRule="auto"/>
            </w:pPr>
            <w:r>
              <w:t>Khám phá: Các tờ tiền Việt Nam.</w:t>
            </w:r>
          </w:p>
          <w:p w:rsidR="00DE112B" w:rsidRDefault="00101A00">
            <w:pPr>
              <w:spacing w:line="240" w:lineRule="auto"/>
            </w:pPr>
            <w:r>
              <w:t>- GV yêu cầu HS quan sát các tờ tiền trong SGK.</w:t>
            </w:r>
          </w:p>
          <w:p w:rsidR="00DE112B" w:rsidRDefault="00DE112B">
            <w:pPr>
              <w:spacing w:line="240" w:lineRule="auto"/>
              <w:jc w:val="center"/>
            </w:pPr>
          </w:p>
        </w:tc>
        <w:tc>
          <w:tcPr>
            <w:tcW w:w="4500" w:type="dxa"/>
            <w:shd w:val="clear" w:color="auto" w:fill="auto"/>
            <w:vAlign w:val="center"/>
          </w:tcPr>
          <w:p w:rsidR="00DE112B" w:rsidRDefault="00101A00">
            <w:pPr>
              <w:spacing w:line="240" w:lineRule="auto"/>
            </w:pPr>
            <w:r>
              <w:t>- HS quan sát các tờ tiền Việt Nam trong SGK.</w:t>
            </w:r>
          </w:p>
        </w:tc>
      </w:tr>
      <w:tr w:rsidR="00DE112B" w:rsidTr="00EA6741">
        <w:trPr>
          <w:jc w:val="center"/>
        </w:trPr>
        <w:tc>
          <w:tcPr>
            <w:tcW w:w="5418" w:type="dxa"/>
            <w:shd w:val="clear" w:color="auto" w:fill="auto"/>
            <w:vAlign w:val="center"/>
          </w:tcPr>
          <w:p w:rsidR="00DE112B" w:rsidRDefault="00101A00">
            <w:pPr>
              <w:spacing w:line="240" w:lineRule="auto"/>
            </w:pPr>
            <w:r>
              <w:t>- GV giới thiệu lần lượt các tờ tiền: 100 đồng, 200 đồng, 500 đồng, 1 000 đồng.</w:t>
            </w:r>
          </w:p>
        </w:tc>
        <w:tc>
          <w:tcPr>
            <w:tcW w:w="4500" w:type="dxa"/>
            <w:shd w:val="clear" w:color="auto" w:fill="auto"/>
            <w:vAlign w:val="center"/>
          </w:tcPr>
          <w:p w:rsidR="00DE112B" w:rsidRDefault="00101A00">
            <w:pPr>
              <w:spacing w:line="240" w:lineRule="auto"/>
            </w:pPr>
            <w:r>
              <w:t>- HS đọc tên từng tờ tiền theo GV.</w:t>
            </w:r>
          </w:p>
        </w:tc>
      </w:tr>
      <w:tr w:rsidR="00DE112B" w:rsidTr="00EA6741">
        <w:trPr>
          <w:jc w:val="center"/>
        </w:trPr>
        <w:tc>
          <w:tcPr>
            <w:tcW w:w="5418" w:type="dxa"/>
            <w:shd w:val="clear" w:color="auto" w:fill="auto"/>
            <w:vAlign w:val="center"/>
          </w:tcPr>
          <w:p w:rsidR="00DE112B" w:rsidRDefault="00101A00">
            <w:pPr>
              <w:spacing w:line="240" w:lineRule="auto"/>
            </w:pPr>
            <w:r>
              <w:t>- GV hỏi: Trên tờ tiền, em thấy những thông tin nào giúp nhận biết mệnh giá?</w:t>
            </w:r>
          </w:p>
        </w:tc>
        <w:tc>
          <w:tcPr>
            <w:tcW w:w="4500" w:type="dxa"/>
            <w:shd w:val="clear" w:color="auto" w:fill="auto"/>
            <w:vAlign w:val="center"/>
          </w:tcPr>
          <w:p w:rsidR="00DE112B" w:rsidRDefault="00101A00">
            <w:pPr>
              <w:spacing w:line="240" w:lineRule="auto"/>
            </w:pPr>
            <w:r>
              <w:t>- HS trả lời: Có số ghi mệnh giá, chữ ghi mệnh giá, màu sắc và hình ảnh trên tờ tiền.</w:t>
            </w:r>
          </w:p>
        </w:tc>
      </w:tr>
      <w:tr w:rsidR="00DE112B" w:rsidTr="00EA6741">
        <w:trPr>
          <w:jc w:val="center"/>
        </w:trPr>
        <w:tc>
          <w:tcPr>
            <w:tcW w:w="5418" w:type="dxa"/>
            <w:shd w:val="clear" w:color="auto" w:fill="auto"/>
            <w:vAlign w:val="center"/>
          </w:tcPr>
          <w:p w:rsidR="00DE112B" w:rsidRDefault="00101A00">
            <w:pPr>
              <w:spacing w:line="240" w:lineRule="auto"/>
            </w:pPr>
            <w:r>
              <w:rPr>
                <w:color w:val="FF0000"/>
              </w:rPr>
              <w:t xml:space="preserve">- Tích hợp Quyền con người: GV liên hệ từ việc nhận biết mệnh giá tiền: “Không phải ai cũng dễ nhìn rõ số, chữ hoặc màu sắc trên tờ tiền. Người khiếm thị hoặc người nhìn kém cũng có quyền được biết thông tin mệnh giá tiền và tham gia mua </w:t>
            </w:r>
            <w:r>
              <w:rPr>
                <w:color w:val="FF0000"/>
              </w:rPr>
              <w:lastRenderedPageBreak/>
              <w:t>bán thuận tiện, bình đẳng. Khi gặp người cần hỗ trợ, chúng ta cần nói lời lịch sự, giúp đỡ đúng cách và không trêu chọc.”</w:t>
            </w:r>
          </w:p>
        </w:tc>
        <w:tc>
          <w:tcPr>
            <w:tcW w:w="4500" w:type="dxa"/>
            <w:shd w:val="clear" w:color="auto" w:fill="auto"/>
            <w:vAlign w:val="center"/>
          </w:tcPr>
          <w:p w:rsidR="00DE112B" w:rsidRDefault="00101A00">
            <w:pPr>
              <w:spacing w:line="240" w:lineRule="auto"/>
            </w:pPr>
            <w:r>
              <w:rPr>
                <w:color w:val="FF0000"/>
              </w:rPr>
              <w:lastRenderedPageBreak/>
              <w:t>- HS lắng nghe, nêu được: mọi người đều cần được tiếp cận thông tin về tiền; em cần tôn trọng, giúp đỡ người gặp khó khăn bằng thái độ nhẹ nhàng, lịch sự.</w:t>
            </w:r>
          </w:p>
        </w:tc>
      </w:tr>
      <w:tr w:rsidR="00DE112B" w:rsidTr="00EA6741">
        <w:trPr>
          <w:jc w:val="center"/>
        </w:trPr>
        <w:tc>
          <w:tcPr>
            <w:tcW w:w="5418" w:type="dxa"/>
            <w:shd w:val="clear" w:color="auto" w:fill="auto"/>
            <w:vAlign w:val="center"/>
          </w:tcPr>
          <w:p w:rsidR="00DE112B" w:rsidRDefault="00101A00">
            <w:pPr>
              <w:spacing w:line="240" w:lineRule="auto"/>
            </w:pPr>
            <w:r>
              <w:rPr>
                <w:color w:val="FF0000"/>
              </w:rPr>
              <w:lastRenderedPageBreak/>
              <w:t>- Tích hợp AI - YCCĐ 2.A2.2: GV cho HS xem video/ảnh minh họa ứng dụng AI hỗ trợ người khiếm thị nhận biết mệnh giá tiền bằng giọng nói. GV đặt câu hỏi: “AI trong tình huống này giúp ích cho ai? Vì sao người dùng vẫn cần kiểm tra lại khi giao dịch?” GV chốt: AI có thể hỗ trợ để mọi người an toàn, tiện nghi hơn nhưng con người vẫn phải kiểm soát, hỏi người lớn khi cần và không phụ thuộc hoàn toàn vào máy.</w:t>
            </w:r>
          </w:p>
        </w:tc>
        <w:tc>
          <w:tcPr>
            <w:tcW w:w="4500" w:type="dxa"/>
            <w:shd w:val="clear" w:color="auto" w:fill="auto"/>
            <w:vAlign w:val="center"/>
          </w:tcPr>
          <w:p w:rsidR="00DE112B" w:rsidRDefault="00101A00">
            <w:pPr>
              <w:spacing w:line="240" w:lineRule="auto"/>
            </w:pPr>
            <w:r>
              <w:rPr>
                <w:color w:val="FF0000"/>
              </w:rPr>
              <w:t>- HS quan sát video/ảnh minh họa, trả lời: AI giúp người khiếm thị nhận biết mệnh giá tiền; khi giao dịch cần kiểm tra lại, hỏi người lớn hoặc người bán đáng tin cậy; không tự ý dùng công cụ số để thanh toán.</w:t>
            </w:r>
          </w:p>
        </w:tc>
      </w:tr>
      <w:tr w:rsidR="00DE112B" w:rsidTr="00EA6741">
        <w:trPr>
          <w:jc w:val="center"/>
        </w:trPr>
        <w:tc>
          <w:tcPr>
            <w:tcW w:w="5418" w:type="dxa"/>
            <w:shd w:val="clear" w:color="auto" w:fill="auto"/>
            <w:vAlign w:val="center"/>
          </w:tcPr>
          <w:p w:rsidR="00DE112B" w:rsidRDefault="00101A00">
            <w:pPr>
              <w:spacing w:line="240" w:lineRule="auto"/>
            </w:pPr>
            <w:r>
              <w:t>- GV nhấn mạnh: Khi dùng tiền, cần giữ tiền sạch, phẳng, không vò nát, không xé rách.</w:t>
            </w:r>
          </w:p>
        </w:tc>
        <w:tc>
          <w:tcPr>
            <w:tcW w:w="4500" w:type="dxa"/>
            <w:shd w:val="clear" w:color="auto" w:fill="auto"/>
            <w:vAlign w:val="center"/>
          </w:tcPr>
          <w:p w:rsidR="00DE112B" w:rsidRDefault="00101A00">
            <w:pPr>
              <w:spacing w:line="240" w:lineRule="auto"/>
            </w:pPr>
            <w:r>
              <w:t>- HS lắng nghe, nêu cách giữ gìn tiền cẩn thận.</w:t>
            </w:r>
          </w:p>
        </w:tc>
      </w:tr>
      <w:tr w:rsidR="00EA6741" w:rsidRPr="00EA6741" w:rsidTr="00EA6741">
        <w:trPr>
          <w:jc w:val="center"/>
        </w:trPr>
        <w:tc>
          <w:tcPr>
            <w:tcW w:w="9918" w:type="dxa"/>
            <w:gridSpan w:val="2"/>
            <w:shd w:val="clear" w:color="auto" w:fill="auto"/>
            <w:vAlign w:val="center"/>
          </w:tcPr>
          <w:p w:rsidR="00DE112B" w:rsidRPr="00EA6741" w:rsidRDefault="00101A00">
            <w:pPr>
              <w:spacing w:line="240" w:lineRule="auto"/>
            </w:pPr>
            <w:r w:rsidRPr="00EA6741">
              <w:t>3. LUYỆN TẬP, THỰC HÀNH (12 phút)</w:t>
            </w:r>
          </w:p>
          <w:p w:rsidR="00DE112B" w:rsidRPr="00EA6741" w:rsidRDefault="00101A00">
            <w:pPr>
              <w:spacing w:line="240" w:lineRule="auto"/>
            </w:pPr>
            <w:r w:rsidRPr="00EA6741">
              <w:t>Mục tiêu: HS đếm, phân loại tiền và chọn tờ tiền phù hợp.</w:t>
            </w:r>
          </w:p>
          <w:p w:rsidR="00DE112B" w:rsidRPr="00EA6741" w:rsidRDefault="00101A00">
            <w:pPr>
              <w:spacing w:line="240" w:lineRule="auto"/>
            </w:pPr>
            <w:r w:rsidRPr="00EA6741">
              <w:t>Mục tiêu giáo dục tài chính: HS biết quý trọng tiền, lựa chọn chi tiêu phù hợp và không lãng phí.</w:t>
            </w:r>
          </w:p>
        </w:tc>
      </w:tr>
      <w:tr w:rsidR="00DE112B" w:rsidTr="00EA6741">
        <w:trPr>
          <w:jc w:val="center"/>
        </w:trPr>
        <w:tc>
          <w:tcPr>
            <w:tcW w:w="5418" w:type="dxa"/>
            <w:shd w:val="clear" w:color="auto" w:fill="auto"/>
            <w:vAlign w:val="center"/>
          </w:tcPr>
          <w:p w:rsidR="00DE112B" w:rsidRDefault="00101A00">
            <w:pPr>
              <w:spacing w:line="240" w:lineRule="auto"/>
            </w:pPr>
            <w:r>
              <w:rPr>
                <w:b/>
              </w:rPr>
              <w:t>Bài 1: Quan sát tranh rồi tìm số thích hợp.</w:t>
            </w:r>
          </w:p>
          <w:p w:rsidR="00DE112B" w:rsidRDefault="00101A00">
            <w:pPr>
              <w:spacing w:line="240" w:lineRule="auto"/>
            </w:pPr>
            <w:r>
              <w:t>- GV yêu cầu HS quan sát tranh các tờ tiền và bảng phân loại.</w:t>
            </w:r>
          </w:p>
          <w:p w:rsidR="00DE112B" w:rsidRDefault="00DE112B">
            <w:pPr>
              <w:spacing w:line="240" w:lineRule="auto"/>
              <w:jc w:val="center"/>
            </w:pPr>
          </w:p>
        </w:tc>
        <w:tc>
          <w:tcPr>
            <w:tcW w:w="4500" w:type="dxa"/>
            <w:shd w:val="clear" w:color="auto" w:fill="auto"/>
            <w:vAlign w:val="center"/>
          </w:tcPr>
          <w:p w:rsidR="00DE112B" w:rsidRDefault="00101A00">
            <w:pPr>
              <w:spacing w:line="240" w:lineRule="auto"/>
            </w:pPr>
            <w:r>
              <w:t>- HS quan sát tranh, đọc tên các loại tiền.</w:t>
            </w:r>
          </w:p>
        </w:tc>
      </w:tr>
      <w:tr w:rsidR="00DE112B" w:rsidTr="00EA6741">
        <w:trPr>
          <w:jc w:val="center"/>
        </w:trPr>
        <w:tc>
          <w:tcPr>
            <w:tcW w:w="5418" w:type="dxa"/>
            <w:shd w:val="clear" w:color="auto" w:fill="auto"/>
            <w:vAlign w:val="center"/>
          </w:tcPr>
          <w:p w:rsidR="00DE112B" w:rsidRDefault="00101A00">
            <w:pPr>
              <w:spacing w:line="240" w:lineRule="auto"/>
            </w:pPr>
            <w:r>
              <w:t>- GV yêu cầu HS làm việc nhóm đôi: đếm từng loại tiền và ghi số lượng vào bảng.</w:t>
            </w:r>
          </w:p>
        </w:tc>
        <w:tc>
          <w:tcPr>
            <w:tcW w:w="4500" w:type="dxa"/>
            <w:shd w:val="clear" w:color="auto" w:fill="auto"/>
            <w:vAlign w:val="center"/>
          </w:tcPr>
          <w:p w:rsidR="00DE112B" w:rsidRDefault="00101A00">
            <w:pPr>
              <w:spacing w:line="240" w:lineRule="auto"/>
            </w:pPr>
            <w:r>
              <w:t>- HS làm việc nhóm đôi, đếm số tờ mỗi loại tiền và thống nhất kết quả.</w:t>
            </w:r>
          </w:p>
        </w:tc>
      </w:tr>
      <w:tr w:rsidR="00DE112B" w:rsidTr="00EA6741">
        <w:trPr>
          <w:jc w:val="center"/>
        </w:trPr>
        <w:tc>
          <w:tcPr>
            <w:tcW w:w="5418" w:type="dxa"/>
            <w:shd w:val="clear" w:color="auto" w:fill="auto"/>
            <w:vAlign w:val="center"/>
          </w:tcPr>
          <w:p w:rsidR="00DE112B" w:rsidRDefault="00101A00">
            <w:pPr>
              <w:spacing w:line="240" w:lineRule="auto"/>
            </w:pPr>
            <w:r>
              <w:t>- GV mời đại diện nhóm trình bày cách đếm.</w:t>
            </w:r>
          </w:p>
        </w:tc>
        <w:tc>
          <w:tcPr>
            <w:tcW w:w="4500" w:type="dxa"/>
            <w:shd w:val="clear" w:color="auto" w:fill="auto"/>
            <w:vAlign w:val="center"/>
          </w:tcPr>
          <w:p w:rsidR="00DE112B" w:rsidRDefault="00101A00">
            <w:pPr>
              <w:spacing w:line="240" w:lineRule="auto"/>
            </w:pPr>
            <w:r>
              <w:t>- Đại diện nhóm trình bày, nhóm khác nhận xét, bổ sung.</w:t>
            </w:r>
          </w:p>
        </w:tc>
      </w:tr>
      <w:tr w:rsidR="00DE112B" w:rsidTr="00EA6741">
        <w:trPr>
          <w:jc w:val="center"/>
        </w:trPr>
        <w:tc>
          <w:tcPr>
            <w:tcW w:w="5418" w:type="dxa"/>
            <w:shd w:val="clear" w:color="auto" w:fill="auto"/>
            <w:vAlign w:val="center"/>
          </w:tcPr>
          <w:p w:rsidR="00DE112B" w:rsidRDefault="00101A00">
            <w:pPr>
              <w:spacing w:line="240" w:lineRule="auto"/>
            </w:pPr>
            <w:r>
              <w:rPr>
                <w:color w:val="C00000"/>
              </w:rPr>
              <w:t>- Tích hợp giáo dục tài chính: GV liên hệ ngay sau hoạt động nhận biết và chọn tờ tiền: “Tiền không chỉ là các tờ giấy có mệnh giá khác nhau mà còn là phương tiện để gia đình mua đồ ăn, sách vở, đồ dùng học tập và những hàng hóa cần thiết.” GV hướng dẫn HS khi cầm tiền phải giữ phẳng, sạch, không vò, xé, vẽ bậy hoặc làm rách tiền. Trong tình huống mua hàng, HS cần nhìn giá món hàng, chọn tờ tiền phù hợp, không lấy nhiều tiền hơn khi không cần, biết cân nhắc giữa ‘muốn mua’ và ‘cần mua’. GV nhấn mạnh: biết quý trọng tiền là biết quý trọng công sức lao động của cha mẹ, biết chi tiêu tiết kiệm, không lãng phí và biết nói lời cảm ơn khi được người lớn hướng dẫn mua hàng.</w:t>
            </w:r>
          </w:p>
        </w:tc>
        <w:tc>
          <w:tcPr>
            <w:tcW w:w="4500" w:type="dxa"/>
            <w:shd w:val="clear" w:color="auto" w:fill="auto"/>
            <w:vAlign w:val="center"/>
          </w:tcPr>
          <w:p w:rsidR="00DE112B" w:rsidRDefault="00101A00">
            <w:pPr>
              <w:spacing w:line="240" w:lineRule="auto"/>
            </w:pPr>
            <w:r>
              <w:rPr>
                <w:color w:val="FF0000"/>
              </w:rPr>
              <w:t>- HS lắng nghe, nêu việc làm thể hiện quý trọng tiền: giữ tiền sạch, chọn mua đồ cần thiết, không tiêu xài lãng phí.</w:t>
            </w:r>
          </w:p>
        </w:tc>
      </w:tr>
      <w:tr w:rsidR="00DE112B" w:rsidTr="00EA6741">
        <w:trPr>
          <w:jc w:val="center"/>
        </w:trPr>
        <w:tc>
          <w:tcPr>
            <w:tcW w:w="5418" w:type="dxa"/>
            <w:shd w:val="clear" w:color="auto" w:fill="auto"/>
            <w:vAlign w:val="center"/>
          </w:tcPr>
          <w:p w:rsidR="00DE112B" w:rsidRDefault="00101A00">
            <w:pPr>
              <w:spacing w:line="240" w:lineRule="auto"/>
            </w:pPr>
            <w:r>
              <w:rPr>
                <w:b/>
              </w:rPr>
              <w:t>Bài 2: Bạn Mai mua kẹo hết 1 000 đồng.</w:t>
            </w:r>
          </w:p>
          <w:p w:rsidR="00DE112B" w:rsidRDefault="00101A00">
            <w:pPr>
              <w:spacing w:line="240" w:lineRule="auto"/>
            </w:pPr>
            <w:r>
              <w:t>- GV yêu cầu HS đọc đề bài và quan sát ba tờ tiền A, B, C.</w:t>
            </w:r>
          </w:p>
          <w:p w:rsidR="00DE112B" w:rsidRDefault="00DE112B">
            <w:pPr>
              <w:spacing w:line="240" w:lineRule="auto"/>
              <w:jc w:val="center"/>
            </w:pPr>
          </w:p>
        </w:tc>
        <w:tc>
          <w:tcPr>
            <w:tcW w:w="4500" w:type="dxa"/>
            <w:shd w:val="clear" w:color="auto" w:fill="auto"/>
            <w:vAlign w:val="center"/>
          </w:tcPr>
          <w:p w:rsidR="00DE112B" w:rsidRDefault="00101A00">
            <w:pPr>
              <w:spacing w:line="240" w:lineRule="auto"/>
            </w:pPr>
            <w:r>
              <w:t>- HS đọc yêu cầu bài tập, quan sát các tờ tiền.</w:t>
            </w:r>
          </w:p>
        </w:tc>
      </w:tr>
      <w:tr w:rsidR="00DE112B" w:rsidTr="00EA6741">
        <w:trPr>
          <w:jc w:val="center"/>
        </w:trPr>
        <w:tc>
          <w:tcPr>
            <w:tcW w:w="5418" w:type="dxa"/>
            <w:shd w:val="clear" w:color="auto" w:fill="auto"/>
            <w:vAlign w:val="center"/>
          </w:tcPr>
          <w:p w:rsidR="00DE112B" w:rsidRDefault="00101A00">
            <w:pPr>
              <w:spacing w:line="240" w:lineRule="auto"/>
            </w:pPr>
            <w:r>
              <w:lastRenderedPageBreak/>
              <w:t>- GV hỏi: Bạn Mai mua kẹo hết bao nhiêu đồng?</w:t>
            </w:r>
          </w:p>
        </w:tc>
        <w:tc>
          <w:tcPr>
            <w:tcW w:w="4500" w:type="dxa"/>
            <w:shd w:val="clear" w:color="auto" w:fill="auto"/>
            <w:vAlign w:val="center"/>
          </w:tcPr>
          <w:p w:rsidR="00DE112B" w:rsidRDefault="00101A00">
            <w:pPr>
              <w:spacing w:line="240" w:lineRule="auto"/>
            </w:pPr>
            <w:r>
              <w:t>- HS trả lời: Bạn Mai mua kẹo hết 1 000 đồng.</w:t>
            </w:r>
          </w:p>
        </w:tc>
      </w:tr>
      <w:tr w:rsidR="00DE112B" w:rsidTr="00EA6741">
        <w:trPr>
          <w:jc w:val="center"/>
        </w:trPr>
        <w:tc>
          <w:tcPr>
            <w:tcW w:w="5418" w:type="dxa"/>
            <w:shd w:val="clear" w:color="auto" w:fill="auto"/>
            <w:vAlign w:val="center"/>
          </w:tcPr>
          <w:p w:rsidR="00DE112B" w:rsidRDefault="00101A00">
            <w:pPr>
              <w:spacing w:line="240" w:lineRule="auto"/>
            </w:pPr>
            <w:r>
              <w:t>- GV hỏi: Muốn trả đúng 1 000 đồng, Mai cần chọn tờ tiền nào?</w:t>
            </w:r>
          </w:p>
        </w:tc>
        <w:tc>
          <w:tcPr>
            <w:tcW w:w="4500" w:type="dxa"/>
            <w:shd w:val="clear" w:color="auto" w:fill="auto"/>
            <w:vAlign w:val="center"/>
          </w:tcPr>
          <w:p w:rsidR="00DE112B" w:rsidRDefault="00101A00">
            <w:pPr>
              <w:spacing w:line="240" w:lineRule="auto"/>
            </w:pPr>
            <w:r>
              <w:t>- HS trả lời: Mai chọn tờ tiền C, mệnh giá 1 000 đồng.</w:t>
            </w:r>
          </w:p>
        </w:tc>
      </w:tr>
      <w:tr w:rsidR="00DE112B" w:rsidTr="00EA6741">
        <w:trPr>
          <w:jc w:val="center"/>
        </w:trPr>
        <w:tc>
          <w:tcPr>
            <w:tcW w:w="5418" w:type="dxa"/>
            <w:shd w:val="clear" w:color="auto" w:fill="auto"/>
            <w:vAlign w:val="center"/>
          </w:tcPr>
          <w:p w:rsidR="00DE112B" w:rsidRDefault="00101A00">
            <w:pPr>
              <w:spacing w:line="240" w:lineRule="auto"/>
            </w:pPr>
            <w:r>
              <w:t>- GV nhận xét, chốt cách chọn tờ tiền theo mệnh giá.</w:t>
            </w:r>
          </w:p>
        </w:tc>
        <w:tc>
          <w:tcPr>
            <w:tcW w:w="4500" w:type="dxa"/>
            <w:shd w:val="clear" w:color="auto" w:fill="auto"/>
            <w:vAlign w:val="center"/>
          </w:tcPr>
          <w:p w:rsidR="00DE112B" w:rsidRDefault="00101A00">
            <w:pPr>
              <w:spacing w:line="240" w:lineRule="auto"/>
            </w:pPr>
            <w:r>
              <w:t>- HS đối chiếu, sửa bài nếu cần.</w:t>
            </w:r>
          </w:p>
        </w:tc>
      </w:tr>
      <w:tr w:rsidR="00EA6741" w:rsidRPr="00EA6741" w:rsidTr="00EA6741">
        <w:trPr>
          <w:jc w:val="center"/>
        </w:trPr>
        <w:tc>
          <w:tcPr>
            <w:tcW w:w="9918" w:type="dxa"/>
            <w:gridSpan w:val="2"/>
            <w:shd w:val="clear" w:color="auto" w:fill="auto"/>
            <w:vAlign w:val="center"/>
          </w:tcPr>
          <w:p w:rsidR="00DE112B" w:rsidRPr="00EA6741" w:rsidRDefault="00101A00">
            <w:pPr>
              <w:spacing w:line="240" w:lineRule="auto"/>
            </w:pPr>
            <w:r w:rsidRPr="00EA6741">
              <w:t>4. VẬN DỤNG TRẢI NGHIỆM (5 phút)</w:t>
            </w:r>
          </w:p>
          <w:p w:rsidR="00DE112B" w:rsidRPr="00EA6741" w:rsidRDefault="00101A00">
            <w:pPr>
              <w:spacing w:line="240" w:lineRule="auto"/>
            </w:pPr>
            <w:r w:rsidRPr="00EA6741">
              <w:t>Mục tiêu: Vận dụng nhận biết tiền vào trò chơi mua bán và nhận biết dịch vụ số đơn giản.</w:t>
            </w:r>
          </w:p>
          <w:p w:rsidR="00DE112B" w:rsidRPr="00EA6741" w:rsidRDefault="00101A00">
            <w:pPr>
              <w:spacing w:line="240" w:lineRule="auto"/>
            </w:pPr>
            <w:r w:rsidRPr="00EA6741">
              <w:t>Mục tiêu tích hợp năng lực số 2.3.CB1a: HS nhận biết quét mã QR, thanh toán số là dịch vụ số đơn giản đang xuất hiện trong đời sống; biết dịch vụ số giúp giao dịch thuận tiện nhưng phải dùng đúng cách. HS hiểu ở lứa tuổi của mình chỉ quan sát, nhận biết, không tự ý quét mã, chuyển tiền, nhập thông tin cá nhân hoặc sử dụng điện thoại của người lớn nếu chưa được phép.</w:t>
            </w:r>
          </w:p>
        </w:tc>
      </w:tr>
      <w:tr w:rsidR="00DE112B" w:rsidTr="00EA6741">
        <w:trPr>
          <w:jc w:val="center"/>
        </w:trPr>
        <w:tc>
          <w:tcPr>
            <w:tcW w:w="5418" w:type="dxa"/>
            <w:shd w:val="clear" w:color="auto" w:fill="auto"/>
            <w:vAlign w:val="center"/>
          </w:tcPr>
          <w:p w:rsidR="00DE112B" w:rsidRDefault="00101A00">
            <w:pPr>
              <w:spacing w:line="240" w:lineRule="auto"/>
            </w:pPr>
            <w:r>
              <w:t>- GV tổ chức trò chơi “Quầy hàng nhỏ”: mỗi nhóm nhận một số thẻ tiền và chọn mua đồ vật có giá phù hợp.</w:t>
            </w:r>
          </w:p>
        </w:tc>
        <w:tc>
          <w:tcPr>
            <w:tcW w:w="4500" w:type="dxa"/>
            <w:shd w:val="clear" w:color="auto" w:fill="auto"/>
            <w:vAlign w:val="center"/>
          </w:tcPr>
          <w:p w:rsidR="00DE112B" w:rsidRDefault="00101A00">
            <w:pPr>
              <w:spacing w:line="240" w:lineRule="auto"/>
            </w:pPr>
            <w:r>
              <w:t>- HS tham gia trò chơi theo nhóm, chọn thẻ tiền phù hợp để mua hàng.</w:t>
            </w:r>
          </w:p>
        </w:tc>
      </w:tr>
      <w:tr w:rsidR="00DE112B" w:rsidTr="00EA6741">
        <w:trPr>
          <w:jc w:val="center"/>
        </w:trPr>
        <w:tc>
          <w:tcPr>
            <w:tcW w:w="5418" w:type="dxa"/>
            <w:shd w:val="clear" w:color="auto" w:fill="auto"/>
            <w:vAlign w:val="center"/>
          </w:tcPr>
          <w:p w:rsidR="00DE112B" w:rsidRDefault="00101A00">
            <w:pPr>
              <w:spacing w:line="240" w:lineRule="auto"/>
            </w:pPr>
            <w:r>
              <w:rPr>
                <w:color w:val="C00000"/>
              </w:rPr>
              <w:t>- Tích hợp năng lực số 2.3.CB1a: Trong trò chơi “Đi chợ”, GV giới thiệu hình ảnh mã QR trên hóa đơn hoặc quầy hàng và hỏi: “Em đã thấy hình vuông có nhiều ô nhỏ như thế này ở đâu?” GV giải thích vừa sức: khi người lớn dùng điện thoại quét mã QR, thiết bị số sẽ đọc thông tin thanh toán, giúp trả tiền nhanh và hạn chế cầm nhiều tiền mặt. GV cho HS quan sát mô phỏng, không yêu cầu HS thao tác thật. GV nhấn mạnh quy tắc an toàn: HS không tự ý quét mã, không bấm chuyển tiền, không đọc hoặc nhập mật khẩu, số điện thoại, tài khoản của gia đình; khi gặp mã QR hoặc yêu cầu thanh toán trên thiết bị số phải hỏi người lớn. Qua đó, HS nhận biết dịch vụ số trong đời sống và biết sử dụng công nghệ một cách an toàn, có hướng dẫn.</w:t>
            </w:r>
          </w:p>
        </w:tc>
        <w:tc>
          <w:tcPr>
            <w:tcW w:w="4500" w:type="dxa"/>
            <w:shd w:val="clear" w:color="auto" w:fill="auto"/>
            <w:vAlign w:val="center"/>
          </w:tcPr>
          <w:p w:rsidR="00DE112B" w:rsidRDefault="00101A00">
            <w:pPr>
              <w:spacing w:line="240" w:lineRule="auto"/>
            </w:pPr>
            <w:r>
              <w:rPr>
                <w:color w:val="FF0000"/>
              </w:rPr>
              <w:t>- HS quan sát mã QR minh họa, nêu quy tắc: chỉ sử dụng thanh toán số khi có người lớn hướng dẫn.</w:t>
            </w:r>
          </w:p>
        </w:tc>
      </w:tr>
      <w:tr w:rsidR="00DE112B" w:rsidTr="00EA6741">
        <w:trPr>
          <w:jc w:val="center"/>
        </w:trPr>
        <w:tc>
          <w:tcPr>
            <w:tcW w:w="5418" w:type="dxa"/>
            <w:shd w:val="clear" w:color="auto" w:fill="auto"/>
            <w:vAlign w:val="center"/>
          </w:tcPr>
          <w:p w:rsidR="00DE112B" w:rsidRDefault="00101A00">
            <w:pPr>
              <w:spacing w:line="240" w:lineRule="auto"/>
            </w:pPr>
            <w:r>
              <w:t>- GV hỏi: Hôm nay em biết những tờ tiền mệnh giá nào?</w:t>
            </w:r>
          </w:p>
        </w:tc>
        <w:tc>
          <w:tcPr>
            <w:tcW w:w="4500" w:type="dxa"/>
            <w:shd w:val="clear" w:color="auto" w:fill="auto"/>
            <w:vAlign w:val="center"/>
          </w:tcPr>
          <w:p w:rsidR="00DE112B" w:rsidRDefault="00101A00">
            <w:pPr>
              <w:spacing w:line="240" w:lineRule="auto"/>
            </w:pPr>
            <w:r>
              <w:t>- HS trả lời: 100 đồng, 200 đồng, 500 đồng, 1 000 đồng.</w:t>
            </w:r>
          </w:p>
        </w:tc>
      </w:tr>
      <w:tr w:rsidR="00DE112B" w:rsidTr="00EA6741">
        <w:trPr>
          <w:jc w:val="center"/>
        </w:trPr>
        <w:tc>
          <w:tcPr>
            <w:tcW w:w="5418" w:type="dxa"/>
            <w:shd w:val="clear" w:color="auto" w:fill="auto"/>
            <w:vAlign w:val="center"/>
          </w:tcPr>
          <w:p w:rsidR="00DE112B" w:rsidRDefault="00101A00">
            <w:pPr>
              <w:spacing w:line="240" w:lineRule="auto"/>
            </w:pPr>
            <w:r>
              <w:t>- GV nhận xét giờ học, dặn HS biết giữ gìn tiền và tiêu dùng tiết kiệm.</w:t>
            </w:r>
          </w:p>
        </w:tc>
        <w:tc>
          <w:tcPr>
            <w:tcW w:w="4500" w:type="dxa"/>
            <w:shd w:val="clear" w:color="auto" w:fill="auto"/>
            <w:vAlign w:val="center"/>
          </w:tcPr>
          <w:p w:rsidR="00DE112B" w:rsidRDefault="00101A00">
            <w:pPr>
              <w:spacing w:line="240" w:lineRule="auto"/>
            </w:pPr>
            <w:r>
              <w:t>- HS lắng nghe và ghi nhớ nhiệm vụ.</w:t>
            </w:r>
          </w:p>
        </w:tc>
      </w:tr>
    </w:tbl>
    <w:p w:rsidR="00DE112B" w:rsidRDefault="00101A00">
      <w:pPr>
        <w:spacing w:line="240" w:lineRule="auto"/>
      </w:pPr>
      <w:r>
        <w:rPr>
          <w:b/>
        </w:rPr>
        <w:t>IV. ĐIỀU CHỈNH TIẾT DẠY (NẾU CÓ)</w:t>
      </w:r>
    </w:p>
    <w:p w:rsidR="00DE112B" w:rsidRDefault="00101A00">
      <w:pPr>
        <w:spacing w:line="240" w:lineRule="auto"/>
      </w:pPr>
      <w:r>
        <w:t>…………………………………………………………………………………………………………………………</w:t>
      </w:r>
    </w:p>
    <w:p w:rsidR="00DE112B" w:rsidRDefault="00101A00">
      <w:pPr>
        <w:spacing w:line="240" w:lineRule="auto"/>
      </w:pPr>
      <w:r>
        <w:t>…………………………………………………………………………………………………………………………</w:t>
      </w:r>
    </w:p>
    <w:p w:rsidR="00AF48B9" w:rsidRDefault="00AF48B9">
      <w:pPr>
        <w:spacing w:line="240" w:lineRule="auto"/>
        <w:jc w:val="center"/>
      </w:pPr>
    </w:p>
    <w:p w:rsidR="00DE112B" w:rsidRDefault="00101A00">
      <w:pPr>
        <w:spacing w:line="240" w:lineRule="auto"/>
        <w:jc w:val="center"/>
      </w:pPr>
      <w:r>
        <w:rPr>
          <w:b/>
        </w:rPr>
        <w:t>KẾ HOẠCH BÀI DẠY MÔN TOÁN LỚP 2 - TUẦN 27</w:t>
      </w:r>
    </w:p>
    <w:p w:rsidR="00DE112B" w:rsidRDefault="00101A00">
      <w:pPr>
        <w:spacing w:line="240" w:lineRule="auto"/>
        <w:jc w:val="center"/>
      </w:pPr>
      <w:r>
        <w:rPr>
          <w:b/>
        </w:rPr>
        <w:t>CHỦ ĐỀ 11: ĐỘ DÀI VÀ ĐƠN VỊ ĐO ĐỘ DÀI. TIỀN VIỆT NAM</w:t>
      </w:r>
    </w:p>
    <w:p w:rsidR="00DE112B" w:rsidRDefault="00101A00">
      <w:pPr>
        <w:spacing w:line="240" w:lineRule="auto"/>
        <w:jc w:val="center"/>
      </w:pPr>
      <w:r>
        <w:rPr>
          <w:b/>
        </w:rPr>
        <w:t>BÀI 57. THỰC HÀNH VÀ TRẢI NGHIỆM ĐO ĐỘ DÀI</w:t>
      </w:r>
    </w:p>
    <w:p w:rsidR="00DE112B" w:rsidRDefault="00101A00">
      <w:pPr>
        <w:spacing w:line="240" w:lineRule="auto"/>
        <w:jc w:val="center"/>
      </w:pPr>
      <w:r>
        <w:rPr>
          <w:b/>
        </w:rPr>
        <w:lastRenderedPageBreak/>
        <w:t>TIẾT 1: BÀI HỌC STEM - THƯỚC GẤP</w:t>
      </w:r>
    </w:p>
    <w:p w:rsidR="00DE112B" w:rsidRDefault="00101A00">
      <w:pPr>
        <w:spacing w:line="240" w:lineRule="auto"/>
      </w:pPr>
      <w:r>
        <w:rPr>
          <w:b/>
        </w:rPr>
        <w:t>I. YÊU CẦU CẦN ĐẠT</w:t>
      </w:r>
    </w:p>
    <w:p w:rsidR="00DE112B" w:rsidRDefault="00101A00">
      <w:pPr>
        <w:spacing w:line="240" w:lineRule="auto"/>
      </w:pPr>
      <w:r>
        <w:rPr>
          <w:b/>
        </w:rPr>
        <w:t>1. Năng lực đặc thù:</w:t>
      </w:r>
    </w:p>
    <w:p w:rsidR="00DE112B" w:rsidRDefault="00101A00">
      <w:pPr>
        <w:spacing w:line="240" w:lineRule="auto"/>
      </w:pPr>
      <w:r>
        <w:t>- Sử dụng được thước có chia vạch xăng-ti-mét để thực hành đo, đọc số đo và ghi kết quả đo.</w:t>
      </w:r>
    </w:p>
    <w:p w:rsidR="00DE112B" w:rsidRDefault="00101A00">
      <w:pPr>
        <w:spacing w:line="240" w:lineRule="auto"/>
      </w:pPr>
      <w:r>
        <w:t>- Bước đầu đề xuất ý tưởng, thực hành đo, cắt, ghép để tạo thước gấp dùng trong học tập.</w:t>
      </w:r>
    </w:p>
    <w:p w:rsidR="00DE112B" w:rsidRDefault="00101A00">
      <w:pPr>
        <w:spacing w:line="240" w:lineRule="auto"/>
      </w:pPr>
      <w:r>
        <w:t>- Vận dụng kiến thức đo độ dài để giải quyết nhiệm vụ thực tế, hợp tác nhóm và trình bày sản phẩm.</w:t>
      </w:r>
    </w:p>
    <w:p w:rsidR="00DE112B" w:rsidRDefault="00101A00">
      <w:pPr>
        <w:spacing w:line="240" w:lineRule="auto"/>
      </w:pPr>
      <w:r>
        <w:rPr>
          <w:b/>
        </w:rPr>
        <w:t>2. Năng lực chung:</w:t>
      </w:r>
    </w:p>
    <w:p w:rsidR="00DE112B" w:rsidRDefault="00101A00">
      <w:pPr>
        <w:spacing w:line="240" w:lineRule="auto"/>
      </w:pPr>
      <w:r>
        <w:t>- Tự chủ và tự học: Chủ động thực hiện nhiệm vụ học tập, tự kiểm tra kết quả bài làm.</w:t>
      </w:r>
    </w:p>
    <w:p w:rsidR="00DE112B" w:rsidRDefault="00101A00">
      <w:pPr>
        <w:spacing w:line="240" w:lineRule="auto"/>
      </w:pPr>
      <w:r>
        <w:t>- Giao tiếp và hợp tác: Biết trao đổi, thảo luận, lắng nghe và hợp tác với bạn trong hoạt động nhóm.</w:t>
      </w:r>
    </w:p>
    <w:p w:rsidR="00DE112B" w:rsidRDefault="00101A00">
      <w:pPr>
        <w:spacing w:line="240" w:lineRule="auto"/>
      </w:pPr>
      <w:r>
        <w:t>- Giải quyết vấn đề và sáng tạo: Biết lựa chọn cách làm phù hợp, vận dụng kiến thức đã học để giải quyết tình huống thực tế.</w:t>
      </w:r>
    </w:p>
    <w:p w:rsidR="00DE112B" w:rsidRDefault="00101A00">
      <w:pPr>
        <w:spacing w:line="240" w:lineRule="auto"/>
      </w:pPr>
      <w:r>
        <w:rPr>
          <w:b/>
        </w:rPr>
        <w:t>3. Phẩm chất:</w:t>
      </w:r>
    </w:p>
    <w:p w:rsidR="00DE112B" w:rsidRDefault="00101A00">
      <w:pPr>
        <w:spacing w:line="240" w:lineRule="auto"/>
      </w:pPr>
      <w:r>
        <w:t>- Chăm chỉ: Tích cực học tập, rèn luyện tính cẩn thận, kiên trì khi thực hiện nhiệm vụ.</w:t>
      </w:r>
    </w:p>
    <w:p w:rsidR="00DE112B" w:rsidRDefault="00101A00">
      <w:pPr>
        <w:spacing w:line="240" w:lineRule="auto"/>
      </w:pPr>
      <w:r>
        <w:t>- Trách nhiệm: Có ý thức hoàn thành nhiệm vụ học tập, biết hợp tác và hỗ trợ bạn khi làm việc nhóm.</w:t>
      </w:r>
    </w:p>
    <w:p w:rsidR="00DE112B" w:rsidRDefault="00101A00">
      <w:pPr>
        <w:spacing w:line="240" w:lineRule="auto"/>
      </w:pPr>
      <w:r>
        <w:rPr>
          <w:b/>
          <w:color w:val="FF0000"/>
        </w:rPr>
        <w:t>4. Tích hợp</w:t>
      </w:r>
    </w:p>
    <w:p w:rsidR="00DE112B" w:rsidRDefault="00101A00">
      <w:pPr>
        <w:spacing w:line="240" w:lineRule="auto"/>
      </w:pPr>
      <w:r>
        <w:rPr>
          <w:color w:val="C00000"/>
        </w:rPr>
        <w:t>- Tích hợp năng lực số 5.2.CB1a: HS xác định được nhu cầu cá nhân khi cần một dụng cụ đo độ dài nhỏ gọn, có thể gấp lại và cất vào hộp bút để sử dụng trong học tập. Sau khi hoàn thành sản phẩm thước gấp, HS biết dưới sự hướng dẫn của GV có thể chụp ảnh sản phẩm, ghi tên nhóm, ghi các số đo 10 cm, 20 cm, 30 cm trên một trang trình chiếu hoặc phiếu trình bày số đơn giản. HS hiểu công cụ số giúp lưu lại, trình bày và chia sẻ sản phẩm rõ ràng hơn nhưng vẫn phải đo, ghi số đo trung thực và không tự ý chụp hình bạn khi chưa được đồng ý.</w:t>
      </w:r>
    </w:p>
    <w:p w:rsidR="00DE112B" w:rsidRDefault="00101A00">
      <w:pPr>
        <w:spacing w:line="240" w:lineRule="auto"/>
      </w:pPr>
      <w:r>
        <w:rPr>
          <w:color w:val="C00000"/>
        </w:rPr>
        <w:t>- Tích hợp bài học STEM: HS vận dụng kiến thức Toán học về đo độ dài, xăng-ti-mét, cách đặt thước và đọc số đo để thiết kế một chiếc thước gấp dùng trong học tập. HS kết hợp Mĩ thuật khi chọn màu, trang trí, sắp xếp vạch đo rõ ràng; kết hợp kĩ năng thực hành khi đo, cắt, gấp, cố định các đoạn thước và kiểm tra sản phẩm. Qua hoạt động, HS hiểu sản phẩm STEM cần vừa đẹp, vừa dùng được, số đo phải chính xác, các nhóm biết hợp tác, phân công nhiệm vụ, thử nghiệm, điều chỉnh và chia sẻ cách cải tiến sản phẩm.</w:t>
      </w:r>
    </w:p>
    <w:p w:rsidR="00DE112B" w:rsidRDefault="00101A00">
      <w:pPr>
        <w:spacing w:line="240" w:lineRule="auto"/>
      </w:pPr>
      <w:r>
        <w:rPr>
          <w:b/>
        </w:rPr>
        <w:t>II. ĐỒ DÙNG DẠY HỌC</w:t>
      </w:r>
    </w:p>
    <w:p w:rsidR="00DE112B" w:rsidRDefault="00101A00">
      <w:pPr>
        <w:spacing w:line="240" w:lineRule="auto"/>
      </w:pPr>
      <w:r>
        <w:t>- GV: Phiếu học tập, phiếu đánh giá, tranh SGK, tranh thước gấp, băng giấy dài từ 20 cm trở lên, khuy bấm, kéo, hồ dán, máy tính, ti vi.</w:t>
      </w:r>
    </w:p>
    <w:p w:rsidR="00DE112B" w:rsidRDefault="00101A00">
      <w:pPr>
        <w:spacing w:line="240" w:lineRule="auto"/>
      </w:pPr>
      <w:r>
        <w:t>- HS: Giấy bìa màu cứng, thước thẳng có vạch chia cm, kéo, khuy bấm, bút chì, bút màu, vở ô li.</w:t>
      </w:r>
    </w:p>
    <w:p w:rsidR="00DE112B" w:rsidRDefault="00101A00">
      <w:pPr>
        <w:spacing w:line="240" w:lineRule="auto"/>
      </w:pPr>
      <w:r>
        <w:rPr>
          <w:b/>
        </w:rPr>
        <w:t>III. CÁC HOẠT ĐỘNG DẠY HỌC CHỦ YẾU</w:t>
      </w:r>
    </w:p>
    <w:tbl>
      <w:tblPr>
        <w:tblW w:w="0" w:type="auto"/>
        <w:jc w:val="center"/>
        <w:tblBorders>
          <w:top w:val="single" w:sz="8" w:space="0" w:color="808080"/>
          <w:left w:val="single" w:sz="8" w:space="0" w:color="808080"/>
          <w:bottom w:val="single" w:sz="8" w:space="0" w:color="808080"/>
          <w:right w:val="single" w:sz="8" w:space="0" w:color="808080"/>
          <w:insideV w:val="single" w:sz="8" w:space="0" w:color="808080"/>
        </w:tblBorders>
        <w:tblLayout w:type="fixed"/>
        <w:tblCellMar>
          <w:top w:w="60" w:type="dxa"/>
          <w:left w:w="60" w:type="dxa"/>
          <w:bottom w:w="60" w:type="dxa"/>
          <w:right w:w="60" w:type="dxa"/>
        </w:tblCellMar>
        <w:tblLook w:val="04A0" w:firstRow="1" w:lastRow="0" w:firstColumn="1" w:lastColumn="0" w:noHBand="0" w:noVBand="1"/>
      </w:tblPr>
      <w:tblGrid>
        <w:gridCol w:w="5598"/>
        <w:gridCol w:w="4899"/>
      </w:tblGrid>
      <w:tr w:rsidR="00DE112B" w:rsidTr="00AF48B9">
        <w:trPr>
          <w:jc w:val="center"/>
        </w:trPr>
        <w:tc>
          <w:tcPr>
            <w:tcW w:w="5598" w:type="dxa"/>
            <w:shd w:val="clear" w:color="auto" w:fill="auto"/>
            <w:vAlign w:val="center"/>
          </w:tcPr>
          <w:p w:rsidR="00DE112B" w:rsidRDefault="00101A00">
            <w:pPr>
              <w:spacing w:line="240" w:lineRule="auto"/>
              <w:jc w:val="center"/>
            </w:pPr>
            <w:r>
              <w:rPr>
                <w:b/>
              </w:rPr>
              <w:t>Hoạt động của giáo viên</w:t>
            </w:r>
          </w:p>
        </w:tc>
        <w:tc>
          <w:tcPr>
            <w:tcW w:w="4899" w:type="dxa"/>
            <w:shd w:val="clear" w:color="auto" w:fill="auto"/>
            <w:vAlign w:val="center"/>
          </w:tcPr>
          <w:p w:rsidR="00DE112B" w:rsidRDefault="00101A00">
            <w:pPr>
              <w:spacing w:line="240" w:lineRule="auto"/>
              <w:jc w:val="center"/>
            </w:pPr>
            <w:r>
              <w:rPr>
                <w:b/>
              </w:rPr>
              <w:t>Hoạt động của học sinh</w:t>
            </w:r>
          </w:p>
        </w:tc>
      </w:tr>
      <w:tr w:rsidR="00DE112B" w:rsidTr="00AF48B9">
        <w:trPr>
          <w:jc w:val="center"/>
        </w:trPr>
        <w:tc>
          <w:tcPr>
            <w:tcW w:w="10497" w:type="dxa"/>
            <w:gridSpan w:val="2"/>
            <w:shd w:val="clear" w:color="auto" w:fill="auto"/>
            <w:vAlign w:val="center"/>
          </w:tcPr>
          <w:p w:rsidR="00DE112B" w:rsidRDefault="00101A00">
            <w:pPr>
              <w:spacing w:line="240" w:lineRule="auto"/>
            </w:pPr>
            <w:r>
              <w:rPr>
                <w:b/>
              </w:rPr>
              <w:t>1. KHỞI ĐỘNG (3 phút)</w:t>
            </w:r>
          </w:p>
          <w:p w:rsidR="00DE112B" w:rsidRDefault="00101A00">
            <w:pPr>
              <w:spacing w:line="240" w:lineRule="auto"/>
            </w:pPr>
            <w:r>
              <w:rPr>
                <w:b/>
              </w:rPr>
              <w:t>Mục tiêu: Tạo hứng thú, sẵn sàng tham gia hoạt động thực hành đo độ dài.</w:t>
            </w:r>
          </w:p>
        </w:tc>
      </w:tr>
      <w:tr w:rsidR="00DE112B" w:rsidTr="00AF48B9">
        <w:trPr>
          <w:jc w:val="center"/>
        </w:trPr>
        <w:tc>
          <w:tcPr>
            <w:tcW w:w="5598" w:type="dxa"/>
            <w:shd w:val="clear" w:color="auto" w:fill="auto"/>
            <w:vAlign w:val="center"/>
          </w:tcPr>
          <w:p w:rsidR="00DE112B" w:rsidRDefault="00101A00">
            <w:pPr>
              <w:spacing w:line="240" w:lineRule="auto"/>
            </w:pPr>
            <w:r>
              <w:t>- GV tổ chức trò chơi “Con thỏ” hoặc “Làm theo hiệu lệnh” để tạo không khí vui tươi.</w:t>
            </w:r>
          </w:p>
        </w:tc>
        <w:tc>
          <w:tcPr>
            <w:tcW w:w="4899" w:type="dxa"/>
            <w:shd w:val="clear" w:color="auto" w:fill="auto"/>
            <w:vAlign w:val="center"/>
          </w:tcPr>
          <w:p w:rsidR="00DE112B" w:rsidRDefault="00101A00">
            <w:pPr>
              <w:spacing w:line="240" w:lineRule="auto"/>
            </w:pPr>
            <w:r>
              <w:t>- HS tham gia trò chơi, thực hiện động tác theo hiệu lệnh.</w:t>
            </w:r>
          </w:p>
        </w:tc>
      </w:tr>
      <w:tr w:rsidR="00DE112B" w:rsidTr="00AF48B9">
        <w:trPr>
          <w:jc w:val="center"/>
        </w:trPr>
        <w:tc>
          <w:tcPr>
            <w:tcW w:w="5598" w:type="dxa"/>
            <w:shd w:val="clear" w:color="auto" w:fill="auto"/>
            <w:vAlign w:val="center"/>
          </w:tcPr>
          <w:p w:rsidR="00DE112B" w:rsidRDefault="00101A00">
            <w:pPr>
              <w:spacing w:line="240" w:lineRule="auto"/>
            </w:pPr>
            <w:r>
              <w:t>- GV nêu tình huống: Nam muốn có một chiếc thước dài 30 cm nhưng có thể gấp gọn để bỏ vào hộp bút. Em có cách nào giúp Nam không?</w:t>
            </w:r>
          </w:p>
        </w:tc>
        <w:tc>
          <w:tcPr>
            <w:tcW w:w="4899" w:type="dxa"/>
            <w:shd w:val="clear" w:color="auto" w:fill="auto"/>
            <w:vAlign w:val="center"/>
          </w:tcPr>
          <w:p w:rsidR="00DE112B" w:rsidRDefault="00101A00">
            <w:pPr>
              <w:spacing w:line="240" w:lineRule="auto"/>
            </w:pPr>
            <w:r>
              <w:t>- HS suy nghĩ, nêu ý tưởng ban đầu: làm thước bằng giấy bìa, chia vạch cm và gấp lại được.</w:t>
            </w:r>
          </w:p>
        </w:tc>
      </w:tr>
      <w:tr w:rsidR="00DE112B" w:rsidTr="00AF48B9">
        <w:trPr>
          <w:jc w:val="center"/>
        </w:trPr>
        <w:tc>
          <w:tcPr>
            <w:tcW w:w="5598" w:type="dxa"/>
            <w:shd w:val="clear" w:color="auto" w:fill="auto"/>
            <w:vAlign w:val="center"/>
          </w:tcPr>
          <w:p w:rsidR="00DE112B" w:rsidRDefault="00101A00">
            <w:pPr>
              <w:spacing w:line="240" w:lineRule="auto"/>
            </w:pPr>
            <w:r>
              <w:t>- GV nhận xét và giới thiệu: Bài học STEM - Thước gấp.</w:t>
            </w:r>
          </w:p>
        </w:tc>
        <w:tc>
          <w:tcPr>
            <w:tcW w:w="4899" w:type="dxa"/>
            <w:shd w:val="clear" w:color="auto" w:fill="auto"/>
            <w:vAlign w:val="center"/>
          </w:tcPr>
          <w:p w:rsidR="00DE112B" w:rsidRDefault="00101A00">
            <w:pPr>
              <w:spacing w:line="240" w:lineRule="auto"/>
            </w:pPr>
            <w:r>
              <w:t>- HS lắng nghe, chuẩn bị vào hoạt động.</w:t>
            </w:r>
          </w:p>
        </w:tc>
      </w:tr>
      <w:tr w:rsidR="00DE112B" w:rsidTr="00AF48B9">
        <w:trPr>
          <w:jc w:val="center"/>
        </w:trPr>
        <w:tc>
          <w:tcPr>
            <w:tcW w:w="10497" w:type="dxa"/>
            <w:gridSpan w:val="2"/>
            <w:shd w:val="clear" w:color="auto" w:fill="auto"/>
            <w:vAlign w:val="center"/>
          </w:tcPr>
          <w:p w:rsidR="00DE112B" w:rsidRDefault="00101A00">
            <w:pPr>
              <w:spacing w:line="240" w:lineRule="auto"/>
            </w:pPr>
            <w:r>
              <w:rPr>
                <w:b/>
              </w:rPr>
              <w:t>2. THẢO LUẬN VÀ HÌNH THÀNH Ý TƯỞNG (10 phút)</w:t>
            </w:r>
          </w:p>
          <w:p w:rsidR="00DE112B" w:rsidRDefault="00101A00">
            <w:pPr>
              <w:spacing w:line="240" w:lineRule="auto"/>
            </w:pPr>
            <w:r>
              <w:rPr>
                <w:b/>
              </w:rPr>
              <w:t>Mục tiêu: HS nhận diện vấn đề, đề xuất ý tưởng ban đầu và ôn cách đo bằng thước.</w:t>
            </w:r>
          </w:p>
        </w:tc>
      </w:tr>
      <w:tr w:rsidR="00DE112B" w:rsidTr="00AF48B9">
        <w:trPr>
          <w:jc w:val="center"/>
        </w:trPr>
        <w:tc>
          <w:tcPr>
            <w:tcW w:w="5598" w:type="dxa"/>
            <w:shd w:val="clear" w:color="auto" w:fill="auto"/>
            <w:vAlign w:val="center"/>
          </w:tcPr>
          <w:p w:rsidR="00DE112B" w:rsidRDefault="00101A00">
            <w:pPr>
              <w:spacing w:line="240" w:lineRule="auto"/>
            </w:pPr>
            <w:r>
              <w:t xml:space="preserve">- GV yêu cầu HS quan sát tranh Bài 57 trong SGK </w:t>
            </w:r>
            <w:r>
              <w:lastRenderedPageBreak/>
              <w:t>và nêu các dụng cụ cần chuẩn bị khi đo độ dài.</w:t>
            </w:r>
          </w:p>
          <w:p w:rsidR="00DE112B" w:rsidRDefault="00DE112B">
            <w:pPr>
              <w:spacing w:line="240" w:lineRule="auto"/>
              <w:jc w:val="center"/>
            </w:pPr>
          </w:p>
        </w:tc>
        <w:tc>
          <w:tcPr>
            <w:tcW w:w="4899" w:type="dxa"/>
            <w:shd w:val="clear" w:color="auto" w:fill="auto"/>
            <w:vAlign w:val="center"/>
          </w:tcPr>
          <w:p w:rsidR="00DE112B" w:rsidRDefault="00101A00">
            <w:pPr>
              <w:spacing w:line="240" w:lineRule="auto"/>
            </w:pPr>
            <w:r>
              <w:lastRenderedPageBreak/>
              <w:t xml:space="preserve">- HS quan sát tranh, nêu: thước, dây, bảng </w:t>
            </w:r>
            <w:r>
              <w:lastRenderedPageBreak/>
              <w:t>ghi kết quả, băng giấy, bút chì.</w:t>
            </w:r>
          </w:p>
        </w:tc>
      </w:tr>
      <w:tr w:rsidR="00DE112B" w:rsidTr="00AF48B9">
        <w:trPr>
          <w:jc w:val="center"/>
        </w:trPr>
        <w:tc>
          <w:tcPr>
            <w:tcW w:w="5598" w:type="dxa"/>
            <w:shd w:val="clear" w:color="auto" w:fill="auto"/>
            <w:vAlign w:val="center"/>
          </w:tcPr>
          <w:p w:rsidR="00DE112B" w:rsidRDefault="00101A00">
            <w:pPr>
              <w:spacing w:line="240" w:lineRule="auto"/>
            </w:pPr>
            <w:r>
              <w:lastRenderedPageBreak/>
              <w:t>- GV yêu cầu HS thảo luận nhóm đôi: Thước gấp cần có đặc điểm gì để đo được và cất gọn được?</w:t>
            </w:r>
          </w:p>
        </w:tc>
        <w:tc>
          <w:tcPr>
            <w:tcW w:w="4899" w:type="dxa"/>
            <w:shd w:val="clear" w:color="auto" w:fill="auto"/>
            <w:vAlign w:val="center"/>
          </w:tcPr>
          <w:p w:rsidR="00DE112B" w:rsidRDefault="00101A00">
            <w:pPr>
              <w:spacing w:line="240" w:lineRule="auto"/>
            </w:pPr>
            <w:r>
              <w:t>- HS thảo luận nhóm đôi, nêu: thước cần có vạch chia cm, các đoạn nối nhau, gấp lại gọn, dùng được nhiều lần.</w:t>
            </w:r>
          </w:p>
        </w:tc>
      </w:tr>
      <w:tr w:rsidR="00DE112B" w:rsidTr="00AF48B9">
        <w:trPr>
          <w:jc w:val="center"/>
        </w:trPr>
        <w:tc>
          <w:tcPr>
            <w:tcW w:w="5598" w:type="dxa"/>
            <w:shd w:val="clear" w:color="auto" w:fill="auto"/>
            <w:vAlign w:val="center"/>
          </w:tcPr>
          <w:p w:rsidR="00DE112B" w:rsidRDefault="00101A00">
            <w:pPr>
              <w:spacing w:line="240" w:lineRule="auto"/>
            </w:pPr>
            <w:r>
              <w:t>- GV chốt tiêu chí sản phẩm: đúng số đo, có vạch chia rõ, gấp gọn, sử dụng an toàn, trình bày đẹp.</w:t>
            </w:r>
          </w:p>
        </w:tc>
        <w:tc>
          <w:tcPr>
            <w:tcW w:w="4899" w:type="dxa"/>
            <w:shd w:val="clear" w:color="auto" w:fill="auto"/>
            <w:vAlign w:val="center"/>
          </w:tcPr>
          <w:p w:rsidR="00DE112B" w:rsidRDefault="00101A00">
            <w:pPr>
              <w:spacing w:line="240" w:lineRule="auto"/>
            </w:pPr>
            <w:r>
              <w:t>- HS lắng nghe và ghi nhớ tiêu chí.</w:t>
            </w:r>
          </w:p>
        </w:tc>
      </w:tr>
      <w:tr w:rsidR="00DE112B" w:rsidTr="00AF48B9">
        <w:trPr>
          <w:jc w:val="center"/>
        </w:trPr>
        <w:tc>
          <w:tcPr>
            <w:tcW w:w="10497" w:type="dxa"/>
            <w:gridSpan w:val="2"/>
            <w:shd w:val="clear" w:color="auto" w:fill="auto"/>
            <w:vAlign w:val="center"/>
          </w:tcPr>
          <w:p w:rsidR="00DE112B" w:rsidRDefault="00101A00">
            <w:pPr>
              <w:spacing w:line="240" w:lineRule="auto"/>
            </w:pPr>
            <w:r>
              <w:rPr>
                <w:b/>
                <w:color w:val="FF0000"/>
              </w:rPr>
              <w:t>3. THỰC HÀNH, LUYỆN TẬP (17 phút)</w:t>
            </w:r>
          </w:p>
          <w:p w:rsidR="00DE112B" w:rsidRDefault="00101A00">
            <w:pPr>
              <w:spacing w:line="240" w:lineRule="auto"/>
            </w:pPr>
            <w:r>
              <w:rPr>
                <w:b/>
                <w:color w:val="FF0000"/>
              </w:rPr>
              <w:t>Mục tiêu: HS thực hành đo, cắt, ghi số đo và hoàn thiện ý tưởng tạo thước gấp.</w:t>
            </w:r>
          </w:p>
          <w:p w:rsidR="00DE112B" w:rsidRDefault="00101A00">
            <w:pPr>
              <w:spacing w:line="240" w:lineRule="auto"/>
            </w:pPr>
            <w:r>
              <w:rPr>
                <w:color w:val="C00000"/>
              </w:rPr>
              <w:t>Mục tiêu tích hợp năng lực số: HS biết xác định nhu cầu dùng thước gấp trong học tập, biết dưới sự hướng dẫn của GV có thể chụp sản phẩm thước gấp, ghi tên nhóm và các số đo chính trên phiếu trình bày số/trang trình chiếu đơn giản. HS biết trình bày sản phẩm số ngắn gọn, rõ ràng, trung thực với kết quả đo và tôn trọng quyền riêng tư khi không tự ý chụp mặt bạn.</w:t>
            </w:r>
          </w:p>
        </w:tc>
      </w:tr>
      <w:tr w:rsidR="00DE112B" w:rsidTr="00AF48B9">
        <w:trPr>
          <w:jc w:val="center"/>
        </w:trPr>
        <w:tc>
          <w:tcPr>
            <w:tcW w:w="5598" w:type="dxa"/>
            <w:shd w:val="clear" w:color="auto" w:fill="auto"/>
            <w:vAlign w:val="center"/>
          </w:tcPr>
          <w:p w:rsidR="00DE112B" w:rsidRDefault="00101A00">
            <w:pPr>
              <w:spacing w:line="240" w:lineRule="auto"/>
            </w:pPr>
            <w:r>
              <w:t>Hoạt động 1: Ôn cách đo.</w:t>
            </w:r>
          </w:p>
          <w:p w:rsidR="00DE112B" w:rsidRDefault="00101A00">
            <w:pPr>
              <w:spacing w:line="240" w:lineRule="auto"/>
            </w:pPr>
            <w:r>
              <w:t>- GV yêu cầu HS quan sát bài luyện tập trong SGK, nhắc lại cách đặt thước đúng.</w:t>
            </w:r>
          </w:p>
          <w:p w:rsidR="00DE112B" w:rsidRDefault="00DE112B">
            <w:pPr>
              <w:spacing w:line="240" w:lineRule="auto"/>
              <w:jc w:val="center"/>
            </w:pPr>
          </w:p>
        </w:tc>
        <w:tc>
          <w:tcPr>
            <w:tcW w:w="4899" w:type="dxa"/>
            <w:shd w:val="clear" w:color="auto" w:fill="auto"/>
            <w:vAlign w:val="center"/>
          </w:tcPr>
          <w:p w:rsidR="00DE112B" w:rsidRDefault="00101A00">
            <w:pPr>
              <w:spacing w:line="240" w:lineRule="auto"/>
            </w:pPr>
            <w:r>
              <w:t>- HS quan sát hình, nêu: đặt vạch 0 trùng với một đầu vật, đọc số ở đầu còn lại.</w:t>
            </w:r>
          </w:p>
        </w:tc>
      </w:tr>
      <w:tr w:rsidR="00DE112B" w:rsidTr="00AF48B9">
        <w:trPr>
          <w:jc w:val="center"/>
        </w:trPr>
        <w:tc>
          <w:tcPr>
            <w:tcW w:w="5598" w:type="dxa"/>
            <w:shd w:val="clear" w:color="auto" w:fill="auto"/>
            <w:vAlign w:val="center"/>
          </w:tcPr>
          <w:p w:rsidR="00DE112B" w:rsidRDefault="00101A00">
            <w:pPr>
              <w:spacing w:line="240" w:lineRule="auto"/>
            </w:pPr>
            <w:r>
              <w:t>- GV yêu cầu HS dùng thước đo một băng giấy, ghi số đo vào phiếu học tập.</w:t>
            </w:r>
          </w:p>
        </w:tc>
        <w:tc>
          <w:tcPr>
            <w:tcW w:w="4899" w:type="dxa"/>
            <w:shd w:val="clear" w:color="auto" w:fill="auto"/>
            <w:vAlign w:val="center"/>
          </w:tcPr>
          <w:p w:rsidR="00DE112B" w:rsidRDefault="00101A00">
            <w:pPr>
              <w:spacing w:line="240" w:lineRule="auto"/>
            </w:pPr>
            <w:r>
              <w:t>- HS thực hành đo băng giấy, ghi kết quả theo nhóm đôi.</w:t>
            </w:r>
          </w:p>
        </w:tc>
      </w:tr>
      <w:tr w:rsidR="00DE112B" w:rsidTr="00AF48B9">
        <w:trPr>
          <w:jc w:val="center"/>
        </w:trPr>
        <w:tc>
          <w:tcPr>
            <w:tcW w:w="5598" w:type="dxa"/>
            <w:shd w:val="clear" w:color="auto" w:fill="auto"/>
            <w:vAlign w:val="center"/>
          </w:tcPr>
          <w:p w:rsidR="00DE112B" w:rsidRDefault="00101A00">
            <w:pPr>
              <w:spacing w:line="240" w:lineRule="auto"/>
            </w:pPr>
            <w:r>
              <w:t>- GV hỏi: Nếu cần băng giấy dài 1 dm, em cần cắt băng giấy dài bao nhiêu xăng-ti-mét?</w:t>
            </w:r>
          </w:p>
        </w:tc>
        <w:tc>
          <w:tcPr>
            <w:tcW w:w="4899" w:type="dxa"/>
            <w:shd w:val="clear" w:color="auto" w:fill="auto"/>
            <w:vAlign w:val="center"/>
          </w:tcPr>
          <w:p w:rsidR="00DE112B" w:rsidRDefault="00101A00">
            <w:pPr>
              <w:spacing w:line="240" w:lineRule="auto"/>
            </w:pPr>
            <w:r>
              <w:t>- HS trả lời: 1 dm = 10 cm nên cần cắt băng giấy dài 10 cm.</w:t>
            </w:r>
          </w:p>
        </w:tc>
      </w:tr>
      <w:tr w:rsidR="00DE112B" w:rsidTr="00AF48B9">
        <w:trPr>
          <w:jc w:val="center"/>
        </w:trPr>
        <w:tc>
          <w:tcPr>
            <w:tcW w:w="5598" w:type="dxa"/>
            <w:shd w:val="clear" w:color="auto" w:fill="auto"/>
            <w:vAlign w:val="center"/>
          </w:tcPr>
          <w:p w:rsidR="00DE112B" w:rsidRDefault="00101A00">
            <w:pPr>
              <w:spacing w:line="240" w:lineRule="auto"/>
            </w:pPr>
            <w:r>
              <w:t>Hoạt động 2: Tạo các đoạn thước.</w:t>
            </w:r>
          </w:p>
          <w:p w:rsidR="00DE112B" w:rsidRDefault="00101A00">
            <w:pPr>
              <w:spacing w:line="240" w:lineRule="auto"/>
            </w:pPr>
            <w:r>
              <w:t>- GV yêu cầu nhóm 4 đo và cắt các băng giấy dài 10 cm, 20 cm hoặc 30 cm theo yêu cầu phiếu.</w:t>
            </w:r>
          </w:p>
        </w:tc>
        <w:tc>
          <w:tcPr>
            <w:tcW w:w="4899" w:type="dxa"/>
            <w:shd w:val="clear" w:color="auto" w:fill="auto"/>
            <w:vAlign w:val="center"/>
          </w:tcPr>
          <w:p w:rsidR="00DE112B" w:rsidRDefault="00101A00">
            <w:pPr>
              <w:spacing w:line="240" w:lineRule="auto"/>
            </w:pPr>
            <w:r>
              <w:t>- HS làm việc nhóm 4: phân công bạn đo, bạn cắt, bạn ghi số đo, bạn kiểm tra.</w:t>
            </w:r>
          </w:p>
        </w:tc>
      </w:tr>
      <w:tr w:rsidR="00DE112B" w:rsidTr="00AF48B9">
        <w:trPr>
          <w:jc w:val="center"/>
        </w:trPr>
        <w:tc>
          <w:tcPr>
            <w:tcW w:w="5598" w:type="dxa"/>
            <w:shd w:val="clear" w:color="auto" w:fill="auto"/>
            <w:vAlign w:val="center"/>
          </w:tcPr>
          <w:p w:rsidR="00DE112B" w:rsidRDefault="00101A00">
            <w:pPr>
              <w:spacing w:line="240" w:lineRule="auto"/>
            </w:pPr>
            <w:r>
              <w:t>- GV theo dõi, hỗ trợ nhóm đặt thước đúng vạch, cắt cẩn thận và giữ an toàn khi dùng kéo.</w:t>
            </w:r>
          </w:p>
        </w:tc>
        <w:tc>
          <w:tcPr>
            <w:tcW w:w="4899" w:type="dxa"/>
            <w:shd w:val="clear" w:color="auto" w:fill="auto"/>
            <w:vAlign w:val="center"/>
          </w:tcPr>
          <w:p w:rsidR="00DE112B" w:rsidRDefault="00101A00">
            <w:pPr>
              <w:spacing w:line="240" w:lineRule="auto"/>
            </w:pPr>
            <w:r>
              <w:t>- HS thực hành cẩn thận, báo cáo khi cần hỗ trợ.</w:t>
            </w:r>
          </w:p>
        </w:tc>
      </w:tr>
      <w:tr w:rsidR="00DE112B" w:rsidTr="00AF48B9">
        <w:trPr>
          <w:jc w:val="center"/>
        </w:trPr>
        <w:tc>
          <w:tcPr>
            <w:tcW w:w="5598" w:type="dxa"/>
            <w:shd w:val="clear" w:color="auto" w:fill="auto"/>
            <w:vAlign w:val="center"/>
          </w:tcPr>
          <w:p w:rsidR="00DE112B" w:rsidRDefault="00101A00">
            <w:pPr>
              <w:spacing w:line="240" w:lineRule="auto"/>
            </w:pPr>
            <w:r>
              <w:rPr>
                <w:color w:val="C00000"/>
              </w:rPr>
              <w:t>- Tích hợp năng lực số 5.2.CB1a: Sau khi các nhóm hoàn thành thước gấp, GV nêu nhu cầu: “Nếu muốn chia sẻ sản phẩm của nhóm mình cho cả lớp cùng xem rõ, chúng ta có thể dùng công cụ số nào?” GV hướng dẫn HS quan sát ảnh sản phẩm trên máy của GV hoặc chụp ảnh sản phẩm thước gấp theo sự điều khiển của GV, sau đó ghi tên nhóm, ghi các mốc đo 10 cm, 20 cm, 30 cm trên một trang trình chiếu/phiếu trình bày số đơn giản. GV yêu cầu HS kiểm tra lại số đo trên thước thật trước khi ghi lên trang trình bày để bảo đảm trung thực, chính xác. GV nhắc quy tắc an toàn: chỉ chụp sản phẩm học tập, không tự ý chụp mặt bạn, không đăng ảnh lên mạng; công cụ số giúp trình bày sản phẩm rõ hơn nhưng sản phẩm tốt phải bắt đầu từ việc đo, cắt, gấp và kiểm tra cẩn thận.</w:t>
            </w:r>
          </w:p>
        </w:tc>
        <w:tc>
          <w:tcPr>
            <w:tcW w:w="4899" w:type="dxa"/>
            <w:shd w:val="clear" w:color="auto" w:fill="auto"/>
            <w:vAlign w:val="center"/>
          </w:tcPr>
          <w:p w:rsidR="00DE112B" w:rsidRDefault="00101A00">
            <w:pPr>
              <w:spacing w:line="240" w:lineRule="auto"/>
            </w:pPr>
            <w:r>
              <w:rPr>
                <w:color w:val="FF0000"/>
              </w:rPr>
              <w:t>- HS thực hiện theo hướng dẫn; biết ghi số đo ngắn gọn và trình bày nhu cầu dùng thước gấp để đo đồ vật, cất gọn trong hộp bút.</w:t>
            </w:r>
          </w:p>
        </w:tc>
      </w:tr>
      <w:tr w:rsidR="00DE112B" w:rsidTr="00AF48B9">
        <w:trPr>
          <w:jc w:val="center"/>
        </w:trPr>
        <w:tc>
          <w:tcPr>
            <w:tcW w:w="5598" w:type="dxa"/>
            <w:shd w:val="clear" w:color="auto" w:fill="auto"/>
            <w:vAlign w:val="center"/>
          </w:tcPr>
          <w:p w:rsidR="00DE112B" w:rsidRDefault="00101A00">
            <w:pPr>
              <w:spacing w:line="240" w:lineRule="auto"/>
            </w:pPr>
            <w:r>
              <w:t>Hoạt động 3: Chia sẻ ý tưởng thước gấp.</w:t>
            </w:r>
          </w:p>
          <w:p w:rsidR="00DE112B" w:rsidRDefault="00101A00">
            <w:pPr>
              <w:spacing w:line="240" w:lineRule="auto"/>
            </w:pPr>
            <w:r>
              <w:t xml:space="preserve">- GV mời đại diện nhóm trình bày: thước gấp của </w:t>
            </w:r>
            <w:r>
              <w:lastRenderedPageBreak/>
              <w:t>nhóm dài bao nhiêu, gấp như thế nào, dùng để đo vật gì.</w:t>
            </w:r>
          </w:p>
        </w:tc>
        <w:tc>
          <w:tcPr>
            <w:tcW w:w="4899" w:type="dxa"/>
            <w:shd w:val="clear" w:color="auto" w:fill="auto"/>
            <w:vAlign w:val="center"/>
          </w:tcPr>
          <w:p w:rsidR="00DE112B" w:rsidRDefault="00101A00">
            <w:pPr>
              <w:spacing w:line="240" w:lineRule="auto"/>
            </w:pPr>
            <w:r>
              <w:lastRenderedPageBreak/>
              <w:t>- Đại diện nhóm trình bày; nhóm khác nhận xét theo tiêu chí: đúng số đo, gọn, chắc, đẹp.</w:t>
            </w:r>
          </w:p>
        </w:tc>
      </w:tr>
      <w:tr w:rsidR="00DE112B" w:rsidTr="00AF48B9">
        <w:trPr>
          <w:jc w:val="center"/>
        </w:trPr>
        <w:tc>
          <w:tcPr>
            <w:tcW w:w="5598" w:type="dxa"/>
            <w:shd w:val="clear" w:color="auto" w:fill="auto"/>
            <w:vAlign w:val="center"/>
          </w:tcPr>
          <w:p w:rsidR="00DE112B" w:rsidRDefault="00101A00">
            <w:pPr>
              <w:spacing w:line="240" w:lineRule="auto"/>
            </w:pPr>
            <w:r>
              <w:lastRenderedPageBreak/>
              <w:t>- GV nhận xét, tuyên dương nhóm biết hợp tác và đo chính xác.</w:t>
            </w:r>
          </w:p>
        </w:tc>
        <w:tc>
          <w:tcPr>
            <w:tcW w:w="4899" w:type="dxa"/>
            <w:shd w:val="clear" w:color="auto" w:fill="auto"/>
            <w:vAlign w:val="center"/>
          </w:tcPr>
          <w:p w:rsidR="00DE112B" w:rsidRDefault="00101A00">
            <w:pPr>
              <w:spacing w:line="240" w:lineRule="auto"/>
            </w:pPr>
            <w:r>
              <w:t>- HS lắng nghe, điều chỉnh sản phẩm nếu cần.</w:t>
            </w:r>
          </w:p>
        </w:tc>
      </w:tr>
      <w:tr w:rsidR="00DE112B" w:rsidTr="00AF48B9">
        <w:trPr>
          <w:jc w:val="center"/>
        </w:trPr>
        <w:tc>
          <w:tcPr>
            <w:tcW w:w="10497" w:type="dxa"/>
            <w:gridSpan w:val="2"/>
            <w:shd w:val="clear" w:color="auto" w:fill="auto"/>
            <w:vAlign w:val="center"/>
          </w:tcPr>
          <w:p w:rsidR="00DE112B" w:rsidRDefault="00101A00">
            <w:pPr>
              <w:spacing w:line="240" w:lineRule="auto"/>
            </w:pPr>
            <w:r>
              <w:rPr>
                <w:b/>
              </w:rPr>
              <w:t>4. VẬN DỤNG TRẢI NGHIỆM (5 phút)</w:t>
            </w:r>
          </w:p>
          <w:p w:rsidR="00DE112B" w:rsidRDefault="00101A00">
            <w:pPr>
              <w:spacing w:line="240" w:lineRule="auto"/>
            </w:pPr>
            <w:r>
              <w:rPr>
                <w:b/>
              </w:rPr>
              <w:t>Mục tiêu: Củng cố cách đo và chuẩn bị cho tiết hoàn thiện sản phẩm.</w:t>
            </w:r>
          </w:p>
        </w:tc>
      </w:tr>
      <w:tr w:rsidR="00DE112B" w:rsidTr="00AF48B9">
        <w:trPr>
          <w:jc w:val="center"/>
        </w:trPr>
        <w:tc>
          <w:tcPr>
            <w:tcW w:w="5598" w:type="dxa"/>
            <w:shd w:val="clear" w:color="auto" w:fill="auto"/>
            <w:vAlign w:val="center"/>
          </w:tcPr>
          <w:p w:rsidR="00DE112B" w:rsidRDefault="00101A00">
            <w:pPr>
              <w:spacing w:line="240" w:lineRule="auto"/>
            </w:pPr>
            <w:r>
              <w:t>- GV yêu cầu HS nêu lại các bước tạo thước gấp.</w:t>
            </w:r>
          </w:p>
        </w:tc>
        <w:tc>
          <w:tcPr>
            <w:tcW w:w="4899" w:type="dxa"/>
            <w:shd w:val="clear" w:color="auto" w:fill="auto"/>
            <w:vAlign w:val="center"/>
          </w:tcPr>
          <w:p w:rsidR="00DE112B" w:rsidRDefault="00101A00">
            <w:pPr>
              <w:spacing w:line="240" w:lineRule="auto"/>
            </w:pPr>
            <w:r>
              <w:t>- HS trả lời: Xác định độ dài cần làm, đo bằng thước, đánh dấu, cắt, ghép/gấp, kiểm tra số đo.</w:t>
            </w:r>
          </w:p>
        </w:tc>
      </w:tr>
      <w:tr w:rsidR="00DE112B" w:rsidTr="00AF48B9">
        <w:trPr>
          <w:jc w:val="center"/>
        </w:trPr>
        <w:tc>
          <w:tcPr>
            <w:tcW w:w="5598" w:type="dxa"/>
            <w:shd w:val="clear" w:color="auto" w:fill="auto"/>
            <w:vAlign w:val="center"/>
          </w:tcPr>
          <w:p w:rsidR="00DE112B" w:rsidRDefault="00101A00">
            <w:pPr>
              <w:spacing w:line="240" w:lineRule="auto"/>
            </w:pPr>
            <w:r>
              <w:t>- GV dặn HS chuẩn bị vật liệu còn thiếu để tiết sau hoàn thiện thước gấp.</w:t>
            </w:r>
          </w:p>
        </w:tc>
        <w:tc>
          <w:tcPr>
            <w:tcW w:w="4899" w:type="dxa"/>
            <w:shd w:val="clear" w:color="auto" w:fill="auto"/>
            <w:vAlign w:val="center"/>
          </w:tcPr>
          <w:p w:rsidR="00DE112B" w:rsidRDefault="00101A00">
            <w:pPr>
              <w:spacing w:line="240" w:lineRule="auto"/>
            </w:pPr>
            <w:r>
              <w:t>- HS lắng nghe, ghi nhớ nhiệm vụ chuẩn bị.</w:t>
            </w:r>
          </w:p>
        </w:tc>
      </w:tr>
    </w:tbl>
    <w:p w:rsidR="00DE112B" w:rsidRDefault="00101A00">
      <w:pPr>
        <w:spacing w:line="240" w:lineRule="auto"/>
      </w:pPr>
      <w:r>
        <w:rPr>
          <w:b/>
        </w:rPr>
        <w:t>IV. ĐIỀU CHỈNH TIẾT DẠY (NẾU CÓ)</w:t>
      </w:r>
    </w:p>
    <w:p w:rsidR="00DE112B" w:rsidRDefault="00101A00">
      <w:pPr>
        <w:spacing w:line="240" w:lineRule="auto"/>
      </w:pPr>
      <w:r>
        <w:t>…………………………………………………………………………………………………………………………</w:t>
      </w:r>
    </w:p>
    <w:p w:rsidR="00DE112B" w:rsidRDefault="00101A00">
      <w:pPr>
        <w:spacing w:line="240" w:lineRule="auto"/>
      </w:pPr>
      <w:r>
        <w:t>…………………………………………………………………………………………………………………………</w:t>
      </w:r>
    </w:p>
    <w:sectPr w:rsidR="00DE112B" w:rsidSect="00034616">
      <w:pgSz w:w="12240" w:h="15840"/>
      <w:pgMar w:top="648" w:right="648" w:bottom="648" w:left="64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6"/>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01A00"/>
    <w:rsid w:val="0015074B"/>
    <w:rsid w:val="0029639D"/>
    <w:rsid w:val="00326F90"/>
    <w:rsid w:val="006D5411"/>
    <w:rsid w:val="00AA1D8D"/>
    <w:rsid w:val="00AF48B9"/>
    <w:rsid w:val="00B47730"/>
    <w:rsid w:val="00CB0664"/>
    <w:rsid w:val="00DE112B"/>
    <w:rsid w:val="00EA674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pPr>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6D541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5411"/>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pPr>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6D541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541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C2AE8A-9823-4096-AE23-04E3E715A7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14</Pages>
  <Words>4903</Words>
  <Characters>27949</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32787</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baotran</dc:creator>
  <cp:keywords/>
  <dc:description>generated by python-docx</dc:description>
  <cp:lastModifiedBy>Administrator</cp:lastModifiedBy>
  <cp:revision>3</cp:revision>
  <dcterms:created xsi:type="dcterms:W3CDTF">2026-06-10T16:03:00Z</dcterms:created>
  <dcterms:modified xsi:type="dcterms:W3CDTF">2026-08-17T16:03:00Z</dcterms:modified>
  <cp:category/>
</cp:coreProperties>
</file>