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17F" w:rsidRDefault="00FE6903">
      <w:pPr>
        <w:jc w:val="center"/>
      </w:pPr>
      <w:r>
        <w:rPr>
          <w:b/>
          <w:color w:val="1F4E79"/>
          <w:sz w:val="34"/>
        </w:rPr>
        <w:t>KẾ HOẠCH BÀI DẠY</w:t>
      </w:r>
    </w:p>
    <w:p w:rsidR="0050317F" w:rsidRDefault="00FE6903">
      <w:pPr>
        <w:spacing w:after="100"/>
        <w:jc w:val="center"/>
      </w:pPr>
      <w:r>
        <w:rPr>
          <w:b/>
          <w:sz w:val="28"/>
        </w:rPr>
        <w:t>MÔN TIẾNG VIỆT 1 - KẾT NỐI TRI THỨC VỚI CUỘC SỐNG - TUẦN 4</w:t>
      </w:r>
    </w:p>
    <w:p w:rsidR="0050317F" w:rsidRDefault="00FE6903">
      <w:pPr>
        <w:spacing w:before="120" w:after="100"/>
        <w:jc w:val="center"/>
      </w:pPr>
      <w:r>
        <w:rPr>
          <w:b/>
          <w:color w:val="1F4E79"/>
          <w:sz w:val="30"/>
        </w:rPr>
        <w:t>BÀI 11: I i, K k</w:t>
      </w:r>
    </w:p>
    <w:p w:rsidR="0050317F" w:rsidRDefault="00FE6903">
      <w:pPr>
        <w:keepNext/>
        <w:spacing w:before="100" w:after="60"/>
      </w:pPr>
      <w:r>
        <w:rPr>
          <w:b/>
          <w:sz w:val="28"/>
        </w:rPr>
        <w:t>I. YÊU CẦU CẦN ĐẠT</w:t>
      </w:r>
    </w:p>
    <w:p w:rsidR="0050317F" w:rsidRDefault="00FE6903">
      <w:pPr>
        <w:keepNext/>
        <w:spacing w:before="60" w:after="60"/>
      </w:pPr>
      <w:r>
        <w:rPr>
          <w:b/>
        </w:rPr>
        <w:t>1. Năng lực đặc thù</w:t>
      </w:r>
    </w:p>
    <w:p w:rsidR="0050317F" w:rsidRDefault="00FE6903">
      <w:pPr>
        <w:spacing w:after="40" w:line="264" w:lineRule="auto"/>
      </w:pPr>
      <w:r>
        <w:t>- Nhận biết, đọc đúng âm i, k; đọc tiếng, từ, câu có i, k.</w:t>
      </w:r>
    </w:p>
    <w:p w:rsidR="0050317F" w:rsidRDefault="00FE6903">
      <w:pPr>
        <w:spacing w:after="40" w:line="264" w:lineRule="auto"/>
      </w:pPr>
      <w:r>
        <w:t>- Viết đúng chữ i, k và từ ngữ ứng dụng.</w:t>
      </w:r>
    </w:p>
    <w:p w:rsidR="0050317F" w:rsidRDefault="00FE6903">
      <w:pPr>
        <w:spacing w:after="40" w:line="264" w:lineRule="auto"/>
      </w:pPr>
      <w:r>
        <w:t>- Nói được lời giới thiệu, làm quen phù hợp với tình huống trong tranh.</w:t>
      </w:r>
    </w:p>
    <w:p w:rsidR="0050317F" w:rsidRDefault="00FE6903">
      <w:pPr>
        <w:keepNext/>
        <w:spacing w:before="60" w:after="60"/>
      </w:pPr>
      <w:r>
        <w:rPr>
          <w:b/>
        </w:rPr>
        <w:t xml:space="preserve">2. Năng lực </w:t>
      </w:r>
      <w:proofErr w:type="gramStart"/>
      <w:r>
        <w:rPr>
          <w:b/>
        </w:rPr>
        <w:t>chung</w:t>
      </w:r>
      <w:proofErr w:type="gramEnd"/>
    </w:p>
    <w:p w:rsidR="0050317F" w:rsidRDefault="00FE6903">
      <w:pPr>
        <w:spacing w:after="40" w:line="264" w:lineRule="auto"/>
      </w:pPr>
      <w:r>
        <w:t>- Tự chủ và tự học: Chủ động thực hiện nhiệm vụ đọc, viết, quan sát tranh và tự sửa lỗi khi được hướng dẫn.</w:t>
      </w:r>
    </w:p>
    <w:p w:rsidR="0050317F" w:rsidRDefault="00FE6903">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50317F" w:rsidRDefault="00FE6903">
      <w:pPr>
        <w:spacing w:after="40" w:line="264" w:lineRule="auto"/>
      </w:pPr>
      <w:r>
        <w:t>- Giải quyết vấn đề và sáng tạo: Biết vận dụng âm, chữ đã học để ghép tiếng mới và nói câu phù hợp với tranh.</w:t>
      </w:r>
    </w:p>
    <w:p w:rsidR="0050317F" w:rsidRDefault="00FE6903">
      <w:pPr>
        <w:keepNext/>
        <w:spacing w:before="60" w:after="60"/>
      </w:pPr>
      <w:r>
        <w:rPr>
          <w:b/>
        </w:rPr>
        <w:t>3. Phẩm chất</w:t>
      </w:r>
    </w:p>
    <w:p w:rsidR="0050317F" w:rsidRDefault="00FE6903">
      <w:pPr>
        <w:spacing w:after="40" w:line="264" w:lineRule="auto"/>
      </w:pPr>
      <w:r>
        <w:t>- Chăm chỉ: Tích cực luyện đọc, luyện viết, hoàn thành nhiệm vụ học tập.</w:t>
      </w:r>
    </w:p>
    <w:p w:rsidR="0050317F" w:rsidRDefault="00FE6903">
      <w:pPr>
        <w:spacing w:after="40" w:line="264" w:lineRule="auto"/>
      </w:pPr>
      <w:r>
        <w:t>- Trách nhiệm: Giữ gìn sách vở, đồ dùng; thực hiện đúng yêu cầu khi học cá nhân và làm việc nhóm.</w:t>
      </w:r>
    </w:p>
    <w:p w:rsidR="0050317F" w:rsidRDefault="00FE6903">
      <w:pPr>
        <w:spacing w:after="40" w:line="264" w:lineRule="auto"/>
      </w:pPr>
      <w:r>
        <w:t>- Nhân ái: Biết thể hiện thái độ thân thiện, quan tâm đến người thân, bạn bè và sự vật trong tranh.</w:t>
      </w:r>
    </w:p>
    <w:p w:rsidR="0050317F" w:rsidRDefault="00FE6903">
      <w:pPr>
        <w:keepNext/>
        <w:spacing w:before="100" w:after="60"/>
      </w:pPr>
      <w:r>
        <w:rPr>
          <w:b/>
          <w:sz w:val="28"/>
        </w:rPr>
        <w:t>II. ĐỒ DÙNG DẠY HỌC</w:t>
      </w:r>
    </w:p>
    <w:p w:rsidR="0050317F" w:rsidRDefault="00FE6903">
      <w:pPr>
        <w:spacing w:after="40" w:line="264" w:lineRule="auto"/>
      </w:pPr>
      <w:r>
        <w:t>- Giáo viên: SGK Tiếng Việt 1 tập một; tranh SGK trang 34-35; chữ mẫu i, k; bảng phụ/thẻ chữ; máy chiếu (nếu có).</w:t>
      </w:r>
    </w:p>
    <w:p w:rsidR="0050317F" w:rsidRDefault="00FE6903">
      <w:pPr>
        <w:spacing w:after="40" w:line="264" w:lineRule="auto"/>
      </w:pPr>
      <w:r>
        <w:t>- Học sinh: SGK, vở Tập viết, bảng con, phấn/bút, bộ chữ học vần.</w:t>
      </w:r>
    </w:p>
    <w:p w:rsidR="0050317F" w:rsidRDefault="00FE6903">
      <w:pPr>
        <w:keepNext/>
        <w:spacing w:before="100" w:after="60"/>
      </w:pPr>
      <w:r>
        <w:rPr>
          <w:b/>
          <w:sz w:val="28"/>
        </w:rPr>
        <w:t>III.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4989"/>
        <w:gridCol w:w="4989"/>
      </w:tblGrid>
      <w:tr w:rsidR="0050317F" w:rsidTr="00BC0BB3">
        <w:trPr>
          <w:cantSplit/>
          <w:tblHeader/>
          <w:jc w:val="center"/>
        </w:trPr>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GIÁO VIÊN</w:t>
            </w:r>
          </w:p>
        </w:tc>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HỌC SINH</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1</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1. KHỞI ĐỘNG - Mục tiêu: Tạo tâm thế vui vẻ; ôn âm/chữ đã học và kết nối với bài mới.</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“Nghe nhanh - giơ thẻ”: đọc một số tiếng quen thuộc, trong đó có tiếng chứa i, k.</w:t>
            </w:r>
          </w:p>
        </w:tc>
        <w:tc>
          <w:tcPr>
            <w:tcW w:w="4989" w:type="dxa"/>
            <w:tcBorders>
              <w:top w:val="single" w:sz="4" w:space="0" w:color="auto"/>
            </w:tcBorders>
            <w:shd w:val="clear" w:color="auto" w:fill="auto"/>
          </w:tcPr>
          <w:p w:rsidR="0050317F" w:rsidRDefault="00FE6903">
            <w:pPr>
              <w:spacing w:after="20" w:line="252" w:lineRule="auto"/>
            </w:pPr>
            <w:r>
              <w:rPr>
                <w:sz w:val="24"/>
              </w:rPr>
              <w:t>- HS nghe, lựa chọn thẻ chữ phù hợp hoặc vỗ tay khi nhận ra tiếng có i, k.</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mời 2-3 HS giải thích vì sao em chọn thẻ; nhận xét, sửa phát âm và dẫn dắt vào bài.</w:t>
            </w:r>
          </w:p>
        </w:tc>
        <w:tc>
          <w:tcPr>
            <w:tcW w:w="4989" w:type="dxa"/>
            <w:tcBorders>
              <w:bottom w:val="single" w:sz="4" w:space="0" w:color="auto"/>
            </w:tcBorders>
            <w:shd w:val="clear" w:color="auto" w:fill="auto"/>
          </w:tcPr>
          <w:p w:rsidR="0050317F" w:rsidRDefault="00FE6903">
            <w:pPr>
              <w:spacing w:after="20" w:line="252" w:lineRule="auto"/>
            </w:pPr>
            <w:r>
              <w:rPr>
                <w:sz w:val="24"/>
              </w:rPr>
              <w:t>- HS nêu tiếng vừa nghe, phát âm lại rõ ràng; chuẩn bị học bài mới.</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2. KHÁM PHÁ - NHẬN BIẾT I, K - Mục tiêu: Nhận biết chữ mới qua tranh và câu nhận biết; phát âm đúng.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cho HS quan sát tranh SGK trang 34, gợi hỏi: Tranh có những ai/sự vật gì? Các nhân vật đang làm gì?</w:t>
            </w:r>
          </w:p>
          <w:p w:rsidR="0050317F" w:rsidRDefault="0050317F">
            <w:pPr>
              <w:spacing w:before="40" w:after="40"/>
              <w:jc w:val="center"/>
            </w:pPr>
          </w:p>
        </w:tc>
        <w:tc>
          <w:tcPr>
            <w:tcW w:w="4989" w:type="dxa"/>
            <w:tcBorders>
              <w:top w:val="single" w:sz="4" w:space="0" w:color="auto"/>
            </w:tcBorders>
            <w:shd w:val="clear" w:color="auto" w:fill="auto"/>
          </w:tcPr>
          <w:p w:rsidR="0050317F" w:rsidRDefault="00FE6903">
            <w:pPr>
              <w:spacing w:after="20" w:line="252" w:lineRule="auto"/>
            </w:pPr>
            <w:r>
              <w:rPr>
                <w:sz w:val="24"/>
              </w:rPr>
              <w:t>- HS quan sát tranh, trao đổi nhóm đôi rồi trình bày điều em nhìn thấy.</w:t>
            </w:r>
          </w:p>
        </w:tc>
      </w:tr>
      <w:tr w:rsidR="0050317F" w:rsidTr="00BC0BB3">
        <w:trPr>
          <w:cantSplit/>
          <w:jc w:val="center"/>
        </w:trPr>
        <w:tc>
          <w:tcPr>
            <w:tcW w:w="4989" w:type="dxa"/>
            <w:shd w:val="clear" w:color="auto" w:fill="auto"/>
          </w:tcPr>
          <w:p w:rsidR="0050317F" w:rsidRDefault="00FE6903">
            <w:pPr>
              <w:spacing w:after="20" w:line="252" w:lineRule="auto"/>
            </w:pPr>
            <w:r>
              <w:rPr>
                <w:sz w:val="24"/>
              </w:rPr>
              <w:lastRenderedPageBreak/>
              <w:t>- GV đọc câu nhận biết: “Nam vẽ kì đà.</w:t>
            </w:r>
            <w:proofErr w:type="gramStart"/>
            <w:r>
              <w:rPr>
                <w:sz w:val="24"/>
              </w:rPr>
              <w:t>”;</w:t>
            </w:r>
            <w:proofErr w:type="gramEnd"/>
            <w:r>
              <w:rPr>
                <w:sz w:val="24"/>
              </w:rPr>
              <w:t xml:space="preserve"> đọc chậm theo cụm từ, yêu cầu HS nói theo.</w:t>
            </w:r>
          </w:p>
        </w:tc>
        <w:tc>
          <w:tcPr>
            <w:tcW w:w="4989" w:type="dxa"/>
            <w:shd w:val="clear" w:color="auto" w:fill="auto"/>
          </w:tcPr>
          <w:p w:rsidR="0050317F" w:rsidRDefault="00FE6903">
            <w:pPr>
              <w:spacing w:after="20" w:line="252" w:lineRule="auto"/>
            </w:pPr>
            <w:r>
              <w:rPr>
                <w:sz w:val="24"/>
              </w:rPr>
              <w:t>- HS nghe, nói theo câu nhận biết; nhận ra nội dung tranh gắn với câu “Nam vẽ kì đà.</w:t>
            </w:r>
            <w:proofErr w:type="gramStart"/>
            <w:r>
              <w:rPr>
                <w:sz w:val="24"/>
              </w:rPr>
              <w:t>”.</w:t>
            </w:r>
            <w:proofErr w:type="gramEnd"/>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yêu cầu HS tìm tiếng có chứa i, k trong câu nhận biết; giới thiệu chữ mới và phát âm mẫu.</w:t>
            </w:r>
          </w:p>
        </w:tc>
        <w:tc>
          <w:tcPr>
            <w:tcW w:w="4989" w:type="dxa"/>
            <w:tcBorders>
              <w:bottom w:val="single" w:sz="4" w:space="0" w:color="auto"/>
            </w:tcBorders>
            <w:shd w:val="clear" w:color="auto" w:fill="auto"/>
          </w:tcPr>
          <w:p w:rsidR="0050317F" w:rsidRDefault="00FE6903">
            <w:pPr>
              <w:spacing w:after="20" w:line="252" w:lineRule="auto"/>
            </w:pPr>
            <w:r>
              <w:rPr>
                <w:sz w:val="24"/>
              </w:rPr>
              <w:t>- HS tìm tiếng theo hướng dẫn; quan sát chữ mới và phát âm i, k theo cá nhân, nhóm, cả lớp.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3. LUYỆN ĐỌC - Mục tiêu: Đọc đúng âm, tiếng, từ ngữ có âm/chữ mới; bước đầu ghép tiếng.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hướng dẫn đọc âm/chữ i, k; sửa lỗi về khẩu hình, độ rõ tiếng cho HS.</w:t>
            </w:r>
          </w:p>
        </w:tc>
        <w:tc>
          <w:tcPr>
            <w:tcW w:w="4989" w:type="dxa"/>
            <w:tcBorders>
              <w:top w:val="single" w:sz="4" w:space="0" w:color="auto"/>
            </w:tcBorders>
            <w:shd w:val="clear" w:color="auto" w:fill="auto"/>
          </w:tcPr>
          <w:p w:rsidR="0050317F" w:rsidRDefault="00FE6903">
            <w:pPr>
              <w:spacing w:after="20" w:line="252" w:lineRule="auto"/>
            </w:pPr>
            <w:r>
              <w:rPr>
                <w:sz w:val="24"/>
              </w:rPr>
              <w:t>- HS đọc cá nhân, nhóm đôi, đồng thanh; tự điều chỉnh phát âm theo góp ý.</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giới thiệu mô hình tiếng; hướng dẫn đánh vần, đọc trơn các tiếng: ki, kì, kỉ; bi, bí, đi.</w:t>
            </w:r>
          </w:p>
        </w:tc>
        <w:tc>
          <w:tcPr>
            <w:tcW w:w="4989" w:type="dxa"/>
            <w:shd w:val="clear" w:color="auto" w:fill="auto"/>
          </w:tcPr>
          <w:p w:rsidR="0050317F" w:rsidRDefault="00FE6903">
            <w:pPr>
              <w:spacing w:after="20" w:line="252" w:lineRule="auto"/>
            </w:pPr>
            <w:r>
              <w:rPr>
                <w:sz w:val="24"/>
              </w:rPr>
              <w:t>- HS đánh vần, đọc trơn các tiếng: ki, kì, kỉ; bi, bí, đi; nhận xét bạn đọc.</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lần lượt chỉ tranh/từ ngữ: bí đỏ, kẻ ô, đi đò, kì đà; yêu cầu HS đọc và giải nghĩa đơn giản qua tranh.</w:t>
            </w:r>
          </w:p>
        </w:tc>
        <w:tc>
          <w:tcPr>
            <w:tcW w:w="4989" w:type="dxa"/>
            <w:shd w:val="clear" w:color="auto" w:fill="auto"/>
          </w:tcPr>
          <w:p w:rsidR="0050317F" w:rsidRDefault="00FE6903">
            <w:pPr>
              <w:spacing w:after="20" w:line="252" w:lineRule="auto"/>
            </w:pPr>
            <w:r>
              <w:rPr>
                <w:sz w:val="24"/>
              </w:rPr>
              <w:t>- HS quan sát, đọc từ ngữ: bí đỏ, kẻ ô, đi đò, kì đà; nói ngắn gọn sự vật/hoạt động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tổ chức ghép chữ tạo tiếng có i, k bằng bộ chữ học vần; mời HS nêu cấu tạo tiếng.</w:t>
            </w:r>
          </w:p>
        </w:tc>
        <w:tc>
          <w:tcPr>
            <w:tcW w:w="4989" w:type="dxa"/>
            <w:tcBorders>
              <w:bottom w:val="single" w:sz="4" w:space="0" w:color="auto"/>
            </w:tcBorders>
            <w:shd w:val="clear" w:color="auto" w:fill="auto"/>
          </w:tcPr>
          <w:p w:rsidR="0050317F" w:rsidRDefault="00FE6903">
            <w:pPr>
              <w:spacing w:after="20" w:line="252" w:lineRule="auto"/>
            </w:pPr>
            <w:r>
              <w:rPr>
                <w:sz w:val="24"/>
              </w:rPr>
              <w:t>- HS thao tác ghép chữ cá nhân; phân tích tiếng và đọc tiếng vừa ghép được.</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4. THỰC HÀNH VIẾT BẢNG CON - Mục tiêu: Viết đúng chữ mới và từ ứng dụng cỡ vừa.</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đưa chữ mẫu i, k; nêu điểm đặt bút, hướng đi của nét và cách nối chữ trong từ “kì đà”.</w:t>
            </w:r>
          </w:p>
        </w:tc>
        <w:tc>
          <w:tcPr>
            <w:tcW w:w="4989" w:type="dxa"/>
            <w:tcBorders>
              <w:top w:val="single" w:sz="4" w:space="0" w:color="auto"/>
            </w:tcBorders>
            <w:shd w:val="clear" w:color="auto" w:fill="auto"/>
          </w:tcPr>
          <w:p w:rsidR="0050317F" w:rsidRDefault="00FE6903">
            <w:pPr>
              <w:spacing w:after="20" w:line="252" w:lineRule="auto"/>
            </w:pPr>
            <w:r>
              <w:rPr>
                <w:sz w:val="24"/>
              </w:rPr>
              <w:t>- HS quan sát quy trình, dùng ngón tay viết mô phỏng trên mặt bàn/không trung.</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viết mẫu; yêu cầu HS viết bảng con: i, k, kì đà; quan sát, hỗ trợ cá nhân.</w:t>
            </w:r>
          </w:p>
        </w:tc>
        <w:tc>
          <w:tcPr>
            <w:tcW w:w="4989" w:type="dxa"/>
            <w:shd w:val="clear" w:color="auto" w:fill="auto"/>
          </w:tcPr>
          <w:p w:rsidR="0050317F" w:rsidRDefault="00FE6903">
            <w:pPr>
              <w:spacing w:after="20" w:line="252" w:lineRule="auto"/>
            </w:pPr>
            <w:r>
              <w:rPr>
                <w:sz w:val="24"/>
              </w:rPr>
              <w:t>- HS viết bảng con chữ i, k và từ “kì đà”; giơ bảng để nhận xét.</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nhận xét ưu điểm, chỉ rõ lỗi cần sửa về độ cao, khoảng cách, dấu thanh.</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sửa lại chữ chưa đúng và giữ bảng/vở sạch đẹp.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2</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5. LUYỆN VIẾT VỞ - Mục tiêu: Tô, viết đúng mẫu chữ; hình thành tư thế viết đúng.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nhắc tư thế ngồi, cách cầm bút, khoảng cách mắt - vở; hướng dẫn HS viết i, k và “kì đà” trong vở Tập viết.</w:t>
            </w:r>
          </w:p>
        </w:tc>
        <w:tc>
          <w:tcPr>
            <w:tcW w:w="4989" w:type="dxa"/>
            <w:tcBorders>
              <w:top w:val="single" w:sz="4" w:space="0" w:color="auto"/>
            </w:tcBorders>
            <w:shd w:val="clear" w:color="auto" w:fill="auto"/>
          </w:tcPr>
          <w:p w:rsidR="0050317F" w:rsidRDefault="00FE6903">
            <w:pPr>
              <w:spacing w:after="20" w:line="252" w:lineRule="auto"/>
            </w:pPr>
            <w:r>
              <w:rPr>
                <w:sz w:val="24"/>
              </w:rPr>
              <w:t>- HS thực hiện đúng tư thế; tô, viết chữ i, k và từ “kì đà” theo dòng quy định.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quan sát từng bàn, hỗ trợ HS viết chậm; chọn một số bài để nhận xét.</w:t>
            </w:r>
          </w:p>
        </w:tc>
        <w:tc>
          <w:tcPr>
            <w:tcW w:w="4989" w:type="dxa"/>
            <w:tcBorders>
              <w:bottom w:val="single" w:sz="4" w:space="0" w:color="auto"/>
            </w:tcBorders>
            <w:shd w:val="clear" w:color="auto" w:fill="auto"/>
          </w:tcPr>
          <w:p w:rsidR="0050317F" w:rsidRDefault="00FE6903">
            <w:pPr>
              <w:spacing w:after="20" w:line="252" w:lineRule="auto"/>
            </w:pPr>
            <w:r>
              <w:rPr>
                <w:sz w:val="24"/>
              </w:rPr>
              <w:t>- HS đổi vở quan sát theo hướng dẫn; tự sửa nét chữ hoặc khoảng cách chưa hợp lí.</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6. ĐỌC CÂU - NÓI THEO TRANH - Mục tiêu: Đọc hiểu câu đơn giản; phát triển nói theo chủ điểm.</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yêu cầu HS quan sát tranh đọc, tìm tiếng có i, k; đọc mẫu câu: “Kì đà bò kẽ đá.</w:t>
            </w:r>
            <w:proofErr w:type="gramStart"/>
            <w:r>
              <w:rPr>
                <w:sz w:val="24"/>
              </w:rPr>
              <w:t>”.</w:t>
            </w:r>
            <w:proofErr w:type="gramEnd"/>
          </w:p>
        </w:tc>
        <w:tc>
          <w:tcPr>
            <w:tcW w:w="4989" w:type="dxa"/>
            <w:tcBorders>
              <w:top w:val="single" w:sz="4" w:space="0" w:color="auto"/>
            </w:tcBorders>
            <w:shd w:val="clear" w:color="auto" w:fill="auto"/>
          </w:tcPr>
          <w:p w:rsidR="0050317F" w:rsidRDefault="00FE6903">
            <w:pPr>
              <w:spacing w:after="20" w:line="252" w:lineRule="auto"/>
            </w:pPr>
            <w:r>
              <w:rPr>
                <w:sz w:val="24"/>
              </w:rPr>
              <w:t>- HS tìm tiếng có i, k; luyện đọc câu “Kì đà bò kẽ đá.” theo cá nhân, nhóm và cả lớp.</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đặt câu hỏi tìm hiểu nội dung: Con vật nào bò ở kẽ đá? Em đọc được tiếng nào có âm i/k?</w:t>
            </w:r>
          </w:p>
        </w:tc>
        <w:tc>
          <w:tcPr>
            <w:tcW w:w="4989" w:type="dxa"/>
            <w:shd w:val="clear" w:color="auto" w:fill="auto"/>
          </w:tcPr>
          <w:p w:rsidR="0050317F" w:rsidRDefault="00FE6903">
            <w:pPr>
              <w:spacing w:after="20" w:line="252" w:lineRule="auto"/>
            </w:pPr>
            <w:r>
              <w:rPr>
                <w:sz w:val="24"/>
              </w:rPr>
              <w:t>- HS trả lời bằng câu ngắn, rõ ý; bổ sung câu trả lời của bạn.</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hướng dẫn quan sát tranh phần Nói, gợi hỏi theo chủ điểm “Giới thiệu, làm quen”: Khi gặp bạn mới ở lớp, em giới thiệu tên mình như thế nào?</w:t>
            </w:r>
          </w:p>
          <w:p w:rsidR="0050317F" w:rsidRDefault="0050317F">
            <w:pPr>
              <w:spacing w:before="40" w:after="40"/>
              <w:jc w:val="center"/>
            </w:pPr>
          </w:p>
        </w:tc>
        <w:tc>
          <w:tcPr>
            <w:tcW w:w="4989" w:type="dxa"/>
            <w:shd w:val="clear" w:color="auto" w:fill="auto"/>
          </w:tcPr>
          <w:p w:rsidR="0050317F" w:rsidRDefault="00FE6903">
            <w:pPr>
              <w:spacing w:after="20" w:line="252" w:lineRule="auto"/>
            </w:pPr>
            <w:r>
              <w:rPr>
                <w:sz w:val="24"/>
              </w:rPr>
              <w:t>- HS quan sát, trao đổi nhóm đôi; nói 1-2 câu phù hợp tình huống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mời một số nhóm trình bày/đóng vai; nhận xét cách dùng từ, lời nói và thái độ giao tiếp.</w:t>
            </w:r>
          </w:p>
        </w:tc>
        <w:tc>
          <w:tcPr>
            <w:tcW w:w="4989" w:type="dxa"/>
            <w:tcBorders>
              <w:bottom w:val="single" w:sz="4" w:space="0" w:color="auto"/>
            </w:tcBorders>
            <w:shd w:val="clear" w:color="auto" w:fill="auto"/>
          </w:tcPr>
          <w:p w:rsidR="0050317F" w:rsidRDefault="00FE6903">
            <w:pPr>
              <w:spacing w:after="20" w:line="252" w:lineRule="auto"/>
            </w:pPr>
            <w:r>
              <w:rPr>
                <w:sz w:val="24"/>
              </w:rPr>
              <w:t>- HS trình bày hoặc đóng vai; lắng nghe nhận xét, học cách nói của bạn.</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7. CỦNG CỐ - DẶN DÒ - Mục tiêu: Khắc sâu âm/chữ vừa học; vận dụng vào giao tiếp và cuộc sống.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“Tìm nhanh tiếng có i, k”; yêu cầu HS đọc lại chữ, từ tiêu biểu.</w:t>
            </w:r>
          </w:p>
        </w:tc>
        <w:tc>
          <w:tcPr>
            <w:tcW w:w="4989" w:type="dxa"/>
            <w:tcBorders>
              <w:top w:val="single" w:sz="4" w:space="0" w:color="auto"/>
            </w:tcBorders>
            <w:shd w:val="clear" w:color="auto" w:fill="auto"/>
          </w:tcPr>
          <w:p w:rsidR="0050317F" w:rsidRDefault="00FE6903">
            <w:pPr>
              <w:spacing w:after="20" w:line="252" w:lineRule="auto"/>
            </w:pPr>
            <w:r>
              <w:rPr>
                <w:sz w:val="24"/>
              </w:rPr>
              <w:t>- HS tìm/đọc tiếng có i, k; nhắc lại chữ và từ vừa học.</w:t>
            </w:r>
          </w:p>
        </w:tc>
      </w:tr>
      <w:tr w:rsidR="0050317F" w:rsidTr="00BC0BB3">
        <w:trPr>
          <w:cantSplit/>
          <w:jc w:val="center"/>
        </w:trPr>
        <w:tc>
          <w:tcPr>
            <w:tcW w:w="4989" w:type="dxa"/>
            <w:shd w:val="clear" w:color="auto" w:fill="auto"/>
          </w:tcPr>
          <w:p w:rsidR="0050317F" w:rsidRDefault="00FE6903">
            <w:pPr>
              <w:spacing w:after="20" w:line="252" w:lineRule="auto"/>
            </w:pPr>
            <w:r>
              <w:rPr>
                <w:sz w:val="24"/>
              </w:rPr>
              <w:lastRenderedPageBreak/>
              <w:t>- GV nhận xét tiết học; dặn HS luyện đọc, luyện viết và thực hiện điều đã được nhắc trong bài.</w:t>
            </w:r>
          </w:p>
        </w:tc>
        <w:tc>
          <w:tcPr>
            <w:tcW w:w="4989" w:type="dxa"/>
            <w:shd w:val="clear" w:color="auto" w:fill="auto"/>
          </w:tcPr>
          <w:p w:rsidR="0050317F" w:rsidRDefault="00FE6903">
            <w:pPr>
              <w:spacing w:after="20" w:line="252" w:lineRule="auto"/>
            </w:pPr>
            <w:r>
              <w:rPr>
                <w:sz w:val="24"/>
              </w:rPr>
              <w:t>- HS ghi nhớ nhiệm vụ; chuẩn bị bài tiếp theo.</w:t>
            </w:r>
          </w:p>
        </w:tc>
      </w:tr>
    </w:tbl>
    <w:p w:rsidR="0050317F" w:rsidRDefault="00FE6903">
      <w:pPr>
        <w:keepNext/>
        <w:spacing w:before="100" w:after="60"/>
      </w:pPr>
      <w:r>
        <w:rPr>
          <w:b/>
          <w:sz w:val="28"/>
        </w:rPr>
        <w:t>IV. ĐIỀU CHỈNH SAU BÀI DẠY</w:t>
      </w:r>
    </w:p>
    <w:p w:rsidR="0050317F" w:rsidRDefault="00FE6903">
      <w:pPr>
        <w:spacing w:after="0" w:line="252" w:lineRule="auto"/>
      </w:pPr>
      <w:r>
        <w:rPr>
          <w:sz w:val="24"/>
        </w:rPr>
        <w:t>....................................................................................................................................................................................</w:t>
      </w:r>
    </w:p>
    <w:p w:rsidR="0050317F" w:rsidRDefault="00FE6903">
      <w:pPr>
        <w:spacing w:after="0" w:line="252" w:lineRule="auto"/>
      </w:pPr>
      <w:r>
        <w:rPr>
          <w:sz w:val="24"/>
        </w:rPr>
        <w:t>....................................................................................................................................................................................</w:t>
      </w:r>
    </w:p>
    <w:p w:rsidR="0050317F" w:rsidRDefault="00FE6903">
      <w:pPr>
        <w:spacing w:before="120" w:after="100"/>
        <w:jc w:val="center"/>
      </w:pPr>
      <w:r>
        <w:rPr>
          <w:b/>
          <w:color w:val="1F4E79"/>
          <w:sz w:val="30"/>
        </w:rPr>
        <w:t>BÀI 12: H h, L l</w:t>
      </w:r>
    </w:p>
    <w:p w:rsidR="0050317F" w:rsidRDefault="00FE6903">
      <w:pPr>
        <w:keepNext/>
        <w:spacing w:before="100" w:after="60"/>
      </w:pPr>
      <w:r>
        <w:rPr>
          <w:b/>
          <w:sz w:val="28"/>
        </w:rPr>
        <w:t>I. YÊU CẦU CẦN ĐẠT</w:t>
      </w:r>
    </w:p>
    <w:p w:rsidR="0050317F" w:rsidRDefault="00FE6903">
      <w:pPr>
        <w:keepNext/>
        <w:spacing w:before="60" w:after="60"/>
      </w:pPr>
      <w:r>
        <w:rPr>
          <w:b/>
        </w:rPr>
        <w:t>1. Năng lực đặc thù</w:t>
      </w:r>
    </w:p>
    <w:p w:rsidR="0050317F" w:rsidRDefault="00FE6903">
      <w:pPr>
        <w:spacing w:after="40" w:line="264" w:lineRule="auto"/>
      </w:pPr>
      <w:r>
        <w:t>- Nhận biết, đọc đúng âm h, l; đọc tiếng, từ, câu có h, l.</w:t>
      </w:r>
    </w:p>
    <w:p w:rsidR="0050317F" w:rsidRDefault="00FE6903">
      <w:pPr>
        <w:spacing w:after="40" w:line="264" w:lineRule="auto"/>
      </w:pPr>
      <w:r>
        <w:t>- Viết đúng chữ h, l và từ ngữ ứng dụng.</w:t>
      </w:r>
    </w:p>
    <w:p w:rsidR="0050317F" w:rsidRDefault="00FE6903">
      <w:pPr>
        <w:spacing w:after="40" w:line="264" w:lineRule="auto"/>
      </w:pPr>
      <w:r>
        <w:t>- Quan sát tranh, nói được tên một số cây và cảm nhận sự chăm sóc của gia đình.</w:t>
      </w:r>
    </w:p>
    <w:p w:rsidR="0050317F" w:rsidRDefault="00FE6903">
      <w:pPr>
        <w:keepNext/>
        <w:spacing w:before="60" w:after="60"/>
      </w:pPr>
      <w:r>
        <w:rPr>
          <w:b/>
        </w:rPr>
        <w:t xml:space="preserve">2. Năng lực </w:t>
      </w:r>
      <w:proofErr w:type="gramStart"/>
      <w:r>
        <w:rPr>
          <w:b/>
        </w:rPr>
        <w:t>chung</w:t>
      </w:r>
      <w:proofErr w:type="gramEnd"/>
    </w:p>
    <w:p w:rsidR="0050317F" w:rsidRDefault="00FE6903">
      <w:pPr>
        <w:spacing w:after="40" w:line="264" w:lineRule="auto"/>
      </w:pPr>
      <w:r>
        <w:t>- Tự chủ và tự học: Chủ động thực hiện nhiệm vụ đọc, viết, quan sát tranh và tự sửa lỗi khi được hướng dẫn.</w:t>
      </w:r>
    </w:p>
    <w:p w:rsidR="0050317F" w:rsidRDefault="00FE6903">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50317F" w:rsidRDefault="00FE6903">
      <w:pPr>
        <w:spacing w:after="40" w:line="264" w:lineRule="auto"/>
      </w:pPr>
      <w:r>
        <w:t>- Giải quyết vấn đề và sáng tạo: Biết vận dụng âm, chữ đã học để ghép tiếng mới và nói câu phù hợp với tranh.</w:t>
      </w:r>
    </w:p>
    <w:p w:rsidR="0050317F" w:rsidRDefault="00FE6903">
      <w:pPr>
        <w:keepNext/>
        <w:spacing w:before="60" w:after="60"/>
      </w:pPr>
      <w:r>
        <w:rPr>
          <w:b/>
        </w:rPr>
        <w:t>3. Phẩm chất</w:t>
      </w:r>
    </w:p>
    <w:p w:rsidR="0050317F" w:rsidRDefault="00FE6903">
      <w:pPr>
        <w:spacing w:after="40" w:line="264" w:lineRule="auto"/>
      </w:pPr>
      <w:r>
        <w:t>- Chăm chỉ: Tích cực luyện đọc, luyện viết, hoàn thành nhiệm vụ học tập.</w:t>
      </w:r>
    </w:p>
    <w:p w:rsidR="0050317F" w:rsidRDefault="00FE6903">
      <w:pPr>
        <w:spacing w:after="40" w:line="264" w:lineRule="auto"/>
      </w:pPr>
      <w:r>
        <w:t>- Trách nhiệm: Giữ gìn sách vở, đồ dùng; thực hiện đúng yêu cầu khi học cá nhân và làm việc nhóm.</w:t>
      </w:r>
    </w:p>
    <w:p w:rsidR="0050317F" w:rsidRDefault="00FE6903">
      <w:pPr>
        <w:spacing w:after="40" w:line="264" w:lineRule="auto"/>
      </w:pPr>
      <w:r>
        <w:t>- Nhân ái: Biết thể hiện thái độ thân thiện, quan tâm đến người thân, bạn bè và sự vật trong tranh.</w:t>
      </w:r>
    </w:p>
    <w:p w:rsidR="0050317F" w:rsidRDefault="00FE6903">
      <w:pPr>
        <w:keepNext/>
        <w:spacing w:before="100" w:after="60"/>
      </w:pPr>
      <w:r>
        <w:rPr>
          <w:b/>
          <w:sz w:val="28"/>
        </w:rPr>
        <w:t>II. ĐỒ DÙNG DẠY HỌC</w:t>
      </w:r>
    </w:p>
    <w:p w:rsidR="0050317F" w:rsidRDefault="00FE6903">
      <w:pPr>
        <w:spacing w:after="40" w:line="264" w:lineRule="auto"/>
      </w:pPr>
      <w:r>
        <w:t>- Giáo viên: SGK Tiếng Việt 1 tập một; tranh SGK trang 36-37; chữ mẫu h, l; bảng phụ/thẻ chữ; máy chiếu (nếu có).</w:t>
      </w:r>
    </w:p>
    <w:p w:rsidR="0050317F" w:rsidRDefault="00FE6903">
      <w:pPr>
        <w:spacing w:after="40" w:line="264" w:lineRule="auto"/>
      </w:pPr>
      <w:r>
        <w:t>- Học sinh: SGK, vở Tập viết, bảng con, phấn/bút, bộ chữ học vần.</w:t>
      </w:r>
    </w:p>
    <w:p w:rsidR="0050317F" w:rsidRDefault="00FE6903">
      <w:pPr>
        <w:keepNext/>
        <w:spacing w:before="100" w:after="60"/>
      </w:pPr>
      <w:r>
        <w:rPr>
          <w:b/>
          <w:sz w:val="28"/>
        </w:rPr>
        <w:t>III.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4989"/>
        <w:gridCol w:w="4989"/>
      </w:tblGrid>
      <w:tr w:rsidR="0050317F" w:rsidTr="00BC0BB3">
        <w:trPr>
          <w:cantSplit/>
          <w:tblHeader/>
          <w:jc w:val="center"/>
        </w:trPr>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GIÁO VIÊN</w:t>
            </w:r>
          </w:p>
        </w:tc>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HỌC SINH</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1</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1. KHỞI ĐỘNG - Mục tiêu: Tạo tâm thế vui vẻ; ôn âm/chữ đã học và kết nối với bài mới.</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“Nghe nhanh - giơ thẻ”: đọc một số tiếng quen thuộc, trong đó có tiếng chứa h, l.</w:t>
            </w:r>
          </w:p>
        </w:tc>
        <w:tc>
          <w:tcPr>
            <w:tcW w:w="4989" w:type="dxa"/>
            <w:tcBorders>
              <w:top w:val="single" w:sz="4" w:space="0" w:color="auto"/>
            </w:tcBorders>
            <w:shd w:val="clear" w:color="auto" w:fill="auto"/>
          </w:tcPr>
          <w:p w:rsidR="0050317F" w:rsidRDefault="00FE6903">
            <w:pPr>
              <w:spacing w:after="20" w:line="252" w:lineRule="auto"/>
            </w:pPr>
            <w:r>
              <w:rPr>
                <w:sz w:val="24"/>
              </w:rPr>
              <w:t>- HS nghe, lựa chọn thẻ chữ phù hợp hoặc vỗ tay khi nhận ra tiếng có h, l.</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mời 2-3 HS giải thích vì sao em chọn thẻ; nhận xét, sửa phát âm và dẫn dắt vào bài.</w:t>
            </w:r>
          </w:p>
        </w:tc>
        <w:tc>
          <w:tcPr>
            <w:tcW w:w="4989" w:type="dxa"/>
            <w:tcBorders>
              <w:bottom w:val="single" w:sz="4" w:space="0" w:color="auto"/>
            </w:tcBorders>
            <w:shd w:val="clear" w:color="auto" w:fill="auto"/>
          </w:tcPr>
          <w:p w:rsidR="0050317F" w:rsidRDefault="00FE6903">
            <w:pPr>
              <w:spacing w:after="20" w:line="252" w:lineRule="auto"/>
            </w:pPr>
            <w:r>
              <w:rPr>
                <w:sz w:val="24"/>
              </w:rPr>
              <w:t>- HS nêu tiếng vừa nghe, phát âm lại rõ ràng; chuẩn bị học bài mới.</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lastRenderedPageBreak/>
              <w:t>2. KHÁM PHÁ - NHẬN BIẾT H, L - Mục tiêu: Nhận biết chữ mới qua tranh và câu nhận biết; phát âm đúng.</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cho HS quan sát tranh SGK trang 36, gợi hỏi: Tranh có những ai/sự vật gì? Các nhân vật đang làm gì?</w:t>
            </w:r>
          </w:p>
        </w:tc>
        <w:tc>
          <w:tcPr>
            <w:tcW w:w="4989" w:type="dxa"/>
            <w:tcBorders>
              <w:top w:val="single" w:sz="4" w:space="0" w:color="auto"/>
            </w:tcBorders>
            <w:shd w:val="clear" w:color="auto" w:fill="auto"/>
          </w:tcPr>
          <w:p w:rsidR="0050317F" w:rsidRDefault="00FE6903">
            <w:pPr>
              <w:spacing w:after="20" w:line="252" w:lineRule="auto"/>
            </w:pPr>
            <w:r>
              <w:rPr>
                <w:sz w:val="24"/>
              </w:rPr>
              <w:t>- HS quan sát tranh, trao đổi nhóm đôi rồi trình bày điều em nhìn thấy.</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đọc câu nhận biết: “Le le bơi trên hồ.</w:t>
            </w:r>
            <w:proofErr w:type="gramStart"/>
            <w:r>
              <w:rPr>
                <w:sz w:val="24"/>
              </w:rPr>
              <w:t>”;</w:t>
            </w:r>
            <w:proofErr w:type="gramEnd"/>
            <w:r>
              <w:rPr>
                <w:sz w:val="24"/>
              </w:rPr>
              <w:t xml:space="preserve"> đọc chậm theo cụm từ, yêu cầu HS nói theo.</w:t>
            </w:r>
          </w:p>
        </w:tc>
        <w:tc>
          <w:tcPr>
            <w:tcW w:w="4989" w:type="dxa"/>
            <w:shd w:val="clear" w:color="auto" w:fill="auto"/>
          </w:tcPr>
          <w:p w:rsidR="0050317F" w:rsidRDefault="00FE6903">
            <w:pPr>
              <w:spacing w:after="20" w:line="252" w:lineRule="auto"/>
            </w:pPr>
            <w:r>
              <w:rPr>
                <w:sz w:val="24"/>
              </w:rPr>
              <w:t>- HS nghe, nói theo câu nhận biết; nhận ra nội dung tranh gắn với câu “Le le bơi trên hồ.</w:t>
            </w:r>
            <w:proofErr w:type="gramStart"/>
            <w:r>
              <w:rPr>
                <w:sz w:val="24"/>
              </w:rPr>
              <w:t>”.</w:t>
            </w:r>
            <w:proofErr w:type="gramEnd"/>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yêu cầu HS tìm tiếng có chứa h, l trong câu nhận biết; giới thiệu chữ mới và phát âm mẫu.</w:t>
            </w:r>
          </w:p>
        </w:tc>
        <w:tc>
          <w:tcPr>
            <w:tcW w:w="4989" w:type="dxa"/>
            <w:tcBorders>
              <w:bottom w:val="single" w:sz="4" w:space="0" w:color="auto"/>
            </w:tcBorders>
            <w:shd w:val="clear" w:color="auto" w:fill="auto"/>
          </w:tcPr>
          <w:p w:rsidR="0050317F" w:rsidRDefault="00FE6903">
            <w:pPr>
              <w:spacing w:after="20" w:line="252" w:lineRule="auto"/>
            </w:pPr>
            <w:r>
              <w:rPr>
                <w:sz w:val="24"/>
              </w:rPr>
              <w:t>- HS tìm tiếng theo hướng dẫn; quan sát chữ mới và phát âm h, l theo cá nhân, nhóm, cả lớp.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3. LUYỆN ĐỌC - Mục tiêu: Đọc đúng âm, tiếng, từ ngữ có âm/chữ mới; bước đầu ghép tiếng.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hướng dẫn đọc âm/chữ h, l; sửa lỗi về khẩu hình, độ rõ tiếng cho HS.</w:t>
            </w:r>
          </w:p>
        </w:tc>
        <w:tc>
          <w:tcPr>
            <w:tcW w:w="4989" w:type="dxa"/>
            <w:tcBorders>
              <w:top w:val="single" w:sz="4" w:space="0" w:color="auto"/>
            </w:tcBorders>
            <w:shd w:val="clear" w:color="auto" w:fill="auto"/>
          </w:tcPr>
          <w:p w:rsidR="0050317F" w:rsidRDefault="00FE6903">
            <w:pPr>
              <w:spacing w:after="20" w:line="252" w:lineRule="auto"/>
            </w:pPr>
            <w:r>
              <w:rPr>
                <w:sz w:val="24"/>
              </w:rPr>
              <w:t>- HS đọc cá nhân, nhóm đôi, đồng thanh; tự điều chỉnh phát âm theo góp ý.</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giới thiệu mô hình tiếng; hướng dẫn đánh vần, đọc trơn các tiếng: hồ, hổ, hò; le, lá, lạ.</w:t>
            </w:r>
          </w:p>
        </w:tc>
        <w:tc>
          <w:tcPr>
            <w:tcW w:w="4989" w:type="dxa"/>
            <w:shd w:val="clear" w:color="auto" w:fill="auto"/>
          </w:tcPr>
          <w:p w:rsidR="0050317F" w:rsidRDefault="00FE6903">
            <w:pPr>
              <w:spacing w:after="20" w:line="252" w:lineRule="auto"/>
            </w:pPr>
            <w:r>
              <w:rPr>
                <w:sz w:val="24"/>
              </w:rPr>
              <w:t>- HS đánh vần, đọc trơn các tiếng: hồ, hổ, hò; le, lá, lạ; nhận xét bạn đọc.</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lần lượt chỉ tranh/từ ngữ: lá đỏ, bờ hồ, cá hố, le le; yêu cầu HS đọc và giải nghĩa đơn giản qua tranh.</w:t>
            </w:r>
          </w:p>
        </w:tc>
        <w:tc>
          <w:tcPr>
            <w:tcW w:w="4989" w:type="dxa"/>
            <w:shd w:val="clear" w:color="auto" w:fill="auto"/>
          </w:tcPr>
          <w:p w:rsidR="0050317F" w:rsidRDefault="00FE6903">
            <w:pPr>
              <w:spacing w:after="20" w:line="252" w:lineRule="auto"/>
            </w:pPr>
            <w:r>
              <w:rPr>
                <w:sz w:val="24"/>
              </w:rPr>
              <w:t>- HS quan sát, đọc từ ngữ: lá đỏ, bờ hồ, cá hố, le le; nói ngắn gọn sự vật/hoạt động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tổ chức ghép chữ tạo tiếng có h, l bằng bộ chữ học vần; mời HS nêu cấu tạo tiếng.</w:t>
            </w:r>
          </w:p>
        </w:tc>
        <w:tc>
          <w:tcPr>
            <w:tcW w:w="4989" w:type="dxa"/>
            <w:tcBorders>
              <w:bottom w:val="single" w:sz="4" w:space="0" w:color="auto"/>
            </w:tcBorders>
            <w:shd w:val="clear" w:color="auto" w:fill="auto"/>
          </w:tcPr>
          <w:p w:rsidR="0050317F" w:rsidRDefault="00FE6903">
            <w:pPr>
              <w:spacing w:after="20" w:line="252" w:lineRule="auto"/>
            </w:pPr>
            <w:r>
              <w:rPr>
                <w:sz w:val="24"/>
              </w:rPr>
              <w:t>- HS thao tác ghép chữ cá nhân; phân tích tiếng và đọc tiếng vừa ghép được.</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4. THỰC HÀNH VIẾT BẢNG CON - Mục tiêu: Viết đúng chữ mới và từ ứng dụng cỡ vừa.</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đưa chữ mẫu h, l; nêu điểm đặt bút, hướng đi của nét và cách nối chữ trong từ “bờ hồ”.</w:t>
            </w:r>
          </w:p>
        </w:tc>
        <w:tc>
          <w:tcPr>
            <w:tcW w:w="4989" w:type="dxa"/>
            <w:tcBorders>
              <w:top w:val="single" w:sz="4" w:space="0" w:color="auto"/>
            </w:tcBorders>
            <w:shd w:val="clear" w:color="auto" w:fill="auto"/>
          </w:tcPr>
          <w:p w:rsidR="0050317F" w:rsidRDefault="00FE6903">
            <w:pPr>
              <w:spacing w:after="20" w:line="252" w:lineRule="auto"/>
            </w:pPr>
            <w:r>
              <w:rPr>
                <w:sz w:val="24"/>
              </w:rPr>
              <w:t>- HS quan sát quy trình, dùng ngón tay viết mô phỏng trên mặt bàn/không trung.</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viết mẫu; yêu cầu HS viết bảng con: h, l, bờ hồ; quan sát, hỗ trợ cá nhân.</w:t>
            </w:r>
          </w:p>
        </w:tc>
        <w:tc>
          <w:tcPr>
            <w:tcW w:w="4989" w:type="dxa"/>
            <w:shd w:val="clear" w:color="auto" w:fill="auto"/>
          </w:tcPr>
          <w:p w:rsidR="0050317F" w:rsidRDefault="00FE6903">
            <w:pPr>
              <w:spacing w:after="20" w:line="252" w:lineRule="auto"/>
            </w:pPr>
            <w:r>
              <w:rPr>
                <w:sz w:val="24"/>
              </w:rPr>
              <w:t>- HS viết bảng con chữ h, l và từ “bờ hồ”; giơ bảng để nhận xét.</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nhận xét ưu điểm, chỉ rõ lỗi cần sửa về độ cao, khoảng cách, dấu thanh.</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sửa lại chữ chưa đúng và giữ bảng/vở sạch đẹp.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2</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5. LUYỆN VIẾT VỞ - Mục tiêu: Tô, viết đúng mẫu chữ; hình thành tư thế viết đúng.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nhắc tư thế ngồi, cách cầm bút, khoảng cách mắt - vở; hướng dẫn HS viết h, l và “bờ hồ” trong vở Tập viết.</w:t>
            </w:r>
          </w:p>
        </w:tc>
        <w:tc>
          <w:tcPr>
            <w:tcW w:w="4989" w:type="dxa"/>
            <w:tcBorders>
              <w:top w:val="single" w:sz="4" w:space="0" w:color="auto"/>
            </w:tcBorders>
            <w:shd w:val="clear" w:color="auto" w:fill="auto"/>
          </w:tcPr>
          <w:p w:rsidR="0050317F" w:rsidRDefault="00FE6903">
            <w:pPr>
              <w:spacing w:after="20" w:line="252" w:lineRule="auto"/>
            </w:pPr>
            <w:r>
              <w:rPr>
                <w:sz w:val="24"/>
              </w:rPr>
              <w:t>- HS thực hiện đúng tư thế; tô, viết chữ h, l và từ “bờ hồ” theo dòng quy định.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quan sát từng bàn, hỗ trợ HS viết chậm; chọn một số bài để nhận xét.</w:t>
            </w:r>
          </w:p>
        </w:tc>
        <w:tc>
          <w:tcPr>
            <w:tcW w:w="4989" w:type="dxa"/>
            <w:tcBorders>
              <w:bottom w:val="single" w:sz="4" w:space="0" w:color="auto"/>
            </w:tcBorders>
            <w:shd w:val="clear" w:color="auto" w:fill="auto"/>
          </w:tcPr>
          <w:p w:rsidR="0050317F" w:rsidRDefault="00FE6903">
            <w:pPr>
              <w:spacing w:after="20" w:line="252" w:lineRule="auto"/>
            </w:pPr>
            <w:r>
              <w:rPr>
                <w:sz w:val="24"/>
              </w:rPr>
              <w:t>- HS đổi vở quan sát theo hướng dẫn; tự sửa nét chữ hoặc khoảng cách chưa hợp lí.</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6. ĐỌC CÂU - NÓI THEO TRANH - Mục tiêu: Đọc hiểu câu đơn giản; phát triển nói theo chủ điểm.</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yêu cầu HS quan sát tranh đọc, tìm tiếng có h, l; đọc mẫu câu: “Bé bị ho. Bà có lá hẹ.</w:t>
            </w:r>
            <w:proofErr w:type="gramStart"/>
            <w:r>
              <w:rPr>
                <w:sz w:val="24"/>
              </w:rPr>
              <w:t>”.</w:t>
            </w:r>
            <w:proofErr w:type="gramEnd"/>
          </w:p>
        </w:tc>
        <w:tc>
          <w:tcPr>
            <w:tcW w:w="4989" w:type="dxa"/>
            <w:tcBorders>
              <w:top w:val="single" w:sz="4" w:space="0" w:color="auto"/>
            </w:tcBorders>
            <w:shd w:val="clear" w:color="auto" w:fill="auto"/>
          </w:tcPr>
          <w:p w:rsidR="0050317F" w:rsidRDefault="00FE6903">
            <w:pPr>
              <w:spacing w:after="20" w:line="252" w:lineRule="auto"/>
            </w:pPr>
            <w:r>
              <w:rPr>
                <w:sz w:val="24"/>
              </w:rPr>
              <w:t>- HS tìm tiếng có h, l; luyện đọc câu “Bé bị ho. Bà có lá hẹ.” theo cá nhân, nhóm và cả lớp.</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đặt câu hỏi tìm hiểu nội dung: Bé bị làm sao? Bà có gì để chăm sóc bé?</w:t>
            </w:r>
          </w:p>
        </w:tc>
        <w:tc>
          <w:tcPr>
            <w:tcW w:w="4989" w:type="dxa"/>
            <w:shd w:val="clear" w:color="auto" w:fill="auto"/>
          </w:tcPr>
          <w:p w:rsidR="0050317F" w:rsidRDefault="00FE6903">
            <w:pPr>
              <w:spacing w:after="20" w:line="252" w:lineRule="auto"/>
            </w:pPr>
            <w:r>
              <w:rPr>
                <w:sz w:val="24"/>
              </w:rPr>
              <w:t>- HS trả lời bằng câu ngắn, rõ ý; bổ sung câu trả lời của bạn.</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hướng dẫn quan sát tranh phần Nói, gợi hỏi theo chủ điểm “Cây cối”: Trong tranh có những cây nào? Cây giúp ích gì cho cuộc sống?</w:t>
            </w:r>
          </w:p>
        </w:tc>
        <w:tc>
          <w:tcPr>
            <w:tcW w:w="4989" w:type="dxa"/>
            <w:shd w:val="clear" w:color="auto" w:fill="auto"/>
          </w:tcPr>
          <w:p w:rsidR="0050317F" w:rsidRDefault="00FE6903">
            <w:pPr>
              <w:spacing w:after="20" w:line="252" w:lineRule="auto"/>
            </w:pPr>
            <w:r>
              <w:rPr>
                <w:sz w:val="24"/>
              </w:rPr>
              <w:t>- HS quan sát, trao đổi nhóm đôi; nói 1-2 câu phù hợp tình huống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mời một số nhóm trình bày/đóng vai; nhận xét cách dùng từ, lời nói và thái độ giao tiếp.</w:t>
            </w:r>
          </w:p>
        </w:tc>
        <w:tc>
          <w:tcPr>
            <w:tcW w:w="4989" w:type="dxa"/>
            <w:tcBorders>
              <w:bottom w:val="single" w:sz="4" w:space="0" w:color="auto"/>
            </w:tcBorders>
            <w:shd w:val="clear" w:color="auto" w:fill="auto"/>
          </w:tcPr>
          <w:p w:rsidR="0050317F" w:rsidRDefault="00FE6903">
            <w:pPr>
              <w:spacing w:after="20" w:line="252" w:lineRule="auto"/>
            </w:pPr>
            <w:r>
              <w:rPr>
                <w:sz w:val="24"/>
              </w:rPr>
              <w:t>- HS trình bày hoặc đóng vai; lắng nghe nhận xét, học cách nói của bạn.</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7. CỦNG CỐ - DẶN DÒ - Mục tiêu: Khắc sâu âm/chữ vừa học; vận dụng vào giao tiếp và cuộc sống.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lastRenderedPageBreak/>
              <w:t>- GV tổ chức trò chơi “Tìm nhanh tiếng có h, l”; yêu cầu HS đọc lại chữ, từ tiêu biểu.</w:t>
            </w:r>
          </w:p>
        </w:tc>
        <w:tc>
          <w:tcPr>
            <w:tcW w:w="4989" w:type="dxa"/>
            <w:tcBorders>
              <w:top w:val="single" w:sz="4" w:space="0" w:color="auto"/>
            </w:tcBorders>
            <w:shd w:val="clear" w:color="auto" w:fill="auto"/>
          </w:tcPr>
          <w:p w:rsidR="0050317F" w:rsidRDefault="00FE6903">
            <w:pPr>
              <w:spacing w:after="20" w:line="252" w:lineRule="auto"/>
            </w:pPr>
            <w:r>
              <w:rPr>
                <w:sz w:val="24"/>
              </w:rPr>
              <w:t>- HS tìm/đọc tiếng có h, l; nhắc lại chữ và từ vừa học.</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nhận xét tiết học; dặn HS luyện đọc, luyện viết và thực hiện điều đã được nhắc trong bài.</w:t>
            </w:r>
          </w:p>
        </w:tc>
        <w:tc>
          <w:tcPr>
            <w:tcW w:w="4989" w:type="dxa"/>
            <w:shd w:val="clear" w:color="auto" w:fill="auto"/>
          </w:tcPr>
          <w:p w:rsidR="0050317F" w:rsidRDefault="00FE6903">
            <w:pPr>
              <w:spacing w:after="20" w:line="252" w:lineRule="auto"/>
            </w:pPr>
            <w:r>
              <w:rPr>
                <w:sz w:val="24"/>
              </w:rPr>
              <w:t>- HS ghi nhớ nhiệm vụ; chuẩn bị bài tiếp theo.</w:t>
            </w:r>
          </w:p>
        </w:tc>
      </w:tr>
    </w:tbl>
    <w:p w:rsidR="0050317F" w:rsidRDefault="00FE6903">
      <w:pPr>
        <w:keepNext/>
        <w:spacing w:before="100" w:after="60"/>
      </w:pPr>
      <w:r>
        <w:rPr>
          <w:b/>
          <w:sz w:val="28"/>
        </w:rPr>
        <w:t>IV. ĐIỀU CHỈNH SAU BÀI DẠY</w:t>
      </w:r>
    </w:p>
    <w:p w:rsidR="0050317F" w:rsidRDefault="00FE6903">
      <w:pPr>
        <w:spacing w:after="0" w:line="252" w:lineRule="auto"/>
      </w:pPr>
      <w:r>
        <w:rPr>
          <w:sz w:val="24"/>
        </w:rPr>
        <w:t>....................................................................................................................................................................................</w:t>
      </w:r>
    </w:p>
    <w:p w:rsidR="0050317F" w:rsidRDefault="00FE6903">
      <w:pPr>
        <w:spacing w:after="0" w:line="252" w:lineRule="auto"/>
      </w:pPr>
      <w:r>
        <w:rPr>
          <w:sz w:val="24"/>
        </w:rPr>
        <w:t>....................................................................................................................................................................................</w:t>
      </w:r>
    </w:p>
    <w:p w:rsidR="0050317F" w:rsidRDefault="00FE6903">
      <w:pPr>
        <w:spacing w:before="120" w:after="100"/>
        <w:jc w:val="center"/>
      </w:pPr>
      <w:r>
        <w:rPr>
          <w:b/>
          <w:color w:val="1F4E79"/>
          <w:sz w:val="30"/>
        </w:rPr>
        <w:t>BÀI 13: U u, Ư ư</w:t>
      </w:r>
    </w:p>
    <w:p w:rsidR="0050317F" w:rsidRDefault="00FE6903">
      <w:pPr>
        <w:keepNext/>
        <w:spacing w:before="100" w:after="60"/>
      </w:pPr>
      <w:r>
        <w:rPr>
          <w:b/>
          <w:sz w:val="28"/>
        </w:rPr>
        <w:t>I. YÊU CẦU CẦN ĐẠT</w:t>
      </w:r>
    </w:p>
    <w:p w:rsidR="0050317F" w:rsidRDefault="00FE6903">
      <w:pPr>
        <w:keepNext/>
        <w:spacing w:before="60" w:after="60"/>
      </w:pPr>
      <w:r>
        <w:rPr>
          <w:b/>
        </w:rPr>
        <w:t>1. Năng lực đặc thù</w:t>
      </w:r>
    </w:p>
    <w:p w:rsidR="0050317F" w:rsidRDefault="00FE6903">
      <w:pPr>
        <w:spacing w:after="40" w:line="264" w:lineRule="auto"/>
      </w:pPr>
      <w:r>
        <w:t>- Nhận biết, đọc đúng âm u, ư; đọc tiếng, từ, câu có u, ư.</w:t>
      </w:r>
    </w:p>
    <w:p w:rsidR="0050317F" w:rsidRDefault="00FE6903">
      <w:pPr>
        <w:spacing w:after="40" w:line="264" w:lineRule="auto"/>
      </w:pPr>
      <w:r>
        <w:t>- Viết đúng chữ u, ư và từ ngữ ứng dụng.</w:t>
      </w:r>
    </w:p>
    <w:p w:rsidR="0050317F" w:rsidRDefault="00FE6903">
      <w:pPr>
        <w:spacing w:after="40" w:line="264" w:lineRule="auto"/>
      </w:pPr>
      <w:r>
        <w:t>- Phát triển ngôn ngữ nói qua tranh sinh hoạt ở trường.</w:t>
      </w:r>
    </w:p>
    <w:p w:rsidR="0050317F" w:rsidRDefault="00FE6903">
      <w:pPr>
        <w:keepNext/>
        <w:spacing w:before="60" w:after="60"/>
      </w:pPr>
      <w:r>
        <w:rPr>
          <w:b/>
        </w:rPr>
        <w:t xml:space="preserve">2. Năng lực </w:t>
      </w:r>
      <w:proofErr w:type="gramStart"/>
      <w:r>
        <w:rPr>
          <w:b/>
        </w:rPr>
        <w:t>chung</w:t>
      </w:r>
      <w:proofErr w:type="gramEnd"/>
    </w:p>
    <w:p w:rsidR="0050317F" w:rsidRDefault="00FE6903">
      <w:pPr>
        <w:spacing w:after="40" w:line="264" w:lineRule="auto"/>
      </w:pPr>
      <w:r>
        <w:t>- Tự chủ và tự học: Chủ động thực hiện nhiệm vụ đọc, viết, quan sát tranh và tự sửa lỗi khi được hướng dẫn.</w:t>
      </w:r>
    </w:p>
    <w:p w:rsidR="0050317F" w:rsidRDefault="00FE6903">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50317F" w:rsidRDefault="00FE6903">
      <w:pPr>
        <w:spacing w:after="40" w:line="264" w:lineRule="auto"/>
      </w:pPr>
      <w:r>
        <w:t>- Giải quyết vấn đề và sáng tạo: Biết vận dụng âm, chữ đã học để ghép tiếng mới và nói câu phù hợp với tranh.</w:t>
      </w:r>
    </w:p>
    <w:p w:rsidR="0050317F" w:rsidRDefault="00FE6903">
      <w:pPr>
        <w:keepNext/>
        <w:spacing w:before="60" w:after="60"/>
      </w:pPr>
      <w:r>
        <w:rPr>
          <w:b/>
        </w:rPr>
        <w:t>3. Phẩm chất</w:t>
      </w:r>
    </w:p>
    <w:p w:rsidR="0050317F" w:rsidRDefault="00FE6903">
      <w:pPr>
        <w:spacing w:after="40" w:line="264" w:lineRule="auto"/>
      </w:pPr>
      <w:r>
        <w:t>- Chăm chỉ: Tích cực luyện đọc, luyện viết, hoàn thành nhiệm vụ học tập.</w:t>
      </w:r>
    </w:p>
    <w:p w:rsidR="0050317F" w:rsidRDefault="00FE6903" w:rsidP="00BC0BB3">
      <w:pPr>
        <w:spacing w:after="20" w:line="252" w:lineRule="auto"/>
        <w:jc w:val="center"/>
      </w:pPr>
      <w:r>
        <w:t>- Trách nhiệm: Giữ gìn sách vở, đồ dùng; thực hiện đúng yêu cầu khi học cá nhân và làm việc nhóm.</w:t>
      </w:r>
    </w:p>
    <w:p w:rsidR="0050317F" w:rsidRDefault="00FE6903">
      <w:pPr>
        <w:spacing w:after="40" w:line="264" w:lineRule="auto"/>
      </w:pPr>
      <w:r>
        <w:t>- Nhân ái: Biết thể hiện thái độ thân thiện, quan tâm đến người thân, bạn bè và sự vật trong tranh.</w:t>
      </w:r>
    </w:p>
    <w:p w:rsidR="0050317F" w:rsidRDefault="00FE6903">
      <w:pPr>
        <w:keepNext/>
        <w:spacing w:before="100" w:after="60"/>
      </w:pPr>
      <w:r>
        <w:rPr>
          <w:b/>
          <w:sz w:val="28"/>
        </w:rPr>
        <w:t>II. ĐỒ DÙNG DẠY HỌC</w:t>
      </w:r>
    </w:p>
    <w:p w:rsidR="0050317F" w:rsidRDefault="00FE6903">
      <w:pPr>
        <w:spacing w:after="40" w:line="264" w:lineRule="auto"/>
      </w:pPr>
      <w:r>
        <w:t>- Giáo viên: SGK Tiếng Việt 1 tập một; tranh SGK trang 38-39; chữ mẫu u, ư; bảng phụ/thẻ chữ; máy chiếu (nếu có).</w:t>
      </w:r>
    </w:p>
    <w:p w:rsidR="0050317F" w:rsidRDefault="00FE6903">
      <w:pPr>
        <w:spacing w:after="40" w:line="264" w:lineRule="auto"/>
      </w:pPr>
      <w:r>
        <w:t>- Học sinh: SGK, vở Tập viết, bảng con, phấn/bút, bộ chữ học vần.</w:t>
      </w:r>
    </w:p>
    <w:p w:rsidR="0050317F" w:rsidRDefault="00FE6903">
      <w:pPr>
        <w:keepNext/>
        <w:spacing w:before="100" w:after="60"/>
      </w:pPr>
      <w:r>
        <w:rPr>
          <w:b/>
          <w:sz w:val="28"/>
        </w:rPr>
        <w:t>III.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4989"/>
        <w:gridCol w:w="4989"/>
      </w:tblGrid>
      <w:tr w:rsidR="0050317F" w:rsidTr="00BC0BB3">
        <w:trPr>
          <w:cantSplit/>
          <w:tblHeader/>
          <w:jc w:val="center"/>
        </w:trPr>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GIÁO VIÊN</w:t>
            </w:r>
          </w:p>
        </w:tc>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HỌC SINH</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1</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1. KHỞI ĐỘNG - Mục tiêu: Tạo tâm thế vui vẻ; ôn âm/chữ đã học và kết nối với bài mới.</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“Nghe nhanh - giơ thẻ”: đọc một số tiếng quen thuộc, trong đó có tiếng chứa u, ư.</w:t>
            </w:r>
          </w:p>
        </w:tc>
        <w:tc>
          <w:tcPr>
            <w:tcW w:w="4989" w:type="dxa"/>
            <w:tcBorders>
              <w:top w:val="single" w:sz="4" w:space="0" w:color="auto"/>
            </w:tcBorders>
            <w:shd w:val="clear" w:color="auto" w:fill="auto"/>
          </w:tcPr>
          <w:p w:rsidR="0050317F" w:rsidRDefault="00FE6903">
            <w:pPr>
              <w:spacing w:after="20" w:line="252" w:lineRule="auto"/>
            </w:pPr>
            <w:r>
              <w:rPr>
                <w:sz w:val="24"/>
              </w:rPr>
              <w:t>- HS nghe, lựa chọn thẻ chữ phù hợp hoặc vỗ tay khi nhận ra tiếng có u, ư.</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lastRenderedPageBreak/>
              <w:t>- GV mời 2-3 HS giải thích vì sao em chọn thẻ; nhận xét, sửa phát âm và dẫn dắt vào bài.</w:t>
            </w:r>
          </w:p>
        </w:tc>
        <w:tc>
          <w:tcPr>
            <w:tcW w:w="4989" w:type="dxa"/>
            <w:tcBorders>
              <w:bottom w:val="single" w:sz="4" w:space="0" w:color="auto"/>
            </w:tcBorders>
            <w:shd w:val="clear" w:color="auto" w:fill="auto"/>
          </w:tcPr>
          <w:p w:rsidR="0050317F" w:rsidRDefault="00FE6903">
            <w:pPr>
              <w:spacing w:after="20" w:line="252" w:lineRule="auto"/>
            </w:pPr>
            <w:r>
              <w:rPr>
                <w:sz w:val="24"/>
              </w:rPr>
              <w:t>- HS nêu tiếng vừa nghe, phát âm lại rõ ràng; chuẩn bị học bài mới.</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2. KHÁM PHÁ - NHẬN BIẾT U, Ư - Mục tiêu: Nhận biết chữ mới qua tranh và câu nhận biết; phát âm đúng.</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cho HS quan sát tranh SGK trang 38, gợi hỏi: Tranh có những ai/sự vật gì? Các nhân vật đang làm gì?</w:t>
            </w:r>
          </w:p>
        </w:tc>
        <w:tc>
          <w:tcPr>
            <w:tcW w:w="4989" w:type="dxa"/>
            <w:tcBorders>
              <w:top w:val="single" w:sz="4" w:space="0" w:color="auto"/>
            </w:tcBorders>
            <w:shd w:val="clear" w:color="auto" w:fill="auto"/>
          </w:tcPr>
          <w:p w:rsidR="0050317F" w:rsidRDefault="00FE6903">
            <w:pPr>
              <w:spacing w:after="20" w:line="252" w:lineRule="auto"/>
            </w:pPr>
            <w:r>
              <w:rPr>
                <w:sz w:val="24"/>
              </w:rPr>
              <w:t>- HS quan sát tranh, trao đổi nhóm đôi rồi trình bày điều em nhìn thấy.</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đọc câu nhận biết: “Dì đi chợ mua đu đủ.</w:t>
            </w:r>
            <w:proofErr w:type="gramStart"/>
            <w:r>
              <w:rPr>
                <w:sz w:val="24"/>
              </w:rPr>
              <w:t>”;</w:t>
            </w:r>
            <w:proofErr w:type="gramEnd"/>
            <w:r>
              <w:rPr>
                <w:sz w:val="24"/>
              </w:rPr>
              <w:t xml:space="preserve"> đọc chậm theo cụm từ, yêu cầu HS nói theo.</w:t>
            </w:r>
          </w:p>
        </w:tc>
        <w:tc>
          <w:tcPr>
            <w:tcW w:w="4989" w:type="dxa"/>
            <w:shd w:val="clear" w:color="auto" w:fill="auto"/>
          </w:tcPr>
          <w:p w:rsidR="0050317F" w:rsidRDefault="00FE6903">
            <w:pPr>
              <w:spacing w:after="20" w:line="252" w:lineRule="auto"/>
            </w:pPr>
            <w:r>
              <w:rPr>
                <w:sz w:val="24"/>
              </w:rPr>
              <w:t>- HS nghe, nói theo câu nhận biết; nhận ra nội dung tranh gắn với câu “Dì đi chợ mua đu đủ.</w:t>
            </w:r>
            <w:proofErr w:type="gramStart"/>
            <w:r>
              <w:rPr>
                <w:sz w:val="24"/>
              </w:rPr>
              <w:t>”.</w:t>
            </w:r>
            <w:proofErr w:type="gramEnd"/>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yêu cầu HS tìm tiếng có chứa u, ư trong câu nhận biết; giới thiệu chữ mới và phát âm mẫu.</w:t>
            </w:r>
          </w:p>
        </w:tc>
        <w:tc>
          <w:tcPr>
            <w:tcW w:w="4989" w:type="dxa"/>
            <w:tcBorders>
              <w:bottom w:val="single" w:sz="4" w:space="0" w:color="auto"/>
            </w:tcBorders>
            <w:shd w:val="clear" w:color="auto" w:fill="auto"/>
          </w:tcPr>
          <w:p w:rsidR="0050317F" w:rsidRDefault="00FE6903">
            <w:pPr>
              <w:spacing w:after="20" w:line="252" w:lineRule="auto"/>
            </w:pPr>
            <w:r>
              <w:rPr>
                <w:sz w:val="24"/>
              </w:rPr>
              <w:t>- HS tìm tiếng theo hướng dẫn; quan sát chữ mới và phát âm u, ư theo cá nhân, nhóm, cả lớp.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3. LUYỆN ĐỌC - Mục tiêu: Đọc đúng âm, tiếng, từ ngữ có âm/chữ mới; bước đầu ghép tiếng.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hướng dẫn đọc âm/chữ u, ư; sửa lỗi về khẩu hình, độ rõ tiếng cho HS.</w:t>
            </w:r>
          </w:p>
        </w:tc>
        <w:tc>
          <w:tcPr>
            <w:tcW w:w="4989" w:type="dxa"/>
            <w:tcBorders>
              <w:top w:val="single" w:sz="4" w:space="0" w:color="auto"/>
            </w:tcBorders>
            <w:shd w:val="clear" w:color="auto" w:fill="auto"/>
          </w:tcPr>
          <w:p w:rsidR="0050317F" w:rsidRDefault="00FE6903">
            <w:pPr>
              <w:spacing w:after="20" w:line="252" w:lineRule="auto"/>
            </w:pPr>
            <w:r>
              <w:rPr>
                <w:sz w:val="24"/>
              </w:rPr>
              <w:t>- HS đọc cá nhân, nhóm đôi, đồng thanh; tự điều chỉnh phát âm theo góp ý.</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giới thiệu mô hình tiếng; hướng dẫn đánh vần, đọc trơn các tiếng: đu, đủ, du; cư, cử, cừ.</w:t>
            </w:r>
          </w:p>
        </w:tc>
        <w:tc>
          <w:tcPr>
            <w:tcW w:w="4989" w:type="dxa"/>
            <w:shd w:val="clear" w:color="auto" w:fill="auto"/>
          </w:tcPr>
          <w:p w:rsidR="0050317F" w:rsidRDefault="00FE6903">
            <w:pPr>
              <w:spacing w:after="20" w:line="252" w:lineRule="auto"/>
            </w:pPr>
            <w:r>
              <w:rPr>
                <w:sz w:val="24"/>
              </w:rPr>
              <w:t>- HS đánh vần, đọc trơn các tiếng: đu, đủ, du; cư, cử, cừ; nhận xét bạn đọc.</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lần lượt chỉ tranh/từ ngữ: đu đủ, cá hổ, củ từ; yêu cầu HS đọc và giải nghĩa đơn giản qua tranh.</w:t>
            </w:r>
          </w:p>
        </w:tc>
        <w:tc>
          <w:tcPr>
            <w:tcW w:w="4989" w:type="dxa"/>
            <w:shd w:val="clear" w:color="auto" w:fill="auto"/>
          </w:tcPr>
          <w:p w:rsidR="0050317F" w:rsidRDefault="00FE6903">
            <w:pPr>
              <w:spacing w:after="20" w:line="252" w:lineRule="auto"/>
            </w:pPr>
            <w:r>
              <w:rPr>
                <w:sz w:val="24"/>
              </w:rPr>
              <w:t>- HS quan sát, đọc từ ngữ: đu đủ, cá hổ, củ từ; nói ngắn gọn sự vật/hoạt động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tổ chức ghép chữ tạo tiếng có u, ư bằng bộ chữ học vần; mời HS nêu cấu tạo tiếng.</w:t>
            </w:r>
          </w:p>
        </w:tc>
        <w:tc>
          <w:tcPr>
            <w:tcW w:w="4989" w:type="dxa"/>
            <w:tcBorders>
              <w:bottom w:val="single" w:sz="4" w:space="0" w:color="auto"/>
            </w:tcBorders>
            <w:shd w:val="clear" w:color="auto" w:fill="auto"/>
          </w:tcPr>
          <w:p w:rsidR="0050317F" w:rsidRDefault="00FE6903">
            <w:pPr>
              <w:spacing w:after="20" w:line="252" w:lineRule="auto"/>
            </w:pPr>
            <w:r>
              <w:rPr>
                <w:sz w:val="24"/>
              </w:rPr>
              <w:t>- HS thao tác ghép chữ cá nhân; phân tích tiếng và đọc tiếng vừa ghép được.</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4. THỰC HÀNH VIẾT BẢNG CON - Mục tiêu: Viết đúng chữ mới và từ ứng dụng cỡ vừa.</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đưa chữ mẫu u, ư; nêu điểm đặt bút, hướng đi của nét và cách nối chữ trong từ “đu đủ”.</w:t>
            </w:r>
          </w:p>
        </w:tc>
        <w:tc>
          <w:tcPr>
            <w:tcW w:w="4989" w:type="dxa"/>
            <w:tcBorders>
              <w:top w:val="single" w:sz="4" w:space="0" w:color="auto"/>
            </w:tcBorders>
            <w:shd w:val="clear" w:color="auto" w:fill="auto"/>
          </w:tcPr>
          <w:p w:rsidR="0050317F" w:rsidRDefault="00FE6903">
            <w:pPr>
              <w:spacing w:after="20" w:line="252" w:lineRule="auto"/>
            </w:pPr>
            <w:r>
              <w:rPr>
                <w:sz w:val="24"/>
              </w:rPr>
              <w:t>- HS quan sát quy trình, dùng ngón tay viết mô phỏng trên mặt bàn/không trung.</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viết mẫu; yêu cầu HS viết bảng con: u, ư, đu đủ; quan sát, hỗ trợ cá nhân.</w:t>
            </w:r>
          </w:p>
        </w:tc>
        <w:tc>
          <w:tcPr>
            <w:tcW w:w="4989" w:type="dxa"/>
            <w:shd w:val="clear" w:color="auto" w:fill="auto"/>
          </w:tcPr>
          <w:p w:rsidR="0050317F" w:rsidRDefault="00FE6903">
            <w:pPr>
              <w:spacing w:after="20" w:line="252" w:lineRule="auto"/>
            </w:pPr>
            <w:r>
              <w:rPr>
                <w:sz w:val="24"/>
              </w:rPr>
              <w:t>- HS viết bảng con chữ u, ư và từ “đu đủ”; giơ bảng để nhận xét.</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nhận xét ưu điểm, chỉ rõ lỗi cần sửa về độ cao, khoảng cách, dấu thanh.</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sửa lại chữ chưa đúng và giữ bảng/vở sạch đẹp.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2</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5. LUYỆN VIẾT VỞ - Mục tiêu: Tô, viết đúng mẫu chữ; hình thành tư thế viết đúng.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nhắc tư thế ngồi, cách cầm bút, khoảng cách mắt - vở; hướng dẫn HS viết u, ư và “đu đủ” trong vở Tập viết.</w:t>
            </w:r>
          </w:p>
        </w:tc>
        <w:tc>
          <w:tcPr>
            <w:tcW w:w="4989" w:type="dxa"/>
            <w:tcBorders>
              <w:top w:val="single" w:sz="4" w:space="0" w:color="auto"/>
            </w:tcBorders>
            <w:shd w:val="clear" w:color="auto" w:fill="auto"/>
          </w:tcPr>
          <w:p w:rsidR="0050317F" w:rsidRDefault="00FE6903">
            <w:pPr>
              <w:spacing w:after="20" w:line="252" w:lineRule="auto"/>
            </w:pPr>
            <w:r>
              <w:rPr>
                <w:sz w:val="24"/>
              </w:rPr>
              <w:t>- HS thực hiện đúng tư thế; tô, viết chữ u, ư và từ “đu đủ” theo dòng quy định.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quan sát từng bàn, hỗ trợ HS viết chậm; chọn một số bài để nhận xét.</w:t>
            </w:r>
          </w:p>
        </w:tc>
        <w:tc>
          <w:tcPr>
            <w:tcW w:w="4989" w:type="dxa"/>
            <w:tcBorders>
              <w:bottom w:val="single" w:sz="4" w:space="0" w:color="auto"/>
            </w:tcBorders>
            <w:shd w:val="clear" w:color="auto" w:fill="auto"/>
          </w:tcPr>
          <w:p w:rsidR="0050317F" w:rsidRDefault="00FE6903">
            <w:pPr>
              <w:spacing w:after="20" w:line="252" w:lineRule="auto"/>
            </w:pPr>
            <w:r>
              <w:rPr>
                <w:sz w:val="24"/>
              </w:rPr>
              <w:t>- HS đổi vở quan sát theo hướng dẫn; tự sửa nét chữ hoặc khoảng cách chưa hợp lí.</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6. ĐỌC CÂU - NÓI THEO TRANH - Mục tiêu: Đọc hiểu câu đơn giản; phát triển nói theo chủ điểm.</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yêu cầu HS quan sát tranh đọc, tìm tiếng có u, ư; đọc mẫu câu: “Cá hổ là cá dữ.</w:t>
            </w:r>
            <w:proofErr w:type="gramStart"/>
            <w:r>
              <w:rPr>
                <w:sz w:val="24"/>
              </w:rPr>
              <w:t>”.</w:t>
            </w:r>
            <w:proofErr w:type="gramEnd"/>
          </w:p>
        </w:tc>
        <w:tc>
          <w:tcPr>
            <w:tcW w:w="4989" w:type="dxa"/>
            <w:tcBorders>
              <w:top w:val="single" w:sz="4" w:space="0" w:color="auto"/>
            </w:tcBorders>
            <w:shd w:val="clear" w:color="auto" w:fill="auto"/>
          </w:tcPr>
          <w:p w:rsidR="0050317F" w:rsidRDefault="00FE6903">
            <w:pPr>
              <w:spacing w:after="20" w:line="252" w:lineRule="auto"/>
            </w:pPr>
            <w:r>
              <w:rPr>
                <w:sz w:val="24"/>
              </w:rPr>
              <w:t>- HS tìm tiếng có u, ư; luyện đọc câu “Cá hổ là cá dữ.” theo cá nhân, nhóm và cả lớp.</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đặt câu hỏi tìm hiểu nội dung: Cá hổ là loài cá như thế nào? Tiếng nào có âm u/ư?</w:t>
            </w:r>
          </w:p>
        </w:tc>
        <w:tc>
          <w:tcPr>
            <w:tcW w:w="4989" w:type="dxa"/>
            <w:shd w:val="clear" w:color="auto" w:fill="auto"/>
          </w:tcPr>
          <w:p w:rsidR="0050317F" w:rsidRDefault="00FE6903">
            <w:pPr>
              <w:spacing w:after="20" w:line="252" w:lineRule="auto"/>
            </w:pPr>
            <w:r>
              <w:rPr>
                <w:sz w:val="24"/>
              </w:rPr>
              <w:t>- HS trả lời bằng câu ngắn, rõ ý; bổ sung câu trả lời của bạn.</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hướng dẫn quan sát tranh phần Nói, gợi hỏi theo chủ điểm “Hoạt động ở trường”: Các bạn trong tranh đang sinh hoạt gì? Em tham gia hoạt động tập thể như thế nào?</w:t>
            </w:r>
          </w:p>
        </w:tc>
        <w:tc>
          <w:tcPr>
            <w:tcW w:w="4989" w:type="dxa"/>
            <w:shd w:val="clear" w:color="auto" w:fill="auto"/>
          </w:tcPr>
          <w:p w:rsidR="0050317F" w:rsidRDefault="00FE6903">
            <w:pPr>
              <w:spacing w:after="20" w:line="252" w:lineRule="auto"/>
            </w:pPr>
            <w:r>
              <w:rPr>
                <w:sz w:val="24"/>
              </w:rPr>
              <w:t>- HS quan sát, trao đổi nhóm đôi; nói 1-2 câu phù hợp tình huống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lastRenderedPageBreak/>
              <w:t>- GV mời một số nhóm trình bày/đóng vai; nhận xét cách dùng từ, lời nói và thái độ giao tiếp.</w:t>
            </w:r>
          </w:p>
        </w:tc>
        <w:tc>
          <w:tcPr>
            <w:tcW w:w="4989" w:type="dxa"/>
            <w:tcBorders>
              <w:bottom w:val="single" w:sz="4" w:space="0" w:color="auto"/>
            </w:tcBorders>
            <w:shd w:val="clear" w:color="auto" w:fill="auto"/>
          </w:tcPr>
          <w:p w:rsidR="0050317F" w:rsidRDefault="00FE6903">
            <w:pPr>
              <w:spacing w:after="20" w:line="252" w:lineRule="auto"/>
            </w:pPr>
            <w:r>
              <w:rPr>
                <w:sz w:val="24"/>
              </w:rPr>
              <w:t>- HS trình bày hoặc đóng vai; lắng nghe nhận xét, học cách nói của bạn.</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7. CỦNG CỐ - DẶN DÒ - Mục tiêu: Khắc sâu âm/chữ vừa học; vận dụng vào giao tiếp và cuộc sống.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“Tìm nhanh tiếng có u, ư”; yêu cầu HS đọc lại chữ, từ tiêu biểu.</w:t>
            </w:r>
          </w:p>
        </w:tc>
        <w:tc>
          <w:tcPr>
            <w:tcW w:w="4989" w:type="dxa"/>
            <w:tcBorders>
              <w:top w:val="single" w:sz="4" w:space="0" w:color="auto"/>
            </w:tcBorders>
            <w:shd w:val="clear" w:color="auto" w:fill="auto"/>
          </w:tcPr>
          <w:p w:rsidR="0050317F" w:rsidRDefault="00FE6903">
            <w:pPr>
              <w:spacing w:after="20" w:line="252" w:lineRule="auto"/>
            </w:pPr>
            <w:r>
              <w:rPr>
                <w:sz w:val="24"/>
              </w:rPr>
              <w:t>- HS tìm/đọc tiếng có u, ư; nhắc lại chữ và từ vừa học.</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nhận xét tiết học; dặn HS luyện đọc, luyện viết và thực hiện điều đã được nhắc trong bài.</w:t>
            </w:r>
          </w:p>
        </w:tc>
        <w:tc>
          <w:tcPr>
            <w:tcW w:w="4989" w:type="dxa"/>
            <w:shd w:val="clear" w:color="auto" w:fill="auto"/>
          </w:tcPr>
          <w:p w:rsidR="0050317F" w:rsidRDefault="00FE6903">
            <w:pPr>
              <w:spacing w:after="20" w:line="252" w:lineRule="auto"/>
            </w:pPr>
            <w:r>
              <w:rPr>
                <w:sz w:val="24"/>
              </w:rPr>
              <w:t>- HS ghi nhớ nhiệm vụ; chuẩn bị bài tiếp theo.</w:t>
            </w:r>
          </w:p>
        </w:tc>
      </w:tr>
    </w:tbl>
    <w:p w:rsidR="0050317F" w:rsidRDefault="00FE6903">
      <w:pPr>
        <w:keepNext/>
        <w:spacing w:before="100" w:after="60"/>
      </w:pPr>
      <w:r>
        <w:rPr>
          <w:b/>
          <w:sz w:val="28"/>
        </w:rPr>
        <w:t>IV. ĐIỀU CHỈNH SAU BÀI DẠY</w:t>
      </w:r>
    </w:p>
    <w:p w:rsidR="0050317F" w:rsidRDefault="00FE6903">
      <w:pPr>
        <w:spacing w:after="0" w:line="252" w:lineRule="auto"/>
      </w:pPr>
      <w:r>
        <w:rPr>
          <w:sz w:val="24"/>
        </w:rPr>
        <w:t>....................................................................................................................................................................................</w:t>
      </w:r>
    </w:p>
    <w:p w:rsidR="0050317F" w:rsidRDefault="00FE6903">
      <w:pPr>
        <w:spacing w:after="0" w:line="252" w:lineRule="auto"/>
      </w:pPr>
      <w:r>
        <w:rPr>
          <w:sz w:val="24"/>
        </w:rPr>
        <w:t>....................................................................................................................................................................................</w:t>
      </w:r>
    </w:p>
    <w:p w:rsidR="0050317F" w:rsidRDefault="00FE6903">
      <w:pPr>
        <w:spacing w:before="120" w:after="100"/>
        <w:jc w:val="center"/>
      </w:pPr>
      <w:r>
        <w:rPr>
          <w:b/>
          <w:color w:val="1F4E79"/>
          <w:sz w:val="30"/>
        </w:rPr>
        <w:t>BÀI 14: Ch ch, Kh kh</w:t>
      </w:r>
    </w:p>
    <w:p w:rsidR="0050317F" w:rsidRDefault="00FE6903">
      <w:pPr>
        <w:keepNext/>
        <w:spacing w:before="100" w:after="60"/>
      </w:pPr>
      <w:r>
        <w:rPr>
          <w:b/>
          <w:sz w:val="28"/>
        </w:rPr>
        <w:t>I. YÊU CẦU CẦN ĐẠT</w:t>
      </w:r>
    </w:p>
    <w:p w:rsidR="0050317F" w:rsidRDefault="00FE6903">
      <w:pPr>
        <w:keepNext/>
        <w:spacing w:before="60" w:after="60"/>
      </w:pPr>
      <w:r>
        <w:rPr>
          <w:b/>
        </w:rPr>
        <w:t>1. Năng lực đặc thù</w:t>
      </w:r>
    </w:p>
    <w:p w:rsidR="0050317F" w:rsidRDefault="00FE6903">
      <w:pPr>
        <w:spacing w:after="40" w:line="264" w:lineRule="auto"/>
      </w:pPr>
      <w:r>
        <w:t>- Nhận biết, đọc đúng âm ch, kh; đọc tiếng, từ và câu có ch, kh.</w:t>
      </w:r>
    </w:p>
    <w:p w:rsidR="0050317F" w:rsidRDefault="00FE6903">
      <w:pPr>
        <w:spacing w:after="40" w:line="264" w:lineRule="auto"/>
      </w:pPr>
      <w:r>
        <w:t>- Viết đúng chữ ch, kh và từ ngữ ứng dụng.</w:t>
      </w:r>
    </w:p>
    <w:p w:rsidR="0050317F" w:rsidRDefault="00FE6903">
      <w:pPr>
        <w:spacing w:after="40" w:line="264" w:lineRule="auto"/>
      </w:pPr>
      <w:r>
        <w:t>- Nói được nội dung tranh về cá cảnh bằng câu ngắn.</w:t>
      </w:r>
    </w:p>
    <w:p w:rsidR="0050317F" w:rsidRDefault="00FE6903">
      <w:pPr>
        <w:keepNext/>
        <w:spacing w:before="60" w:after="60"/>
      </w:pPr>
      <w:r>
        <w:rPr>
          <w:b/>
        </w:rPr>
        <w:t xml:space="preserve">2. Năng lực </w:t>
      </w:r>
      <w:proofErr w:type="gramStart"/>
      <w:r>
        <w:rPr>
          <w:b/>
        </w:rPr>
        <w:t>chung</w:t>
      </w:r>
      <w:proofErr w:type="gramEnd"/>
    </w:p>
    <w:p w:rsidR="0050317F" w:rsidRDefault="00FE6903">
      <w:pPr>
        <w:spacing w:after="40" w:line="264" w:lineRule="auto"/>
      </w:pPr>
      <w:r>
        <w:t>- Tự chủ và tự học: Chủ động thực hiện nhiệm vụ đọc, viết, quan sát tranh và tự sửa lỗi khi được hướng dẫn.</w:t>
      </w:r>
    </w:p>
    <w:p w:rsidR="0050317F" w:rsidRDefault="00FE6903">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50317F" w:rsidRDefault="00FE6903">
      <w:pPr>
        <w:spacing w:after="40" w:line="264" w:lineRule="auto"/>
      </w:pPr>
      <w:r>
        <w:t>- Giải quyết vấn đề và sáng tạo: Biết vận dụng âm, chữ đã học để ghép tiếng mới và nói câu phù hợp với tranh.</w:t>
      </w:r>
    </w:p>
    <w:p w:rsidR="0050317F" w:rsidRDefault="00FE6903">
      <w:pPr>
        <w:keepNext/>
        <w:spacing w:before="60" w:after="60"/>
      </w:pPr>
      <w:r>
        <w:rPr>
          <w:b/>
        </w:rPr>
        <w:t>3. Phẩm chất</w:t>
      </w:r>
    </w:p>
    <w:p w:rsidR="0050317F" w:rsidRDefault="00FE6903">
      <w:pPr>
        <w:spacing w:after="40" w:line="264" w:lineRule="auto"/>
      </w:pPr>
      <w:r>
        <w:t>- Chăm chỉ: Tích cực luyện đọc, luyện viết, hoàn thành nhiệm vụ học tập.</w:t>
      </w:r>
    </w:p>
    <w:p w:rsidR="0050317F" w:rsidRDefault="00FE6903">
      <w:pPr>
        <w:spacing w:after="40" w:line="264" w:lineRule="auto"/>
      </w:pPr>
      <w:r>
        <w:t>- Trách nhiệm: Giữ gìn sách vở, đồ dùng; thực hiện đúng yêu cầu khi học cá nhân và làm việc nhóm.</w:t>
      </w:r>
    </w:p>
    <w:p w:rsidR="0050317F" w:rsidRDefault="00FE6903">
      <w:pPr>
        <w:spacing w:after="40" w:line="264" w:lineRule="auto"/>
      </w:pPr>
      <w:r>
        <w:t>- Nhân ái: Biết thể hiện thái độ thân thiện, quan tâm đến người thân, bạn bè và sự vật trong tranh.</w:t>
      </w:r>
    </w:p>
    <w:p w:rsidR="0050317F" w:rsidRDefault="00FE6903">
      <w:pPr>
        <w:keepNext/>
        <w:spacing w:before="100" w:after="60"/>
      </w:pPr>
      <w:r>
        <w:rPr>
          <w:b/>
          <w:sz w:val="28"/>
        </w:rPr>
        <w:t>II. ĐỒ DÙNG DẠY HỌC</w:t>
      </w:r>
    </w:p>
    <w:p w:rsidR="0050317F" w:rsidRDefault="00FE6903">
      <w:pPr>
        <w:spacing w:after="40" w:line="264" w:lineRule="auto"/>
      </w:pPr>
      <w:r>
        <w:t>- Giáo viên: SGK Tiếng Việt 1 tập một; tranh SGK trang 40-41; chữ mẫu ch, kh; bảng phụ/thẻ chữ; máy chiếu (nếu có).</w:t>
      </w:r>
    </w:p>
    <w:p w:rsidR="0050317F" w:rsidRDefault="00FE6903">
      <w:pPr>
        <w:spacing w:after="40" w:line="264" w:lineRule="auto"/>
      </w:pPr>
      <w:r>
        <w:t>- Học sinh: SGK, vở Tập viết, bảng con, phấn/bút, bộ chữ học vần.</w:t>
      </w:r>
    </w:p>
    <w:p w:rsidR="0050317F" w:rsidRDefault="00FE6903">
      <w:pPr>
        <w:keepNext/>
        <w:spacing w:before="100" w:after="60"/>
      </w:pPr>
      <w:r>
        <w:rPr>
          <w:b/>
          <w:sz w:val="28"/>
        </w:rPr>
        <w:t>III.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4989"/>
        <w:gridCol w:w="4989"/>
      </w:tblGrid>
      <w:tr w:rsidR="0050317F" w:rsidTr="00BC0BB3">
        <w:trPr>
          <w:cantSplit/>
          <w:tblHeader/>
          <w:jc w:val="center"/>
        </w:trPr>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GIÁO VIÊN</w:t>
            </w:r>
          </w:p>
        </w:tc>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HỌC SINH</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1</w:t>
            </w:r>
          </w:p>
        </w:tc>
      </w:tr>
      <w:tr w:rsidR="0050317F" w:rsidTr="00BC0BB3">
        <w:trPr>
          <w:cantSplit/>
          <w:jc w:val="center"/>
        </w:trPr>
        <w:tc>
          <w:tcPr>
            <w:tcW w:w="9978" w:type="dxa"/>
            <w:gridSpan w:val="2"/>
            <w:tcBorders>
              <w:top w:val="single" w:sz="4" w:space="0" w:color="auto"/>
            </w:tcBorders>
            <w:shd w:val="clear" w:color="auto" w:fill="auto"/>
          </w:tcPr>
          <w:p w:rsidR="0050317F" w:rsidRDefault="00FE6903">
            <w:pPr>
              <w:spacing w:after="20" w:line="252" w:lineRule="auto"/>
            </w:pPr>
            <w:r>
              <w:rPr>
                <w:b/>
                <w:sz w:val="24"/>
              </w:rPr>
              <w:t>1. KHỞI ĐỘNG - Mục tiêu: Tạo tâm thế vui vẻ; ôn âm/chữ đã học và kết nối với bài mới.</w:t>
            </w:r>
          </w:p>
        </w:tc>
      </w:tr>
      <w:tr w:rsidR="0050317F" w:rsidTr="00BC0BB3">
        <w:trPr>
          <w:cantSplit/>
          <w:jc w:val="center"/>
        </w:trPr>
        <w:tc>
          <w:tcPr>
            <w:tcW w:w="4989" w:type="dxa"/>
            <w:shd w:val="clear" w:color="auto" w:fill="auto"/>
          </w:tcPr>
          <w:p w:rsidR="0050317F" w:rsidRDefault="00FE6903">
            <w:pPr>
              <w:spacing w:after="20" w:line="252" w:lineRule="auto"/>
            </w:pPr>
            <w:r>
              <w:rPr>
                <w:sz w:val="24"/>
              </w:rPr>
              <w:lastRenderedPageBreak/>
              <w:t>- GV tổ chức trò chơi “Nghe nhanh - giơ thẻ”: đọc một số tiếng quen thuộc, trong đó có tiếng chứa ch, kh.</w:t>
            </w:r>
          </w:p>
        </w:tc>
        <w:tc>
          <w:tcPr>
            <w:tcW w:w="4989" w:type="dxa"/>
            <w:shd w:val="clear" w:color="auto" w:fill="auto"/>
          </w:tcPr>
          <w:p w:rsidR="0050317F" w:rsidRDefault="00FE6903">
            <w:pPr>
              <w:spacing w:after="20" w:line="252" w:lineRule="auto"/>
            </w:pPr>
            <w:r>
              <w:rPr>
                <w:sz w:val="24"/>
              </w:rPr>
              <w:t>- HS nghe, lựa chọn thẻ chữ phù hợp hoặc vỗ tay khi nhận ra tiếng có ch, kh.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mời 2-3 HS giải thích vì sao em chọn thẻ; nhận xét, sửa phát âm và dẫn dắt vào bài.</w:t>
            </w:r>
          </w:p>
        </w:tc>
        <w:tc>
          <w:tcPr>
            <w:tcW w:w="4989" w:type="dxa"/>
            <w:tcBorders>
              <w:bottom w:val="single" w:sz="4" w:space="0" w:color="auto"/>
            </w:tcBorders>
            <w:shd w:val="clear" w:color="auto" w:fill="auto"/>
          </w:tcPr>
          <w:p w:rsidR="0050317F" w:rsidRDefault="00FE6903">
            <w:pPr>
              <w:spacing w:after="20" w:line="252" w:lineRule="auto"/>
            </w:pPr>
            <w:r>
              <w:rPr>
                <w:sz w:val="24"/>
              </w:rPr>
              <w:t>- HS nêu tiếng vừa nghe, phát âm lại rõ ràng; chuẩn bị học bài mới.</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2. KHÁM PHÁ - NHẬN BIẾT CH, KH - Mục tiêu: Nhận biết chữ mới qua tranh và câu nhận biết; phát âm đúng.</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cho HS quan sát tranh SGK trang 40, gợi hỏi: Tranh có những ai/sự vật gì? Các nhân vật đang làm gì?</w:t>
            </w:r>
          </w:p>
        </w:tc>
        <w:tc>
          <w:tcPr>
            <w:tcW w:w="4989" w:type="dxa"/>
            <w:tcBorders>
              <w:top w:val="single" w:sz="4" w:space="0" w:color="auto"/>
            </w:tcBorders>
            <w:shd w:val="clear" w:color="auto" w:fill="auto"/>
          </w:tcPr>
          <w:p w:rsidR="0050317F" w:rsidRDefault="00FE6903">
            <w:pPr>
              <w:spacing w:after="20" w:line="252" w:lineRule="auto"/>
            </w:pPr>
            <w:r>
              <w:rPr>
                <w:sz w:val="24"/>
              </w:rPr>
              <w:t>- HS quan sát tranh, trao đổi nhóm đôi rồi trình bày điều em nhìn thấy.</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đọc câu nhận biết: “Mấy chú khỉ ăn chuối.</w:t>
            </w:r>
            <w:proofErr w:type="gramStart"/>
            <w:r>
              <w:rPr>
                <w:sz w:val="24"/>
              </w:rPr>
              <w:t>”;</w:t>
            </w:r>
            <w:proofErr w:type="gramEnd"/>
            <w:r>
              <w:rPr>
                <w:sz w:val="24"/>
              </w:rPr>
              <w:t xml:space="preserve"> đọc chậm theo cụm từ, yêu cầu HS nói theo.</w:t>
            </w:r>
          </w:p>
        </w:tc>
        <w:tc>
          <w:tcPr>
            <w:tcW w:w="4989" w:type="dxa"/>
            <w:shd w:val="clear" w:color="auto" w:fill="auto"/>
          </w:tcPr>
          <w:p w:rsidR="0050317F" w:rsidRDefault="00FE6903">
            <w:pPr>
              <w:spacing w:after="20" w:line="252" w:lineRule="auto"/>
            </w:pPr>
            <w:r>
              <w:rPr>
                <w:sz w:val="24"/>
              </w:rPr>
              <w:t>- HS nghe, nói theo câu nhận biết; nhận ra nội dung tranh gắn với câu “Mấy chú khỉ ăn chuối.</w:t>
            </w:r>
            <w:proofErr w:type="gramStart"/>
            <w:r>
              <w:rPr>
                <w:sz w:val="24"/>
              </w:rPr>
              <w:t>”.</w:t>
            </w:r>
            <w:proofErr w:type="gramEnd"/>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yêu cầu HS tìm tiếng có chứa ch, kh trong câu nhận biết; giới thiệu chữ mới và phát âm mẫu.</w:t>
            </w:r>
          </w:p>
        </w:tc>
        <w:tc>
          <w:tcPr>
            <w:tcW w:w="4989" w:type="dxa"/>
            <w:tcBorders>
              <w:bottom w:val="single" w:sz="4" w:space="0" w:color="auto"/>
            </w:tcBorders>
            <w:shd w:val="clear" w:color="auto" w:fill="auto"/>
          </w:tcPr>
          <w:p w:rsidR="0050317F" w:rsidRDefault="00FE6903">
            <w:pPr>
              <w:spacing w:after="20" w:line="252" w:lineRule="auto"/>
            </w:pPr>
            <w:r>
              <w:rPr>
                <w:sz w:val="24"/>
              </w:rPr>
              <w:t>- HS tìm tiếng theo hướng dẫn; quan sát chữ mới và phát âm ch, kh theo cá nhân, nhóm, cả lớp.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3. LUYỆN ĐỌC - Mục tiêu: Đọc đúng âm, tiếng, từ ngữ có âm/chữ mới; bước đầu ghép tiếng.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hướng dẫn đọc âm/chữ ch, kh; sửa lỗi về khẩu hình, độ rõ tiếng cho HS.</w:t>
            </w:r>
          </w:p>
        </w:tc>
        <w:tc>
          <w:tcPr>
            <w:tcW w:w="4989" w:type="dxa"/>
            <w:tcBorders>
              <w:top w:val="single" w:sz="4" w:space="0" w:color="auto"/>
            </w:tcBorders>
            <w:shd w:val="clear" w:color="auto" w:fill="auto"/>
          </w:tcPr>
          <w:p w:rsidR="0050317F" w:rsidRDefault="00FE6903">
            <w:pPr>
              <w:spacing w:after="20" w:line="252" w:lineRule="auto"/>
            </w:pPr>
            <w:r>
              <w:rPr>
                <w:sz w:val="24"/>
              </w:rPr>
              <w:t>- HS đọc cá nhân, nhóm đôi, đồng thanh; tự điều chỉnh phát âm theo góp ý.</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giới thiệu mô hình tiếng; hướng dẫn đánh vần, đọc trơn các tiếng: che, chó, chú; khe, khế, khỉ.</w:t>
            </w:r>
          </w:p>
        </w:tc>
        <w:tc>
          <w:tcPr>
            <w:tcW w:w="4989" w:type="dxa"/>
            <w:shd w:val="clear" w:color="auto" w:fill="auto"/>
          </w:tcPr>
          <w:p w:rsidR="0050317F" w:rsidRDefault="00FE6903">
            <w:pPr>
              <w:spacing w:after="20" w:line="252" w:lineRule="auto"/>
            </w:pPr>
            <w:r>
              <w:rPr>
                <w:sz w:val="24"/>
              </w:rPr>
              <w:t>- HS đánh vần, đọc trơn các tiếng: che, chó, chú; khe, khế, khỉ; nhận xét bạn đọc.</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lần lượt chỉ tranh/từ ngữ: lá khô, chú khỉ, chú chó; yêu cầu HS đọc và giải nghĩa đơn giản qua tranh.</w:t>
            </w:r>
          </w:p>
        </w:tc>
        <w:tc>
          <w:tcPr>
            <w:tcW w:w="4989" w:type="dxa"/>
            <w:shd w:val="clear" w:color="auto" w:fill="auto"/>
          </w:tcPr>
          <w:p w:rsidR="0050317F" w:rsidRDefault="00FE6903">
            <w:pPr>
              <w:spacing w:after="20" w:line="252" w:lineRule="auto"/>
            </w:pPr>
            <w:r>
              <w:rPr>
                <w:sz w:val="24"/>
              </w:rPr>
              <w:t>- HS quan sát, đọc từ ngữ: lá khô, chú khỉ, chú chó; nói ngắn gọn sự vật/hoạt động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tổ chức ghép chữ tạo tiếng có ch, kh bằng bộ chữ học vần; mời HS nêu cấu tạo tiếng.</w:t>
            </w:r>
          </w:p>
        </w:tc>
        <w:tc>
          <w:tcPr>
            <w:tcW w:w="4989" w:type="dxa"/>
            <w:tcBorders>
              <w:bottom w:val="single" w:sz="4" w:space="0" w:color="auto"/>
            </w:tcBorders>
            <w:shd w:val="clear" w:color="auto" w:fill="auto"/>
          </w:tcPr>
          <w:p w:rsidR="0050317F" w:rsidRDefault="00FE6903">
            <w:pPr>
              <w:spacing w:after="20" w:line="252" w:lineRule="auto"/>
            </w:pPr>
            <w:r>
              <w:rPr>
                <w:sz w:val="24"/>
              </w:rPr>
              <w:t>- HS thao tác ghép chữ cá nhân; phân tích tiếng và đọc tiếng vừa ghép được.</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4. THỰC HÀNH VIẾT BẢNG CON - Mục tiêu: Viết đúng chữ mới và từ ứng dụng cỡ vừa.</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đưa chữ mẫu ch, kh; nêu điểm đặt bút, hướng đi của nét và cách nối chữ trong từ “chú khỉ”.</w:t>
            </w:r>
          </w:p>
        </w:tc>
        <w:tc>
          <w:tcPr>
            <w:tcW w:w="4989" w:type="dxa"/>
            <w:tcBorders>
              <w:top w:val="single" w:sz="4" w:space="0" w:color="auto"/>
            </w:tcBorders>
            <w:shd w:val="clear" w:color="auto" w:fill="auto"/>
          </w:tcPr>
          <w:p w:rsidR="0050317F" w:rsidRDefault="00FE6903">
            <w:pPr>
              <w:spacing w:after="20" w:line="252" w:lineRule="auto"/>
            </w:pPr>
            <w:r>
              <w:rPr>
                <w:sz w:val="24"/>
              </w:rPr>
              <w:t>- HS quan sát quy trình, dùng ngón tay viết mô phỏng trên mặt bàn/không trung.</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viết mẫu; yêu cầu HS viết bảng con: ch, kh, chú khỉ; quan sát, hỗ trợ cá nhân.</w:t>
            </w:r>
          </w:p>
        </w:tc>
        <w:tc>
          <w:tcPr>
            <w:tcW w:w="4989" w:type="dxa"/>
            <w:shd w:val="clear" w:color="auto" w:fill="auto"/>
          </w:tcPr>
          <w:p w:rsidR="0050317F" w:rsidRDefault="00FE6903">
            <w:pPr>
              <w:spacing w:after="20" w:line="252" w:lineRule="auto"/>
            </w:pPr>
            <w:r>
              <w:rPr>
                <w:sz w:val="24"/>
              </w:rPr>
              <w:t>- HS viết bảng con chữ ch, kh và từ “chú khỉ”; giơ bảng để nhận xét.</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nhận xét ưu điểm, chỉ rõ lỗi cần sửa về độ cao, khoảng cách, dấu thanh.</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sửa lại chữ chưa đúng và giữ bảng/vở sạch đẹp.</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2</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5. LUYỆN VIẾT VỞ - Mục tiêu: Tô, viết đúng mẫu chữ; hình thành tư thế viết đúng.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nhắc tư thế ngồi, cách cầm bút, khoảng cách mắt - vở; hướng dẫn HS viết ch, kh và “chú khỉ” trong vở Tập viết.</w:t>
            </w:r>
          </w:p>
        </w:tc>
        <w:tc>
          <w:tcPr>
            <w:tcW w:w="4989" w:type="dxa"/>
            <w:tcBorders>
              <w:top w:val="single" w:sz="4" w:space="0" w:color="auto"/>
            </w:tcBorders>
            <w:shd w:val="clear" w:color="auto" w:fill="auto"/>
          </w:tcPr>
          <w:p w:rsidR="0050317F" w:rsidRDefault="00FE6903">
            <w:pPr>
              <w:spacing w:after="20" w:line="252" w:lineRule="auto"/>
            </w:pPr>
            <w:r>
              <w:rPr>
                <w:sz w:val="24"/>
              </w:rPr>
              <w:t>- HS thực hiện đúng tư thế; tô, viết chữ ch, kh và từ “chú khỉ” theo dòng quy định.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quan sát từng bàn, hỗ trợ HS viết chậm; chọn một số bài để nhận xét.</w:t>
            </w:r>
          </w:p>
        </w:tc>
        <w:tc>
          <w:tcPr>
            <w:tcW w:w="4989" w:type="dxa"/>
            <w:tcBorders>
              <w:bottom w:val="single" w:sz="4" w:space="0" w:color="auto"/>
            </w:tcBorders>
            <w:shd w:val="clear" w:color="auto" w:fill="auto"/>
          </w:tcPr>
          <w:p w:rsidR="0050317F" w:rsidRDefault="00FE6903">
            <w:pPr>
              <w:spacing w:after="20" w:line="252" w:lineRule="auto"/>
            </w:pPr>
            <w:r>
              <w:rPr>
                <w:sz w:val="24"/>
              </w:rPr>
              <w:t>- HS đổi vở quan sát theo hướng dẫn; tự sửa nét chữ hoặc khoảng cách chưa hợp lí.</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6. ĐỌC CÂU - NÓI THEO TRANH - Mục tiêu: Đọc hiểu câu đơn giản; phát triển nói theo chủ điểm.</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yêu cầu HS quan sát tranh đọc, tìm tiếng có ch, kh; đọc mẫu câu: “Chị có cá kho khế.</w:t>
            </w:r>
            <w:proofErr w:type="gramStart"/>
            <w:r>
              <w:rPr>
                <w:sz w:val="24"/>
              </w:rPr>
              <w:t>”.</w:t>
            </w:r>
            <w:proofErr w:type="gramEnd"/>
          </w:p>
        </w:tc>
        <w:tc>
          <w:tcPr>
            <w:tcW w:w="4989" w:type="dxa"/>
            <w:tcBorders>
              <w:top w:val="single" w:sz="4" w:space="0" w:color="auto"/>
            </w:tcBorders>
            <w:shd w:val="clear" w:color="auto" w:fill="auto"/>
          </w:tcPr>
          <w:p w:rsidR="0050317F" w:rsidRDefault="00FE6903">
            <w:pPr>
              <w:spacing w:after="20" w:line="252" w:lineRule="auto"/>
            </w:pPr>
            <w:r>
              <w:rPr>
                <w:sz w:val="24"/>
              </w:rPr>
              <w:t>- HS tìm tiếng có ch, kh; luyện đọc câu “Chị có cá kho khế.” theo cá nhân, nhóm và cả lớp.</w:t>
            </w:r>
          </w:p>
        </w:tc>
      </w:tr>
      <w:tr w:rsidR="0050317F" w:rsidTr="00BC0BB3">
        <w:trPr>
          <w:cantSplit/>
          <w:jc w:val="center"/>
        </w:trPr>
        <w:tc>
          <w:tcPr>
            <w:tcW w:w="4989" w:type="dxa"/>
            <w:shd w:val="clear" w:color="auto" w:fill="auto"/>
          </w:tcPr>
          <w:p w:rsidR="0050317F" w:rsidRDefault="00FE6903">
            <w:pPr>
              <w:spacing w:after="20" w:line="252" w:lineRule="auto"/>
            </w:pPr>
            <w:r>
              <w:rPr>
                <w:sz w:val="24"/>
              </w:rPr>
              <w:lastRenderedPageBreak/>
              <w:t xml:space="preserve">- GV đặt câu hỏi tìm hiểu nội dung: Chị có món </w:t>
            </w:r>
            <w:proofErr w:type="gramStart"/>
            <w:r>
              <w:rPr>
                <w:sz w:val="24"/>
              </w:rPr>
              <w:t>ăn</w:t>
            </w:r>
            <w:proofErr w:type="gramEnd"/>
            <w:r>
              <w:rPr>
                <w:sz w:val="24"/>
              </w:rPr>
              <w:t xml:space="preserve"> gì? Em tìm tiếng có âm ch/kh.</w:t>
            </w:r>
          </w:p>
        </w:tc>
        <w:tc>
          <w:tcPr>
            <w:tcW w:w="4989" w:type="dxa"/>
            <w:shd w:val="clear" w:color="auto" w:fill="auto"/>
          </w:tcPr>
          <w:p w:rsidR="0050317F" w:rsidRDefault="00FE6903">
            <w:pPr>
              <w:spacing w:after="20" w:line="252" w:lineRule="auto"/>
            </w:pPr>
            <w:r>
              <w:rPr>
                <w:sz w:val="24"/>
              </w:rPr>
              <w:t>- HS trả lời bằng câu ngắn, rõ ý; bổ sung câu trả lời của bạn.</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hướng dẫn quan sát tranh phần Nói, gợi hỏi theo chủ điểm “Cá cảnh”: Bạn nhỏ đang ngắm gì? Em cần chăm sóc cá cảnh như thế nào?</w:t>
            </w:r>
          </w:p>
        </w:tc>
        <w:tc>
          <w:tcPr>
            <w:tcW w:w="4989" w:type="dxa"/>
            <w:shd w:val="clear" w:color="auto" w:fill="auto"/>
          </w:tcPr>
          <w:p w:rsidR="0050317F" w:rsidRDefault="00FE6903">
            <w:pPr>
              <w:spacing w:after="20" w:line="252" w:lineRule="auto"/>
            </w:pPr>
            <w:r>
              <w:rPr>
                <w:sz w:val="24"/>
              </w:rPr>
              <w:t>- HS quan sát, trao đổi nhóm đôi; nói 1-2 câu phù hợp tình huống trong tranh.</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mời một số nhóm trình bày/đóng vai; nhận xét cách dùng từ, lời nói và thái độ giao tiếp.</w:t>
            </w:r>
          </w:p>
        </w:tc>
        <w:tc>
          <w:tcPr>
            <w:tcW w:w="4989" w:type="dxa"/>
            <w:tcBorders>
              <w:bottom w:val="single" w:sz="4" w:space="0" w:color="auto"/>
            </w:tcBorders>
            <w:shd w:val="clear" w:color="auto" w:fill="auto"/>
          </w:tcPr>
          <w:p w:rsidR="0050317F" w:rsidRDefault="00FE6903">
            <w:pPr>
              <w:spacing w:after="20" w:line="252" w:lineRule="auto"/>
            </w:pPr>
            <w:r>
              <w:rPr>
                <w:sz w:val="24"/>
              </w:rPr>
              <w:t>- HS trình bày hoặc đóng vai; lắng nghe nhận xét, học cách nói của bạn.</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7. CỦNG CỐ - DẶN DÒ - Mục tiêu: Khắc sâu âm/chữ vừa học; vận dụng vào giao tiếp và cuộc sống.</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“Tìm nhanh tiếng có ch, kh”; yêu cầu HS đọc lại chữ, từ tiêu biểu.</w:t>
            </w:r>
          </w:p>
        </w:tc>
        <w:tc>
          <w:tcPr>
            <w:tcW w:w="4989" w:type="dxa"/>
            <w:tcBorders>
              <w:top w:val="single" w:sz="4" w:space="0" w:color="auto"/>
            </w:tcBorders>
            <w:shd w:val="clear" w:color="auto" w:fill="auto"/>
          </w:tcPr>
          <w:p w:rsidR="0050317F" w:rsidRDefault="00FE6903">
            <w:pPr>
              <w:spacing w:after="20" w:line="252" w:lineRule="auto"/>
            </w:pPr>
            <w:r>
              <w:rPr>
                <w:sz w:val="24"/>
              </w:rPr>
              <w:t>- HS tìm/đọc tiếng có ch, kh; nhắc lại chữ và từ vừa học.</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nhận xét tiết học; dặn HS luyện đọc, luyện viết và thực hiện điều đã được nhắc trong bài.</w:t>
            </w:r>
          </w:p>
        </w:tc>
        <w:tc>
          <w:tcPr>
            <w:tcW w:w="4989" w:type="dxa"/>
            <w:shd w:val="clear" w:color="auto" w:fill="auto"/>
          </w:tcPr>
          <w:p w:rsidR="0050317F" w:rsidRDefault="00FE6903">
            <w:pPr>
              <w:spacing w:after="20" w:line="252" w:lineRule="auto"/>
            </w:pPr>
            <w:r>
              <w:rPr>
                <w:sz w:val="24"/>
              </w:rPr>
              <w:t>- HS ghi nhớ nhiệm vụ; chuẩn bị bài tiếp theo.</w:t>
            </w:r>
          </w:p>
        </w:tc>
      </w:tr>
    </w:tbl>
    <w:p w:rsidR="0050317F" w:rsidRDefault="00FE6903">
      <w:pPr>
        <w:keepNext/>
        <w:spacing w:before="100" w:after="60"/>
      </w:pPr>
      <w:r>
        <w:rPr>
          <w:b/>
          <w:sz w:val="28"/>
        </w:rPr>
        <w:t>IV. ĐIỀU CHỈNH SAU BÀI DẠY</w:t>
      </w:r>
    </w:p>
    <w:p w:rsidR="0050317F" w:rsidRDefault="00FE6903">
      <w:pPr>
        <w:spacing w:after="0" w:line="252" w:lineRule="auto"/>
      </w:pPr>
      <w:r>
        <w:rPr>
          <w:sz w:val="24"/>
        </w:rPr>
        <w:t>....................................................................................................................................................................................</w:t>
      </w:r>
    </w:p>
    <w:p w:rsidR="0050317F" w:rsidRDefault="00FE6903">
      <w:pPr>
        <w:spacing w:after="0" w:line="252" w:lineRule="auto"/>
      </w:pPr>
      <w:r>
        <w:rPr>
          <w:sz w:val="24"/>
        </w:rPr>
        <w:t>....................................................................................................................................................................................</w:t>
      </w:r>
    </w:p>
    <w:p w:rsidR="0050317F" w:rsidRDefault="00FE6903">
      <w:pPr>
        <w:spacing w:before="120" w:after="100"/>
        <w:jc w:val="center"/>
      </w:pPr>
      <w:r>
        <w:rPr>
          <w:b/>
          <w:color w:val="1F4E79"/>
          <w:sz w:val="30"/>
        </w:rPr>
        <w:t>BÀI 15: ÔN TẬP VÀ KỂ CHUYỆN</w:t>
      </w:r>
    </w:p>
    <w:p w:rsidR="0050317F" w:rsidRDefault="00FE6903">
      <w:pPr>
        <w:keepNext/>
        <w:spacing w:before="100" w:after="60"/>
      </w:pPr>
      <w:r>
        <w:rPr>
          <w:b/>
          <w:sz w:val="28"/>
        </w:rPr>
        <w:t>I. YÊU CẦU CẦN ĐẠT</w:t>
      </w:r>
    </w:p>
    <w:p w:rsidR="0050317F" w:rsidRDefault="00FE6903">
      <w:pPr>
        <w:keepNext/>
        <w:spacing w:before="60" w:after="60"/>
      </w:pPr>
      <w:r>
        <w:rPr>
          <w:b/>
        </w:rPr>
        <w:t>1. Năng lực đặc thù</w:t>
      </w:r>
    </w:p>
    <w:p w:rsidR="0050317F" w:rsidRDefault="00FE6903">
      <w:pPr>
        <w:spacing w:after="40" w:line="264" w:lineRule="auto"/>
      </w:pPr>
      <w:r>
        <w:t>- Củng cố cách đọc các âm/chữ i, k, h, l, u, ư, ch, kh và các tiếng, từ đã học.</w:t>
      </w:r>
    </w:p>
    <w:p w:rsidR="0050317F" w:rsidRDefault="00FE6903">
      <w:pPr>
        <w:spacing w:after="40" w:line="264" w:lineRule="auto"/>
      </w:pPr>
      <w:r>
        <w:t>- Viết đúng một số từ ngữ chứa âm/chữ đã học.</w:t>
      </w:r>
    </w:p>
    <w:p w:rsidR="0050317F" w:rsidRDefault="00FE6903">
      <w:pPr>
        <w:spacing w:after="40" w:line="264" w:lineRule="auto"/>
      </w:pPr>
      <w:r>
        <w:t>- Nghe hiểu, trả lời câu hỏi và kể lại được một đoạn truyện “Con quạ thông minh”.</w:t>
      </w:r>
    </w:p>
    <w:p w:rsidR="0050317F" w:rsidRDefault="00FE6903">
      <w:pPr>
        <w:keepNext/>
        <w:spacing w:before="60" w:after="60"/>
      </w:pPr>
      <w:r>
        <w:rPr>
          <w:b/>
        </w:rPr>
        <w:t xml:space="preserve">2. Năng lực </w:t>
      </w:r>
      <w:proofErr w:type="gramStart"/>
      <w:r>
        <w:rPr>
          <w:b/>
        </w:rPr>
        <w:t>chung</w:t>
      </w:r>
      <w:proofErr w:type="gramEnd"/>
    </w:p>
    <w:p w:rsidR="0050317F" w:rsidRDefault="00FE6903">
      <w:pPr>
        <w:spacing w:after="40" w:line="264" w:lineRule="auto"/>
      </w:pPr>
      <w:r>
        <w:t>- Tự chủ và tự học: Chủ động thực hiện nhiệm vụ đọc, viết, quan sát tranh và tự sửa lỗi khi được hướng dẫn.</w:t>
      </w:r>
    </w:p>
    <w:p w:rsidR="0050317F" w:rsidRDefault="00FE6903">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50317F" w:rsidRDefault="00FE6903">
      <w:pPr>
        <w:spacing w:after="40" w:line="264" w:lineRule="auto"/>
      </w:pPr>
      <w:r>
        <w:t>- Giải quyết vấn đề và sáng tạo: Biết vận dụng âm, chữ đã học để ghép tiếng mới và nói câu phù hợp với tranh.</w:t>
      </w:r>
    </w:p>
    <w:p w:rsidR="0050317F" w:rsidRDefault="00FE6903">
      <w:pPr>
        <w:keepNext/>
        <w:spacing w:before="60" w:after="60"/>
      </w:pPr>
      <w:r>
        <w:rPr>
          <w:b/>
        </w:rPr>
        <w:t>3. Phẩm chất</w:t>
      </w:r>
    </w:p>
    <w:p w:rsidR="0050317F" w:rsidRDefault="00FE6903">
      <w:pPr>
        <w:spacing w:after="40" w:line="264" w:lineRule="auto"/>
      </w:pPr>
      <w:r>
        <w:t>- Chăm chỉ: Tích cực luyện đọc, luyện viết, hoàn thành nhiệm vụ học tập.</w:t>
      </w:r>
    </w:p>
    <w:p w:rsidR="0050317F" w:rsidRDefault="00FE6903">
      <w:pPr>
        <w:spacing w:after="40" w:line="264" w:lineRule="auto"/>
      </w:pPr>
      <w:r>
        <w:t>- Trách nhiệm: Giữ gìn sách vở, đồ dùng; thực hiện đúng yêu cầu khi học cá nhân và làm việc nhóm.</w:t>
      </w:r>
    </w:p>
    <w:p w:rsidR="0050317F" w:rsidRDefault="00FE6903">
      <w:pPr>
        <w:spacing w:after="40" w:line="264" w:lineRule="auto"/>
      </w:pPr>
      <w:r>
        <w:t>- Nhân ái: Biết thể hiện thái độ thân thiện, quan tâm đến người thân, bạn bè và sự vật trong tranh.</w:t>
      </w:r>
    </w:p>
    <w:p w:rsidR="0050317F" w:rsidRDefault="00FE6903">
      <w:pPr>
        <w:keepNext/>
        <w:spacing w:before="60" w:after="60"/>
      </w:pPr>
      <w:r>
        <w:rPr>
          <w:b/>
        </w:rPr>
        <w:t>4. Tích hợp</w:t>
      </w:r>
    </w:p>
    <w:p w:rsidR="0050317F" w:rsidRDefault="00FE6903">
      <w:pPr>
        <w:spacing w:after="40" w:line="264" w:lineRule="auto"/>
      </w:pPr>
      <w:r>
        <w:rPr>
          <w:color w:val="C00000"/>
        </w:rPr>
        <w:t>- Lý tưởng cách mạng, đạo đức, lối sống: Qua truyện “Con quạ thông minh”, bồi dưỡng đức tính bình tĩnh, kiên trì, biết suy nghĩ để giải quyết khó khăn và dùng trí thông minh vào việc có ích.</w:t>
      </w:r>
    </w:p>
    <w:p w:rsidR="0050317F" w:rsidRDefault="00FE6903">
      <w:pPr>
        <w:keepNext/>
        <w:spacing w:before="100" w:after="60"/>
      </w:pPr>
      <w:r>
        <w:rPr>
          <w:b/>
          <w:sz w:val="28"/>
        </w:rPr>
        <w:lastRenderedPageBreak/>
        <w:t>II. ĐỒ DÙNG DẠY HỌC</w:t>
      </w:r>
    </w:p>
    <w:p w:rsidR="0050317F" w:rsidRDefault="00FE6903">
      <w:pPr>
        <w:spacing w:after="40" w:line="264" w:lineRule="auto"/>
      </w:pPr>
      <w:r>
        <w:t>- Giáo viên: SGK Tiếng Việt 1 tập một; tranh SGK trang 42-43; chữ mẫu i, k, h, l, u, ư, ch, kh; bảng phụ/thẻ chữ; máy chiếu (nếu có).</w:t>
      </w:r>
    </w:p>
    <w:p w:rsidR="0050317F" w:rsidRDefault="00FE6903">
      <w:pPr>
        <w:spacing w:after="40" w:line="264" w:lineRule="auto"/>
      </w:pPr>
      <w:r>
        <w:t>- Học sinh: SGK, vở Tập viết, bảng con, phấn/bút, bộ chữ học vần.</w:t>
      </w:r>
    </w:p>
    <w:p w:rsidR="0050317F" w:rsidRDefault="00FE6903">
      <w:pPr>
        <w:keepNext/>
        <w:spacing w:before="100" w:after="60"/>
      </w:pPr>
      <w:r>
        <w:rPr>
          <w:b/>
          <w:sz w:val="28"/>
        </w:rPr>
        <w:t>III.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4989"/>
        <w:gridCol w:w="4989"/>
      </w:tblGrid>
      <w:tr w:rsidR="0050317F" w:rsidTr="00BC0BB3">
        <w:trPr>
          <w:cantSplit/>
          <w:tblHeader/>
          <w:jc w:val="center"/>
        </w:trPr>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GIÁO VIÊN</w:t>
            </w:r>
          </w:p>
        </w:tc>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HỌC SINH</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1</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1. KHỞI ĐỘNG - Mục tiêu: Tạo hứng thú; ôn lại âm/chữ đã học trong tuần.</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trò chơi “Chiếc lá âm chữ”; cho HS đọc nhanh các chữ/tiếng: i, k, h, l, u, ư, ch, kh; kì đà, lá khô, chú khỉ.</w:t>
            </w:r>
          </w:p>
        </w:tc>
        <w:tc>
          <w:tcPr>
            <w:tcW w:w="4989" w:type="dxa"/>
            <w:tcBorders>
              <w:top w:val="single" w:sz="4" w:space="0" w:color="auto"/>
            </w:tcBorders>
            <w:shd w:val="clear" w:color="auto" w:fill="auto"/>
          </w:tcPr>
          <w:p w:rsidR="0050317F" w:rsidRDefault="00FE6903">
            <w:pPr>
              <w:spacing w:after="20" w:line="252" w:lineRule="auto"/>
            </w:pPr>
            <w:r>
              <w:rPr>
                <w:sz w:val="24"/>
              </w:rPr>
              <w:t>- HS lần lượt bốc thẻ, đọc chữ/tiếng: i, k, h, l, u, ư, ch, kh; kì đà, lá khô, chú khỉ; cổ vũ bạn.</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nhận xét việc đọc, nhắc lại cách phát âm cần lưu ý và giới thiệu bài ôn tập - kể chuyện.</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chỉnh sửa lỗi đọc và sẵn sàng tham gia hoạt động mới.</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2. ÔN ĐỌC VÀ VIẾT - Mục tiêu: Củng cố đọc tiếng, từ, câu và viết từ ngữ chứa âm/chữ đã học.</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hướng dẫn HS đọc bảng âm/tiếng trong SGK theo hàng ngang, hàng dọc; tổ chức đọc cá nhân và đồng thanh.</w:t>
            </w:r>
          </w:p>
        </w:tc>
        <w:tc>
          <w:tcPr>
            <w:tcW w:w="4989" w:type="dxa"/>
            <w:tcBorders>
              <w:top w:val="single" w:sz="4" w:space="0" w:color="auto"/>
            </w:tcBorders>
            <w:shd w:val="clear" w:color="auto" w:fill="auto"/>
          </w:tcPr>
          <w:p w:rsidR="0050317F" w:rsidRDefault="00FE6903">
            <w:pPr>
              <w:spacing w:after="20" w:line="252" w:lineRule="auto"/>
            </w:pPr>
            <w:r>
              <w:rPr>
                <w:sz w:val="24"/>
              </w:rPr>
              <w:t>- HS quan sát bảng ôn, ghép và đọc đúng các tiếng theo yêu cầu.</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hướng dẫn đọc các từ/câu ứng dụng trong bài ôn; gợi HS tìm tiếng chứa âm đã học.</w:t>
            </w:r>
          </w:p>
        </w:tc>
        <w:tc>
          <w:tcPr>
            <w:tcW w:w="4989" w:type="dxa"/>
            <w:shd w:val="clear" w:color="auto" w:fill="auto"/>
          </w:tcPr>
          <w:p w:rsidR="0050317F" w:rsidRDefault="00FE6903">
            <w:pPr>
              <w:spacing w:after="20" w:line="252" w:lineRule="auto"/>
            </w:pPr>
            <w:r>
              <w:rPr>
                <w:sz w:val="24"/>
              </w:rPr>
              <w:t>- HS đọc từ/câu ứng dụng; chỉ và nêu tiếng có âm/chữ vừa ôn.</w:t>
            </w:r>
          </w:p>
        </w:tc>
      </w:tr>
      <w:tr w:rsidR="0050317F" w:rsidTr="00BC0BB3">
        <w:trPr>
          <w:cantSplit/>
          <w:jc w:val="center"/>
        </w:trPr>
        <w:tc>
          <w:tcPr>
            <w:tcW w:w="4989" w:type="dxa"/>
            <w:shd w:val="clear" w:color="auto" w:fill="auto"/>
          </w:tcPr>
          <w:p w:rsidR="0050317F" w:rsidRDefault="00FE6903" w:rsidP="00BC0BB3">
            <w:pPr>
              <w:spacing w:after="20" w:line="252" w:lineRule="auto"/>
            </w:pPr>
            <w:r>
              <w:rPr>
                <w:sz w:val="24"/>
              </w:rPr>
              <w:t>- GV viết mẫu từ “cá kho khế”; hướng dẫn nối nét và đặt dấu; yêu cầu HS viết vở.</w:t>
            </w:r>
          </w:p>
        </w:tc>
        <w:tc>
          <w:tcPr>
            <w:tcW w:w="4989" w:type="dxa"/>
            <w:shd w:val="clear" w:color="auto" w:fill="auto"/>
          </w:tcPr>
          <w:p w:rsidR="0050317F" w:rsidRDefault="00FE6903">
            <w:pPr>
              <w:spacing w:after="20" w:line="252" w:lineRule="auto"/>
            </w:pPr>
            <w:r>
              <w:rPr>
                <w:sz w:val="24"/>
              </w:rPr>
              <w:t>- HS viết từ “cá kho khế” vào vở; tự rà soát độ cao chữ và vị trí dấu.</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chấm nhanh một số bài, chỉ lỗi phổ biến và cho HS sửa ngay.</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sửa bài; nhận xét chữ viết của bản thân theo hướng dẫn.</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2</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3. NGHE - KỂ CHUYỆN: CON QUẠ THÔNG MINH - Mục tiêu: Nghe hiểu, trả lời câu hỏi và kể lại được một phần câu chuyện.</w:t>
            </w:r>
          </w:p>
        </w:tc>
      </w:tr>
      <w:tr w:rsidR="0050317F" w:rsidTr="00BC0BB3">
        <w:trPr>
          <w:cantSplit/>
          <w:jc w:val="center"/>
        </w:trPr>
        <w:tc>
          <w:tcPr>
            <w:tcW w:w="4989" w:type="dxa"/>
            <w:tcBorders>
              <w:top w:val="single" w:sz="4" w:space="0" w:color="auto"/>
            </w:tcBorders>
            <w:shd w:val="clear" w:color="auto" w:fill="auto"/>
          </w:tcPr>
          <w:p w:rsidR="0050317F" w:rsidRDefault="00FE6903" w:rsidP="00BC0BB3">
            <w:pPr>
              <w:spacing w:after="20" w:line="252" w:lineRule="auto"/>
            </w:pPr>
            <w:r>
              <w:rPr>
                <w:sz w:val="24"/>
              </w:rPr>
              <w:t>- GV giới thiệu tên truyện “Con quạ thông minh”, hướng dẫn HS quan sát các tranh theo thứ tự để dự đoán nội dung.</w:t>
            </w:r>
          </w:p>
        </w:tc>
        <w:tc>
          <w:tcPr>
            <w:tcW w:w="4989" w:type="dxa"/>
            <w:tcBorders>
              <w:top w:val="single" w:sz="4" w:space="0" w:color="auto"/>
            </w:tcBorders>
            <w:shd w:val="clear" w:color="auto" w:fill="auto"/>
          </w:tcPr>
          <w:p w:rsidR="0050317F" w:rsidRDefault="00FE6903">
            <w:pPr>
              <w:spacing w:after="20" w:line="252" w:lineRule="auto"/>
            </w:pPr>
            <w:r>
              <w:rPr>
                <w:sz w:val="24"/>
              </w:rPr>
              <w:t>- HS quan sát tranh, nêu dự đoán về nhân vật và sự việc có thể xảy ra trong truyện.</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kể toàn bộ câu chuyện lần 1 bằng giọng phù hợp; yêu cầu HS nghe để nắm diễn biến chính.</w:t>
            </w:r>
          </w:p>
        </w:tc>
        <w:tc>
          <w:tcPr>
            <w:tcW w:w="4989" w:type="dxa"/>
            <w:shd w:val="clear" w:color="auto" w:fill="auto"/>
          </w:tcPr>
          <w:p w:rsidR="0050317F" w:rsidRDefault="00FE6903">
            <w:pPr>
              <w:spacing w:after="20" w:line="252" w:lineRule="auto"/>
            </w:pPr>
            <w:r>
              <w:rPr>
                <w:sz w:val="24"/>
              </w:rPr>
              <w:t>- HS lắng nghe, ghi nhớ nhân vật, sự việc và kết quả câu chuyện.</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kể lần 2 theo từng tranh; đặt câu hỏi: Quạ khát nước đã nhìn thấy gì? Quạ làm cách nào để uống được nước? Việc làm của quạ cho em bài học gì?</w:t>
            </w:r>
          </w:p>
        </w:tc>
        <w:tc>
          <w:tcPr>
            <w:tcW w:w="4989" w:type="dxa"/>
            <w:shd w:val="clear" w:color="auto" w:fill="auto"/>
          </w:tcPr>
          <w:p w:rsidR="0050317F" w:rsidRDefault="00FE6903">
            <w:pPr>
              <w:spacing w:after="20" w:line="252" w:lineRule="auto"/>
            </w:pPr>
            <w:r>
              <w:rPr>
                <w:sz w:val="24"/>
              </w:rPr>
              <w:t>- HS trả lời câu hỏi theo từng tranh; trao đổi nhóm đôi để bổ sung nội dung.</w:t>
            </w:r>
          </w:p>
        </w:tc>
      </w:tr>
      <w:tr w:rsidR="0050317F" w:rsidTr="00BC0BB3">
        <w:trPr>
          <w:cantSplit/>
          <w:jc w:val="center"/>
        </w:trPr>
        <w:tc>
          <w:tcPr>
            <w:tcW w:w="4989" w:type="dxa"/>
            <w:shd w:val="clear" w:color="auto" w:fill="auto"/>
          </w:tcPr>
          <w:p w:rsidR="0050317F" w:rsidRDefault="00FE6903">
            <w:pPr>
              <w:spacing w:after="20" w:line="252" w:lineRule="auto"/>
            </w:pPr>
            <w:r>
              <w:rPr>
                <w:color w:val="C00000"/>
                <w:sz w:val="24"/>
              </w:rPr>
              <w:t>TÍCH HỢP: GV hướng dẫn HS liên hệ: Khi gặp bài đọc khó hoặc việc chưa làm được, em không bỏ cuộc; em bình tĩnh suy nghĩ, nhờ hướng dẫn và thử cách phù hợp.</w:t>
            </w:r>
          </w:p>
        </w:tc>
        <w:tc>
          <w:tcPr>
            <w:tcW w:w="4989" w:type="dxa"/>
            <w:shd w:val="clear" w:color="auto" w:fill="auto"/>
          </w:tcPr>
          <w:p w:rsidR="0050317F" w:rsidRDefault="00FE6903">
            <w:pPr>
              <w:spacing w:after="20" w:line="252" w:lineRule="auto"/>
            </w:pPr>
            <w:r>
              <w:rPr>
                <w:color w:val="C00000"/>
                <w:sz w:val="24"/>
              </w:rPr>
              <w:t>- HS nêu cách ứng xử: kiên trì luyện đọc/luyện viết, hợp tác với bạn, dùng sự thông minh để làm việc tốt.</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chia nhóm 4, giao mỗi nhóm kể lại một đoạn theo tranh; mời đại diện kể nối tiếp trước lớp.</w:t>
            </w:r>
          </w:p>
        </w:tc>
        <w:tc>
          <w:tcPr>
            <w:tcW w:w="4989" w:type="dxa"/>
            <w:shd w:val="clear" w:color="auto" w:fill="auto"/>
          </w:tcPr>
          <w:p w:rsidR="0050317F" w:rsidRDefault="00FE6903">
            <w:pPr>
              <w:spacing w:after="20" w:line="252" w:lineRule="auto"/>
            </w:pPr>
            <w:r>
              <w:rPr>
                <w:sz w:val="24"/>
              </w:rPr>
              <w:t>- HS luyện kể trong nhóm; đại diện kể nối tiếp, kết hợp nét mặt và lời nói phù hợp.</w:t>
            </w:r>
          </w:p>
        </w:tc>
      </w:tr>
      <w:tr w:rsidR="0050317F" w:rsidTr="00BC0BB3">
        <w:trPr>
          <w:cantSplit/>
          <w:jc w:val="center"/>
        </w:trPr>
        <w:tc>
          <w:tcPr>
            <w:tcW w:w="4989" w:type="dxa"/>
            <w:shd w:val="clear" w:color="auto" w:fill="auto"/>
          </w:tcPr>
          <w:p w:rsidR="0050317F" w:rsidRDefault="00FE6903">
            <w:pPr>
              <w:spacing w:after="20" w:line="252" w:lineRule="auto"/>
            </w:pPr>
            <w:r>
              <w:rPr>
                <w:sz w:val="24"/>
              </w:rPr>
              <w:lastRenderedPageBreak/>
              <w:t>- GV nhận xét trình tự kể, cách diễn đạt; khuyến khích HS kể lại câu chuyện cho người thân.</w:t>
            </w:r>
          </w:p>
        </w:tc>
        <w:tc>
          <w:tcPr>
            <w:tcW w:w="4989" w:type="dxa"/>
            <w:shd w:val="clear" w:color="auto" w:fill="auto"/>
          </w:tcPr>
          <w:p w:rsidR="0050317F" w:rsidRDefault="00FE6903">
            <w:pPr>
              <w:spacing w:after="20" w:line="252" w:lineRule="auto"/>
            </w:pPr>
            <w:r>
              <w:rPr>
                <w:sz w:val="24"/>
              </w:rPr>
              <w:t>- HS lắng nghe, nhận nhiệm vụ vận dụng ở nhà.</w:t>
            </w:r>
          </w:p>
        </w:tc>
      </w:tr>
      <w:tr w:rsidR="0050317F" w:rsidTr="00BC0BB3">
        <w:trPr>
          <w:cantSplit/>
          <w:jc w:val="center"/>
        </w:trPr>
        <w:tc>
          <w:tcPr>
            <w:tcW w:w="9978" w:type="dxa"/>
            <w:gridSpan w:val="2"/>
            <w:shd w:val="clear" w:color="auto" w:fill="auto"/>
          </w:tcPr>
          <w:p w:rsidR="0050317F" w:rsidRDefault="00FE6903">
            <w:pPr>
              <w:spacing w:after="20" w:line="252" w:lineRule="auto"/>
            </w:pPr>
            <w:r>
              <w:rPr>
                <w:b/>
                <w:sz w:val="24"/>
              </w:rPr>
              <w:t>4. CỦNG CỐ - DẶN DÒ - Mục tiêu: Ghi nhớ âm/chữ đã ôn và bài học từ câu chuyện.</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yêu cầu HS nêu một tiếng/từ đã ôn và một việc em sẽ làm sau khi nghe câu chuyện; nhận xét tiết học.</w:t>
            </w:r>
          </w:p>
        </w:tc>
        <w:tc>
          <w:tcPr>
            <w:tcW w:w="4989" w:type="dxa"/>
            <w:shd w:val="clear" w:color="auto" w:fill="auto"/>
          </w:tcPr>
          <w:p w:rsidR="0050317F" w:rsidRDefault="00FE6903">
            <w:pPr>
              <w:spacing w:after="20" w:line="252" w:lineRule="auto"/>
            </w:pPr>
            <w:r>
              <w:rPr>
                <w:sz w:val="24"/>
              </w:rPr>
              <w:t>- HS nêu tiếng/từ và bài học em rút ra; chuẩn bị bài tiếp theo.</w:t>
            </w:r>
          </w:p>
        </w:tc>
      </w:tr>
    </w:tbl>
    <w:p w:rsidR="0050317F" w:rsidRDefault="00FE6903">
      <w:pPr>
        <w:keepNext/>
        <w:spacing w:before="100" w:after="60"/>
      </w:pPr>
      <w:r>
        <w:rPr>
          <w:b/>
          <w:sz w:val="28"/>
        </w:rPr>
        <w:t>IV. ĐIỀU CHỈNH SAU BÀI DẠY</w:t>
      </w:r>
    </w:p>
    <w:p w:rsidR="0050317F" w:rsidRDefault="00FE6903">
      <w:pPr>
        <w:spacing w:after="0" w:line="252" w:lineRule="auto"/>
      </w:pPr>
      <w:r>
        <w:rPr>
          <w:sz w:val="24"/>
        </w:rPr>
        <w:t>....................................................................................................................................................................................</w:t>
      </w:r>
    </w:p>
    <w:p w:rsidR="0050317F" w:rsidRDefault="00FE6903">
      <w:pPr>
        <w:spacing w:after="0" w:line="252" w:lineRule="auto"/>
      </w:pPr>
      <w:r>
        <w:rPr>
          <w:sz w:val="24"/>
        </w:rPr>
        <w:t>....................................................................................................................................................................................</w:t>
      </w:r>
    </w:p>
    <w:p w:rsidR="0050317F" w:rsidRDefault="00FE6903">
      <w:pPr>
        <w:spacing w:before="120" w:after="100"/>
        <w:jc w:val="center"/>
      </w:pPr>
      <w:r>
        <w:rPr>
          <w:b/>
          <w:color w:val="1F4E79"/>
          <w:sz w:val="30"/>
        </w:rPr>
        <w:t>ÔN LUYỆN TUẦN 3 - TIẾT 1, 2</w:t>
      </w:r>
    </w:p>
    <w:p w:rsidR="0050317F" w:rsidRDefault="00FE6903">
      <w:pPr>
        <w:keepNext/>
        <w:spacing w:before="100" w:after="60"/>
      </w:pPr>
      <w:r>
        <w:rPr>
          <w:b/>
          <w:sz w:val="28"/>
        </w:rPr>
        <w:t>I. YÊU CẦU CẦN ĐẠT</w:t>
      </w:r>
    </w:p>
    <w:p w:rsidR="0050317F" w:rsidRDefault="00FE6903">
      <w:pPr>
        <w:keepNext/>
        <w:spacing w:before="60" w:after="60"/>
      </w:pPr>
      <w:r>
        <w:rPr>
          <w:b/>
        </w:rPr>
        <w:t>1. Năng lực đặc thù</w:t>
      </w:r>
    </w:p>
    <w:p w:rsidR="0050317F" w:rsidRDefault="00FE6903">
      <w:pPr>
        <w:spacing w:after="40" w:line="264" w:lineRule="auto"/>
      </w:pPr>
      <w:proofErr w:type="gramStart"/>
      <w:r>
        <w:t>- Đọc đúng các âm/chữ, tiếng, từ và câu tiêu biểu đã học trong tuần.</w:t>
      </w:r>
      <w:proofErr w:type="gramEnd"/>
    </w:p>
    <w:p w:rsidR="0050317F" w:rsidRDefault="00FE6903">
      <w:pPr>
        <w:spacing w:after="40" w:line="264" w:lineRule="auto"/>
      </w:pPr>
      <w:r>
        <w:t>- Viết đúng các chữ và từ ngữ ứng dụng; rèn tư thế viết.</w:t>
      </w:r>
    </w:p>
    <w:p w:rsidR="0050317F" w:rsidRDefault="00FE6903">
      <w:pPr>
        <w:spacing w:after="40" w:line="264" w:lineRule="auto"/>
      </w:pPr>
      <w:r>
        <w:t>- Tự tin đọc và nói câu có âm/chữ đã học.</w:t>
      </w:r>
    </w:p>
    <w:p w:rsidR="0050317F" w:rsidRDefault="00FE6903">
      <w:pPr>
        <w:keepNext/>
        <w:spacing w:before="60" w:after="60"/>
      </w:pPr>
      <w:r>
        <w:rPr>
          <w:b/>
        </w:rPr>
        <w:t xml:space="preserve">2. Năng lực </w:t>
      </w:r>
      <w:proofErr w:type="gramStart"/>
      <w:r>
        <w:rPr>
          <w:b/>
        </w:rPr>
        <w:t>chung</w:t>
      </w:r>
      <w:proofErr w:type="gramEnd"/>
    </w:p>
    <w:p w:rsidR="0050317F" w:rsidRDefault="00FE6903">
      <w:pPr>
        <w:spacing w:after="40" w:line="264" w:lineRule="auto"/>
      </w:pPr>
      <w:r>
        <w:t>- Tự chủ và tự học: Chủ động thực hiện nhiệm vụ đọc, viết, quan sát tranh và tự sửa lỗi khi được hướng dẫn.</w:t>
      </w:r>
    </w:p>
    <w:p w:rsidR="0050317F" w:rsidRDefault="00FE6903">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50317F" w:rsidRDefault="00FE6903">
      <w:pPr>
        <w:spacing w:after="40" w:line="264" w:lineRule="auto"/>
      </w:pPr>
      <w:r>
        <w:t>- Giải quyết vấn đề và sáng tạo: Biết vận dụng âm, chữ đã học để ghép tiếng mới và nói câu phù hợp với tranh.</w:t>
      </w:r>
    </w:p>
    <w:p w:rsidR="0050317F" w:rsidRDefault="00FE6903">
      <w:pPr>
        <w:keepNext/>
        <w:spacing w:before="60" w:after="60"/>
      </w:pPr>
      <w:r>
        <w:rPr>
          <w:b/>
        </w:rPr>
        <w:t>3. Phẩm chất</w:t>
      </w:r>
    </w:p>
    <w:p w:rsidR="0050317F" w:rsidRDefault="00FE6903">
      <w:pPr>
        <w:spacing w:after="40" w:line="264" w:lineRule="auto"/>
      </w:pPr>
      <w:r>
        <w:t>- Chăm chỉ: Tích cực luyện đọc, luyện viết, hoàn thành nhiệm vụ học tập.</w:t>
      </w:r>
    </w:p>
    <w:p w:rsidR="0050317F" w:rsidRDefault="00FE6903">
      <w:pPr>
        <w:spacing w:after="40" w:line="264" w:lineRule="auto"/>
      </w:pPr>
      <w:r>
        <w:t>- Trách nhiệm: Giữ gìn sách vở, đồ dùng; thực hiện đúng yêu cầu khi học cá nhân và làm việc nhóm.</w:t>
      </w:r>
    </w:p>
    <w:p w:rsidR="0050317F" w:rsidRDefault="00FE6903">
      <w:pPr>
        <w:spacing w:after="40" w:line="264" w:lineRule="auto"/>
      </w:pPr>
      <w:r>
        <w:t>- Nhân ái: Biết thể hiện thái độ thân thiện, quan tâm đến người thân, bạn bè và sự vật trong tranh.</w:t>
      </w:r>
    </w:p>
    <w:p w:rsidR="0050317F" w:rsidRDefault="00FE6903">
      <w:pPr>
        <w:keepNext/>
        <w:spacing w:before="100" w:after="60"/>
      </w:pPr>
      <w:r>
        <w:rPr>
          <w:b/>
          <w:sz w:val="28"/>
        </w:rPr>
        <w:t>II. ĐỒ DÙNG DẠY HỌC</w:t>
      </w:r>
    </w:p>
    <w:p w:rsidR="0050317F" w:rsidRDefault="00FE6903">
      <w:pPr>
        <w:spacing w:after="40" w:line="264" w:lineRule="auto"/>
      </w:pPr>
      <w:r>
        <w:t>- Giáo viên: SGK Tiếng Việt 1 tập một; tranh SGK trang 42-43; chữ mẫu i, k, h, l, u, ư, ch, kh; bảng phụ/thẻ chữ; máy chiếu (nếu có).</w:t>
      </w:r>
    </w:p>
    <w:p w:rsidR="0050317F" w:rsidRDefault="00FE6903">
      <w:pPr>
        <w:spacing w:after="40" w:line="264" w:lineRule="auto"/>
      </w:pPr>
      <w:r>
        <w:t>- Học sinh: SGK, vở Tập viết, bảng con, phấn/bút, bộ chữ học vần.</w:t>
      </w:r>
    </w:p>
    <w:p w:rsidR="0050317F" w:rsidRDefault="00FE6903">
      <w:pPr>
        <w:keepNext/>
        <w:spacing w:before="100" w:after="60"/>
      </w:pPr>
      <w:r>
        <w:rPr>
          <w:b/>
          <w:sz w:val="28"/>
        </w:rPr>
        <w:t>III.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4989"/>
        <w:gridCol w:w="4989"/>
      </w:tblGrid>
      <w:tr w:rsidR="0050317F" w:rsidTr="00BC0BB3">
        <w:trPr>
          <w:cantSplit/>
          <w:tblHeader/>
          <w:jc w:val="center"/>
        </w:trPr>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GIÁO VIÊN</w:t>
            </w:r>
          </w:p>
        </w:tc>
        <w:tc>
          <w:tcPr>
            <w:tcW w:w="4989" w:type="dxa"/>
            <w:tcBorders>
              <w:bottom w:val="single" w:sz="4" w:space="0" w:color="auto"/>
            </w:tcBorders>
            <w:shd w:val="clear" w:color="auto" w:fill="auto"/>
            <w:vAlign w:val="center"/>
          </w:tcPr>
          <w:p w:rsidR="0050317F" w:rsidRDefault="00FE6903">
            <w:pPr>
              <w:spacing w:after="20" w:line="252" w:lineRule="auto"/>
              <w:jc w:val="center"/>
            </w:pPr>
            <w:r>
              <w:rPr>
                <w:b/>
                <w:sz w:val="25"/>
              </w:rPr>
              <w:t>HOẠT ĐỘNG CỦA HỌC SINH</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1</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1. KHỞI ĐỘNG - Mục tiêu: Tạo tâm thế tích cực; huy động kiến thức đã học trong tuần.</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tổ chức hát kết hợp vận động và trò chơi “Chuyền thẻ đọc nhanh”.</w:t>
            </w:r>
          </w:p>
        </w:tc>
        <w:tc>
          <w:tcPr>
            <w:tcW w:w="4989" w:type="dxa"/>
            <w:tcBorders>
              <w:top w:val="single" w:sz="4" w:space="0" w:color="auto"/>
            </w:tcBorders>
            <w:shd w:val="clear" w:color="auto" w:fill="auto"/>
          </w:tcPr>
          <w:p w:rsidR="0050317F" w:rsidRDefault="00FE6903">
            <w:pPr>
              <w:spacing w:after="20" w:line="252" w:lineRule="auto"/>
            </w:pPr>
            <w:r>
              <w:rPr>
                <w:sz w:val="24"/>
              </w:rPr>
              <w:t>- HS hát, vận động; nhận thẻ và đọc chữ/tiếng khi đến lượt.</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lastRenderedPageBreak/>
              <w:t>- GV nêu nhiệm vụ ôn luyện các nội dung: i, k, h, l, u, ư, ch, kh; bí đỏ, bờ hồ, đu đủ, chú khỉ.</w:t>
            </w:r>
          </w:p>
        </w:tc>
        <w:tc>
          <w:tcPr>
            <w:tcW w:w="4989" w:type="dxa"/>
            <w:tcBorders>
              <w:bottom w:val="single" w:sz="4" w:space="0" w:color="auto"/>
            </w:tcBorders>
            <w:shd w:val="clear" w:color="auto" w:fill="auto"/>
          </w:tcPr>
          <w:p w:rsidR="0050317F" w:rsidRDefault="00FE6903">
            <w:pPr>
              <w:spacing w:after="20" w:line="252" w:lineRule="auto"/>
            </w:pPr>
            <w:r>
              <w:rPr>
                <w:sz w:val="24"/>
              </w:rPr>
              <w:t>- HS lắng nghe, chuẩn bị bảng con, vở ô li và bộ chữ.</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2. LUYỆN ĐỌC - Mục tiêu: Đọc đúng chữ, tiếng, từ và câu có âm/chữ đã học.</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viết/chiếu các chữ và tiếng: i, k, h, l, u, ư, ch, kh; bí đỏ, bờ hồ, đu đủ, chú khỉ; tổ chức đọc cá nhân, nhóm đôi, đồng thanh.</w:t>
            </w:r>
          </w:p>
        </w:tc>
        <w:tc>
          <w:tcPr>
            <w:tcW w:w="4989" w:type="dxa"/>
            <w:tcBorders>
              <w:top w:val="single" w:sz="4" w:space="0" w:color="auto"/>
            </w:tcBorders>
            <w:shd w:val="clear" w:color="auto" w:fill="auto"/>
          </w:tcPr>
          <w:p w:rsidR="0050317F" w:rsidRDefault="00FE6903">
            <w:pPr>
              <w:spacing w:after="20" w:line="252" w:lineRule="auto"/>
            </w:pPr>
            <w:r>
              <w:rPr>
                <w:sz w:val="24"/>
              </w:rPr>
              <w:t>- HS đọc lần lượt: i, k, h, l, u, ư, ch, kh; bí đỏ, bờ hồ, đu đủ, chú khỉ; sửa phát âm theo hướng dẫn.</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xml:space="preserve">- GV đưa các từ/câu luyện đọc: Kì đà bò kẽ đá. Chị có cá kho </w:t>
            </w:r>
            <w:proofErr w:type="gramStart"/>
            <w:r>
              <w:rPr>
                <w:sz w:val="24"/>
              </w:rPr>
              <w:t>khế.;</w:t>
            </w:r>
            <w:proofErr w:type="gramEnd"/>
            <w:r>
              <w:rPr>
                <w:sz w:val="24"/>
              </w:rPr>
              <w:t xml:space="preserve"> đặt câu hỏi ngắn về nội dung.</w:t>
            </w:r>
          </w:p>
        </w:tc>
        <w:tc>
          <w:tcPr>
            <w:tcW w:w="4989" w:type="dxa"/>
            <w:shd w:val="clear" w:color="auto" w:fill="auto"/>
          </w:tcPr>
          <w:p w:rsidR="0050317F" w:rsidRDefault="00FE6903">
            <w:pPr>
              <w:spacing w:after="20" w:line="252" w:lineRule="auto"/>
            </w:pPr>
            <w:r>
              <w:rPr>
                <w:sz w:val="24"/>
              </w:rPr>
              <w:t xml:space="preserve">- HS đọc từ/câu: Kì đà bò kẽ đá. Chị có cá kho </w:t>
            </w:r>
            <w:proofErr w:type="gramStart"/>
            <w:r>
              <w:rPr>
                <w:sz w:val="24"/>
              </w:rPr>
              <w:t>khế.;</w:t>
            </w:r>
            <w:proofErr w:type="gramEnd"/>
            <w:r>
              <w:rPr>
                <w:sz w:val="24"/>
              </w:rPr>
              <w:t xml:space="preserve"> trả lời câu hỏi bằng lời nói rõ ràng.</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tổ chức thi đọc giữa các nhóm; ghi nhận tiến bộ và hỗ trợ HS còn chậm.</w:t>
            </w:r>
          </w:p>
        </w:tc>
        <w:tc>
          <w:tcPr>
            <w:tcW w:w="4989" w:type="dxa"/>
            <w:tcBorders>
              <w:bottom w:val="single" w:sz="4" w:space="0" w:color="auto"/>
            </w:tcBorders>
            <w:shd w:val="clear" w:color="auto" w:fill="auto"/>
          </w:tcPr>
          <w:p w:rsidR="0050317F" w:rsidRDefault="00FE6903">
            <w:pPr>
              <w:spacing w:after="20" w:line="252" w:lineRule="auto"/>
            </w:pPr>
            <w:r>
              <w:rPr>
                <w:sz w:val="24"/>
              </w:rPr>
              <w:t>- HS thi đọc, nhận xét bạn lịch sự; luyện lại tiếng đọc chưa chính xác.</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3. LUYỆN VIẾT - Mục tiêu: Viết đúng chữ và từ ngữ đã học; giữ vở sạch, chữ rõ.</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viết mẫu, nhắc quy trình và yêu cầu HS viết: i, k, h, l, u, ư, ch, kh; chú khỉ.</w:t>
            </w:r>
          </w:p>
        </w:tc>
        <w:tc>
          <w:tcPr>
            <w:tcW w:w="4989" w:type="dxa"/>
            <w:tcBorders>
              <w:top w:val="single" w:sz="4" w:space="0" w:color="auto"/>
            </w:tcBorders>
            <w:shd w:val="clear" w:color="auto" w:fill="auto"/>
          </w:tcPr>
          <w:p w:rsidR="0050317F" w:rsidRDefault="00FE6903">
            <w:pPr>
              <w:spacing w:after="20" w:line="252" w:lineRule="auto"/>
            </w:pPr>
            <w:r>
              <w:rPr>
                <w:sz w:val="24"/>
              </w:rPr>
              <w:t>- HS quan sát, viết bảng con rồi viết vở: i, k, h, l, u, ư, ch, kh; chú khỉ.</w:t>
            </w:r>
          </w:p>
        </w:tc>
      </w:tr>
      <w:tr w:rsidR="0050317F" w:rsidTr="00BC0BB3">
        <w:trPr>
          <w:cantSplit/>
          <w:jc w:val="center"/>
        </w:trPr>
        <w:tc>
          <w:tcPr>
            <w:tcW w:w="4989" w:type="dxa"/>
            <w:tcBorders>
              <w:bottom w:val="single" w:sz="4" w:space="0" w:color="auto"/>
            </w:tcBorders>
            <w:shd w:val="clear" w:color="auto" w:fill="auto"/>
          </w:tcPr>
          <w:p w:rsidR="0050317F" w:rsidRDefault="00FE6903">
            <w:pPr>
              <w:spacing w:after="20" w:line="252" w:lineRule="auto"/>
            </w:pPr>
            <w:r>
              <w:rPr>
                <w:sz w:val="24"/>
              </w:rPr>
              <w:t>- GV quan sát tư thế, cách cầm bút; nhận xét một số bài và hướng dẫn sửa lỗi.</w:t>
            </w:r>
          </w:p>
        </w:tc>
        <w:tc>
          <w:tcPr>
            <w:tcW w:w="4989" w:type="dxa"/>
            <w:tcBorders>
              <w:bottom w:val="single" w:sz="4" w:space="0" w:color="auto"/>
            </w:tcBorders>
            <w:shd w:val="clear" w:color="auto" w:fill="auto"/>
          </w:tcPr>
          <w:p w:rsidR="0050317F" w:rsidRDefault="00FE6903">
            <w:pPr>
              <w:spacing w:after="20" w:line="252" w:lineRule="auto"/>
            </w:pPr>
            <w:r>
              <w:rPr>
                <w:sz w:val="24"/>
              </w:rPr>
              <w:t>- HS giữ đúng tư thế; sửa chữ theo nhận xét, đổi vở kiểm tra nhẹ nhàng.</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TIẾT 2</w:t>
            </w:r>
          </w:p>
        </w:tc>
      </w:tr>
      <w:tr w:rsidR="0050317F" w:rsidTr="00BC0BB3">
        <w:trPr>
          <w:cantSplit/>
          <w:jc w:val="center"/>
        </w:trPr>
        <w:tc>
          <w:tcPr>
            <w:tcW w:w="9978" w:type="dxa"/>
            <w:gridSpan w:val="2"/>
            <w:tcBorders>
              <w:top w:val="single" w:sz="4" w:space="0" w:color="auto"/>
              <w:left w:val="single" w:sz="4" w:space="0" w:color="auto"/>
              <w:bottom w:val="single" w:sz="4" w:space="0" w:color="auto"/>
              <w:right w:val="single" w:sz="4" w:space="0" w:color="auto"/>
            </w:tcBorders>
            <w:shd w:val="clear" w:color="auto" w:fill="auto"/>
          </w:tcPr>
          <w:p w:rsidR="0050317F" w:rsidRDefault="00FE6903">
            <w:pPr>
              <w:spacing w:after="20" w:line="252" w:lineRule="auto"/>
            </w:pPr>
            <w:r>
              <w:rPr>
                <w:b/>
                <w:sz w:val="24"/>
              </w:rPr>
              <w:t>4. VẬN DỤNG - CỦNG CỐ - Mục tiêu: Vận dụng âm/chữ trong giao tiếp và tự đánh giá kết quả học tập.</w:t>
            </w:r>
          </w:p>
        </w:tc>
      </w:tr>
      <w:tr w:rsidR="0050317F" w:rsidTr="00BC0BB3">
        <w:trPr>
          <w:cantSplit/>
          <w:jc w:val="center"/>
        </w:trPr>
        <w:tc>
          <w:tcPr>
            <w:tcW w:w="4989" w:type="dxa"/>
            <w:tcBorders>
              <w:top w:val="single" w:sz="4" w:space="0" w:color="auto"/>
            </w:tcBorders>
            <w:shd w:val="clear" w:color="auto" w:fill="auto"/>
          </w:tcPr>
          <w:p w:rsidR="0050317F" w:rsidRDefault="00FE6903">
            <w:pPr>
              <w:spacing w:after="20" w:line="252" w:lineRule="auto"/>
            </w:pPr>
            <w:r>
              <w:rPr>
                <w:sz w:val="24"/>
              </w:rPr>
              <w:t>- GV phát phiếu/thẻ tranh, yêu cầu HS chọn chữ phù hợp với tranh và nói một câu ngắn.</w:t>
            </w:r>
          </w:p>
        </w:tc>
        <w:tc>
          <w:tcPr>
            <w:tcW w:w="4989" w:type="dxa"/>
            <w:tcBorders>
              <w:top w:val="single" w:sz="4" w:space="0" w:color="auto"/>
            </w:tcBorders>
            <w:shd w:val="clear" w:color="auto" w:fill="auto"/>
          </w:tcPr>
          <w:p w:rsidR="0050317F" w:rsidRDefault="00FE6903">
            <w:pPr>
              <w:spacing w:after="20" w:line="252" w:lineRule="auto"/>
            </w:pPr>
            <w:r>
              <w:rPr>
                <w:sz w:val="24"/>
              </w:rPr>
              <w:t>- HS quan sát tranh, chọn chữ/tiếng đúng và nói câu có nội dung phù hợp.</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yêu cầu HS tự đánh giá bằng biểu tượng: đọc tốt, cần luyện thêm, viết cần sửa; hướng dẫn luyện ở nhà.</w:t>
            </w:r>
          </w:p>
        </w:tc>
        <w:tc>
          <w:tcPr>
            <w:tcW w:w="4989" w:type="dxa"/>
            <w:shd w:val="clear" w:color="auto" w:fill="auto"/>
          </w:tcPr>
          <w:p w:rsidR="0050317F" w:rsidRDefault="00FE6903">
            <w:pPr>
              <w:spacing w:after="20" w:line="252" w:lineRule="auto"/>
            </w:pPr>
            <w:r>
              <w:rPr>
                <w:sz w:val="24"/>
              </w:rPr>
              <w:t>- HS tự đánh giá trung thực; ghi nhớ phần cần luyện thêm.</w:t>
            </w:r>
          </w:p>
        </w:tc>
      </w:tr>
      <w:tr w:rsidR="0050317F" w:rsidTr="00BC0BB3">
        <w:trPr>
          <w:cantSplit/>
          <w:jc w:val="center"/>
        </w:trPr>
        <w:tc>
          <w:tcPr>
            <w:tcW w:w="4989" w:type="dxa"/>
            <w:shd w:val="clear" w:color="auto" w:fill="auto"/>
          </w:tcPr>
          <w:p w:rsidR="0050317F" w:rsidRDefault="00FE6903">
            <w:pPr>
              <w:spacing w:after="20" w:line="252" w:lineRule="auto"/>
            </w:pPr>
            <w:r>
              <w:rPr>
                <w:sz w:val="24"/>
              </w:rPr>
              <w:t>- GV nhận xét chung, tuyên dương cố gắng; dặn HS chuẩn bị bài mới.</w:t>
            </w:r>
          </w:p>
        </w:tc>
        <w:tc>
          <w:tcPr>
            <w:tcW w:w="4989" w:type="dxa"/>
            <w:shd w:val="clear" w:color="auto" w:fill="auto"/>
          </w:tcPr>
          <w:p w:rsidR="0050317F" w:rsidRDefault="00FE6903">
            <w:pPr>
              <w:spacing w:after="20" w:line="252" w:lineRule="auto"/>
            </w:pPr>
            <w:r>
              <w:rPr>
                <w:sz w:val="24"/>
              </w:rPr>
              <w:t>- HS lắng nghe, thực hiện nhiệm vụ chuẩn bị.</w:t>
            </w:r>
          </w:p>
        </w:tc>
      </w:tr>
    </w:tbl>
    <w:p w:rsidR="0050317F" w:rsidRDefault="00FE6903">
      <w:pPr>
        <w:keepNext/>
        <w:spacing w:before="100" w:after="60"/>
      </w:pPr>
      <w:r>
        <w:rPr>
          <w:b/>
          <w:sz w:val="28"/>
        </w:rPr>
        <w:t>IV. ĐIỀU CHỈNH SAU BÀI DẠY</w:t>
      </w:r>
    </w:p>
    <w:p w:rsidR="0050317F" w:rsidRDefault="00FE6903">
      <w:pPr>
        <w:spacing w:after="0" w:line="252" w:lineRule="auto"/>
      </w:pPr>
      <w:r>
        <w:rPr>
          <w:sz w:val="24"/>
        </w:rPr>
        <w:t>....................................................................................................................................................................................</w:t>
      </w:r>
    </w:p>
    <w:p w:rsidR="0050317F" w:rsidRDefault="00FE6903">
      <w:pPr>
        <w:spacing w:after="0" w:line="252" w:lineRule="auto"/>
      </w:pPr>
      <w:r>
        <w:rPr>
          <w:sz w:val="24"/>
        </w:rPr>
        <w:t>....................................................................................................................................................................................</w:t>
      </w:r>
      <w:bookmarkStart w:id="0" w:name="_GoBack"/>
      <w:bookmarkEnd w:id="0"/>
    </w:p>
    <w:sectPr w:rsidR="0050317F" w:rsidSect="00034616">
      <w:footerReference w:type="default" r:id="rId9"/>
      <w:pgSz w:w="12240" w:h="15840"/>
      <w:pgMar w:top="794" w:right="822" w:bottom="765" w:left="822"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EA2" w:rsidRDefault="008F4EA2">
      <w:pPr>
        <w:spacing w:after="0" w:line="240" w:lineRule="auto"/>
      </w:pPr>
      <w:r>
        <w:separator/>
      </w:r>
    </w:p>
  </w:endnote>
  <w:endnote w:type="continuationSeparator" w:id="0">
    <w:p w:rsidR="008F4EA2" w:rsidRDefault="008F4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17F" w:rsidRDefault="00FE6903">
    <w:pPr>
      <w:pStyle w:val="Footer"/>
      <w:jc w:val="center"/>
    </w:pPr>
    <w:r>
      <w:rPr>
        <w:i/>
        <w:sz w:val="20"/>
      </w:rPr>
      <w:t xml:space="preserve">Kế hoạch bài dạy Tiếng Việt 1 - Kết nối tri thức | Trang </w:t>
    </w:r>
    <w:r>
      <w:rPr>
        <w:i/>
        <w:sz w:val="20"/>
      </w:rPr>
      <w:fldChar w:fldCharType="begin"/>
    </w:r>
    <w:r>
      <w:rPr>
        <w:i/>
        <w:sz w:val="20"/>
      </w:rPr>
      <w:instrText>PAGE</w:instrText>
    </w:r>
    <w:r>
      <w:rPr>
        <w:i/>
        <w:sz w:val="20"/>
      </w:rPr>
      <w:fldChar w:fldCharType="separate"/>
    </w:r>
    <w:r w:rsidR="00BC0BB3">
      <w:rPr>
        <w:i/>
        <w:noProof/>
        <w:sz w:val="20"/>
      </w:rPr>
      <w:t>3</w:t>
    </w:r>
    <w:r>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EA2" w:rsidRDefault="008F4EA2">
      <w:pPr>
        <w:spacing w:after="0" w:line="240" w:lineRule="auto"/>
      </w:pPr>
      <w:r>
        <w:separator/>
      </w:r>
    </w:p>
  </w:footnote>
  <w:footnote w:type="continuationSeparator" w:id="0">
    <w:p w:rsidR="008F4EA2" w:rsidRDefault="008F4E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C66D2"/>
    <w:rsid w:val="0029639D"/>
    <w:rsid w:val="00326F90"/>
    <w:rsid w:val="0050317F"/>
    <w:rsid w:val="008F4EA2"/>
    <w:rsid w:val="00AA1D8D"/>
    <w:rsid w:val="00B47730"/>
    <w:rsid w:val="00BC0BB3"/>
    <w:rsid w:val="00CB0664"/>
    <w:rsid w:val="00FC693F"/>
    <w:rsid w:val="00FE6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C0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B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C0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B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F96CF-8575-4F30-BD0B-F34D4F684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4524</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2026-06-02T17:14:00Z</dcterms:created>
  <dcterms:modified xsi:type="dcterms:W3CDTF">2026-08-18T08:11:00Z</dcterms:modified>
  <cp:category/>
</cp:coreProperties>
</file>