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BE2" w:rsidRPr="00167C12" w:rsidRDefault="00DE3AA5">
      <w:pPr>
        <w:spacing w:after="0" w:line="240" w:lineRule="auto"/>
        <w:jc w:val="center"/>
      </w:pPr>
      <w:r w:rsidRPr="00167C12">
        <w:rPr>
          <w:b/>
          <w:sz w:val="28"/>
        </w:rPr>
        <w:t>TUẦN 34</w:t>
      </w:r>
    </w:p>
    <w:p w:rsidR="00F53BE2" w:rsidRPr="00167C12" w:rsidRDefault="00DE3AA5">
      <w:pPr>
        <w:spacing w:after="0" w:line="240" w:lineRule="auto"/>
        <w:jc w:val="center"/>
      </w:pPr>
      <w:r w:rsidRPr="00167C12">
        <w:rPr>
          <w:b/>
          <w:sz w:val="28"/>
        </w:rPr>
        <w:t>KẾ HOẠCH BÀI DẠY MÔN TOÁN 3</w:t>
      </w:r>
    </w:p>
    <w:p w:rsidR="00F53BE2" w:rsidRPr="00167C12" w:rsidRDefault="00DE3AA5">
      <w:pPr>
        <w:spacing w:after="0" w:line="240" w:lineRule="auto"/>
        <w:jc w:val="center"/>
      </w:pPr>
      <w:r w:rsidRPr="00167C12">
        <w:rPr>
          <w:b/>
          <w:sz w:val="28"/>
        </w:rPr>
        <w:t>CHỦ ĐỀ 16: ÔN TẬP CUỐI NĂM</w:t>
      </w:r>
    </w:p>
    <w:p w:rsidR="00F53BE2" w:rsidRPr="00167C12" w:rsidRDefault="00DE3AA5">
      <w:pPr>
        <w:spacing w:after="0" w:line="240" w:lineRule="auto"/>
        <w:jc w:val="center"/>
      </w:pPr>
      <w:r w:rsidRPr="00167C12">
        <w:rPr>
          <w:b/>
        </w:rPr>
        <w:t>Bài 77: Ôn tập phép cộng, phép trừ trong phạm vi 100 000 (Tiết 1) - Trang 115</w:t>
      </w:r>
    </w:p>
    <w:p w:rsidR="00F53BE2" w:rsidRPr="00167C12" w:rsidRDefault="00DE3AA5">
      <w:pPr>
        <w:spacing w:after="0" w:line="240" w:lineRule="auto"/>
        <w:jc w:val="both"/>
      </w:pPr>
      <w:r w:rsidRPr="00167C12">
        <w:rPr>
          <w:b/>
        </w:rPr>
        <w:t>I. YÊU CẦU CẦN ĐẠT:</w:t>
      </w:r>
    </w:p>
    <w:p w:rsidR="00F53BE2" w:rsidRPr="00167C12" w:rsidRDefault="00DE3AA5">
      <w:pPr>
        <w:spacing w:after="0" w:line="240" w:lineRule="auto"/>
        <w:jc w:val="both"/>
      </w:pPr>
      <w:r w:rsidRPr="00167C12">
        <w:rPr>
          <w:b/>
        </w:rPr>
        <w:t>1. Năng lực đặc thù:</w:t>
      </w:r>
    </w:p>
    <w:p w:rsidR="00F53BE2" w:rsidRPr="00167C12" w:rsidRDefault="00DE3AA5">
      <w:pPr>
        <w:spacing w:after="0" w:line="240" w:lineRule="auto"/>
        <w:jc w:val="both"/>
      </w:pPr>
      <w:r w:rsidRPr="00167C12">
        <w:t>- Ôn đặt tính, tính cộng, trừ trong phạm vi 100 000.</w:t>
      </w:r>
    </w:p>
    <w:p w:rsidR="00F53BE2" w:rsidRPr="00167C12" w:rsidRDefault="00DE3AA5">
      <w:pPr>
        <w:spacing w:after="0" w:line="240" w:lineRule="auto"/>
        <w:jc w:val="both"/>
      </w:pPr>
      <w:r w:rsidRPr="00167C12">
        <w:t>- Tính được giá trị biểu thức có phép cộng, phép trừ và dấu ngoặc.</w:t>
      </w:r>
    </w:p>
    <w:p w:rsidR="00F53BE2" w:rsidRPr="00167C12" w:rsidRDefault="00DE3AA5">
      <w:pPr>
        <w:spacing w:after="0" w:line="240" w:lineRule="auto"/>
        <w:jc w:val="both"/>
      </w:pPr>
      <w:r w:rsidRPr="00167C12">
        <w:t>- Vận dụng được phép cộng, phép trừ để giải toán có lời văn và tìm chữ số còn thiếu.</w:t>
      </w:r>
    </w:p>
    <w:p w:rsidR="00F53BE2" w:rsidRPr="00167C12" w:rsidRDefault="00DE3AA5">
      <w:pPr>
        <w:spacing w:after="0" w:line="240" w:lineRule="auto"/>
        <w:jc w:val="both"/>
      </w:pPr>
      <w:r w:rsidRPr="00167C12">
        <w:rPr>
          <w:b/>
        </w:rPr>
        <w:t>2. Năng lực chung:</w:t>
      </w:r>
    </w:p>
    <w:p w:rsidR="00F53BE2" w:rsidRPr="00167C12" w:rsidRDefault="00DE3AA5">
      <w:pPr>
        <w:spacing w:after="0" w:line="240" w:lineRule="auto"/>
        <w:jc w:val="both"/>
      </w:pPr>
      <w:r w:rsidRPr="00167C12">
        <w:t>- Tự chủ, tự học: tự đọc yêu cầu, tự làm bài và kiểm tra kết quả theo hướng dẫn.</w:t>
      </w:r>
    </w:p>
    <w:p w:rsidR="00F53BE2" w:rsidRPr="00167C12" w:rsidRDefault="00DE3AA5">
      <w:pPr>
        <w:spacing w:after="0" w:line="240" w:lineRule="auto"/>
        <w:jc w:val="both"/>
      </w:pPr>
      <w:r w:rsidRPr="00167C12">
        <w:t>- Giao tiếp, hợp tác: trao đổi với bạn khi làm nhóm 2, nhóm 4 và trình bày cách làm rõ ràng.</w:t>
      </w:r>
    </w:p>
    <w:p w:rsidR="00F53BE2" w:rsidRPr="00167C12" w:rsidRDefault="00DE3AA5">
      <w:pPr>
        <w:spacing w:after="0" w:line="240" w:lineRule="auto"/>
        <w:jc w:val="both"/>
      </w:pPr>
      <w:r w:rsidRPr="00167C12">
        <w:t>- Giải quyết vấn đề: lựa chọn phép tính, cách đặt tính, cách tính giá trị biểu thức hoặc cách suy luận phù hợp.</w:t>
      </w:r>
    </w:p>
    <w:p w:rsidR="00F53BE2" w:rsidRPr="00167C12" w:rsidRDefault="00DE3AA5">
      <w:pPr>
        <w:spacing w:after="0" w:line="240" w:lineRule="auto"/>
        <w:jc w:val="both"/>
      </w:pPr>
      <w:r w:rsidRPr="00167C12">
        <w:rPr>
          <w:b/>
        </w:rPr>
        <w:t>3. Phẩm chất:</w:t>
      </w:r>
    </w:p>
    <w:p w:rsidR="00F53BE2" w:rsidRPr="00167C12" w:rsidRDefault="00DE3AA5">
      <w:pPr>
        <w:spacing w:after="0" w:line="240" w:lineRule="auto"/>
        <w:jc w:val="both"/>
      </w:pPr>
      <w:r w:rsidRPr="00167C12">
        <w:t>- Chăm chỉ: tích cực tham gia luyện tập, hoàn thành bài được giao.</w:t>
      </w:r>
    </w:p>
    <w:p w:rsidR="00F53BE2" w:rsidRPr="00167C12" w:rsidRDefault="00DE3AA5">
      <w:pPr>
        <w:spacing w:after="0" w:line="240" w:lineRule="auto"/>
        <w:jc w:val="both"/>
      </w:pPr>
      <w:r w:rsidRPr="00167C12">
        <w:t>- Trung thực: tự kiểm tra, sửa lỗi sai trong bài làm.</w:t>
      </w:r>
    </w:p>
    <w:p w:rsidR="00F53BE2" w:rsidRPr="00167C12" w:rsidRDefault="00DE3AA5">
      <w:pPr>
        <w:spacing w:after="0" w:line="240" w:lineRule="auto"/>
        <w:jc w:val="both"/>
      </w:pPr>
      <w:r w:rsidRPr="00167C12">
        <w:t>- Trách nhiệm: trình bày bài rõ ràng, giữ gìn đồ dùng học tập và làm việc đúng yêu cầu.</w:t>
      </w:r>
    </w:p>
    <w:p w:rsidR="00F53BE2" w:rsidRPr="00167C12" w:rsidRDefault="00DE3AA5">
      <w:pPr>
        <w:spacing w:after="0" w:line="240" w:lineRule="auto"/>
        <w:jc w:val="both"/>
      </w:pPr>
      <w:r w:rsidRPr="00167C12">
        <w:rPr>
          <w:b/>
        </w:rPr>
        <w:t>II. ĐỒ DÙNG DẠY HỌC</w:t>
      </w:r>
    </w:p>
    <w:p w:rsidR="00F53BE2" w:rsidRPr="00167C12" w:rsidRDefault="00DE3AA5">
      <w:pPr>
        <w:spacing w:after="0" w:line="240" w:lineRule="auto"/>
        <w:jc w:val="both"/>
      </w:pPr>
      <w:r w:rsidRPr="00167C12">
        <w:t>- Kế hoạch bài dạy, SGK Toán 3 tập hai, bài giảng PowerPoint.</w:t>
      </w:r>
    </w:p>
    <w:p w:rsidR="00F53BE2" w:rsidRPr="00167C12" w:rsidRDefault="00DE3AA5">
      <w:pPr>
        <w:spacing w:after="0" w:line="240" w:lineRule="auto"/>
        <w:jc w:val="both"/>
      </w:pPr>
      <w:r w:rsidRPr="00167C12">
        <w:t>- Bảng con, phiếu học tập, đồ dùng trực quan phù hợp.</w:t>
      </w:r>
    </w:p>
    <w:p w:rsidR="00F53BE2" w:rsidRPr="00167C12" w:rsidRDefault="00DE3AA5">
      <w:pPr>
        <w:spacing w:after="0" w:line="240" w:lineRule="auto"/>
        <w:jc w:val="both"/>
      </w:pPr>
      <w:r w:rsidRPr="00167C12">
        <w:t>- Hình cắt từ SGK đúng nội dung bài, đặt đúng vị trí dưới câu lệnh của GV.</w:t>
      </w:r>
    </w:p>
    <w:p w:rsidR="00F53BE2" w:rsidRPr="00167C12" w:rsidRDefault="00DE3AA5">
      <w:pPr>
        <w:spacing w:after="0" w:line="240" w:lineRule="auto"/>
        <w:jc w:val="both"/>
      </w:pPr>
      <w:r w:rsidRPr="00167C12">
        <w:rPr>
          <w:b/>
        </w:rPr>
        <w:t>III. HOẠT ĐỘNG DẠY HỌC</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4592"/>
        <w:gridCol w:w="5664"/>
      </w:tblGrid>
      <w:tr w:rsidR="00167C12" w:rsidRPr="00167C12" w:rsidTr="00167C12">
        <w:trPr>
          <w:jc w:val="center"/>
        </w:trPr>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center"/>
            </w:pPr>
            <w:r w:rsidRPr="00167C12">
              <w:rPr>
                <w:b/>
              </w:rPr>
              <w:t>Hoạt động của giáo viên</w:t>
            </w:r>
          </w:p>
        </w:tc>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center"/>
            </w:pPr>
            <w:r w:rsidRPr="00167C12">
              <w:rPr>
                <w:b/>
              </w:rPr>
              <w:t>Hoạt động của học sinh</w:t>
            </w:r>
          </w:p>
        </w:tc>
      </w:tr>
      <w:tr w:rsidR="00167C12" w:rsidRPr="00167C12" w:rsidTr="00167C12">
        <w:trPr>
          <w:jc w:val="center"/>
        </w:trPr>
        <w:tc>
          <w:tcPr>
            <w:tcW w:w="10256"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1. Khởi động (5 phút):</w:t>
            </w:r>
          </w:p>
          <w:p w:rsidR="00F53BE2" w:rsidRPr="00167C12" w:rsidRDefault="00DE3AA5">
            <w:pPr>
              <w:spacing w:after="0" w:line="240" w:lineRule="auto"/>
              <w:jc w:val="both"/>
            </w:pPr>
            <w:r w:rsidRPr="00167C12">
              <w:t>- Mục tiêu: Ôn kiến thức liên quan và tạo tâm thế học tập.</w:t>
            </w:r>
          </w:p>
          <w:p w:rsidR="00F53BE2" w:rsidRPr="00167C12" w:rsidRDefault="00DE3AA5">
            <w:pPr>
              <w:spacing w:after="0" w:line="240" w:lineRule="auto"/>
              <w:jc w:val="both"/>
            </w:pPr>
            <w:r w:rsidRPr="00167C12">
              <w:t>*Cách tiến hành:</w:t>
            </w:r>
          </w:p>
        </w:tc>
      </w:tr>
      <w:tr w:rsidR="00167C12" w:rsidRPr="00167C12" w:rsidTr="00167C12">
        <w:trPr>
          <w:jc w:val="center"/>
        </w:trPr>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tổ chức trò chơi “Tính nhanh - nói đúng”, nêu 2 phép tính hoặc câu hỏi ôn kiến thức của tiết trước.</w:t>
            </w:r>
          </w:p>
        </w:tc>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tham gia trò chơi, trả lời nhanh phép tính/câu hỏi GV nêu.</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nhận xét kết quả, khen HS trả lời đúng và nhắc HS chú ý đặt tính thẳng hàng, thực hiện đúng thứ tự phép tính.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lắng nghe, tự nhắc lại lỗi cần tránh khi làm bài.</w:t>
            </w:r>
          </w:p>
        </w:tc>
      </w:tr>
      <w:tr w:rsidR="00167C12" w:rsidRPr="00167C12" w:rsidTr="00167C12">
        <w:trPr>
          <w:jc w:val="center"/>
        </w:trPr>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giới thiệu bài học mới và ghi tên bài lên bảng.</w:t>
            </w:r>
          </w:p>
        </w:tc>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tên bài, chuẩn bị SGK, vở, bảng con.</w:t>
            </w:r>
          </w:p>
        </w:tc>
      </w:tr>
      <w:tr w:rsidR="00167C12" w:rsidRPr="00167C12" w:rsidTr="00167C12">
        <w:trPr>
          <w:jc w:val="center"/>
        </w:trPr>
        <w:tc>
          <w:tcPr>
            <w:tcW w:w="10256"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2. Khám phá (7 phút):</w:t>
            </w:r>
          </w:p>
          <w:p w:rsidR="00F53BE2" w:rsidRPr="00167C12" w:rsidRDefault="00DE3AA5">
            <w:pPr>
              <w:spacing w:after="0" w:line="240" w:lineRule="auto"/>
              <w:jc w:val="both"/>
            </w:pPr>
            <w:r w:rsidRPr="00167C12">
              <w:t>- Mục tiêu: Nhắc lại quy tắc/cách làm trọng tâm của bài, quan sát bài tập SGK và thực hiện nhiệm vụ mẫu.</w:t>
            </w:r>
          </w:p>
          <w:p w:rsidR="00F53BE2" w:rsidRPr="00167C12" w:rsidRDefault="00DE3AA5">
            <w:pPr>
              <w:spacing w:after="0" w:line="240" w:lineRule="auto"/>
              <w:jc w:val="both"/>
            </w:pPr>
            <w:r w:rsidRPr="00167C12">
              <w:t>*Cách tiến hành:</w:t>
            </w:r>
          </w:p>
        </w:tc>
      </w:tr>
      <w:tr w:rsidR="00167C12" w:rsidRPr="00167C12" w:rsidTr="00167C12">
        <w:trPr>
          <w:jc w:val="center"/>
        </w:trPr>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1. Đặt tính rồi tính.</w:t>
            </w:r>
          </w:p>
          <w:p w:rsidR="00F53BE2" w:rsidRPr="00167C12" w:rsidRDefault="00DE3AA5">
            <w:pPr>
              <w:spacing w:after="0" w:line="240" w:lineRule="auto"/>
              <w:jc w:val="both"/>
            </w:pPr>
            <w:r w:rsidRPr="00167C12">
              <w:t>- GV yêu cầu HS quan sát hình bài tập trong SGK.</w:t>
            </w:r>
          </w:p>
          <w:p w:rsidR="00F53BE2" w:rsidRPr="00167C12" w:rsidRDefault="00F53BE2">
            <w:pPr>
              <w:spacing w:after="0"/>
              <w:jc w:val="center"/>
            </w:pPr>
          </w:p>
        </w:tc>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lastRenderedPageBreak/>
              <w:t>- GV cho HS đọc yêu cầu Bài 1 và hỏi: Khi đặt tính cộng, trừ các số có nhiều chữ số, em cần chú ý điều gì?</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đọc yêu cầu và trả lời: Cần đặt các chữ số cùng hàng thẳng cột với nhau, tính từ phải sang trái.</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làm cá nhân 4 phép tính vào bảng con/vở, sau đó đổi vở kiểm tra theo cặp.</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làm bài: 639 + 5 246 = 5 885; 45 274 + 9 352 = 54 626; 13 627 - 8 454 = 5 173; 86 769 - 78 495 = 8 274.</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gọi HS nêu cách thực hiện một phép cộng có nhớ và một phép trừ có nhớ.</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Cộng/trừ từ hàng đơn vị đến hàng chục nghìn; có nhớ thì nhớ sang hàng kế tiếp, có mượn thì trừ sau khi đã mượn.</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trình bày kết quả, yêu cầu bạn khác nhận xét và nêu cách kiểm tra.</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trình bày kết quả, nhận xét bài bạn và kiểm tra bằng phép tính ngược.</w:t>
            </w:r>
          </w:p>
        </w:tc>
      </w:tr>
      <w:tr w:rsidR="00167C12" w:rsidRPr="00167C12" w:rsidTr="00167C12">
        <w:trPr>
          <w:jc w:val="center"/>
        </w:trPr>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Đặt tính đúng hàng và tính cẩn thận giúp kết quả cộng, trừ chính xác.</w:t>
            </w:r>
          </w:p>
        </w:tc>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quy tắc đặt tính thẳng hàng, tính từ phải sang trái.</w:t>
            </w:r>
          </w:p>
        </w:tc>
      </w:tr>
      <w:tr w:rsidR="00167C12" w:rsidRPr="00167C12" w:rsidTr="00167C12">
        <w:trPr>
          <w:jc w:val="center"/>
        </w:trPr>
        <w:tc>
          <w:tcPr>
            <w:tcW w:w="10256"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3. Luyện tập (20 phút):</w:t>
            </w:r>
          </w:p>
          <w:p w:rsidR="00F53BE2" w:rsidRPr="00167C12" w:rsidRDefault="00DE3AA5">
            <w:pPr>
              <w:spacing w:after="0" w:line="240" w:lineRule="auto"/>
              <w:jc w:val="both"/>
            </w:pPr>
            <w:r w:rsidRPr="00167C12">
              <w:t>- Mục tiêu: Thực hành các bài tập trong SGK, nêu cách làm, trình bày đáp án cụ thể và kiểm tra kết quả.</w:t>
            </w:r>
          </w:p>
          <w:p w:rsidR="00F53BE2" w:rsidRPr="00167C12" w:rsidRDefault="00DE3AA5">
            <w:pPr>
              <w:spacing w:after="0" w:line="240" w:lineRule="auto"/>
              <w:jc w:val="both"/>
            </w:pPr>
            <w:r w:rsidRPr="00167C12">
              <w:t>*Cách tiến hành:</w:t>
            </w:r>
          </w:p>
        </w:tc>
      </w:tr>
      <w:tr w:rsidR="00167C12" w:rsidRPr="00167C12" w:rsidTr="00167C12">
        <w:trPr>
          <w:jc w:val="center"/>
        </w:trPr>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2. So sánh kết quả các phép tính.</w:t>
            </w:r>
          </w:p>
          <w:p w:rsidR="00F53BE2" w:rsidRPr="00167C12" w:rsidRDefault="00DE3AA5">
            <w:pPr>
              <w:spacing w:after="0" w:line="240" w:lineRule="auto"/>
              <w:jc w:val="both"/>
            </w:pPr>
            <w:r w:rsidRPr="00167C12">
              <w:t>- GV yêu cầu HS quan sát hình bài tập trong SGK.</w:t>
            </w:r>
          </w:p>
          <w:p w:rsidR="00F53BE2" w:rsidRPr="00167C12" w:rsidRDefault="00F53BE2">
            <w:pPr>
              <w:spacing w:after="0"/>
              <w:jc w:val="center"/>
            </w:pPr>
          </w:p>
        </w:tc>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đọc yêu cầu và gạch chân hai điều kiện: “bé hơn 6 000”, “lớn hơn 20 000”.</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đọc yêu cầu, xác định phải tính hoặc nhẩm kết quả rồi phân loại.</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làm nhóm 2, tính kết quả từng phép tính trước khi kết luận.</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tính: 3 500 + 2 500 = 6 000; 4 956 + 1 000 = 5 956; 15 000 + 6 000 = 21 000; 41 600 - 21 500 = 20 100; 9 850 - 4 000 = 5 850.</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Phép tính nào có kết quả bé hơn 6 000?</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4 956 + 1 000 và 9 850 - 4 000 có kết quả bé hơn 6 000.</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Phép tính nào có kết quả lớn hơn 20 000? Phép tính 3 500 + 2 500 thuộc nhóm nào?</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15 000 + 6 000 và 41 600 - 21 500 có kết quả lớn hơn 20 000; 3 500 + 2 500 bằng 6 000 nên không thuộc hai nhóm trên.</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Muốn phân loại đúng cần đọc kĩ “bé hơn”, “lớn hơn”, không nhầm với “bằng”.</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phải so sánh kết quả với mốc đã cho sau khi tính.</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3. Tính giá trị của biểu thức.</w:t>
            </w:r>
          </w:p>
          <w:p w:rsidR="00F53BE2" w:rsidRPr="00167C12" w:rsidRDefault="00DE3AA5" w:rsidP="00167C12">
            <w:pPr>
              <w:spacing w:after="0" w:line="240" w:lineRule="auto"/>
              <w:jc w:val="both"/>
            </w:pPr>
            <w:r w:rsidRPr="00167C12">
              <w:t>- GV yêu cầu HS quan sát hình bài tập trong SGK.</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đọc yêu cầu, nhắc lại thứ tự thực hiện phép tính trong biểu thức có ngoặc.</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Biểu thức có ngoặc thì tính trong ngoặc trước, sau đó tính từ trái sang phải.</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lastRenderedPageBreak/>
              <w:t>- GV yêu cầu HS làm cá nhân vào vở, ghi đủ các bước tính.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làm: a) 4 569 + 3 721 - 500 = 8 290 - 500 = 7 790; b) 9 170 + (15 729 - 7 729) = 9 170 + 8 000 = 17 170.</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gọi HS trình bày câu a và hỏi vì sao tính cộng trước.</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Câu a chỉ có cộng và trừ nên em tính theo thứ tự từ trái sang phải.</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gọi HS trình bày câu b và hỏi vì sao phải tính 15 729 - 7 729 trước.</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Vì phép trừ nằm trong ngoặc nên phải tính trong ngoặc trước.</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Khi tính giá trị biểu thức cần thực hiện đúng thứ tự phép tính.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quy tắc tính giá trị biểu thức.</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4. Giải toán có lời văn.</w:t>
            </w:r>
          </w:p>
          <w:p w:rsidR="00F53BE2" w:rsidRPr="00167C12" w:rsidRDefault="00DE3AA5">
            <w:pPr>
              <w:spacing w:after="0" w:line="240" w:lineRule="auto"/>
              <w:jc w:val="both"/>
            </w:pPr>
            <w:r w:rsidRPr="00167C12">
              <w:t>- GV yêu cầu HS quan sát hình bài tập trong SGK.</w:t>
            </w:r>
          </w:p>
          <w:p w:rsidR="00F53BE2" w:rsidRPr="00167C12" w:rsidRDefault="00F53BE2">
            <w:pPr>
              <w:spacing w:after="0"/>
              <w:jc w:val="center"/>
            </w:pP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đọc đề toán và hỏi: Bài toán cho biết gì?</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Mai mua gấu bông hết 28 000 đồng, mua keo dán hết 3 000 đồng, đưa cô bán hàng 50 000 đồng.</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Bài toán hỏi gì và muốn tìm tiền trả lại cần làm mấy bước?</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Bài toán hỏi cô bán hàng trả lại Mai bao nhiêu tiền; cần tìm số tiền Mai đã mua rồi lấy 50 000 trừ đi số tiền đó.</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làm bài vào vở theo dạng bài giải.</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làm: Số tiền Mai đã mua là: 28 000 + 3 000 = 31 000 (đồng). Cô bán hàng trả lại Mai là: 50 000 - 31 000 = 19 000 (đồng). Đáp số: 19 000 đồng.</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mời HS trình bày bài giải, bạn khác nhận xét câu lời giải, phép tính và đơn vị.</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trình bày, nhận xét và sửa nếu thiếu đơn vị “đồng”.</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Khi giải toán mua bán cần xác định tổng tiền mua và số tiền được trả lại.</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cách giải bài toán thực tế liên quan đến tiền.</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5. Tìm chữ số thích hợp.</w:t>
            </w:r>
          </w:p>
          <w:p w:rsidR="00F53BE2" w:rsidRPr="00167C12" w:rsidRDefault="00DE3AA5" w:rsidP="00167C12">
            <w:pPr>
              <w:spacing w:after="0" w:line="240" w:lineRule="auto"/>
              <w:jc w:val="both"/>
            </w:pPr>
            <w:r w:rsidRPr="00167C12">
              <w:t>- GV yêu cầu HS quan sát hình bài tập trong SGK.</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quan sát phép tính dọc và hỏi: Muốn tìm chữ số còn thiếu, em nên bắt đầu từ hàng nào?</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Em bắt đầu từ hàng đơn vị rồi lần lượt sang trái, chú ý nhớ hoặc mượn.</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hướng dẫn HS làm câu a theo từng hàng.</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Câu a là 89 465 + 3 372 = 92 837.</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hướng dẫn HS làm câu b và yêu cầu HS giải thích bước có mượn.</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Câu b là 90 727 - 22 374 = 68 353; ở hàng chục phải mượn 1 trăm để tính 12 - 7 = 5.</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kiểm tra lại kết quả bằng phép tính ngược.</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kiểm tra: 92 837 - 3 372 = 89 465; 68 353 + 22 374 = 90 727.</w:t>
            </w:r>
          </w:p>
        </w:tc>
      </w:tr>
      <w:tr w:rsidR="00167C12" w:rsidRPr="00167C12" w:rsidTr="00167C12">
        <w:trPr>
          <w:jc w:val="center"/>
        </w:trPr>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xml:space="preserve">- GV kết luận: Tìm chữ số còn thiếu cần </w:t>
            </w:r>
            <w:r w:rsidRPr="00167C12">
              <w:lastRenderedPageBreak/>
              <w:t>dựa vào từng hàng và kiểm tra lại để tránh nhầm nhớ, mượn.</w:t>
            </w:r>
          </w:p>
        </w:tc>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lastRenderedPageBreak/>
              <w:t xml:space="preserve">- HS ghi nhớ cách suy luận theo từng hàng trong </w:t>
            </w:r>
            <w:r w:rsidRPr="00167C12">
              <w:lastRenderedPageBreak/>
              <w:t>phép tính dọc.</w:t>
            </w:r>
          </w:p>
        </w:tc>
      </w:tr>
      <w:tr w:rsidR="00167C12" w:rsidRPr="00167C12" w:rsidTr="00167C12">
        <w:trPr>
          <w:jc w:val="center"/>
        </w:trPr>
        <w:tc>
          <w:tcPr>
            <w:tcW w:w="10256"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lastRenderedPageBreak/>
              <w:t>4. Vận dụng - Trải nghiệm (3 phút):</w:t>
            </w:r>
          </w:p>
          <w:p w:rsidR="00F53BE2" w:rsidRPr="00167C12" w:rsidRDefault="00DE3AA5">
            <w:pPr>
              <w:spacing w:after="0" w:line="240" w:lineRule="auto"/>
              <w:jc w:val="both"/>
            </w:pPr>
            <w:r w:rsidRPr="00167C12">
              <w:t>- Mục tiêu: Củng cố kiến thức trong tiết học và liên hệ thực tế.</w:t>
            </w:r>
          </w:p>
          <w:p w:rsidR="00F53BE2" w:rsidRPr="00167C12" w:rsidRDefault="00DE3AA5">
            <w:pPr>
              <w:spacing w:after="0" w:line="240" w:lineRule="auto"/>
              <w:jc w:val="both"/>
            </w:pPr>
            <w:r w:rsidRPr="00167C12">
              <w:t>*Cách tiến hành:</w:t>
            </w:r>
          </w:p>
        </w:tc>
      </w:tr>
      <w:tr w:rsidR="00167C12" w:rsidRPr="00167C12" w:rsidTr="00167C12">
        <w:trPr>
          <w:jc w:val="center"/>
        </w:trPr>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Hôm nay em đã ôn được những kiến thức nào?</w:t>
            </w:r>
          </w:p>
        </w:tc>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Em ôn đặt tính, tính cộng/trừ hoặc nhân/chia, tính giá trị biểu thức, giải toán có lời văn và kiểm tra kết quả.</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nêu một lỗi thường gặp và cách sửa khi làm bài.</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Em cần đặt thẳng hàng, nhớ khi cộng, mượn khi trừ, nhân/chia đúng quy trình, kiểm tra lại bằng phép tính ngược.</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nhận xét tiết học, tuyên dương HS tích cực, dặn HS hoàn thành phần còn thiếu và chuẩn bị bài sau.</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lắng nghe, ghi nhớ nhiệm vụ và tự đánh giá kết quả học tập của mình.</w:t>
            </w:r>
          </w:p>
        </w:tc>
      </w:tr>
    </w:tbl>
    <w:p w:rsidR="00F53BE2" w:rsidRPr="00167C12" w:rsidRDefault="00DE3AA5">
      <w:pPr>
        <w:spacing w:after="0" w:line="240" w:lineRule="auto"/>
        <w:jc w:val="both"/>
      </w:pPr>
      <w:r w:rsidRPr="00167C12">
        <w:rPr>
          <w:b/>
        </w:rPr>
        <w:t>IV. ĐIỀU CHỈNH SAU BÀI DẠY:</w:t>
      </w:r>
    </w:p>
    <w:p w:rsidR="00F53BE2" w:rsidRPr="00167C12" w:rsidRDefault="00DE3AA5">
      <w:pPr>
        <w:spacing w:after="0" w:line="240" w:lineRule="auto"/>
        <w:jc w:val="both"/>
      </w:pPr>
      <w:r w:rsidRPr="00167C12">
        <w:t>.......................................................................................................................................</w:t>
      </w:r>
    </w:p>
    <w:p w:rsidR="00F53BE2" w:rsidRPr="00167C12" w:rsidRDefault="00DE3AA5">
      <w:pPr>
        <w:spacing w:after="0" w:line="240" w:lineRule="auto"/>
        <w:jc w:val="both"/>
      </w:pPr>
      <w:r w:rsidRPr="00167C12">
        <w:t>.......................................................................................................................................</w:t>
      </w:r>
    </w:p>
    <w:p w:rsidR="00F53BE2" w:rsidRPr="00167C12" w:rsidRDefault="00DE3AA5">
      <w:r w:rsidRPr="00167C12">
        <w:br w:type="page"/>
      </w:r>
    </w:p>
    <w:p w:rsidR="00F53BE2" w:rsidRPr="00167C12" w:rsidRDefault="00DE3AA5">
      <w:pPr>
        <w:spacing w:after="0" w:line="240" w:lineRule="auto"/>
        <w:jc w:val="center"/>
      </w:pPr>
      <w:r w:rsidRPr="00167C12">
        <w:rPr>
          <w:b/>
          <w:sz w:val="28"/>
        </w:rPr>
        <w:lastRenderedPageBreak/>
        <w:t>TUẦN 34</w:t>
      </w:r>
    </w:p>
    <w:p w:rsidR="00F53BE2" w:rsidRPr="00167C12" w:rsidRDefault="00DE3AA5">
      <w:pPr>
        <w:spacing w:after="0" w:line="240" w:lineRule="auto"/>
        <w:jc w:val="center"/>
      </w:pPr>
      <w:r w:rsidRPr="00167C12">
        <w:rPr>
          <w:b/>
          <w:sz w:val="28"/>
        </w:rPr>
        <w:t>KẾ HOẠCH BÀI DẠY MÔN TOÁN 3</w:t>
      </w:r>
    </w:p>
    <w:p w:rsidR="00F53BE2" w:rsidRPr="00167C12" w:rsidRDefault="00DE3AA5">
      <w:pPr>
        <w:spacing w:after="0" w:line="240" w:lineRule="auto"/>
        <w:jc w:val="center"/>
      </w:pPr>
      <w:r w:rsidRPr="00167C12">
        <w:rPr>
          <w:b/>
          <w:sz w:val="28"/>
        </w:rPr>
        <w:t>CHỦ ĐỀ 16: ÔN TẬP CUỐI NĂM</w:t>
      </w:r>
    </w:p>
    <w:p w:rsidR="00F53BE2" w:rsidRPr="00167C12" w:rsidRDefault="00DE3AA5">
      <w:pPr>
        <w:spacing w:after="0" w:line="240" w:lineRule="auto"/>
        <w:jc w:val="center"/>
      </w:pPr>
      <w:r w:rsidRPr="00167C12">
        <w:rPr>
          <w:b/>
        </w:rPr>
        <w:t>Bài 77: Ôn tập phép cộng, phép trừ trong phạm vi 100 000 (Tiết 2) - Trang 116, 117</w:t>
      </w:r>
    </w:p>
    <w:p w:rsidR="00F53BE2" w:rsidRPr="00167C12" w:rsidRDefault="00DE3AA5">
      <w:pPr>
        <w:spacing w:after="0" w:line="240" w:lineRule="auto"/>
        <w:jc w:val="both"/>
      </w:pPr>
      <w:r w:rsidRPr="00167C12">
        <w:rPr>
          <w:b/>
        </w:rPr>
        <w:t>I. YÊU CẦU CẦN ĐẠT:</w:t>
      </w:r>
    </w:p>
    <w:p w:rsidR="00F53BE2" w:rsidRPr="00167C12" w:rsidRDefault="00DE3AA5">
      <w:pPr>
        <w:spacing w:after="0" w:line="240" w:lineRule="auto"/>
        <w:jc w:val="both"/>
      </w:pPr>
      <w:r w:rsidRPr="00167C12">
        <w:rPr>
          <w:b/>
        </w:rPr>
        <w:t>1. Năng lực đặc thù:</w:t>
      </w:r>
    </w:p>
    <w:p w:rsidR="00F53BE2" w:rsidRPr="00167C12" w:rsidRDefault="00DE3AA5">
      <w:pPr>
        <w:spacing w:after="0" w:line="240" w:lineRule="auto"/>
        <w:jc w:val="both"/>
      </w:pPr>
      <w:r w:rsidRPr="00167C12">
        <w:t>- Ôn đặt tính, tính cộng, trừ và chọn kết quả đúng trong phạm vi 100 000.</w:t>
      </w:r>
    </w:p>
    <w:p w:rsidR="00F53BE2" w:rsidRPr="00167C12" w:rsidRDefault="00DE3AA5">
      <w:pPr>
        <w:spacing w:after="0" w:line="240" w:lineRule="auto"/>
        <w:jc w:val="both"/>
      </w:pPr>
      <w:r w:rsidRPr="00167C12">
        <w:t>- Đọc được tình huống, xác định đúng dữ kiện, vận dụng cộng, trừ để giải toán.</w:t>
      </w:r>
    </w:p>
    <w:p w:rsidR="00F53BE2" w:rsidRPr="00167C12" w:rsidRDefault="00DE3AA5">
      <w:pPr>
        <w:spacing w:after="0" w:line="240" w:lineRule="auto"/>
        <w:jc w:val="both"/>
      </w:pPr>
      <w:r w:rsidRPr="00167C12">
        <w:t>- Biết kiểm tra kết quả, phân tích lỗi sai khi làm bài trắc nghiệm hoặc Đúng - Sai.</w:t>
      </w:r>
    </w:p>
    <w:p w:rsidR="00F53BE2" w:rsidRPr="00167C12" w:rsidRDefault="00DE3AA5">
      <w:pPr>
        <w:spacing w:after="0" w:line="240" w:lineRule="auto"/>
        <w:jc w:val="both"/>
      </w:pPr>
      <w:r w:rsidRPr="00167C12">
        <w:rPr>
          <w:b/>
        </w:rPr>
        <w:t>2. Năng lực chung:</w:t>
      </w:r>
    </w:p>
    <w:p w:rsidR="00F53BE2" w:rsidRPr="00167C12" w:rsidRDefault="00DE3AA5">
      <w:pPr>
        <w:spacing w:after="0" w:line="240" w:lineRule="auto"/>
        <w:jc w:val="both"/>
      </w:pPr>
      <w:r w:rsidRPr="00167C12">
        <w:t>- Tự chủ, tự học: tự đọc yêu cầu, tự làm bài và kiểm tra kết quả theo hướng dẫn.</w:t>
      </w:r>
    </w:p>
    <w:p w:rsidR="00F53BE2" w:rsidRPr="00167C12" w:rsidRDefault="00DE3AA5">
      <w:pPr>
        <w:spacing w:after="0" w:line="240" w:lineRule="auto"/>
        <w:jc w:val="both"/>
      </w:pPr>
      <w:r w:rsidRPr="00167C12">
        <w:t>- Giao tiếp, hợp tác: trao đổi với bạn khi làm nhóm 2, nhóm 4 và trình bày cách làm rõ ràng.</w:t>
      </w:r>
    </w:p>
    <w:p w:rsidR="00F53BE2" w:rsidRPr="00167C12" w:rsidRDefault="00DE3AA5">
      <w:pPr>
        <w:spacing w:after="0" w:line="240" w:lineRule="auto"/>
        <w:jc w:val="both"/>
      </w:pPr>
      <w:r w:rsidRPr="00167C12">
        <w:t>- Giải quyết vấn đề: lựa chọn phép tính, cách đặt tính, cách tính giá trị biểu thức hoặc cách suy luận phù hợp.</w:t>
      </w:r>
    </w:p>
    <w:p w:rsidR="00F53BE2" w:rsidRPr="00167C12" w:rsidRDefault="00DE3AA5">
      <w:pPr>
        <w:spacing w:after="0" w:line="240" w:lineRule="auto"/>
        <w:jc w:val="both"/>
      </w:pPr>
      <w:r w:rsidRPr="00167C12">
        <w:rPr>
          <w:b/>
        </w:rPr>
        <w:t>3. Phẩm chất:</w:t>
      </w:r>
    </w:p>
    <w:p w:rsidR="00F53BE2" w:rsidRPr="00167C12" w:rsidRDefault="00DE3AA5">
      <w:pPr>
        <w:spacing w:after="0" w:line="240" w:lineRule="auto"/>
        <w:jc w:val="both"/>
      </w:pPr>
      <w:r w:rsidRPr="00167C12">
        <w:t>- Chăm chỉ: tích cực tham gia luyện tập, hoàn thành bài được giao.</w:t>
      </w:r>
    </w:p>
    <w:p w:rsidR="00F53BE2" w:rsidRPr="00167C12" w:rsidRDefault="00DE3AA5">
      <w:pPr>
        <w:spacing w:after="0" w:line="240" w:lineRule="auto"/>
        <w:jc w:val="both"/>
      </w:pPr>
      <w:r w:rsidRPr="00167C12">
        <w:t>- Trung thực: tự kiểm tra, sửa lỗi sai trong bài làm.</w:t>
      </w:r>
    </w:p>
    <w:p w:rsidR="00F53BE2" w:rsidRPr="00167C12" w:rsidRDefault="00DE3AA5">
      <w:pPr>
        <w:spacing w:after="0" w:line="240" w:lineRule="auto"/>
        <w:jc w:val="both"/>
      </w:pPr>
      <w:r w:rsidRPr="00167C12">
        <w:t>- Trách nhiệm: trình bày bài rõ ràng, giữ gìn đồ dùng học tập và làm việc đúng yêu cầu.</w:t>
      </w:r>
    </w:p>
    <w:p w:rsidR="00F53BE2" w:rsidRPr="00167C12" w:rsidRDefault="00DE3AA5">
      <w:pPr>
        <w:spacing w:after="0" w:line="240" w:lineRule="auto"/>
        <w:jc w:val="both"/>
      </w:pPr>
      <w:r w:rsidRPr="00167C12">
        <w:rPr>
          <w:b/>
        </w:rPr>
        <w:t>4. Tích hợp:</w:t>
      </w:r>
    </w:p>
    <w:p w:rsidR="00F53BE2" w:rsidRPr="00167C12" w:rsidRDefault="00DE3AA5">
      <w:pPr>
        <w:spacing w:after="0" w:line="240" w:lineRule="auto"/>
        <w:jc w:val="both"/>
      </w:pPr>
      <w:r w:rsidRPr="00167C12">
        <w:t>- Tích hợp lý tưởng cách mạng, đạo đức, lối sống: HS biết giữ gìn sức khỏe, tôn trọng các biện pháp phòng bệnh; tự hào về lịch sử dân tộc qua tình huống vắc-xin COVID-19 và vua Lý Thái Tổ dời đô.</w:t>
      </w:r>
    </w:p>
    <w:p w:rsidR="00F53BE2" w:rsidRPr="00167C12" w:rsidRDefault="00DE3AA5">
      <w:pPr>
        <w:spacing w:after="0" w:line="240" w:lineRule="auto"/>
        <w:jc w:val="both"/>
      </w:pPr>
      <w:r w:rsidRPr="00167C12">
        <w:t>- Tích hợp NLS 5.2.CB1a: GV chọn câu ôn tập dạng trắc nghiệm, Đúng - Sai trong SGK đưa lên Quizizz; HS xem phản hồi, phân loại lỗi sai: đặt tính lệch hàng, quên nhớ, quên mượn hoặc đọc nhầm số.</w:t>
      </w:r>
    </w:p>
    <w:p w:rsidR="00F53BE2" w:rsidRPr="00167C12" w:rsidRDefault="00DE3AA5">
      <w:pPr>
        <w:spacing w:after="0" w:line="240" w:lineRule="auto"/>
        <w:jc w:val="both"/>
      </w:pPr>
      <w:r w:rsidRPr="00167C12">
        <w:rPr>
          <w:b/>
        </w:rPr>
        <w:t>II. ĐỒ DÙNG DẠY HỌC</w:t>
      </w:r>
    </w:p>
    <w:p w:rsidR="00F53BE2" w:rsidRPr="00167C12" w:rsidRDefault="00DE3AA5">
      <w:pPr>
        <w:spacing w:after="0" w:line="240" w:lineRule="auto"/>
        <w:jc w:val="both"/>
      </w:pPr>
      <w:r w:rsidRPr="00167C12">
        <w:t>- Kế hoạch bài dạy, SGK Toán 3 tập hai, bài giảng PowerPoint.</w:t>
      </w:r>
    </w:p>
    <w:p w:rsidR="00F53BE2" w:rsidRPr="00167C12" w:rsidRDefault="00DE3AA5">
      <w:pPr>
        <w:spacing w:after="0" w:line="240" w:lineRule="auto"/>
        <w:jc w:val="both"/>
      </w:pPr>
      <w:r w:rsidRPr="00167C12">
        <w:t>- Bảng con, phiếu học tập, đồ dùng trực quan phù hợp.</w:t>
      </w:r>
    </w:p>
    <w:p w:rsidR="00F53BE2" w:rsidRPr="00167C12" w:rsidRDefault="00DE3AA5">
      <w:pPr>
        <w:spacing w:after="0" w:line="240" w:lineRule="auto"/>
        <w:jc w:val="both"/>
      </w:pPr>
      <w:r w:rsidRPr="00167C12">
        <w:t>- Hình cắt từ SGK đúng nội dung bài, đặt đúng vị trí dưới câu lệnh của GV.</w:t>
      </w:r>
    </w:p>
    <w:p w:rsidR="00F53BE2" w:rsidRPr="00167C12" w:rsidRDefault="00DE3AA5">
      <w:pPr>
        <w:spacing w:after="0" w:line="240" w:lineRule="auto"/>
        <w:jc w:val="both"/>
      </w:pPr>
      <w:r w:rsidRPr="00167C12">
        <w:rPr>
          <w:b/>
        </w:rPr>
        <w:t>III. HOẠT ĐỘNG DẠY HỌC</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4592"/>
        <w:gridCol w:w="5664"/>
      </w:tblGrid>
      <w:tr w:rsidR="00167C12" w:rsidRPr="00167C12" w:rsidTr="00167C12">
        <w:trPr>
          <w:jc w:val="center"/>
        </w:trPr>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center"/>
            </w:pPr>
            <w:r w:rsidRPr="00167C12">
              <w:rPr>
                <w:b/>
              </w:rPr>
              <w:t>Hoạt động của giáo viên</w:t>
            </w:r>
          </w:p>
        </w:tc>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center"/>
            </w:pPr>
            <w:r w:rsidRPr="00167C12">
              <w:rPr>
                <w:b/>
              </w:rPr>
              <w:t>Hoạt động của học sinh</w:t>
            </w:r>
          </w:p>
        </w:tc>
      </w:tr>
      <w:tr w:rsidR="00167C12" w:rsidRPr="00167C12" w:rsidTr="00167C12">
        <w:trPr>
          <w:jc w:val="center"/>
        </w:trPr>
        <w:tc>
          <w:tcPr>
            <w:tcW w:w="10256"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1. Khởi động (5 phút):</w:t>
            </w:r>
          </w:p>
          <w:p w:rsidR="00F53BE2" w:rsidRPr="00167C12" w:rsidRDefault="00DE3AA5">
            <w:pPr>
              <w:spacing w:after="0" w:line="240" w:lineRule="auto"/>
              <w:jc w:val="both"/>
            </w:pPr>
            <w:r w:rsidRPr="00167C12">
              <w:t>- Mục tiêu: Ôn kiến thức liên quan và tạo tâm thế học tập.</w:t>
            </w:r>
          </w:p>
          <w:p w:rsidR="00F53BE2" w:rsidRPr="00167C12" w:rsidRDefault="00DE3AA5">
            <w:pPr>
              <w:spacing w:after="0" w:line="240" w:lineRule="auto"/>
              <w:jc w:val="both"/>
            </w:pPr>
            <w:r w:rsidRPr="00167C12">
              <w:t>*Cách tiến hành:</w:t>
            </w:r>
          </w:p>
        </w:tc>
      </w:tr>
      <w:tr w:rsidR="00167C12" w:rsidRPr="00167C12" w:rsidTr="00167C12">
        <w:trPr>
          <w:jc w:val="center"/>
        </w:trPr>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tổ chức trò chơi “Tính nhanh - nói đúng”, nêu 2 phép tính hoặc câu hỏi ôn kiến thức của tiết trước.</w:t>
            </w:r>
          </w:p>
        </w:tc>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tham gia trò chơi, trả lời nhanh phép tính/câu hỏi GV nêu.</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nhận xét kết quả, khen HS trả lời đúng và nhắc HS chú ý đặt tính thẳng hàng, thực hiện đúng thứ tự phép tính.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lắng nghe, tự nhắc lại lỗi cần tránh khi làm bài.</w:t>
            </w:r>
          </w:p>
        </w:tc>
      </w:tr>
      <w:tr w:rsidR="00167C12" w:rsidRPr="00167C12" w:rsidTr="00167C12">
        <w:trPr>
          <w:jc w:val="center"/>
        </w:trPr>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giới thiệu bài học mới và ghi tên bài lên bảng.</w:t>
            </w:r>
          </w:p>
        </w:tc>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tên bài, chuẩn bị SGK, vở, bảng con.</w:t>
            </w:r>
          </w:p>
        </w:tc>
      </w:tr>
      <w:tr w:rsidR="00167C12" w:rsidRPr="00167C12" w:rsidTr="00167C12">
        <w:trPr>
          <w:jc w:val="center"/>
        </w:trPr>
        <w:tc>
          <w:tcPr>
            <w:tcW w:w="10256"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2. Khám phá (7 phút):</w:t>
            </w:r>
          </w:p>
          <w:p w:rsidR="00F53BE2" w:rsidRPr="00167C12" w:rsidRDefault="00DE3AA5">
            <w:pPr>
              <w:spacing w:after="0" w:line="240" w:lineRule="auto"/>
              <w:jc w:val="both"/>
            </w:pPr>
            <w:r w:rsidRPr="00167C12">
              <w:t xml:space="preserve">- Mục tiêu: Nhắc lại quy tắc/cách làm trọng tâm của bài, quan sát bài tập SGK và thực hiện </w:t>
            </w:r>
            <w:r w:rsidRPr="00167C12">
              <w:lastRenderedPageBreak/>
              <w:t>nhiệm vụ mẫu.</w:t>
            </w:r>
          </w:p>
          <w:p w:rsidR="00F53BE2" w:rsidRPr="00167C12" w:rsidRDefault="00DE3AA5">
            <w:pPr>
              <w:spacing w:after="0" w:line="240" w:lineRule="auto"/>
              <w:jc w:val="both"/>
            </w:pPr>
            <w:r w:rsidRPr="00167C12">
              <w:t>*Cách tiến hành:</w:t>
            </w:r>
          </w:p>
        </w:tc>
      </w:tr>
      <w:tr w:rsidR="00167C12" w:rsidRPr="00167C12" w:rsidTr="00167C12">
        <w:trPr>
          <w:jc w:val="center"/>
        </w:trPr>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lastRenderedPageBreak/>
              <w:t>Bài 1. Đặt tính rồi tính.</w:t>
            </w:r>
          </w:p>
          <w:p w:rsidR="00F53BE2" w:rsidRPr="00167C12" w:rsidRDefault="00DE3AA5">
            <w:pPr>
              <w:spacing w:after="0" w:line="240" w:lineRule="auto"/>
              <w:jc w:val="both"/>
            </w:pPr>
            <w:r w:rsidRPr="00167C12">
              <w:t>- GV yêu cầu HS quan sát hình bài tập trong SGK.</w:t>
            </w:r>
          </w:p>
          <w:p w:rsidR="00F53BE2" w:rsidRPr="00167C12" w:rsidRDefault="00F53BE2">
            <w:pPr>
              <w:spacing w:after="0"/>
              <w:jc w:val="center"/>
            </w:pPr>
          </w:p>
        </w:tc>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đọc yêu cầu, nêu lại cách đặt tính cộng, trừ các số có nhiều chữ số.</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đọc yêu cầu và nêu: Viết các chữ số cùng hàng thẳng cột, cộng/trừ từ phải sang trái.</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làm 4 phép tính vào vở, sau đó đối chiếu kết quả với bạn bên cạnh.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làm: 8 673 + 92 = 8 765; 7 486 - 539 = 6 947; 45 738 + 39 145 = 84 883; 63 847 - 37 154 = 26 693.</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HS cách kiểm tra một phép cộng và một phép trừ.</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Có thể lấy tổng trừ đi một số hạng hoặc lấy hiệu cộng với số trừ để kiểm tra.</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nhận xét các lỗi thường gặp: viết lệch hàng, quên nhớ, quên mượn.</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tự rà soát bài làm, sửa lỗi nếu có.</w:t>
            </w:r>
          </w:p>
        </w:tc>
      </w:tr>
      <w:tr w:rsidR="00167C12" w:rsidRPr="00167C12" w:rsidTr="00167C12">
        <w:trPr>
          <w:jc w:val="center"/>
        </w:trPr>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kiến thức của bài tập.</w:t>
            </w:r>
          </w:p>
        </w:tc>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cách đặt tính và kiểm tra kết quả cộng, trừ.</w:t>
            </w:r>
          </w:p>
        </w:tc>
      </w:tr>
      <w:tr w:rsidR="00167C12" w:rsidRPr="00167C12" w:rsidTr="00167C12">
        <w:trPr>
          <w:jc w:val="center"/>
        </w:trPr>
        <w:tc>
          <w:tcPr>
            <w:tcW w:w="10256"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3. Luyện tập (20 phút):</w:t>
            </w:r>
          </w:p>
          <w:p w:rsidR="00F53BE2" w:rsidRPr="00167C12" w:rsidRDefault="00DE3AA5">
            <w:pPr>
              <w:spacing w:after="0" w:line="240" w:lineRule="auto"/>
              <w:jc w:val="both"/>
            </w:pPr>
            <w:r w:rsidRPr="00167C12">
              <w:t>- Mục tiêu: Thực hành các bài tập trong SGK, nêu cách làm, trình bày đáp án cụ thể và kiểm tra kết quả.</w:t>
            </w:r>
          </w:p>
          <w:p w:rsidR="00F53BE2" w:rsidRPr="00167C12" w:rsidRDefault="00DE3AA5">
            <w:pPr>
              <w:spacing w:after="0" w:line="240" w:lineRule="auto"/>
              <w:jc w:val="both"/>
            </w:pPr>
            <w:r w:rsidRPr="00167C12">
              <w:t>*Cách tiến hành:</w:t>
            </w:r>
          </w:p>
        </w:tc>
      </w:tr>
      <w:tr w:rsidR="00167C12" w:rsidRPr="00167C12" w:rsidTr="00167C12">
        <w:trPr>
          <w:jc w:val="center"/>
        </w:trPr>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2. Chọn kết quả đúng.</w:t>
            </w:r>
          </w:p>
          <w:p w:rsidR="00F53BE2" w:rsidRPr="00167C12" w:rsidRDefault="00DE3AA5" w:rsidP="00167C12">
            <w:pPr>
              <w:spacing w:after="0" w:line="240" w:lineRule="auto"/>
              <w:jc w:val="both"/>
            </w:pPr>
            <w:r w:rsidRPr="00167C12">
              <w:t>- GV yêu cầu HS quan sát hình bài tập trong SGK.</w:t>
            </w:r>
          </w:p>
        </w:tc>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đọc từng câu trắc nghiệm, yêu cầu HS tính ra nháp trước khi chọn đáp án.</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đọc câu hỏi và tính kết quả trước khi chọn.</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lồng ghép NLS 5.2.CB1a: GV đưa 3 câu trắc nghiệm lên Quizizz, yêu cầu HS bấm chọn, xem phản hồi sau mỗi câu.</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thao tác trên Quizizz theo hướng dẫn, xem phản hồi đúng/sai và ghi lại lỗi nếu có.</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đáp án câu a, b, c và yêu cầu HS nêu cách tính.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a) 6 735 + 3 627 = 10 362, chọn A; b) 24 753 - 16 238 = 8 515, chọn C; c) 12 639 - 8 254 + 2 000 = 6 385, chọn B.</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nêu lỗi sai thường gặp khi chọn nhầm đáp án.</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Có thể cộng/trừ nhầm hàng, quên nhớ, quên mượn hoặc chưa tính theo thứ tự từ trái sang phải.</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Phản hồi số giúp HS biết sai ở đâu, nhưng HS phải tính lại để tự sửa lỗi.</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biết dùng phản hồi trên Quizizz để điều chỉnh cách làm.</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 xml:space="preserve">Bài 3. Đúng - Sai về đường đi trong </w:t>
            </w:r>
            <w:r w:rsidRPr="00167C12">
              <w:rPr>
                <w:b/>
              </w:rPr>
              <w:lastRenderedPageBreak/>
              <w:t>công viên.</w:t>
            </w:r>
          </w:p>
          <w:p w:rsidR="00F53BE2" w:rsidRPr="00167C12" w:rsidRDefault="00DE3AA5" w:rsidP="00167C12">
            <w:pPr>
              <w:spacing w:after="0" w:line="240" w:lineRule="auto"/>
              <w:jc w:val="both"/>
            </w:pPr>
            <w:r w:rsidRPr="00167C12">
              <w:t>- GV yêu cầu HS quan sát hình bài tập trong SGK.</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lastRenderedPageBreak/>
              <w:t>- HS quan sát bài trong SGK.</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lastRenderedPageBreak/>
              <w:t>- GV cho HS đọc yêu cầu Đ, S và quan sát sơ đồ đường đi trong công viên.</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đọc hai phát biểu, quan sát các đoạn đường ghi 500 m, 450 m, 400 m, 280 m, 370 m.</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Đường từ cổng công viên đến rạp xiếc dài bao nhiêu mét?</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Đường đến rạp xiếc dài 500 + 450 = 950 m.</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Đường từ cổng công viên đến vườn thú dài bao nhiêu mét?</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Đường đến vườn thú dài 400 + 280 + 370 = 1 050 m.</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xác định Đ/S cho từng câu.</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a) Sai vì đến vườn thú xa hơn đến rạp xiếc; b) Đúng vì 1 050 m &gt; 950 m.</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Khi làm bài Đ/S cần tính đủ độ dài các đoạn đường rồi so sánh.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cách đọc sơ đồ và so sánh số đo độ dài.</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4. Bài toán vắc-xin, sức khỏe cộng đồng.</w:t>
            </w:r>
          </w:p>
          <w:p w:rsidR="00F53BE2" w:rsidRPr="00167C12" w:rsidRDefault="00DE3AA5" w:rsidP="00167C12">
            <w:pPr>
              <w:spacing w:after="0" w:line="240" w:lineRule="auto"/>
              <w:jc w:val="both"/>
            </w:pPr>
            <w:r w:rsidRPr="00167C12">
              <w:t>- GV yêu cầu HS quan sát hình bài tập trong SGK.</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đọc đề bài, nêu dữ kiện và yêu cầu của bài toán.</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Trung tâm y tế nhập 35 800 liều vắc-xin; đợt một dùng 16 400 liều, đợt hai dùng 17 340 liều; hỏi còn lại bao nhiêu liều.</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lồng ghép lý tưởng cách mạng, đạo đức, lối sống: Khi học tình huống vắc-xin, GV nhắc HS biết giữ gìn sức khỏe, tôn trọng hướng dẫn phòng bệnh.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lắng nghe, nêu: Em cần giữ vệ sinh, bảo vệ sức khỏe bản thân và cộng đồng.</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làm bài giải vào vở theo một trong hai cách.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làm: Hai đợt dùng hết là: 16 400 + 17 340 = 33 740 (liều). Trung tâm còn lại là: 35 800 - 33 740 = 2 060 (liều). Đáp số: 2 060 liều vắc-xin.</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gọi HS trình bày, bạn khác nhận xét phép tính và đơn vị.</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trình bày, nhận xét và sửa nếu thiếu đơn vị “liều vắc-xin”.</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Bài toán có hai lần sử dụng thì có thể cộng số đã dùng rồi trừ khỏi số ban đầu.</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cách giải bài toán thực tế bằng phép cộng và phép trừ.</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5. Bài toán lịch sử, dời đô.</w:t>
            </w:r>
          </w:p>
          <w:p w:rsidR="00F53BE2" w:rsidRPr="00167C12" w:rsidRDefault="00DE3AA5" w:rsidP="00167C12">
            <w:pPr>
              <w:spacing w:after="0" w:line="240" w:lineRule="auto"/>
              <w:jc w:val="both"/>
            </w:pPr>
            <w:r w:rsidRPr="00167C12">
              <w:t>- GV yêu cầu HS quan sát hình bài tập trong SGK.</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đọc thông tin về vua Lý Thái Tổ dời đô và hỏi bài toán yêu cầu gì.</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Vua Lý Thái Tổ dời đô vào năm 1010; hỏi đến năm nay, Chiếu dời đô đã được bao nhiêu năm.</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lồng ghép lý tưởng cách mạng, đạo đức, lối sống: GV nhắc HS tự hào về lịch sử dân tộc và biết trân trọng các di tích lịch sử.</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lắng nghe, nêu: Em tự hào về truyền thống dựng nước, giữ nước của dân tộc.</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lastRenderedPageBreak/>
              <w:t>- GV hướng dẫn: Lấy năm hiện tại trừ năm 1010. Nếu dạy trong năm 2026, em tính thế nào?</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2026 - 1010 = 1 016.</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viết bài giải ngắn gọn vào vở.</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viết: Đến năm 2026, Chiếu dời đô của vua Lý Thái Tổ đã được: 2026 - 1010 = 1 016 (năm). Đáp số: 1 016 năm.</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Muốn tìm khoảng thời gian đã qua, ta lấy năm sau trừ năm trước.</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cách tìm số năm giữa hai mốc thời gian.</w:t>
            </w:r>
          </w:p>
        </w:tc>
      </w:tr>
      <w:tr w:rsidR="00167C12" w:rsidRPr="00167C12" w:rsidTr="00167C12">
        <w:trPr>
          <w:jc w:val="center"/>
        </w:trPr>
        <w:tc>
          <w:tcPr>
            <w:tcW w:w="10256" w:type="dxa"/>
            <w:gridSpan w:val="2"/>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4. Vận dụng - Trải nghiệm (3 phút):</w:t>
            </w:r>
          </w:p>
          <w:p w:rsidR="00F53BE2" w:rsidRPr="00167C12" w:rsidRDefault="00DE3AA5">
            <w:pPr>
              <w:spacing w:after="0" w:line="240" w:lineRule="auto"/>
              <w:jc w:val="both"/>
            </w:pPr>
            <w:r w:rsidRPr="00167C12">
              <w:t>- Mục tiêu: Củng cố kiến thức trong tiết học và liên hệ thực tế.</w:t>
            </w:r>
          </w:p>
          <w:p w:rsidR="00F53BE2" w:rsidRPr="00167C12" w:rsidRDefault="00DE3AA5">
            <w:pPr>
              <w:spacing w:after="0" w:line="240" w:lineRule="auto"/>
              <w:jc w:val="both"/>
            </w:pPr>
            <w:r w:rsidRPr="00167C12">
              <w:t>*Cách tiến hành:</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Hôm nay em đã ôn được những kiến thức nào?</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Em ôn đặt tính, tính cộng/trừ hoặc nhân/chia, tính giá trị biểu thức, giải toán có lời văn và kiểm tra kết quả.</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nêu một lỗi thường gặp và cách sửa khi làm bài.</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Em cần đặt thẳng hàng, nhớ khi cộng, mượn khi trừ, nhân/chia đúng quy trình, kiểm tra lại bằng phép tính ngược.</w:t>
            </w:r>
          </w:p>
        </w:tc>
      </w:tr>
      <w:tr w:rsidR="00167C12" w:rsidRPr="00167C12" w:rsidTr="00167C12">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nhận xét tiết học, tuyên dương HS tích cực, dặn HS hoàn thành phần còn thiếu và chuẩn bị bài sau.</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lắng nghe, ghi nhớ nhiệm vụ và tự đánh giá kết quả học tập của mình.</w:t>
            </w:r>
          </w:p>
        </w:tc>
      </w:tr>
    </w:tbl>
    <w:p w:rsidR="00F53BE2" w:rsidRPr="00167C12" w:rsidRDefault="00DE3AA5">
      <w:pPr>
        <w:spacing w:after="0" w:line="240" w:lineRule="auto"/>
        <w:jc w:val="both"/>
      </w:pPr>
      <w:r w:rsidRPr="00167C12">
        <w:rPr>
          <w:b/>
        </w:rPr>
        <w:t>IV. ĐIỀU CHỈNH SAU BÀI DẠY:</w:t>
      </w:r>
    </w:p>
    <w:p w:rsidR="00F53BE2" w:rsidRPr="00167C12" w:rsidRDefault="00DE3AA5">
      <w:pPr>
        <w:spacing w:after="0" w:line="240" w:lineRule="auto"/>
        <w:jc w:val="both"/>
      </w:pPr>
      <w:r w:rsidRPr="00167C12">
        <w:t>.......................................................................................................................................</w:t>
      </w:r>
    </w:p>
    <w:p w:rsidR="00F53BE2" w:rsidRPr="00167C12" w:rsidRDefault="00DE3AA5">
      <w:pPr>
        <w:spacing w:after="0" w:line="240" w:lineRule="auto"/>
        <w:jc w:val="both"/>
      </w:pPr>
      <w:r w:rsidRPr="00167C12">
        <w:t>.......................................................................................................................................</w:t>
      </w:r>
    </w:p>
    <w:p w:rsidR="00F53BE2" w:rsidRPr="00167C12" w:rsidRDefault="00DE3AA5">
      <w:pPr>
        <w:spacing w:after="0" w:line="240" w:lineRule="auto"/>
        <w:jc w:val="center"/>
      </w:pPr>
      <w:r w:rsidRPr="00167C12">
        <w:rPr>
          <w:b/>
          <w:sz w:val="28"/>
        </w:rPr>
        <w:t>TUẦN 34</w:t>
      </w:r>
    </w:p>
    <w:p w:rsidR="00F53BE2" w:rsidRPr="00167C12" w:rsidRDefault="00DE3AA5">
      <w:pPr>
        <w:spacing w:after="0" w:line="240" w:lineRule="auto"/>
        <w:jc w:val="center"/>
      </w:pPr>
      <w:r w:rsidRPr="00167C12">
        <w:rPr>
          <w:b/>
          <w:sz w:val="28"/>
        </w:rPr>
        <w:t>KẾ HOẠCH BÀI DẠY MÔN TOÁN 3</w:t>
      </w:r>
    </w:p>
    <w:p w:rsidR="00F53BE2" w:rsidRPr="00167C12" w:rsidRDefault="00DE3AA5">
      <w:pPr>
        <w:spacing w:after="0" w:line="240" w:lineRule="auto"/>
        <w:jc w:val="center"/>
      </w:pPr>
      <w:r w:rsidRPr="00167C12">
        <w:rPr>
          <w:b/>
          <w:sz w:val="28"/>
        </w:rPr>
        <w:t>CHỦ ĐỀ 16: ÔN TẬP CUỐI NĂM</w:t>
      </w:r>
    </w:p>
    <w:p w:rsidR="00F53BE2" w:rsidRPr="00167C12" w:rsidRDefault="00DE3AA5">
      <w:pPr>
        <w:spacing w:after="0" w:line="240" w:lineRule="auto"/>
        <w:jc w:val="center"/>
      </w:pPr>
      <w:r w:rsidRPr="00167C12">
        <w:rPr>
          <w:b/>
        </w:rPr>
        <w:t>Bài 78: Ôn tập phép nhân, phép chia trong phạm vi 100 000 (Tiết 1) - Trang 118, 119</w:t>
      </w:r>
    </w:p>
    <w:p w:rsidR="00F53BE2" w:rsidRPr="00167C12" w:rsidRDefault="00DE3AA5">
      <w:pPr>
        <w:spacing w:after="0" w:line="240" w:lineRule="auto"/>
        <w:jc w:val="both"/>
      </w:pPr>
      <w:r w:rsidRPr="00167C12">
        <w:rPr>
          <w:b/>
        </w:rPr>
        <w:t>I. YÊU CẦU CẦN ĐẠT:</w:t>
      </w:r>
    </w:p>
    <w:p w:rsidR="00F53BE2" w:rsidRPr="00167C12" w:rsidRDefault="00DE3AA5">
      <w:pPr>
        <w:spacing w:after="0" w:line="240" w:lineRule="auto"/>
        <w:jc w:val="both"/>
      </w:pPr>
      <w:r w:rsidRPr="00167C12">
        <w:rPr>
          <w:b/>
        </w:rPr>
        <w:t>1. Năng lực đặc thù:</w:t>
      </w:r>
    </w:p>
    <w:p w:rsidR="00F53BE2" w:rsidRPr="00167C12" w:rsidRDefault="00DE3AA5">
      <w:pPr>
        <w:spacing w:after="0" w:line="240" w:lineRule="auto"/>
        <w:jc w:val="both"/>
      </w:pPr>
      <w:r w:rsidRPr="00167C12">
        <w:t>- Ôn đặt tính, tính nhân, chia trong phạm vi 100 000.</w:t>
      </w:r>
    </w:p>
    <w:p w:rsidR="00F53BE2" w:rsidRPr="00167C12" w:rsidRDefault="00DE3AA5">
      <w:pPr>
        <w:spacing w:after="0" w:line="240" w:lineRule="auto"/>
        <w:jc w:val="both"/>
      </w:pPr>
      <w:r w:rsidRPr="00167C12">
        <w:t>- Tính được giá trị biểu thức có nhân, chia và dấu ngoặc.</w:t>
      </w:r>
    </w:p>
    <w:p w:rsidR="00F53BE2" w:rsidRPr="00167C12" w:rsidRDefault="00DE3AA5">
      <w:pPr>
        <w:spacing w:after="0" w:line="240" w:lineRule="auto"/>
        <w:jc w:val="both"/>
      </w:pPr>
      <w:r w:rsidRPr="00167C12">
        <w:t>- Vận dụng phép nhân, phép cộng để giải toán có lời văn, tìm chữ số còn thiếu.</w:t>
      </w:r>
    </w:p>
    <w:p w:rsidR="00F53BE2" w:rsidRPr="00167C12" w:rsidRDefault="00DE3AA5">
      <w:pPr>
        <w:spacing w:after="0" w:line="240" w:lineRule="auto"/>
        <w:jc w:val="both"/>
      </w:pPr>
      <w:r w:rsidRPr="00167C12">
        <w:rPr>
          <w:b/>
        </w:rPr>
        <w:t>2. Năng lực chung:</w:t>
      </w:r>
    </w:p>
    <w:p w:rsidR="00F53BE2" w:rsidRPr="00167C12" w:rsidRDefault="00DE3AA5">
      <w:pPr>
        <w:spacing w:after="0" w:line="240" w:lineRule="auto"/>
        <w:jc w:val="both"/>
      </w:pPr>
      <w:r w:rsidRPr="00167C12">
        <w:t>- Tự chủ, tự học: tự đọc yêu cầu, tự làm bài và kiểm tra kết quả theo hướng dẫn.</w:t>
      </w:r>
    </w:p>
    <w:p w:rsidR="00F53BE2" w:rsidRPr="00167C12" w:rsidRDefault="00DE3AA5">
      <w:pPr>
        <w:spacing w:after="0" w:line="240" w:lineRule="auto"/>
        <w:jc w:val="both"/>
      </w:pPr>
      <w:r w:rsidRPr="00167C12">
        <w:t>- Giao tiếp, hợp tác: trao đổi với bạn khi làm nhóm 2, nhóm 4 và trình bày cách làm rõ ràng.</w:t>
      </w:r>
    </w:p>
    <w:p w:rsidR="00F53BE2" w:rsidRPr="00167C12" w:rsidRDefault="00DE3AA5">
      <w:pPr>
        <w:spacing w:after="0" w:line="240" w:lineRule="auto"/>
        <w:jc w:val="both"/>
      </w:pPr>
      <w:r w:rsidRPr="00167C12">
        <w:t>- Giải quyết vấn đề: lựa chọn phép tính, cách đặt tính, cách tính giá trị biểu thức hoặc cách suy luận phù hợp.</w:t>
      </w:r>
    </w:p>
    <w:p w:rsidR="00F53BE2" w:rsidRPr="00167C12" w:rsidRDefault="00DE3AA5">
      <w:pPr>
        <w:spacing w:after="0" w:line="240" w:lineRule="auto"/>
        <w:jc w:val="both"/>
      </w:pPr>
      <w:r w:rsidRPr="00167C12">
        <w:rPr>
          <w:b/>
        </w:rPr>
        <w:t>3. Phẩm chất:</w:t>
      </w:r>
    </w:p>
    <w:p w:rsidR="00F53BE2" w:rsidRPr="00167C12" w:rsidRDefault="00DE3AA5">
      <w:pPr>
        <w:spacing w:after="0" w:line="240" w:lineRule="auto"/>
        <w:jc w:val="both"/>
      </w:pPr>
      <w:r w:rsidRPr="00167C12">
        <w:t>- Chăm chỉ: tích cực tham gia luyện tập, hoàn thành bài được giao.</w:t>
      </w:r>
    </w:p>
    <w:p w:rsidR="00F53BE2" w:rsidRPr="00167C12" w:rsidRDefault="00DE3AA5">
      <w:pPr>
        <w:spacing w:after="0" w:line="240" w:lineRule="auto"/>
        <w:jc w:val="both"/>
      </w:pPr>
      <w:r w:rsidRPr="00167C12">
        <w:t>- Trung thực: tự kiểm tra, sửa lỗi sai trong bài làm.</w:t>
      </w:r>
    </w:p>
    <w:p w:rsidR="00F53BE2" w:rsidRPr="00167C12" w:rsidRDefault="00DE3AA5">
      <w:pPr>
        <w:spacing w:after="0" w:line="240" w:lineRule="auto"/>
        <w:jc w:val="both"/>
      </w:pPr>
      <w:r w:rsidRPr="00167C12">
        <w:t>- Trách nhiệm: trình bày bài rõ ràng, giữ gìn đồ dùng học tập và làm việc đúng yêu cầu.</w:t>
      </w:r>
    </w:p>
    <w:p w:rsidR="00F53BE2" w:rsidRPr="00167C12" w:rsidRDefault="00DE3AA5">
      <w:pPr>
        <w:spacing w:after="0" w:line="240" w:lineRule="auto"/>
        <w:jc w:val="both"/>
      </w:pPr>
      <w:r w:rsidRPr="00167C12">
        <w:rPr>
          <w:b/>
        </w:rPr>
        <w:t>4. Tích hợp:</w:t>
      </w:r>
    </w:p>
    <w:p w:rsidR="00F53BE2" w:rsidRPr="00167C12" w:rsidRDefault="00DE3AA5">
      <w:pPr>
        <w:spacing w:after="0" w:line="240" w:lineRule="auto"/>
        <w:jc w:val="both"/>
      </w:pPr>
      <w:r w:rsidRPr="00167C12">
        <w:t>- Tích hợp GDBVMT: Qua hình ảnh, tình huống có con vật và môi trường sống trong bài ôn tập, HS biết yêu quý động vật, không làm hại con vật và bảo vệ nơi sống của chúng.</w:t>
      </w:r>
    </w:p>
    <w:p w:rsidR="00F53BE2" w:rsidRPr="00167C12" w:rsidRDefault="00DE3AA5">
      <w:pPr>
        <w:spacing w:after="0" w:line="240" w:lineRule="auto"/>
        <w:jc w:val="both"/>
      </w:pPr>
      <w:r w:rsidRPr="00167C12">
        <w:rPr>
          <w:b/>
        </w:rPr>
        <w:lastRenderedPageBreak/>
        <w:t>II. ĐỒ DÙNG DẠY HỌC</w:t>
      </w:r>
    </w:p>
    <w:p w:rsidR="00F53BE2" w:rsidRPr="00167C12" w:rsidRDefault="00DE3AA5">
      <w:pPr>
        <w:spacing w:after="0" w:line="240" w:lineRule="auto"/>
        <w:jc w:val="both"/>
      </w:pPr>
      <w:r w:rsidRPr="00167C12">
        <w:t>- Kế hoạch bài dạy, SGK Toán 3 tập hai, bài giảng PowerPoint.</w:t>
      </w:r>
    </w:p>
    <w:p w:rsidR="00F53BE2" w:rsidRPr="00167C12" w:rsidRDefault="00DE3AA5">
      <w:pPr>
        <w:spacing w:after="0" w:line="240" w:lineRule="auto"/>
        <w:jc w:val="both"/>
      </w:pPr>
      <w:r w:rsidRPr="00167C12">
        <w:t>- Bảng con, phiếu học tập, đồ dùng trực quan phù hợp.</w:t>
      </w:r>
    </w:p>
    <w:p w:rsidR="00F53BE2" w:rsidRPr="00167C12" w:rsidRDefault="00DE3AA5">
      <w:pPr>
        <w:spacing w:after="0" w:line="240" w:lineRule="auto"/>
        <w:jc w:val="both"/>
      </w:pPr>
      <w:r w:rsidRPr="00167C12">
        <w:t>- Hình cắt từ SGK đúng nội dung bài, đặt đúng vị trí dưới câu lệnh của GV.</w:t>
      </w:r>
    </w:p>
    <w:p w:rsidR="00F53BE2" w:rsidRPr="00167C12" w:rsidRDefault="00DE3AA5">
      <w:pPr>
        <w:spacing w:after="0" w:line="240" w:lineRule="auto"/>
        <w:jc w:val="both"/>
      </w:pPr>
      <w:r w:rsidRPr="00167C12">
        <w:rPr>
          <w:b/>
        </w:rPr>
        <w:t>III. HOẠT ĐỘNG DẠY HỌC</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4592"/>
        <w:gridCol w:w="5664"/>
      </w:tblGrid>
      <w:tr w:rsidR="00167C12" w:rsidRPr="00167C12" w:rsidTr="00A05F83">
        <w:trPr>
          <w:jc w:val="center"/>
        </w:trPr>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center"/>
            </w:pPr>
            <w:r w:rsidRPr="00167C12">
              <w:rPr>
                <w:b/>
              </w:rPr>
              <w:t>Hoạt động của giáo viên</w:t>
            </w:r>
          </w:p>
        </w:tc>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center"/>
            </w:pPr>
            <w:r w:rsidRPr="00167C12">
              <w:rPr>
                <w:b/>
              </w:rPr>
              <w:t>Hoạt động của học sinh</w:t>
            </w:r>
          </w:p>
        </w:tc>
      </w:tr>
      <w:tr w:rsidR="00167C12" w:rsidRPr="00167C12" w:rsidTr="00A05F83">
        <w:trPr>
          <w:jc w:val="center"/>
        </w:trPr>
        <w:tc>
          <w:tcPr>
            <w:tcW w:w="10256"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1. Khởi động (5 phút):</w:t>
            </w:r>
          </w:p>
          <w:p w:rsidR="00F53BE2" w:rsidRPr="00167C12" w:rsidRDefault="00DE3AA5">
            <w:pPr>
              <w:spacing w:after="0" w:line="240" w:lineRule="auto"/>
              <w:jc w:val="both"/>
            </w:pPr>
            <w:r w:rsidRPr="00167C12">
              <w:t>- Mục tiêu: Ôn kiến thức liên quan và tạo tâm thế học tập.</w:t>
            </w:r>
          </w:p>
          <w:p w:rsidR="00F53BE2" w:rsidRPr="00167C12" w:rsidRDefault="00DE3AA5">
            <w:pPr>
              <w:spacing w:after="0" w:line="240" w:lineRule="auto"/>
              <w:jc w:val="both"/>
            </w:pPr>
            <w:r w:rsidRPr="00167C12">
              <w:t>*Cách tiến hành:</w:t>
            </w:r>
          </w:p>
        </w:tc>
      </w:tr>
      <w:tr w:rsidR="00167C12" w:rsidRPr="00167C12" w:rsidTr="00A05F83">
        <w:trPr>
          <w:jc w:val="center"/>
        </w:trPr>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tổ chức trò chơi “Tính nhanh - nói đúng”, nêu 2 phép tính hoặc câu hỏi ôn kiến thức của tiết trước.</w:t>
            </w:r>
          </w:p>
        </w:tc>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tham gia trò chơi, trả lời nhanh phép tính/câu hỏi GV nêu.</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nhận xét kết quả, khen HS trả lời đúng và nhắc HS chú ý đặt tính thẳng hàng, thực hiện đúng thứ tự phép tính.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lắng nghe, tự nhắc lại lỗi cần tránh khi làm bài.</w:t>
            </w:r>
          </w:p>
        </w:tc>
      </w:tr>
      <w:tr w:rsidR="00167C12" w:rsidRPr="00167C12" w:rsidTr="00A05F83">
        <w:trPr>
          <w:jc w:val="center"/>
        </w:trPr>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giới thiệu bài học mới và ghi tên bài lên bảng.</w:t>
            </w:r>
          </w:p>
        </w:tc>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tên bài, chuẩn bị SGK, vở, bảng con.</w:t>
            </w:r>
          </w:p>
        </w:tc>
      </w:tr>
      <w:tr w:rsidR="00167C12" w:rsidRPr="00167C12" w:rsidTr="00A05F83">
        <w:trPr>
          <w:jc w:val="center"/>
        </w:trPr>
        <w:tc>
          <w:tcPr>
            <w:tcW w:w="10256"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2. Khám phá (7 phút):</w:t>
            </w:r>
          </w:p>
          <w:p w:rsidR="00F53BE2" w:rsidRPr="00167C12" w:rsidRDefault="00DE3AA5">
            <w:pPr>
              <w:spacing w:after="0" w:line="240" w:lineRule="auto"/>
              <w:jc w:val="both"/>
            </w:pPr>
            <w:r w:rsidRPr="00167C12">
              <w:t>- Mục tiêu: Nhắc lại quy tắc/cách làm trọng tâm của bài, quan sát bài tập SGK và thực hiện nhiệm vụ mẫu.</w:t>
            </w:r>
          </w:p>
          <w:p w:rsidR="00F53BE2" w:rsidRPr="00167C12" w:rsidRDefault="00DE3AA5">
            <w:pPr>
              <w:spacing w:after="0" w:line="240" w:lineRule="auto"/>
              <w:jc w:val="both"/>
            </w:pPr>
            <w:r w:rsidRPr="00167C12">
              <w:t>*Cách tiến hành:</w:t>
            </w:r>
          </w:p>
        </w:tc>
      </w:tr>
      <w:tr w:rsidR="00167C12" w:rsidRPr="00167C12" w:rsidTr="00A05F83">
        <w:trPr>
          <w:jc w:val="center"/>
        </w:trPr>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1. Đặt tính rồi tính.</w:t>
            </w:r>
          </w:p>
          <w:p w:rsidR="00F53BE2" w:rsidRPr="00167C12" w:rsidRDefault="00DE3AA5">
            <w:pPr>
              <w:spacing w:after="0" w:line="240" w:lineRule="auto"/>
              <w:jc w:val="both"/>
            </w:pPr>
            <w:r w:rsidRPr="00167C12">
              <w:t>- GV yêu cầu HS quan sát hình bài tập trong SGK.</w:t>
            </w:r>
          </w:p>
          <w:p w:rsidR="00F53BE2" w:rsidRPr="00167C12" w:rsidRDefault="00F53BE2">
            <w:pPr>
              <w:spacing w:after="0"/>
              <w:jc w:val="center"/>
            </w:pPr>
          </w:p>
        </w:tc>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đọc yêu cầu và nêu lại quy trình nhân, chia số có nhiều chữ số.</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đọc yêu cầu và nêu: Nhân từ phải sang trái; chia từ trái sang phải; phép chia có thể có dư.</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làm cá nhân 4 phép tính vào vở/bảng con.</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làm: 207 x 8 = 1 656; 9 160 x 5 = 45 800; 5 481 : 7 = 783; 57 436 : 6 = 9 572 dư 4.</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Với phép chia có dư, em kiểm tra kết quả như thế nào?</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Lấy số chia nhân thương rồi cộng số dư; số dư phải bé hơn số chia.</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mời HS trình bày, bạn khác nhận xét.</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trình bày kết quả, nhận xét cách đặt tính và kiểm tra số dư.</w:t>
            </w:r>
          </w:p>
        </w:tc>
      </w:tr>
      <w:tr w:rsidR="00167C12" w:rsidRPr="00167C12" w:rsidTr="00A05F83">
        <w:trPr>
          <w:jc w:val="center"/>
        </w:trPr>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Khi chia cần ghi đủ thương và số dư nếu có.</w:t>
            </w:r>
          </w:p>
        </w:tc>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quy trình nhân, chia và cách kiểm tra phép chia.</w:t>
            </w:r>
          </w:p>
        </w:tc>
      </w:tr>
      <w:tr w:rsidR="00167C12" w:rsidRPr="00167C12" w:rsidTr="00A05F83">
        <w:trPr>
          <w:jc w:val="center"/>
        </w:trPr>
        <w:tc>
          <w:tcPr>
            <w:tcW w:w="10256"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3. Luyện tập (20 phút):</w:t>
            </w:r>
          </w:p>
          <w:p w:rsidR="00F53BE2" w:rsidRPr="00167C12" w:rsidRDefault="00DE3AA5">
            <w:pPr>
              <w:spacing w:after="0" w:line="240" w:lineRule="auto"/>
              <w:jc w:val="both"/>
            </w:pPr>
            <w:r w:rsidRPr="00167C12">
              <w:t>- Mục tiêu: Thực hành các bài tập trong SGK, nêu cách làm, trình bày đáp án cụ thể và kiểm tra kết quả.</w:t>
            </w:r>
          </w:p>
          <w:p w:rsidR="00F53BE2" w:rsidRPr="00167C12" w:rsidRDefault="00DE3AA5">
            <w:pPr>
              <w:spacing w:after="0" w:line="240" w:lineRule="auto"/>
              <w:jc w:val="both"/>
            </w:pPr>
            <w:r w:rsidRPr="00167C12">
              <w:t>*Cách tiến hành:</w:t>
            </w:r>
          </w:p>
        </w:tc>
      </w:tr>
      <w:tr w:rsidR="00167C12" w:rsidRPr="00167C12" w:rsidTr="00A05F83">
        <w:trPr>
          <w:jc w:val="center"/>
        </w:trPr>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2. Tìm các phép tính có kết quả bằng nhau.</w:t>
            </w:r>
          </w:p>
          <w:p w:rsidR="00F53BE2" w:rsidRPr="00167C12" w:rsidRDefault="00DE3AA5" w:rsidP="00A05F83">
            <w:pPr>
              <w:spacing w:after="0" w:line="240" w:lineRule="auto"/>
              <w:jc w:val="both"/>
            </w:pPr>
            <w:r w:rsidRPr="00167C12">
              <w:lastRenderedPageBreak/>
              <w:t>- GV yêu cầu HS quan sát hình bài tập trong SGK.</w:t>
            </w:r>
          </w:p>
        </w:tc>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lastRenderedPageBreak/>
              <w:t>- HS quan sát bài trong SGK.</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lastRenderedPageBreak/>
              <w:t>- GV cho HS đọc yêu cầu và quan sát hình các con voi trong SGK.</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đọc yêu cầu: Những phép tính nào dưới đây có kết quả bằng nhau?</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lồng ghép GDBVMT: Qua hình ảnh con voi, GV nhắc HS yêu quý động vật, không làm hại con vật và bảo vệ nơi sống của chúng.</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lắng nghe, nêu: Em cần bảo vệ động vật và môi trường sống của chúng.</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tính nhẩm hoặc tính nhanh từng phép tính.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tính: 6 000 x 4 = 24 000; 96 000 : 4 = 24 000; 80 000 : 2 = 40 000; 13 000 x 2 = 26 000; 8 000 x 3 = 24 000.</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Những phép tính nào có kết quả bằng nhau?</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6 000 x 4, 96 000 : 4 và 8 000 x 3 có kết quả bằng nhau, đều bằng 24 000.</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Muốn so sánh kết quả phép tính, cần tính chính xác từng phép rồi đối chiếu.</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cách tìm các kết quả bằng nhau.</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3. Tính giá trị của biểu thức.</w:t>
            </w:r>
          </w:p>
          <w:p w:rsidR="00F53BE2" w:rsidRPr="00167C12" w:rsidRDefault="00DE3AA5" w:rsidP="00A05F83">
            <w:pPr>
              <w:spacing w:after="0" w:line="240" w:lineRule="auto"/>
              <w:jc w:val="both"/>
            </w:pPr>
            <w:r w:rsidRPr="00167C12">
              <w:t>- GV yêu cầu HS quan sát hình bài tập trong SGK.</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đọc yêu cầu, nhắc lại thứ tự thực hiện phép tính nhân, chia và dấu ngoặc.</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Nếu có ngoặc thì tính trong ngoặc trước; nhân, chia tính theo thứ tự từ trái sang phải.</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làm bài cá nhân vào vở.</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làm: a) 4 105 x 9 : 5 = 36 945 : 5 = 7 389; b) 24 048 : (4 x 2) = 24 048 : 8 = 3 006.</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gọi HS trình bày câu a, giải thích vì sao nhân trước rồi chia.</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Vì câu a chỉ có nhân và chia nên thực hiện từ trái sang phải.</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gọi HS trình bày câu b, giải thích vì sao tính 4 x 2 trước.</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Vì 4 x 2 nằm trong ngoặc nên tính trước.</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Tính giá trị biểu thức phải đúng thứ tự phép tính.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quy tắc tính biểu thức.</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4. Bài toán mua sách và bút.</w:t>
            </w:r>
          </w:p>
          <w:p w:rsidR="00F53BE2" w:rsidRPr="00167C12" w:rsidRDefault="00DE3AA5">
            <w:pPr>
              <w:spacing w:after="0" w:line="240" w:lineRule="auto"/>
              <w:jc w:val="both"/>
            </w:pPr>
            <w:r w:rsidRPr="00167C12">
              <w:t>- GV yêu cầu HS quan sát hình bài tập trong SGK.</w:t>
            </w:r>
          </w:p>
          <w:p w:rsidR="00F53BE2" w:rsidRPr="00167C12" w:rsidRDefault="00F53BE2" w:rsidP="00A05F83">
            <w:pPr>
              <w:spacing w:after="0"/>
            </w:pP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đọc đề toán và hỏi: Việt mua những gì?</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Việt mua 1 quyển truyện thiếu nhi và 2 cái bút.</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Giá tiền mỗi đồ vật là bao nhiêu và bài toán hỏi gì?</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Truyện giá 18 000 đồng, 1 cái bút giá 8 500 đồng; hỏi Việt phải trả bao nhiêu tiền.</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làm bài vào vở.</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xml:space="preserve">- HS làm: Số tiền mua 2 cái bút là: 8 500 x 2 = 17 000 (đồng). Việt phải trả là: 18 000 + 17 000 = 35 </w:t>
            </w:r>
            <w:r w:rsidRPr="00167C12">
              <w:lastRenderedPageBreak/>
              <w:t>000 (đồng). Đáp số: 35 000 đồng.</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lastRenderedPageBreak/>
              <w:t>- GV yêu cầu HS nêu vì sao dùng phép nhân ở bước đầu.</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Vì Việt mua 2 cái bút cùng giá 8 500 đồng nên lấy 8 500 x 2.</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Khi có nhiều đồ vật cùng giá, ta dùng phép nhân để tính nhanh tổng tiền.</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cách giải bài toán mua bán có phép nhân và phép cộng.</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5. Tìm chữ số thích hợp.</w:t>
            </w:r>
          </w:p>
          <w:p w:rsidR="00F53BE2" w:rsidRPr="00167C12" w:rsidRDefault="00DE3AA5" w:rsidP="00A05F83">
            <w:pPr>
              <w:spacing w:after="0" w:line="240" w:lineRule="auto"/>
              <w:jc w:val="both"/>
            </w:pPr>
            <w:r w:rsidRPr="00167C12">
              <w:t>- GV yêu cầu HS quan sát hình bài tập trong SGK.</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quan sát phép nhân dọc và hỏi nên tìm chữ số từ hàng nào.</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Em bắt đầu từ hàng đơn vị rồi lần lượt sang trái, chú ý nhớ khi nhân.</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hướng dẫn HS suy luận từng hàng trong phép nhân với 9.</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9 x 9 = 81 nên chữ số hàng đơn vị của thừa số là 9; hàng chục nhận 8 nhớ nên chữ số hàng chục của tích là 8; 1 x 9 = 9; 8 x 9 = 72.</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hoàn thành phép tính.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8 109 x 9 = 72 981.</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kiểm tra lại bằng cách nhân nhẩm từng hàng.</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kiểm tra và xác nhận kết quả đúng.</w:t>
            </w:r>
          </w:p>
        </w:tc>
      </w:tr>
      <w:tr w:rsidR="00167C12" w:rsidRPr="00167C12" w:rsidTr="00A05F83">
        <w:trPr>
          <w:jc w:val="center"/>
        </w:trPr>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Tìm chữ số trong phép nhân cần dựa vào từng hàng và số nhớ.</w:t>
            </w:r>
          </w:p>
        </w:tc>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cách suy luận chữ số còn thiếu trong phép nhân dọc.</w:t>
            </w:r>
          </w:p>
        </w:tc>
      </w:tr>
      <w:tr w:rsidR="00167C12" w:rsidRPr="00167C12" w:rsidTr="00A05F83">
        <w:trPr>
          <w:jc w:val="center"/>
        </w:trPr>
        <w:tc>
          <w:tcPr>
            <w:tcW w:w="10256"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4. Vận dụng - Trải nghiệm (3 phút):</w:t>
            </w:r>
          </w:p>
          <w:p w:rsidR="00F53BE2" w:rsidRPr="00167C12" w:rsidRDefault="00DE3AA5">
            <w:pPr>
              <w:spacing w:after="0" w:line="240" w:lineRule="auto"/>
              <w:jc w:val="both"/>
            </w:pPr>
            <w:r w:rsidRPr="00167C12">
              <w:t>- Mục tiêu: Củng cố kiến thức trong tiết học và liên hệ thực tế.</w:t>
            </w:r>
          </w:p>
          <w:p w:rsidR="00F53BE2" w:rsidRPr="00167C12" w:rsidRDefault="00DE3AA5">
            <w:pPr>
              <w:spacing w:after="0" w:line="240" w:lineRule="auto"/>
              <w:jc w:val="both"/>
            </w:pPr>
            <w:r w:rsidRPr="00167C12">
              <w:t>*Cách tiến hành:</w:t>
            </w:r>
          </w:p>
        </w:tc>
      </w:tr>
      <w:tr w:rsidR="00167C12" w:rsidRPr="00167C12" w:rsidTr="00A05F83">
        <w:trPr>
          <w:jc w:val="center"/>
        </w:trPr>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Hôm nay em đã ôn được những kiến thức nào?</w:t>
            </w:r>
          </w:p>
        </w:tc>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Em ôn đặt tính, tính cộng/trừ hoặc nhân/chia, tính giá trị biểu thức, giải toán có lời văn và kiểm tra kết quả.</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nêu một lỗi thường gặp và cách sửa khi làm bài.</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Em cần đặt thẳng hàng, nhớ khi cộng, mượn khi trừ, nhân/chia đúng quy trình, kiểm tra lại bằng phép tính ngược.</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nhận xét tiết học, tuyên dương HS tích cực, dặn HS hoàn thành phần còn thiếu và chuẩn bị bài sau.</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lắng nghe, ghi nhớ nhiệm vụ và tự đánh giá kết quả học tập của mình.</w:t>
            </w:r>
          </w:p>
        </w:tc>
      </w:tr>
    </w:tbl>
    <w:p w:rsidR="00F53BE2" w:rsidRPr="00167C12" w:rsidRDefault="00DE3AA5">
      <w:pPr>
        <w:spacing w:after="0" w:line="240" w:lineRule="auto"/>
        <w:jc w:val="both"/>
      </w:pPr>
      <w:r w:rsidRPr="00167C12">
        <w:rPr>
          <w:b/>
        </w:rPr>
        <w:t>IV. ĐIỀU CHỈNH SAU BÀI DẠY:</w:t>
      </w:r>
    </w:p>
    <w:p w:rsidR="00F53BE2" w:rsidRPr="00167C12" w:rsidRDefault="00DE3AA5">
      <w:pPr>
        <w:spacing w:after="0" w:line="240" w:lineRule="auto"/>
        <w:jc w:val="both"/>
      </w:pPr>
      <w:r w:rsidRPr="00167C12">
        <w:t>.......................................................................................................................................</w:t>
      </w:r>
    </w:p>
    <w:p w:rsidR="00F53BE2" w:rsidRPr="00167C12" w:rsidRDefault="00DE3AA5">
      <w:pPr>
        <w:spacing w:after="0" w:line="240" w:lineRule="auto"/>
        <w:jc w:val="both"/>
      </w:pPr>
      <w:r w:rsidRPr="00167C12">
        <w:t>.......................................................................................................................................</w:t>
      </w:r>
    </w:p>
    <w:p w:rsidR="00F53BE2" w:rsidRPr="00167C12" w:rsidRDefault="00DE3AA5">
      <w:r w:rsidRPr="00167C12">
        <w:br w:type="page"/>
      </w:r>
    </w:p>
    <w:p w:rsidR="00F53BE2" w:rsidRPr="00167C12" w:rsidRDefault="00DE3AA5">
      <w:pPr>
        <w:spacing w:after="0" w:line="240" w:lineRule="auto"/>
        <w:jc w:val="center"/>
      </w:pPr>
      <w:r w:rsidRPr="00167C12">
        <w:rPr>
          <w:b/>
          <w:sz w:val="28"/>
        </w:rPr>
        <w:lastRenderedPageBreak/>
        <w:t>TUẦN 34</w:t>
      </w:r>
    </w:p>
    <w:p w:rsidR="00F53BE2" w:rsidRPr="00167C12" w:rsidRDefault="00DE3AA5">
      <w:pPr>
        <w:spacing w:after="0" w:line="240" w:lineRule="auto"/>
        <w:jc w:val="center"/>
      </w:pPr>
      <w:r w:rsidRPr="00167C12">
        <w:rPr>
          <w:b/>
          <w:sz w:val="28"/>
        </w:rPr>
        <w:t>KẾ HOẠCH BÀI DẠY MÔN TOÁN 3</w:t>
      </w:r>
    </w:p>
    <w:p w:rsidR="00F53BE2" w:rsidRPr="00167C12" w:rsidRDefault="00DE3AA5">
      <w:pPr>
        <w:spacing w:after="0" w:line="240" w:lineRule="auto"/>
        <w:jc w:val="center"/>
      </w:pPr>
      <w:r w:rsidRPr="00167C12">
        <w:rPr>
          <w:b/>
          <w:sz w:val="28"/>
        </w:rPr>
        <w:t>CHỦ ĐỀ 16: ÔN TẬP CUỐI NĂM</w:t>
      </w:r>
    </w:p>
    <w:p w:rsidR="00F53BE2" w:rsidRPr="00167C12" w:rsidRDefault="00DE3AA5">
      <w:pPr>
        <w:spacing w:after="0" w:line="240" w:lineRule="auto"/>
        <w:jc w:val="center"/>
      </w:pPr>
      <w:r w:rsidRPr="00167C12">
        <w:rPr>
          <w:b/>
        </w:rPr>
        <w:t>Bài 78: Ôn tập phép nhân, phép chia trong phạm vi 100 000 (Tiết 2) - Trang 119</w:t>
      </w:r>
    </w:p>
    <w:p w:rsidR="00F53BE2" w:rsidRPr="00167C12" w:rsidRDefault="00DE3AA5">
      <w:pPr>
        <w:spacing w:after="0" w:line="240" w:lineRule="auto"/>
        <w:jc w:val="both"/>
      </w:pPr>
      <w:r w:rsidRPr="00167C12">
        <w:rPr>
          <w:b/>
        </w:rPr>
        <w:t>I. YÊU CẦU CẦN ĐẠT:</w:t>
      </w:r>
    </w:p>
    <w:p w:rsidR="00F53BE2" w:rsidRPr="00167C12" w:rsidRDefault="00DE3AA5">
      <w:pPr>
        <w:spacing w:after="0" w:line="240" w:lineRule="auto"/>
        <w:jc w:val="both"/>
      </w:pPr>
      <w:r w:rsidRPr="00167C12">
        <w:rPr>
          <w:b/>
        </w:rPr>
        <w:t>1. Năng lực đặc thù:</w:t>
      </w:r>
    </w:p>
    <w:p w:rsidR="00F53BE2" w:rsidRPr="00167C12" w:rsidRDefault="00DE3AA5">
      <w:pPr>
        <w:spacing w:after="0" w:line="240" w:lineRule="auto"/>
        <w:jc w:val="both"/>
      </w:pPr>
      <w:r w:rsidRPr="00167C12">
        <w:t>- Ôn chọn đáp án đúng, tính giá trị biểu thức và giải toán có phép nhân, phép chia.</w:t>
      </w:r>
    </w:p>
    <w:p w:rsidR="00F53BE2" w:rsidRPr="00167C12" w:rsidRDefault="00DE3AA5">
      <w:pPr>
        <w:spacing w:after="0" w:line="240" w:lineRule="auto"/>
        <w:jc w:val="both"/>
      </w:pPr>
      <w:r w:rsidRPr="00167C12">
        <w:t>- Vận dụng được phép chia để tìm giá tiền một đơn vị và phép nhân để tìm giá tiền nhiều đơn vị.</w:t>
      </w:r>
    </w:p>
    <w:p w:rsidR="00F53BE2" w:rsidRPr="00167C12" w:rsidRDefault="00DE3AA5">
      <w:pPr>
        <w:spacing w:after="0" w:line="240" w:lineRule="auto"/>
        <w:jc w:val="both"/>
      </w:pPr>
      <w:r w:rsidRPr="00167C12">
        <w:t>- Biết tự kiểm tra, sửa lỗi khi làm bài trắc nghiệm và bài toán thực tế.</w:t>
      </w:r>
    </w:p>
    <w:p w:rsidR="00F53BE2" w:rsidRPr="00167C12" w:rsidRDefault="00DE3AA5">
      <w:pPr>
        <w:spacing w:after="0" w:line="240" w:lineRule="auto"/>
        <w:jc w:val="both"/>
      </w:pPr>
      <w:r w:rsidRPr="00167C12">
        <w:rPr>
          <w:b/>
        </w:rPr>
        <w:t>2. Năng lực chung:</w:t>
      </w:r>
    </w:p>
    <w:p w:rsidR="00F53BE2" w:rsidRPr="00167C12" w:rsidRDefault="00DE3AA5">
      <w:pPr>
        <w:spacing w:after="0" w:line="240" w:lineRule="auto"/>
        <w:jc w:val="both"/>
      </w:pPr>
      <w:r w:rsidRPr="00167C12">
        <w:t>- Tự chủ, tự học: tự đọc yêu cầu, tự làm bài và kiểm tra kết quả theo hướng dẫn.</w:t>
      </w:r>
    </w:p>
    <w:p w:rsidR="00F53BE2" w:rsidRPr="00167C12" w:rsidRDefault="00DE3AA5">
      <w:pPr>
        <w:spacing w:after="0" w:line="240" w:lineRule="auto"/>
        <w:jc w:val="both"/>
      </w:pPr>
      <w:r w:rsidRPr="00167C12">
        <w:t>- Giao tiếp, hợp tác: trao đổi với bạn khi làm nhóm 2, nhóm 4 và trình bày cách làm rõ ràng.</w:t>
      </w:r>
    </w:p>
    <w:p w:rsidR="00F53BE2" w:rsidRPr="00167C12" w:rsidRDefault="00DE3AA5">
      <w:pPr>
        <w:spacing w:after="0" w:line="240" w:lineRule="auto"/>
        <w:jc w:val="both"/>
      </w:pPr>
      <w:r w:rsidRPr="00167C12">
        <w:t>- Giải quyết vấn đề: lựa chọn phép tính, cách đặt tính, cách tính giá trị biểu thức hoặc cách suy luận phù hợp.</w:t>
      </w:r>
    </w:p>
    <w:p w:rsidR="00F53BE2" w:rsidRPr="00167C12" w:rsidRDefault="00DE3AA5">
      <w:pPr>
        <w:spacing w:after="0" w:line="240" w:lineRule="auto"/>
        <w:jc w:val="both"/>
      </w:pPr>
      <w:r w:rsidRPr="00167C12">
        <w:rPr>
          <w:b/>
        </w:rPr>
        <w:t>3. Phẩm chất:</w:t>
      </w:r>
    </w:p>
    <w:p w:rsidR="00F53BE2" w:rsidRPr="00167C12" w:rsidRDefault="00DE3AA5">
      <w:pPr>
        <w:spacing w:after="0" w:line="240" w:lineRule="auto"/>
        <w:jc w:val="both"/>
      </w:pPr>
      <w:r w:rsidRPr="00167C12">
        <w:t>- Chăm chỉ: tích cực tham gia luyện tập, hoàn thành bài được giao.</w:t>
      </w:r>
    </w:p>
    <w:p w:rsidR="00F53BE2" w:rsidRPr="00167C12" w:rsidRDefault="00DE3AA5">
      <w:pPr>
        <w:spacing w:after="0" w:line="240" w:lineRule="auto"/>
        <w:jc w:val="both"/>
      </w:pPr>
      <w:r w:rsidRPr="00167C12">
        <w:t>- Trung thực: tự kiểm tra, sửa lỗi sai trong bài làm.</w:t>
      </w:r>
    </w:p>
    <w:p w:rsidR="00F53BE2" w:rsidRPr="00167C12" w:rsidRDefault="00DE3AA5">
      <w:pPr>
        <w:spacing w:after="0" w:line="240" w:lineRule="auto"/>
        <w:jc w:val="both"/>
      </w:pPr>
      <w:r w:rsidRPr="00167C12">
        <w:t>- Trách nhiệm: trình bày bài rõ ràng, giữ gìn đồ dùng học tập và làm việc đúng yêu cầu.</w:t>
      </w:r>
    </w:p>
    <w:p w:rsidR="00F53BE2" w:rsidRPr="00167C12" w:rsidRDefault="00DE3AA5">
      <w:pPr>
        <w:spacing w:after="0" w:line="240" w:lineRule="auto"/>
        <w:jc w:val="both"/>
      </w:pPr>
      <w:r w:rsidRPr="00167C12">
        <w:rPr>
          <w:b/>
        </w:rPr>
        <w:t>4. Tích hợp:</w:t>
      </w:r>
    </w:p>
    <w:p w:rsidR="00F53BE2" w:rsidRPr="00167C12" w:rsidRDefault="00DE3AA5">
      <w:pPr>
        <w:spacing w:after="0" w:line="240" w:lineRule="auto"/>
        <w:jc w:val="both"/>
      </w:pPr>
      <w:r w:rsidRPr="00167C12">
        <w:t>- Tích hợp NLS 5.2.CB1a: GV chọn các câu trắc nghiệm hoặc Đúng - Sai trong SGK đưa lên Quizizz; HS xem phản hồi sau mỗi câu, xác định lỗi sai ở bước nhân, chia, ước lượng thương hoặc kiểm tra số dư.</w:t>
      </w:r>
    </w:p>
    <w:p w:rsidR="00F53BE2" w:rsidRPr="00167C12" w:rsidRDefault="00DE3AA5">
      <w:pPr>
        <w:spacing w:after="0" w:line="240" w:lineRule="auto"/>
        <w:jc w:val="both"/>
      </w:pPr>
      <w:r w:rsidRPr="00167C12">
        <w:rPr>
          <w:b/>
        </w:rPr>
        <w:t>II. ĐỒ DÙNG DẠY HỌC</w:t>
      </w:r>
    </w:p>
    <w:p w:rsidR="00F53BE2" w:rsidRPr="00167C12" w:rsidRDefault="00DE3AA5">
      <w:pPr>
        <w:spacing w:after="0" w:line="240" w:lineRule="auto"/>
        <w:jc w:val="both"/>
      </w:pPr>
      <w:r w:rsidRPr="00167C12">
        <w:t>- Kế hoạch bài dạy, SGK Toán 3 tập hai, bài giảng PowerPoint.</w:t>
      </w:r>
    </w:p>
    <w:p w:rsidR="00F53BE2" w:rsidRPr="00167C12" w:rsidRDefault="00DE3AA5">
      <w:pPr>
        <w:spacing w:after="0" w:line="240" w:lineRule="auto"/>
        <w:jc w:val="both"/>
      </w:pPr>
      <w:r w:rsidRPr="00167C12">
        <w:t>- Bảng con, phiếu học tập, đồ dùng trực quan phù hợp.</w:t>
      </w:r>
    </w:p>
    <w:p w:rsidR="00F53BE2" w:rsidRPr="00167C12" w:rsidRDefault="00DE3AA5">
      <w:pPr>
        <w:spacing w:after="0" w:line="240" w:lineRule="auto"/>
        <w:jc w:val="both"/>
      </w:pPr>
      <w:r w:rsidRPr="00167C12">
        <w:t>- Hình cắt từ SGK đúng nội dung bài, đặt đúng vị trí dưới câu lệnh của GV.</w:t>
      </w:r>
    </w:p>
    <w:p w:rsidR="00F53BE2" w:rsidRPr="00167C12" w:rsidRDefault="00DE3AA5">
      <w:pPr>
        <w:spacing w:after="0" w:line="240" w:lineRule="auto"/>
        <w:jc w:val="both"/>
      </w:pPr>
      <w:r w:rsidRPr="00167C12">
        <w:rPr>
          <w:b/>
        </w:rPr>
        <w:t>III. HOẠT ĐỘNG DẠY HỌC</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4592"/>
        <w:gridCol w:w="5664"/>
      </w:tblGrid>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center"/>
            </w:pPr>
            <w:r w:rsidRPr="00167C12">
              <w:rPr>
                <w:b/>
              </w:rPr>
              <w:t>Hoạt động của giáo viên</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center"/>
            </w:pPr>
            <w:r w:rsidRPr="00167C12">
              <w:rPr>
                <w:b/>
              </w:rPr>
              <w:t>Hoạt động của học sinh</w:t>
            </w:r>
          </w:p>
        </w:tc>
      </w:tr>
      <w:tr w:rsidR="00167C12" w:rsidRPr="00167C12" w:rsidTr="00A05F83">
        <w:trPr>
          <w:jc w:val="center"/>
        </w:trPr>
        <w:tc>
          <w:tcPr>
            <w:tcW w:w="10256" w:type="dxa"/>
            <w:gridSpan w:val="2"/>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1. Khởi động (5 phút):</w:t>
            </w:r>
          </w:p>
          <w:p w:rsidR="00F53BE2" w:rsidRPr="00167C12" w:rsidRDefault="00DE3AA5">
            <w:pPr>
              <w:spacing w:after="0" w:line="240" w:lineRule="auto"/>
              <w:jc w:val="both"/>
            </w:pPr>
            <w:r w:rsidRPr="00167C12">
              <w:t>- Mục tiêu: Ôn kiến thức liên quan và tạo tâm thế học tập.</w:t>
            </w:r>
          </w:p>
          <w:p w:rsidR="00F53BE2" w:rsidRPr="00167C12" w:rsidRDefault="00DE3AA5">
            <w:pPr>
              <w:spacing w:after="0" w:line="240" w:lineRule="auto"/>
              <w:jc w:val="both"/>
            </w:pPr>
            <w:r w:rsidRPr="00167C12">
              <w:t>*Cách tiến hành:</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tổ chức trò chơi “Tính nhanh - nói đúng”, nêu 2 phép tính hoặc câu hỏi ôn kiến thức của tiết trước.</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tham gia trò chơi, trả lời nhanh phép tính/câu hỏi GV nêu.</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nhận xét kết quả, khen HS trả lời đúng và nhắc HS chú ý đặt tính thẳng hàng, thực hiện đúng thứ tự phép tính.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lắng nghe, tự nhắc lại lỗi cần tránh khi làm bài.</w:t>
            </w:r>
          </w:p>
        </w:tc>
      </w:tr>
      <w:tr w:rsidR="00167C12" w:rsidRPr="00167C12" w:rsidTr="00A05F83">
        <w:trPr>
          <w:jc w:val="center"/>
        </w:trPr>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giới thiệu bài học mới và ghi tên bài lên bảng.</w:t>
            </w:r>
          </w:p>
        </w:tc>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tên bài, chuẩn bị SGK, vở, bảng con.</w:t>
            </w:r>
          </w:p>
        </w:tc>
      </w:tr>
      <w:tr w:rsidR="00167C12" w:rsidRPr="00167C12" w:rsidTr="00A05F83">
        <w:trPr>
          <w:jc w:val="center"/>
        </w:trPr>
        <w:tc>
          <w:tcPr>
            <w:tcW w:w="10256"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2. Khám phá (7 phút):</w:t>
            </w:r>
          </w:p>
          <w:p w:rsidR="00F53BE2" w:rsidRPr="00167C12" w:rsidRDefault="00DE3AA5">
            <w:pPr>
              <w:spacing w:after="0" w:line="240" w:lineRule="auto"/>
              <w:jc w:val="both"/>
            </w:pPr>
            <w:r w:rsidRPr="00167C12">
              <w:t>- Mục tiêu: Nhắc lại quy tắc/cách làm trọng tâm của bài, quan sát bài tập SGK và thực hiện nhiệm vụ mẫu.</w:t>
            </w:r>
          </w:p>
          <w:p w:rsidR="00F53BE2" w:rsidRPr="00167C12" w:rsidRDefault="00DE3AA5">
            <w:pPr>
              <w:spacing w:after="0" w:line="240" w:lineRule="auto"/>
              <w:jc w:val="both"/>
            </w:pPr>
            <w:r w:rsidRPr="00167C12">
              <w:t>*Cách tiến hành:</w:t>
            </w:r>
          </w:p>
        </w:tc>
      </w:tr>
      <w:tr w:rsidR="00167C12" w:rsidRPr="00167C12" w:rsidTr="00A05F83">
        <w:trPr>
          <w:jc w:val="center"/>
        </w:trPr>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1. Chọn câu trả lời đúng.</w:t>
            </w:r>
          </w:p>
          <w:p w:rsidR="00F53BE2" w:rsidRPr="00167C12" w:rsidRDefault="00DE3AA5" w:rsidP="00A05F83">
            <w:pPr>
              <w:spacing w:after="0" w:line="240" w:lineRule="auto"/>
              <w:jc w:val="both"/>
            </w:pPr>
            <w:r w:rsidRPr="00167C12">
              <w:lastRenderedPageBreak/>
              <w:t>- GV yêu cầu HS quan sát hình bài tập trong SGK.</w:t>
            </w:r>
          </w:p>
        </w:tc>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lastRenderedPageBreak/>
              <w:t>- HS quan sát bài trong SGK.</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lastRenderedPageBreak/>
              <w:t>- GV cho HS đọc yêu cầu, nhắc HS phải tính trước khi chọn đáp án.</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đọc yêu cầu, không chọn theo cảm tính mà tính ra nháp trước.</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lồng ghép NLS 5.2.CB1a: GV đưa câu a, b, c lên Quizizz, yêu cầu HS bấm chọn và xem phản hồi.</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thực hiện trên Quizizz, xem kết quả đúng/sai sau mỗi câu.</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đáp án từng câu và yêu cầu HS giải thích.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a) 1 508 x 6 = 9 048, chọn A; b) 35 145 : 5 = 7 029, chọn B; c) 27 180 : (3 x 2) = 27 180 : 6 = 4 530, chọn D.</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nêu lỗi sai nếu chọn nhầm đáp án.</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Có thể nhân sai, chia sai, quên tính trong ngoặc trước hoặc đọc nhầm chữ số.</w:t>
            </w:r>
          </w:p>
        </w:tc>
      </w:tr>
      <w:tr w:rsidR="00167C12" w:rsidRPr="00167C12" w:rsidTr="00A05F83">
        <w:trPr>
          <w:jc w:val="center"/>
        </w:trPr>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Phản hồi số giúp HS tự nhận ra lỗi, nhưng HS cần tính lại để kiểm chứng.</w:t>
            </w:r>
          </w:p>
        </w:tc>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biết dùng phản hồi Quizizz để tự sửa bài.</w:t>
            </w:r>
          </w:p>
        </w:tc>
      </w:tr>
      <w:tr w:rsidR="00167C12" w:rsidRPr="00167C12" w:rsidTr="00A05F83">
        <w:trPr>
          <w:jc w:val="center"/>
        </w:trPr>
        <w:tc>
          <w:tcPr>
            <w:tcW w:w="10256"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3. Luyện tập (20 phút):</w:t>
            </w:r>
          </w:p>
          <w:p w:rsidR="00F53BE2" w:rsidRPr="00167C12" w:rsidRDefault="00DE3AA5">
            <w:pPr>
              <w:spacing w:after="0" w:line="240" w:lineRule="auto"/>
              <w:jc w:val="both"/>
            </w:pPr>
            <w:r w:rsidRPr="00167C12">
              <w:t>- Mục tiêu: Thực hành các bài tập trong SGK, nêu cách làm, trình bày đáp án cụ thể và kiểm tra kết quả.</w:t>
            </w:r>
          </w:p>
          <w:p w:rsidR="00F53BE2" w:rsidRPr="00167C12" w:rsidRDefault="00DE3AA5">
            <w:pPr>
              <w:spacing w:after="0" w:line="240" w:lineRule="auto"/>
              <w:jc w:val="both"/>
            </w:pPr>
            <w:r w:rsidRPr="00167C12">
              <w:t>*Cách tiến hành:</w:t>
            </w:r>
          </w:p>
        </w:tc>
      </w:tr>
      <w:tr w:rsidR="00167C12" w:rsidRPr="00167C12" w:rsidTr="00A05F83">
        <w:trPr>
          <w:jc w:val="center"/>
        </w:trPr>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2. Tính giá trị của biểu thức.</w:t>
            </w:r>
          </w:p>
          <w:p w:rsidR="00F53BE2" w:rsidRPr="00167C12" w:rsidRDefault="00DE3AA5">
            <w:pPr>
              <w:spacing w:after="0" w:line="240" w:lineRule="auto"/>
              <w:jc w:val="both"/>
            </w:pPr>
            <w:r w:rsidRPr="00167C12">
              <w:t>- GV yêu cầu HS quan sát hình bài tập trong SGK.</w:t>
            </w:r>
          </w:p>
          <w:p w:rsidR="00F53BE2" w:rsidRPr="00167C12" w:rsidRDefault="00F53BE2">
            <w:pPr>
              <w:spacing w:after="0"/>
              <w:jc w:val="center"/>
            </w:pPr>
          </w:p>
        </w:tc>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đọc yêu cầu, nhắc lại thứ tự thực hiện phép tính.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Trong ngoặc tính trước; nhân, chia tính trước cộng, trừ; các phép cùng mức tính từ trái sang phải.</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làm cá nhân vào vở.</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làm: a) (6 000 + 3 000) x 5 = 45 000; b) 18 000 : 6 x 3 = 9 000; c) (40 000 - 5 000) : 7 = 5 000; d) 7 000 x (2 x 3) = 42 000.</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gọi HS nêu cách làm câu b và câu d.</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Câu b chia trước rồi nhân theo thứ tự từ trái sang phải; câu d tính trong ngoặc trước rồi nhân với 7 000.</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kiểm tra kết quả với bạn bên cạnh.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đổi vở, đối chiếu kết quả và sửa nếu sai thứ tự phép tính.</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Sai thứ tự phép tính sẽ làm kết quả sai dù tính từng phép đúng.</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cần ghi đủ bước khi tính biểu thức.</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3. Tính giá trị của biểu thức.</w:t>
            </w:r>
          </w:p>
          <w:p w:rsidR="00F53BE2" w:rsidRPr="00167C12" w:rsidRDefault="00DE3AA5" w:rsidP="00A05F83">
            <w:pPr>
              <w:spacing w:after="0" w:line="240" w:lineRule="auto"/>
              <w:jc w:val="both"/>
            </w:pPr>
            <w:r w:rsidRPr="00167C12">
              <w:t>- GV yêu cầu HS quan sát hình bài tập trong SGK.</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xml:space="preserve">- GV cho HS đọc yêu cầu, yêu cầu HS </w:t>
            </w:r>
            <w:r w:rsidRPr="00167C12">
              <w:lastRenderedPageBreak/>
              <w:t>nhận xét mỗi biểu thức có những phép tính nào.</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lastRenderedPageBreak/>
              <w:t xml:space="preserve">- HS nêu: Câu a có hai phép nhân; câu b có các phép </w:t>
            </w:r>
            <w:r w:rsidRPr="00167C12">
              <w:lastRenderedPageBreak/>
              <w:t>cộng.</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lastRenderedPageBreak/>
              <w:t>- GV cho HS làm bài vào bảng con/vở.</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làm: a) 5 406 x 2 x 4 = 10 812 x 4 = 43 248; b) 370 + 9 826 + 6 530 = 16 726.</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HS cách kiểm tra câu b nhanh hơn.</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Có thể đổi chỗ các số hạng để cộng thuận tiện, ví dụ 370 + 6 530 = 6 900, rồi cộng 9 826.</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gọi HS trình bày, bạn khác nhận xét.</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trình bày kết quả, nhận xét và sửa nếu cộng nhầm.</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Với phép cộng nhiều số hạng, có thể nhóm các số để tính thuận tiện.</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cách tính hợp lí khi cộng nhiều số.</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4. Bài toán mua gạo.</w:t>
            </w:r>
          </w:p>
          <w:p w:rsidR="00F53BE2" w:rsidRPr="00167C12" w:rsidRDefault="00DE3AA5" w:rsidP="00A05F83">
            <w:pPr>
              <w:spacing w:after="0" w:line="240" w:lineRule="auto"/>
              <w:jc w:val="both"/>
            </w:pPr>
            <w:r w:rsidRPr="00167C12">
              <w:t>- GV yêu cầu HS quan sát hình bài tập trong SGK.</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đọc đề toán và hỏi: Bài toán cho biết gì?</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Cô Hoa mua 5 kg gạo hết 85 000 đồng; bác Hiền mua 4 kg gạo như thế.</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Muốn biết 1 kg gạo giá bao nhiêu, ta làm thế nào?</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Lấy 85 000 : 5 = 17 000 đồng.</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giải cả hai câu a và b.</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làm: a) Mỗi ki-lô-gam gạo giá 85 000 : 5 = 17 000 (đồng). b) Bác Hiền phải trả: 17 000 x 4 = 68 000 (đồng). Đáp số: a) 17 000 đồng; b) 68 000 đồng.</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gọi HS trình bày, yêu cầu nêu rõ đơn vị ở mỗi câu.</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trình bày bài giải, nêu đơn vị “đồng” và nhận xét bài bạn.</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Muốn tìm giá nhiều ki-lô-gam, trước hết tìm giá 1 ki-lô-gam rồi nhân với số ki-lô-gam cần mua.</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cách giải bài toán rút về đơn vị.</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5. Bài toán tuổi.</w:t>
            </w:r>
          </w:p>
          <w:p w:rsidR="00F53BE2" w:rsidRPr="00167C12" w:rsidRDefault="00DE3AA5" w:rsidP="00A05F83">
            <w:pPr>
              <w:spacing w:after="0" w:line="240" w:lineRule="auto"/>
              <w:jc w:val="both"/>
            </w:pPr>
            <w:r w:rsidRPr="00167C12">
              <w:t>- GV yêu cầu HS quan sát hình bài tập trong SGK.</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đọc đề, hỏi bài toán cho biết gì về tuổi của Nam và bố.</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Nam 9 tuổi, bố hơn Nam 27 tuổi.</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Muốn biết tuổi bố gấp mấy lần tuổi Nam, cần tìm gì trước?</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Cần tìm tuổi bố trước.</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làm bài giải vào vở.</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làm: Tuổi của bố là: 9 + 27 = 36 (tuổi). Tuổi bố gấp tuổi Nam số lần là: 36 : 9 = 4 (lần). Đáp số: 4 lần.</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gọi HS trình bày cách làm, bạn khác nhận xét.</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trình bày, nhận xét câu lời giải và phép tính.</w:t>
            </w:r>
          </w:p>
        </w:tc>
      </w:tr>
      <w:tr w:rsidR="00167C12" w:rsidRPr="00167C12" w:rsidTr="00A05F83">
        <w:trPr>
          <w:jc w:val="center"/>
        </w:trPr>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xml:space="preserve">- GV kết luận: Muốn tìm số lần gấp nhau, </w:t>
            </w:r>
            <w:r w:rsidRPr="00167C12">
              <w:lastRenderedPageBreak/>
              <w:t>ta lấy số lớn chia cho số bé.</w:t>
            </w:r>
          </w:p>
        </w:tc>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lastRenderedPageBreak/>
              <w:t>- HS ghi nhớ cách giải bài toán gấp một số lần.</w:t>
            </w:r>
          </w:p>
        </w:tc>
      </w:tr>
      <w:tr w:rsidR="00167C12" w:rsidRPr="00167C12" w:rsidTr="00A05F83">
        <w:trPr>
          <w:jc w:val="center"/>
        </w:trPr>
        <w:tc>
          <w:tcPr>
            <w:tcW w:w="10256"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lastRenderedPageBreak/>
              <w:t>4. Vận dụng - Trải nghiệm (3 phút):</w:t>
            </w:r>
          </w:p>
          <w:p w:rsidR="00F53BE2" w:rsidRPr="00167C12" w:rsidRDefault="00DE3AA5">
            <w:pPr>
              <w:spacing w:after="0" w:line="240" w:lineRule="auto"/>
              <w:jc w:val="both"/>
            </w:pPr>
            <w:r w:rsidRPr="00167C12">
              <w:t>- Mục tiêu: Củng cố kiến thức trong tiết học và liên hệ thực tế.</w:t>
            </w:r>
          </w:p>
          <w:p w:rsidR="00F53BE2" w:rsidRPr="00167C12" w:rsidRDefault="00DE3AA5">
            <w:pPr>
              <w:spacing w:after="0" w:line="240" w:lineRule="auto"/>
              <w:jc w:val="both"/>
            </w:pPr>
            <w:r w:rsidRPr="00167C12">
              <w:t>*Cách tiến hành:</w:t>
            </w:r>
          </w:p>
        </w:tc>
      </w:tr>
      <w:tr w:rsidR="00167C12" w:rsidRPr="00167C12" w:rsidTr="00A05F83">
        <w:trPr>
          <w:jc w:val="center"/>
        </w:trPr>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Hôm nay em đã ôn được những kiến thức nào?</w:t>
            </w:r>
          </w:p>
        </w:tc>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Em ôn đặt tính, tính cộng/trừ hoặc nhân/chia, tính giá trị biểu thức, giải toán có lời văn và kiểm tra kết quả.</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nêu một lỗi thường gặp và cách sửa khi làm bài.</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Em cần đặt thẳng hàng, nhớ khi cộng, mượn khi trừ, nhân/chia đúng quy trình, kiểm tra lại bằng phép tính ngược.</w:t>
            </w:r>
          </w:p>
        </w:tc>
      </w:tr>
      <w:tr w:rsidR="00167C12" w:rsidRPr="00167C12" w:rsidTr="00A05F83">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nhận xét tiết học, tuyên dương HS tích cực, dặn HS hoàn thành phần còn thiếu và chuẩn bị bài sau.</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lắng nghe, ghi nhớ nhiệm vụ và tự đánh giá kết quả học tập của mình.</w:t>
            </w:r>
          </w:p>
        </w:tc>
      </w:tr>
    </w:tbl>
    <w:p w:rsidR="00F53BE2" w:rsidRPr="00167C12" w:rsidRDefault="00DE3AA5">
      <w:pPr>
        <w:spacing w:after="0" w:line="240" w:lineRule="auto"/>
        <w:jc w:val="both"/>
      </w:pPr>
      <w:r w:rsidRPr="00167C12">
        <w:rPr>
          <w:b/>
        </w:rPr>
        <w:t>IV. ĐIỀU CHỈNH SAU BÀI DẠY:</w:t>
      </w:r>
    </w:p>
    <w:p w:rsidR="00F53BE2" w:rsidRPr="00167C12" w:rsidRDefault="00DE3AA5">
      <w:pPr>
        <w:spacing w:after="0" w:line="240" w:lineRule="auto"/>
        <w:jc w:val="both"/>
      </w:pPr>
      <w:r w:rsidRPr="00167C12">
        <w:t>.......................................................................................................................................</w:t>
      </w:r>
    </w:p>
    <w:p w:rsidR="00F53BE2" w:rsidRPr="00167C12" w:rsidRDefault="00DE3AA5">
      <w:pPr>
        <w:spacing w:after="0" w:line="240" w:lineRule="auto"/>
        <w:jc w:val="both"/>
      </w:pPr>
      <w:r w:rsidRPr="00167C12">
        <w:t>.......................................................................................................................................</w:t>
      </w:r>
    </w:p>
    <w:p w:rsidR="00F53BE2" w:rsidRPr="00167C12" w:rsidRDefault="00DE3AA5">
      <w:pPr>
        <w:spacing w:after="0" w:line="240" w:lineRule="auto"/>
        <w:jc w:val="center"/>
      </w:pPr>
      <w:bookmarkStart w:id="0" w:name="_GoBack"/>
      <w:bookmarkEnd w:id="0"/>
      <w:r w:rsidRPr="00167C12">
        <w:rPr>
          <w:b/>
          <w:sz w:val="28"/>
        </w:rPr>
        <w:t>TUẦN 34</w:t>
      </w:r>
    </w:p>
    <w:p w:rsidR="00F53BE2" w:rsidRPr="00167C12" w:rsidRDefault="00DE3AA5">
      <w:pPr>
        <w:spacing w:after="0" w:line="240" w:lineRule="auto"/>
        <w:jc w:val="center"/>
      </w:pPr>
      <w:r w:rsidRPr="00167C12">
        <w:rPr>
          <w:b/>
          <w:sz w:val="28"/>
        </w:rPr>
        <w:t>KẾ HOẠCH BÀI DẠY MÔN TOÁN 3</w:t>
      </w:r>
    </w:p>
    <w:p w:rsidR="00F53BE2" w:rsidRPr="00167C12" w:rsidRDefault="00DE3AA5">
      <w:pPr>
        <w:spacing w:after="0" w:line="240" w:lineRule="auto"/>
        <w:jc w:val="center"/>
      </w:pPr>
      <w:r w:rsidRPr="00167C12">
        <w:rPr>
          <w:b/>
          <w:sz w:val="28"/>
        </w:rPr>
        <w:t>CHỦ ĐỀ 16: ÔN TẬP CUỐI NĂM</w:t>
      </w:r>
    </w:p>
    <w:p w:rsidR="00F53BE2" w:rsidRPr="00167C12" w:rsidRDefault="00DE3AA5">
      <w:pPr>
        <w:spacing w:after="0" w:line="240" w:lineRule="auto"/>
        <w:jc w:val="center"/>
      </w:pPr>
      <w:r w:rsidRPr="00167C12">
        <w:rPr>
          <w:b/>
        </w:rPr>
        <w:t>Bài 78: Ôn tập phép nhân, phép chia trong phạm vi 100 000 (Tiết 3) - Trang 120</w:t>
      </w:r>
    </w:p>
    <w:p w:rsidR="00F53BE2" w:rsidRPr="00167C12" w:rsidRDefault="00DE3AA5">
      <w:pPr>
        <w:spacing w:after="0" w:line="240" w:lineRule="auto"/>
        <w:jc w:val="both"/>
      </w:pPr>
      <w:r w:rsidRPr="00167C12">
        <w:rPr>
          <w:b/>
        </w:rPr>
        <w:t>I. YÊU CẦU CẦN ĐẠT:</w:t>
      </w:r>
    </w:p>
    <w:p w:rsidR="00F53BE2" w:rsidRPr="00167C12" w:rsidRDefault="00DE3AA5">
      <w:pPr>
        <w:spacing w:after="0" w:line="240" w:lineRule="auto"/>
        <w:jc w:val="both"/>
      </w:pPr>
      <w:r w:rsidRPr="00167C12">
        <w:rPr>
          <w:b/>
        </w:rPr>
        <w:t>1. Năng lực đặc thù:</w:t>
      </w:r>
    </w:p>
    <w:p w:rsidR="00F53BE2" w:rsidRPr="00167C12" w:rsidRDefault="00DE3AA5">
      <w:pPr>
        <w:spacing w:after="0" w:line="240" w:lineRule="auto"/>
        <w:jc w:val="both"/>
      </w:pPr>
      <w:r w:rsidRPr="00167C12">
        <w:t>- Ôn chọn kết quả lớn nhất, bé nhất; tính giá trị biểu thức có nhân, chia, cộng, trừ.</w:t>
      </w:r>
    </w:p>
    <w:p w:rsidR="00F53BE2" w:rsidRPr="00167C12" w:rsidRDefault="00DE3AA5">
      <w:pPr>
        <w:spacing w:after="0" w:line="240" w:lineRule="auto"/>
        <w:jc w:val="both"/>
      </w:pPr>
      <w:r w:rsidRPr="00167C12">
        <w:t>- Giải được bài toán thực tế về khối lượng gạo, số viên gạch và chọn dấu phép tính thích hợp.</w:t>
      </w:r>
    </w:p>
    <w:p w:rsidR="00F53BE2" w:rsidRPr="00167C12" w:rsidRDefault="00DE3AA5">
      <w:pPr>
        <w:spacing w:after="0" w:line="240" w:lineRule="auto"/>
        <w:jc w:val="both"/>
      </w:pPr>
      <w:r w:rsidRPr="00167C12">
        <w:t>- Biết kiểm chứng kết quả bằng phép tính ngược hoặc cách thử lại.</w:t>
      </w:r>
    </w:p>
    <w:p w:rsidR="00F53BE2" w:rsidRPr="00167C12" w:rsidRDefault="00DE3AA5">
      <w:pPr>
        <w:spacing w:after="0" w:line="240" w:lineRule="auto"/>
        <w:jc w:val="both"/>
      </w:pPr>
      <w:r w:rsidRPr="00167C12">
        <w:rPr>
          <w:b/>
        </w:rPr>
        <w:t>2. Năng lực chung:</w:t>
      </w:r>
    </w:p>
    <w:p w:rsidR="00F53BE2" w:rsidRPr="00167C12" w:rsidRDefault="00DE3AA5">
      <w:pPr>
        <w:spacing w:after="0" w:line="240" w:lineRule="auto"/>
        <w:jc w:val="both"/>
      </w:pPr>
      <w:r w:rsidRPr="00167C12">
        <w:t>- Tự chủ, tự học: tự đọc yêu cầu, tự làm bài và kiểm tra kết quả theo hướng dẫn.</w:t>
      </w:r>
    </w:p>
    <w:p w:rsidR="00F53BE2" w:rsidRPr="00167C12" w:rsidRDefault="00DE3AA5">
      <w:pPr>
        <w:spacing w:after="0" w:line="240" w:lineRule="auto"/>
        <w:jc w:val="both"/>
      </w:pPr>
      <w:r w:rsidRPr="00167C12">
        <w:t>- Giao tiếp, hợp tác: trao đổi với bạn khi làm nhóm 2, nhóm 4 và trình bày cách làm rõ ràng.</w:t>
      </w:r>
    </w:p>
    <w:p w:rsidR="00F53BE2" w:rsidRPr="00167C12" w:rsidRDefault="00DE3AA5">
      <w:pPr>
        <w:spacing w:after="0" w:line="240" w:lineRule="auto"/>
        <w:jc w:val="both"/>
      </w:pPr>
      <w:r w:rsidRPr="00167C12">
        <w:t>- Giải quyết vấn đề: lựa chọn phép tính, cách đặt tính, cách tính giá trị biểu thức hoặc cách suy luận phù hợp.</w:t>
      </w:r>
    </w:p>
    <w:p w:rsidR="00F53BE2" w:rsidRPr="00167C12" w:rsidRDefault="00DE3AA5">
      <w:pPr>
        <w:spacing w:after="0" w:line="240" w:lineRule="auto"/>
        <w:jc w:val="both"/>
      </w:pPr>
      <w:r w:rsidRPr="00167C12">
        <w:rPr>
          <w:b/>
        </w:rPr>
        <w:t>3. Phẩm chất:</w:t>
      </w:r>
    </w:p>
    <w:p w:rsidR="00F53BE2" w:rsidRPr="00167C12" w:rsidRDefault="00DE3AA5">
      <w:pPr>
        <w:spacing w:after="0" w:line="240" w:lineRule="auto"/>
        <w:jc w:val="both"/>
      </w:pPr>
      <w:r w:rsidRPr="00167C12">
        <w:t>- Chăm chỉ: tích cực tham gia luyện tập, hoàn thành bài được giao.</w:t>
      </w:r>
    </w:p>
    <w:p w:rsidR="00F53BE2" w:rsidRPr="00167C12" w:rsidRDefault="00DE3AA5">
      <w:pPr>
        <w:spacing w:after="0" w:line="240" w:lineRule="auto"/>
        <w:jc w:val="both"/>
      </w:pPr>
      <w:r w:rsidRPr="00167C12">
        <w:t>- Trung thực: tự kiểm tra, sửa lỗi sai trong bài làm.</w:t>
      </w:r>
    </w:p>
    <w:p w:rsidR="00F53BE2" w:rsidRPr="00167C12" w:rsidRDefault="00DE3AA5">
      <w:pPr>
        <w:spacing w:after="0" w:line="240" w:lineRule="auto"/>
        <w:jc w:val="both"/>
      </w:pPr>
      <w:r w:rsidRPr="00167C12">
        <w:t>- Trách nhiệm: trình bày bài rõ ràng, giữ gìn đồ dùng học tập và làm việc đúng yêu cầu.</w:t>
      </w:r>
    </w:p>
    <w:p w:rsidR="00F53BE2" w:rsidRPr="00167C12" w:rsidRDefault="00DE3AA5">
      <w:pPr>
        <w:spacing w:after="0" w:line="240" w:lineRule="auto"/>
        <w:jc w:val="both"/>
      </w:pPr>
      <w:r w:rsidRPr="00167C12">
        <w:rPr>
          <w:b/>
        </w:rPr>
        <w:t>4. Tích hợp:</w:t>
      </w:r>
    </w:p>
    <w:p w:rsidR="00F53BE2" w:rsidRPr="00167C12" w:rsidRDefault="00DE3AA5">
      <w:pPr>
        <w:spacing w:after="0" w:line="240" w:lineRule="auto"/>
        <w:jc w:val="both"/>
      </w:pPr>
      <w:r w:rsidRPr="00167C12">
        <w:t>- Tích hợp AI (Khung 3439) - 3.D2.2: HS hiểu AI/công cụ kiểm tra phép tính cần dữ liệu đầy đủ, rõ ràng; nếu nhập sai phép tính hoặc thiếu dấu phép tính thì phản hồi có thể sai.</w:t>
      </w:r>
    </w:p>
    <w:p w:rsidR="00F53BE2" w:rsidRPr="00167C12" w:rsidRDefault="00DE3AA5">
      <w:pPr>
        <w:spacing w:after="0" w:line="240" w:lineRule="auto"/>
        <w:jc w:val="both"/>
      </w:pPr>
      <w:r w:rsidRPr="00167C12">
        <w:rPr>
          <w:b/>
        </w:rPr>
        <w:t>II. ĐỒ DÙNG DẠY HỌC</w:t>
      </w:r>
    </w:p>
    <w:p w:rsidR="00F53BE2" w:rsidRPr="00167C12" w:rsidRDefault="00DE3AA5">
      <w:pPr>
        <w:spacing w:after="0" w:line="240" w:lineRule="auto"/>
        <w:jc w:val="both"/>
      </w:pPr>
      <w:r w:rsidRPr="00167C12">
        <w:t>- Kế hoạch bài dạy, SGK Toán 3 tập hai, bài giảng PowerPoint.</w:t>
      </w:r>
    </w:p>
    <w:p w:rsidR="00F53BE2" w:rsidRPr="00167C12" w:rsidRDefault="00DE3AA5">
      <w:pPr>
        <w:spacing w:after="0" w:line="240" w:lineRule="auto"/>
        <w:jc w:val="both"/>
      </w:pPr>
      <w:r w:rsidRPr="00167C12">
        <w:t>- Bảng con, phiếu học tập, đồ dùng trực quan phù hợp.</w:t>
      </w:r>
    </w:p>
    <w:p w:rsidR="00F53BE2" w:rsidRPr="00167C12" w:rsidRDefault="00DE3AA5">
      <w:pPr>
        <w:spacing w:after="0" w:line="240" w:lineRule="auto"/>
        <w:jc w:val="both"/>
      </w:pPr>
      <w:r w:rsidRPr="00167C12">
        <w:t>- Hình cắt từ SGK đúng nội dung bài, đặt đúng vị trí dưới câu lệnh của GV.</w:t>
      </w:r>
    </w:p>
    <w:p w:rsidR="00F53BE2" w:rsidRPr="00167C12" w:rsidRDefault="00DE3AA5">
      <w:pPr>
        <w:spacing w:after="0" w:line="240" w:lineRule="auto"/>
        <w:jc w:val="both"/>
      </w:pPr>
      <w:r w:rsidRPr="00167C12">
        <w:rPr>
          <w:b/>
        </w:rPr>
        <w:t>III. HOẠT ĐỘNG DẠY HỌC</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4592"/>
        <w:gridCol w:w="5664"/>
      </w:tblGrid>
      <w:tr w:rsidR="00167C12" w:rsidRPr="00167C12" w:rsidTr="0069413B">
        <w:trPr>
          <w:jc w:val="center"/>
        </w:trPr>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center"/>
            </w:pPr>
            <w:r w:rsidRPr="00167C12">
              <w:rPr>
                <w:b/>
              </w:rPr>
              <w:t>Hoạt động của giáo viên</w:t>
            </w:r>
          </w:p>
        </w:tc>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center"/>
            </w:pPr>
            <w:r w:rsidRPr="00167C12">
              <w:rPr>
                <w:b/>
              </w:rPr>
              <w:t>Hoạt động của học sinh</w:t>
            </w:r>
          </w:p>
        </w:tc>
      </w:tr>
      <w:tr w:rsidR="00167C12" w:rsidRPr="00167C12" w:rsidTr="0069413B">
        <w:trPr>
          <w:jc w:val="center"/>
        </w:trPr>
        <w:tc>
          <w:tcPr>
            <w:tcW w:w="10256"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lastRenderedPageBreak/>
              <w:t>1. Khởi động (5 phút):</w:t>
            </w:r>
          </w:p>
          <w:p w:rsidR="00F53BE2" w:rsidRPr="00167C12" w:rsidRDefault="00DE3AA5">
            <w:pPr>
              <w:spacing w:after="0" w:line="240" w:lineRule="auto"/>
              <w:jc w:val="both"/>
            </w:pPr>
            <w:r w:rsidRPr="00167C12">
              <w:t>- Mục tiêu: Ôn kiến thức liên quan và tạo tâm thế học tập.</w:t>
            </w:r>
          </w:p>
          <w:p w:rsidR="00F53BE2" w:rsidRPr="00167C12" w:rsidRDefault="00DE3AA5">
            <w:pPr>
              <w:spacing w:after="0" w:line="240" w:lineRule="auto"/>
              <w:jc w:val="both"/>
            </w:pPr>
            <w:r w:rsidRPr="00167C12">
              <w:t>*Cách tiến hành:</w:t>
            </w:r>
          </w:p>
        </w:tc>
      </w:tr>
      <w:tr w:rsidR="00167C12" w:rsidRPr="00167C12" w:rsidTr="0069413B">
        <w:trPr>
          <w:jc w:val="center"/>
        </w:trPr>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tổ chức trò chơi “Tính nhanh - nói đúng”, nêu 2 phép tính hoặc câu hỏi ôn kiến thức của tiết trước.</w:t>
            </w:r>
          </w:p>
        </w:tc>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tham gia trò chơi, trả lời nhanh phép tính/câu hỏi GV nêu.</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nhận xét kết quả, khen HS trả lời đúng và nhắc HS chú ý đặt tính thẳng hàng, thực hiện đúng thứ tự phép tính.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lắng nghe, tự nhắc lại lỗi cần tránh khi làm bài.</w:t>
            </w:r>
          </w:p>
        </w:tc>
      </w:tr>
      <w:tr w:rsidR="00167C12" w:rsidRPr="00167C12" w:rsidTr="0069413B">
        <w:trPr>
          <w:jc w:val="center"/>
        </w:trPr>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giới thiệu bài học mới và ghi tên bài lên bảng.</w:t>
            </w:r>
          </w:p>
        </w:tc>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tên bài, chuẩn bị SGK, vở, bảng con.</w:t>
            </w:r>
          </w:p>
        </w:tc>
      </w:tr>
      <w:tr w:rsidR="00167C12" w:rsidRPr="00167C12" w:rsidTr="0069413B">
        <w:trPr>
          <w:jc w:val="center"/>
        </w:trPr>
        <w:tc>
          <w:tcPr>
            <w:tcW w:w="10256"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2. Khám phá (7 phút):</w:t>
            </w:r>
          </w:p>
          <w:p w:rsidR="00F53BE2" w:rsidRPr="00167C12" w:rsidRDefault="00DE3AA5">
            <w:pPr>
              <w:spacing w:after="0" w:line="240" w:lineRule="auto"/>
              <w:jc w:val="both"/>
            </w:pPr>
            <w:r w:rsidRPr="00167C12">
              <w:t>- Mục tiêu: Nhắc lại quy tắc/cách làm trọng tâm của bài, quan sát bài tập SGK và thực hiện nhiệm vụ mẫu.</w:t>
            </w:r>
          </w:p>
          <w:p w:rsidR="00F53BE2" w:rsidRPr="00167C12" w:rsidRDefault="00DE3AA5">
            <w:pPr>
              <w:spacing w:after="0" w:line="240" w:lineRule="auto"/>
              <w:jc w:val="both"/>
            </w:pPr>
            <w:r w:rsidRPr="00167C12">
              <w:t>*Cách tiến hành:</w:t>
            </w:r>
          </w:p>
        </w:tc>
      </w:tr>
      <w:tr w:rsidR="00167C12" w:rsidRPr="00167C12" w:rsidTr="0069413B">
        <w:trPr>
          <w:jc w:val="center"/>
        </w:trPr>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1. Chọn câu trả lời đúng.</w:t>
            </w:r>
          </w:p>
          <w:p w:rsidR="00F53BE2" w:rsidRPr="00167C12" w:rsidRDefault="00DE3AA5" w:rsidP="0069413B">
            <w:pPr>
              <w:spacing w:after="0" w:line="240" w:lineRule="auto"/>
              <w:jc w:val="both"/>
            </w:pPr>
            <w:r w:rsidRPr="00167C12">
              <w:t>- GV yêu cầu HS quan sát hình bài tập trong SGK.</w:t>
            </w:r>
          </w:p>
        </w:tc>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đọc yêu cầu và xác định bài yêu cầu tìm kết quả lớn nhất, bé nhất.</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đọc yêu cầu, nêu: Câu a tìm kết quả lớn nhất, câu b tìm kết quả bé nhất.</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tính từng phép tính trước khi chọn.</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tính: a) 1 500 x 7 = 10 500; 2 109 x 5 = 10 545; 1 807 x 6 = 10 842 nên chọn C. b) 18 126 : 3 = 6 042; 43 120 : 8 = 5 390; 52 200 : 9 = 5 800 nên chọn B.</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HS vì sao không chọn theo số nhìn lớn hơn.</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Vì cần so sánh kết quả sau khi thực hiện phép tính, không so sánh các số ban đầu.</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gọi HS trình bày, bạn khác nhận xét.</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trình bày kết quả và nhận xét bài bạn.</w:t>
            </w:r>
          </w:p>
        </w:tc>
      </w:tr>
      <w:tr w:rsidR="00167C12" w:rsidRPr="00167C12" w:rsidTr="0069413B">
        <w:trPr>
          <w:jc w:val="center"/>
        </w:trPr>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Muốn tìm kết quả lớn nhất hoặc bé nhất phải tính rồi so sánh.</w:t>
            </w:r>
          </w:p>
        </w:tc>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cách làm bài chọn kết quả.</w:t>
            </w:r>
          </w:p>
        </w:tc>
      </w:tr>
      <w:tr w:rsidR="00167C12" w:rsidRPr="00167C12" w:rsidTr="0069413B">
        <w:trPr>
          <w:jc w:val="center"/>
        </w:trPr>
        <w:tc>
          <w:tcPr>
            <w:tcW w:w="10256"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3. Luyện tập (20 phút):</w:t>
            </w:r>
          </w:p>
          <w:p w:rsidR="00F53BE2" w:rsidRPr="00167C12" w:rsidRDefault="00DE3AA5">
            <w:pPr>
              <w:spacing w:after="0" w:line="240" w:lineRule="auto"/>
              <w:jc w:val="both"/>
            </w:pPr>
            <w:r w:rsidRPr="00167C12">
              <w:t>- Mục tiêu: Thực hành các bài tập trong SGK, nêu cách làm, trình bày đáp án cụ thể và kiểm tra kết quả.</w:t>
            </w:r>
          </w:p>
          <w:p w:rsidR="00F53BE2" w:rsidRPr="00167C12" w:rsidRDefault="00DE3AA5">
            <w:pPr>
              <w:spacing w:after="0" w:line="240" w:lineRule="auto"/>
              <w:jc w:val="both"/>
            </w:pPr>
            <w:r w:rsidRPr="00167C12">
              <w:t>*Cách tiến hành:</w:t>
            </w:r>
          </w:p>
        </w:tc>
      </w:tr>
      <w:tr w:rsidR="00167C12" w:rsidRPr="00167C12" w:rsidTr="0069413B">
        <w:trPr>
          <w:jc w:val="center"/>
        </w:trPr>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2. Tính giá trị của biểu thức.</w:t>
            </w:r>
          </w:p>
          <w:p w:rsidR="00F53BE2" w:rsidRPr="00167C12" w:rsidRDefault="00DE3AA5">
            <w:pPr>
              <w:spacing w:after="0" w:line="240" w:lineRule="auto"/>
              <w:jc w:val="both"/>
            </w:pPr>
            <w:r w:rsidRPr="00167C12">
              <w:t>- GV yêu cầu HS quan sát hình bài tập trong SGK.</w:t>
            </w:r>
          </w:p>
          <w:p w:rsidR="00F53BE2" w:rsidRPr="00167C12" w:rsidRDefault="00F53BE2" w:rsidP="0069413B">
            <w:pPr>
              <w:spacing w:after="0"/>
            </w:pPr>
          </w:p>
        </w:tc>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đọc yêu cầu và nhắc lại thứ tự thực hiện phép tính.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Nhân, chia trước; cộng, trừ sau; trong ngoặc tính trước.</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xml:space="preserve">- GV yêu cầu HS làm cá nhân vào vở, ghi </w:t>
            </w:r>
            <w:r w:rsidRPr="00167C12">
              <w:lastRenderedPageBreak/>
              <w:t>đủ bước.</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lastRenderedPageBreak/>
              <w:t xml:space="preserve">- HS làm: a) 8 103 x 5 - 4 135 = 40 515 - 4 135 = 36 </w:t>
            </w:r>
            <w:r w:rsidRPr="00167C12">
              <w:lastRenderedPageBreak/>
              <w:t>380; b) 24 360 : 8 + 9 600 = 3 045 + 9 600 = 12 645; c) (809 + 6 215) x 4 = 7 024 x 4 = 28 096; d) 17 286 - 45 234 : 9 = 17 286 - 5 026 = 12 260.</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lastRenderedPageBreak/>
              <w:t>- GV gọi HS giải thích câu c và câu d.</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Câu c tính trong ngoặc trước; câu d tính phép chia trước rồi mới trừ.</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đổi vở kiểm tra.</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đổi vở, so sánh kết quả và sửa nếu làm sai thứ tự phép tính.</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Ghi đủ bước giúp em kiểm tra kết quả và tránh nhầm thứ tự phép tính.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cách trình bày bài tính giá trị biểu thức.</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3. Bài toán số gạo còn lại.</w:t>
            </w:r>
          </w:p>
          <w:p w:rsidR="00F53BE2" w:rsidRPr="00167C12" w:rsidRDefault="00DE3AA5" w:rsidP="0069413B">
            <w:pPr>
              <w:spacing w:after="0" w:line="240" w:lineRule="auto"/>
              <w:jc w:val="both"/>
            </w:pPr>
            <w:r w:rsidRPr="00167C12">
              <w:t>- GV yêu cầu HS quan sát hình bài tập trong SGK.</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đọc đề và hỏi: “Số gạo giảm đi 3 lần” nghĩa là gì?</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Nghĩa là số gạo còn lại bằng một phần ba số gạo ban đầu.</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Muốn tìm số ki-lô-gam gạo còn lại, ta làm thế nào?</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Lấy 1 350 : 3.</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viết bài giải.</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làm: Cửa hàng đó còn lại số gạo là: 1 350 : 3 = 450 (kg). Đáp số: 450 kg gạo.</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gọi HS trình bày, bạn khác nhận xét đơn vị.</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trình bày, nhận xét và sửa đơn vị nếu thiếu “kg”.</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Khi một số giảm đi 3 lần, ta lấy số đó chia cho 3.</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ý nghĩa “giảm đi một số lần”.</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4. Bài toán số viên gạch.</w:t>
            </w:r>
          </w:p>
          <w:p w:rsidR="00F53BE2" w:rsidRPr="00167C12" w:rsidRDefault="00DE3AA5">
            <w:pPr>
              <w:spacing w:after="0" w:line="240" w:lineRule="auto"/>
              <w:jc w:val="both"/>
            </w:pPr>
            <w:r w:rsidRPr="00167C12">
              <w:t>- GV yêu cầu HS quan sát hình bài tập trong SGK.</w:t>
            </w:r>
          </w:p>
          <w:p w:rsidR="00F53BE2" w:rsidRPr="00167C12" w:rsidRDefault="00F53BE2">
            <w:pPr>
              <w:spacing w:after="0"/>
              <w:jc w:val="center"/>
            </w:pP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quan sát bài trong SGK.</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cho HS đọc đề toán, xác định số viên gạch dự tính và số viên đã mua.</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Dự tính hết 87 000 viên gạch; đã mua 4 lần, mỗi lần 18 200 viên gạch.</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Cần tìm gì trước khi biết còn phải mua bao nhiêu viên gạch?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Cần tìm tổng số viên gạch đã mua.</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làm bài giải vào vở.</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làm: Bác Hải đã mua số viên gạch là: 18 200 x 4 = 72 800 (viên). Bác Hải còn phải mua là: 87 000 - 72 800 = 14 200 (viên). Đáp số: 14 200 viên gạch.</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gọi HS trình bày, bạn khác nhận xét phép tính.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trình bày, nhận xét và sửa nếu nhầm phép nhân hoặc phép trừ.</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Bài toán có nhiều lần mua thì dùng phép nhân để tìm số đã mua, sau đó dùng phép trừ tìm số còn thiếu.</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cách giải bài toán thực tế có hai bước tính.</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Bài 5. Chọn dấu phép tính thích hợp.</w:t>
            </w:r>
          </w:p>
          <w:p w:rsidR="00F53BE2" w:rsidRPr="00167C12" w:rsidRDefault="00DE3AA5" w:rsidP="0069413B">
            <w:pPr>
              <w:spacing w:after="0" w:line="240" w:lineRule="auto"/>
              <w:jc w:val="both"/>
            </w:pPr>
            <w:r w:rsidRPr="00167C12">
              <w:lastRenderedPageBreak/>
              <w:t>- GV yêu cầu HS quan sát hình bài tập trong SGK.</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lastRenderedPageBreak/>
              <w:t>- HS quan sát bài trong SGK.</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lastRenderedPageBreak/>
              <w:t>- GV cho HS đọc yêu cầu và quan sát biểu thức 64 ? (4 ? 2) = 8.</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đọc yêu cầu: Chọn dấu phép tính “x” hoặc “:” thích hợp thay cho dấu “?”.</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lồng ghép AI 3.D2.2: GV nêu tình huống nếu nhập thiếu dấu ngoặc hoặc nhập sai dấu phép tính vào công cụ kiểm tra, kết quả phản hồi có thể sai; HS cần tự thử lại.</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lắng nghe và hiểu công cụ chỉ hỗ trợ, con người phải nhập đủ dữ liệu và kiểm chứng kết quả.</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thử các khả năng hợp lí và giải thích.</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thử: 64 : (4 x 2) = 64 : 8 = 8 nên dấu thứ nhất là “:”, dấu thứ hai là “x”.</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Nếu thay dấu khác thì kết quả có bằng 8 không?</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Không. Ví dụ 64 : (4 : 2) = 32; 64 x (4 x 2) = 512; 64 x (4 : 2) = 128.</w:t>
            </w:r>
          </w:p>
        </w:tc>
      </w:tr>
      <w:tr w:rsidR="00167C12" w:rsidRPr="00167C12" w:rsidTr="0069413B">
        <w:trPr>
          <w:jc w:val="center"/>
        </w:trPr>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kết luận: Khi chọn dấu trong biểu thức, cần chú ý dấu ngoặc và thử lại kết quả cuối cùng.</w:t>
            </w:r>
          </w:p>
        </w:tc>
        <w:tc>
          <w:tcPr>
            <w:tcW w:w="4592" w:type="dxa"/>
            <w:tcBorders>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ghi nhớ biểu thức đúng: 64 : (4 x 2) = 8.</w:t>
            </w:r>
          </w:p>
        </w:tc>
      </w:tr>
      <w:tr w:rsidR="00167C12" w:rsidRPr="00167C12" w:rsidTr="0069413B">
        <w:trPr>
          <w:jc w:val="center"/>
        </w:trPr>
        <w:tc>
          <w:tcPr>
            <w:tcW w:w="10256"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rPr>
                <w:b/>
              </w:rPr>
              <w:t>4. Vận dụng - Trải nghiệm (3 phút):</w:t>
            </w:r>
          </w:p>
          <w:p w:rsidR="00F53BE2" w:rsidRPr="00167C12" w:rsidRDefault="00DE3AA5">
            <w:pPr>
              <w:spacing w:after="0" w:line="240" w:lineRule="auto"/>
              <w:jc w:val="both"/>
            </w:pPr>
            <w:r w:rsidRPr="00167C12">
              <w:t>- Mục tiêu: Củng cố kiến thức trong tiết học và liên hệ thực tế.</w:t>
            </w:r>
          </w:p>
          <w:p w:rsidR="00F53BE2" w:rsidRPr="00167C12" w:rsidRDefault="00DE3AA5">
            <w:pPr>
              <w:spacing w:after="0" w:line="240" w:lineRule="auto"/>
              <w:jc w:val="both"/>
            </w:pPr>
            <w:r w:rsidRPr="00167C12">
              <w:t>*Cách tiến hành:</w:t>
            </w:r>
          </w:p>
        </w:tc>
      </w:tr>
      <w:tr w:rsidR="00167C12" w:rsidRPr="00167C12" w:rsidTr="0069413B">
        <w:trPr>
          <w:jc w:val="center"/>
        </w:trPr>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hỏi: Hôm nay em đã ôn được những kiến thức nào?</w:t>
            </w:r>
          </w:p>
        </w:tc>
        <w:tc>
          <w:tcPr>
            <w:tcW w:w="4592" w:type="dxa"/>
            <w:tcBorders>
              <w:top w:val="single" w:sz="6" w:space="0" w:color="000000"/>
            </w:tcBorders>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nêu: Em ôn đặt tính, tính cộng/trừ hoặc nhân/chia, tính giá trị biểu thức, giải toán có lời văn và kiểm tra kết quả.</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yêu cầu HS nêu một lỗi thường gặp và cách sửa khi làm bài.</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trả lời: Em cần đặt thẳng hàng, nhớ khi cộng, mượn khi trừ, nhân/chia đúng quy trình, kiểm tra lại bằng phép tính ngược.</w:t>
            </w:r>
          </w:p>
        </w:tc>
      </w:tr>
      <w:tr w:rsidR="00167C12" w:rsidRPr="00167C12" w:rsidTr="0069413B">
        <w:trPr>
          <w:jc w:val="center"/>
        </w:trPr>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GV nhận xét tiết học, tuyên dương HS tích cực, dặn HS hoàn thành phần còn thiếu và chuẩn bị bài sau.</w:t>
            </w:r>
          </w:p>
        </w:tc>
        <w:tc>
          <w:tcPr>
            <w:tcW w:w="4592" w:type="dxa"/>
            <w:shd w:val="clear" w:color="auto" w:fill="auto"/>
            <w:tcMar>
              <w:top w:w="60" w:type="dxa"/>
              <w:left w:w="80" w:type="dxa"/>
              <w:bottom w:w="60" w:type="dxa"/>
              <w:right w:w="80" w:type="dxa"/>
            </w:tcMar>
          </w:tcPr>
          <w:p w:rsidR="00F53BE2" w:rsidRPr="00167C12" w:rsidRDefault="00DE3AA5">
            <w:pPr>
              <w:spacing w:after="0" w:line="240" w:lineRule="auto"/>
              <w:jc w:val="both"/>
            </w:pPr>
            <w:r w:rsidRPr="00167C12">
              <w:t>- HS lắng nghe, ghi nhớ nhiệm vụ và tự đánh giá kết quả học tập của mình.</w:t>
            </w:r>
          </w:p>
        </w:tc>
      </w:tr>
    </w:tbl>
    <w:p w:rsidR="00F53BE2" w:rsidRPr="00167C12" w:rsidRDefault="00DE3AA5">
      <w:pPr>
        <w:spacing w:after="0" w:line="240" w:lineRule="auto"/>
        <w:jc w:val="both"/>
      </w:pPr>
      <w:r w:rsidRPr="00167C12">
        <w:rPr>
          <w:b/>
        </w:rPr>
        <w:t>IV. ĐIỀU CHỈNH SAU BÀI DẠY:</w:t>
      </w:r>
    </w:p>
    <w:p w:rsidR="00F53BE2" w:rsidRPr="00167C12" w:rsidRDefault="00DE3AA5">
      <w:pPr>
        <w:spacing w:after="0" w:line="240" w:lineRule="auto"/>
        <w:jc w:val="both"/>
      </w:pPr>
      <w:r w:rsidRPr="00167C12">
        <w:t>.......................................................................................................................................</w:t>
      </w:r>
    </w:p>
    <w:p w:rsidR="00F53BE2" w:rsidRPr="00167C12" w:rsidRDefault="00DE3AA5">
      <w:pPr>
        <w:spacing w:after="0" w:line="240" w:lineRule="auto"/>
        <w:jc w:val="both"/>
      </w:pPr>
      <w:r w:rsidRPr="00167C12">
        <w:t>.......................................................................................................................................</w:t>
      </w:r>
    </w:p>
    <w:sectPr w:rsidR="00F53BE2" w:rsidRPr="00167C12" w:rsidSect="00034616">
      <w:pgSz w:w="12240" w:h="15840"/>
      <w:pgMar w:top="850" w:right="850"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67C12"/>
    <w:rsid w:val="0029639D"/>
    <w:rsid w:val="00326F90"/>
    <w:rsid w:val="0069413B"/>
    <w:rsid w:val="007C7B5F"/>
    <w:rsid w:val="00A05F83"/>
    <w:rsid w:val="00A46C2A"/>
    <w:rsid w:val="00AA1D8D"/>
    <w:rsid w:val="00B47730"/>
    <w:rsid w:val="00CB0664"/>
    <w:rsid w:val="00DE3AA5"/>
    <w:rsid w:val="00F53BE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rPr>
      <w:rFonts w:ascii="Times New Roman" w:eastAsia="Times New Roman" w:hAnsi="Times New Roman"/>
    </w:r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rPr>
      <w:rFonts w:ascii="Times New Roman" w:eastAsia="Times New Roman" w:hAnsi="Times New Roman"/>
    </w:rPr>
  </w:style>
  <w:style w:type="paragraph" w:styleId="NoSpacing">
    <w:name w:val="No Spacing"/>
    <w:uiPriority w:val="1"/>
    <w:qFormat/>
    <w:rsid w:val="00FC693F"/>
    <w:pPr>
      <w:spacing w:after="0" w:line="240" w:lineRule="auto"/>
    </w:pPr>
    <w:rPr>
      <w:rFonts w:ascii="Times New Roman" w:eastAsia="Times New Roman" w:hAnsi="Times New Roman"/>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rPr>
      <w:rFonts w:ascii="Times New Roman" w:eastAsia="Times New Roman" w:hAnsi="Times New Roman"/>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rPr>
      <w:rFonts w:ascii="Times New Roman" w:eastAsia="Times New Roman" w:hAnsi="Times New Roman"/>
    </w:rPr>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rFonts w:ascii="Times New Roman" w:eastAsia="Times New Roman" w:hAnsi="Times New Roman"/>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Times New Roman" w:eastAsia="Times New Roman" w:hAnsi="Times New Roman"/>
      <w:sz w:val="20"/>
      <w:szCs w:val="20"/>
    </w:rPr>
  </w:style>
  <w:style w:type="character" w:customStyle="1" w:styleId="MacroTextChar">
    <w:name w:val="Macro Text Char"/>
    <w:basedOn w:val="DefaultParagraphFont"/>
    <w:link w:val="MacroText"/>
    <w:uiPriority w:val="99"/>
    <w:rsid w:val="0029639D"/>
    <w:rPr>
      <w:rFonts w:ascii="Times New Roman" w:eastAsia="Times New Roman" w:hAnsi="Times New Roman"/>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rFonts w:ascii="Times New Roman" w:eastAsia="Times New Roman" w:hAnsi="Times New Roman"/>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rFonts w:ascii="Times New Roman" w:eastAsia="Times New Roman" w:hAnsi="Times New Roman"/>
      <w:b/>
      <w:bCs/>
    </w:rPr>
  </w:style>
  <w:style w:type="character" w:styleId="Emphasis">
    <w:name w:val="Emphasis"/>
    <w:basedOn w:val="DefaultParagraphFont"/>
    <w:uiPriority w:val="20"/>
    <w:qFormat/>
    <w:rsid w:val="00FC693F"/>
    <w:rPr>
      <w:rFonts w:ascii="Times New Roman" w:eastAsia="Times New Roman" w:hAnsi="Times New Roman"/>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rFonts w:ascii="Times New Roman" w:eastAsia="Times New Roman" w:hAnsi="Times New Roman"/>
      <w:b/>
      <w:bCs/>
      <w:i/>
      <w:iCs/>
      <w:color w:val="4F81BD" w:themeColor="accent1"/>
    </w:rPr>
  </w:style>
  <w:style w:type="character" w:styleId="SubtleEmphasis">
    <w:name w:val="Subtle Emphasis"/>
    <w:basedOn w:val="DefaultParagraphFont"/>
    <w:uiPriority w:val="19"/>
    <w:qFormat/>
    <w:rsid w:val="00FC693F"/>
    <w:rPr>
      <w:rFonts w:ascii="Times New Roman" w:eastAsia="Times New Roman" w:hAnsi="Times New Roman"/>
      <w:i/>
      <w:iCs/>
      <w:color w:val="808080" w:themeColor="text1" w:themeTint="7F"/>
    </w:rPr>
  </w:style>
  <w:style w:type="character" w:styleId="IntenseEmphasis">
    <w:name w:val="Intense Emphasis"/>
    <w:basedOn w:val="DefaultParagraphFont"/>
    <w:uiPriority w:val="21"/>
    <w:qFormat/>
    <w:rsid w:val="00FC693F"/>
    <w:rPr>
      <w:rFonts w:ascii="Times New Roman" w:eastAsia="Times New Roman" w:hAnsi="Times New Roman"/>
      <w:b/>
      <w:bCs/>
      <w:i/>
      <w:iCs/>
      <w:color w:val="4F81BD" w:themeColor="accent1"/>
    </w:rPr>
  </w:style>
  <w:style w:type="character" w:styleId="SubtleReference">
    <w:name w:val="Subtle Reference"/>
    <w:basedOn w:val="DefaultParagraphFont"/>
    <w:uiPriority w:val="31"/>
    <w:qFormat/>
    <w:rsid w:val="00FC693F"/>
    <w:rPr>
      <w:rFonts w:ascii="Times New Roman" w:eastAsia="Times New Roman" w:hAnsi="Times New Roman"/>
      <w:smallCaps/>
      <w:color w:val="C0504D" w:themeColor="accent2"/>
      <w:u w:val="single"/>
    </w:rPr>
  </w:style>
  <w:style w:type="character" w:styleId="IntenseReference">
    <w:name w:val="Intense Reference"/>
    <w:basedOn w:val="DefaultParagraphFont"/>
    <w:uiPriority w:val="32"/>
    <w:qFormat/>
    <w:rsid w:val="00FC693F"/>
    <w:rPr>
      <w:rFonts w:ascii="Times New Roman" w:eastAsia="Times New Roman" w:hAnsi="Times New Roman"/>
      <w:b/>
      <w:bCs/>
      <w:smallCaps/>
      <w:color w:val="C0504D" w:themeColor="accent2"/>
      <w:spacing w:val="5"/>
      <w:u w:val="single"/>
    </w:rPr>
  </w:style>
  <w:style w:type="character" w:styleId="BookTitle">
    <w:name w:val="Book Title"/>
    <w:basedOn w:val="DefaultParagraphFont"/>
    <w:uiPriority w:val="33"/>
    <w:qFormat/>
    <w:rsid w:val="00FC693F"/>
    <w:rPr>
      <w:rFonts w:ascii="Times New Roman" w:eastAsia="Times New Roman" w:hAnsi="Times New Roman"/>
      <w:b/>
      <w:bCs/>
      <w:smallCaps/>
      <w:spacing w:val="5"/>
    </w:rPr>
  </w:style>
  <w:style w:type="paragraph" w:styleId="TOCHeading">
    <w:name w:val="TOC Heading"/>
    <w:basedOn w:val="Heading1"/>
    <w:next w:val="Normal"/>
    <w:uiPriority w:val="39"/>
    <w:semiHidden/>
    <w:unhideWhenUsed/>
    <w:qFormat/>
    <w:rsid w:val="00FC693F"/>
    <w:pPr>
      <w:outlineLvl w:val="9"/>
    </w:pPr>
    <w:rPr>
      <w:rFonts w:ascii="Times New Roman" w:eastAsia="Times New Roman" w:hAnsi="Times New Roman"/>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167C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C1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rPr>
      <w:rFonts w:ascii="Times New Roman" w:eastAsia="Times New Roman" w:hAnsi="Times New Roman"/>
    </w:r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rPr>
      <w:rFonts w:ascii="Times New Roman" w:eastAsia="Times New Roman" w:hAnsi="Times New Roman"/>
    </w:rPr>
  </w:style>
  <w:style w:type="paragraph" w:styleId="NoSpacing">
    <w:name w:val="No Spacing"/>
    <w:uiPriority w:val="1"/>
    <w:qFormat/>
    <w:rsid w:val="00FC693F"/>
    <w:pPr>
      <w:spacing w:after="0" w:line="240" w:lineRule="auto"/>
    </w:pPr>
    <w:rPr>
      <w:rFonts w:ascii="Times New Roman" w:eastAsia="Times New Roman" w:hAnsi="Times New Roman"/>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rPr>
      <w:rFonts w:ascii="Times New Roman" w:eastAsia="Times New Roman" w:hAnsi="Times New Roman"/>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rPr>
      <w:rFonts w:ascii="Times New Roman" w:eastAsia="Times New Roman" w:hAnsi="Times New Roman"/>
    </w:rPr>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rFonts w:ascii="Times New Roman" w:eastAsia="Times New Roman" w:hAnsi="Times New Roman"/>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Times New Roman" w:eastAsia="Times New Roman" w:hAnsi="Times New Roman"/>
      <w:sz w:val="20"/>
      <w:szCs w:val="20"/>
    </w:rPr>
  </w:style>
  <w:style w:type="character" w:customStyle="1" w:styleId="MacroTextChar">
    <w:name w:val="Macro Text Char"/>
    <w:basedOn w:val="DefaultParagraphFont"/>
    <w:link w:val="MacroText"/>
    <w:uiPriority w:val="99"/>
    <w:rsid w:val="0029639D"/>
    <w:rPr>
      <w:rFonts w:ascii="Times New Roman" w:eastAsia="Times New Roman" w:hAnsi="Times New Roman"/>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rFonts w:ascii="Times New Roman" w:eastAsia="Times New Roman" w:hAnsi="Times New Roman"/>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rFonts w:ascii="Times New Roman" w:eastAsia="Times New Roman" w:hAnsi="Times New Roman"/>
      <w:b/>
      <w:bCs/>
    </w:rPr>
  </w:style>
  <w:style w:type="character" w:styleId="Emphasis">
    <w:name w:val="Emphasis"/>
    <w:basedOn w:val="DefaultParagraphFont"/>
    <w:uiPriority w:val="20"/>
    <w:qFormat/>
    <w:rsid w:val="00FC693F"/>
    <w:rPr>
      <w:rFonts w:ascii="Times New Roman" w:eastAsia="Times New Roman" w:hAnsi="Times New Roman"/>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rFonts w:ascii="Times New Roman" w:eastAsia="Times New Roman" w:hAnsi="Times New Roman"/>
      <w:b/>
      <w:bCs/>
      <w:i/>
      <w:iCs/>
      <w:color w:val="4F81BD" w:themeColor="accent1"/>
    </w:rPr>
  </w:style>
  <w:style w:type="character" w:styleId="SubtleEmphasis">
    <w:name w:val="Subtle Emphasis"/>
    <w:basedOn w:val="DefaultParagraphFont"/>
    <w:uiPriority w:val="19"/>
    <w:qFormat/>
    <w:rsid w:val="00FC693F"/>
    <w:rPr>
      <w:rFonts w:ascii="Times New Roman" w:eastAsia="Times New Roman" w:hAnsi="Times New Roman"/>
      <w:i/>
      <w:iCs/>
      <w:color w:val="808080" w:themeColor="text1" w:themeTint="7F"/>
    </w:rPr>
  </w:style>
  <w:style w:type="character" w:styleId="IntenseEmphasis">
    <w:name w:val="Intense Emphasis"/>
    <w:basedOn w:val="DefaultParagraphFont"/>
    <w:uiPriority w:val="21"/>
    <w:qFormat/>
    <w:rsid w:val="00FC693F"/>
    <w:rPr>
      <w:rFonts w:ascii="Times New Roman" w:eastAsia="Times New Roman" w:hAnsi="Times New Roman"/>
      <w:b/>
      <w:bCs/>
      <w:i/>
      <w:iCs/>
      <w:color w:val="4F81BD" w:themeColor="accent1"/>
    </w:rPr>
  </w:style>
  <w:style w:type="character" w:styleId="SubtleReference">
    <w:name w:val="Subtle Reference"/>
    <w:basedOn w:val="DefaultParagraphFont"/>
    <w:uiPriority w:val="31"/>
    <w:qFormat/>
    <w:rsid w:val="00FC693F"/>
    <w:rPr>
      <w:rFonts w:ascii="Times New Roman" w:eastAsia="Times New Roman" w:hAnsi="Times New Roman"/>
      <w:smallCaps/>
      <w:color w:val="C0504D" w:themeColor="accent2"/>
      <w:u w:val="single"/>
    </w:rPr>
  </w:style>
  <w:style w:type="character" w:styleId="IntenseReference">
    <w:name w:val="Intense Reference"/>
    <w:basedOn w:val="DefaultParagraphFont"/>
    <w:uiPriority w:val="32"/>
    <w:qFormat/>
    <w:rsid w:val="00FC693F"/>
    <w:rPr>
      <w:rFonts w:ascii="Times New Roman" w:eastAsia="Times New Roman" w:hAnsi="Times New Roman"/>
      <w:b/>
      <w:bCs/>
      <w:smallCaps/>
      <w:color w:val="C0504D" w:themeColor="accent2"/>
      <w:spacing w:val="5"/>
      <w:u w:val="single"/>
    </w:rPr>
  </w:style>
  <w:style w:type="character" w:styleId="BookTitle">
    <w:name w:val="Book Title"/>
    <w:basedOn w:val="DefaultParagraphFont"/>
    <w:uiPriority w:val="33"/>
    <w:qFormat/>
    <w:rsid w:val="00FC693F"/>
    <w:rPr>
      <w:rFonts w:ascii="Times New Roman" w:eastAsia="Times New Roman" w:hAnsi="Times New Roman"/>
      <w:b/>
      <w:bCs/>
      <w:smallCaps/>
      <w:spacing w:val="5"/>
    </w:rPr>
  </w:style>
  <w:style w:type="paragraph" w:styleId="TOCHeading">
    <w:name w:val="TOC Heading"/>
    <w:basedOn w:val="Heading1"/>
    <w:next w:val="Normal"/>
    <w:uiPriority w:val="39"/>
    <w:semiHidden/>
    <w:unhideWhenUsed/>
    <w:qFormat/>
    <w:rsid w:val="00FC693F"/>
    <w:pPr>
      <w:outlineLvl w:val="9"/>
    </w:pPr>
    <w:rPr>
      <w:rFonts w:ascii="Times New Roman" w:eastAsia="Times New Roman" w:hAnsi="Times New Roman"/>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167C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C1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01401-548F-444E-AF0F-9D035B464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5608</Words>
  <Characters>31969</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37502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6</cp:revision>
  <dcterms:created xsi:type="dcterms:W3CDTF">2026-06-19T14:43:00Z</dcterms:created>
  <dcterms:modified xsi:type="dcterms:W3CDTF">2026-08-15T07:30:00Z</dcterms:modified>
  <cp:category/>
</cp:coreProperties>
</file>