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31"/>
        <w:gridCol w:w="4831"/>
      </w:tblGrid>
      <w:tr w:rsidR="00606AAF" w:rsidRPr="00142F5A" w14:paraId="2A27B0E5" w14:textId="77777777">
        <w:trPr>
          <w:jc w:val="center"/>
        </w:trPr>
        <w:tc>
          <w:tcPr>
            <w:tcW w:w="4831" w:type="dxa"/>
          </w:tcPr>
          <w:p w14:paraId="682A506C" w14:textId="77777777" w:rsidR="00606AAF" w:rsidRDefault="00606AAF"/>
          <w:p w14:paraId="3A5C3E63" w14:textId="3B5D0A98" w:rsidR="00606AAF" w:rsidRPr="00142F5A" w:rsidRDefault="00000000">
            <w:pPr>
              <w:spacing w:after="40"/>
              <w:rPr>
                <w:lang w:val="es-CR"/>
              </w:rPr>
            </w:pPr>
            <w:r w:rsidRPr="00142F5A">
              <w:rPr>
                <w:b/>
                <w:color w:val="14B8A6"/>
                <w:sz w:val="20"/>
                <w:lang w:val="es-CR"/>
              </w:rPr>
              <w:t xml:space="preserve">LICEO DE ATENAS </w:t>
            </w:r>
          </w:p>
          <w:p w14:paraId="7FD23F2B" w14:textId="77777777" w:rsidR="00606AAF" w:rsidRPr="00142F5A" w:rsidRDefault="00000000">
            <w:pPr>
              <w:spacing w:after="80"/>
              <w:rPr>
                <w:lang w:val="es-CR"/>
              </w:rPr>
            </w:pPr>
            <w:r w:rsidRPr="00142F5A">
              <w:rPr>
                <w:b/>
                <w:color w:val="0F172A"/>
                <w:sz w:val="32"/>
                <w:lang w:val="es-CR"/>
              </w:rPr>
              <w:t>Trabajo Cotidiano: Dato y Variable en Python</w:t>
            </w:r>
          </w:p>
          <w:p w14:paraId="3FCE4158" w14:textId="20A48B2D" w:rsidR="00606AAF" w:rsidRPr="00142F5A" w:rsidRDefault="00000000">
            <w:pPr>
              <w:spacing w:after="0"/>
              <w:rPr>
                <w:lang w:val="es-CR"/>
              </w:rPr>
            </w:pPr>
            <w:r w:rsidRPr="00142F5A">
              <w:rPr>
                <w:i/>
                <w:color w:val="64748B"/>
                <w:sz w:val="20"/>
                <w:lang w:val="es-CR"/>
              </w:rPr>
              <w:t xml:space="preserve">Formación </w:t>
            </w:r>
            <w:r w:rsidR="00142F5A" w:rsidRPr="00142F5A">
              <w:rPr>
                <w:i/>
                <w:color w:val="64748B"/>
                <w:sz w:val="20"/>
                <w:lang w:val="es-CR"/>
              </w:rPr>
              <w:t>Tecnológica • Sétimo</w:t>
            </w:r>
            <w:r w:rsidRPr="00142F5A">
              <w:rPr>
                <w:i/>
                <w:color w:val="64748B"/>
                <w:sz w:val="20"/>
                <w:lang w:val="es-CR"/>
              </w:rPr>
              <w:t xml:space="preserve"> </w:t>
            </w:r>
            <w:r w:rsidR="00142F5A" w:rsidRPr="00142F5A">
              <w:rPr>
                <w:i/>
                <w:color w:val="64748B"/>
                <w:sz w:val="20"/>
                <w:lang w:val="es-CR"/>
              </w:rPr>
              <w:t>Año • Año</w:t>
            </w:r>
            <w:r w:rsidRPr="00142F5A">
              <w:rPr>
                <w:i/>
                <w:color w:val="64748B"/>
                <w:sz w:val="20"/>
                <w:lang w:val="es-CR"/>
              </w:rPr>
              <w:t xml:space="preserve"> 2026</w:t>
            </w:r>
          </w:p>
        </w:tc>
        <w:tc>
          <w:tcPr>
            <w:tcW w:w="4831" w:type="dxa"/>
            <w:tcBorders>
              <w:top w:val="single" w:sz="4" w:space="0" w:color="14B8A6"/>
              <w:left w:val="single" w:sz="4" w:space="0" w:color="14B8A6"/>
              <w:bottom w:val="single" w:sz="4" w:space="0" w:color="14B8A6"/>
              <w:right w:val="single" w:sz="4" w:space="0" w:color="14B8A6"/>
            </w:tcBorders>
            <w:shd w:val="clear" w:color="auto" w:fill="F8FAFC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6AD9606" w14:textId="77777777" w:rsidR="00606AAF" w:rsidRPr="00142F5A" w:rsidRDefault="00606AAF">
            <w:pPr>
              <w:rPr>
                <w:lang w:val="es-CR"/>
              </w:rPr>
            </w:pPr>
          </w:p>
          <w:p w14:paraId="2C6141D7" w14:textId="77777777" w:rsidR="00606AAF" w:rsidRPr="00142F5A" w:rsidRDefault="00000000">
            <w:pPr>
              <w:spacing w:after="40"/>
              <w:jc w:val="center"/>
              <w:rPr>
                <w:lang w:val="es-CR"/>
              </w:rPr>
            </w:pPr>
            <w:r w:rsidRPr="00142F5A">
              <w:rPr>
                <w:b/>
                <w:sz w:val="19"/>
                <w:lang w:val="es-CR"/>
              </w:rPr>
              <w:t>Puntos Totales: 25</w:t>
            </w:r>
            <w:r w:rsidRPr="00142F5A">
              <w:rPr>
                <w:b/>
                <w:sz w:val="19"/>
                <w:lang w:val="es-CR"/>
              </w:rPr>
              <w:br/>
            </w:r>
            <w:r w:rsidRPr="00142F5A">
              <w:rPr>
                <w:sz w:val="18"/>
                <w:lang w:val="es-CR"/>
              </w:rPr>
              <w:t>Valor Porcentual: 5%</w:t>
            </w:r>
            <w:r w:rsidRPr="00142F5A">
              <w:rPr>
                <w:sz w:val="18"/>
                <w:lang w:val="es-CR"/>
              </w:rPr>
              <w:br/>
              <w:t>Calificación: ______</w:t>
            </w:r>
          </w:p>
        </w:tc>
      </w:tr>
    </w:tbl>
    <w:p w14:paraId="4FBA0839" w14:textId="5F9DBF67" w:rsidR="00606AAF" w:rsidRPr="00142F5A" w:rsidRDefault="00000000">
      <w:pPr>
        <w:spacing w:before="360" w:after="280"/>
        <w:rPr>
          <w:lang w:val="es-CR"/>
        </w:rPr>
      </w:pPr>
      <w:r w:rsidRPr="00142F5A">
        <w:rPr>
          <w:b/>
          <w:lang w:val="es-CR"/>
        </w:rPr>
        <w:t>Estudiante: ________________   Sección: 7-_____   Fecha: ____/____/2026</w:t>
      </w:r>
    </w:p>
    <w:p w14:paraId="2EDA540A" w14:textId="77777777" w:rsidR="00606AAF" w:rsidRPr="00142F5A" w:rsidRDefault="00000000">
      <w:pPr>
        <w:keepNext/>
        <w:spacing w:before="320" w:after="160"/>
        <w:rPr>
          <w:lang w:val="es-CR"/>
        </w:rPr>
      </w:pPr>
      <w:r w:rsidRPr="00142F5A">
        <w:rPr>
          <w:b/>
          <w:color w:val="0F172A"/>
          <w:sz w:val="24"/>
          <w:lang w:val="es-CR"/>
        </w:rPr>
        <w:t>PARTE I. ASOCIACIÓN CONCEPTUAL</w:t>
      </w:r>
      <w:r w:rsidRPr="00142F5A">
        <w:rPr>
          <w:i/>
          <w:color w:val="64748B"/>
          <w:lang w:val="es-CR"/>
        </w:rPr>
        <w:t xml:space="preserve"> (Valor: 5 puntos, 1 punto cada acierto)</w:t>
      </w:r>
    </w:p>
    <w:p w14:paraId="08D6DB9A" w14:textId="77777777" w:rsidR="00606AAF" w:rsidRPr="00142F5A" w:rsidRDefault="00000000">
      <w:pPr>
        <w:spacing w:after="160"/>
        <w:rPr>
          <w:lang w:val="es-CR"/>
        </w:rPr>
      </w:pPr>
      <w:r w:rsidRPr="00142F5A">
        <w:rPr>
          <w:i/>
          <w:lang w:val="es-CR"/>
        </w:rPr>
        <w:t>Instrucciones: Coloque la letra del tipo de dato correspondiente de la Columna B dentro del paréntesis de la Columna A según el ejemplo dado.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1"/>
        <w:gridCol w:w="3221"/>
        <w:gridCol w:w="3221"/>
      </w:tblGrid>
      <w:tr w:rsidR="00606AAF" w:rsidRPr="00142F5A" w14:paraId="68C5C542" w14:textId="77777777">
        <w:trPr>
          <w:jc w:val="center"/>
        </w:trPr>
        <w:tc>
          <w:tcPr>
            <w:tcW w:w="3221" w:type="dxa"/>
            <w:shd w:val="clear" w:color="auto" w:fill="0F172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B35FDD" w14:textId="77777777" w:rsidR="00606AAF" w:rsidRPr="00142F5A" w:rsidRDefault="00000000">
            <w:pPr>
              <w:rPr>
                <w:lang w:val="es-CR"/>
              </w:rPr>
            </w:pPr>
            <w:r w:rsidRPr="00142F5A">
              <w:rPr>
                <w:b/>
                <w:color w:val="FFFFFF"/>
                <w:sz w:val="20"/>
                <w:lang w:val="es-CR"/>
              </w:rPr>
              <w:t>Columna A (Ejemplo de Dato)</w:t>
            </w:r>
          </w:p>
        </w:tc>
        <w:tc>
          <w:tcPr>
            <w:tcW w:w="3221" w:type="dxa"/>
            <w:shd w:val="clear" w:color="auto" w:fill="0F172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716E9D" w14:textId="77777777" w:rsidR="00606AAF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[ ]</w:t>
            </w:r>
          </w:p>
        </w:tc>
        <w:tc>
          <w:tcPr>
            <w:tcW w:w="3221" w:type="dxa"/>
            <w:shd w:val="clear" w:color="auto" w:fill="0F172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AD41E5" w14:textId="77777777" w:rsidR="00606AAF" w:rsidRPr="00142F5A" w:rsidRDefault="00000000">
            <w:pPr>
              <w:rPr>
                <w:lang w:val="es-CR"/>
              </w:rPr>
            </w:pPr>
            <w:r w:rsidRPr="00142F5A">
              <w:rPr>
                <w:b/>
                <w:color w:val="FFFFFF"/>
                <w:sz w:val="20"/>
                <w:lang w:val="es-CR"/>
              </w:rPr>
              <w:t>Columna B (Tipo en Python)</w:t>
            </w:r>
          </w:p>
        </w:tc>
      </w:tr>
      <w:tr w:rsidR="00606AAF" w14:paraId="0D08B494" w14:textId="77777777">
        <w:trPr>
          <w:jc w:val="center"/>
        </w:trPr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515E" w14:textId="77777777" w:rsidR="00606AAF" w:rsidRPr="00142F5A" w:rsidRDefault="00000000">
            <w:pPr>
              <w:spacing w:after="40"/>
              <w:rPr>
                <w:lang w:val="es-CR"/>
              </w:rPr>
            </w:pPr>
            <w:r w:rsidRPr="00142F5A">
              <w:rPr>
                <w:sz w:val="20"/>
                <w:lang w:val="es-CR"/>
              </w:rPr>
              <w:t>1. 2026 (El año del calendario escolar)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73534" w14:textId="26FA7518" w:rsidR="00606AAF" w:rsidRDefault="00000000">
            <w:pPr>
              <w:spacing w:after="40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CC41" w14:textId="77777777" w:rsidR="00606AAF" w:rsidRDefault="00000000">
            <w:pPr>
              <w:spacing w:after="40"/>
            </w:pPr>
            <w:r>
              <w:rPr>
                <w:sz w:val="20"/>
              </w:rPr>
              <w:t>A) str (Texto / Cadena)</w:t>
            </w:r>
          </w:p>
        </w:tc>
      </w:tr>
      <w:tr w:rsidR="00606AAF" w14:paraId="308F1AF0" w14:textId="77777777">
        <w:trPr>
          <w:jc w:val="center"/>
        </w:trPr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58E0" w14:textId="77777777" w:rsidR="00606AAF" w:rsidRPr="00142F5A" w:rsidRDefault="00000000">
            <w:pPr>
              <w:spacing w:after="40"/>
              <w:rPr>
                <w:lang w:val="es-CR"/>
              </w:rPr>
            </w:pPr>
            <w:r w:rsidRPr="00142F5A">
              <w:rPr>
                <w:sz w:val="20"/>
                <w:lang w:val="es-CR"/>
              </w:rPr>
              <w:t>2. True (El personaje del juego sigue con vida)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4B50" w14:textId="63A0B2DB" w:rsidR="00606AAF" w:rsidRDefault="00000000">
            <w:pPr>
              <w:spacing w:after="40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00FE8" w14:textId="77777777" w:rsidR="00606AAF" w:rsidRDefault="00000000">
            <w:pPr>
              <w:spacing w:after="40"/>
            </w:pPr>
            <w:r>
              <w:rPr>
                <w:sz w:val="20"/>
              </w:rPr>
              <w:t>B) int (Número Entero)</w:t>
            </w:r>
          </w:p>
        </w:tc>
      </w:tr>
      <w:tr w:rsidR="00606AAF" w14:paraId="5B51577E" w14:textId="77777777">
        <w:trPr>
          <w:jc w:val="center"/>
        </w:trPr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3323" w14:textId="77777777" w:rsidR="00606AAF" w:rsidRPr="00142F5A" w:rsidRDefault="00000000">
            <w:pPr>
              <w:spacing w:after="40"/>
              <w:rPr>
                <w:lang w:val="es-CR"/>
              </w:rPr>
            </w:pPr>
            <w:r w:rsidRPr="00142F5A">
              <w:rPr>
                <w:sz w:val="20"/>
                <w:lang w:val="es-CR"/>
              </w:rPr>
              <w:t>3. "Alajuela" (Nombre de la provincia de procedencia)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BD0A1" w14:textId="77777777" w:rsidR="00606AAF" w:rsidRDefault="00000000">
            <w:pPr>
              <w:spacing w:after="40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FA7B3" w14:textId="77777777" w:rsidR="00606AAF" w:rsidRDefault="00000000">
            <w:pPr>
              <w:spacing w:after="40"/>
            </w:pPr>
            <w:r>
              <w:rPr>
                <w:sz w:val="20"/>
              </w:rPr>
              <w:t>C) float (Número Decimal)</w:t>
            </w:r>
          </w:p>
        </w:tc>
      </w:tr>
      <w:tr w:rsidR="00606AAF" w14:paraId="01B32819" w14:textId="77777777">
        <w:trPr>
          <w:jc w:val="center"/>
        </w:trPr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651F7" w14:textId="77777777" w:rsidR="00606AAF" w:rsidRPr="00142F5A" w:rsidRDefault="00000000">
            <w:pPr>
              <w:spacing w:after="40"/>
              <w:rPr>
                <w:lang w:val="es-CR"/>
              </w:rPr>
            </w:pPr>
            <w:r w:rsidRPr="00142F5A">
              <w:rPr>
                <w:sz w:val="20"/>
                <w:lang w:val="es-CR"/>
              </w:rPr>
              <w:t>4. 4.75 (La nota final promedio obtenida)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5EB9" w14:textId="77777777" w:rsidR="00606AAF" w:rsidRDefault="00000000">
            <w:pPr>
              <w:spacing w:after="40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5D1EB" w14:textId="77777777" w:rsidR="00606AAF" w:rsidRDefault="00000000">
            <w:pPr>
              <w:spacing w:after="40"/>
            </w:pPr>
            <w:r>
              <w:rPr>
                <w:sz w:val="20"/>
              </w:rPr>
              <w:t>D) bool (Booleano / Lógico)</w:t>
            </w:r>
          </w:p>
        </w:tc>
      </w:tr>
      <w:tr w:rsidR="00606AAF" w14:paraId="7CBEF2C0" w14:textId="77777777">
        <w:trPr>
          <w:jc w:val="center"/>
        </w:trPr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0725" w14:textId="77777777" w:rsidR="00606AAF" w:rsidRPr="00142F5A" w:rsidRDefault="00000000">
            <w:pPr>
              <w:spacing w:after="40"/>
              <w:rPr>
                <w:lang w:val="es-CR"/>
              </w:rPr>
            </w:pPr>
            <w:r w:rsidRPr="00142F5A">
              <w:rPr>
                <w:sz w:val="20"/>
                <w:lang w:val="es-CR"/>
              </w:rPr>
              <w:t>5. "13" (El número impreso en la camiseta)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FBE5" w14:textId="77777777" w:rsidR="00606AAF" w:rsidRDefault="00000000">
            <w:pPr>
              <w:spacing w:after="40"/>
              <w:jc w:val="center"/>
            </w:pPr>
            <w:r>
              <w:rPr>
                <w:sz w:val="20"/>
              </w:rPr>
              <w:t>(   )</w:t>
            </w:r>
          </w:p>
        </w:tc>
        <w:tc>
          <w:tcPr>
            <w:tcW w:w="3221" w:type="dxa"/>
            <w:tcBorders>
              <w:top w:val="single" w:sz="2" w:space="0" w:color="CBD5E1"/>
              <w:left w:val="single" w:sz="2" w:space="0" w:color="CBD5E1"/>
              <w:bottom w:val="single" w:sz="2" w:space="0" w:color="CBD5E1"/>
              <w:right w:val="single" w:sz="2" w:space="0" w:color="CBD5E1"/>
            </w:tcBorders>
            <w:shd w:val="clear" w:color="auto" w:fill="F8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6EC9" w14:textId="77777777" w:rsidR="00606AAF" w:rsidRDefault="00606AAF">
            <w:pPr>
              <w:spacing w:after="40"/>
            </w:pPr>
          </w:p>
        </w:tc>
      </w:tr>
    </w:tbl>
    <w:p w14:paraId="4473B8DE" w14:textId="77777777" w:rsidR="00606AAF" w:rsidRPr="00142F5A" w:rsidRDefault="00000000">
      <w:pPr>
        <w:keepNext/>
        <w:spacing w:before="320" w:after="160"/>
        <w:rPr>
          <w:lang w:val="es-CR"/>
        </w:rPr>
      </w:pPr>
      <w:r w:rsidRPr="00142F5A">
        <w:rPr>
          <w:b/>
          <w:color w:val="0F172A"/>
          <w:sz w:val="24"/>
          <w:lang w:val="es-CR"/>
        </w:rPr>
        <w:t>PARTE II. IDENTIFICACIÓN Y REGLAS DE ORO DE VARIABLES</w:t>
      </w:r>
      <w:r w:rsidRPr="00142F5A">
        <w:rPr>
          <w:i/>
          <w:color w:val="64748B"/>
          <w:lang w:val="es-CR"/>
        </w:rPr>
        <w:t xml:space="preserve"> (Valor: 6 puntos, 2 puntos cada una)</w:t>
      </w:r>
    </w:p>
    <w:p w14:paraId="26880613" w14:textId="77777777" w:rsidR="00606AAF" w:rsidRPr="00142F5A" w:rsidRDefault="00000000">
      <w:pPr>
        <w:rPr>
          <w:lang w:val="es-CR"/>
        </w:rPr>
      </w:pPr>
      <w:r w:rsidRPr="00142F5A">
        <w:rPr>
          <w:i/>
          <w:lang w:val="es-CR"/>
        </w:rPr>
        <w:t>Instrucciones: Analice los siguientes nombres asignados a las variables (cajas). Escriba una V si el nombre está Permitido por Python o una I si es Incorrecto. De ser incorrecto, explique la regla que incumple.</w:t>
      </w:r>
    </w:p>
    <w:p w14:paraId="4B5DD02F" w14:textId="77777777" w:rsidR="00606AAF" w:rsidRPr="00142F5A" w:rsidRDefault="00000000">
      <w:pPr>
        <w:spacing w:before="80" w:after="40"/>
        <w:rPr>
          <w:lang w:val="es-CR"/>
        </w:rPr>
      </w:pPr>
      <w:r w:rsidRPr="00142F5A">
        <w:rPr>
          <w:b/>
          <w:lang w:val="es-CR"/>
        </w:rPr>
        <w:t xml:space="preserve">1. </w:t>
      </w:r>
      <w:proofErr w:type="gramStart"/>
      <w:r w:rsidRPr="00142F5A">
        <w:rPr>
          <w:b/>
          <w:lang w:val="es-CR"/>
        </w:rPr>
        <w:t>[  ]</w:t>
      </w:r>
      <w:proofErr w:type="gramEnd"/>
      <w:r w:rsidRPr="00142F5A">
        <w:rPr>
          <w:b/>
          <w:lang w:val="es-CR"/>
        </w:rPr>
        <w:t xml:space="preserve">  mi edad</w:t>
      </w:r>
    </w:p>
    <w:p w14:paraId="4DB3D0DE" w14:textId="77777777" w:rsidR="00142F5A" w:rsidRPr="00142F5A" w:rsidRDefault="00142F5A" w:rsidP="00142F5A">
      <w:pPr>
        <w:spacing w:after="160"/>
        <w:rPr>
          <w:lang w:val="es-CR"/>
        </w:rPr>
      </w:pPr>
    </w:p>
    <w:p w14:paraId="026EDE39" w14:textId="77777777" w:rsidR="00606AAF" w:rsidRDefault="00000000">
      <w:pPr>
        <w:spacing w:before="80" w:after="40"/>
        <w:rPr>
          <w:b/>
          <w:lang w:val="es-CR"/>
        </w:rPr>
      </w:pPr>
      <w:r w:rsidRPr="00142F5A">
        <w:rPr>
          <w:b/>
          <w:lang w:val="es-CR"/>
        </w:rPr>
        <w:t xml:space="preserve">2. </w:t>
      </w:r>
      <w:proofErr w:type="gramStart"/>
      <w:r w:rsidRPr="00142F5A">
        <w:rPr>
          <w:b/>
          <w:lang w:val="es-CR"/>
        </w:rPr>
        <w:t>[  ]</w:t>
      </w:r>
      <w:proofErr w:type="gramEnd"/>
      <w:r w:rsidRPr="00142F5A">
        <w:rPr>
          <w:b/>
          <w:lang w:val="es-CR"/>
        </w:rPr>
        <w:t xml:space="preserve">  </w:t>
      </w:r>
      <w:proofErr w:type="spellStart"/>
      <w:r w:rsidRPr="00142F5A">
        <w:rPr>
          <w:b/>
          <w:lang w:val="es-CR"/>
        </w:rPr>
        <w:t>puntos_totales</w:t>
      </w:r>
      <w:proofErr w:type="spellEnd"/>
    </w:p>
    <w:p w14:paraId="24E49AEE" w14:textId="77777777" w:rsidR="00142F5A" w:rsidRPr="00142F5A" w:rsidRDefault="00142F5A">
      <w:pPr>
        <w:spacing w:before="80" w:after="40"/>
        <w:rPr>
          <w:lang w:val="es-CR"/>
        </w:rPr>
      </w:pPr>
    </w:p>
    <w:p w14:paraId="7B4B4F44" w14:textId="77777777" w:rsidR="00606AAF" w:rsidRPr="00142F5A" w:rsidRDefault="00000000">
      <w:pPr>
        <w:spacing w:before="80" w:after="40"/>
        <w:rPr>
          <w:lang w:val="es-CR"/>
        </w:rPr>
      </w:pPr>
      <w:r w:rsidRPr="00142F5A">
        <w:rPr>
          <w:b/>
          <w:lang w:val="es-CR"/>
        </w:rPr>
        <w:t xml:space="preserve">3. </w:t>
      </w:r>
      <w:proofErr w:type="gramStart"/>
      <w:r w:rsidRPr="00142F5A">
        <w:rPr>
          <w:b/>
          <w:lang w:val="es-CR"/>
        </w:rPr>
        <w:t>[  ]</w:t>
      </w:r>
      <w:proofErr w:type="gramEnd"/>
      <w:r w:rsidRPr="00142F5A">
        <w:rPr>
          <w:b/>
          <w:lang w:val="es-CR"/>
        </w:rPr>
        <w:t xml:space="preserve">  1er_lugar</w:t>
      </w:r>
    </w:p>
    <w:p w14:paraId="3F37C435" w14:textId="77777777" w:rsidR="00142F5A" w:rsidRDefault="00142F5A" w:rsidP="00142F5A">
      <w:pPr>
        <w:spacing w:after="160"/>
        <w:rPr>
          <w:color w:val="64748B"/>
          <w:sz w:val="20"/>
          <w:lang w:val="es-CR"/>
        </w:rPr>
      </w:pPr>
    </w:p>
    <w:p w14:paraId="132CE1A9" w14:textId="101E6352" w:rsidR="00606AAF" w:rsidRPr="00142F5A" w:rsidRDefault="00606AAF" w:rsidP="00142F5A">
      <w:pPr>
        <w:spacing w:after="160"/>
        <w:rPr>
          <w:lang w:val="es-CR"/>
        </w:rPr>
      </w:pPr>
    </w:p>
    <w:p w14:paraId="3BD9D0E9" w14:textId="77777777" w:rsidR="00606AAF" w:rsidRPr="00142F5A" w:rsidRDefault="00000000">
      <w:pPr>
        <w:keepNext/>
        <w:spacing w:before="320" w:after="160"/>
        <w:rPr>
          <w:lang w:val="es-CR"/>
        </w:rPr>
      </w:pPr>
      <w:r w:rsidRPr="00142F5A">
        <w:rPr>
          <w:b/>
          <w:color w:val="0F172A"/>
          <w:sz w:val="24"/>
          <w:lang w:val="es-CR"/>
        </w:rPr>
        <w:lastRenderedPageBreak/>
        <w:t>PARTE III. ANÁLISIS DE LÓGICA Y CÓDIGO</w:t>
      </w:r>
      <w:r w:rsidRPr="00142F5A">
        <w:rPr>
          <w:i/>
          <w:color w:val="64748B"/>
          <w:lang w:val="es-CR"/>
        </w:rPr>
        <w:t xml:space="preserve"> (Valor: 6 puntos, 2 puntos cada una)</w:t>
      </w:r>
    </w:p>
    <w:p w14:paraId="2E303D2F" w14:textId="77777777" w:rsidR="00606AAF" w:rsidRPr="00142F5A" w:rsidRDefault="00000000">
      <w:pPr>
        <w:rPr>
          <w:lang w:val="es-CR"/>
        </w:rPr>
      </w:pPr>
      <w:r w:rsidRPr="00142F5A">
        <w:rPr>
          <w:i/>
          <w:lang w:val="es-CR"/>
        </w:rPr>
        <w:t>Instrucciones: Lea detenidamente cada fragmento de código estructurado en Python. Ejecute mentalmente el orden de las instrucciones y determine el resultado final que imprimirá el programa en pantalla.</w:t>
      </w:r>
    </w:p>
    <w:p w14:paraId="0BA7F2F1" w14:textId="77777777" w:rsidR="00606AAF" w:rsidRDefault="00000000">
      <w:pPr>
        <w:spacing w:before="120" w:after="80"/>
      </w:pPr>
      <w:proofErr w:type="spellStart"/>
      <w:r>
        <w:rPr>
          <w:b/>
        </w:rPr>
        <w:t>Ejercicio</w:t>
      </w:r>
      <w:proofErr w:type="spellEnd"/>
      <w:r>
        <w:rPr>
          <w:b/>
        </w:rPr>
        <w:t xml:space="preserve"> A: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63"/>
      </w:tblGrid>
      <w:tr w:rsidR="00606AAF" w:rsidRPr="00142F5A" w14:paraId="6F9E52F6" w14:textId="77777777">
        <w:trPr>
          <w:jc w:val="center"/>
        </w:trPr>
        <w:tc>
          <w:tcPr>
            <w:tcW w:w="9663" w:type="dxa"/>
            <w:tcBorders>
              <w:top w:val="single" w:sz="4" w:space="0" w:color="E2E8F0"/>
              <w:left w:val="single" w:sz="8" w:space="0" w:color="14B8A6"/>
              <w:bottom w:val="single" w:sz="4" w:space="0" w:color="E2E8F0"/>
              <w:right w:val="single" w:sz="4" w:space="0" w:color="E2E8F0"/>
            </w:tcBorders>
            <w:shd w:val="clear" w:color="auto" w:fill="F8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1FCA3D" w14:textId="77777777" w:rsidR="00606AAF" w:rsidRPr="00142F5A" w:rsidRDefault="00000000">
            <w:pPr>
              <w:spacing w:after="0"/>
              <w:rPr>
                <w:lang w:val="es-CR"/>
              </w:rPr>
            </w:pPr>
            <w:r w:rsidRPr="00142F5A">
              <w:rPr>
                <w:rFonts w:ascii="Courier New" w:hAnsi="Courier New"/>
                <w:color w:val="0F172A"/>
                <w:sz w:val="21"/>
                <w:lang w:val="es-CR"/>
              </w:rPr>
              <w:t>nombre = "Sofía"</w:t>
            </w:r>
            <w:r w:rsidRPr="00142F5A">
              <w:rPr>
                <w:rFonts w:ascii="Courier New" w:hAnsi="Courier New"/>
                <w:color w:val="0F172A"/>
                <w:sz w:val="21"/>
                <w:lang w:val="es-CR"/>
              </w:rPr>
              <w:br/>
            </w:r>
            <w:proofErr w:type="spellStart"/>
            <w:r w:rsidRPr="00142F5A">
              <w:rPr>
                <w:rFonts w:ascii="Courier New" w:hAnsi="Courier New"/>
                <w:color w:val="0F172A"/>
                <w:sz w:val="21"/>
                <w:lang w:val="es-CR"/>
              </w:rPr>
              <w:t>print</w:t>
            </w:r>
            <w:proofErr w:type="spellEnd"/>
            <w:r w:rsidRPr="00142F5A">
              <w:rPr>
                <w:rFonts w:ascii="Courier New" w:hAnsi="Courier New"/>
                <w:color w:val="0F172A"/>
                <w:sz w:val="21"/>
                <w:lang w:val="es-CR"/>
              </w:rPr>
              <w:t>("Hola")</w:t>
            </w:r>
            <w:r w:rsidRPr="00142F5A">
              <w:rPr>
                <w:rFonts w:ascii="Courier New" w:hAnsi="Courier New"/>
                <w:color w:val="0F172A"/>
                <w:sz w:val="21"/>
                <w:lang w:val="es-CR"/>
              </w:rPr>
              <w:br/>
            </w:r>
            <w:proofErr w:type="spellStart"/>
            <w:r w:rsidRPr="00142F5A">
              <w:rPr>
                <w:rFonts w:ascii="Courier New" w:hAnsi="Courier New"/>
                <w:color w:val="0F172A"/>
                <w:sz w:val="21"/>
                <w:lang w:val="es-CR"/>
              </w:rPr>
              <w:t>print</w:t>
            </w:r>
            <w:proofErr w:type="spellEnd"/>
            <w:r w:rsidRPr="00142F5A">
              <w:rPr>
                <w:rFonts w:ascii="Courier New" w:hAnsi="Courier New"/>
                <w:color w:val="0F172A"/>
                <w:sz w:val="21"/>
                <w:lang w:val="es-CR"/>
              </w:rPr>
              <w:t>(nombre)</w:t>
            </w:r>
          </w:p>
        </w:tc>
      </w:tr>
    </w:tbl>
    <w:p w14:paraId="27E1882D" w14:textId="11EA8C74" w:rsidR="00606AAF" w:rsidRDefault="00000000">
      <w:pPr>
        <w:spacing w:before="120"/>
        <w:rPr>
          <w:sz w:val="21"/>
          <w:lang w:val="es-CR"/>
        </w:rPr>
      </w:pPr>
      <w:r w:rsidRPr="00142F5A">
        <w:rPr>
          <w:sz w:val="21"/>
          <w:lang w:val="es-CR"/>
        </w:rPr>
        <w:t>• ¿Qué se despliega exactamente en la pantalla?</w:t>
      </w:r>
    </w:p>
    <w:p w14:paraId="18FC3FDC" w14:textId="77777777" w:rsidR="00142F5A" w:rsidRPr="00142F5A" w:rsidRDefault="00142F5A">
      <w:pPr>
        <w:spacing w:before="120"/>
        <w:rPr>
          <w:lang w:val="es-CR"/>
        </w:rPr>
      </w:pPr>
    </w:p>
    <w:p w14:paraId="1231F3E7" w14:textId="77777777" w:rsidR="00606AAF" w:rsidRPr="00142F5A" w:rsidRDefault="00000000">
      <w:pPr>
        <w:spacing w:before="120" w:after="80"/>
        <w:rPr>
          <w:lang w:val="es-CR"/>
        </w:rPr>
      </w:pPr>
      <w:r w:rsidRPr="00142F5A">
        <w:rPr>
          <w:b/>
          <w:lang w:val="es-CR"/>
        </w:rPr>
        <w:t>Ejercicio B (¡Cuidado con la actualización de la caja!):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63"/>
      </w:tblGrid>
      <w:tr w:rsidR="00606AAF" w14:paraId="77EE4C7D" w14:textId="77777777">
        <w:trPr>
          <w:jc w:val="center"/>
        </w:trPr>
        <w:tc>
          <w:tcPr>
            <w:tcW w:w="9663" w:type="dxa"/>
            <w:tcBorders>
              <w:top w:val="single" w:sz="4" w:space="0" w:color="E2E8F0"/>
              <w:left w:val="single" w:sz="8" w:space="0" w:color="14B8A6"/>
              <w:bottom w:val="single" w:sz="4" w:space="0" w:color="E2E8F0"/>
              <w:right w:val="single" w:sz="4" w:space="0" w:color="E2E8F0"/>
            </w:tcBorders>
            <w:shd w:val="clear" w:color="auto" w:fill="F8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1669852" w14:textId="77777777" w:rsidR="00606AAF" w:rsidRDefault="00000000">
            <w:pPr>
              <w:spacing w:after="0"/>
            </w:pPr>
            <w:r>
              <w:rPr>
                <w:rFonts w:ascii="Courier New" w:hAnsi="Courier New"/>
                <w:color w:val="0F172A"/>
                <w:sz w:val="21"/>
              </w:rPr>
              <w:t>puntos = 100</w:t>
            </w:r>
            <w:r>
              <w:rPr>
                <w:rFonts w:ascii="Courier New" w:hAnsi="Courier New"/>
                <w:color w:val="0F172A"/>
                <w:sz w:val="21"/>
              </w:rPr>
              <w:br/>
              <w:t>puntos = 150</w:t>
            </w:r>
            <w:r>
              <w:rPr>
                <w:rFonts w:ascii="Courier New" w:hAnsi="Courier New"/>
                <w:color w:val="0F172A"/>
                <w:sz w:val="21"/>
              </w:rPr>
              <w:br/>
              <w:t>print(puntos)</w:t>
            </w:r>
          </w:p>
        </w:tc>
      </w:tr>
    </w:tbl>
    <w:p w14:paraId="0BF95B4A" w14:textId="50393BFE" w:rsidR="00606AAF" w:rsidRDefault="00000000">
      <w:pPr>
        <w:spacing w:before="120"/>
        <w:rPr>
          <w:sz w:val="21"/>
          <w:lang w:val="es-CR"/>
        </w:rPr>
      </w:pPr>
      <w:r w:rsidRPr="00142F5A">
        <w:rPr>
          <w:sz w:val="21"/>
          <w:lang w:val="es-CR"/>
        </w:rPr>
        <w:t>• ¿Qué se despliega exactamente en la pantalla?</w:t>
      </w:r>
    </w:p>
    <w:p w14:paraId="4F430E44" w14:textId="77777777" w:rsidR="00142F5A" w:rsidRPr="00142F5A" w:rsidRDefault="00142F5A">
      <w:pPr>
        <w:spacing w:before="120"/>
        <w:rPr>
          <w:lang w:val="es-CR"/>
        </w:rPr>
      </w:pPr>
    </w:p>
    <w:p w14:paraId="782FCD5E" w14:textId="77777777" w:rsidR="00606AAF" w:rsidRPr="00142F5A" w:rsidRDefault="00000000">
      <w:pPr>
        <w:spacing w:before="120" w:after="80"/>
        <w:rPr>
          <w:lang w:val="es-CR"/>
        </w:rPr>
      </w:pPr>
      <w:r w:rsidRPr="00142F5A">
        <w:rPr>
          <w:b/>
          <w:lang w:val="es-CR"/>
        </w:rPr>
        <w:t>Ejercicio C (Modelo de Procesamiento Entrada-Proceso-Salida):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63"/>
      </w:tblGrid>
      <w:tr w:rsidR="00606AAF" w14:paraId="1280F3C1" w14:textId="77777777">
        <w:trPr>
          <w:jc w:val="center"/>
        </w:trPr>
        <w:tc>
          <w:tcPr>
            <w:tcW w:w="9663" w:type="dxa"/>
            <w:tcBorders>
              <w:top w:val="single" w:sz="4" w:space="0" w:color="E2E8F0"/>
              <w:left w:val="single" w:sz="8" w:space="0" w:color="14B8A6"/>
              <w:bottom w:val="single" w:sz="4" w:space="0" w:color="E2E8F0"/>
              <w:right w:val="single" w:sz="4" w:space="0" w:color="E2E8F0"/>
            </w:tcBorders>
            <w:shd w:val="clear" w:color="auto" w:fill="F8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E684C9" w14:textId="77777777" w:rsidR="00606AAF" w:rsidRDefault="00000000">
            <w:pPr>
              <w:spacing w:after="0"/>
            </w:pPr>
            <w:r>
              <w:rPr>
                <w:rFonts w:ascii="Courier New" w:hAnsi="Courier New"/>
                <w:color w:val="0F172A"/>
                <w:sz w:val="21"/>
              </w:rPr>
              <w:t>base = 10</w:t>
            </w:r>
            <w:r>
              <w:rPr>
                <w:rFonts w:ascii="Courier New" w:hAnsi="Courier New"/>
                <w:color w:val="0F172A"/>
                <w:sz w:val="21"/>
              </w:rPr>
              <w:br/>
            </w:r>
            <w:proofErr w:type="spellStart"/>
            <w:r>
              <w:rPr>
                <w:rFonts w:ascii="Courier New" w:hAnsi="Courier New"/>
                <w:color w:val="0F172A"/>
                <w:sz w:val="21"/>
              </w:rPr>
              <w:t>altura</w:t>
            </w:r>
            <w:proofErr w:type="spellEnd"/>
            <w:r>
              <w:rPr>
                <w:rFonts w:ascii="Courier New" w:hAnsi="Courier New"/>
                <w:color w:val="0F172A"/>
                <w:sz w:val="21"/>
              </w:rPr>
              <w:t xml:space="preserve"> = 5</w:t>
            </w:r>
            <w:r>
              <w:rPr>
                <w:rFonts w:ascii="Courier New" w:hAnsi="Courier New"/>
                <w:color w:val="0F172A"/>
                <w:sz w:val="21"/>
              </w:rPr>
              <w:br/>
              <w:t>area = base * altura</w:t>
            </w:r>
            <w:r>
              <w:rPr>
                <w:rFonts w:ascii="Courier New" w:hAnsi="Courier New"/>
                <w:color w:val="0F172A"/>
                <w:sz w:val="21"/>
              </w:rPr>
              <w:br/>
              <w:t>print(area)</w:t>
            </w:r>
          </w:p>
        </w:tc>
      </w:tr>
    </w:tbl>
    <w:p w14:paraId="7813F9B1" w14:textId="78EFBD41" w:rsidR="00606AAF" w:rsidRDefault="00000000">
      <w:pPr>
        <w:spacing w:before="120"/>
        <w:rPr>
          <w:sz w:val="21"/>
          <w:lang w:val="es-CR"/>
        </w:rPr>
      </w:pPr>
      <w:r w:rsidRPr="00142F5A">
        <w:rPr>
          <w:sz w:val="21"/>
          <w:lang w:val="es-CR"/>
        </w:rPr>
        <w:t>• ¿Qué se despliega exactamente en la pantalla?</w:t>
      </w:r>
    </w:p>
    <w:p w14:paraId="444A7F66" w14:textId="77777777" w:rsidR="00142F5A" w:rsidRPr="00142F5A" w:rsidRDefault="00142F5A">
      <w:pPr>
        <w:spacing w:before="120"/>
        <w:rPr>
          <w:lang w:val="es-CR"/>
        </w:rPr>
      </w:pPr>
    </w:p>
    <w:p w14:paraId="315EFF8D" w14:textId="77777777" w:rsidR="00606AAF" w:rsidRPr="00142F5A" w:rsidRDefault="00000000">
      <w:pPr>
        <w:keepNext/>
        <w:spacing w:before="320" w:after="160"/>
        <w:rPr>
          <w:lang w:val="es-CR"/>
        </w:rPr>
      </w:pPr>
      <w:r w:rsidRPr="00142F5A">
        <w:rPr>
          <w:b/>
          <w:color w:val="0F172A"/>
          <w:sz w:val="24"/>
          <w:lang w:val="es-CR"/>
        </w:rPr>
        <w:t>PARTE IV. RETO DE CREACIÓN DE VARIABLES (APLICACIÓN)</w:t>
      </w:r>
      <w:r w:rsidRPr="00142F5A">
        <w:rPr>
          <w:i/>
          <w:color w:val="64748B"/>
          <w:lang w:val="es-CR"/>
        </w:rPr>
        <w:t xml:space="preserve"> (Valor: 8 puntos, 2 puntos cada una)</w:t>
      </w:r>
    </w:p>
    <w:p w14:paraId="247E8EA1" w14:textId="77777777" w:rsidR="00606AAF" w:rsidRDefault="00000000">
      <w:r w:rsidRPr="00142F5A">
        <w:rPr>
          <w:i/>
          <w:lang w:val="es-CR"/>
        </w:rPr>
        <w:t xml:space="preserve">Instrucciones: Imagine que forma parte del equipo de desarrollo de un nuevo videojuego de carreras en el Liceo de Atenas. Debe proponer y redactar la sintaxis de código en Python para crear 4 variables fundamentales. </w:t>
      </w:r>
      <w:r>
        <w:rPr>
          <w:i/>
        </w:rPr>
        <w:t xml:space="preserve">Observe </w:t>
      </w:r>
      <w:proofErr w:type="spellStart"/>
      <w:r>
        <w:rPr>
          <w:i/>
        </w:rPr>
        <w:t>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patrón</w:t>
      </w:r>
      <w:proofErr w:type="spellEnd"/>
      <w:r>
        <w:rPr>
          <w:i/>
        </w:rPr>
        <w:t xml:space="preserve"> del ejemplo: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63"/>
      </w:tblGrid>
      <w:tr w:rsidR="00606AAF" w:rsidRPr="00142F5A" w14:paraId="793741F5" w14:textId="77777777">
        <w:trPr>
          <w:jc w:val="center"/>
        </w:trPr>
        <w:tc>
          <w:tcPr>
            <w:tcW w:w="9663" w:type="dxa"/>
            <w:shd w:val="clear" w:color="auto" w:fill="F1F5F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27821" w14:textId="77777777" w:rsidR="00606AAF" w:rsidRPr="00142F5A" w:rsidRDefault="00000000">
            <w:pPr>
              <w:spacing w:after="0"/>
              <w:rPr>
                <w:lang w:val="es-CR"/>
              </w:rPr>
            </w:pPr>
            <w:r w:rsidRPr="00142F5A">
              <w:rPr>
                <w:b/>
                <w:sz w:val="19"/>
                <w:lang w:val="es-CR"/>
              </w:rPr>
              <w:t>Ejemplo Ilustrativo:</w:t>
            </w:r>
            <w:r w:rsidRPr="00142F5A">
              <w:rPr>
                <w:b/>
                <w:sz w:val="19"/>
                <w:lang w:val="es-CR"/>
              </w:rPr>
              <w:br/>
            </w:r>
            <w:r w:rsidRPr="00142F5A">
              <w:rPr>
                <w:i/>
                <w:sz w:val="19"/>
                <w:lang w:val="es-CR"/>
              </w:rPr>
              <w:t>Propósito: Guardar el nombre del jugador.</w:t>
            </w:r>
            <w:r w:rsidRPr="00142F5A">
              <w:rPr>
                <w:i/>
                <w:sz w:val="19"/>
                <w:lang w:val="es-CR"/>
              </w:rPr>
              <w:br/>
              <w:t xml:space="preserve">Código en Python: </w:t>
            </w:r>
            <w:proofErr w:type="spellStart"/>
            <w:r w:rsidRPr="00142F5A">
              <w:rPr>
                <w:i/>
                <w:sz w:val="19"/>
                <w:lang w:val="es-CR"/>
              </w:rPr>
              <w:t>nombre_jugador</w:t>
            </w:r>
            <w:proofErr w:type="spellEnd"/>
            <w:r w:rsidRPr="00142F5A">
              <w:rPr>
                <w:i/>
                <w:sz w:val="19"/>
                <w:lang w:val="es-CR"/>
              </w:rPr>
              <w:t xml:space="preserve"> = "Crash"</w:t>
            </w:r>
            <w:proofErr w:type="gramStart"/>
            <w:r w:rsidRPr="00142F5A">
              <w:rPr>
                <w:i/>
                <w:sz w:val="19"/>
                <w:lang w:val="es-CR"/>
              </w:rPr>
              <w:t xml:space="preserve">   (</w:t>
            </w:r>
            <w:proofErr w:type="gramEnd"/>
            <w:r w:rsidRPr="00142F5A">
              <w:rPr>
                <w:i/>
                <w:sz w:val="19"/>
                <w:lang w:val="es-CR"/>
              </w:rPr>
              <w:t xml:space="preserve">Tipo asignado de forma automática: </w:t>
            </w:r>
            <w:proofErr w:type="spellStart"/>
            <w:r w:rsidRPr="00142F5A">
              <w:rPr>
                <w:i/>
                <w:sz w:val="19"/>
                <w:lang w:val="es-CR"/>
              </w:rPr>
              <w:t>str</w:t>
            </w:r>
            <w:proofErr w:type="spellEnd"/>
            <w:r w:rsidRPr="00142F5A">
              <w:rPr>
                <w:i/>
                <w:sz w:val="19"/>
                <w:lang w:val="es-CR"/>
              </w:rPr>
              <w:t>)</w:t>
            </w:r>
          </w:p>
        </w:tc>
      </w:tr>
    </w:tbl>
    <w:p w14:paraId="57EA4824" w14:textId="77777777" w:rsidR="00606AAF" w:rsidRPr="00142F5A" w:rsidRDefault="00000000">
      <w:pPr>
        <w:spacing w:before="160" w:after="80"/>
        <w:rPr>
          <w:lang w:val="es-CR"/>
        </w:rPr>
      </w:pPr>
      <w:r w:rsidRPr="00142F5A">
        <w:rPr>
          <w:sz w:val="21"/>
          <w:lang w:val="es-CR"/>
        </w:rPr>
        <w:t>1. Guardar la velocidad actual del carro de carreras (debe aceptar valores numéricos con decimales).</w:t>
      </w:r>
    </w:p>
    <w:p w14:paraId="51DE7BE5" w14:textId="2D08A6DC" w:rsidR="00606AAF" w:rsidRPr="00142F5A" w:rsidRDefault="00606AAF" w:rsidP="00142F5A">
      <w:pPr>
        <w:spacing w:after="160"/>
        <w:rPr>
          <w:lang w:val="es-CR"/>
        </w:rPr>
      </w:pPr>
    </w:p>
    <w:p w14:paraId="5F43F2D5" w14:textId="77777777" w:rsidR="00606AAF" w:rsidRPr="00142F5A" w:rsidRDefault="00000000">
      <w:pPr>
        <w:spacing w:before="160" w:after="80"/>
        <w:rPr>
          <w:lang w:val="es-CR"/>
        </w:rPr>
      </w:pPr>
      <w:r w:rsidRPr="00142F5A">
        <w:rPr>
          <w:sz w:val="21"/>
          <w:lang w:val="es-CR"/>
        </w:rPr>
        <w:t>2. Guardar el número de la vuelta actual por la que transita el vehículo (debe ser un valor numérico entero).</w:t>
      </w:r>
    </w:p>
    <w:p w14:paraId="5F025AF6" w14:textId="77777777" w:rsidR="00142F5A" w:rsidRDefault="00142F5A">
      <w:pPr>
        <w:spacing w:before="160" w:after="80"/>
        <w:rPr>
          <w:color w:val="64748B"/>
          <w:sz w:val="20"/>
          <w:lang w:val="es-CR"/>
        </w:rPr>
      </w:pPr>
    </w:p>
    <w:p w14:paraId="23158EF7" w14:textId="3FF617F8" w:rsidR="00606AAF" w:rsidRPr="00142F5A" w:rsidRDefault="00000000">
      <w:pPr>
        <w:spacing w:before="160" w:after="80"/>
        <w:rPr>
          <w:lang w:val="es-CR"/>
        </w:rPr>
      </w:pPr>
      <w:r w:rsidRPr="00142F5A">
        <w:rPr>
          <w:sz w:val="21"/>
          <w:lang w:val="es-CR"/>
        </w:rPr>
        <w:lastRenderedPageBreak/>
        <w:t>3. Guardar el estado interno de si el juego se encuentra pausado o en ejecución (valores lógicos Verdadero/Falso).</w:t>
      </w:r>
    </w:p>
    <w:p w14:paraId="59849D52" w14:textId="77777777" w:rsidR="00142F5A" w:rsidRDefault="00142F5A">
      <w:pPr>
        <w:spacing w:before="160" w:after="80"/>
        <w:rPr>
          <w:color w:val="64748B"/>
          <w:sz w:val="20"/>
          <w:lang w:val="es-CR"/>
        </w:rPr>
      </w:pPr>
    </w:p>
    <w:p w14:paraId="4A68FE5E" w14:textId="78686F59" w:rsidR="00606AAF" w:rsidRPr="00142F5A" w:rsidRDefault="00000000">
      <w:pPr>
        <w:spacing w:before="160" w:after="80"/>
        <w:rPr>
          <w:lang w:val="es-CR"/>
        </w:rPr>
      </w:pPr>
      <w:r w:rsidRPr="00142F5A">
        <w:rPr>
          <w:sz w:val="21"/>
          <w:lang w:val="es-CR"/>
        </w:rPr>
        <w:t>4. Guardar la tonalidad o color del automóvil seleccionado por el competidor (valor de tipo texto puro).</w:t>
      </w:r>
    </w:p>
    <w:p w14:paraId="03896244" w14:textId="77777777" w:rsidR="00142F5A" w:rsidRDefault="00142F5A">
      <w:pPr>
        <w:spacing w:before="480"/>
        <w:jc w:val="center"/>
        <w:rPr>
          <w:color w:val="64748B"/>
          <w:sz w:val="20"/>
          <w:lang w:val="es-CR"/>
        </w:rPr>
      </w:pPr>
    </w:p>
    <w:p w14:paraId="64964626" w14:textId="4F943385" w:rsidR="00606AAF" w:rsidRPr="00142F5A" w:rsidRDefault="00000000">
      <w:pPr>
        <w:spacing w:before="480"/>
        <w:jc w:val="center"/>
        <w:rPr>
          <w:lang w:val="es-CR"/>
        </w:rPr>
      </w:pPr>
      <w:r w:rsidRPr="00142F5A">
        <w:rPr>
          <w:b/>
          <w:color w:val="14B8A6"/>
          <w:sz w:val="20"/>
          <w:lang w:val="es-CR"/>
        </w:rPr>
        <w:t>¡Revise con cuidado cada línea de su código antes de realizar la entrega en el aula!</w:t>
      </w:r>
    </w:p>
    <w:sectPr w:rsidR="00606AAF" w:rsidRPr="00142F5A" w:rsidSect="00034616">
      <w:pgSz w:w="11909" w:h="16834"/>
      <w:pgMar w:top="1123" w:right="1123" w:bottom="112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8253871">
    <w:abstractNumId w:val="8"/>
  </w:num>
  <w:num w:numId="2" w16cid:durableId="382674650">
    <w:abstractNumId w:val="6"/>
  </w:num>
  <w:num w:numId="3" w16cid:durableId="493690957">
    <w:abstractNumId w:val="5"/>
  </w:num>
  <w:num w:numId="4" w16cid:durableId="957488906">
    <w:abstractNumId w:val="4"/>
  </w:num>
  <w:num w:numId="5" w16cid:durableId="2060936895">
    <w:abstractNumId w:val="7"/>
  </w:num>
  <w:num w:numId="6" w16cid:durableId="83575257">
    <w:abstractNumId w:val="3"/>
  </w:num>
  <w:num w:numId="7" w16cid:durableId="379404939">
    <w:abstractNumId w:val="2"/>
  </w:num>
  <w:num w:numId="8" w16cid:durableId="1287665515">
    <w:abstractNumId w:val="1"/>
  </w:num>
  <w:num w:numId="9" w16cid:durableId="117645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2F5A"/>
    <w:rsid w:val="0015074B"/>
    <w:rsid w:val="0029639D"/>
    <w:rsid w:val="00326F90"/>
    <w:rsid w:val="00606AAF"/>
    <w:rsid w:val="0075566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724E5"/>
  <w14:defaultImageDpi w14:val="300"/>
  <w15:docId w15:val="{4E8D64E4-A5CA-4B88-BE37-19D1E10E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E293B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Cristian Humberto Porras Rodriguez</cp:lastModifiedBy>
  <cp:revision>2</cp:revision>
  <dcterms:created xsi:type="dcterms:W3CDTF">2013-12-23T23:15:00Z</dcterms:created>
  <dcterms:modified xsi:type="dcterms:W3CDTF">2026-05-31T22:32:00Z</dcterms:modified>
  <cp:category/>
</cp:coreProperties>
</file>