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CFA" w:rsidRPr="004502F9" w:rsidRDefault="00915CE1">
      <w:pPr>
        <w:spacing w:after="0" w:line="240" w:lineRule="auto"/>
        <w:jc w:val="center"/>
      </w:pPr>
      <w:r w:rsidRPr="004502F9">
        <w:rPr>
          <w:rFonts w:ascii="Times New Roman" w:eastAsia="Times New Roman" w:hAnsi="Times New Roman"/>
          <w:b/>
          <w:sz w:val="28"/>
        </w:rPr>
        <w:t>TUẦN 21</w:t>
      </w:r>
    </w:p>
    <w:p w:rsidR="009D5CFA" w:rsidRPr="004502F9" w:rsidRDefault="00915CE1">
      <w:pPr>
        <w:spacing w:after="0" w:line="240" w:lineRule="auto"/>
        <w:jc w:val="center"/>
      </w:pPr>
      <w:r w:rsidRPr="004502F9">
        <w:rPr>
          <w:rFonts w:ascii="Times New Roman" w:eastAsia="Times New Roman" w:hAnsi="Times New Roman"/>
          <w:b/>
          <w:sz w:val="28"/>
        </w:rPr>
        <w:t>KẾ HOẠCH BÀI DẠY MÔN TOÁN 3</w:t>
      </w:r>
    </w:p>
    <w:p w:rsidR="009D5CFA" w:rsidRPr="004502F9" w:rsidRDefault="00915CE1">
      <w:pPr>
        <w:spacing w:after="0" w:line="240" w:lineRule="auto"/>
        <w:jc w:val="center"/>
      </w:pPr>
      <w:r w:rsidRPr="004502F9">
        <w:rPr>
          <w:rFonts w:ascii="Times New Roman" w:eastAsia="Times New Roman" w:hAnsi="Times New Roman"/>
          <w:b/>
          <w:sz w:val="26"/>
        </w:rPr>
        <w:t>CHỦ ĐỀ 8: CÁC SỐ ĐẾN 10 000</w:t>
      </w:r>
    </w:p>
    <w:p w:rsidR="009D5CFA" w:rsidRPr="004502F9" w:rsidRDefault="00915CE1">
      <w:pPr>
        <w:spacing w:after="0" w:line="240" w:lineRule="auto"/>
        <w:jc w:val="center"/>
      </w:pPr>
      <w:r w:rsidRPr="004502F9">
        <w:rPr>
          <w:rFonts w:ascii="Times New Roman" w:eastAsia="Times New Roman" w:hAnsi="Times New Roman"/>
          <w:b/>
          <w:sz w:val="26"/>
        </w:rPr>
        <w:t>Bài 49: LUYỆN TẬP CHUNG (Tiết 3) - Trang 20</w:t>
      </w:r>
    </w:p>
    <w:p w:rsidR="009D5CFA" w:rsidRPr="004502F9" w:rsidRDefault="00915CE1">
      <w:pPr>
        <w:spacing w:after="0" w:line="240" w:lineRule="auto"/>
      </w:pPr>
      <w:r w:rsidRPr="004502F9">
        <w:rPr>
          <w:rFonts w:ascii="Times New Roman" w:eastAsia="Times New Roman" w:hAnsi="Times New Roman"/>
          <w:b/>
          <w:sz w:val="26"/>
        </w:rPr>
        <w:t>I. YÊU CẦU CẦN ĐẠT:</w:t>
      </w:r>
    </w:p>
    <w:p w:rsidR="009D5CFA" w:rsidRPr="004502F9" w:rsidRDefault="00915CE1">
      <w:pPr>
        <w:spacing w:after="0" w:line="240" w:lineRule="auto"/>
      </w:pPr>
      <w:r w:rsidRPr="004502F9">
        <w:rPr>
          <w:rFonts w:ascii="Times New Roman" w:eastAsia="Times New Roman" w:hAnsi="Times New Roman"/>
          <w:b/>
          <w:sz w:val="26"/>
        </w:rPr>
        <w:t>1. Năng lực đặc thù:</w:t>
      </w:r>
    </w:p>
    <w:p w:rsidR="009D5CFA" w:rsidRPr="004502F9" w:rsidRDefault="00915CE1">
      <w:pPr>
        <w:spacing w:after="0" w:line="240" w:lineRule="auto"/>
      </w:pPr>
      <w:r w:rsidRPr="004502F9">
        <w:rPr>
          <w:rFonts w:ascii="Times New Roman" w:eastAsia="Times New Roman" w:hAnsi="Times New Roman"/>
          <w:sz w:val="26"/>
        </w:rPr>
        <w:t>- Củng cố đọc, viết, so sánh, sắp xếp các số trong phạm vi 10 000.</w:t>
      </w:r>
    </w:p>
    <w:p w:rsidR="009D5CFA" w:rsidRPr="004502F9" w:rsidRDefault="00915CE1">
      <w:pPr>
        <w:spacing w:after="0" w:line="240" w:lineRule="auto"/>
      </w:pPr>
      <w:r w:rsidRPr="004502F9">
        <w:rPr>
          <w:rFonts w:ascii="Times New Roman" w:eastAsia="Times New Roman" w:hAnsi="Times New Roman"/>
          <w:sz w:val="26"/>
        </w:rPr>
        <w:t>- Thực hiện được so sánh số trong trò chơi học tập.</w:t>
      </w:r>
    </w:p>
    <w:p w:rsidR="009D5CFA" w:rsidRPr="004502F9" w:rsidRDefault="00915CE1">
      <w:pPr>
        <w:spacing w:after="0" w:line="240" w:lineRule="auto"/>
      </w:pPr>
      <w:r w:rsidRPr="004502F9">
        <w:rPr>
          <w:rFonts w:ascii="Times New Roman" w:eastAsia="Times New Roman" w:hAnsi="Times New Roman"/>
          <w:sz w:val="26"/>
        </w:rPr>
        <w:t>- Vận dụng kiến thức số đến 10 000 để đi đúng đường trong trò chơi.</w:t>
      </w:r>
    </w:p>
    <w:p w:rsidR="009D5CFA" w:rsidRPr="004502F9" w:rsidRDefault="00915CE1">
      <w:pPr>
        <w:spacing w:after="0" w:line="240" w:lineRule="auto"/>
      </w:pPr>
      <w:r w:rsidRPr="004502F9">
        <w:rPr>
          <w:rFonts w:ascii="Times New Roman" w:eastAsia="Times New Roman" w:hAnsi="Times New Roman"/>
          <w:sz w:val="26"/>
        </w:rPr>
        <w:t>- Biết đọc luật chơi và tham gia trò chơi toán học an toàn, lành mạnh.</w:t>
      </w:r>
    </w:p>
    <w:p w:rsidR="009D5CFA" w:rsidRPr="004502F9" w:rsidRDefault="00915CE1">
      <w:pPr>
        <w:spacing w:after="0" w:line="240" w:lineRule="auto"/>
      </w:pPr>
      <w:r w:rsidRPr="004502F9">
        <w:rPr>
          <w:rFonts w:ascii="Times New Roman" w:eastAsia="Times New Roman" w:hAnsi="Times New Roman"/>
          <w:b/>
          <w:sz w:val="26"/>
        </w:rPr>
        <w:t>2. Năng lực chung:</w:t>
      </w:r>
    </w:p>
    <w:p w:rsidR="009D5CFA" w:rsidRPr="004502F9" w:rsidRDefault="00915CE1">
      <w:pPr>
        <w:spacing w:after="0" w:line="240" w:lineRule="auto"/>
      </w:pPr>
      <w:r w:rsidRPr="004502F9">
        <w:rPr>
          <w:rFonts w:ascii="Times New Roman" w:eastAsia="Times New Roman" w:hAnsi="Times New Roman"/>
          <w:sz w:val="26"/>
        </w:rPr>
        <w:t>- Tự chủ, tự học: tự đọc luật chơi, tự so sánh số trước khi di chuyển.</w:t>
      </w:r>
    </w:p>
    <w:p w:rsidR="009D5CFA" w:rsidRPr="004502F9" w:rsidRDefault="00915CE1">
      <w:pPr>
        <w:spacing w:after="0" w:line="240" w:lineRule="auto"/>
      </w:pPr>
      <w:r w:rsidRPr="004502F9">
        <w:rPr>
          <w:rFonts w:ascii="Times New Roman" w:eastAsia="Times New Roman" w:hAnsi="Times New Roman"/>
          <w:sz w:val="26"/>
        </w:rPr>
        <w:t>- Giao tiếp và hợp tác: phối hợp nhóm, chờ đến lượt, nhận xét kết quả của bạn.</w:t>
      </w:r>
    </w:p>
    <w:p w:rsidR="009D5CFA" w:rsidRPr="004502F9" w:rsidRDefault="00915CE1">
      <w:pPr>
        <w:spacing w:after="0" w:line="240" w:lineRule="auto"/>
      </w:pPr>
      <w:r w:rsidRPr="004502F9">
        <w:rPr>
          <w:rFonts w:ascii="Times New Roman" w:eastAsia="Times New Roman" w:hAnsi="Times New Roman"/>
          <w:sz w:val="26"/>
        </w:rPr>
        <w:t>- Giải quyết vấn đề và sáng tạo: lựa chọn hướng đi phù hợp khi gặp ô màu xanh.</w:t>
      </w:r>
    </w:p>
    <w:p w:rsidR="009D5CFA" w:rsidRPr="004502F9" w:rsidRDefault="00915CE1">
      <w:pPr>
        <w:spacing w:after="0" w:line="240" w:lineRule="auto"/>
      </w:pPr>
      <w:r w:rsidRPr="004502F9">
        <w:rPr>
          <w:rFonts w:ascii="Times New Roman" w:eastAsia="Times New Roman" w:hAnsi="Times New Roman"/>
          <w:b/>
          <w:sz w:val="26"/>
        </w:rPr>
        <w:t>3. Phẩm chất:</w:t>
      </w:r>
    </w:p>
    <w:p w:rsidR="009D5CFA" w:rsidRPr="004502F9" w:rsidRDefault="00915CE1">
      <w:pPr>
        <w:spacing w:after="0" w:line="240" w:lineRule="auto"/>
      </w:pPr>
      <w:r w:rsidRPr="004502F9">
        <w:rPr>
          <w:rFonts w:ascii="Times New Roman" w:eastAsia="Times New Roman" w:hAnsi="Times New Roman"/>
          <w:sz w:val="26"/>
        </w:rPr>
        <w:t>- Chăm chỉ: tích cực tham gia trò chơi và luyện so sánh số.</w:t>
      </w:r>
    </w:p>
    <w:p w:rsidR="009D5CFA" w:rsidRPr="004502F9" w:rsidRDefault="00915CE1">
      <w:pPr>
        <w:spacing w:after="0" w:line="240" w:lineRule="auto"/>
      </w:pPr>
      <w:r w:rsidRPr="004502F9">
        <w:rPr>
          <w:rFonts w:ascii="Times New Roman" w:eastAsia="Times New Roman" w:hAnsi="Times New Roman"/>
          <w:sz w:val="26"/>
        </w:rPr>
        <w:t>- Trung thực: tự giác quay về vị trí đúng nếu so sánh sai.</w:t>
      </w:r>
    </w:p>
    <w:p w:rsidR="009D5CFA" w:rsidRPr="004502F9" w:rsidRDefault="00915CE1">
      <w:pPr>
        <w:spacing w:after="0" w:line="240" w:lineRule="auto"/>
      </w:pPr>
      <w:r w:rsidRPr="004502F9">
        <w:rPr>
          <w:rFonts w:ascii="Times New Roman" w:eastAsia="Times New Roman" w:hAnsi="Times New Roman"/>
          <w:sz w:val="26"/>
        </w:rPr>
        <w:t>- Trách nhiệm: tham gia trò chơi lành mạnh, giữ gìn nét đẹp Tết cổ truyền.</w:t>
      </w:r>
    </w:p>
    <w:p w:rsidR="009D5CFA" w:rsidRPr="004502F9" w:rsidRDefault="00915CE1">
      <w:pPr>
        <w:spacing w:after="0" w:line="240" w:lineRule="auto"/>
      </w:pPr>
      <w:r w:rsidRPr="004502F9">
        <w:rPr>
          <w:rFonts w:ascii="Times New Roman" w:eastAsia="Times New Roman" w:hAnsi="Times New Roman"/>
          <w:b/>
          <w:sz w:val="26"/>
        </w:rPr>
        <w:t>4. Tích hợp:</w:t>
      </w:r>
    </w:p>
    <w:p w:rsidR="009D5CFA" w:rsidRPr="004502F9" w:rsidRDefault="00915CE1">
      <w:pPr>
        <w:spacing w:after="0" w:line="240" w:lineRule="auto"/>
      </w:pPr>
      <w:r w:rsidRPr="004502F9">
        <w:rPr>
          <w:rFonts w:ascii="Times New Roman" w:eastAsia="Times New Roman" w:hAnsi="Times New Roman"/>
          <w:sz w:val="26"/>
        </w:rPr>
        <w:t>- Tích hợp đạo đức, lối sống: HS biết trân trọng Tết cổ truyền, yêu quý gia đình; tham gia trò chơi lành mạnh, an toàn và giữ gìn nét đẹp văn hóa dân tộc.</w:t>
      </w:r>
    </w:p>
    <w:p w:rsidR="009D5CFA" w:rsidRPr="004502F9" w:rsidRDefault="00915CE1">
      <w:pPr>
        <w:spacing w:after="0" w:line="240" w:lineRule="auto"/>
      </w:pPr>
      <w:r w:rsidRPr="004502F9">
        <w:rPr>
          <w:rFonts w:ascii="Times New Roman" w:eastAsia="Times New Roman" w:hAnsi="Times New Roman"/>
          <w:b/>
          <w:sz w:val="26"/>
        </w:rPr>
        <w:t>II. ĐỒ DÙNG DẠY HỌC</w:t>
      </w:r>
    </w:p>
    <w:p w:rsidR="009D5CFA" w:rsidRPr="004502F9" w:rsidRDefault="00915CE1">
      <w:pPr>
        <w:spacing w:after="0" w:line="240" w:lineRule="auto"/>
      </w:pPr>
      <w:r w:rsidRPr="004502F9">
        <w:rPr>
          <w:rFonts w:ascii="Times New Roman" w:eastAsia="Times New Roman" w:hAnsi="Times New Roman"/>
          <w:sz w:val="26"/>
        </w:rPr>
        <w:t>- Kế hoạch bài dạy, SGK Toán 3 tập hai, bài giảng PowerPoint.</w:t>
      </w:r>
    </w:p>
    <w:p w:rsidR="009D5CFA" w:rsidRPr="004502F9" w:rsidRDefault="00915CE1">
      <w:pPr>
        <w:spacing w:after="0" w:line="240" w:lineRule="auto"/>
      </w:pPr>
      <w:r w:rsidRPr="004502F9">
        <w:rPr>
          <w:rFonts w:ascii="Times New Roman" w:eastAsia="Times New Roman" w:hAnsi="Times New Roman"/>
          <w:sz w:val="26"/>
        </w:rPr>
        <w:t>- Xúc xắc, quân đi, phiếu ghi kết quả trò chơi.</w:t>
      </w:r>
    </w:p>
    <w:p w:rsidR="009D5CFA" w:rsidRPr="004502F9" w:rsidRDefault="00915CE1">
      <w:pPr>
        <w:spacing w:after="0" w:line="240" w:lineRule="auto"/>
      </w:pPr>
      <w:r w:rsidRPr="004502F9">
        <w:rPr>
          <w:rFonts w:ascii="Times New Roman" w:eastAsia="Times New Roman" w:hAnsi="Times New Roman"/>
          <w:sz w:val="26"/>
        </w:rPr>
        <w:t>- Hình cắt từ SGK trang 20.</w:t>
      </w:r>
    </w:p>
    <w:p w:rsidR="009D5CFA" w:rsidRPr="004502F9" w:rsidRDefault="00915CE1">
      <w:pPr>
        <w:spacing w:after="0" w:line="240" w:lineRule="auto"/>
      </w:pPr>
      <w:r w:rsidRPr="004502F9">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4502F9" w:rsidRPr="004502F9" w:rsidTr="004502F9">
        <w:trPr>
          <w:jc w:val="center"/>
        </w:trPr>
        <w:tc>
          <w:tcPr>
            <w:tcW w:w="5040" w:type="dxa"/>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giáo viên</w:t>
            </w:r>
          </w:p>
        </w:tc>
        <w:tc>
          <w:tcPr>
            <w:tcW w:w="5040" w:type="dxa"/>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học sinh</w:t>
            </w:r>
          </w:p>
        </w:tc>
      </w:tr>
      <w:tr w:rsidR="004502F9" w:rsidRPr="004502F9" w:rsidTr="004502F9">
        <w:trPr>
          <w:jc w:val="center"/>
        </w:trPr>
        <w:tc>
          <w:tcPr>
            <w:tcW w:w="10080" w:type="dxa"/>
            <w:gridSpan w:val="2"/>
            <w:shd w:val="clear" w:color="auto" w:fill="auto"/>
          </w:tcPr>
          <w:p w:rsidR="009D5CFA" w:rsidRPr="004502F9" w:rsidRDefault="00915CE1">
            <w:pPr>
              <w:spacing w:after="0" w:line="240" w:lineRule="auto"/>
            </w:pPr>
            <w:r w:rsidRPr="004502F9">
              <w:rPr>
                <w:rFonts w:ascii="Times New Roman" w:eastAsia="Times New Roman" w:hAnsi="Times New Roman"/>
                <w:b/>
                <w:sz w:val="26"/>
              </w:rPr>
              <w:t>1. Khởi động:</w:t>
            </w:r>
          </w:p>
          <w:p w:rsidR="009D5CFA" w:rsidRPr="004502F9" w:rsidRDefault="00915CE1">
            <w:pPr>
              <w:spacing w:after="0" w:line="240" w:lineRule="auto"/>
            </w:pPr>
            <w:r w:rsidRPr="004502F9">
              <w:rPr>
                <w:rFonts w:ascii="Times New Roman" w:eastAsia="Times New Roman" w:hAnsi="Times New Roman"/>
                <w:sz w:val="26"/>
              </w:rPr>
              <w:t>- Mục tiêu: Ôn so sánh số có bốn chữ số và tạo hứng thú với trò chơi toán học.</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tổ chức trò chơi nhanh “Số nào lớn hơn?”.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tham gia trò chơi theo hiệu lệnh.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nêu: So sánh 3 579 và 3 597.</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3 579 &lt; 3 597.</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nêu: So sánh 9 753 và 10 000.</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9 753 &lt; 10 000.</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Khi so sánh số có bốn chữ số, em so sánh từ hàng nào trước?</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So sánh từ hàng nghìn, rồi đến hàng trăm, hàng chục, hàng đơn vị.</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dẫn dắt vào trò chơi “Về nhà đón Tết”.</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chuẩn bị tham gia.</w:t>
            </w:r>
          </w:p>
        </w:tc>
      </w:tr>
      <w:tr w:rsidR="004502F9" w:rsidRPr="004502F9" w:rsidTr="004502F9">
        <w:trPr>
          <w:jc w:val="center"/>
        </w:trPr>
        <w:tc>
          <w:tcPr>
            <w:tcW w:w="10080" w:type="dxa"/>
            <w:gridSpan w:val="2"/>
            <w:shd w:val="clear" w:color="auto" w:fill="auto"/>
          </w:tcPr>
          <w:p w:rsidR="009D5CFA" w:rsidRPr="004502F9" w:rsidRDefault="00915CE1">
            <w:pPr>
              <w:spacing w:after="0" w:line="240" w:lineRule="auto"/>
            </w:pPr>
            <w:r w:rsidRPr="004502F9">
              <w:rPr>
                <w:rFonts w:ascii="Times New Roman" w:eastAsia="Times New Roman" w:hAnsi="Times New Roman"/>
                <w:b/>
                <w:sz w:val="26"/>
              </w:rPr>
              <w:t>2. Trò chơi: Về nhà đón Tết</w:t>
            </w:r>
          </w:p>
          <w:p w:rsidR="009D5CFA" w:rsidRPr="004502F9" w:rsidRDefault="00915CE1">
            <w:pPr>
              <w:spacing w:after="0" w:line="240" w:lineRule="auto"/>
            </w:pPr>
            <w:r w:rsidRPr="004502F9">
              <w:rPr>
                <w:rFonts w:ascii="Times New Roman" w:eastAsia="Times New Roman" w:hAnsi="Times New Roman"/>
                <w:sz w:val="26"/>
              </w:rPr>
              <w:t>- Mục tiêu: Củng cố so sánh số, di chuyển theo luật và tham gia trò chơi lành mạnh.</w:t>
            </w:r>
          </w:p>
          <w:p w:rsidR="009D5CFA" w:rsidRPr="004502F9" w:rsidRDefault="00915CE1">
            <w:pPr>
              <w:spacing w:after="0" w:line="240" w:lineRule="auto"/>
            </w:pPr>
            <w:r w:rsidRPr="004502F9">
              <w:rPr>
                <w:rFonts w:ascii="Times New Roman" w:eastAsia="Times New Roman" w:hAnsi="Times New Roman"/>
                <w:sz w:val="26"/>
              </w:rPr>
              <w:t>- Mục tiêu tích hợp đạo đức, lối sống: HS biết trân trọng Tết cổ truyền, yêu quý gia đình và tham gia trò chơi an toàn.</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Trò chơi. Về nhà đón Tết. (Làm việc nhóm 4)</w:t>
            </w:r>
          </w:p>
          <w:p w:rsidR="009D5CFA" w:rsidRPr="004502F9" w:rsidRDefault="00915CE1" w:rsidP="004502F9">
            <w:pPr>
              <w:spacing w:after="0" w:line="240" w:lineRule="auto"/>
            </w:pPr>
            <w:r w:rsidRPr="004502F9">
              <w:rPr>
                <w:rFonts w:ascii="Times New Roman" w:eastAsia="Times New Roman" w:hAnsi="Times New Roman"/>
                <w:sz w:val="26"/>
              </w:rPr>
              <w:t>- HS quan sát hình trò chơi.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bàn chơi trong SGK.</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xml:space="preserve">- GV yêu cầu HS đọc tên trò chơi và quan sát </w:t>
            </w:r>
            <w:r w:rsidRPr="004502F9">
              <w:rPr>
                <w:rFonts w:ascii="Times New Roman" w:eastAsia="Times New Roman" w:hAnsi="Times New Roman"/>
                <w:sz w:val="26"/>
              </w:rPr>
              <w:lastRenderedPageBreak/>
              <w:t>ô Xuất phát, ô Chúc mừng năm mới.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xml:space="preserve">- HS đọc: Về nhà đón Tết; xác định ô Xuất </w:t>
            </w:r>
            <w:r w:rsidRPr="004502F9">
              <w:rPr>
                <w:rFonts w:ascii="Times New Roman" w:eastAsia="Times New Roman" w:hAnsi="Times New Roman"/>
                <w:sz w:val="26"/>
              </w:rPr>
              <w:lastRenderedPageBreak/>
              <w:t>phát 3 579 và đích Chúc mừng năm mới.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yêu cầu HS đọc luật chơi: chơi theo nhóm, gieo xúc xắc, di chuyển theo số chấm; đến ô màu xanh thì đi theo hướng mũi tên.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luật chơi và nhắc lại cách di chuyển.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nhắc: Sau mỗi lượt, người chơi phải so sánh số trong ô đi đến với ô Xuất phát 3 579. Nếu so sánh sai thì quay về ô xuất phát trước đó.</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nêu lại: Em phải so sánh đúng trước khi đi tiếp.</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Tích hợp đạo đức, lối sống: GV hỏi: Trò chơi có hình ảnh Tết, em cần làm gì để giữ gìn nét đẹp Tết cổ truyền và chơi an toàn?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Em chơi vui, đúng luật, không tranh giành, biết chúc Tết, yêu quý gia đình và giữ gìn phong tục tốt đẹp.</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chia nhóm 4, phát xúc xắc và quân đi; yêu cầu nhóm phân công người gieo, người ghi kết quả, người kiểm tra phép so sánh.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nhận dụng cụ, phân công nhiệm vụ trong nhóm.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cho HS chơi lượt thử: nếu gieo được 2 bước từ 3 579 thì đến số nào và so sánh thế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thao tác trên bàn chơi, nêu phép so sánh phù hợp với ô đi đến.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cho các nhóm chơi thật trong thời gian quy định.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chơi theo nhóm, lần lượt gieo xúc xắc, di chuyển và so sánh số.</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quan sát, hỗ trợ nhóm so sánh sai hoặc chưa hiểu hướng mũi tên.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sửa lỗi khi được góp ý và tiếp tục chơi đúng luật.</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mời nhóm chiến thắng nêu kinh nghiệm.</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trình bày: Cần so sánh cẩn thận, đọc luật đúng, chờ đến lượt và hợp tác với bạn.</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Trò chơi giúp luyện so sánh số trong phạm vi 10 000 và rèn cách chơi lành mạnh, đoàn kết trong ngày Tết.</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rút kinh nghiệm.</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3. Vận dụng:</w:t>
            </w:r>
          </w:p>
          <w:p w:rsidR="009D5CFA" w:rsidRPr="004502F9" w:rsidRDefault="00915CE1">
            <w:pPr>
              <w:spacing w:after="0" w:line="240" w:lineRule="auto"/>
            </w:pPr>
            <w:r w:rsidRPr="004502F9">
              <w:rPr>
                <w:rFonts w:ascii="Times New Roman" w:eastAsia="Times New Roman" w:hAnsi="Times New Roman"/>
                <w:sz w:val="26"/>
              </w:rPr>
              <w:t>- Mục tiêu: Củng cố kiến thức so sánh số và liên hệ ứng xử khi tham gia trò chơi.</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Hôm nay em luyện được kiến thức gì qua trò chơi?</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Em luyện so sánh số, đọc số và thực hiện đúng luật.</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một việc nên làm trong dịp Tết để thể hiện yêu quý gia đình.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nêu: Chúc Tết ông bà, phụ giúp gia đình, giữ gìn vệ sinh, chơi trò chơi an toàn.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nhận xét, tuyên dương nhóm chơi đúng luật, hợp tác tốt.</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bl>
    <w:p w:rsidR="009D5CFA" w:rsidRPr="004502F9" w:rsidRDefault="00915CE1">
      <w:pPr>
        <w:spacing w:after="0" w:line="240" w:lineRule="auto"/>
      </w:pPr>
      <w:r w:rsidRPr="004502F9">
        <w:rPr>
          <w:rFonts w:ascii="Times New Roman" w:eastAsia="Times New Roman" w:hAnsi="Times New Roman"/>
          <w:b/>
          <w:sz w:val="26"/>
        </w:rPr>
        <w:t>IV. ĐIỀU CHỈNH SAU BÀI DẠY:</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br w:type="page"/>
      </w:r>
    </w:p>
    <w:p w:rsidR="009D5CFA" w:rsidRPr="004502F9" w:rsidRDefault="00915CE1">
      <w:pPr>
        <w:spacing w:after="0" w:line="240" w:lineRule="auto"/>
        <w:jc w:val="center"/>
      </w:pPr>
      <w:r w:rsidRPr="004502F9">
        <w:rPr>
          <w:rFonts w:ascii="Times New Roman" w:eastAsia="Times New Roman" w:hAnsi="Times New Roman"/>
          <w:b/>
          <w:sz w:val="28"/>
        </w:rPr>
        <w:lastRenderedPageBreak/>
        <w:t>TUẦN 21</w:t>
      </w:r>
    </w:p>
    <w:p w:rsidR="009D5CFA" w:rsidRPr="004502F9" w:rsidRDefault="00915CE1">
      <w:pPr>
        <w:spacing w:after="0" w:line="240" w:lineRule="auto"/>
        <w:jc w:val="center"/>
      </w:pPr>
      <w:r w:rsidRPr="004502F9">
        <w:rPr>
          <w:rFonts w:ascii="Times New Roman" w:eastAsia="Times New Roman" w:hAnsi="Times New Roman"/>
          <w:b/>
          <w:sz w:val="28"/>
        </w:rPr>
        <w:t>KẾ HOẠCH BÀI DẠY MÔN TOÁN 3</w:t>
      </w:r>
    </w:p>
    <w:p w:rsidR="009D5CFA" w:rsidRPr="004502F9" w:rsidRDefault="00915CE1">
      <w:pPr>
        <w:spacing w:after="0" w:line="240" w:lineRule="auto"/>
        <w:jc w:val="center"/>
      </w:pPr>
      <w:r w:rsidRPr="004502F9">
        <w:rPr>
          <w:rFonts w:ascii="Times New Roman" w:eastAsia="Times New Roman" w:hAnsi="Times New Roman"/>
          <w:b/>
          <w:sz w:val="26"/>
        </w:rPr>
        <w:t>CHỦ ĐỀ 9: CHU VI, DIỆN TÍCH MỘT SỐ HÌNH PHẲNG</w:t>
      </w:r>
    </w:p>
    <w:p w:rsidR="009D5CFA" w:rsidRPr="004502F9" w:rsidRDefault="00915CE1">
      <w:pPr>
        <w:spacing w:after="0" w:line="240" w:lineRule="auto"/>
        <w:jc w:val="center"/>
      </w:pPr>
      <w:r w:rsidRPr="004502F9">
        <w:rPr>
          <w:rFonts w:ascii="Times New Roman" w:eastAsia="Times New Roman" w:hAnsi="Times New Roman"/>
          <w:b/>
          <w:sz w:val="26"/>
        </w:rPr>
        <w:t>Bài 50: CHU VI HÌNH TAM GIÁC, HÌNH TỨ GIÁC, HÌNH CHỮ NHẬT, HÌNH VUÔNG (Tiết 1) - Trang 21, 22</w:t>
      </w:r>
    </w:p>
    <w:p w:rsidR="009D5CFA" w:rsidRPr="004502F9" w:rsidRDefault="00915CE1">
      <w:pPr>
        <w:spacing w:after="0" w:line="240" w:lineRule="auto"/>
      </w:pPr>
      <w:r w:rsidRPr="004502F9">
        <w:rPr>
          <w:rFonts w:ascii="Times New Roman" w:eastAsia="Times New Roman" w:hAnsi="Times New Roman"/>
          <w:b/>
          <w:sz w:val="26"/>
        </w:rPr>
        <w:t>I. YÊU CẦU CẦN ĐẠT:</w:t>
      </w:r>
    </w:p>
    <w:p w:rsidR="009D5CFA" w:rsidRPr="004502F9" w:rsidRDefault="00915CE1">
      <w:pPr>
        <w:spacing w:after="0" w:line="240" w:lineRule="auto"/>
      </w:pPr>
      <w:r w:rsidRPr="004502F9">
        <w:rPr>
          <w:rFonts w:ascii="Times New Roman" w:eastAsia="Times New Roman" w:hAnsi="Times New Roman"/>
          <w:b/>
          <w:sz w:val="26"/>
        </w:rPr>
        <w:t>1. Năng lực đặc thù:</w:t>
      </w:r>
    </w:p>
    <w:p w:rsidR="009D5CFA" w:rsidRPr="004502F9" w:rsidRDefault="00915CE1">
      <w:pPr>
        <w:spacing w:after="0" w:line="240" w:lineRule="auto"/>
      </w:pPr>
      <w:r w:rsidRPr="004502F9">
        <w:rPr>
          <w:rFonts w:ascii="Times New Roman" w:eastAsia="Times New Roman" w:hAnsi="Times New Roman"/>
          <w:sz w:val="26"/>
        </w:rPr>
        <w:t>- Nhận biết được chu vi hình tam giác, hình tứ giác là tổng độ dài các cạnh của hình đó.</w:t>
      </w:r>
    </w:p>
    <w:p w:rsidR="009D5CFA" w:rsidRPr="004502F9" w:rsidRDefault="00915CE1">
      <w:pPr>
        <w:spacing w:after="0" w:line="240" w:lineRule="auto"/>
      </w:pPr>
      <w:r w:rsidRPr="004502F9">
        <w:rPr>
          <w:rFonts w:ascii="Times New Roman" w:eastAsia="Times New Roman" w:hAnsi="Times New Roman"/>
          <w:sz w:val="26"/>
        </w:rPr>
        <w:t>- Tính được chu vi hình tam giác, hình tứ giác khi biết độ dài các cạnh.</w:t>
      </w:r>
    </w:p>
    <w:p w:rsidR="009D5CFA" w:rsidRPr="004502F9" w:rsidRDefault="00915CE1">
      <w:pPr>
        <w:spacing w:after="0" w:line="240" w:lineRule="auto"/>
      </w:pPr>
      <w:r w:rsidRPr="004502F9">
        <w:rPr>
          <w:rFonts w:ascii="Times New Roman" w:eastAsia="Times New Roman" w:hAnsi="Times New Roman"/>
          <w:sz w:val="26"/>
        </w:rPr>
        <w:t>- Giải được bài toán thực tế liên quan đến chu vi hình tứ giác.</w:t>
      </w:r>
    </w:p>
    <w:p w:rsidR="009D5CFA" w:rsidRPr="004502F9" w:rsidRDefault="00915CE1">
      <w:pPr>
        <w:spacing w:after="0" w:line="240" w:lineRule="auto"/>
      </w:pPr>
      <w:r w:rsidRPr="004502F9">
        <w:rPr>
          <w:rFonts w:ascii="Times New Roman" w:eastAsia="Times New Roman" w:hAnsi="Times New Roman"/>
          <w:sz w:val="26"/>
        </w:rPr>
        <w:t>- Trình bày được phép tính chu vi và đáp số đúng đơn vị đo.</w:t>
      </w:r>
    </w:p>
    <w:p w:rsidR="009D5CFA" w:rsidRPr="004502F9" w:rsidRDefault="00915CE1">
      <w:pPr>
        <w:spacing w:after="0" w:line="240" w:lineRule="auto"/>
      </w:pPr>
      <w:r w:rsidRPr="004502F9">
        <w:rPr>
          <w:rFonts w:ascii="Times New Roman" w:eastAsia="Times New Roman" w:hAnsi="Times New Roman"/>
          <w:b/>
          <w:sz w:val="26"/>
        </w:rPr>
        <w:t>2. Năng lực chung:</w:t>
      </w:r>
    </w:p>
    <w:p w:rsidR="009D5CFA" w:rsidRPr="004502F9" w:rsidRDefault="00915CE1">
      <w:pPr>
        <w:spacing w:after="0" w:line="240" w:lineRule="auto"/>
      </w:pPr>
      <w:r w:rsidRPr="004502F9">
        <w:rPr>
          <w:rFonts w:ascii="Times New Roman" w:eastAsia="Times New Roman" w:hAnsi="Times New Roman"/>
          <w:sz w:val="26"/>
        </w:rPr>
        <w:t>- Tự chủ, tự học: tự đọc số đo cạnh và viết phép tính chu vi.</w:t>
      </w:r>
    </w:p>
    <w:p w:rsidR="009D5CFA" w:rsidRPr="004502F9" w:rsidRDefault="00915CE1">
      <w:pPr>
        <w:spacing w:after="0" w:line="240" w:lineRule="auto"/>
      </w:pPr>
      <w:r w:rsidRPr="004502F9">
        <w:rPr>
          <w:rFonts w:ascii="Times New Roman" w:eastAsia="Times New Roman" w:hAnsi="Times New Roman"/>
          <w:sz w:val="26"/>
        </w:rPr>
        <w:t>- Giao tiếp và hợp tác: thảo luận nhóm đôi khi đánh dấu cạnh và kiểm tra kết quả.</w:t>
      </w:r>
    </w:p>
    <w:p w:rsidR="009D5CFA" w:rsidRPr="004502F9" w:rsidRDefault="00915CE1">
      <w:pPr>
        <w:spacing w:after="0" w:line="240" w:lineRule="auto"/>
      </w:pPr>
      <w:r w:rsidRPr="004502F9">
        <w:rPr>
          <w:rFonts w:ascii="Times New Roman" w:eastAsia="Times New Roman" w:hAnsi="Times New Roman"/>
          <w:sz w:val="26"/>
        </w:rPr>
        <w:t>- Giải quyết vấn đề và sáng tạo: vận dụng quy trình tính chu vi vào bài toán dây đèn.</w:t>
      </w:r>
    </w:p>
    <w:p w:rsidR="009D5CFA" w:rsidRPr="004502F9" w:rsidRDefault="00915CE1">
      <w:pPr>
        <w:spacing w:after="0" w:line="240" w:lineRule="auto"/>
      </w:pPr>
      <w:r w:rsidRPr="004502F9">
        <w:rPr>
          <w:rFonts w:ascii="Times New Roman" w:eastAsia="Times New Roman" w:hAnsi="Times New Roman"/>
          <w:b/>
          <w:sz w:val="26"/>
        </w:rPr>
        <w:t>3. Phẩm chất:</w:t>
      </w:r>
    </w:p>
    <w:p w:rsidR="009D5CFA" w:rsidRPr="004502F9" w:rsidRDefault="00915CE1">
      <w:pPr>
        <w:spacing w:after="0" w:line="240" w:lineRule="auto"/>
      </w:pPr>
      <w:r w:rsidRPr="004502F9">
        <w:rPr>
          <w:rFonts w:ascii="Times New Roman" w:eastAsia="Times New Roman" w:hAnsi="Times New Roman"/>
          <w:sz w:val="26"/>
        </w:rPr>
        <w:t>- Chăm chỉ: tích cực làm bài, tính toán cẩn thận.</w:t>
      </w:r>
    </w:p>
    <w:p w:rsidR="009D5CFA" w:rsidRPr="004502F9" w:rsidRDefault="00915CE1">
      <w:pPr>
        <w:spacing w:after="0" w:line="240" w:lineRule="auto"/>
      </w:pPr>
      <w:r w:rsidRPr="004502F9">
        <w:rPr>
          <w:rFonts w:ascii="Times New Roman" w:eastAsia="Times New Roman" w:hAnsi="Times New Roman"/>
          <w:sz w:val="26"/>
        </w:rPr>
        <w:t>- Trung thực: nêu đúng kết quả đo và sửa lỗi phép tính.</w:t>
      </w:r>
    </w:p>
    <w:p w:rsidR="009D5CFA" w:rsidRPr="004502F9" w:rsidRDefault="00915CE1">
      <w:pPr>
        <w:spacing w:after="0" w:line="240" w:lineRule="auto"/>
      </w:pPr>
      <w:r w:rsidRPr="004502F9">
        <w:rPr>
          <w:rFonts w:ascii="Times New Roman" w:eastAsia="Times New Roman" w:hAnsi="Times New Roman"/>
          <w:sz w:val="26"/>
        </w:rPr>
        <w:t>- Trách nhiệm: sử dụng công cụ số đúng hướng dẫn.</w:t>
      </w:r>
    </w:p>
    <w:p w:rsidR="009D5CFA" w:rsidRPr="004502F9" w:rsidRDefault="00915CE1">
      <w:pPr>
        <w:spacing w:after="0" w:line="240" w:lineRule="auto"/>
      </w:pPr>
      <w:r w:rsidRPr="004502F9">
        <w:rPr>
          <w:rFonts w:ascii="Times New Roman" w:eastAsia="Times New Roman" w:hAnsi="Times New Roman"/>
          <w:b/>
          <w:sz w:val="26"/>
        </w:rPr>
        <w:t>4. Tích hợp:</w:t>
      </w:r>
    </w:p>
    <w:p w:rsidR="009D5CFA" w:rsidRPr="004502F9" w:rsidRDefault="00915CE1">
      <w:pPr>
        <w:spacing w:after="0" w:line="240" w:lineRule="auto"/>
      </w:pPr>
      <w:r w:rsidRPr="004502F9">
        <w:rPr>
          <w:rFonts w:ascii="Times New Roman" w:eastAsia="Times New Roman" w:hAnsi="Times New Roman"/>
          <w:sz w:val="26"/>
        </w:rPr>
        <w:t>- Tích hợp NLS 5.1.CB1a: GV dùng GeoGebra hoặc bảng tương tác để HS đánh dấu các cạnh của hình tam giác, tứ giác, kéo thả số đo vào đúng cạnh và nêu phép tính chu vi phù hợp.</w:t>
      </w:r>
    </w:p>
    <w:p w:rsidR="009D5CFA" w:rsidRPr="004502F9" w:rsidRDefault="00915CE1">
      <w:pPr>
        <w:spacing w:after="0" w:line="240" w:lineRule="auto"/>
      </w:pPr>
      <w:r w:rsidRPr="004502F9">
        <w:rPr>
          <w:rFonts w:ascii="Times New Roman" w:eastAsia="Times New Roman" w:hAnsi="Times New Roman"/>
          <w:sz w:val="26"/>
        </w:rPr>
        <w:t>- Tích hợp AI (Khung 3439) - 3.C5.1: Vận dụng tư duy thuật toán theo quy trình các bước để máy tính thực hiện phép tính chu vi.</w:t>
      </w:r>
    </w:p>
    <w:p w:rsidR="009D5CFA" w:rsidRPr="004502F9" w:rsidRDefault="00915CE1">
      <w:pPr>
        <w:spacing w:after="0" w:line="240" w:lineRule="auto"/>
      </w:pPr>
      <w:r w:rsidRPr="004502F9">
        <w:rPr>
          <w:rFonts w:ascii="Times New Roman" w:eastAsia="Times New Roman" w:hAnsi="Times New Roman"/>
          <w:b/>
          <w:sz w:val="26"/>
        </w:rPr>
        <w:t>II. ĐỒ DÙNG DẠY HỌC</w:t>
      </w:r>
    </w:p>
    <w:p w:rsidR="009D5CFA" w:rsidRPr="004502F9" w:rsidRDefault="00915CE1">
      <w:pPr>
        <w:spacing w:after="0" w:line="240" w:lineRule="auto"/>
      </w:pPr>
      <w:r w:rsidRPr="004502F9">
        <w:rPr>
          <w:rFonts w:ascii="Times New Roman" w:eastAsia="Times New Roman" w:hAnsi="Times New Roman"/>
          <w:sz w:val="26"/>
        </w:rPr>
        <w:t>- Kế hoạch bài dạy, SGK Toán 3 tập hai, bài giảng PowerPoint.</w:t>
      </w:r>
    </w:p>
    <w:p w:rsidR="009D5CFA" w:rsidRPr="004502F9" w:rsidRDefault="00915CE1">
      <w:pPr>
        <w:spacing w:after="0" w:line="240" w:lineRule="auto"/>
      </w:pPr>
      <w:r w:rsidRPr="004502F9">
        <w:rPr>
          <w:rFonts w:ascii="Times New Roman" w:eastAsia="Times New Roman" w:hAnsi="Times New Roman"/>
          <w:sz w:val="26"/>
        </w:rPr>
        <w:t>- GeoGebra hoặc bảng tương tác, phiếu học tập tính chu vi.</w:t>
      </w:r>
    </w:p>
    <w:p w:rsidR="009D5CFA" w:rsidRPr="004502F9" w:rsidRDefault="00915CE1">
      <w:pPr>
        <w:spacing w:after="0" w:line="240" w:lineRule="auto"/>
      </w:pPr>
      <w:r w:rsidRPr="004502F9">
        <w:rPr>
          <w:rFonts w:ascii="Times New Roman" w:eastAsia="Times New Roman" w:hAnsi="Times New Roman"/>
          <w:sz w:val="26"/>
        </w:rPr>
        <w:t>- Hình cắt từ SGK trang 21, 22.</w:t>
      </w:r>
    </w:p>
    <w:p w:rsidR="009D5CFA" w:rsidRPr="004502F9" w:rsidRDefault="00915CE1">
      <w:pPr>
        <w:spacing w:after="0" w:line="240" w:lineRule="auto"/>
      </w:pPr>
      <w:r w:rsidRPr="004502F9">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học sinh</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1. Khởi động:</w:t>
            </w:r>
          </w:p>
          <w:p w:rsidR="009D5CFA" w:rsidRPr="004502F9" w:rsidRDefault="00915CE1">
            <w:pPr>
              <w:spacing w:after="0" w:line="240" w:lineRule="auto"/>
            </w:pPr>
            <w:r w:rsidRPr="004502F9">
              <w:rPr>
                <w:rFonts w:ascii="Times New Roman" w:eastAsia="Times New Roman" w:hAnsi="Times New Roman"/>
                <w:sz w:val="26"/>
              </w:rPr>
              <w:t>- Mục tiêu: Gợi nhớ cách cộng các số đo độ dài và tạo tình huống học chu vi.</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tổ chức trò chơi “Cộng nhanh số đo”.</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tham gia trò chơi.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nêu: 2 cm + 4 cm + 3 cm bằng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2 cm + 4 cm + 3 cm = 9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Muốn biết độ dài đường bao quanh một hình, ta cần làm gì?</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theo hiểu biết: Cộng độ dài các cạnh của hình.</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dẫn dắt vào bài học về chu vi hình tam giác, hình tứ giác.</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ghi tên bài.</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2. Khám phá:</w:t>
            </w:r>
          </w:p>
          <w:p w:rsidR="009D5CFA" w:rsidRPr="004502F9" w:rsidRDefault="00915CE1">
            <w:pPr>
              <w:spacing w:after="0" w:line="240" w:lineRule="auto"/>
            </w:pPr>
            <w:r w:rsidRPr="004502F9">
              <w:rPr>
                <w:rFonts w:ascii="Times New Roman" w:eastAsia="Times New Roman" w:hAnsi="Times New Roman"/>
                <w:sz w:val="26"/>
              </w:rPr>
              <w:t>- Mục tiêu: Hiểu chu vi hình tam giác, hình tứ giác là tổng độ dài các cạnh.</w:t>
            </w:r>
          </w:p>
          <w:p w:rsidR="009D5CFA" w:rsidRPr="004502F9" w:rsidRDefault="00915CE1">
            <w:pPr>
              <w:spacing w:after="0" w:line="240" w:lineRule="auto"/>
            </w:pPr>
            <w:r w:rsidRPr="004502F9">
              <w:rPr>
                <w:rFonts w:ascii="Times New Roman" w:eastAsia="Times New Roman" w:hAnsi="Times New Roman"/>
                <w:sz w:val="26"/>
              </w:rPr>
              <w:t>- Mục tiêu tích hợp AI 3.C5.1: HS nhận biết có thể mô tả quy trình tính chu vi theo các bước để máy tính thực hiện.</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 xml:space="preserve">Khám phá. Chu vi hình tam giác, hình tứ </w:t>
            </w:r>
            <w:r w:rsidRPr="004502F9">
              <w:rPr>
                <w:rFonts w:ascii="Times New Roman" w:eastAsia="Times New Roman" w:hAnsi="Times New Roman"/>
                <w:b/>
                <w:sz w:val="26"/>
              </w:rPr>
              <w:lastRenderedPageBreak/>
              <w:t>giác.</w:t>
            </w:r>
          </w:p>
          <w:p w:rsidR="009D5CFA" w:rsidRPr="004502F9" w:rsidRDefault="00915CE1">
            <w:pPr>
              <w:spacing w:after="0" w:line="240" w:lineRule="auto"/>
            </w:pPr>
            <w:r w:rsidRPr="004502F9">
              <w:rPr>
                <w:rFonts w:ascii="Times New Roman" w:eastAsia="Times New Roman" w:hAnsi="Times New Roman"/>
                <w:sz w:val="26"/>
              </w:rPr>
              <w:t>- HS quan sát hình trong SGK.</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HS quan sát tranh khám phá.</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yêu cầu HS đọc tình huống của Mai và Rô-bốt.</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Minh dùng sợi dây đồng uốn thành hình tam giác; chiều dài sợi dây là chu vi hình tam giác.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tam giác ABC có các cạnh dài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Các cạnh dài 2 cm, 4 cm và 3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phép tính tìm tổng độ dài ba cạnh.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nêu: 2 cm + 4 cm + 3 cm = 9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Chu vi hình tam giác ABC là 9 cm.</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nhắc lại kết luận.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tứ giác MNPQ có các cạnh dài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Các cạnh dài 3 cm, 4 cm, 5 cm và 2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phép tính chu vi hình tứ giác MNPQ.</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nêu: 3 cm + 4 cm + 5 cm + 2 cm = 14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Tích hợp AI: GV hướng dẫn HS nói quy trình kiểu thuật toán: “Bước 1 đọc độ dài các cạnh; bước 2 cộng các cạnh; bước 3 ghi đơn vị và kết luận chu vi”.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nhắc lại quy trình và hiểu máy tính cũng cần quy tắc từng bước để tính đúng.</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Tổng độ dài các cạnh của hình tam giác, hình tứ giác là chu vi của hình đó.</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ghi nhớ.</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3. Hoạt động:</w:t>
            </w:r>
          </w:p>
          <w:p w:rsidR="009D5CFA" w:rsidRPr="004502F9" w:rsidRDefault="00915CE1">
            <w:pPr>
              <w:spacing w:after="0" w:line="240" w:lineRule="auto"/>
            </w:pPr>
            <w:r w:rsidRPr="004502F9">
              <w:rPr>
                <w:rFonts w:ascii="Times New Roman" w:eastAsia="Times New Roman" w:hAnsi="Times New Roman"/>
                <w:sz w:val="26"/>
              </w:rPr>
              <w:t>- Mục tiêu: Tính chu vi hình tam giác, hình tứ giác và vận dụng vào bài toán thực tế.</w:t>
            </w:r>
          </w:p>
          <w:p w:rsidR="009D5CFA" w:rsidRPr="004502F9" w:rsidRDefault="00915CE1">
            <w:pPr>
              <w:spacing w:after="0" w:line="240" w:lineRule="auto"/>
            </w:pPr>
            <w:r w:rsidRPr="004502F9">
              <w:rPr>
                <w:rFonts w:ascii="Times New Roman" w:eastAsia="Times New Roman" w:hAnsi="Times New Roman"/>
                <w:sz w:val="26"/>
              </w:rPr>
              <w:t>- Mục tiêu tích hợp NLS 5.1.CB1a: HS đánh dấu cạnh, kéo thả số đo trên GeoGebra/bảng tương tác rồi viết phép tính chu vi.</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Bài 1. Tính chu vi hình tam giác có độ dài các cạnh. (Làm việc cá nhân)</w:t>
            </w:r>
          </w:p>
          <w:p w:rsidR="009D5CFA" w:rsidRPr="004502F9" w:rsidRDefault="00915CE1">
            <w:pPr>
              <w:spacing w:after="0" w:line="240" w:lineRule="auto"/>
            </w:pPr>
            <w:r w:rsidRPr="004502F9">
              <w:rPr>
                <w:rFonts w:ascii="Times New Roman" w:eastAsia="Times New Roman" w:hAnsi="Times New Roman"/>
                <w:sz w:val="26"/>
              </w:rPr>
              <w:t>- HS quan sát hình Bài 1.</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Bài 1.</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Tích hợp NLS: GV mở hình tam giác trên GeoGebra/bảng tương tác, hướng dẫn HS dùng bút đánh dấu từng cạnh, kéo thả số đo 7 cm, 10 cm, 14 cm vào đúng cạnh rồi viết phép tính.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thao tác theo hướng dẫn, đánh dấu đủ 3 cạnh và viết phép tính chu vi.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1.</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Tính chu vi hình tam giác có độ dài các cạnh.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hướng dẫn mẫu câu a trong SGK.</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mẫu: 7 + 10 + 14 = 31 (cm). Đáp số: 31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làm câu b vào vở.</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20 + 30 + 40 = 90 (dm). Đáp số: 90 dm.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làm câu c vào vở.</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15 + 20 + 15 = 50 (dm). Đáp số: 50 dm.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mời HS trình bày cách tính chu vi hình tam giác.</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trình bày: Cộng độ dài ba cạnh của hình tam giác.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kết luận: Chu vi hình tam giác bằng tổng độ dài ba cạnh của hình.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sửa bài.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2. Tính chu vi hình tứ giác có độ dài các cạnh. (Làm việc nhóm 2)</w:t>
            </w:r>
          </w:p>
          <w:p w:rsidR="009D5CFA" w:rsidRPr="004502F9" w:rsidRDefault="00915CE1">
            <w:pPr>
              <w:spacing w:after="0" w:line="240" w:lineRule="auto"/>
            </w:pPr>
            <w:r w:rsidRPr="004502F9">
              <w:rPr>
                <w:rFonts w:ascii="Times New Roman" w:eastAsia="Times New Roman" w:hAnsi="Times New Roman"/>
                <w:sz w:val="26"/>
              </w:rPr>
              <w:t>- HS quan sát Bài 2.</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lại đề Bài 2 trên hình.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2.</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Tính chu vi hình tứ giác có độ dài các cạnh.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Câu a có bốn cạnh dài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3 dm, 4 dm, 5 dm và 6 dm.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cho HS thảo luận nhóm 2 và làm câu a.</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3 + 4 + 5 + 6 = 18 (dm). Đáp số: 18 dm.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làm câu b vào vở.</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10 + 15 + 10 + 15 = 50 (cm). Đáp số: 50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Chu vi hình tứ giác bằng tổng độ dài bốn cạnh của hình.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3. Bài toán dây đèn nháy trang trí thuyền. (Làm việc nhóm 4)</w:t>
            </w:r>
          </w:p>
          <w:p w:rsidR="009D5CFA" w:rsidRPr="004502F9" w:rsidRDefault="00915CE1">
            <w:pPr>
              <w:spacing w:after="0" w:line="240" w:lineRule="auto"/>
            </w:pPr>
            <w:r w:rsidRPr="004502F9">
              <w:rPr>
                <w:rFonts w:ascii="Times New Roman" w:eastAsia="Times New Roman" w:hAnsi="Times New Roman"/>
                <w:sz w:val="26"/>
              </w:rPr>
              <w:t>- HS quan sát Bài 3.</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hình chiếc thuyền.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đề Bài 3.</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Rô-bốt dùng đèn nháy để trang trí thuyền như hình vẽ. Hỏi chiều dài đoạn dây đèn nháy là bao nhiêu xăng-ti-mét?</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Đoạn dây đèn đi theo các cạnh nào và có số đo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Có các đoạn 60 cm, 25 cm, 40 cm, 25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nhóm 4 thảo luận và viết phép tính.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thảo luận: 60 + 25 + 40 + 25 = 150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mời đại diện nhóm trình bày bài giải.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trình bày: Chiều dài đoạn dây đèn nháy là 60 + 25 + 40 + 25 = 150 (cm). Đáp số: 150 cm.</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Bài toán dây đèn là bài toán tính chu vi đường bao quanh hình.</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ghi nhớ.</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4. Vận dụng:</w:t>
            </w:r>
          </w:p>
          <w:p w:rsidR="009D5CFA" w:rsidRPr="004502F9" w:rsidRDefault="00915CE1">
            <w:pPr>
              <w:spacing w:after="0" w:line="240" w:lineRule="auto"/>
            </w:pPr>
            <w:r w:rsidRPr="004502F9">
              <w:rPr>
                <w:rFonts w:ascii="Times New Roman" w:eastAsia="Times New Roman" w:hAnsi="Times New Roman"/>
                <w:sz w:val="26"/>
              </w:rPr>
              <w:t>- Mục tiêu: Củng cố quy trình tính chu vi hình tam giác, hình tứ giác.</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lại quy trình tính chu vi.</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nêu: Đọc số đo các cạnh, cộng các cạnh, ghi đơn vị và kết luận.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giao nhiệm vụ về nhà: Quan sát một đồ vật có dạng tam giác hoặc tứ giác và ước lượng chu vi.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ghi nhớ nhiệm vụ.</w:t>
            </w:r>
          </w:p>
        </w:tc>
      </w:tr>
    </w:tbl>
    <w:p w:rsidR="009D5CFA" w:rsidRPr="004502F9" w:rsidRDefault="00915CE1">
      <w:pPr>
        <w:spacing w:after="0" w:line="240" w:lineRule="auto"/>
      </w:pPr>
      <w:r w:rsidRPr="004502F9">
        <w:rPr>
          <w:rFonts w:ascii="Times New Roman" w:eastAsia="Times New Roman" w:hAnsi="Times New Roman"/>
          <w:b/>
          <w:sz w:val="26"/>
        </w:rPr>
        <w:t>IV. ĐIỀU CHỈNH SAU BÀI DẠY:</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br w:type="page"/>
      </w:r>
    </w:p>
    <w:p w:rsidR="009D5CFA" w:rsidRPr="004502F9" w:rsidRDefault="00915CE1">
      <w:pPr>
        <w:spacing w:after="0" w:line="240" w:lineRule="auto"/>
        <w:jc w:val="center"/>
      </w:pPr>
      <w:r w:rsidRPr="004502F9">
        <w:rPr>
          <w:rFonts w:ascii="Times New Roman" w:eastAsia="Times New Roman" w:hAnsi="Times New Roman"/>
          <w:b/>
          <w:sz w:val="28"/>
        </w:rPr>
        <w:lastRenderedPageBreak/>
        <w:t>TUẦN 21</w:t>
      </w:r>
    </w:p>
    <w:p w:rsidR="009D5CFA" w:rsidRPr="004502F9" w:rsidRDefault="00915CE1">
      <w:pPr>
        <w:spacing w:after="0" w:line="240" w:lineRule="auto"/>
        <w:jc w:val="center"/>
      </w:pPr>
      <w:r w:rsidRPr="004502F9">
        <w:rPr>
          <w:rFonts w:ascii="Times New Roman" w:eastAsia="Times New Roman" w:hAnsi="Times New Roman"/>
          <w:b/>
          <w:sz w:val="28"/>
        </w:rPr>
        <w:t>KẾ HOẠCH BÀI DẠY MÔN TOÁN 3</w:t>
      </w:r>
    </w:p>
    <w:p w:rsidR="009D5CFA" w:rsidRPr="004502F9" w:rsidRDefault="00915CE1">
      <w:pPr>
        <w:spacing w:after="0" w:line="240" w:lineRule="auto"/>
        <w:jc w:val="center"/>
      </w:pPr>
      <w:r w:rsidRPr="004502F9">
        <w:rPr>
          <w:rFonts w:ascii="Times New Roman" w:eastAsia="Times New Roman" w:hAnsi="Times New Roman"/>
          <w:b/>
          <w:sz w:val="26"/>
        </w:rPr>
        <w:t>CHỦ ĐỀ 9: CHU VI, DIỆN TÍCH MỘT SỐ HÌNH PHẲNG</w:t>
      </w:r>
    </w:p>
    <w:p w:rsidR="009D5CFA" w:rsidRPr="004502F9" w:rsidRDefault="00915CE1">
      <w:pPr>
        <w:spacing w:after="0" w:line="240" w:lineRule="auto"/>
        <w:jc w:val="center"/>
      </w:pPr>
      <w:r w:rsidRPr="004502F9">
        <w:rPr>
          <w:rFonts w:ascii="Times New Roman" w:eastAsia="Times New Roman" w:hAnsi="Times New Roman"/>
          <w:b/>
          <w:sz w:val="26"/>
        </w:rPr>
        <w:t>Bài 50: CHU VI HÌNH TAM GIÁC, HÌNH TỨ GIÁC, HÌNH CHỮ NHẬT, HÌNH VUÔNG (Tiết 2) - Trang 23, 24</w:t>
      </w:r>
    </w:p>
    <w:p w:rsidR="009D5CFA" w:rsidRPr="004502F9" w:rsidRDefault="00915CE1">
      <w:pPr>
        <w:spacing w:after="0" w:line="240" w:lineRule="auto"/>
      </w:pPr>
      <w:r w:rsidRPr="004502F9">
        <w:rPr>
          <w:rFonts w:ascii="Times New Roman" w:eastAsia="Times New Roman" w:hAnsi="Times New Roman"/>
          <w:b/>
          <w:sz w:val="26"/>
        </w:rPr>
        <w:t>I. YÊU CẦU CẦN ĐẠT:</w:t>
      </w:r>
    </w:p>
    <w:p w:rsidR="009D5CFA" w:rsidRPr="004502F9" w:rsidRDefault="00915CE1">
      <w:pPr>
        <w:spacing w:after="0" w:line="240" w:lineRule="auto"/>
      </w:pPr>
      <w:r w:rsidRPr="004502F9">
        <w:rPr>
          <w:rFonts w:ascii="Times New Roman" w:eastAsia="Times New Roman" w:hAnsi="Times New Roman"/>
          <w:b/>
          <w:sz w:val="26"/>
        </w:rPr>
        <w:t>1. Năng lực đặc thù:</w:t>
      </w:r>
    </w:p>
    <w:p w:rsidR="009D5CFA" w:rsidRPr="004502F9" w:rsidRDefault="00915CE1">
      <w:pPr>
        <w:spacing w:after="0" w:line="240" w:lineRule="auto"/>
      </w:pPr>
      <w:r w:rsidRPr="004502F9">
        <w:rPr>
          <w:rFonts w:ascii="Times New Roman" w:eastAsia="Times New Roman" w:hAnsi="Times New Roman"/>
          <w:sz w:val="26"/>
        </w:rPr>
        <w:t>- Nhận biết được cách tính chu vi hình chữ nhật, chu vi hình vuông.</w:t>
      </w:r>
    </w:p>
    <w:p w:rsidR="009D5CFA" w:rsidRPr="004502F9" w:rsidRDefault="00915CE1">
      <w:pPr>
        <w:spacing w:after="0" w:line="240" w:lineRule="auto"/>
      </w:pPr>
      <w:r w:rsidRPr="004502F9">
        <w:rPr>
          <w:rFonts w:ascii="Times New Roman" w:eastAsia="Times New Roman" w:hAnsi="Times New Roman"/>
          <w:sz w:val="26"/>
        </w:rPr>
        <w:t>- Tính được chu vi hình chữ nhật, hình vuông khi biết độ dài cạnh.</w:t>
      </w:r>
    </w:p>
    <w:p w:rsidR="009D5CFA" w:rsidRPr="004502F9" w:rsidRDefault="00915CE1">
      <w:pPr>
        <w:spacing w:after="0" w:line="240" w:lineRule="auto"/>
      </w:pPr>
      <w:r w:rsidRPr="004502F9">
        <w:rPr>
          <w:rFonts w:ascii="Times New Roman" w:eastAsia="Times New Roman" w:hAnsi="Times New Roman"/>
          <w:sz w:val="26"/>
        </w:rPr>
        <w:t>- Vận dụng được quy tắc tính chu vi vào tình huống que tính.</w:t>
      </w:r>
    </w:p>
    <w:p w:rsidR="009D5CFA" w:rsidRPr="004502F9" w:rsidRDefault="00915CE1">
      <w:pPr>
        <w:spacing w:after="0" w:line="240" w:lineRule="auto"/>
      </w:pPr>
      <w:r w:rsidRPr="004502F9">
        <w:rPr>
          <w:rFonts w:ascii="Times New Roman" w:eastAsia="Times New Roman" w:hAnsi="Times New Roman"/>
          <w:sz w:val="26"/>
        </w:rPr>
        <w:t>- Trình bày được bài giải có phép tính, đơn vị và đáp số.</w:t>
      </w:r>
    </w:p>
    <w:p w:rsidR="009D5CFA" w:rsidRPr="004502F9" w:rsidRDefault="00915CE1">
      <w:pPr>
        <w:spacing w:after="0" w:line="240" w:lineRule="auto"/>
      </w:pPr>
      <w:r w:rsidRPr="004502F9">
        <w:rPr>
          <w:rFonts w:ascii="Times New Roman" w:eastAsia="Times New Roman" w:hAnsi="Times New Roman"/>
          <w:b/>
          <w:sz w:val="26"/>
        </w:rPr>
        <w:t>2. Năng lực chung:</w:t>
      </w:r>
    </w:p>
    <w:p w:rsidR="009D5CFA" w:rsidRPr="004502F9" w:rsidRDefault="00915CE1">
      <w:pPr>
        <w:spacing w:after="0" w:line="240" w:lineRule="auto"/>
      </w:pPr>
      <w:r w:rsidRPr="004502F9">
        <w:rPr>
          <w:rFonts w:ascii="Times New Roman" w:eastAsia="Times New Roman" w:hAnsi="Times New Roman"/>
          <w:sz w:val="26"/>
        </w:rPr>
        <w:t>- Tự chủ, tự học: tự đọc số đo và chọn quy tắc tính chu vi phù hợp.</w:t>
      </w:r>
    </w:p>
    <w:p w:rsidR="009D5CFA" w:rsidRPr="004502F9" w:rsidRDefault="00915CE1">
      <w:pPr>
        <w:spacing w:after="0" w:line="240" w:lineRule="auto"/>
      </w:pPr>
      <w:r w:rsidRPr="004502F9">
        <w:rPr>
          <w:rFonts w:ascii="Times New Roman" w:eastAsia="Times New Roman" w:hAnsi="Times New Roman"/>
          <w:sz w:val="26"/>
        </w:rPr>
        <w:t>- Giao tiếp và hợp tác: trao đổi nhóm khi tìm số que tính xếp hình.</w:t>
      </w:r>
    </w:p>
    <w:p w:rsidR="009D5CFA" w:rsidRPr="004502F9" w:rsidRDefault="00915CE1">
      <w:pPr>
        <w:spacing w:after="0" w:line="240" w:lineRule="auto"/>
      </w:pPr>
      <w:r w:rsidRPr="004502F9">
        <w:rPr>
          <w:rFonts w:ascii="Times New Roman" w:eastAsia="Times New Roman" w:hAnsi="Times New Roman"/>
          <w:sz w:val="26"/>
        </w:rPr>
        <w:t>- Giải quyết vấn đề và sáng tạo: vận dụng quy tắc chu vi vào tình huống thực tế.</w:t>
      </w:r>
    </w:p>
    <w:p w:rsidR="009D5CFA" w:rsidRPr="004502F9" w:rsidRDefault="00915CE1">
      <w:pPr>
        <w:spacing w:after="0" w:line="240" w:lineRule="auto"/>
      </w:pPr>
      <w:r w:rsidRPr="004502F9">
        <w:rPr>
          <w:rFonts w:ascii="Times New Roman" w:eastAsia="Times New Roman" w:hAnsi="Times New Roman"/>
          <w:b/>
          <w:sz w:val="26"/>
        </w:rPr>
        <w:t>3. Phẩm chất:</w:t>
      </w:r>
    </w:p>
    <w:p w:rsidR="009D5CFA" w:rsidRPr="004502F9" w:rsidRDefault="00915CE1">
      <w:pPr>
        <w:spacing w:after="0" w:line="240" w:lineRule="auto"/>
      </w:pPr>
      <w:r w:rsidRPr="004502F9">
        <w:rPr>
          <w:rFonts w:ascii="Times New Roman" w:eastAsia="Times New Roman" w:hAnsi="Times New Roman"/>
          <w:sz w:val="26"/>
        </w:rPr>
        <w:t>- Chăm chỉ: tích cực luyện tính chu vi hình chữ nhật, hình vuông.</w:t>
      </w:r>
    </w:p>
    <w:p w:rsidR="009D5CFA" w:rsidRPr="004502F9" w:rsidRDefault="00915CE1">
      <w:pPr>
        <w:spacing w:after="0" w:line="240" w:lineRule="auto"/>
      </w:pPr>
      <w:r w:rsidRPr="004502F9">
        <w:rPr>
          <w:rFonts w:ascii="Times New Roman" w:eastAsia="Times New Roman" w:hAnsi="Times New Roman"/>
          <w:sz w:val="26"/>
        </w:rPr>
        <w:t>- Trung thực: kiểm tra lại số đo cạnh trước khi tính.</w:t>
      </w:r>
    </w:p>
    <w:p w:rsidR="009D5CFA" w:rsidRPr="004502F9" w:rsidRDefault="00915CE1">
      <w:pPr>
        <w:spacing w:after="0" w:line="240" w:lineRule="auto"/>
      </w:pPr>
      <w:r w:rsidRPr="004502F9">
        <w:rPr>
          <w:rFonts w:ascii="Times New Roman" w:eastAsia="Times New Roman" w:hAnsi="Times New Roman"/>
          <w:sz w:val="26"/>
        </w:rPr>
        <w:t>- Trách nhiệm: sử dụng công cụ số đúng hướng dẫn.</w:t>
      </w:r>
    </w:p>
    <w:p w:rsidR="009D5CFA" w:rsidRPr="004502F9" w:rsidRDefault="00915CE1">
      <w:pPr>
        <w:spacing w:after="0" w:line="240" w:lineRule="auto"/>
      </w:pPr>
      <w:r w:rsidRPr="004502F9">
        <w:rPr>
          <w:rFonts w:ascii="Times New Roman" w:eastAsia="Times New Roman" w:hAnsi="Times New Roman"/>
          <w:b/>
          <w:sz w:val="26"/>
        </w:rPr>
        <w:t>4. Tích hợp:</w:t>
      </w:r>
    </w:p>
    <w:p w:rsidR="009D5CFA" w:rsidRPr="004502F9" w:rsidRDefault="00915CE1">
      <w:pPr>
        <w:spacing w:after="0" w:line="240" w:lineRule="auto"/>
      </w:pPr>
      <w:r w:rsidRPr="004502F9">
        <w:rPr>
          <w:rFonts w:ascii="Times New Roman" w:eastAsia="Times New Roman" w:hAnsi="Times New Roman"/>
          <w:sz w:val="26"/>
        </w:rPr>
        <w:t>- Tích hợp NLS 5.1.CB1a: GV dùng GeoGebra để thay đổi độ dài các cạnh hình chữ nhật hoặc hình vuông; HS quan sát mối quan hệ giữa số đo cạnh và chu vi, sau đó viết phép tính chu vi.</w:t>
      </w:r>
    </w:p>
    <w:p w:rsidR="009D5CFA" w:rsidRPr="004502F9" w:rsidRDefault="00915CE1">
      <w:pPr>
        <w:spacing w:after="0" w:line="240" w:lineRule="auto"/>
      </w:pPr>
      <w:r w:rsidRPr="004502F9">
        <w:rPr>
          <w:rFonts w:ascii="Times New Roman" w:eastAsia="Times New Roman" w:hAnsi="Times New Roman"/>
          <w:b/>
          <w:sz w:val="26"/>
        </w:rPr>
        <w:t>II. ĐỒ DÙNG DẠY HỌC</w:t>
      </w:r>
    </w:p>
    <w:p w:rsidR="009D5CFA" w:rsidRPr="004502F9" w:rsidRDefault="00915CE1">
      <w:pPr>
        <w:spacing w:after="0" w:line="240" w:lineRule="auto"/>
      </w:pPr>
      <w:r w:rsidRPr="004502F9">
        <w:rPr>
          <w:rFonts w:ascii="Times New Roman" w:eastAsia="Times New Roman" w:hAnsi="Times New Roman"/>
          <w:sz w:val="26"/>
        </w:rPr>
        <w:t>- Kế hoạch bài dạy, SGK Toán 3 tập hai, bài giảng PowerPoint.</w:t>
      </w:r>
    </w:p>
    <w:p w:rsidR="009D5CFA" w:rsidRPr="004502F9" w:rsidRDefault="00915CE1">
      <w:pPr>
        <w:spacing w:after="0" w:line="240" w:lineRule="auto"/>
      </w:pPr>
      <w:r w:rsidRPr="004502F9">
        <w:rPr>
          <w:rFonts w:ascii="Times New Roman" w:eastAsia="Times New Roman" w:hAnsi="Times New Roman"/>
          <w:sz w:val="26"/>
        </w:rPr>
        <w:t>- GeoGebra hoặc bảng tương tác, que tính, phiếu học tập.</w:t>
      </w:r>
    </w:p>
    <w:p w:rsidR="009D5CFA" w:rsidRPr="004502F9" w:rsidRDefault="00915CE1">
      <w:pPr>
        <w:spacing w:after="0" w:line="240" w:lineRule="auto"/>
      </w:pPr>
      <w:r w:rsidRPr="004502F9">
        <w:rPr>
          <w:rFonts w:ascii="Times New Roman" w:eastAsia="Times New Roman" w:hAnsi="Times New Roman"/>
          <w:sz w:val="26"/>
        </w:rPr>
        <w:t>- Hình cắt từ SGK trang 23, 24.</w:t>
      </w:r>
    </w:p>
    <w:p w:rsidR="009D5CFA" w:rsidRPr="004502F9" w:rsidRDefault="00915CE1">
      <w:pPr>
        <w:spacing w:after="0" w:line="240" w:lineRule="auto"/>
      </w:pPr>
      <w:r w:rsidRPr="004502F9">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học sinh</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1. Khởi động:</w:t>
            </w:r>
          </w:p>
          <w:p w:rsidR="009D5CFA" w:rsidRPr="004502F9" w:rsidRDefault="00915CE1">
            <w:pPr>
              <w:spacing w:after="0" w:line="240" w:lineRule="auto"/>
            </w:pPr>
            <w:r w:rsidRPr="004502F9">
              <w:rPr>
                <w:rFonts w:ascii="Times New Roman" w:eastAsia="Times New Roman" w:hAnsi="Times New Roman"/>
                <w:sz w:val="26"/>
              </w:rPr>
              <w:t>- Mục tiêu: Ôn cách tính chu vi hình tam giác, hình tứ giác và gợi mở hình chữ nhật, hình vuông.</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nêu: Tính chu vi hình tứ giác có các cạnh 3 cm, 4 cm, 5 cm, 2 cm.</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3 + 4 + 5 + 2 = 14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chữ nhật có mấy cạnh? Hình vuông có mấy cạnh?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Mỗi hình có 4 cạnh.</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dẫn dắt: Hôm nay chúng ta tìm cách tính chu vi hình chữ nhật, hình vuông nhanh hơn.</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ghi tên bài.</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2. Khám phá:</w:t>
            </w:r>
          </w:p>
          <w:p w:rsidR="009D5CFA" w:rsidRPr="004502F9" w:rsidRDefault="00915CE1">
            <w:pPr>
              <w:spacing w:after="0" w:line="240" w:lineRule="auto"/>
            </w:pPr>
            <w:r w:rsidRPr="004502F9">
              <w:rPr>
                <w:rFonts w:ascii="Times New Roman" w:eastAsia="Times New Roman" w:hAnsi="Times New Roman"/>
                <w:sz w:val="26"/>
              </w:rPr>
              <w:t>- Mục tiêu: Biết cách tính chu vi hình chữ nhật và hình vuông.</w:t>
            </w:r>
          </w:p>
          <w:p w:rsidR="009D5CFA" w:rsidRPr="004502F9" w:rsidRDefault="00915CE1">
            <w:pPr>
              <w:spacing w:after="0" w:line="240" w:lineRule="auto"/>
            </w:pPr>
            <w:r w:rsidRPr="004502F9">
              <w:rPr>
                <w:rFonts w:ascii="Times New Roman" w:eastAsia="Times New Roman" w:hAnsi="Times New Roman"/>
                <w:sz w:val="26"/>
              </w:rPr>
              <w:t>- Mục tiêu tích hợp NLS 5.1.CB1a: HS quan sát GeoGebra thay đổi độ dài cạnh và nhận ra mối quan hệ giữa cạnh và chu vi.</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Khám phá. Chu vi hình chữ nhật, hình vuông.</w:t>
            </w:r>
          </w:p>
          <w:p w:rsidR="009D5CFA" w:rsidRPr="004502F9" w:rsidRDefault="00915CE1">
            <w:pPr>
              <w:spacing w:after="0" w:line="240" w:lineRule="auto"/>
            </w:pPr>
            <w:r w:rsidRPr="004502F9">
              <w:rPr>
                <w:rFonts w:ascii="Times New Roman" w:eastAsia="Times New Roman" w:hAnsi="Times New Roman"/>
                <w:sz w:val="26"/>
              </w:rPr>
              <w:t>- HS quan sát hình trong SGK.</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HS quan sát tranh khám phá.</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yêu cầu HS quan sát hình chữ nhật ABCD và đọc các số đo.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Chiều dài 5 cm, chiều rộng 3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Chu vi hình chữ nhật ABCD được tính bằng phép tính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5 + 3 + 5 + 3 = 16 cm hoặc (5 + 3) x 2 = 16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Muốn tính chu vi hình chữ nhật, lấy chiều dài cộng chiều rộng rồi nhân với 2.</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nhắc lại quy tắc.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quan sát hình vuông MNPQ và đọc số đo cạnh.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Mỗi cạnh dài 5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Chu vi hình vuông MNPQ được tính bằng phép tính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5 + 5 + 5 + 5 = 20 cm hoặc 5 x 4 = 20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Muốn tính chu vi hình vuông, lấy độ dài một cạnh nhân với 4.</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nhắc lại quy tắc.</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Tích hợp NLS: GV mở GeoGebra, kéo thay đổi chiều dài, chiều rộng hình chữ nhật và cạnh hình vuông; yêu cầu HS quan sát số đo cạnh thay đổi thì chu vi thay đổi thế nào.</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nêu: Cạnh dài hơn thì chu vi lớn hơn; muốn tính chu vi phải thay đúng số đo vào phép tính.</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3. Hoạt động:</w:t>
            </w:r>
          </w:p>
          <w:p w:rsidR="009D5CFA" w:rsidRPr="004502F9" w:rsidRDefault="00915CE1">
            <w:pPr>
              <w:spacing w:after="0" w:line="240" w:lineRule="auto"/>
            </w:pPr>
            <w:r w:rsidRPr="004502F9">
              <w:rPr>
                <w:rFonts w:ascii="Times New Roman" w:eastAsia="Times New Roman" w:hAnsi="Times New Roman"/>
                <w:sz w:val="26"/>
              </w:rPr>
              <w:t>- Mục tiêu: Thực hành tính chu vi hình vuông, hình chữ nhật và giải tình huống que tính.</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Bài 1. Số? (Làm việc cá nhân)</w:t>
            </w:r>
          </w:p>
          <w:p w:rsidR="009D5CFA" w:rsidRPr="004502F9" w:rsidRDefault="00915CE1">
            <w:pPr>
              <w:spacing w:after="0" w:line="240" w:lineRule="auto"/>
            </w:pPr>
            <w:r w:rsidRPr="004502F9">
              <w:rPr>
                <w:rFonts w:ascii="Times New Roman" w:eastAsia="Times New Roman" w:hAnsi="Times New Roman"/>
                <w:sz w:val="26"/>
              </w:rPr>
              <w:t>- HS quan sát hình Bài 1.</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bảng Bài 1.</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1.</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Số?</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Nếu cạnh hình vuông là 6 cm thì chu vi là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6 x 4 = 24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chu vi hình vuông có cạnh 8 m.</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8 x 4 = 32 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cạnh hình vuông khi chu vi là 32 cm.</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32 : 4 = 8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cạnh hình vuông khi chu vi là 40 m.</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40 : 4 = 10 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Chu vi hình vuông bằng cạnh nhân 4; muốn tìm cạnh lấy chu vi chia 4.</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2. Tính chu vi hình chữ nhật. (Làm việc cá nhân)</w:t>
            </w:r>
          </w:p>
          <w:p w:rsidR="009D5CFA" w:rsidRPr="004502F9" w:rsidRDefault="00915CE1">
            <w:pPr>
              <w:spacing w:after="0" w:line="240" w:lineRule="auto"/>
            </w:pPr>
            <w:r w:rsidRPr="004502F9">
              <w:rPr>
                <w:rFonts w:ascii="Times New Roman" w:eastAsia="Times New Roman" w:hAnsi="Times New Roman"/>
                <w:sz w:val="26"/>
              </w:rPr>
              <w:t>- HS quan sát Bài 2.</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đề trong hình.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2.</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Tính chu vi hình chữ nhật.</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hướng dẫn mẫu câu a.</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(6 + 4) x 2 = 20 (cm). Đáp số: 20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làm câu b vào vở.</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(8 + 2) x 2 = 20 (m). Đáp số: 20 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làm câu c vào vở.</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(15 + 10) x 2 = 50 (dm). Đáp số: 50 dm.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mời HS trình bày quy tắc tính chu vi hình chữ nhật.</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nêu: Lấy chiều dài cộng chiều rộng rồi nhân với 2.</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kết luận và sửa lỗi đơn vị nếu HS viết thiếu.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sửa bài.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3. Bài toán que tính. (Làm việc nhóm 4)</w:t>
            </w:r>
          </w:p>
          <w:p w:rsidR="009D5CFA" w:rsidRPr="004502F9" w:rsidRDefault="00915CE1">
            <w:pPr>
              <w:spacing w:after="0" w:line="240" w:lineRule="auto"/>
            </w:pPr>
            <w:r w:rsidRPr="004502F9">
              <w:rPr>
                <w:rFonts w:ascii="Times New Roman" w:eastAsia="Times New Roman" w:hAnsi="Times New Roman"/>
                <w:sz w:val="26"/>
              </w:rPr>
              <w:t>- HS quan sát Bài 3.</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tình huống que tính.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đề Bài 3.</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Biết Nam cần dùng bao nhiêu que tính để xếp thành một hình vuông có cạnh gồm 3 que tính như thế?</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Một cạnh hình vuông gồm mấy que tính?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Một cạnh gồm 3 que tính.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vuông có mấy cạnh?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vuông có 4 cạnh.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nhóm 4 thảo luận và tính số que cần dùng.</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thảo luận: 3 x 4 = 12 que tính.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mời nhóm trình bày.</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trình bày: Nam cần 12 que tính.</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Bài toán que tính vận dụng quy tắc tính chu vi hình vuông.</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4. Vận dụng:</w:t>
            </w:r>
          </w:p>
          <w:p w:rsidR="009D5CFA" w:rsidRPr="004502F9" w:rsidRDefault="00915CE1">
            <w:pPr>
              <w:spacing w:after="0" w:line="240" w:lineRule="auto"/>
            </w:pPr>
            <w:r w:rsidRPr="004502F9">
              <w:rPr>
                <w:rFonts w:ascii="Times New Roman" w:eastAsia="Times New Roman" w:hAnsi="Times New Roman"/>
                <w:sz w:val="26"/>
              </w:rPr>
              <w:t>- Mục tiêu: Củng cố cách tính chu vi hình chữ nhật, hình vuông.</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Muốn tính chu vi hình chữ nhật, em làm thế nào?</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Lấy chiều dài cộng chiều rộng rồi nhân với 2.</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Muốn tính chu vi hình vuông, em làm thế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Lấy độ dài một cạnh nhân với 4.</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nhận xét, dặn HS quan sát một đồ vật hình chữ nhật ở nhà và ước lượng chu vi.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ghi nhớ nhiệm vụ.</w:t>
            </w:r>
          </w:p>
        </w:tc>
      </w:tr>
    </w:tbl>
    <w:p w:rsidR="009D5CFA" w:rsidRPr="004502F9" w:rsidRDefault="00915CE1">
      <w:pPr>
        <w:spacing w:after="0" w:line="240" w:lineRule="auto"/>
      </w:pPr>
      <w:r w:rsidRPr="004502F9">
        <w:rPr>
          <w:rFonts w:ascii="Times New Roman" w:eastAsia="Times New Roman" w:hAnsi="Times New Roman"/>
          <w:b/>
          <w:sz w:val="26"/>
        </w:rPr>
        <w:t>IV. ĐIỀU CHỈNH SAU BÀI DẠY:</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jc w:val="center"/>
      </w:pPr>
      <w:r w:rsidRPr="004502F9">
        <w:rPr>
          <w:rFonts w:ascii="Times New Roman" w:eastAsia="Times New Roman" w:hAnsi="Times New Roman"/>
          <w:b/>
          <w:sz w:val="28"/>
        </w:rPr>
        <w:t>TUẦN 21</w:t>
      </w:r>
    </w:p>
    <w:p w:rsidR="009D5CFA" w:rsidRPr="004502F9" w:rsidRDefault="00915CE1">
      <w:pPr>
        <w:spacing w:after="0" w:line="240" w:lineRule="auto"/>
        <w:jc w:val="center"/>
      </w:pPr>
      <w:r w:rsidRPr="004502F9">
        <w:rPr>
          <w:rFonts w:ascii="Times New Roman" w:eastAsia="Times New Roman" w:hAnsi="Times New Roman"/>
          <w:b/>
          <w:sz w:val="28"/>
        </w:rPr>
        <w:t>KẾ HOẠCH BÀI DẠY MÔN TOÁN 3</w:t>
      </w:r>
    </w:p>
    <w:p w:rsidR="009D5CFA" w:rsidRPr="004502F9" w:rsidRDefault="00915CE1">
      <w:pPr>
        <w:spacing w:after="0" w:line="240" w:lineRule="auto"/>
        <w:jc w:val="center"/>
      </w:pPr>
      <w:r w:rsidRPr="004502F9">
        <w:rPr>
          <w:rFonts w:ascii="Times New Roman" w:eastAsia="Times New Roman" w:hAnsi="Times New Roman"/>
          <w:b/>
          <w:sz w:val="26"/>
        </w:rPr>
        <w:t>CHỦ ĐỀ 9: CHU VI, DIỆN TÍCH MỘT SỐ HÌNH PHẲNG</w:t>
      </w:r>
    </w:p>
    <w:p w:rsidR="009D5CFA" w:rsidRPr="004502F9" w:rsidRDefault="00915CE1">
      <w:pPr>
        <w:spacing w:after="0" w:line="240" w:lineRule="auto"/>
        <w:jc w:val="center"/>
      </w:pPr>
      <w:r w:rsidRPr="004502F9">
        <w:rPr>
          <w:rFonts w:ascii="Times New Roman" w:eastAsia="Times New Roman" w:hAnsi="Times New Roman"/>
          <w:b/>
          <w:sz w:val="26"/>
        </w:rPr>
        <w:t>Bài 50: CHU VI HÌNH TAM GIÁC, HÌNH TỨ GIÁC, HÌNH CHỮ NHẬT, HÌNH VUÔNG (Tiết 3) - Trang 25</w:t>
      </w:r>
    </w:p>
    <w:p w:rsidR="009D5CFA" w:rsidRPr="004502F9" w:rsidRDefault="00915CE1">
      <w:pPr>
        <w:spacing w:after="0" w:line="240" w:lineRule="auto"/>
      </w:pPr>
      <w:r w:rsidRPr="004502F9">
        <w:rPr>
          <w:rFonts w:ascii="Times New Roman" w:eastAsia="Times New Roman" w:hAnsi="Times New Roman"/>
          <w:b/>
          <w:sz w:val="26"/>
        </w:rPr>
        <w:t>I. YÊU CẦU CẦN ĐẠT:</w:t>
      </w:r>
    </w:p>
    <w:p w:rsidR="009D5CFA" w:rsidRPr="004502F9" w:rsidRDefault="00915CE1">
      <w:pPr>
        <w:spacing w:after="0" w:line="240" w:lineRule="auto"/>
      </w:pPr>
      <w:r w:rsidRPr="004502F9">
        <w:rPr>
          <w:rFonts w:ascii="Times New Roman" w:eastAsia="Times New Roman" w:hAnsi="Times New Roman"/>
          <w:b/>
          <w:sz w:val="26"/>
        </w:rPr>
        <w:t>1. Năng lực đặc thù:</w:t>
      </w:r>
    </w:p>
    <w:p w:rsidR="009D5CFA" w:rsidRPr="004502F9" w:rsidRDefault="00915CE1">
      <w:pPr>
        <w:spacing w:after="0" w:line="240" w:lineRule="auto"/>
      </w:pPr>
      <w:r w:rsidRPr="004502F9">
        <w:rPr>
          <w:rFonts w:ascii="Times New Roman" w:eastAsia="Times New Roman" w:hAnsi="Times New Roman"/>
          <w:sz w:val="26"/>
        </w:rPr>
        <w:t>- Củng cố tính chu vi hình chữ nhật, hình vuông, hình tam giác và hình tứ giác.</w:t>
      </w:r>
    </w:p>
    <w:p w:rsidR="009D5CFA" w:rsidRPr="004502F9" w:rsidRDefault="00915CE1">
      <w:pPr>
        <w:spacing w:after="0" w:line="240" w:lineRule="auto"/>
      </w:pPr>
      <w:r w:rsidRPr="004502F9">
        <w:rPr>
          <w:rFonts w:ascii="Times New Roman" w:eastAsia="Times New Roman" w:hAnsi="Times New Roman"/>
          <w:sz w:val="26"/>
        </w:rPr>
        <w:t>- Chọn được chu vi đúng của một hình theo số đo cạnh.</w:t>
      </w:r>
    </w:p>
    <w:p w:rsidR="009D5CFA" w:rsidRPr="004502F9" w:rsidRDefault="00915CE1">
      <w:pPr>
        <w:spacing w:after="0" w:line="240" w:lineRule="auto"/>
      </w:pPr>
      <w:r w:rsidRPr="004502F9">
        <w:rPr>
          <w:rFonts w:ascii="Times New Roman" w:eastAsia="Times New Roman" w:hAnsi="Times New Roman"/>
          <w:sz w:val="26"/>
        </w:rPr>
        <w:t>- Nhận xét đúng, sai trong tình huống tính chu vi mặt bàn.</w:t>
      </w:r>
    </w:p>
    <w:p w:rsidR="009D5CFA" w:rsidRPr="004502F9" w:rsidRDefault="00915CE1">
      <w:pPr>
        <w:spacing w:after="0" w:line="240" w:lineRule="auto"/>
      </w:pPr>
      <w:r w:rsidRPr="004502F9">
        <w:rPr>
          <w:rFonts w:ascii="Times New Roman" w:eastAsia="Times New Roman" w:hAnsi="Times New Roman"/>
          <w:sz w:val="26"/>
        </w:rPr>
        <w:t>- Giải được bài toán thực tế về hàng rào hình chữ nhật.</w:t>
      </w:r>
    </w:p>
    <w:p w:rsidR="009D5CFA" w:rsidRPr="004502F9" w:rsidRDefault="00915CE1">
      <w:pPr>
        <w:spacing w:after="0" w:line="240" w:lineRule="auto"/>
      </w:pPr>
      <w:r w:rsidRPr="004502F9">
        <w:rPr>
          <w:rFonts w:ascii="Times New Roman" w:eastAsia="Times New Roman" w:hAnsi="Times New Roman"/>
          <w:b/>
          <w:sz w:val="26"/>
        </w:rPr>
        <w:t>2. Năng lực chung:</w:t>
      </w:r>
    </w:p>
    <w:p w:rsidR="009D5CFA" w:rsidRPr="004502F9" w:rsidRDefault="00915CE1">
      <w:pPr>
        <w:spacing w:after="0" w:line="240" w:lineRule="auto"/>
      </w:pPr>
      <w:r w:rsidRPr="004502F9">
        <w:rPr>
          <w:rFonts w:ascii="Times New Roman" w:eastAsia="Times New Roman" w:hAnsi="Times New Roman"/>
          <w:sz w:val="26"/>
        </w:rPr>
        <w:t>- Tự chủ, tự học: tự chọn công thức và kiểm tra kết quả.</w:t>
      </w:r>
    </w:p>
    <w:p w:rsidR="009D5CFA" w:rsidRPr="004502F9" w:rsidRDefault="00915CE1">
      <w:pPr>
        <w:spacing w:after="0" w:line="240" w:lineRule="auto"/>
      </w:pPr>
      <w:r w:rsidRPr="004502F9">
        <w:rPr>
          <w:rFonts w:ascii="Times New Roman" w:eastAsia="Times New Roman" w:hAnsi="Times New Roman"/>
          <w:sz w:val="26"/>
        </w:rPr>
        <w:t>- Giao tiếp và hợp tác: trao đổi nhóm khi giải thích đúng, sai.</w:t>
      </w:r>
    </w:p>
    <w:p w:rsidR="009D5CFA" w:rsidRPr="004502F9" w:rsidRDefault="00915CE1">
      <w:pPr>
        <w:spacing w:after="0" w:line="240" w:lineRule="auto"/>
      </w:pPr>
      <w:r w:rsidRPr="004502F9">
        <w:rPr>
          <w:rFonts w:ascii="Times New Roman" w:eastAsia="Times New Roman" w:hAnsi="Times New Roman"/>
          <w:sz w:val="26"/>
        </w:rPr>
        <w:t>- Giải quyết vấn đề và sáng tạo: vận dụng chu vi vào bài toán hàng rào.</w:t>
      </w:r>
    </w:p>
    <w:p w:rsidR="009D5CFA" w:rsidRPr="004502F9" w:rsidRDefault="00915CE1">
      <w:pPr>
        <w:spacing w:after="0" w:line="240" w:lineRule="auto"/>
      </w:pPr>
      <w:r w:rsidRPr="004502F9">
        <w:rPr>
          <w:rFonts w:ascii="Times New Roman" w:eastAsia="Times New Roman" w:hAnsi="Times New Roman"/>
          <w:b/>
          <w:sz w:val="26"/>
        </w:rPr>
        <w:t>3. Phẩm chất:</w:t>
      </w:r>
    </w:p>
    <w:p w:rsidR="009D5CFA" w:rsidRPr="004502F9" w:rsidRDefault="00915CE1">
      <w:pPr>
        <w:spacing w:after="0" w:line="240" w:lineRule="auto"/>
      </w:pPr>
      <w:r w:rsidRPr="004502F9">
        <w:rPr>
          <w:rFonts w:ascii="Times New Roman" w:eastAsia="Times New Roman" w:hAnsi="Times New Roman"/>
          <w:sz w:val="26"/>
        </w:rPr>
        <w:t>- Chăm chỉ: hoàn thành bài luyện tập.</w:t>
      </w:r>
    </w:p>
    <w:p w:rsidR="009D5CFA" w:rsidRPr="004502F9" w:rsidRDefault="00915CE1">
      <w:pPr>
        <w:spacing w:after="0" w:line="240" w:lineRule="auto"/>
      </w:pPr>
      <w:r w:rsidRPr="004502F9">
        <w:rPr>
          <w:rFonts w:ascii="Times New Roman" w:eastAsia="Times New Roman" w:hAnsi="Times New Roman"/>
          <w:sz w:val="26"/>
        </w:rPr>
        <w:lastRenderedPageBreak/>
        <w:t>- Trung thực: đối chiếu kết quả, sửa sai sau phản hồi.</w:t>
      </w:r>
    </w:p>
    <w:p w:rsidR="009D5CFA" w:rsidRPr="004502F9" w:rsidRDefault="00915CE1">
      <w:pPr>
        <w:spacing w:after="0" w:line="240" w:lineRule="auto"/>
      </w:pPr>
      <w:r w:rsidRPr="004502F9">
        <w:rPr>
          <w:rFonts w:ascii="Times New Roman" w:eastAsia="Times New Roman" w:hAnsi="Times New Roman"/>
          <w:sz w:val="26"/>
        </w:rPr>
        <w:t>- Trách nhiệm: sử dụng Quizizz và GeoGebra đúng hướng dẫn.</w:t>
      </w:r>
    </w:p>
    <w:p w:rsidR="009D5CFA" w:rsidRPr="004502F9" w:rsidRDefault="00915CE1">
      <w:pPr>
        <w:spacing w:after="0" w:line="240" w:lineRule="auto"/>
      </w:pPr>
      <w:r w:rsidRPr="004502F9">
        <w:rPr>
          <w:rFonts w:ascii="Times New Roman" w:eastAsia="Times New Roman" w:hAnsi="Times New Roman"/>
          <w:b/>
          <w:sz w:val="26"/>
        </w:rPr>
        <w:t>4. Tích hợp:</w:t>
      </w:r>
    </w:p>
    <w:p w:rsidR="009D5CFA" w:rsidRPr="004502F9" w:rsidRDefault="00915CE1">
      <w:pPr>
        <w:spacing w:after="0" w:line="240" w:lineRule="auto"/>
      </w:pPr>
      <w:r w:rsidRPr="004502F9">
        <w:rPr>
          <w:rFonts w:ascii="Times New Roman" w:eastAsia="Times New Roman" w:hAnsi="Times New Roman"/>
          <w:sz w:val="26"/>
        </w:rPr>
        <w:t>- Tích hợp NLS 5.2.CB1a: GV dùng GeoGebra để HS đánh dấu cạnh và kéo thả số đo; riêng câu trắc nghiệm hoặc Đúng - Sai về chu vi trong SGK được đưa lên Quizizz để HS đối chiếu công thức trước khi chọn đáp án.</w:t>
      </w:r>
    </w:p>
    <w:p w:rsidR="009D5CFA" w:rsidRPr="004502F9" w:rsidRDefault="00915CE1">
      <w:pPr>
        <w:spacing w:after="0" w:line="240" w:lineRule="auto"/>
      </w:pPr>
      <w:r w:rsidRPr="004502F9">
        <w:rPr>
          <w:rFonts w:ascii="Times New Roman" w:eastAsia="Times New Roman" w:hAnsi="Times New Roman"/>
          <w:b/>
          <w:sz w:val="26"/>
        </w:rPr>
        <w:t>II. ĐỒ DÙNG DẠY HỌC</w:t>
      </w:r>
    </w:p>
    <w:p w:rsidR="009D5CFA" w:rsidRPr="004502F9" w:rsidRDefault="00915CE1">
      <w:pPr>
        <w:spacing w:after="0" w:line="240" w:lineRule="auto"/>
      </w:pPr>
      <w:r w:rsidRPr="004502F9">
        <w:rPr>
          <w:rFonts w:ascii="Times New Roman" w:eastAsia="Times New Roman" w:hAnsi="Times New Roman"/>
          <w:sz w:val="26"/>
        </w:rPr>
        <w:t>- Kế hoạch bài dạy, SGK Toán 3 tập hai, bài giảng PowerPoint.</w:t>
      </w:r>
    </w:p>
    <w:p w:rsidR="009D5CFA" w:rsidRPr="004502F9" w:rsidRDefault="00915CE1">
      <w:pPr>
        <w:spacing w:after="0" w:line="240" w:lineRule="auto"/>
      </w:pPr>
      <w:r w:rsidRPr="004502F9">
        <w:rPr>
          <w:rFonts w:ascii="Times New Roman" w:eastAsia="Times New Roman" w:hAnsi="Times New Roman"/>
          <w:sz w:val="26"/>
        </w:rPr>
        <w:t>- GeoGebra, Quizizz câu chọn đáp án/Đúng - Sai, phiếu ghi lỗi sai.</w:t>
      </w:r>
    </w:p>
    <w:p w:rsidR="009D5CFA" w:rsidRPr="004502F9" w:rsidRDefault="00915CE1">
      <w:pPr>
        <w:spacing w:after="0" w:line="240" w:lineRule="auto"/>
      </w:pPr>
      <w:r w:rsidRPr="004502F9">
        <w:rPr>
          <w:rFonts w:ascii="Times New Roman" w:eastAsia="Times New Roman" w:hAnsi="Times New Roman"/>
          <w:sz w:val="26"/>
        </w:rPr>
        <w:t>- Hình cắt từ SGK trang 25.</w:t>
      </w:r>
    </w:p>
    <w:p w:rsidR="009D5CFA" w:rsidRPr="004502F9" w:rsidRDefault="00915CE1">
      <w:pPr>
        <w:spacing w:after="0" w:line="240" w:lineRule="auto"/>
      </w:pPr>
      <w:r w:rsidRPr="004502F9">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học sinh</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1. Khởi động:</w:t>
            </w:r>
          </w:p>
          <w:p w:rsidR="009D5CFA" w:rsidRPr="004502F9" w:rsidRDefault="00915CE1">
            <w:pPr>
              <w:spacing w:after="0" w:line="240" w:lineRule="auto"/>
            </w:pPr>
            <w:r w:rsidRPr="004502F9">
              <w:rPr>
                <w:rFonts w:ascii="Times New Roman" w:eastAsia="Times New Roman" w:hAnsi="Times New Roman"/>
                <w:sz w:val="26"/>
              </w:rPr>
              <w:t>- Mục tiêu: Ôn công thức chu vi hình chữ nhật, hình vuông.</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tổ chức trò chơi “Công thức nhanh”.</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tham gia trò chơi.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Chu vi hình vuông cạnh 7 cm là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7 x 4 = 28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Chu vi hình chữ nhật dài 8 cm, rộng 5 cm là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(8 + 5) x 2 = 26 cm.</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dẫn dắt vào tiết luyện tập.</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2. Luyện tập:</w:t>
            </w:r>
          </w:p>
          <w:p w:rsidR="009D5CFA" w:rsidRPr="004502F9" w:rsidRDefault="00915CE1">
            <w:pPr>
              <w:spacing w:after="0" w:line="240" w:lineRule="auto"/>
            </w:pPr>
            <w:r w:rsidRPr="004502F9">
              <w:rPr>
                <w:rFonts w:ascii="Times New Roman" w:eastAsia="Times New Roman" w:hAnsi="Times New Roman"/>
                <w:sz w:val="26"/>
              </w:rPr>
              <w:t>- Mục tiêu: Chọn chu vi đúng, nhận xét cách tính và giải bài toán hàng rào.</w:t>
            </w:r>
          </w:p>
          <w:p w:rsidR="009D5CFA" w:rsidRPr="004502F9" w:rsidRDefault="00915CE1">
            <w:pPr>
              <w:spacing w:after="0" w:line="240" w:lineRule="auto"/>
            </w:pPr>
            <w:r w:rsidRPr="004502F9">
              <w:rPr>
                <w:rFonts w:ascii="Times New Roman" w:eastAsia="Times New Roman" w:hAnsi="Times New Roman"/>
                <w:sz w:val="26"/>
              </w:rPr>
              <w:t>- Mục tiêu tích hợp NLS 5.2.CB1a: HS làm Quizizz/GeoGebra để đối chiếu công thức chu vi trước khi chọn đáp án.</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Bài 1. Chọn chu vi của mỗi hình. (Làm việc cá nhân)</w:t>
            </w:r>
          </w:p>
          <w:p w:rsidR="009D5CFA" w:rsidRPr="004502F9" w:rsidRDefault="00915CE1">
            <w:pPr>
              <w:spacing w:after="0" w:line="240" w:lineRule="auto"/>
            </w:pPr>
            <w:r w:rsidRPr="004502F9">
              <w:rPr>
                <w:rFonts w:ascii="Times New Roman" w:eastAsia="Times New Roman" w:hAnsi="Times New Roman"/>
                <w:sz w:val="26"/>
              </w:rPr>
              <w:t>- HS quan sát hình Bài 1.</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các hình và các mái nhà ghi chu vi.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Tích hợp NLS: GV mở Quizizz gồm ba câu chọn chu vi; yêu cầu HS xác định dạng hình, viết phép tính ra nháp rồi mới bấm chọn đáp án.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làm Quizizz, xem phản hồi đúng/sai và ghi lỗi nếu chọn nhầm.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1.</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Chọn chu vi của mỗi hình.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màu hồng có dạng gì và số đo cạnh ra sao?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chữ nhật, dài 8 cm, rộng 5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chu vi hình màu hồng.</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tính: (8 + 5) x 2 = 26 cm, chọn Chu vi 26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màu vàng là hình gì, cạnh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vuông, cạnh 7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chu vi hình màu vàng.</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tính: 7 x 4 = 28 cm, chọn Chu vi 28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màu xanh là hình chữ nhật có kích thước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Dài 10 cm, rộng 5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chu vi hình màu xanh.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tính: (10 + 5) x 2 = 30 cm, chọn Chu vi 30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kết luận: Cần nhận đúng loại hình và đọc đúng số đo trước khi chọn chu vi.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2. Theo em, Việt tính đúng hay sai? (Làm việc nhóm 2)</w:t>
            </w:r>
          </w:p>
          <w:p w:rsidR="009D5CFA" w:rsidRPr="004502F9" w:rsidRDefault="00915CE1">
            <w:pPr>
              <w:spacing w:after="0" w:line="240" w:lineRule="auto"/>
            </w:pPr>
            <w:r w:rsidRPr="004502F9">
              <w:rPr>
                <w:rFonts w:ascii="Times New Roman" w:eastAsia="Times New Roman" w:hAnsi="Times New Roman"/>
                <w:sz w:val="26"/>
              </w:rPr>
              <w:t>- HS quan sát Bài 2.</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tình huống mặt bàn.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đề Bài 2.</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Mặt bàn hình chữ nhật có chiều rộng 40 cm và chiều dài 1 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Muốn tính chu vi, trước hết cần chú ý điều gì?</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Phải đổi về cùng đơn vị đo.</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1 m bằng bao nhiêu xăng-ti-mét?</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1 m = 100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Việt tính (40 + 1) x 2 = 82 cm đúng hay sai?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Sai vì chưa đổi 1 m ra 100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tính đúng chu vi mặt bàn.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tính: (100 + 40) x 2 = 280 cm.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Khi tính chu vi, các số đo phải cùng đơn vị.</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sửa bài.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3. Bài toán hàng rào hình chữ nhật. (Làm việc cá nhân)</w:t>
            </w:r>
          </w:p>
          <w:p w:rsidR="009D5CFA" w:rsidRPr="004502F9" w:rsidRDefault="00915CE1">
            <w:pPr>
              <w:spacing w:after="0" w:line="240" w:lineRule="auto"/>
            </w:pPr>
            <w:r w:rsidRPr="004502F9">
              <w:rPr>
                <w:rFonts w:ascii="Times New Roman" w:eastAsia="Times New Roman" w:hAnsi="Times New Roman"/>
                <w:sz w:val="26"/>
              </w:rPr>
              <w:t>- HS quan sát Bài 3.</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bài toán.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đề bài.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Bác nông dân làm hàng rào quanh vườn rau hình chữ nhật, chiều dài 9 m, chiều rộng 5 m. Bác để cổng vào 2 m. Hỏi hàng rào dài bao nhiêu mét?</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Nếu không trừ cổng, chu vi vườn rau là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(9 + 5) x 2 = 28 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Bác để cổng vào 2 m nên chiều dài hàng rào thực tế là bao nhiêu?</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28 - 2 = 26 m.</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trình bày bài giải vào vở.</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trình bày: Chu vi vườn rau là (9 + 5) x 2 = 28 (m). Hàng rào dài là 28 - 2 = 26 (m). Đáp số: 26 m.</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Khi bài toán có phần cổng không làm rào, ta lấy chu vi trừ độ dài cổng.</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3. Vận dụng:</w:t>
            </w:r>
          </w:p>
          <w:p w:rsidR="009D5CFA" w:rsidRPr="004502F9" w:rsidRDefault="00915CE1">
            <w:pPr>
              <w:spacing w:after="0" w:line="240" w:lineRule="auto"/>
            </w:pPr>
            <w:r w:rsidRPr="004502F9">
              <w:rPr>
                <w:rFonts w:ascii="Times New Roman" w:eastAsia="Times New Roman" w:hAnsi="Times New Roman"/>
                <w:sz w:val="26"/>
              </w:rPr>
              <w:t>- Mục tiêu: Củng cố công thức chu vi và lỗi cần tránh.</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một lỗi thường gặp khi tính chu vi.</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nêu: Quên đổi đơn vị, đọc sai số đo, dùng nhầm công thức.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nhận xét tiết học và dặn HS luyện thêm bài chu vi.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bl>
    <w:p w:rsidR="009D5CFA" w:rsidRPr="004502F9" w:rsidRDefault="00915CE1">
      <w:pPr>
        <w:spacing w:after="0" w:line="240" w:lineRule="auto"/>
      </w:pPr>
      <w:r w:rsidRPr="004502F9">
        <w:rPr>
          <w:rFonts w:ascii="Times New Roman" w:eastAsia="Times New Roman" w:hAnsi="Times New Roman"/>
          <w:b/>
          <w:sz w:val="26"/>
        </w:rPr>
        <w:t>IV. ĐIỀU CHỈNH SAU BÀI DẠY:</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br w:type="page"/>
      </w:r>
    </w:p>
    <w:p w:rsidR="009D5CFA" w:rsidRPr="004502F9" w:rsidRDefault="00915CE1">
      <w:pPr>
        <w:spacing w:after="0" w:line="240" w:lineRule="auto"/>
        <w:jc w:val="center"/>
      </w:pPr>
      <w:r w:rsidRPr="004502F9">
        <w:rPr>
          <w:rFonts w:ascii="Times New Roman" w:eastAsia="Times New Roman" w:hAnsi="Times New Roman"/>
          <w:b/>
          <w:sz w:val="28"/>
        </w:rPr>
        <w:lastRenderedPageBreak/>
        <w:t>TUẦN 21</w:t>
      </w:r>
    </w:p>
    <w:p w:rsidR="009D5CFA" w:rsidRPr="004502F9" w:rsidRDefault="00915CE1">
      <w:pPr>
        <w:spacing w:after="0" w:line="240" w:lineRule="auto"/>
        <w:jc w:val="center"/>
      </w:pPr>
      <w:r w:rsidRPr="004502F9">
        <w:rPr>
          <w:rFonts w:ascii="Times New Roman" w:eastAsia="Times New Roman" w:hAnsi="Times New Roman"/>
          <w:b/>
          <w:sz w:val="28"/>
        </w:rPr>
        <w:t>KẾ HOẠCH BÀI DẠY MÔN TOÁN 3</w:t>
      </w:r>
    </w:p>
    <w:p w:rsidR="009D5CFA" w:rsidRPr="004502F9" w:rsidRDefault="00915CE1">
      <w:pPr>
        <w:spacing w:after="0" w:line="240" w:lineRule="auto"/>
        <w:jc w:val="center"/>
      </w:pPr>
      <w:r w:rsidRPr="004502F9">
        <w:rPr>
          <w:rFonts w:ascii="Times New Roman" w:eastAsia="Times New Roman" w:hAnsi="Times New Roman"/>
          <w:b/>
          <w:sz w:val="26"/>
        </w:rPr>
        <w:t>CHỦ ĐỀ 9: CHU VI, DIỆN TÍCH MỘT SỐ HÌNH PHẲNG</w:t>
      </w:r>
    </w:p>
    <w:p w:rsidR="009D5CFA" w:rsidRPr="004502F9" w:rsidRDefault="00915CE1">
      <w:pPr>
        <w:spacing w:after="0" w:line="240" w:lineRule="auto"/>
        <w:jc w:val="center"/>
      </w:pPr>
      <w:r w:rsidRPr="004502F9">
        <w:rPr>
          <w:rFonts w:ascii="Times New Roman" w:eastAsia="Times New Roman" w:hAnsi="Times New Roman"/>
          <w:b/>
          <w:sz w:val="26"/>
        </w:rPr>
        <w:t>Bài 51: DIỆN TÍCH CỦA MỘT HÌNH. XĂNG-TI-MÉT VUÔNG (Tiết 1) - Trang 26, 27</w:t>
      </w:r>
    </w:p>
    <w:p w:rsidR="009D5CFA" w:rsidRPr="004502F9" w:rsidRDefault="00915CE1">
      <w:pPr>
        <w:spacing w:after="0" w:line="240" w:lineRule="auto"/>
      </w:pPr>
      <w:r w:rsidRPr="004502F9">
        <w:rPr>
          <w:rFonts w:ascii="Times New Roman" w:eastAsia="Times New Roman" w:hAnsi="Times New Roman"/>
          <w:b/>
          <w:sz w:val="26"/>
        </w:rPr>
        <w:t>I. YÊU CẦU CẦN ĐẠT:</w:t>
      </w:r>
    </w:p>
    <w:p w:rsidR="009D5CFA" w:rsidRPr="004502F9" w:rsidRDefault="00915CE1">
      <w:pPr>
        <w:spacing w:after="0" w:line="240" w:lineRule="auto"/>
      </w:pPr>
      <w:r w:rsidRPr="004502F9">
        <w:rPr>
          <w:rFonts w:ascii="Times New Roman" w:eastAsia="Times New Roman" w:hAnsi="Times New Roman"/>
          <w:b/>
          <w:sz w:val="26"/>
        </w:rPr>
        <w:t>1. Năng lực đặc thù:</w:t>
      </w:r>
    </w:p>
    <w:p w:rsidR="009D5CFA" w:rsidRPr="004502F9" w:rsidRDefault="00915CE1">
      <w:pPr>
        <w:spacing w:after="0" w:line="240" w:lineRule="auto"/>
      </w:pPr>
      <w:r w:rsidRPr="004502F9">
        <w:rPr>
          <w:rFonts w:ascii="Times New Roman" w:eastAsia="Times New Roman" w:hAnsi="Times New Roman"/>
          <w:sz w:val="26"/>
        </w:rPr>
        <w:t>- Nhận biết được diện tích của một hình qua so sánh phần bề mặt.</w:t>
      </w:r>
    </w:p>
    <w:p w:rsidR="009D5CFA" w:rsidRPr="004502F9" w:rsidRDefault="00915CE1">
      <w:pPr>
        <w:spacing w:after="0" w:line="240" w:lineRule="auto"/>
      </w:pPr>
      <w:r w:rsidRPr="004502F9">
        <w:rPr>
          <w:rFonts w:ascii="Times New Roman" w:eastAsia="Times New Roman" w:hAnsi="Times New Roman"/>
          <w:sz w:val="26"/>
        </w:rPr>
        <w:t>- So sánh được diện tích hai hình bằng quan sát hoặc đếm ô vuông.</w:t>
      </w:r>
    </w:p>
    <w:p w:rsidR="009D5CFA" w:rsidRPr="004502F9" w:rsidRDefault="00915CE1">
      <w:pPr>
        <w:spacing w:after="0" w:line="240" w:lineRule="auto"/>
      </w:pPr>
      <w:r w:rsidRPr="004502F9">
        <w:rPr>
          <w:rFonts w:ascii="Times New Roman" w:eastAsia="Times New Roman" w:hAnsi="Times New Roman"/>
          <w:sz w:val="26"/>
        </w:rPr>
        <w:t>- Biết diễn đạt kết quả so sánh diện tích bằng câu ngắn.</w:t>
      </w:r>
    </w:p>
    <w:p w:rsidR="009D5CFA" w:rsidRPr="004502F9" w:rsidRDefault="00915CE1">
      <w:pPr>
        <w:spacing w:after="0" w:line="240" w:lineRule="auto"/>
      </w:pPr>
      <w:r w:rsidRPr="004502F9">
        <w:rPr>
          <w:rFonts w:ascii="Times New Roman" w:eastAsia="Times New Roman" w:hAnsi="Times New Roman"/>
          <w:sz w:val="26"/>
        </w:rPr>
        <w:t>- Vận dụng đếm ô vuông để so sánh diện tích các hình đơn giản.</w:t>
      </w:r>
    </w:p>
    <w:p w:rsidR="009D5CFA" w:rsidRPr="004502F9" w:rsidRDefault="00915CE1">
      <w:pPr>
        <w:spacing w:after="0" w:line="240" w:lineRule="auto"/>
      </w:pPr>
      <w:r w:rsidRPr="004502F9">
        <w:rPr>
          <w:rFonts w:ascii="Times New Roman" w:eastAsia="Times New Roman" w:hAnsi="Times New Roman"/>
          <w:b/>
          <w:sz w:val="26"/>
        </w:rPr>
        <w:t>2. Năng lực chung:</w:t>
      </w:r>
    </w:p>
    <w:p w:rsidR="009D5CFA" w:rsidRPr="004502F9" w:rsidRDefault="00915CE1">
      <w:pPr>
        <w:spacing w:after="0" w:line="240" w:lineRule="auto"/>
      </w:pPr>
      <w:r w:rsidRPr="004502F9">
        <w:rPr>
          <w:rFonts w:ascii="Times New Roman" w:eastAsia="Times New Roman" w:hAnsi="Times New Roman"/>
          <w:sz w:val="26"/>
        </w:rPr>
        <w:t>- Tự chủ, tự học: tự quan sát, đếm ô vuông và nêu kết quả so sánh.</w:t>
      </w:r>
    </w:p>
    <w:p w:rsidR="009D5CFA" w:rsidRPr="004502F9" w:rsidRDefault="00915CE1">
      <w:pPr>
        <w:spacing w:after="0" w:line="240" w:lineRule="auto"/>
      </w:pPr>
      <w:r w:rsidRPr="004502F9">
        <w:rPr>
          <w:rFonts w:ascii="Times New Roman" w:eastAsia="Times New Roman" w:hAnsi="Times New Roman"/>
          <w:sz w:val="26"/>
        </w:rPr>
        <w:t>- Giao tiếp và hợp tác: thảo luận nhóm khi so sánh diện tích hai hình.</w:t>
      </w:r>
    </w:p>
    <w:p w:rsidR="009D5CFA" w:rsidRPr="004502F9" w:rsidRDefault="00915CE1">
      <w:pPr>
        <w:spacing w:after="0" w:line="240" w:lineRule="auto"/>
      </w:pPr>
      <w:r w:rsidRPr="004502F9">
        <w:rPr>
          <w:rFonts w:ascii="Times New Roman" w:eastAsia="Times New Roman" w:hAnsi="Times New Roman"/>
          <w:sz w:val="26"/>
        </w:rPr>
        <w:t>- Giải quyết vấn đề và sáng tạo: biết dùng lưới ô vuông để kiểm tra diện tích.</w:t>
      </w:r>
    </w:p>
    <w:p w:rsidR="009D5CFA" w:rsidRPr="004502F9" w:rsidRDefault="00915CE1">
      <w:pPr>
        <w:spacing w:after="0" w:line="240" w:lineRule="auto"/>
      </w:pPr>
      <w:r w:rsidRPr="004502F9">
        <w:rPr>
          <w:rFonts w:ascii="Times New Roman" w:eastAsia="Times New Roman" w:hAnsi="Times New Roman"/>
          <w:b/>
          <w:sz w:val="26"/>
        </w:rPr>
        <w:t>3. Phẩm chất:</w:t>
      </w:r>
    </w:p>
    <w:p w:rsidR="009D5CFA" w:rsidRPr="004502F9" w:rsidRDefault="00915CE1">
      <w:pPr>
        <w:spacing w:after="0" w:line="240" w:lineRule="auto"/>
      </w:pPr>
      <w:r w:rsidRPr="004502F9">
        <w:rPr>
          <w:rFonts w:ascii="Times New Roman" w:eastAsia="Times New Roman" w:hAnsi="Times New Roman"/>
          <w:sz w:val="26"/>
        </w:rPr>
        <w:t>- Chăm chỉ: tích cực tô màu, đếm ô và hoàn thành bài tập.</w:t>
      </w:r>
    </w:p>
    <w:p w:rsidR="009D5CFA" w:rsidRPr="004502F9" w:rsidRDefault="00915CE1">
      <w:pPr>
        <w:spacing w:after="0" w:line="240" w:lineRule="auto"/>
      </w:pPr>
      <w:r w:rsidRPr="004502F9">
        <w:rPr>
          <w:rFonts w:ascii="Times New Roman" w:eastAsia="Times New Roman" w:hAnsi="Times New Roman"/>
          <w:sz w:val="26"/>
        </w:rPr>
        <w:t>- Trung thực: đếm đúng số ô, không đoán khi chưa kiểm tra.</w:t>
      </w:r>
    </w:p>
    <w:p w:rsidR="009D5CFA" w:rsidRPr="004502F9" w:rsidRDefault="00915CE1">
      <w:pPr>
        <w:spacing w:after="0" w:line="240" w:lineRule="auto"/>
      </w:pPr>
      <w:r w:rsidRPr="004502F9">
        <w:rPr>
          <w:rFonts w:ascii="Times New Roman" w:eastAsia="Times New Roman" w:hAnsi="Times New Roman"/>
          <w:sz w:val="26"/>
        </w:rPr>
        <w:t>- Trách nhiệm: sử dụng Liveworksheets và hình ảnh minh họa đúng hướng dẫn.</w:t>
      </w:r>
    </w:p>
    <w:p w:rsidR="009D5CFA" w:rsidRPr="004502F9" w:rsidRDefault="00915CE1">
      <w:pPr>
        <w:spacing w:after="0" w:line="240" w:lineRule="auto"/>
      </w:pPr>
      <w:r w:rsidRPr="004502F9">
        <w:rPr>
          <w:rFonts w:ascii="Times New Roman" w:eastAsia="Times New Roman" w:hAnsi="Times New Roman"/>
          <w:b/>
          <w:sz w:val="26"/>
        </w:rPr>
        <w:t>4. Tích hợp:</w:t>
      </w:r>
    </w:p>
    <w:p w:rsidR="009D5CFA" w:rsidRPr="004502F9" w:rsidRDefault="00915CE1">
      <w:pPr>
        <w:spacing w:after="0" w:line="240" w:lineRule="auto"/>
      </w:pPr>
      <w:r w:rsidRPr="004502F9">
        <w:rPr>
          <w:rFonts w:ascii="Times New Roman" w:eastAsia="Times New Roman" w:hAnsi="Times New Roman"/>
          <w:sz w:val="26"/>
        </w:rPr>
        <w:t>- Tích hợp NLS 3.2.CB1a: GV chuẩn bị lưới ô vuông trên Liveworksheets; HS tô màu, đếm ô vuông, so sánh diện tích hai hình và trình bày kết quả bằng câu ngắn.</w:t>
      </w:r>
    </w:p>
    <w:p w:rsidR="009D5CFA" w:rsidRPr="004502F9" w:rsidRDefault="00915CE1">
      <w:pPr>
        <w:spacing w:after="0" w:line="240" w:lineRule="auto"/>
      </w:pPr>
      <w:r w:rsidRPr="004502F9">
        <w:rPr>
          <w:rFonts w:ascii="Times New Roman" w:eastAsia="Times New Roman" w:hAnsi="Times New Roman"/>
          <w:sz w:val="26"/>
        </w:rPr>
        <w:t>- Tích hợp AI (Khung 3439) - 3.C4.1: Nhận biết dữ liệu hình ảnh (pixel) cấu thành nên diện tích bề mặt trong máy tính.</w:t>
      </w:r>
    </w:p>
    <w:p w:rsidR="009D5CFA" w:rsidRPr="004502F9" w:rsidRDefault="00915CE1">
      <w:pPr>
        <w:spacing w:after="0" w:line="240" w:lineRule="auto"/>
      </w:pPr>
      <w:r w:rsidRPr="004502F9">
        <w:rPr>
          <w:rFonts w:ascii="Times New Roman" w:eastAsia="Times New Roman" w:hAnsi="Times New Roman"/>
          <w:b/>
          <w:sz w:val="26"/>
        </w:rPr>
        <w:t>II. ĐỒ DÙNG DẠY HỌC</w:t>
      </w:r>
    </w:p>
    <w:p w:rsidR="009D5CFA" w:rsidRPr="004502F9" w:rsidRDefault="00915CE1">
      <w:pPr>
        <w:spacing w:after="0" w:line="240" w:lineRule="auto"/>
      </w:pPr>
      <w:r w:rsidRPr="004502F9">
        <w:rPr>
          <w:rFonts w:ascii="Times New Roman" w:eastAsia="Times New Roman" w:hAnsi="Times New Roman"/>
          <w:sz w:val="26"/>
        </w:rPr>
        <w:t>- Kế hoạch bài dạy, SGK Toán 3 tập hai, bài giảng PowerPoint.</w:t>
      </w:r>
    </w:p>
    <w:p w:rsidR="009D5CFA" w:rsidRPr="004502F9" w:rsidRDefault="00915CE1">
      <w:pPr>
        <w:spacing w:after="0" w:line="240" w:lineRule="auto"/>
      </w:pPr>
      <w:r w:rsidRPr="004502F9">
        <w:rPr>
          <w:rFonts w:ascii="Times New Roman" w:eastAsia="Times New Roman" w:hAnsi="Times New Roman"/>
          <w:sz w:val="26"/>
        </w:rPr>
        <w:t>- Liveworksheets lưới ô vuông, hình ảnh pixel minh họa diện tích bề mặt.</w:t>
      </w:r>
    </w:p>
    <w:p w:rsidR="009D5CFA" w:rsidRPr="004502F9" w:rsidRDefault="00915CE1">
      <w:pPr>
        <w:spacing w:after="0" w:line="240" w:lineRule="auto"/>
      </w:pPr>
      <w:r w:rsidRPr="004502F9">
        <w:rPr>
          <w:rFonts w:ascii="Times New Roman" w:eastAsia="Times New Roman" w:hAnsi="Times New Roman"/>
          <w:sz w:val="26"/>
        </w:rPr>
        <w:t>- Hình cắt từ SGK trang 26, 27.</w:t>
      </w:r>
    </w:p>
    <w:p w:rsidR="009D5CFA" w:rsidRPr="004502F9" w:rsidRDefault="00915CE1">
      <w:pPr>
        <w:spacing w:after="0" w:line="240" w:lineRule="auto"/>
      </w:pPr>
      <w:r w:rsidRPr="004502F9">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9D5CFA" w:rsidRPr="004502F9" w:rsidRDefault="00915CE1">
            <w:pPr>
              <w:spacing w:after="0" w:line="240" w:lineRule="auto"/>
              <w:jc w:val="center"/>
            </w:pPr>
            <w:r w:rsidRPr="004502F9">
              <w:rPr>
                <w:rFonts w:ascii="Times New Roman" w:eastAsia="Times New Roman" w:hAnsi="Times New Roman"/>
                <w:b/>
                <w:sz w:val="26"/>
              </w:rPr>
              <w:t>Hoạt động của học sinh</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1. Khởi động:</w:t>
            </w:r>
          </w:p>
          <w:p w:rsidR="009D5CFA" w:rsidRPr="004502F9" w:rsidRDefault="00915CE1">
            <w:pPr>
              <w:spacing w:after="0" w:line="240" w:lineRule="auto"/>
            </w:pPr>
            <w:r w:rsidRPr="004502F9">
              <w:rPr>
                <w:rFonts w:ascii="Times New Roman" w:eastAsia="Times New Roman" w:hAnsi="Times New Roman"/>
                <w:sz w:val="26"/>
              </w:rPr>
              <w:t>- Mục tiêu: Gợi mở khái niệm diện tích qua so sánh phần bề mặt.</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đưa hai tấm bìa khác kích thước và hỏi: Tấm nào chiếm nhiều chỗ hơn trên bàn?</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và trả lời theo cảm nhận.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Khi một hình chiếm nhiều chỗ hơn, ta có thể nói diện tích của hình đó như thế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Diện tích của hình đó lớn hơn.</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dẫn dắt vào bài học về diện tích của một hình.</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ghi tên bài.</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2. Khám phá:</w:t>
            </w:r>
          </w:p>
          <w:p w:rsidR="009D5CFA" w:rsidRPr="004502F9" w:rsidRDefault="00915CE1">
            <w:pPr>
              <w:spacing w:after="0" w:line="240" w:lineRule="auto"/>
            </w:pPr>
            <w:r w:rsidRPr="004502F9">
              <w:rPr>
                <w:rFonts w:ascii="Times New Roman" w:eastAsia="Times New Roman" w:hAnsi="Times New Roman"/>
                <w:sz w:val="26"/>
              </w:rPr>
              <w:t>- Mục tiêu: Nhận biết diện tích của một hình và cách so sánh diện tích bằng ô vuông.</w:t>
            </w:r>
          </w:p>
          <w:p w:rsidR="009D5CFA" w:rsidRPr="004502F9" w:rsidRDefault="00915CE1">
            <w:pPr>
              <w:spacing w:after="0" w:line="240" w:lineRule="auto"/>
            </w:pPr>
            <w:r w:rsidRPr="004502F9">
              <w:rPr>
                <w:rFonts w:ascii="Times New Roman" w:eastAsia="Times New Roman" w:hAnsi="Times New Roman"/>
                <w:sz w:val="26"/>
              </w:rPr>
              <w:t>- Mục tiêu tích hợp AI 3.C4.1: HS hiểu hình ảnh số được tạo từ nhiều điểm ảnh nhỏ, tương tự việc diện tích hình có thể xét qua các ô vuông.</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Khám phá. Diện tích của một hình.</w:t>
            </w:r>
          </w:p>
          <w:p w:rsidR="009D5CFA" w:rsidRPr="004502F9" w:rsidRDefault="00915CE1">
            <w:pPr>
              <w:spacing w:after="0" w:line="240" w:lineRule="auto"/>
            </w:pPr>
            <w:r w:rsidRPr="004502F9">
              <w:rPr>
                <w:rFonts w:ascii="Times New Roman" w:eastAsia="Times New Roman" w:hAnsi="Times New Roman"/>
                <w:sz w:val="26"/>
              </w:rPr>
              <w:t>- HS quan sát hình trong SGK.</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HS quan sát tranh khám phá.</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yêu cầu HS đọc lời thoại trong tranh.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Hình chữ nhật của tớ bé hơn hình tròn của cậu.</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chữ nhật nằm hoàn toàn trong hình tròn thì diện tích hình nào bé hơn?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Diện tích hình chữ nhật bé hơn diện tích hình tròn.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quan sát hình A và hình B trên lưới ô vuông.</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hai hình A, B.</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A gồm mấy ô vuông? Hình B gồm mấy ô vuông?</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A gồm 6 ô vuông, hình B cũng gồm 6 ô vuông.</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Diện tích hình A bằng diện tích hình B.</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nhắc lại kết luận.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quan sát hình C, H, D và nêu số ô vuông của mỗi hình.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C gồm 10 ô vuông; hình H gồm 6 ô vuông; hình D gồm 4 ô vuông.</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Diện tích hình C bằng tổng diện tích của những hình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Diện tích hình C bằng tổng diện tích hình H và hình D.</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Tích hợp AI: GV chiếu hình ảnh số phóng to thành các ô vuông nhỏ/pixel và hỏi: Khi máy tính nhìn một hình ảnh, nhiều ô nhỏ góp lại tạo nên phần hình như thế nào?</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Nhiều điểm ảnh nhỏ ghép lại tạo thành hình ảnh; tương tự nhiều ô vuông tạo nên diện tích của hình.</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Có thể so sánh diện tích bằng cách quan sát hình nằm trong hình khác hoặc đếm số ô vuông.</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3. Hoạt động:</w:t>
            </w:r>
          </w:p>
          <w:p w:rsidR="009D5CFA" w:rsidRPr="004502F9" w:rsidRDefault="00915CE1">
            <w:pPr>
              <w:spacing w:after="0" w:line="240" w:lineRule="auto"/>
            </w:pPr>
            <w:r w:rsidRPr="004502F9">
              <w:rPr>
                <w:rFonts w:ascii="Times New Roman" w:eastAsia="Times New Roman" w:hAnsi="Times New Roman"/>
                <w:sz w:val="26"/>
              </w:rPr>
              <w:t>- Mục tiêu: So sánh diện tích các hình bằng quan sát và đếm ô vuông.</w:t>
            </w:r>
          </w:p>
          <w:p w:rsidR="009D5CFA" w:rsidRPr="004502F9" w:rsidRDefault="00915CE1">
            <w:pPr>
              <w:spacing w:after="0" w:line="240" w:lineRule="auto"/>
            </w:pPr>
            <w:r w:rsidRPr="004502F9">
              <w:rPr>
                <w:rFonts w:ascii="Times New Roman" w:eastAsia="Times New Roman" w:hAnsi="Times New Roman"/>
                <w:sz w:val="26"/>
              </w:rPr>
              <w:t>- Mục tiêu tích hợp NLS 3.2.CB1a: HS tô màu, đếm ô trên Liveworksheets và trình bày kết quả so sánh bằng câu ngắn.</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Bài 1. So sánh diện tích hình tam giác ABC với diện tích hình tam giác ADC. (Làm việc cá nhân)</w:t>
            </w:r>
          </w:p>
          <w:p w:rsidR="009D5CFA" w:rsidRPr="004502F9" w:rsidRDefault="00915CE1">
            <w:pPr>
              <w:spacing w:after="0" w:line="240" w:lineRule="auto"/>
            </w:pPr>
            <w:r w:rsidRPr="004502F9">
              <w:rPr>
                <w:rFonts w:ascii="Times New Roman" w:eastAsia="Times New Roman" w:hAnsi="Times New Roman"/>
                <w:sz w:val="26"/>
              </w:rPr>
              <w:t>- HS quan sát Bài 1.</w:t>
            </w:r>
          </w:p>
          <w:p w:rsidR="009D5CFA" w:rsidRPr="004502F9" w:rsidRDefault="009D5CFA">
            <w:pPr>
              <w:spacing w:after="0" w:line="240" w:lineRule="auto"/>
              <w:jc w:val="center"/>
            </w:pP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hai tam giác trong hình.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1.</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So sánh diện tích hình tam giác ABC với diện tích hình tam giác ADC.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tam giác ABC nằm ở đâu so với hình tam giác ADC?</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tam giác ABC nằm trong hình tam giác ADC.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Diện tích hình nào bé hơn?</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Diện tích hình tam giác ABC bé hơn diện tích hình tam giác ADC.</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Hình nằm hoàn toàn trong hình khác thì có diện tích bé hơn hình đó.</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2. Hình con vật nào dưới đây có diện tích lớn hơn? (Làm việc nhóm 2)</w:t>
            </w:r>
          </w:p>
          <w:p w:rsidR="009D5CFA" w:rsidRPr="004502F9" w:rsidRDefault="00915CE1">
            <w:pPr>
              <w:spacing w:after="0" w:line="240" w:lineRule="auto"/>
            </w:pPr>
            <w:r w:rsidRPr="004502F9">
              <w:rPr>
                <w:rFonts w:ascii="Times New Roman" w:eastAsia="Times New Roman" w:hAnsi="Times New Roman"/>
                <w:sz w:val="26"/>
              </w:rPr>
              <w:t>- HS quan sát Bài 2.</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hình con voi và con cá trên lưới ô vuông.</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xml:space="preserve">- Tích hợp NLS: GV mở Liveworksheets lưới ô vuông, hướng dẫn HS tô màu từng ô thuộc hình con vật, đếm số ô và nhập kết quả vào ô </w:t>
            </w:r>
            <w:r w:rsidRPr="004502F9">
              <w:rPr>
                <w:rFonts w:ascii="Times New Roman" w:eastAsia="Times New Roman" w:hAnsi="Times New Roman"/>
                <w:sz w:val="26"/>
              </w:rPr>
              <w:lastRenderedPageBreak/>
              <w:t>trả lời.</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HS tô màu, đếm ô vuông, nhập kết quả và xem phản hồi.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lastRenderedPageBreak/>
              <w:t>- GV yêu cầu HS đọc yêu cầu Bài 2.</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Hình con vật nào dưới đây có diện tích lớn hơn?</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thảo luận nhóm 2, ước lượng rồi kiểm tra bằng cách đếm ô.</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thảo luận, đếm số ô của từng hình.</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mời HS trình bày kết quả.</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trình bày: Hình con cá có diện tích lớn hơn hình con voi.</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Dùng lưới ô vuông giúp so sánh diện tích chính xác hơn so với chỉ nhìn bằng mắt.</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b/>
                <w:sz w:val="26"/>
              </w:rPr>
              <w:t>Bài 3. So sánh diện tích hình A và diện tích hình B. (Làm việc cá nhân)</w:t>
            </w:r>
          </w:p>
          <w:p w:rsidR="009D5CFA" w:rsidRPr="004502F9" w:rsidRDefault="00915CE1">
            <w:pPr>
              <w:spacing w:after="0" w:line="240" w:lineRule="auto"/>
            </w:pPr>
            <w:r w:rsidRPr="004502F9">
              <w:rPr>
                <w:rFonts w:ascii="Times New Roman" w:eastAsia="Times New Roman" w:hAnsi="Times New Roman"/>
                <w:sz w:val="26"/>
              </w:rPr>
              <w:t>- HS quan sát Bài 3.</w:t>
            </w:r>
          </w:p>
          <w:p w:rsidR="009D5CFA" w:rsidRPr="004502F9" w:rsidRDefault="009D5CFA">
            <w:pPr>
              <w:spacing w:after="0" w:line="240" w:lineRule="auto"/>
              <w:jc w:val="center"/>
            </w:pP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hình A và B trên lưới ô vuông.</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đọc yêu cầu Bài 3.</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đọc: So sánh diện tích hình A và diện tích hình B.</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hỏi: Hình A chiếm mấy ô vuông?</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Hình A chiếm 4 ô vuông.</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hướng dẫn HS quan sát cách ghép/so sánh các phần của hình B.</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quan sát, nhận ra hình B có diện tích bằng hình A.</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kết quả so sánh.</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trả lời: Diện tích hình A bằng diện tích hình B.</w:t>
            </w:r>
          </w:p>
        </w:tc>
      </w:tr>
      <w:tr w:rsidR="004502F9" w:rsidRPr="004502F9" w:rsidTr="004502F9">
        <w:trPr>
          <w:jc w:val="center"/>
        </w:trPr>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kết luận: Hai hình có hình dạng khác nhau nhưng diện tích vẫn có thể bằng nhau.</w:t>
            </w:r>
          </w:p>
        </w:tc>
        <w:tc>
          <w:tcPr>
            <w:tcW w:w="5040" w:type="dxa"/>
            <w:tcBorders>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lắng nghe và ghi nhớ.</w:t>
            </w:r>
          </w:p>
        </w:tc>
      </w:tr>
      <w:tr w:rsidR="004502F9" w:rsidRPr="004502F9" w:rsidTr="004502F9">
        <w:trPr>
          <w:jc w:val="center"/>
        </w:trPr>
        <w:tc>
          <w:tcPr>
            <w:tcW w:w="10080" w:type="dxa"/>
            <w:gridSpan w:val="2"/>
            <w:tcBorders>
              <w:top w:val="single" w:sz="8" w:space="0" w:color="000000"/>
              <w:bottom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b/>
                <w:sz w:val="26"/>
              </w:rPr>
              <w:t>4. Vận dụng:</w:t>
            </w:r>
          </w:p>
          <w:p w:rsidR="009D5CFA" w:rsidRPr="004502F9" w:rsidRDefault="00915CE1">
            <w:pPr>
              <w:spacing w:after="0" w:line="240" w:lineRule="auto"/>
            </w:pPr>
            <w:r w:rsidRPr="004502F9">
              <w:rPr>
                <w:rFonts w:ascii="Times New Roman" w:eastAsia="Times New Roman" w:hAnsi="Times New Roman"/>
                <w:sz w:val="26"/>
              </w:rPr>
              <w:t>- Mục tiêu: Củng cố cách so sánh diện tích bằng ô vuông.</w:t>
            </w:r>
          </w:p>
          <w:p w:rsidR="009D5CFA" w:rsidRPr="004502F9" w:rsidRDefault="00915CE1">
            <w:pPr>
              <w:spacing w:after="0" w:line="240" w:lineRule="auto"/>
            </w:pPr>
            <w:r w:rsidRPr="004502F9">
              <w:rPr>
                <w:rFonts w:ascii="Times New Roman" w:eastAsia="Times New Roman" w:hAnsi="Times New Roman"/>
                <w:sz w:val="26"/>
              </w:rPr>
              <w:t>*Cách tiến hành:</w:t>
            </w:r>
          </w:p>
        </w:tc>
      </w:tr>
      <w:tr w:rsidR="004502F9" w:rsidRPr="004502F9" w:rsidTr="004502F9">
        <w:trPr>
          <w:jc w:val="center"/>
        </w:trPr>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GV yêu cầu HS nêu một cách so sánh diện tích hai hình.</w:t>
            </w:r>
          </w:p>
        </w:tc>
        <w:tc>
          <w:tcPr>
            <w:tcW w:w="5040" w:type="dxa"/>
            <w:tcBorders>
              <w:top w:val="single" w:sz="8" w:space="0" w:color="000000"/>
            </w:tcBorders>
            <w:shd w:val="clear" w:color="auto" w:fill="auto"/>
          </w:tcPr>
          <w:p w:rsidR="009D5CFA" w:rsidRPr="004502F9" w:rsidRDefault="00915CE1">
            <w:pPr>
              <w:spacing w:after="0" w:line="240" w:lineRule="auto"/>
            </w:pPr>
            <w:r w:rsidRPr="004502F9">
              <w:rPr>
                <w:rFonts w:ascii="Times New Roman" w:eastAsia="Times New Roman" w:hAnsi="Times New Roman"/>
                <w:sz w:val="26"/>
              </w:rPr>
              <w:t>- HS nêu: Quan sát hình nằm trong hình khác hoặc đếm số ô vuông.</w:t>
            </w:r>
          </w:p>
        </w:tc>
      </w:tr>
      <w:tr w:rsidR="004502F9" w:rsidRPr="004502F9" w:rsidTr="004502F9">
        <w:trPr>
          <w:jc w:val="center"/>
        </w:trPr>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GV dặn HS quan sát một đồ vật trong lớp và so sánh bề mặt của đồ vật đó với đồ vật khác.</w:t>
            </w:r>
          </w:p>
        </w:tc>
        <w:tc>
          <w:tcPr>
            <w:tcW w:w="5040" w:type="dxa"/>
            <w:shd w:val="clear" w:color="auto" w:fill="auto"/>
          </w:tcPr>
          <w:p w:rsidR="009D5CFA" w:rsidRPr="004502F9" w:rsidRDefault="00915CE1">
            <w:pPr>
              <w:spacing w:after="0" w:line="240" w:lineRule="auto"/>
            </w:pPr>
            <w:r w:rsidRPr="004502F9">
              <w:rPr>
                <w:rFonts w:ascii="Times New Roman" w:eastAsia="Times New Roman" w:hAnsi="Times New Roman"/>
                <w:sz w:val="26"/>
              </w:rPr>
              <w:t>- HS ghi nhớ nhiệm vụ.</w:t>
            </w:r>
          </w:p>
        </w:tc>
      </w:tr>
    </w:tbl>
    <w:p w:rsidR="009D5CFA" w:rsidRPr="004502F9" w:rsidRDefault="00915CE1">
      <w:pPr>
        <w:spacing w:after="0" w:line="240" w:lineRule="auto"/>
      </w:pPr>
      <w:r w:rsidRPr="004502F9">
        <w:rPr>
          <w:rFonts w:ascii="Times New Roman" w:eastAsia="Times New Roman" w:hAnsi="Times New Roman"/>
          <w:b/>
          <w:sz w:val="26"/>
        </w:rPr>
        <w:t>IV. ĐIỀU CHỈNH SAU BÀI DẠY:</w:t>
      </w:r>
    </w:p>
    <w:p w:rsidR="009D5CFA" w:rsidRPr="004502F9" w:rsidRDefault="00915CE1">
      <w:pPr>
        <w:spacing w:after="0" w:line="240" w:lineRule="auto"/>
      </w:pPr>
      <w:r w:rsidRPr="004502F9">
        <w:rPr>
          <w:rFonts w:ascii="Times New Roman" w:eastAsia="Times New Roman" w:hAnsi="Times New Roman"/>
          <w:sz w:val="26"/>
        </w:rPr>
        <w:t>.......................................................................................................................................</w:t>
      </w:r>
    </w:p>
    <w:p w:rsidR="009D5CFA" w:rsidRPr="004502F9" w:rsidRDefault="00915CE1">
      <w:pPr>
        <w:spacing w:after="0" w:line="240" w:lineRule="auto"/>
      </w:pPr>
      <w:r w:rsidRPr="004502F9">
        <w:rPr>
          <w:rFonts w:ascii="Times New Roman" w:eastAsia="Times New Roman" w:hAnsi="Times New Roman"/>
          <w:sz w:val="26"/>
        </w:rPr>
        <w:t>.................................................................................</w:t>
      </w:r>
      <w:bookmarkStart w:id="0" w:name="_GoBack"/>
      <w:bookmarkEnd w:id="0"/>
      <w:r w:rsidRPr="004502F9">
        <w:rPr>
          <w:rFonts w:ascii="Times New Roman" w:eastAsia="Times New Roman" w:hAnsi="Times New Roman"/>
          <w:sz w:val="26"/>
        </w:rPr>
        <w:t>......................................................</w:t>
      </w:r>
    </w:p>
    <w:sectPr w:rsidR="009D5CFA" w:rsidRPr="004502F9"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502F9"/>
    <w:rsid w:val="00915CE1"/>
    <w:rsid w:val="009D5CF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450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2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450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2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A9923-4F3E-4034-835C-F8BF6115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4182</Words>
  <Characters>23843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2026-06-18T23:12:00Z</dcterms:created>
  <dcterms:modified xsi:type="dcterms:W3CDTF">2026-08-15T07:18:00Z</dcterms:modified>
  <cp:category/>
</cp:coreProperties>
</file>