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4D3C" w:rsidRPr="00756975" w:rsidRDefault="007A527D">
      <w:pPr>
        <w:keepNext/>
      </w:pPr>
      <w:r w:rsidRPr="00756975">
        <w:rPr>
          <w:b/>
          <w:sz w:val="28"/>
        </w:rPr>
        <w:t>TUẦN 21</w:t>
      </w:r>
    </w:p>
    <w:p w:rsidR="001E4D3C" w:rsidRPr="00756975" w:rsidRDefault="007A527D">
      <w:pPr>
        <w:keepNext/>
        <w:jc w:val="center"/>
      </w:pPr>
      <w:r w:rsidRPr="00756975">
        <w:rPr>
          <w:b/>
          <w:sz w:val="28"/>
        </w:rPr>
        <w:t>Toán (Tiết 101)</w:t>
      </w:r>
    </w:p>
    <w:p w:rsidR="001E4D3C" w:rsidRPr="00756975" w:rsidRDefault="007A527D">
      <w:pPr>
        <w:keepNext/>
        <w:jc w:val="center"/>
      </w:pPr>
      <w:r w:rsidRPr="00756975">
        <w:rPr>
          <w:b/>
          <w:sz w:val="28"/>
        </w:rPr>
        <w:t>LUYỆN TẬP</w:t>
      </w:r>
    </w:p>
    <w:p w:rsidR="001E4D3C" w:rsidRPr="00756975" w:rsidRDefault="007A527D">
      <w:pPr>
        <w:keepNext/>
      </w:pPr>
      <w:r w:rsidRPr="00756975">
        <w:rPr>
          <w:b/>
          <w:sz w:val="28"/>
        </w:rPr>
        <w:t>I. YÊU CẦU CẦN ĐẠT</w:t>
      </w:r>
    </w:p>
    <w:p w:rsidR="001E4D3C" w:rsidRPr="00756975" w:rsidRDefault="007A527D">
      <w:pPr>
        <w:keepNext/>
      </w:pPr>
      <w:r w:rsidRPr="00756975">
        <w:rPr>
          <w:b/>
        </w:rPr>
        <w:t>1. Năng lực đặc thù:</w:t>
      </w:r>
    </w:p>
    <w:p w:rsidR="001E4D3C" w:rsidRPr="00756975" w:rsidRDefault="007A527D">
      <w:r w:rsidRPr="00756975">
        <w:t>- Củng cố cách tính biểu thức dựa vào tính chất phân phối của phép nhân đối với phép cộng theo các cách khác nhau.</w:t>
      </w:r>
    </w:p>
    <w:p w:rsidR="001E4D3C" w:rsidRPr="00756975" w:rsidRDefault="007A527D">
      <w:r w:rsidRPr="00756975">
        <w:t>- Vận dụng vào giải các bài tập, bài toán thực tế.</w:t>
      </w:r>
    </w:p>
    <w:p w:rsidR="001E4D3C" w:rsidRPr="00756975" w:rsidRDefault="007A527D">
      <w:pPr>
        <w:keepNext/>
      </w:pPr>
      <w:r w:rsidRPr="00756975">
        <w:rPr>
          <w:b/>
        </w:rPr>
        <w:t>2. Năng lực chung</w:t>
      </w:r>
    </w:p>
    <w:p w:rsidR="001E4D3C" w:rsidRPr="00756975" w:rsidRDefault="007A527D">
      <w:r w:rsidRPr="00756975">
        <w:t>- Tự chủ và tự học: Chủ động làm bài, tự lựa chọn và kiểm tra cách tính biểu thức.</w:t>
      </w:r>
    </w:p>
    <w:p w:rsidR="001E4D3C" w:rsidRPr="00756975" w:rsidRDefault="007A527D">
      <w:r w:rsidRPr="00756975">
        <w:t>- Giải quyết vấn đề và sáng tạo: Nhận ra thừa số chung, lựa chọn cách tính thuận tiện để giải bài.</w:t>
      </w:r>
    </w:p>
    <w:p w:rsidR="001E4D3C" w:rsidRPr="00756975" w:rsidRDefault="007A527D">
      <w:r w:rsidRPr="00756975">
        <w:t>- Giao tiếp và hợp tác: Trao đổi, giải thích và thống nhất cách tính trong nhóm.</w:t>
      </w:r>
    </w:p>
    <w:p w:rsidR="001E4D3C" w:rsidRPr="00756975" w:rsidRDefault="007A527D">
      <w:pPr>
        <w:keepNext/>
      </w:pPr>
      <w:r w:rsidRPr="00756975">
        <w:rPr>
          <w:b/>
        </w:rPr>
        <w:t>3. Phẩm chất</w:t>
      </w:r>
    </w:p>
    <w:p w:rsidR="001E4D3C" w:rsidRPr="00756975" w:rsidRDefault="007A527D">
      <w:r w:rsidRPr="00756975">
        <w:t>- Chăm chỉ: Tích cực luyện tập, hoàn thành đầy đủ các yêu cầu.</w:t>
      </w:r>
    </w:p>
    <w:p w:rsidR="001E4D3C" w:rsidRPr="00756975" w:rsidRDefault="007A527D">
      <w:r w:rsidRPr="00756975">
        <w:t>- Trung thực: Tính toán chính xác, trình bày đúng kết quả của mình.</w:t>
      </w:r>
    </w:p>
    <w:p w:rsidR="001E4D3C" w:rsidRPr="00756975" w:rsidRDefault="007A527D">
      <w:r w:rsidRPr="00756975">
        <w:t>- Trách nhiệm: Cẩn thận khi biến đổi biểu thức và kiểm tra lại bài.</w:t>
      </w:r>
    </w:p>
    <w:p w:rsidR="001E4D3C" w:rsidRPr="00756975" w:rsidRDefault="007A527D">
      <w:pPr>
        <w:keepNext/>
      </w:pPr>
      <w:r w:rsidRPr="00756975">
        <w:rPr>
          <w:b/>
          <w:sz w:val="28"/>
        </w:rPr>
        <w:t>II. ĐỒ DÙNG DẠY HỌC</w:t>
      </w:r>
    </w:p>
    <w:p w:rsidR="001E4D3C" w:rsidRPr="00756975" w:rsidRDefault="007A527D">
      <w:r w:rsidRPr="00756975">
        <w:t>- GV: máy tính, màn chiếu, SGK và hình ảnh bài tập được cắt từ SGK.</w:t>
      </w:r>
    </w:p>
    <w:p w:rsidR="001E4D3C" w:rsidRPr="00756975" w:rsidRDefault="007A527D">
      <w:r w:rsidRPr="00756975">
        <w:t>- HS: SGK, vở ghi, bảng con.</w:t>
      </w:r>
    </w:p>
    <w:p w:rsidR="001E4D3C" w:rsidRPr="00756975" w:rsidRDefault="007A527D">
      <w:pPr>
        <w:keepNext/>
      </w:pPr>
      <w:r w:rsidRPr="00756975">
        <w:rPr>
          <w:b/>
          <w:sz w:val="28"/>
        </w:rPr>
        <w:t>III. CÁC HOẠT ĐỘNG DẠY HỌC CHỦ YẾU</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6236"/>
        <w:gridCol w:w="4082"/>
      </w:tblGrid>
      <w:tr w:rsidR="00756975" w:rsidRPr="00756975" w:rsidTr="00756975">
        <w:trPr>
          <w:tblHeader/>
          <w:jc w:val="center"/>
        </w:trPr>
        <w:tc>
          <w:tcPr>
            <w:tcW w:w="6236" w:type="dxa"/>
            <w:tcBorders>
              <w:bottom w:val="single" w:sz="4" w:space="0" w:color="auto"/>
            </w:tcBorders>
            <w:shd w:val="clear" w:color="auto" w:fill="auto"/>
            <w:tcMar>
              <w:top w:w="45" w:type="dxa"/>
              <w:left w:w="70" w:type="dxa"/>
              <w:bottom w:w="45" w:type="dxa"/>
              <w:right w:w="70" w:type="dxa"/>
            </w:tcMar>
            <w:vAlign w:val="center"/>
          </w:tcPr>
          <w:p w:rsidR="001E4D3C" w:rsidRPr="00756975" w:rsidRDefault="007A527D">
            <w:pPr>
              <w:jc w:val="center"/>
            </w:pPr>
            <w:r w:rsidRPr="00756975">
              <w:rPr>
                <w:b/>
              </w:rPr>
              <w:t>Hoạt động của GV</w:t>
            </w:r>
          </w:p>
        </w:tc>
        <w:tc>
          <w:tcPr>
            <w:tcW w:w="4082" w:type="dxa"/>
            <w:tcBorders>
              <w:bottom w:val="single" w:sz="4" w:space="0" w:color="auto"/>
            </w:tcBorders>
            <w:shd w:val="clear" w:color="auto" w:fill="auto"/>
            <w:tcMar>
              <w:top w:w="45" w:type="dxa"/>
              <w:left w:w="70" w:type="dxa"/>
              <w:bottom w:w="45" w:type="dxa"/>
              <w:right w:w="70" w:type="dxa"/>
            </w:tcMar>
            <w:vAlign w:val="center"/>
          </w:tcPr>
          <w:p w:rsidR="001E4D3C" w:rsidRPr="00756975" w:rsidRDefault="007A527D">
            <w:pPr>
              <w:jc w:val="center"/>
            </w:pPr>
            <w:r w:rsidRPr="00756975">
              <w:rPr>
                <w:b/>
              </w:rPr>
              <w:t>Hoạt động của HS</w:t>
            </w:r>
          </w:p>
        </w:tc>
      </w:tr>
      <w:tr w:rsidR="00756975" w:rsidRPr="00756975" w:rsidTr="00756975">
        <w:trPr>
          <w:cantSplit/>
          <w:jc w:val="center"/>
        </w:trPr>
        <w:tc>
          <w:tcPr>
            <w:tcW w:w="9070" w:type="dxa"/>
            <w:gridSpan w:val="2"/>
            <w:tcBorders>
              <w:top w:val="single" w:sz="4" w:space="0" w:color="auto"/>
              <w:bottom w:val="single" w:sz="4" w:space="0" w:color="auto"/>
            </w:tcBorders>
            <w:shd w:val="clear" w:color="auto" w:fill="auto"/>
            <w:tcMar>
              <w:top w:w="45" w:type="dxa"/>
              <w:left w:w="70" w:type="dxa"/>
              <w:bottom w:w="45" w:type="dxa"/>
              <w:right w:w="70" w:type="dxa"/>
            </w:tcMar>
          </w:tcPr>
          <w:p w:rsidR="001E4D3C" w:rsidRPr="00756975" w:rsidRDefault="007A527D">
            <w:r w:rsidRPr="00756975">
              <w:rPr>
                <w:b/>
              </w:rPr>
              <w:t>1. Khởi động</w:t>
            </w:r>
          </w:p>
          <w:p w:rsidR="001E4D3C" w:rsidRPr="00756975" w:rsidRDefault="007A527D">
            <w:r w:rsidRPr="00756975">
              <w:rPr>
                <w:b/>
                <w:sz w:val="25"/>
              </w:rPr>
              <w:t>Mục tiêu</w:t>
            </w:r>
          </w:p>
          <w:p w:rsidR="001E4D3C" w:rsidRPr="00756975" w:rsidRDefault="007A527D">
            <w:r w:rsidRPr="00756975">
              <w:rPr>
                <w:sz w:val="25"/>
              </w:rPr>
              <w:t>- Tạo tâm thế phấn khởi, hứng thú vào bài.</w:t>
            </w:r>
          </w:p>
          <w:p w:rsidR="001E4D3C" w:rsidRPr="00756975" w:rsidRDefault="007A527D">
            <w:r w:rsidRPr="00756975">
              <w:rPr>
                <w:sz w:val="25"/>
              </w:rPr>
              <w:t>- Gợi nhớ kiến thức liên quan để chuẩn bị học nội dung mới.</w:t>
            </w:r>
          </w:p>
          <w:p w:rsidR="001E4D3C" w:rsidRPr="00756975" w:rsidRDefault="007A527D">
            <w:r w:rsidRPr="00756975">
              <w:rPr>
                <w:b/>
                <w:sz w:val="25"/>
              </w:rPr>
              <w:t>Cách tiến hành</w:t>
            </w:r>
          </w:p>
        </w:tc>
      </w:tr>
      <w:tr w:rsidR="00756975" w:rsidRPr="00756975" w:rsidTr="00756975">
        <w:trPr>
          <w:cantSplit/>
          <w:jc w:val="center"/>
        </w:trPr>
        <w:tc>
          <w:tcPr>
            <w:tcW w:w="6236"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Nêu tính chất phân phối của phép nhân đối với phép cộng.</w:t>
            </w:r>
          </w:p>
        </w:tc>
        <w:tc>
          <w:tcPr>
            <w:tcW w:w="4082"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HS trả lời: Khi nhân một số với một tổng, ta có thể nhân số đó với từng số hạng của tổng rồi cộng các kết quả với nhau.</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Gọi HS lên bảng làm bài:</w:t>
            </w:r>
          </w:p>
          <w:p w:rsidR="001E4D3C" w:rsidRPr="00756975" w:rsidRDefault="007A527D">
            <w:r w:rsidRPr="00756975">
              <w:rPr>
                <w:sz w:val="25"/>
              </w:rPr>
              <w:t>a. 32 × (45 + 55)</w:t>
            </w:r>
          </w:p>
          <w:p w:rsidR="001E4D3C" w:rsidRPr="00756975" w:rsidRDefault="007A527D">
            <w:r w:rsidRPr="00756975">
              <w:rPr>
                <w:sz w:val="25"/>
              </w:rPr>
              <w:t>b. (98 + 23) × 100</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làm bài.</w:t>
            </w:r>
          </w:p>
          <w:p w:rsidR="001E4D3C" w:rsidRPr="00756975" w:rsidRDefault="007A527D">
            <w:r w:rsidRPr="00756975">
              <w:rPr>
                <w:sz w:val="25"/>
              </w:rPr>
              <w:t>a. 32 × (45 + 55) = 32 × 100 = 3 200.</w:t>
            </w:r>
          </w:p>
          <w:p w:rsidR="001E4D3C" w:rsidRPr="00756975" w:rsidRDefault="007A527D">
            <w:r w:rsidRPr="00756975">
              <w:rPr>
                <w:sz w:val="25"/>
              </w:rPr>
              <w:t>b. (98 + 23) × 100 = 121 × 100 = 12 100.</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yêu cầu HS nêu cách tính và kiểm tra lại kết quả.</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trình bày cách tính; lớp nhận xét, đối chiếu kết quả.</w:t>
            </w:r>
          </w:p>
        </w:tc>
      </w:tr>
      <w:tr w:rsidR="00756975" w:rsidRPr="00756975" w:rsidTr="00756975">
        <w:trPr>
          <w:cantSplit/>
          <w:jc w:val="center"/>
        </w:trPr>
        <w:tc>
          <w:tcPr>
            <w:tcW w:w="6236" w:type="dxa"/>
            <w:tcBorders>
              <w:bottom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GV giới thiệu – ghi bài.</w:t>
            </w:r>
          </w:p>
        </w:tc>
        <w:tc>
          <w:tcPr>
            <w:tcW w:w="4082" w:type="dxa"/>
            <w:tcBorders>
              <w:bottom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HS lắng nghe và ghi bài.</w:t>
            </w:r>
          </w:p>
        </w:tc>
      </w:tr>
      <w:tr w:rsidR="00756975" w:rsidRPr="00756975" w:rsidTr="00756975">
        <w:trPr>
          <w:cantSplit/>
          <w:jc w:val="center"/>
        </w:trPr>
        <w:tc>
          <w:tcPr>
            <w:tcW w:w="9070" w:type="dxa"/>
            <w:gridSpan w:val="2"/>
            <w:tcBorders>
              <w:top w:val="single" w:sz="4" w:space="0" w:color="auto"/>
              <w:bottom w:val="single" w:sz="4" w:space="0" w:color="auto"/>
            </w:tcBorders>
            <w:shd w:val="clear" w:color="auto" w:fill="auto"/>
            <w:tcMar>
              <w:top w:w="45" w:type="dxa"/>
              <w:left w:w="70" w:type="dxa"/>
              <w:bottom w:w="45" w:type="dxa"/>
              <w:right w:w="70" w:type="dxa"/>
            </w:tcMar>
          </w:tcPr>
          <w:p w:rsidR="001E4D3C" w:rsidRPr="00756975" w:rsidRDefault="007A527D">
            <w:r w:rsidRPr="00756975">
              <w:rPr>
                <w:b/>
              </w:rPr>
              <w:t>2. Luyện tập, thực hành</w:t>
            </w:r>
          </w:p>
          <w:p w:rsidR="001E4D3C" w:rsidRPr="00756975" w:rsidRDefault="007A527D">
            <w:r w:rsidRPr="00756975">
              <w:rPr>
                <w:b/>
                <w:sz w:val="25"/>
              </w:rPr>
              <w:t>Mục tiêu</w:t>
            </w:r>
          </w:p>
          <w:p w:rsidR="001E4D3C" w:rsidRPr="00756975" w:rsidRDefault="007A527D">
            <w:r w:rsidRPr="00756975">
              <w:rPr>
                <w:sz w:val="25"/>
              </w:rPr>
              <w:t>- Củng cố cách vận dụng tính chất phân phối của phép nhân đối với phép cộng.</w:t>
            </w:r>
          </w:p>
          <w:p w:rsidR="001E4D3C" w:rsidRPr="00756975" w:rsidRDefault="007A527D">
            <w:r w:rsidRPr="00756975">
              <w:rPr>
                <w:sz w:val="25"/>
              </w:rPr>
              <w:t>- Biết lựa chọn cách tính thuận tiện và vận dụng giải bài toán thực tế.</w:t>
            </w:r>
          </w:p>
          <w:p w:rsidR="001E4D3C" w:rsidRPr="00756975" w:rsidRDefault="007A527D">
            <w:r w:rsidRPr="00756975">
              <w:rPr>
                <w:b/>
                <w:sz w:val="25"/>
              </w:rPr>
              <w:t>Cách tiến hành</w:t>
            </w:r>
          </w:p>
        </w:tc>
      </w:tr>
      <w:tr w:rsidR="00756975" w:rsidRPr="00756975" w:rsidTr="00756975">
        <w:trPr>
          <w:cantSplit/>
          <w:jc w:val="center"/>
        </w:trPr>
        <w:tc>
          <w:tcPr>
            <w:tcW w:w="6236"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b/>
                <w:sz w:val="25"/>
              </w:rPr>
              <w:t>Bài 1:</w:t>
            </w:r>
          </w:p>
          <w:p w:rsidR="001E4D3C" w:rsidRPr="00756975" w:rsidRDefault="007A527D" w:rsidP="00756975">
            <w:r w:rsidRPr="00756975">
              <w:rPr>
                <w:sz w:val="25"/>
              </w:rPr>
              <w:t>- Gọi HS đọc yêu cầu.</w:t>
            </w:r>
          </w:p>
        </w:tc>
        <w:tc>
          <w:tcPr>
            <w:tcW w:w="4082"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HS đọc yêu cầu: Tính bằng hai cách (theo mẫu).</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lastRenderedPageBreak/>
              <w:t>- Bài yêu cầu làm gì?</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trả lời: Tính mỗi biểu thức bằng hai cách.</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yêu cầu HS đọc và phân tích mẫu.</w:t>
            </w:r>
          </w:p>
          <w:p w:rsidR="001E4D3C" w:rsidRPr="00756975" w:rsidRDefault="007A527D">
            <w:r w:rsidRPr="00756975">
              <w:rPr>
                <w:sz w:val="25"/>
              </w:rPr>
              <w:t>+ Cách 1: Làm tính bình thường.</w:t>
            </w:r>
          </w:p>
          <w:p w:rsidR="001E4D3C" w:rsidRPr="00756975" w:rsidRDefault="007A527D">
            <w:r w:rsidRPr="00756975">
              <w:rPr>
                <w:sz w:val="25"/>
              </w:rPr>
              <w:t>+ Cách 2: Đưa thừa số chung ra ngoài.</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mẫu, chỉ ra thừa số chung và nêu sự khác nhau giữa hai cách tính.</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giao nửa lớp làm ý a, nửa lớp làm ý b; yêu cầu HS làm cá nhân vào vở.</w:t>
            </w:r>
          </w:p>
          <w:p w:rsidR="001E4D3C" w:rsidRPr="00756975" w:rsidRDefault="007A527D">
            <w:r w:rsidRPr="00756975">
              <w:rPr>
                <w:sz w:val="25"/>
              </w:rPr>
              <w:t>- Sau khi hoàn thành, GV cho HS trao đổi nhóm 2 để đối chiếu hai cách tính và mời đại diện trình bày.</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làm cá nhân vào vở theo phần được giao.</w:t>
            </w:r>
          </w:p>
          <w:p w:rsidR="001E4D3C" w:rsidRPr="00756975" w:rsidRDefault="007A527D">
            <w:r w:rsidRPr="00756975">
              <w:rPr>
                <w:sz w:val="25"/>
              </w:rPr>
              <w:t>- HS trao đổi theo cặp; đại diện trình bày, lớp nhận xét và bổ sung.</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t>Đáp án:</w:t>
            </w:r>
          </w:p>
          <w:p w:rsidR="001E4D3C" w:rsidRPr="00756975" w:rsidRDefault="007A527D">
            <w:r w:rsidRPr="00756975">
              <w:rPr>
                <w:sz w:val="25"/>
              </w:rPr>
              <w:t>a. C1: 61 × 4 + 61 × 5 = 244 + 305 = 549.</w:t>
            </w:r>
          </w:p>
          <w:p w:rsidR="001E4D3C" w:rsidRPr="00756975" w:rsidRDefault="007A527D">
            <w:r w:rsidRPr="00756975">
              <w:rPr>
                <w:sz w:val="25"/>
              </w:rPr>
              <w:t xml:space="preserve">   C2: 61 × 4 + 61 × 5 = 61 × (4 + 5) = 61 × 9 = 549.</w:t>
            </w:r>
          </w:p>
          <w:p w:rsidR="001E4D3C" w:rsidRPr="00756975" w:rsidRDefault="007A527D">
            <w:r w:rsidRPr="00756975">
              <w:rPr>
                <w:sz w:val="25"/>
              </w:rPr>
              <w:t>b. C1: 135 × 6 + 135 × 2 = 810 + 270 = 1 080.</w:t>
            </w:r>
          </w:p>
          <w:p w:rsidR="001E4D3C" w:rsidRPr="00756975" w:rsidRDefault="007A527D">
            <w:r w:rsidRPr="00756975">
              <w:rPr>
                <w:sz w:val="25"/>
              </w:rPr>
              <w:t xml:space="preserve">   C2: 135 × 6 + 135 × 2 = 135 × (6 + 2) = 135 × 8 = 1 080.</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trình bày bài làm, nêu cách 2 thuận tiện hơn vì đưa được thừa số chung ra ngoài.</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nhận xét và kết luận: Với các tích có cùng thừa số, có thể đưa thừa số chung ra ngoài để tính thuận tiện hơn.</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lắng nghe, nhắc lại cách đưa thừa số chung ra ngoài và sửa bài nếu cần.</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t>Bài 2:</w:t>
            </w:r>
          </w:p>
          <w:p w:rsidR="001E4D3C" w:rsidRPr="00756975" w:rsidRDefault="007A527D" w:rsidP="00756975">
            <w:r w:rsidRPr="00756975">
              <w:rPr>
                <w:sz w:val="25"/>
              </w:rPr>
              <w:t>- Gọi HS đọc yêu cầu.</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yêu cầu: Tính bằng cách thuận tiện.</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Bài yêu cầu làm gì?</w:t>
            </w:r>
          </w:p>
          <w:p w:rsidR="001E4D3C" w:rsidRPr="00756975" w:rsidRDefault="007A527D">
            <w:r w:rsidRPr="00756975">
              <w:rPr>
                <w:sz w:val="25"/>
              </w:rPr>
              <w:t>+ Thế nào là cách thuận tiện?</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trả lời.</w:t>
            </w:r>
          </w:p>
          <w:p w:rsidR="001E4D3C" w:rsidRPr="00756975" w:rsidRDefault="007A527D">
            <w:r w:rsidRPr="00756975">
              <w:rPr>
                <w:sz w:val="25"/>
              </w:rPr>
              <w:t>- Cách thuận tiện là cách biến đổi biểu thức để phép tính trở nên đơn giản, dễ tính hơn.</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Yêu cầu HS nêu cách làm.</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nêu: Tìm thừa số chung, đưa thừa số chung ra ngoài rồi tính tổng trong ngoặc.</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yêu cầu HS làm cá nhân vào vở, sau đó đổi vở theo nhóm 2 để kiểm tra và thống nhất kết quả.</w:t>
            </w:r>
          </w:p>
          <w:p w:rsidR="001E4D3C" w:rsidRPr="00756975" w:rsidRDefault="007A527D">
            <w:r w:rsidRPr="00756975">
              <w:rPr>
                <w:sz w:val="25"/>
              </w:rPr>
              <w:t>- GV mời đại diện một số nhóm trình bày cách tìm thừa số chung.</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làm bài cá nhân, đổi vở kiểm tra theo cặp.</w:t>
            </w:r>
          </w:p>
          <w:p w:rsidR="001E4D3C" w:rsidRPr="00756975" w:rsidRDefault="007A527D">
            <w:r w:rsidRPr="00756975">
              <w:rPr>
                <w:sz w:val="25"/>
              </w:rPr>
              <w:t>- Đại diện nhóm trình bày; lớp nhận xét và sửa bài.</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t>Đáp án:</w:t>
            </w:r>
          </w:p>
          <w:p w:rsidR="001E4D3C" w:rsidRPr="00756975" w:rsidRDefault="007A527D">
            <w:r w:rsidRPr="00756975">
              <w:rPr>
                <w:sz w:val="25"/>
              </w:rPr>
              <w:t>a. 67 × 3 + 67 × 7 = 67 × (3 + 7) = 67 × 10 = 670.</w:t>
            </w:r>
          </w:p>
          <w:p w:rsidR="001E4D3C" w:rsidRPr="00756975" w:rsidRDefault="007A527D">
            <w:r w:rsidRPr="00756975">
              <w:rPr>
                <w:sz w:val="25"/>
              </w:rPr>
              <w:t>b. 45 × 6 + 45 × 4 = 45 × (6 + 4) = 45 × 10 = 450.</w:t>
            </w:r>
          </w:p>
          <w:p w:rsidR="001E4D3C" w:rsidRPr="00756975" w:rsidRDefault="007A527D">
            <w:r w:rsidRPr="00756975">
              <w:rPr>
                <w:sz w:val="25"/>
              </w:rPr>
              <w:t>c. 27 × 6 + 73 × 6 = (27 + 73) × 6 = 100 × 6 = 600.</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kết quả và giải thích cách nhóm các tích có thừa số chung.</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kết luận: Cần nhận ra thừa số chung, nhóm các số hạng phù hợp rồi thực hiện phép tính trong ngoặc.</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nêu lại các bước tính thuận tiện và đối chiếu với bài làm của mình.</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khen ngợi HS.</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tiếp nhận nhận xét.</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t>Bài 3:</w:t>
            </w:r>
          </w:p>
          <w:p w:rsidR="001E4D3C" w:rsidRPr="00756975" w:rsidRDefault="007A527D" w:rsidP="00756975">
            <w:r w:rsidRPr="00756975">
              <w:rPr>
                <w:sz w:val="25"/>
              </w:rPr>
              <w:t>- Gọi HS đọc yêu cầu.</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yêu cầu và quan sát mẫu.</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Bài yêu cầu làm gì?</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trả lời: Tính biểu thức theo mẫu bằng cách đưa thừa số chung ra ngoài.</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yêu cầu HS đọc và phân tích mẫu.</w:t>
            </w:r>
          </w:p>
          <w:p w:rsidR="001E4D3C" w:rsidRPr="00756975" w:rsidRDefault="007A527D">
            <w:r w:rsidRPr="00756975">
              <w:rPr>
                <w:sz w:val="25"/>
              </w:rPr>
              <w:t>+ Bài tập này có gì giống và khác bài 2?</w:t>
            </w:r>
          </w:p>
          <w:p w:rsidR="001E4D3C" w:rsidRPr="00756975" w:rsidRDefault="007A527D">
            <w:r w:rsidRPr="00756975">
              <w:rPr>
                <w:sz w:val="25"/>
              </w:rPr>
              <w:t>(Giống: tìm thừa số chung rồi đưa ra ngoài. Khác: Có ba tích còn bài 2 có 2 tích.)</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và phân tích mẫu.</w:t>
            </w:r>
          </w:p>
          <w:p w:rsidR="001E4D3C" w:rsidRPr="00756975" w:rsidRDefault="007A527D">
            <w:r w:rsidRPr="00756975">
              <w:rPr>
                <w:sz w:val="25"/>
              </w:rPr>
              <w:t>- HS trả lời: Bài 3 có ba tích cùng thừa số chung; bài 2 có hai tích.</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lastRenderedPageBreak/>
              <w:t>- GV tổ chức cho HS thảo luận nhóm 4; mỗi nhóm phân công thực hiện phép tính, kiểm tra và thống nhất cách trình bày.</w:t>
            </w:r>
          </w:p>
          <w:p w:rsidR="001E4D3C" w:rsidRPr="00756975" w:rsidRDefault="007A527D">
            <w:r w:rsidRPr="00756975">
              <w:rPr>
                <w:sz w:val="25"/>
              </w:rPr>
              <w:t>- GV mời đại diện nhóm báo cáo kết quả.</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làm việc nhóm 4, thống nhất cách đưa thừa số chung ra ngoài.</w:t>
            </w:r>
          </w:p>
          <w:p w:rsidR="001E4D3C" w:rsidRPr="00756975" w:rsidRDefault="007A527D">
            <w:r w:rsidRPr="00756975">
              <w:rPr>
                <w:sz w:val="25"/>
              </w:rPr>
              <w:t>- Đại diện nhóm trình bày; các nhóm khác nhận xét.</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gọi HS đọc bài làm.</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bài và nêu cách tính.</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t>Đáp án:</w:t>
            </w:r>
          </w:p>
          <w:p w:rsidR="001E4D3C" w:rsidRPr="00756975" w:rsidRDefault="007A527D">
            <w:r w:rsidRPr="00756975">
              <w:rPr>
                <w:sz w:val="25"/>
              </w:rPr>
              <w:t>321 × 3 + 321 × 5 + 321 × 2</w:t>
            </w:r>
          </w:p>
          <w:p w:rsidR="001E4D3C" w:rsidRPr="00756975" w:rsidRDefault="007A527D">
            <w:r w:rsidRPr="00756975">
              <w:rPr>
                <w:sz w:val="25"/>
              </w:rPr>
              <w:t>= 321 × (3 + 5 + 2)</w:t>
            </w:r>
          </w:p>
          <w:p w:rsidR="001E4D3C" w:rsidRPr="00756975" w:rsidRDefault="007A527D">
            <w:r w:rsidRPr="00756975">
              <w:rPr>
                <w:sz w:val="25"/>
              </w:rPr>
              <w:t>= 321 × 10 = 3 210.</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đối chiếu kết quả và sửa bài.</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nhận xét và kết luận: Khi có ba tích cùng thừa số, vẫn đưa thừa số chung ra ngoài rồi cộng các thừa số còn lại.</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lắng nghe, nhắc lại cách thực hiện và hoàn thiện bài.</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t>Bài 4:</w:t>
            </w:r>
          </w:p>
          <w:p w:rsidR="001E4D3C" w:rsidRPr="00756975" w:rsidRDefault="007A527D" w:rsidP="00756975">
            <w:r w:rsidRPr="00756975">
              <w:rPr>
                <w:sz w:val="25"/>
              </w:rPr>
              <w:t>- Gọi HS đọc yêu cầu.</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bài toán về chuyển hàng giúp đỡ đồng bào vùng lũ lụt.</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Gọi HS phân tích bài toán.</w:t>
            </w:r>
          </w:p>
          <w:p w:rsidR="001E4D3C" w:rsidRPr="00756975" w:rsidRDefault="007A527D">
            <w:r w:rsidRPr="00756975">
              <w:rPr>
                <w:sz w:val="25"/>
              </w:rPr>
              <w:t>+ Muốn biết cả hai đợt chuyển được bao nhiêu thùng hàng ta làm thế nào?</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phân tích bài toán.</w:t>
            </w:r>
          </w:p>
          <w:p w:rsidR="001E4D3C" w:rsidRPr="00756975" w:rsidRDefault="007A527D">
            <w:r w:rsidRPr="00756975">
              <w:rPr>
                <w:sz w:val="25"/>
              </w:rPr>
              <w:t>- HS nêu: Tính số thùng của từng đợt rồi cộng lại; hoặc gộp số chuyến của hai đợt rồi nhân với số thùng mỗi chuyến.</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tổ chức cho HS thảo luận nhóm 6, lựa chọn một cách giải và trình bày bài trên bảng phụ.</w:t>
            </w:r>
          </w:p>
          <w:p w:rsidR="001E4D3C" w:rsidRPr="00756975" w:rsidRDefault="007A527D">
            <w:r w:rsidRPr="00756975">
              <w:rPr>
                <w:sz w:val="25"/>
              </w:rPr>
              <w:t>- GV mời đại diện nhóm trình bày; yêu cầu lớp so sánh với cách giải còn lại.</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thảo luận nhóm 6, hoàn thành lời giải trên bảng phụ.</w:t>
            </w:r>
          </w:p>
          <w:p w:rsidR="001E4D3C" w:rsidRPr="00756975" w:rsidRDefault="007A527D">
            <w:r w:rsidRPr="00756975">
              <w:rPr>
                <w:sz w:val="25"/>
              </w:rPr>
              <w:t>- Đại diện nhóm trình bày; các nhóm khác nhận xét và nêu cách giải khác.</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t>Đáp án:</w:t>
            </w:r>
          </w:p>
          <w:p w:rsidR="001E4D3C" w:rsidRPr="00756975" w:rsidRDefault="007A527D">
            <w:r w:rsidRPr="00756975">
              <w:rPr>
                <w:sz w:val="25"/>
              </w:rPr>
              <w:t>Đợt 1 chuyển được số thùng hàng là:</w:t>
            </w:r>
          </w:p>
          <w:p w:rsidR="001E4D3C" w:rsidRPr="00756975" w:rsidRDefault="007A527D">
            <w:r w:rsidRPr="00756975">
              <w:rPr>
                <w:sz w:val="25"/>
              </w:rPr>
              <w:t>44 × 3 = 132 (thùng).</w:t>
            </w:r>
          </w:p>
          <w:p w:rsidR="001E4D3C" w:rsidRPr="00756975" w:rsidRDefault="007A527D">
            <w:r w:rsidRPr="00756975">
              <w:rPr>
                <w:sz w:val="25"/>
              </w:rPr>
              <w:t>Đợt 2 chuyển được số thùng hàng là:</w:t>
            </w:r>
          </w:p>
          <w:p w:rsidR="001E4D3C" w:rsidRPr="00756975" w:rsidRDefault="007A527D">
            <w:r w:rsidRPr="00756975">
              <w:rPr>
                <w:sz w:val="25"/>
              </w:rPr>
              <w:t>56 × 3 = 168 (thùng).</w:t>
            </w:r>
          </w:p>
          <w:p w:rsidR="001E4D3C" w:rsidRPr="00756975" w:rsidRDefault="007A527D">
            <w:r w:rsidRPr="00756975">
              <w:rPr>
                <w:sz w:val="25"/>
              </w:rPr>
              <w:t>Cả hai đợt chuyển được số thùng hàng là:</w:t>
            </w:r>
          </w:p>
          <w:p w:rsidR="001E4D3C" w:rsidRPr="00756975" w:rsidRDefault="007A527D">
            <w:r w:rsidRPr="00756975">
              <w:rPr>
                <w:sz w:val="25"/>
              </w:rPr>
              <w:t>132 + 168 = 300 (thùng).</w:t>
            </w:r>
          </w:p>
          <w:p w:rsidR="001E4D3C" w:rsidRPr="00756975" w:rsidRDefault="007A527D">
            <w:r w:rsidRPr="00756975">
              <w:rPr>
                <w:sz w:val="25"/>
              </w:rPr>
              <w:t>Đáp số: 300 thùng hàng.</w:t>
            </w:r>
          </w:p>
          <w:p w:rsidR="001E4D3C" w:rsidRPr="00756975" w:rsidRDefault="007A527D">
            <w:r w:rsidRPr="00756975">
              <w:rPr>
                <w:sz w:val="25"/>
              </w:rPr>
              <w:t>Cách tính thuận tiện: (44 + 56) × 3 = 100 × 3 = 300 (thùng).</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trình bày lời giải, nêu phép tính và đáp số đầy đủ.</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yêu cầu HS nhận xét bài trên bảng phụ.</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nhận xét cách trình bày, phép tính và đơn vị.</w:t>
            </w:r>
          </w:p>
        </w:tc>
      </w:tr>
      <w:tr w:rsidR="00756975" w:rsidRPr="00756975" w:rsidTr="00756975">
        <w:trPr>
          <w:cantSplit/>
          <w:jc w:val="center"/>
        </w:trPr>
        <w:tc>
          <w:tcPr>
            <w:tcW w:w="6236" w:type="dxa"/>
            <w:tcBorders>
              <w:bottom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GV đánh giá và kết luận: Có thể tính số thùng từng đợt rồi cộng, hoặc vận dụng tính chất phân phối để tính gộp thuận tiện.</w:t>
            </w:r>
          </w:p>
        </w:tc>
        <w:tc>
          <w:tcPr>
            <w:tcW w:w="4082" w:type="dxa"/>
            <w:tcBorders>
              <w:bottom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HS ghi nhớ hai cách giải, tự kiểm tra phép tính, lời giải và đơn vị.</w:t>
            </w:r>
          </w:p>
        </w:tc>
      </w:tr>
      <w:tr w:rsidR="00756975" w:rsidRPr="00756975" w:rsidTr="00756975">
        <w:trPr>
          <w:cantSplit/>
          <w:jc w:val="center"/>
        </w:trPr>
        <w:tc>
          <w:tcPr>
            <w:tcW w:w="9070" w:type="dxa"/>
            <w:gridSpan w:val="2"/>
            <w:tcBorders>
              <w:top w:val="single" w:sz="4" w:space="0" w:color="auto"/>
              <w:bottom w:val="single" w:sz="4" w:space="0" w:color="auto"/>
            </w:tcBorders>
            <w:shd w:val="clear" w:color="auto" w:fill="auto"/>
            <w:tcMar>
              <w:top w:w="45" w:type="dxa"/>
              <w:left w:w="70" w:type="dxa"/>
              <w:bottom w:w="45" w:type="dxa"/>
              <w:right w:w="70" w:type="dxa"/>
            </w:tcMar>
          </w:tcPr>
          <w:p w:rsidR="001E4D3C" w:rsidRPr="00756975" w:rsidRDefault="007A527D">
            <w:r w:rsidRPr="00756975">
              <w:rPr>
                <w:b/>
              </w:rPr>
              <w:t>3. Vận dụng, trải nghiệm</w:t>
            </w:r>
          </w:p>
          <w:p w:rsidR="001E4D3C" w:rsidRPr="00756975" w:rsidRDefault="007A527D">
            <w:r w:rsidRPr="00756975">
              <w:rPr>
                <w:b/>
                <w:sz w:val="25"/>
              </w:rPr>
              <w:t>Mục tiêu</w:t>
            </w:r>
          </w:p>
          <w:p w:rsidR="001E4D3C" w:rsidRPr="00756975" w:rsidRDefault="007A527D">
            <w:r w:rsidRPr="00756975">
              <w:rPr>
                <w:sz w:val="25"/>
              </w:rPr>
              <w:t>- Khắc sâu kiến thức về tính chất phân phối của phép nhân đối với phép cộng.</w:t>
            </w:r>
          </w:p>
          <w:p w:rsidR="001E4D3C" w:rsidRPr="00756975" w:rsidRDefault="007A527D">
            <w:r w:rsidRPr="00756975">
              <w:rPr>
                <w:sz w:val="25"/>
              </w:rPr>
              <w:t>- Hình thành thói quen tự tổng kết bài học và vận dụng vào tình huống thực tế.</w:t>
            </w:r>
          </w:p>
          <w:p w:rsidR="001E4D3C" w:rsidRPr="00756975" w:rsidRDefault="007A527D">
            <w:r w:rsidRPr="00756975">
              <w:rPr>
                <w:b/>
                <w:sz w:val="25"/>
              </w:rPr>
              <w:t>Cách tiến hành</w:t>
            </w:r>
          </w:p>
        </w:tc>
      </w:tr>
      <w:tr w:rsidR="00756975" w:rsidRPr="00756975" w:rsidTr="00756975">
        <w:trPr>
          <w:cantSplit/>
          <w:jc w:val="center"/>
        </w:trPr>
        <w:tc>
          <w:tcPr>
            <w:tcW w:w="6236"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Cho HS tự đặt đề toán theo nhóm 4 rồi trao đổi với nhóm bạn để hoàn thành bài toán.</w:t>
            </w:r>
          </w:p>
        </w:tc>
        <w:tc>
          <w:tcPr>
            <w:tcW w:w="4082"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HS làm việc nhóm 4, đặt đề toán có thể giải bằng cách đưa thừa số chung ra ngoài và trao đổi cách giải với nhóm bạn.</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lastRenderedPageBreak/>
              <w:t>- GV mời đại diện một số nhóm trình bày; nhận xét tính hợp lí của đề toán và lời giải.</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Đại diện nhóm trình bày; các nhóm khác nhận xét, bổ sung.</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Nhận xét tiết học.</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nêu điều đã học được và chuẩn bị bài tiếp theo.</w:t>
            </w:r>
          </w:p>
        </w:tc>
      </w:tr>
    </w:tbl>
    <w:p w:rsidR="001E4D3C" w:rsidRPr="00756975" w:rsidRDefault="007A527D">
      <w:pPr>
        <w:keepNext/>
      </w:pPr>
      <w:r w:rsidRPr="00756975">
        <w:rPr>
          <w:b/>
          <w:sz w:val="28"/>
        </w:rPr>
        <w:t>IV. ĐIỀU CHỈNH SAU BÀI DẠY (nếu có):</w:t>
      </w:r>
    </w:p>
    <w:p w:rsidR="001E4D3C" w:rsidRPr="00756975" w:rsidRDefault="007A527D">
      <w:r w:rsidRPr="00756975">
        <w:t>....................................................................................................</w:t>
      </w:r>
    </w:p>
    <w:p w:rsidR="001E4D3C" w:rsidRPr="00756975" w:rsidRDefault="007A527D">
      <w:r w:rsidRPr="00756975">
        <w:t>....................................................................................................</w:t>
      </w:r>
    </w:p>
    <w:p w:rsidR="001E4D3C" w:rsidRPr="00756975" w:rsidRDefault="007A527D">
      <w:pPr>
        <w:keepNext/>
        <w:pageBreakBefore/>
        <w:jc w:val="center"/>
      </w:pPr>
      <w:r w:rsidRPr="00756975">
        <w:rPr>
          <w:b/>
          <w:sz w:val="28"/>
        </w:rPr>
        <w:lastRenderedPageBreak/>
        <w:t>Toán (Tiết 102)</w:t>
      </w:r>
    </w:p>
    <w:p w:rsidR="001E4D3C" w:rsidRPr="00756975" w:rsidRDefault="007A527D">
      <w:pPr>
        <w:keepNext/>
        <w:jc w:val="center"/>
      </w:pPr>
      <w:r w:rsidRPr="00756975">
        <w:rPr>
          <w:b/>
          <w:sz w:val="28"/>
        </w:rPr>
        <w:t>LUYỆN TẬP</w:t>
      </w:r>
    </w:p>
    <w:p w:rsidR="001E4D3C" w:rsidRPr="00756975" w:rsidRDefault="007A527D">
      <w:pPr>
        <w:keepNext/>
      </w:pPr>
      <w:r w:rsidRPr="00756975">
        <w:rPr>
          <w:b/>
          <w:sz w:val="28"/>
        </w:rPr>
        <w:t>I. YÊU CẦU CẦN ĐẠT</w:t>
      </w:r>
    </w:p>
    <w:p w:rsidR="001E4D3C" w:rsidRPr="00756975" w:rsidRDefault="007A527D">
      <w:pPr>
        <w:keepNext/>
      </w:pPr>
      <w:r w:rsidRPr="00756975">
        <w:rPr>
          <w:b/>
        </w:rPr>
        <w:t>1. Năng lực đặc thù:</w:t>
      </w:r>
    </w:p>
    <w:p w:rsidR="001E4D3C" w:rsidRPr="00756975" w:rsidRDefault="007A527D">
      <w:r w:rsidRPr="00756975">
        <w:t>- Củng cố kiến thức “một số nhân với một hiệu, một hiệu nhân với một số”.</w:t>
      </w:r>
    </w:p>
    <w:p w:rsidR="001E4D3C" w:rsidRPr="00756975" w:rsidRDefault="007A527D">
      <w:r w:rsidRPr="00756975">
        <w:t>- Vận dụng kiến thức tính giá trị của biểu thức và giải các bài tập thực tế liên quan.</w:t>
      </w:r>
    </w:p>
    <w:p w:rsidR="001E4D3C" w:rsidRPr="00756975" w:rsidRDefault="007A527D">
      <w:pPr>
        <w:keepNext/>
      </w:pPr>
      <w:r w:rsidRPr="00756975">
        <w:rPr>
          <w:b/>
        </w:rPr>
        <w:t>2. Năng lực chung</w:t>
      </w:r>
    </w:p>
    <w:p w:rsidR="001E4D3C" w:rsidRPr="00756975" w:rsidRDefault="007A527D">
      <w:r w:rsidRPr="00756975">
        <w:t>- Tự chủ và tự học: Chủ động vận dụng quy tắc một số nhân với một hiệu.</w:t>
      </w:r>
    </w:p>
    <w:p w:rsidR="001E4D3C" w:rsidRPr="00756975" w:rsidRDefault="007A527D">
      <w:r w:rsidRPr="00756975">
        <w:t>- Giải quyết vấn đề và sáng tạo: Lựa chọn cách tính phù hợp để tính nhanh và giải bài toán.</w:t>
      </w:r>
    </w:p>
    <w:p w:rsidR="001E4D3C" w:rsidRPr="00756975" w:rsidRDefault="007A527D">
      <w:r w:rsidRPr="00756975">
        <w:t>- Giao tiếp và hợp tác: Trao đổi, trình bày rõ quy tắc và cách giải bài.</w:t>
      </w:r>
    </w:p>
    <w:p w:rsidR="001E4D3C" w:rsidRPr="00756975" w:rsidRDefault="007A527D">
      <w:pPr>
        <w:keepNext/>
      </w:pPr>
      <w:r w:rsidRPr="00756975">
        <w:rPr>
          <w:b/>
        </w:rPr>
        <w:t>3. Phẩm chất</w:t>
      </w:r>
    </w:p>
    <w:p w:rsidR="001E4D3C" w:rsidRPr="00756975" w:rsidRDefault="007A527D">
      <w:r w:rsidRPr="00756975">
        <w:t>- Chăm chỉ: Tích cực luyện tập, hoàn thành các phép tính và bài toán.</w:t>
      </w:r>
    </w:p>
    <w:p w:rsidR="001E4D3C" w:rsidRPr="00756975" w:rsidRDefault="007A527D">
      <w:r w:rsidRPr="00756975">
        <w:t>- Trung thực: Tính toán chính xác, báo cáo đúng kết quả đã làm.</w:t>
      </w:r>
    </w:p>
    <w:p w:rsidR="001E4D3C" w:rsidRPr="00756975" w:rsidRDefault="007A527D">
      <w:r w:rsidRPr="00756975">
        <w:t>- Trách nhiệm: Cẩn thận khi xác định hiệu và kiểm tra từng bước tính.</w:t>
      </w:r>
    </w:p>
    <w:p w:rsidR="001E4D3C" w:rsidRPr="00756975" w:rsidRDefault="007A527D">
      <w:pPr>
        <w:keepNext/>
      </w:pPr>
      <w:r w:rsidRPr="00756975">
        <w:rPr>
          <w:b/>
          <w:sz w:val="28"/>
        </w:rPr>
        <w:t>II. ĐỒ DÙNG DẠY HỌC</w:t>
      </w:r>
    </w:p>
    <w:p w:rsidR="001E4D3C" w:rsidRPr="00756975" w:rsidRDefault="007A527D">
      <w:r w:rsidRPr="00756975">
        <w:t>- GV: máy tính, màn chiếu, SGK và hình ảnh bài tập được cắt từ SGK.</w:t>
      </w:r>
    </w:p>
    <w:p w:rsidR="001E4D3C" w:rsidRPr="00756975" w:rsidRDefault="007A527D">
      <w:r w:rsidRPr="00756975">
        <w:t>- HS: SGK, vở ghi, bảng con.</w:t>
      </w:r>
    </w:p>
    <w:p w:rsidR="001E4D3C" w:rsidRPr="00756975" w:rsidRDefault="007A527D">
      <w:pPr>
        <w:keepNext/>
      </w:pPr>
      <w:r w:rsidRPr="00756975">
        <w:rPr>
          <w:b/>
          <w:sz w:val="28"/>
        </w:rPr>
        <w:t>III. CÁC HOẠT ĐỘNG DẠY HỌC CHỦ YẾU</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6236"/>
        <w:gridCol w:w="4082"/>
      </w:tblGrid>
      <w:tr w:rsidR="00756975" w:rsidRPr="00756975" w:rsidTr="00756975">
        <w:trPr>
          <w:tblHeader/>
          <w:jc w:val="center"/>
        </w:trPr>
        <w:tc>
          <w:tcPr>
            <w:tcW w:w="6236" w:type="dxa"/>
            <w:tcBorders>
              <w:bottom w:val="single" w:sz="4" w:space="0" w:color="auto"/>
            </w:tcBorders>
            <w:shd w:val="clear" w:color="auto" w:fill="auto"/>
            <w:tcMar>
              <w:top w:w="45" w:type="dxa"/>
              <w:left w:w="70" w:type="dxa"/>
              <w:bottom w:w="45" w:type="dxa"/>
              <w:right w:w="70" w:type="dxa"/>
            </w:tcMar>
            <w:vAlign w:val="center"/>
          </w:tcPr>
          <w:p w:rsidR="001E4D3C" w:rsidRPr="00756975" w:rsidRDefault="007A527D">
            <w:pPr>
              <w:jc w:val="center"/>
            </w:pPr>
            <w:r w:rsidRPr="00756975">
              <w:rPr>
                <w:b/>
              </w:rPr>
              <w:t>Hoạt động của GV</w:t>
            </w:r>
          </w:p>
        </w:tc>
        <w:tc>
          <w:tcPr>
            <w:tcW w:w="4082" w:type="dxa"/>
            <w:tcBorders>
              <w:bottom w:val="single" w:sz="4" w:space="0" w:color="auto"/>
            </w:tcBorders>
            <w:shd w:val="clear" w:color="auto" w:fill="auto"/>
            <w:tcMar>
              <w:top w:w="45" w:type="dxa"/>
              <w:left w:w="70" w:type="dxa"/>
              <w:bottom w:w="45" w:type="dxa"/>
              <w:right w:w="70" w:type="dxa"/>
            </w:tcMar>
            <w:vAlign w:val="center"/>
          </w:tcPr>
          <w:p w:rsidR="001E4D3C" w:rsidRPr="00756975" w:rsidRDefault="007A527D">
            <w:pPr>
              <w:jc w:val="center"/>
            </w:pPr>
            <w:r w:rsidRPr="00756975">
              <w:rPr>
                <w:b/>
              </w:rPr>
              <w:t>Hoạt động của HS</w:t>
            </w:r>
          </w:p>
        </w:tc>
      </w:tr>
      <w:tr w:rsidR="00756975" w:rsidRPr="00756975" w:rsidTr="00756975">
        <w:trPr>
          <w:cantSplit/>
          <w:jc w:val="center"/>
        </w:trPr>
        <w:tc>
          <w:tcPr>
            <w:tcW w:w="9070" w:type="dxa"/>
            <w:gridSpan w:val="2"/>
            <w:tcBorders>
              <w:top w:val="single" w:sz="4" w:space="0" w:color="auto"/>
              <w:bottom w:val="single" w:sz="4" w:space="0" w:color="auto"/>
            </w:tcBorders>
            <w:shd w:val="clear" w:color="auto" w:fill="auto"/>
            <w:tcMar>
              <w:top w:w="45" w:type="dxa"/>
              <w:left w:w="70" w:type="dxa"/>
              <w:bottom w:w="45" w:type="dxa"/>
              <w:right w:w="70" w:type="dxa"/>
            </w:tcMar>
          </w:tcPr>
          <w:p w:rsidR="001E4D3C" w:rsidRPr="00756975" w:rsidRDefault="007A527D">
            <w:r w:rsidRPr="00756975">
              <w:rPr>
                <w:b/>
              </w:rPr>
              <w:t>1. Khởi động</w:t>
            </w:r>
          </w:p>
          <w:p w:rsidR="001E4D3C" w:rsidRPr="00756975" w:rsidRDefault="007A527D">
            <w:r w:rsidRPr="00756975">
              <w:rPr>
                <w:b/>
                <w:sz w:val="25"/>
              </w:rPr>
              <w:t>Mục tiêu</w:t>
            </w:r>
          </w:p>
          <w:p w:rsidR="001E4D3C" w:rsidRPr="00756975" w:rsidRDefault="007A527D">
            <w:r w:rsidRPr="00756975">
              <w:rPr>
                <w:sz w:val="25"/>
              </w:rPr>
              <w:t>- Tạo tâm thế phấn khởi, hứng thú vào bài.</w:t>
            </w:r>
          </w:p>
          <w:p w:rsidR="001E4D3C" w:rsidRPr="00756975" w:rsidRDefault="007A527D">
            <w:r w:rsidRPr="00756975">
              <w:rPr>
                <w:sz w:val="25"/>
              </w:rPr>
              <w:t>- Gợi nhớ kiến thức liên quan để chuẩn bị học nội dung mới.</w:t>
            </w:r>
          </w:p>
          <w:p w:rsidR="001E4D3C" w:rsidRPr="00756975" w:rsidRDefault="007A527D">
            <w:r w:rsidRPr="00756975">
              <w:rPr>
                <w:b/>
                <w:sz w:val="25"/>
              </w:rPr>
              <w:t>Cách tiến hành</w:t>
            </w:r>
          </w:p>
        </w:tc>
      </w:tr>
      <w:tr w:rsidR="00756975" w:rsidRPr="00756975" w:rsidTr="00756975">
        <w:trPr>
          <w:cantSplit/>
          <w:jc w:val="center"/>
        </w:trPr>
        <w:tc>
          <w:tcPr>
            <w:tcW w:w="6236"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Gọi HS lên bảng làm bài:</w:t>
            </w:r>
          </w:p>
          <w:p w:rsidR="001E4D3C" w:rsidRPr="00756975" w:rsidRDefault="007A527D">
            <w:r w:rsidRPr="00756975">
              <w:rPr>
                <w:sz w:val="25"/>
              </w:rPr>
              <w:t>Tính bằng hai cách: 32 × (4 + 5).</w:t>
            </w:r>
          </w:p>
        </w:tc>
        <w:tc>
          <w:tcPr>
            <w:tcW w:w="4082"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HS làm bài.</w:t>
            </w:r>
          </w:p>
          <w:p w:rsidR="001E4D3C" w:rsidRPr="00756975" w:rsidRDefault="007A527D">
            <w:r w:rsidRPr="00756975">
              <w:rPr>
                <w:sz w:val="25"/>
              </w:rPr>
              <w:t>C1: 32 × (4 + 5) = 32 × 9 = 288.</w:t>
            </w:r>
          </w:p>
          <w:p w:rsidR="001E4D3C" w:rsidRPr="00756975" w:rsidRDefault="007A527D">
            <w:r w:rsidRPr="00756975">
              <w:rPr>
                <w:sz w:val="25"/>
              </w:rPr>
              <w:t>C2: 32 × (4 + 5) = 32 × 4 + 32 × 5 = 128 + 160 = 288.</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yêu cầu HS so sánh hai cách tính và nhắc lại tính chất đã sử dụng.</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nhận xét hai cách cho cùng kết quả và nêu tính chất phân phối của phép nhân đối với phép cộng.</w:t>
            </w:r>
          </w:p>
        </w:tc>
      </w:tr>
      <w:tr w:rsidR="00756975" w:rsidRPr="00756975" w:rsidTr="00756975">
        <w:trPr>
          <w:cantSplit/>
          <w:jc w:val="center"/>
        </w:trPr>
        <w:tc>
          <w:tcPr>
            <w:tcW w:w="6236" w:type="dxa"/>
            <w:tcBorders>
              <w:bottom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GV giới thiệu – ghi bài.</w:t>
            </w:r>
          </w:p>
        </w:tc>
        <w:tc>
          <w:tcPr>
            <w:tcW w:w="4082" w:type="dxa"/>
            <w:tcBorders>
              <w:bottom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HS ghi bài.</w:t>
            </w:r>
          </w:p>
        </w:tc>
      </w:tr>
      <w:tr w:rsidR="00756975" w:rsidRPr="00756975" w:rsidTr="00756975">
        <w:trPr>
          <w:cantSplit/>
          <w:jc w:val="center"/>
        </w:trPr>
        <w:tc>
          <w:tcPr>
            <w:tcW w:w="9070" w:type="dxa"/>
            <w:gridSpan w:val="2"/>
            <w:tcBorders>
              <w:top w:val="single" w:sz="4" w:space="0" w:color="auto"/>
              <w:bottom w:val="single" w:sz="4" w:space="0" w:color="auto"/>
            </w:tcBorders>
            <w:shd w:val="clear" w:color="auto" w:fill="auto"/>
            <w:tcMar>
              <w:top w:w="45" w:type="dxa"/>
              <w:left w:w="70" w:type="dxa"/>
              <w:bottom w:w="45" w:type="dxa"/>
              <w:right w:w="70" w:type="dxa"/>
            </w:tcMar>
          </w:tcPr>
          <w:p w:rsidR="001E4D3C" w:rsidRPr="00756975" w:rsidRDefault="007A527D">
            <w:r w:rsidRPr="00756975">
              <w:rPr>
                <w:b/>
              </w:rPr>
              <w:t>2. Luyện tập, thực hành</w:t>
            </w:r>
          </w:p>
          <w:p w:rsidR="001E4D3C" w:rsidRPr="00756975" w:rsidRDefault="007A527D">
            <w:r w:rsidRPr="00756975">
              <w:rPr>
                <w:b/>
                <w:sz w:val="25"/>
              </w:rPr>
              <w:t>Mục tiêu</w:t>
            </w:r>
          </w:p>
          <w:p w:rsidR="001E4D3C" w:rsidRPr="00756975" w:rsidRDefault="007A527D">
            <w:r w:rsidRPr="00756975">
              <w:rPr>
                <w:sz w:val="25"/>
              </w:rPr>
              <w:t>- Củng cố cách tính một số nhân với một hiệu và một hiệu nhân với một số.</w:t>
            </w:r>
          </w:p>
          <w:p w:rsidR="001E4D3C" w:rsidRPr="00756975" w:rsidRDefault="007A527D">
            <w:r w:rsidRPr="00756975">
              <w:rPr>
                <w:sz w:val="25"/>
              </w:rPr>
              <w:t>- Biết vận dụng tính chất phân phối để tính thuận tiện và giải bài toán thực tế.</w:t>
            </w:r>
          </w:p>
          <w:p w:rsidR="001E4D3C" w:rsidRPr="00756975" w:rsidRDefault="007A527D">
            <w:r w:rsidRPr="00756975">
              <w:rPr>
                <w:b/>
                <w:sz w:val="25"/>
              </w:rPr>
              <w:t>Cách tiến hành</w:t>
            </w:r>
          </w:p>
        </w:tc>
      </w:tr>
      <w:tr w:rsidR="00756975" w:rsidRPr="00756975" w:rsidTr="00756975">
        <w:trPr>
          <w:cantSplit/>
          <w:jc w:val="center"/>
        </w:trPr>
        <w:tc>
          <w:tcPr>
            <w:tcW w:w="6236"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b/>
                <w:sz w:val="25"/>
              </w:rPr>
              <w:t>Bài 1:</w:t>
            </w:r>
          </w:p>
          <w:p w:rsidR="001E4D3C" w:rsidRPr="00756975" w:rsidRDefault="007A527D" w:rsidP="00756975">
            <w:r w:rsidRPr="00756975">
              <w:rPr>
                <w:sz w:val="25"/>
              </w:rPr>
              <w:t>- Gọi HS đọc yêu cầu.</w:t>
            </w:r>
          </w:p>
        </w:tc>
        <w:tc>
          <w:tcPr>
            <w:tcW w:w="4082"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HS đọc yêu cầu: Tính rồi so sánh giá trị của hai biểu thức.</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Bài yêu cầu làm gì?</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trả lời: Tính giá trị từng biểu thức, so sánh và rút ra nhận xét.</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yêu cầu HS đọc và phân tích mẫu.</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mẫu, nêu hai cách tính và nhận xét kết quả bằng nhau.</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lastRenderedPageBreak/>
              <w:t>- GV yêu cầu HS làm cá nhân trên bảng con, giơ bảng để kiểm tra kết quả.</w:t>
            </w:r>
          </w:p>
          <w:p w:rsidR="001E4D3C" w:rsidRPr="00756975" w:rsidRDefault="007A527D">
            <w:r w:rsidRPr="00756975">
              <w:rPr>
                <w:sz w:val="25"/>
              </w:rPr>
              <w:t>- GV cho HS trao đổi nhóm 2, so sánh hai biểu thức và mời đại diện trình bày nhận xét.</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làm bài trên bảng con và giơ kết quả.</w:t>
            </w:r>
          </w:p>
          <w:p w:rsidR="001E4D3C" w:rsidRPr="00756975" w:rsidRDefault="007A527D">
            <w:r w:rsidRPr="00756975">
              <w:rPr>
                <w:sz w:val="25"/>
              </w:rPr>
              <w:t>- HS trao đổi theo cặp; đại diện trình bày, lớp nhận xét.</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t>Đáp án:</w:t>
            </w:r>
          </w:p>
          <w:p w:rsidR="001E4D3C" w:rsidRPr="00756975" w:rsidRDefault="007A527D">
            <w:r w:rsidRPr="00756975">
              <w:rPr>
                <w:sz w:val="25"/>
              </w:rPr>
              <w:t>a. 23 × (7 - 4) = 23 × 3 = 69.</w:t>
            </w:r>
          </w:p>
          <w:p w:rsidR="001E4D3C" w:rsidRPr="00756975" w:rsidRDefault="007A527D">
            <w:r w:rsidRPr="00756975">
              <w:rPr>
                <w:sz w:val="25"/>
              </w:rPr>
              <w:t xml:space="preserve">   23 × 7 - 23 × 4 = 161 - 92 = 69.</w:t>
            </w:r>
          </w:p>
          <w:p w:rsidR="001E4D3C" w:rsidRPr="00756975" w:rsidRDefault="007A527D">
            <w:r w:rsidRPr="00756975">
              <w:rPr>
                <w:sz w:val="25"/>
              </w:rPr>
              <w:t xml:space="preserve">   Ta có: 23 × (7 - 4) = 23 × 7 - 23 × 4.</w:t>
            </w:r>
          </w:p>
          <w:p w:rsidR="001E4D3C" w:rsidRPr="00756975" w:rsidRDefault="007A527D">
            <w:r w:rsidRPr="00756975">
              <w:rPr>
                <w:sz w:val="25"/>
              </w:rPr>
              <w:t>b. (8 - 3) × 9 = 5 × 9 = 45.</w:t>
            </w:r>
          </w:p>
          <w:p w:rsidR="001E4D3C" w:rsidRPr="00756975" w:rsidRDefault="007A527D">
            <w:r w:rsidRPr="00756975">
              <w:rPr>
                <w:sz w:val="25"/>
              </w:rPr>
              <w:t xml:space="preserve">   8 × 9 - 3 × 9 = 72 - 27 = 45.</w:t>
            </w:r>
          </w:p>
          <w:p w:rsidR="001E4D3C" w:rsidRPr="00756975" w:rsidRDefault="007A527D">
            <w:r w:rsidRPr="00756975">
              <w:rPr>
                <w:sz w:val="25"/>
              </w:rPr>
              <w:t xml:space="preserve">   Ta có: (8 - 3) × 9 = 8 × 9 - 3 × 9.</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kết quả, đối chiếu và sửa bài.</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nhận xét và kết luận: Một số nhân với một hiệu bằng số đó nhân với số bị trừ rồi trừ đi tích của số đó với số trừ.</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lắng nghe, phát biểu lại quy tắc và sửa bài.</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t>Bài 2:</w:t>
            </w:r>
          </w:p>
          <w:p w:rsidR="001E4D3C" w:rsidRPr="00756975" w:rsidRDefault="007A527D">
            <w:r w:rsidRPr="00756975">
              <w:rPr>
                <w:b/>
                <w:sz w:val="25"/>
              </w:rPr>
              <w:t>a. Tính giá trị của biểu thức (theo mẫu).</w:t>
            </w:r>
          </w:p>
          <w:p w:rsidR="001E4D3C" w:rsidRPr="00756975" w:rsidRDefault="007A527D" w:rsidP="00756975">
            <w:r w:rsidRPr="00756975">
              <w:rPr>
                <w:sz w:val="25"/>
              </w:rPr>
              <w:t>- Gọi HS đọc yêu cầu.</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yêu cầu và quan sát bảng.</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Bài yêu cầu làm gì?</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trả lời: Thay các giá trị a, b, c vào hai biểu thức rồi tính.</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yêu cầu HS đọc và phân tích mẫu.</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thực hiện mẫu: 5 × (9 - 2) = 35 và 5 × 9 - 5 × 2 = 35.</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yêu cầu HS làm cá nhân vào SGK, sau đó thảo luận nhóm 4 để đối chiếu các hàng trong bảng và rút ra nhận xét.</w:t>
            </w:r>
          </w:p>
          <w:p w:rsidR="001E4D3C" w:rsidRPr="00756975" w:rsidRDefault="007A527D">
            <w:r w:rsidRPr="00756975">
              <w:rPr>
                <w:sz w:val="25"/>
              </w:rPr>
              <w:t>- GV mời đại diện nhóm trình bày.</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hoàn thành bảng trong SGK, trao đổi nhóm 4 và thống nhất nhận xét.</w:t>
            </w:r>
          </w:p>
          <w:p w:rsidR="001E4D3C" w:rsidRPr="00756975" w:rsidRDefault="007A527D">
            <w:r w:rsidRPr="00756975">
              <w:rPr>
                <w:sz w:val="25"/>
              </w:rPr>
              <w:t>- Đại diện nhóm trình bày; các nhóm khác bổ sung.</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t>Kết quả:</w:t>
            </w:r>
          </w:p>
          <w:p w:rsidR="001E4D3C" w:rsidRPr="00756975" w:rsidRDefault="007A527D">
            <w:r w:rsidRPr="00756975">
              <w:rPr>
                <w:sz w:val="25"/>
              </w:rPr>
              <w:t>a = 8, b = 7, c = 3: 8 × (7 - 3) = 32; 8 × 7 - 8 × 3 = 32.</w:t>
            </w:r>
          </w:p>
          <w:p w:rsidR="001E4D3C" w:rsidRPr="00756975" w:rsidRDefault="007A527D">
            <w:r w:rsidRPr="00756975">
              <w:rPr>
                <w:sz w:val="25"/>
              </w:rPr>
              <w:t>a = 14, b = 10, c = 5: 14 × (10 - 5) = 70; 14 × 10 - 14 × 5 = 70.</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từng hàng của bảng và nhận xét hai biểu thức luôn có giá trị bằng nhau.</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proofErr w:type="gramStart"/>
            <w:r w:rsidRPr="00756975">
              <w:rPr>
                <w:b/>
                <w:sz w:val="25"/>
              </w:rPr>
              <w:t>b</w:t>
            </w:r>
            <w:proofErr w:type="gramEnd"/>
            <w:r w:rsidRPr="00756975">
              <w:rPr>
                <w:b/>
                <w:sz w:val="25"/>
              </w:rPr>
              <w:t>. &gt;; &lt;; = ?</w:t>
            </w:r>
          </w:p>
          <w:p w:rsidR="001E4D3C" w:rsidRPr="00756975" w:rsidRDefault="007A527D">
            <w:r w:rsidRPr="00756975">
              <w:rPr>
                <w:sz w:val="25"/>
              </w:rPr>
              <w:t>- GV yêu cầu HS nhận xét kết quả các ý của câu a để đưa ra câu trả lời.</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điền dấu “=” vào ô trống.</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kết luận và ghi bảng hai quy tắc: a × (b - c) = a × b - a × c; (a - b) × c = a × c - b × c.</w:t>
            </w:r>
          </w:p>
          <w:p w:rsidR="001E4D3C" w:rsidRPr="00756975" w:rsidRDefault="001E4D3C"/>
          <w:p w:rsidR="001E4D3C" w:rsidRPr="00756975" w:rsidRDefault="001E4D3C"/>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ghi nhớ hai quy tắc và nêu lại bằng lời.</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gọi HS phát biểu bằng lời.</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phát biểu: Khi nhân một số với một hiệu, ta có thể nhân số đó với số bị trừ và số trừ rồi trừ hai kết quả cho nhau; tương tự với một hiệu nhân một số.</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khen ngợi HS.</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lắng nghe.</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t>Bài 3:</w:t>
            </w:r>
          </w:p>
          <w:p w:rsidR="001E4D3C" w:rsidRPr="00756975" w:rsidRDefault="007A527D">
            <w:r w:rsidRPr="00756975">
              <w:rPr>
                <w:sz w:val="25"/>
              </w:rPr>
              <w:t>- Gọi HS đọc yêu cầu.</w:t>
            </w:r>
          </w:p>
          <w:p w:rsidR="001E4D3C" w:rsidRPr="00756975" w:rsidRDefault="001E4D3C" w:rsidP="00756975"/>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yêu cầu: Tính bằng cách thuận tiện.</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lastRenderedPageBreak/>
              <w:t>- Bài yêu cầu làm gì?</w:t>
            </w:r>
          </w:p>
          <w:p w:rsidR="001E4D3C" w:rsidRPr="00756975" w:rsidRDefault="007A527D">
            <w:r w:rsidRPr="00756975">
              <w:rPr>
                <w:sz w:val="25"/>
              </w:rPr>
              <w:t>+ Thế nào là cách thuận tiện?</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trả lời.</w:t>
            </w:r>
          </w:p>
          <w:p w:rsidR="001E4D3C" w:rsidRPr="00756975" w:rsidRDefault="007A527D">
            <w:r w:rsidRPr="00756975">
              <w:rPr>
                <w:sz w:val="25"/>
              </w:rPr>
              <w:t>- HS nêu: Đưa thừa số chung ra ngoài để phép tính trong ngoặc đơn giản.</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Yêu cầu HS nêu cách làm.</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nêu cách biến đổi từng biểu thức.</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yêu cầu HS làm cá nhân vào vở, sau đó đổi bài theo nhóm 2 để kiểm tra.</w:t>
            </w:r>
          </w:p>
          <w:p w:rsidR="001E4D3C" w:rsidRPr="00756975" w:rsidRDefault="007A527D">
            <w:r w:rsidRPr="00756975">
              <w:rPr>
                <w:sz w:val="25"/>
              </w:rPr>
              <w:t>- GV mời đại diện trình bày cách tính thuận tiện.</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làm bài vào vở, đổi bài kiểm tra theo cặp.</w:t>
            </w:r>
          </w:p>
          <w:p w:rsidR="001E4D3C" w:rsidRPr="00756975" w:rsidRDefault="007A527D">
            <w:r w:rsidRPr="00756975">
              <w:rPr>
                <w:sz w:val="25"/>
              </w:rPr>
              <w:t>- Đại diện trình bày; lớp nhận xét và sửa bài.</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t>Đáp án:</w:t>
            </w:r>
          </w:p>
          <w:p w:rsidR="001E4D3C" w:rsidRPr="00756975" w:rsidRDefault="007A527D">
            <w:r w:rsidRPr="00756975">
              <w:rPr>
                <w:sz w:val="25"/>
              </w:rPr>
              <w:t>a. 48 × 9 - 48 × 8 = 48 × (9 - 8) = 48 × 1 = 48.</w:t>
            </w:r>
          </w:p>
          <w:p w:rsidR="001E4D3C" w:rsidRPr="00756975" w:rsidRDefault="007A527D">
            <w:r w:rsidRPr="00756975">
              <w:rPr>
                <w:sz w:val="25"/>
              </w:rPr>
              <w:t>b. 156 × 7 - 156 × 2 = 156 × (7 - 2) = 156 × 5 = 780.</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kết quả và nêu thừa số chung của mỗi biểu thức.</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kết luận: Khi các tích có cùng thừa số và được nối bằng phép trừ, có thể đưa thừa số chung ra ngoài để tính nhanh.</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nhắc lại cách làm và hoàn thiện bài trong vở.</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khen ngợi HS.</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tiếp nhận nhận xét.</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t>Bài 4:</w:t>
            </w:r>
          </w:p>
          <w:p w:rsidR="001E4D3C" w:rsidRPr="00756975" w:rsidRDefault="007A527D" w:rsidP="00756975">
            <w:r w:rsidRPr="00756975">
              <w:rPr>
                <w:sz w:val="25"/>
              </w:rPr>
              <w:t>- Gọi HS đọc yêu cầu.</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bài toán về các tấm vải hoa.</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Gọi HS phân tích bài toán.</w:t>
            </w:r>
          </w:p>
          <w:p w:rsidR="001E4D3C" w:rsidRPr="00756975" w:rsidRDefault="007A527D">
            <w:r w:rsidRPr="00756975">
              <w:rPr>
                <w:sz w:val="25"/>
              </w:rPr>
              <w:t>+ Muốn biết cửa hàng còn lại bao nhiêu mét vải hoa ta làm thế nào?</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phân tích bài toán.</w:t>
            </w:r>
          </w:p>
          <w:p w:rsidR="001E4D3C" w:rsidRPr="00756975" w:rsidRDefault="007A527D">
            <w:r w:rsidRPr="00756975">
              <w:rPr>
                <w:sz w:val="25"/>
              </w:rPr>
              <w:t>- HS nêu: Tính số tấm vải còn lại rồi nhân với độ dài mỗi tấm.</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tổ chức cho HS thảo luận nhóm 6, phân tích dữ kiện, thống nhất cách giải và ghi bài vào bảng phụ.</w:t>
            </w:r>
          </w:p>
          <w:p w:rsidR="001E4D3C" w:rsidRPr="00756975" w:rsidRDefault="007A527D">
            <w:r w:rsidRPr="00756975">
              <w:rPr>
                <w:sz w:val="25"/>
              </w:rPr>
              <w:t>- GV mời đại diện nhóm trình bày.</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làm việc nhóm 6, hoàn thành lời giải trên bảng phụ.</w:t>
            </w:r>
          </w:p>
          <w:p w:rsidR="001E4D3C" w:rsidRPr="00756975" w:rsidRDefault="007A527D">
            <w:r w:rsidRPr="00756975">
              <w:rPr>
                <w:sz w:val="25"/>
              </w:rPr>
              <w:t>- Đại diện nhóm trình bày; các nhóm khác nhận xét phép tính và đơn vị.</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t>Bài giải:</w:t>
            </w:r>
          </w:p>
          <w:p w:rsidR="001E4D3C" w:rsidRPr="00756975" w:rsidRDefault="007A527D">
            <w:r w:rsidRPr="00756975">
              <w:rPr>
                <w:sz w:val="25"/>
              </w:rPr>
              <w:t>Cửa hàng còn lại số tấm vải hoa là:</w:t>
            </w:r>
          </w:p>
          <w:p w:rsidR="001E4D3C" w:rsidRPr="00756975" w:rsidRDefault="007A527D">
            <w:r w:rsidRPr="00756975">
              <w:rPr>
                <w:sz w:val="25"/>
              </w:rPr>
              <w:t>9 - 5 = 4 (tấm).</w:t>
            </w:r>
          </w:p>
          <w:p w:rsidR="001E4D3C" w:rsidRPr="00756975" w:rsidRDefault="007A527D">
            <w:r w:rsidRPr="00756975">
              <w:rPr>
                <w:sz w:val="25"/>
              </w:rPr>
              <w:t>Cửa hàng còn lại số mét vải hoa là:</w:t>
            </w:r>
          </w:p>
          <w:p w:rsidR="001E4D3C" w:rsidRPr="00756975" w:rsidRDefault="007A527D">
            <w:r w:rsidRPr="00756975">
              <w:rPr>
                <w:sz w:val="25"/>
              </w:rPr>
              <w:t>36 × 4 = 144 (m).</w:t>
            </w:r>
          </w:p>
          <w:p w:rsidR="001E4D3C" w:rsidRPr="00756975" w:rsidRDefault="007A527D">
            <w:r w:rsidRPr="00756975">
              <w:rPr>
                <w:sz w:val="25"/>
              </w:rPr>
              <w:t>Đáp số: 144 m vải hoa.</w:t>
            </w:r>
          </w:p>
          <w:p w:rsidR="001E4D3C" w:rsidRPr="00756975" w:rsidRDefault="007A527D">
            <w:r w:rsidRPr="00756975">
              <w:rPr>
                <w:sz w:val="25"/>
              </w:rPr>
              <w:t>Có thể tính gộp: 36 × (9 - 5) = 144 (m).</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trình bày lời giải đúng, kiểm tra phép tính và đơn vị.</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yêu cầu HS nhận xét bài trên bảng phụ.</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nhận xét bài bạn.</w:t>
            </w:r>
          </w:p>
        </w:tc>
      </w:tr>
      <w:tr w:rsidR="00756975" w:rsidRPr="00756975" w:rsidTr="00756975">
        <w:trPr>
          <w:cantSplit/>
          <w:jc w:val="center"/>
        </w:trPr>
        <w:tc>
          <w:tcPr>
            <w:tcW w:w="6236" w:type="dxa"/>
            <w:tcBorders>
              <w:bottom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GV đánh giá và kết luận: Số mét vải còn lại có thể tính bằng 36 × (9 - 5); cần xác định đúng số tấm còn lại trước khi tính.</w:t>
            </w:r>
          </w:p>
        </w:tc>
        <w:tc>
          <w:tcPr>
            <w:tcW w:w="4082" w:type="dxa"/>
            <w:tcBorders>
              <w:bottom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HS lắng nghe, đối chiếu lời giải và sửa bài nếu cần.</w:t>
            </w:r>
          </w:p>
        </w:tc>
      </w:tr>
      <w:tr w:rsidR="00756975" w:rsidRPr="00756975" w:rsidTr="00756975">
        <w:trPr>
          <w:cantSplit/>
          <w:jc w:val="center"/>
        </w:trPr>
        <w:tc>
          <w:tcPr>
            <w:tcW w:w="9070" w:type="dxa"/>
            <w:gridSpan w:val="2"/>
            <w:tcBorders>
              <w:top w:val="single" w:sz="4" w:space="0" w:color="auto"/>
              <w:bottom w:val="single" w:sz="4" w:space="0" w:color="auto"/>
            </w:tcBorders>
            <w:shd w:val="clear" w:color="auto" w:fill="auto"/>
            <w:tcMar>
              <w:top w:w="45" w:type="dxa"/>
              <w:left w:w="70" w:type="dxa"/>
              <w:bottom w:w="45" w:type="dxa"/>
              <w:right w:w="70" w:type="dxa"/>
            </w:tcMar>
          </w:tcPr>
          <w:p w:rsidR="001E4D3C" w:rsidRPr="00756975" w:rsidRDefault="007A527D">
            <w:r w:rsidRPr="00756975">
              <w:rPr>
                <w:b/>
              </w:rPr>
              <w:t>3. Vận dụng, trải nghiệm</w:t>
            </w:r>
          </w:p>
          <w:p w:rsidR="001E4D3C" w:rsidRPr="00756975" w:rsidRDefault="007A527D">
            <w:r w:rsidRPr="00756975">
              <w:rPr>
                <w:b/>
                <w:sz w:val="25"/>
              </w:rPr>
              <w:t>Mục tiêu</w:t>
            </w:r>
          </w:p>
          <w:p w:rsidR="001E4D3C" w:rsidRPr="00756975" w:rsidRDefault="007A527D">
            <w:r w:rsidRPr="00756975">
              <w:rPr>
                <w:sz w:val="25"/>
              </w:rPr>
              <w:t>- Khắc sâu cách vận dụng tính chất phân phối của phép nhân đối với phép trừ.</w:t>
            </w:r>
          </w:p>
          <w:p w:rsidR="001E4D3C" w:rsidRPr="00756975" w:rsidRDefault="007A527D">
            <w:r w:rsidRPr="00756975">
              <w:rPr>
                <w:sz w:val="25"/>
              </w:rPr>
              <w:t>- Hình thành thói quen tự tổng kết bài học.</w:t>
            </w:r>
          </w:p>
          <w:p w:rsidR="001E4D3C" w:rsidRPr="00756975" w:rsidRDefault="007A527D">
            <w:r w:rsidRPr="00756975">
              <w:rPr>
                <w:b/>
                <w:sz w:val="25"/>
              </w:rPr>
              <w:t>Cách tiến hành</w:t>
            </w:r>
          </w:p>
        </w:tc>
      </w:tr>
      <w:tr w:rsidR="00756975" w:rsidRPr="00756975" w:rsidTr="00756975">
        <w:trPr>
          <w:cantSplit/>
          <w:jc w:val="center"/>
        </w:trPr>
        <w:tc>
          <w:tcPr>
            <w:tcW w:w="6236"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Cho HS tự đặt đề toán theo nhóm 4 rồi trao đổi với nhóm bạn để hoàn thành bài toán.</w:t>
            </w:r>
          </w:p>
        </w:tc>
        <w:tc>
          <w:tcPr>
            <w:tcW w:w="4082"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HS làm việc nhóm, đặt bài toán phù hợp với biểu thức dạng a × (b - c).</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lastRenderedPageBreak/>
              <w:t>- GV mời đại diện nhóm trình bày và yêu cầu các nhóm khác nhận xét.</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Đại diện nhóm trình bày; các nhóm khác nhận xét tính hợp lí của đề và lời giải.</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Nhận xét tiết học.</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nêu kiến thức cần ghi nhớ.</w:t>
            </w:r>
          </w:p>
        </w:tc>
      </w:tr>
    </w:tbl>
    <w:p w:rsidR="001E4D3C" w:rsidRPr="00756975" w:rsidRDefault="007A527D">
      <w:pPr>
        <w:keepNext/>
      </w:pPr>
      <w:r w:rsidRPr="00756975">
        <w:rPr>
          <w:b/>
          <w:sz w:val="28"/>
        </w:rPr>
        <w:t>IV. ĐIỀU CHỈNH SAU BÀI DẠY (nếu có):</w:t>
      </w:r>
    </w:p>
    <w:p w:rsidR="001E4D3C" w:rsidRPr="00756975" w:rsidRDefault="007A527D">
      <w:r w:rsidRPr="00756975">
        <w:t>....................................................................................................</w:t>
      </w:r>
    </w:p>
    <w:p w:rsidR="001E4D3C" w:rsidRPr="00756975" w:rsidRDefault="007A527D">
      <w:r w:rsidRPr="00756975">
        <w:t>....................................................................................................</w:t>
      </w:r>
    </w:p>
    <w:p w:rsidR="001E4D3C" w:rsidRPr="00756975" w:rsidRDefault="007A527D">
      <w:pPr>
        <w:keepNext/>
        <w:pageBreakBefore/>
        <w:jc w:val="center"/>
      </w:pPr>
      <w:r w:rsidRPr="00756975">
        <w:rPr>
          <w:b/>
          <w:sz w:val="28"/>
        </w:rPr>
        <w:lastRenderedPageBreak/>
        <w:t>Toán (Tiết 103)</w:t>
      </w:r>
    </w:p>
    <w:p w:rsidR="001E4D3C" w:rsidRPr="00756975" w:rsidRDefault="007A527D">
      <w:pPr>
        <w:keepNext/>
        <w:jc w:val="center"/>
      </w:pPr>
      <w:r w:rsidRPr="00756975">
        <w:rPr>
          <w:b/>
          <w:sz w:val="28"/>
        </w:rPr>
        <w:t>NHÂN VỚI SỐ CÓ HAI CHỮ SỐ</w:t>
      </w:r>
    </w:p>
    <w:p w:rsidR="001E4D3C" w:rsidRPr="00756975" w:rsidRDefault="007A527D">
      <w:pPr>
        <w:keepNext/>
      </w:pPr>
      <w:r w:rsidRPr="00756975">
        <w:rPr>
          <w:b/>
          <w:sz w:val="28"/>
        </w:rPr>
        <w:t>I. YÊU CẦU CẦN ĐẠT</w:t>
      </w:r>
    </w:p>
    <w:p w:rsidR="001E4D3C" w:rsidRPr="00756975" w:rsidRDefault="007A527D">
      <w:pPr>
        <w:keepNext/>
      </w:pPr>
      <w:r w:rsidRPr="00756975">
        <w:rPr>
          <w:b/>
        </w:rPr>
        <w:t>1. Năng lực đặc thù:</w:t>
      </w:r>
    </w:p>
    <w:p w:rsidR="001E4D3C" w:rsidRPr="00756975" w:rsidRDefault="007A527D">
      <w:r w:rsidRPr="00756975">
        <w:t>- HS biết thực hiện cách nhân với số có hai chữ số; vận dụng vào giải các bài tập và bài toán thực tế có liên quan.</w:t>
      </w:r>
    </w:p>
    <w:p w:rsidR="001E4D3C" w:rsidRPr="00756975" w:rsidRDefault="007A527D">
      <w:r w:rsidRPr="00756975">
        <w:t>- Nhận biết được các tích riêng trong phép nhân với số có hai chữ số.</w:t>
      </w:r>
    </w:p>
    <w:p w:rsidR="001E4D3C" w:rsidRPr="00756975" w:rsidRDefault="007A527D">
      <w:pPr>
        <w:keepNext/>
      </w:pPr>
      <w:r w:rsidRPr="00756975">
        <w:rPr>
          <w:b/>
        </w:rPr>
        <w:t>2. Năng lực chung</w:t>
      </w:r>
    </w:p>
    <w:p w:rsidR="001E4D3C" w:rsidRPr="00756975" w:rsidRDefault="007A527D">
      <w:r w:rsidRPr="00756975">
        <w:t>- Tự chủ và tự học: Chủ động thực hiện phép nhân và tự kiểm tra các tích riêng.</w:t>
      </w:r>
    </w:p>
    <w:p w:rsidR="001E4D3C" w:rsidRPr="00756975" w:rsidRDefault="007A527D">
      <w:r w:rsidRPr="00756975">
        <w:t>- Giải quyết vấn đề và sáng tạo: Vận dụng cách nhân với số có hai chữ số để giải bài toán.</w:t>
      </w:r>
    </w:p>
    <w:p w:rsidR="001E4D3C" w:rsidRPr="00756975" w:rsidRDefault="007A527D">
      <w:r w:rsidRPr="00756975">
        <w:t>- Giao tiếp và hợp tác: Trao đổi, giải thích rõ cách đặt tính và tính.</w:t>
      </w:r>
    </w:p>
    <w:p w:rsidR="001E4D3C" w:rsidRPr="00756975" w:rsidRDefault="007A527D">
      <w:pPr>
        <w:keepNext/>
      </w:pPr>
      <w:r w:rsidRPr="00756975">
        <w:rPr>
          <w:b/>
        </w:rPr>
        <w:t>3. Phẩm chất</w:t>
      </w:r>
    </w:p>
    <w:p w:rsidR="001E4D3C" w:rsidRPr="00756975" w:rsidRDefault="007A527D">
      <w:r w:rsidRPr="00756975">
        <w:t>- Chăm chỉ: Tích cực luyện tập, thực hiện đầy đủ các phép nhân.</w:t>
      </w:r>
    </w:p>
    <w:p w:rsidR="001E4D3C" w:rsidRPr="00756975" w:rsidRDefault="007A527D">
      <w:r w:rsidRPr="00756975">
        <w:t>- Trung thực: Tính toán chính xác, trình bày đúng kết quả của mình.</w:t>
      </w:r>
    </w:p>
    <w:p w:rsidR="001E4D3C" w:rsidRPr="00756975" w:rsidRDefault="007A527D">
      <w:r w:rsidRPr="00756975">
        <w:t>- Trách nhiệm: Đặt các tích riêng đúng cột và kiểm tra bài cẩn thận.</w:t>
      </w:r>
    </w:p>
    <w:p w:rsidR="001E4D3C" w:rsidRPr="00756975" w:rsidRDefault="007A527D">
      <w:pPr>
        <w:keepNext/>
      </w:pPr>
      <w:r w:rsidRPr="00756975">
        <w:rPr>
          <w:b/>
        </w:rPr>
        <w:t>4. TÍCH HỢP</w:t>
      </w:r>
    </w:p>
    <w:p w:rsidR="001E4D3C" w:rsidRPr="00756975" w:rsidRDefault="007A527D">
      <w:r w:rsidRPr="00756975">
        <w:t>- Tích hợp AI (4.A1.2): Hiểu rủi ro nếu con người tin tưởng tuyệt đối vào kết quả tính toán của máy mà không hiểu quy trình. Phân tích: Nếu robot báo diện tích sân trường là 10 000 m² nhưng thực tế chỉ bé bằng lớp học, HS biết dừng lại, so sánh với thực tế, kiểm tra dữ liệu, phép tính và đơn vị đo trước khi chấp nhận kết quả.</w:t>
      </w:r>
    </w:p>
    <w:p w:rsidR="001E4D3C" w:rsidRPr="00756975" w:rsidRDefault="007A527D">
      <w:pPr>
        <w:keepNext/>
      </w:pPr>
      <w:r w:rsidRPr="00756975">
        <w:rPr>
          <w:b/>
          <w:sz w:val="28"/>
        </w:rPr>
        <w:t>II. ĐỒ DÙNG DẠY HỌC</w:t>
      </w:r>
    </w:p>
    <w:p w:rsidR="001E4D3C" w:rsidRPr="00756975" w:rsidRDefault="007A527D">
      <w:r w:rsidRPr="00756975">
        <w:t>- GV: máy tính, màn chiếu, SGK và hình ảnh bài tập được cắt từ SGK.</w:t>
      </w:r>
    </w:p>
    <w:p w:rsidR="001E4D3C" w:rsidRPr="00756975" w:rsidRDefault="007A527D">
      <w:r w:rsidRPr="00756975">
        <w:t>- HS: SGK, vở ghi, bảng con.</w:t>
      </w:r>
    </w:p>
    <w:p w:rsidR="001E4D3C" w:rsidRPr="00756975" w:rsidRDefault="007A527D">
      <w:pPr>
        <w:keepNext/>
      </w:pPr>
      <w:r w:rsidRPr="00756975">
        <w:rPr>
          <w:b/>
          <w:sz w:val="28"/>
        </w:rPr>
        <w:t>III. CÁC HOẠT ĐỘNG DẠY HỌC CHỦ YẾU</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6236"/>
        <w:gridCol w:w="4082"/>
      </w:tblGrid>
      <w:tr w:rsidR="00756975" w:rsidRPr="00756975" w:rsidTr="00756975">
        <w:trPr>
          <w:tblHeader/>
          <w:jc w:val="center"/>
        </w:trPr>
        <w:tc>
          <w:tcPr>
            <w:tcW w:w="6236" w:type="dxa"/>
            <w:tcBorders>
              <w:bottom w:val="single" w:sz="4" w:space="0" w:color="auto"/>
            </w:tcBorders>
            <w:shd w:val="clear" w:color="auto" w:fill="auto"/>
            <w:tcMar>
              <w:top w:w="45" w:type="dxa"/>
              <w:left w:w="70" w:type="dxa"/>
              <w:bottom w:w="45" w:type="dxa"/>
              <w:right w:w="70" w:type="dxa"/>
            </w:tcMar>
            <w:vAlign w:val="center"/>
          </w:tcPr>
          <w:p w:rsidR="001E4D3C" w:rsidRPr="00756975" w:rsidRDefault="007A527D">
            <w:pPr>
              <w:jc w:val="center"/>
            </w:pPr>
            <w:r w:rsidRPr="00756975">
              <w:rPr>
                <w:b/>
              </w:rPr>
              <w:t>Hoạt động của GV</w:t>
            </w:r>
          </w:p>
        </w:tc>
        <w:tc>
          <w:tcPr>
            <w:tcW w:w="4082" w:type="dxa"/>
            <w:tcBorders>
              <w:bottom w:val="single" w:sz="4" w:space="0" w:color="auto"/>
            </w:tcBorders>
            <w:shd w:val="clear" w:color="auto" w:fill="auto"/>
            <w:tcMar>
              <w:top w:w="45" w:type="dxa"/>
              <w:left w:w="70" w:type="dxa"/>
              <w:bottom w:w="45" w:type="dxa"/>
              <w:right w:w="70" w:type="dxa"/>
            </w:tcMar>
            <w:vAlign w:val="center"/>
          </w:tcPr>
          <w:p w:rsidR="001E4D3C" w:rsidRPr="00756975" w:rsidRDefault="007A527D">
            <w:pPr>
              <w:jc w:val="center"/>
            </w:pPr>
            <w:r w:rsidRPr="00756975">
              <w:rPr>
                <w:b/>
              </w:rPr>
              <w:t>Hoạt động của HS</w:t>
            </w:r>
          </w:p>
        </w:tc>
      </w:tr>
      <w:tr w:rsidR="00756975" w:rsidRPr="00756975" w:rsidTr="00756975">
        <w:trPr>
          <w:cantSplit/>
          <w:jc w:val="center"/>
        </w:trPr>
        <w:tc>
          <w:tcPr>
            <w:tcW w:w="9070" w:type="dxa"/>
            <w:gridSpan w:val="2"/>
            <w:tcBorders>
              <w:top w:val="single" w:sz="4" w:space="0" w:color="auto"/>
              <w:bottom w:val="single" w:sz="4" w:space="0" w:color="auto"/>
            </w:tcBorders>
            <w:shd w:val="clear" w:color="auto" w:fill="auto"/>
            <w:tcMar>
              <w:top w:w="45" w:type="dxa"/>
              <w:left w:w="70" w:type="dxa"/>
              <w:bottom w:w="45" w:type="dxa"/>
              <w:right w:w="70" w:type="dxa"/>
            </w:tcMar>
          </w:tcPr>
          <w:p w:rsidR="001E4D3C" w:rsidRPr="00756975" w:rsidRDefault="007A527D">
            <w:r w:rsidRPr="00756975">
              <w:rPr>
                <w:b/>
              </w:rPr>
              <w:t>1. Khởi động</w:t>
            </w:r>
          </w:p>
          <w:p w:rsidR="001E4D3C" w:rsidRPr="00756975" w:rsidRDefault="007A527D">
            <w:r w:rsidRPr="00756975">
              <w:rPr>
                <w:b/>
                <w:sz w:val="25"/>
              </w:rPr>
              <w:t>Mục tiêu</w:t>
            </w:r>
          </w:p>
          <w:p w:rsidR="001E4D3C" w:rsidRPr="00756975" w:rsidRDefault="007A527D">
            <w:r w:rsidRPr="00756975">
              <w:rPr>
                <w:sz w:val="25"/>
              </w:rPr>
              <w:t>- Tạo tâm thế phấn khởi, hứng thú vào bài.</w:t>
            </w:r>
          </w:p>
          <w:p w:rsidR="001E4D3C" w:rsidRPr="00756975" w:rsidRDefault="007A527D">
            <w:r w:rsidRPr="00756975">
              <w:rPr>
                <w:sz w:val="25"/>
              </w:rPr>
              <w:t>- Gợi nhớ cách vận dụng tính chất phân phối để chuẩn bị hình thành phép nhân với số có hai chữ số.</w:t>
            </w:r>
          </w:p>
          <w:p w:rsidR="001E4D3C" w:rsidRPr="00756975" w:rsidRDefault="007A527D">
            <w:r w:rsidRPr="00756975">
              <w:rPr>
                <w:b/>
                <w:sz w:val="25"/>
              </w:rPr>
              <w:t>Cách tiến hành</w:t>
            </w:r>
          </w:p>
        </w:tc>
      </w:tr>
      <w:tr w:rsidR="00756975" w:rsidRPr="00756975" w:rsidTr="00756975">
        <w:trPr>
          <w:cantSplit/>
          <w:jc w:val="center"/>
        </w:trPr>
        <w:tc>
          <w:tcPr>
            <w:tcW w:w="6236"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GV yêu cầu HS thực hiện tính:</w:t>
            </w:r>
          </w:p>
          <w:p w:rsidR="001E4D3C" w:rsidRPr="00756975" w:rsidRDefault="007A527D">
            <w:r w:rsidRPr="00756975">
              <w:rPr>
                <w:sz w:val="25"/>
              </w:rPr>
              <w:t>34 × (10 + 2).</w:t>
            </w:r>
          </w:p>
        </w:tc>
        <w:tc>
          <w:tcPr>
            <w:tcW w:w="4082"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- 1 HS lên bảng làm bài, dưới lớp làm vào vở nháp.</w:t>
            </w:r>
          </w:p>
          <w:p w:rsidR="001E4D3C" w:rsidRPr="00756975" w:rsidRDefault="007A527D">
            <w:r w:rsidRPr="00756975">
              <w:rPr>
                <w:sz w:val="25"/>
              </w:rPr>
              <w:t>34 × (10 + 2) = 34 × 10 + 34 × 2 = 340 + 68 = 408.</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nhận xét bài và để nguyên bài trên bảng để kết nối kiến thức mới.</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lắng nghe, đối chiếu kết quả.</w:t>
            </w:r>
          </w:p>
        </w:tc>
      </w:tr>
      <w:tr w:rsidR="00756975" w:rsidRPr="00756975" w:rsidTr="00756975">
        <w:trPr>
          <w:cantSplit/>
          <w:jc w:val="center"/>
        </w:trPr>
        <w:tc>
          <w:tcPr>
            <w:tcW w:w="6236" w:type="dxa"/>
            <w:tcBorders>
              <w:bottom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GV giới thiệu - ghi bài.</w:t>
            </w:r>
          </w:p>
        </w:tc>
        <w:tc>
          <w:tcPr>
            <w:tcW w:w="4082" w:type="dxa"/>
            <w:tcBorders>
              <w:bottom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HS ghi bài.</w:t>
            </w:r>
          </w:p>
        </w:tc>
      </w:tr>
      <w:tr w:rsidR="00756975" w:rsidRPr="00756975" w:rsidTr="00756975">
        <w:trPr>
          <w:cantSplit/>
          <w:jc w:val="center"/>
        </w:trPr>
        <w:tc>
          <w:tcPr>
            <w:tcW w:w="9070" w:type="dxa"/>
            <w:gridSpan w:val="2"/>
            <w:tcBorders>
              <w:top w:val="single" w:sz="4" w:space="0" w:color="auto"/>
              <w:bottom w:val="single" w:sz="4" w:space="0" w:color="auto"/>
            </w:tcBorders>
            <w:shd w:val="clear" w:color="auto" w:fill="auto"/>
            <w:tcMar>
              <w:top w:w="45" w:type="dxa"/>
              <w:left w:w="70" w:type="dxa"/>
              <w:bottom w:w="45" w:type="dxa"/>
              <w:right w:w="70" w:type="dxa"/>
            </w:tcMar>
          </w:tcPr>
          <w:p w:rsidR="001E4D3C" w:rsidRPr="00756975" w:rsidRDefault="007A527D">
            <w:r w:rsidRPr="00756975">
              <w:rPr>
                <w:b/>
              </w:rPr>
              <w:t>2. Hình thành kiến thức</w:t>
            </w:r>
          </w:p>
          <w:p w:rsidR="001E4D3C" w:rsidRPr="00756975" w:rsidRDefault="007A527D">
            <w:r w:rsidRPr="00756975">
              <w:rPr>
                <w:b/>
                <w:sz w:val="25"/>
              </w:rPr>
              <w:t>Mục tiêu</w:t>
            </w:r>
          </w:p>
          <w:p w:rsidR="001E4D3C" w:rsidRPr="00756975" w:rsidRDefault="007A527D">
            <w:r w:rsidRPr="00756975">
              <w:rPr>
                <w:sz w:val="25"/>
              </w:rPr>
              <w:t>- HS biết thực hiện cách nhân với số có hai chữ số.</w:t>
            </w:r>
          </w:p>
          <w:p w:rsidR="001E4D3C" w:rsidRPr="00756975" w:rsidRDefault="007A527D">
            <w:r w:rsidRPr="00756975">
              <w:rPr>
                <w:sz w:val="25"/>
              </w:rPr>
              <w:t>- Nhận biết và giải thích được tích riêng thứ nhất, tích riêng thứ hai.</w:t>
            </w:r>
          </w:p>
          <w:p w:rsidR="001E4D3C" w:rsidRPr="00756975" w:rsidRDefault="007A527D">
            <w:r w:rsidRPr="00756975">
              <w:rPr>
                <w:sz w:val="25"/>
              </w:rPr>
              <w:t>- Mục tiêu tích hợp AI: HS hiểu rằng kết quả do máy/AI đưa ra cần được con người kiểm tra bằng quy trình tính toán, dữ liệu đầu vào, đơn vị và sự hợp lí với thực tế.</w:t>
            </w:r>
          </w:p>
          <w:p w:rsidR="001E4D3C" w:rsidRPr="00756975" w:rsidRDefault="007A527D">
            <w:r w:rsidRPr="00756975">
              <w:rPr>
                <w:b/>
                <w:sz w:val="25"/>
              </w:rPr>
              <w:t>Cách tiến hành</w:t>
            </w:r>
          </w:p>
        </w:tc>
      </w:tr>
      <w:tr w:rsidR="00756975" w:rsidRPr="00756975" w:rsidTr="00756975">
        <w:trPr>
          <w:cantSplit/>
          <w:jc w:val="center"/>
        </w:trPr>
        <w:tc>
          <w:tcPr>
            <w:tcW w:w="6236" w:type="dxa"/>
            <w:tcBorders>
              <w:top w:val="single" w:sz="4" w:space="0" w:color="auto"/>
            </w:tcBorders>
            <w:shd w:val="clear" w:color="auto" w:fill="auto"/>
            <w:tcMar>
              <w:top w:w="45" w:type="dxa"/>
              <w:left w:w="70" w:type="dxa"/>
              <w:bottom w:w="45" w:type="dxa"/>
              <w:right w:w="70" w:type="dxa"/>
            </w:tcMar>
          </w:tcPr>
          <w:p w:rsidR="001E4D3C" w:rsidRPr="00756975" w:rsidRDefault="007A527D" w:rsidP="00756975">
            <w:r w:rsidRPr="00756975">
              <w:rPr>
                <w:sz w:val="25"/>
              </w:rPr>
              <w:lastRenderedPageBreak/>
              <w:t xml:space="preserve">- GV gọi </w:t>
            </w:r>
            <w:r w:rsidR="00756975">
              <w:rPr>
                <w:sz w:val="25"/>
              </w:rPr>
              <w:t>HS nêu nội dung bức tranh</w:t>
            </w:r>
          </w:p>
        </w:tc>
        <w:tc>
          <w:tcPr>
            <w:tcW w:w="4082"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HS quan sát và nêu: Mỗi ô tô chở 34 học sinh; có 12 ô tô như thế.</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gọi HS nêu bài toán bạn nữ trong hình đưa ra.</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bài toán: Mỗi ô tô chở 34 học sinh. 12 ô tô như thế chở bao nhiêu học sinh?</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Yêu cầu HS phân tích bài toán:</w:t>
            </w:r>
          </w:p>
          <w:p w:rsidR="001E4D3C" w:rsidRPr="00756975" w:rsidRDefault="007A527D">
            <w:r w:rsidRPr="00756975">
              <w:rPr>
                <w:sz w:val="25"/>
              </w:rPr>
              <w:t>+ Bài toán cho biết gì?</w:t>
            </w:r>
          </w:p>
          <w:p w:rsidR="001E4D3C" w:rsidRPr="00756975" w:rsidRDefault="007A527D">
            <w:r w:rsidRPr="00756975">
              <w:rPr>
                <w:sz w:val="25"/>
              </w:rPr>
              <w:t>+ Bài toán hỏi gì?</w:t>
            </w:r>
          </w:p>
          <w:p w:rsidR="001E4D3C" w:rsidRPr="00756975" w:rsidRDefault="007A527D">
            <w:r w:rsidRPr="00756975">
              <w:rPr>
                <w:sz w:val="25"/>
              </w:rPr>
              <w:t>+ Muốn biết 12 ô tô như thế chở được bao nhiêu học sinh ta làm thế nào?</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phân tích bài toán.</w:t>
            </w:r>
          </w:p>
          <w:p w:rsidR="001E4D3C" w:rsidRPr="00756975" w:rsidRDefault="007A527D">
            <w:r w:rsidRPr="00756975">
              <w:rPr>
                <w:sz w:val="25"/>
              </w:rPr>
              <w:t>+ Bài toán cho biết mỗi ô tô chở 34 học sinh, có 12 ô tô.</w:t>
            </w:r>
          </w:p>
          <w:p w:rsidR="001E4D3C" w:rsidRPr="00756975" w:rsidRDefault="007A527D">
            <w:r w:rsidRPr="00756975">
              <w:rPr>
                <w:sz w:val="25"/>
              </w:rPr>
              <w:t>+ Bài toán hỏi 12 ô tô chở bao nhiêu học sinh.</w:t>
            </w:r>
          </w:p>
          <w:p w:rsidR="001E4D3C" w:rsidRPr="00756975" w:rsidRDefault="007A527D">
            <w:r w:rsidRPr="00756975">
              <w:rPr>
                <w:sz w:val="25"/>
              </w:rPr>
              <w:t>+ Ta thực hiện phép nhân 34 × 12.</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cho HS làm việc theo nhóm để tìm được đáp án.</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làm việc nhóm, có thể tách 12 = 10 + 2 để tính 34 × 12 = 408.</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dẫn dắt để HS nhận ra phép tính 34 × 12 được tính chính là phép tính của phần kiểm tra bài cũ.</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chú ý lắng nghe và liên hệ 34 × 12 = 34 × (10 + 2).</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sidP="00756975">
            <w:r w:rsidRPr="00756975">
              <w:rPr>
                <w:sz w:val="25"/>
              </w:rPr>
              <w:t>- GV giới thiệu: Thông thường ta làm bằng cách đặt tính.</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lắng nghe, quan sát cách đặt tính và ghi nhớ.</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Bước 1: Đặt tính sao cho các chữ số cùng hàng thẳng cột với nhau, dấu nhân viết lệch sang trái.</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nêu lại cách đặt tính: viết 12 dưới 34, hàng đơn vị thẳng hàng đơn vị, hàng chục thẳng hàng chục.</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Bước 2: Tính.</w:t>
            </w:r>
          </w:p>
          <w:p w:rsidR="001E4D3C" w:rsidRPr="00756975" w:rsidRDefault="007A527D">
            <w:r w:rsidRPr="00756975">
              <w:rPr>
                <w:sz w:val="25"/>
              </w:rPr>
              <w:t>- GV gọi HS tính theo hướng dẫn để GV ghi cả phần lời và phần phép tính.</w:t>
            </w:r>
          </w:p>
          <w:p w:rsidR="001E4D3C" w:rsidRPr="00756975" w:rsidRDefault="007A527D">
            <w:r w:rsidRPr="00756975">
              <w:rPr>
                <w:sz w:val="25"/>
              </w:rPr>
              <w:t>+ Lấy chữ số hàng đơn vị của thừa số thứ hai nhân với từng chữ số của thừa số thứ nhất từ phải sang trái. Ta được tích riêng thứ nhất là 68 (68 đơn vị).</w:t>
            </w:r>
          </w:p>
          <w:p w:rsidR="001E4D3C" w:rsidRPr="00756975" w:rsidRDefault="007A527D">
            <w:r w:rsidRPr="00756975">
              <w:rPr>
                <w:sz w:val="25"/>
              </w:rPr>
              <w:t>+ Nhân chữ số hàng chục tương tự; lưu ý viết tích riêng thứ hai lùi sang trái một cột. Ta được tích riêng thứ hai là 34 (34 chục hay 340 đơn vị).</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tính bằng lời.</w:t>
            </w:r>
          </w:p>
          <w:p w:rsidR="001E4D3C" w:rsidRPr="00756975" w:rsidRDefault="007A527D">
            <w:r w:rsidRPr="00756975">
              <w:rPr>
                <w:sz w:val="25"/>
              </w:rPr>
              <w:t>+ 2 nhân 4 bằng 8, viết 8; 2 nhân 3 bằng 6, viết 6.</w:t>
            </w:r>
          </w:p>
          <w:p w:rsidR="001E4D3C" w:rsidRPr="00756975" w:rsidRDefault="007A527D">
            <w:r w:rsidRPr="00756975">
              <w:rPr>
                <w:sz w:val="25"/>
              </w:rPr>
              <w:t>+ 1 chục nhân 4 bằng 4 chục, viết 4 ở cột chục; 1 chục nhân 3 chục bằng 3 trăm, viết 3.</w:t>
            </w:r>
          </w:p>
          <w:p w:rsidR="001E4D3C" w:rsidRPr="00756975" w:rsidRDefault="007A527D">
            <w:r w:rsidRPr="00756975">
              <w:rPr>
                <w:sz w:val="25"/>
              </w:rPr>
              <w:t>+ Cộng hai tích riêng: 68 + 340 = 408.</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gọi 2 - 3 HS nêu lại cách tính.</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- 2 - 3 HS nêu lại lần lượt các bước đặt tính, tính hai tích riêng và cộng.</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tuyên dương, khen ngợi HS và chốt lại kiến thức.</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lắng nghe, ghi nhớ.</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nêu tình huống tích hợp AI: “Một robot báo diện tích sân trường là 10 000 m², nhưng khi quan sát thực tế, sân chỉ nhỏ tương đương một lớp học. Em có nên tin ngay kết quả của robot không? Vì sao?”</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trả lời: Không nên tin ngay vì kết quả không phù hợp với thực tế; robot hoặc người nhập dữ liệu có thể đã nhầm số liệu, phép tính hoặc đơn vị đo.</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yêu cầu HS thảo luận nhóm 4 và đề xuất quy trình kiểm tra kết quả do máy/AI đưa ra: so sánh với kích thước quen thuộc, xem lại số liệu đầu vào, thực hiện phép tính bằng tay hoặc cách khác, kiểm tra đơn vị đo và hỏi người có trách nhiệm khi còn nghi ngờ.</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thảo luận, thống nhất quy trình: dừng lại - so sánh với thực tế - kiểm tra dữ liệu - tính lại - kiểm tra đơn vị - báo cho GV/người lớn; không vội chia sẻ kết quả chưa được xác minh.</w:t>
            </w:r>
          </w:p>
        </w:tc>
      </w:tr>
      <w:tr w:rsidR="00756975" w:rsidRPr="00756975" w:rsidTr="00756975">
        <w:trPr>
          <w:cantSplit/>
          <w:jc w:val="center"/>
        </w:trPr>
        <w:tc>
          <w:tcPr>
            <w:tcW w:w="6236" w:type="dxa"/>
            <w:tcBorders>
              <w:bottom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lastRenderedPageBreak/>
              <w:t>- GV phân tích và kết luận: Máy tính, robot hay AI có thể tính nhanh nhưng không thay thế việc hiểu quy trình. Con người chịu trách nhiệm kiểm tra tính hợp lí của kết quả; chỉ sử dụng kết quả khi dữ liệu, phép tính, đơn vị và bối cảnh đều phù hợp.</w:t>
            </w:r>
          </w:p>
        </w:tc>
        <w:tc>
          <w:tcPr>
            <w:tcW w:w="4082" w:type="dxa"/>
            <w:tcBorders>
              <w:bottom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HS lắng nghe, nêu lại bài học: Không tin tuyệt đối vào kết quả của máy/AI; phải hiểu cách tính và biết kiểm chứng trước khi sử dụng.</w:t>
            </w:r>
          </w:p>
        </w:tc>
      </w:tr>
      <w:tr w:rsidR="00756975" w:rsidRPr="00756975" w:rsidTr="00756975">
        <w:trPr>
          <w:cantSplit/>
          <w:jc w:val="center"/>
        </w:trPr>
        <w:tc>
          <w:tcPr>
            <w:tcW w:w="9070" w:type="dxa"/>
            <w:gridSpan w:val="2"/>
            <w:tcBorders>
              <w:top w:val="single" w:sz="4" w:space="0" w:color="auto"/>
              <w:bottom w:val="single" w:sz="4" w:space="0" w:color="auto"/>
            </w:tcBorders>
            <w:shd w:val="clear" w:color="auto" w:fill="auto"/>
            <w:tcMar>
              <w:top w:w="45" w:type="dxa"/>
              <w:left w:w="70" w:type="dxa"/>
              <w:bottom w:w="45" w:type="dxa"/>
              <w:right w:w="70" w:type="dxa"/>
            </w:tcMar>
          </w:tcPr>
          <w:p w:rsidR="001E4D3C" w:rsidRPr="00756975" w:rsidRDefault="007A527D">
            <w:r w:rsidRPr="00756975">
              <w:rPr>
                <w:b/>
              </w:rPr>
              <w:t>3. Luyện tập, thực hành</w:t>
            </w:r>
          </w:p>
          <w:p w:rsidR="001E4D3C" w:rsidRPr="00756975" w:rsidRDefault="007A527D">
            <w:r w:rsidRPr="00756975">
              <w:rPr>
                <w:b/>
                <w:sz w:val="25"/>
              </w:rPr>
              <w:t>Mục tiêu</w:t>
            </w:r>
          </w:p>
          <w:p w:rsidR="001E4D3C" w:rsidRPr="00756975" w:rsidRDefault="007A527D">
            <w:r w:rsidRPr="00756975">
              <w:rPr>
                <w:sz w:val="25"/>
              </w:rPr>
              <w:t>- Vận dụng cách nhân với số có hai chữ số vào giải bài tập và bài toán thực tế.</w:t>
            </w:r>
          </w:p>
          <w:p w:rsidR="001E4D3C" w:rsidRPr="00756975" w:rsidRDefault="007A527D">
            <w:r w:rsidRPr="00756975">
              <w:rPr>
                <w:sz w:val="25"/>
              </w:rPr>
              <w:t>- Nhận biết được các tích riêng trong phép nhân với số có hai chữ số.</w:t>
            </w:r>
          </w:p>
          <w:p w:rsidR="001E4D3C" w:rsidRPr="00756975" w:rsidRDefault="007A527D">
            <w:r w:rsidRPr="00756975">
              <w:rPr>
                <w:b/>
                <w:sz w:val="25"/>
              </w:rPr>
              <w:t>Cách tiến hành</w:t>
            </w:r>
          </w:p>
        </w:tc>
      </w:tr>
      <w:tr w:rsidR="00756975" w:rsidRPr="00756975" w:rsidTr="00756975">
        <w:trPr>
          <w:cantSplit/>
          <w:jc w:val="center"/>
        </w:trPr>
        <w:tc>
          <w:tcPr>
            <w:tcW w:w="6236"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b/>
                <w:sz w:val="25"/>
              </w:rPr>
              <w:t>Bài 1:</w:t>
            </w:r>
          </w:p>
          <w:p w:rsidR="001E4D3C" w:rsidRPr="00756975" w:rsidRDefault="007A527D" w:rsidP="00756975">
            <w:r w:rsidRPr="00756975">
              <w:rPr>
                <w:sz w:val="25"/>
              </w:rPr>
              <w:t>- Gọi HS đọc yêu cầu.</w:t>
            </w:r>
          </w:p>
        </w:tc>
        <w:tc>
          <w:tcPr>
            <w:tcW w:w="4082"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HS đọc yêu cầu: Đặt tính rồi tính.</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Bài có mấy phép tính? Đó là những phép tính nào?</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trả lời: Có ba phép tính 87 × 23; 134 × 32; 2 021 × 36.</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gọi HS nhắc lại cách đặt tính và cách tính.</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nêu: Đặt hai thừa số thẳng hàng; tính tích riêng thứ nhất, tích riêng thứ hai lùi sang trái một cột rồi cộng.</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yêu cầu 1 HS tính bằng lời cho GV ghi phép tính đầu tiên 87 × 23.</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- 1 HS tính bằng lời; lớp theo dõi và nhận xét.</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yêu cầu HS làm cá nhân vào vở; hai HS thực hiện trên bảng phụ.</w:t>
            </w:r>
          </w:p>
          <w:p w:rsidR="001E4D3C" w:rsidRPr="00756975" w:rsidRDefault="007A527D">
            <w:r w:rsidRPr="00756975">
              <w:rPr>
                <w:sz w:val="25"/>
              </w:rPr>
              <w:t>- GV mời HS trình bày, yêu cầu lớp nhận xét vị trí hai tích riêng và kết quả.</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làm bài cá nhân; hai HS làm trên bảng phụ.</w:t>
            </w:r>
          </w:p>
          <w:p w:rsidR="001E4D3C" w:rsidRPr="00756975" w:rsidRDefault="007A527D">
            <w:r w:rsidRPr="00756975">
              <w:rPr>
                <w:sz w:val="25"/>
              </w:rPr>
              <w:t>- HS trình bày; lớp nhận xét cách đặt tính và sửa bài.</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t>Đáp án:</w:t>
            </w:r>
          </w:p>
          <w:p w:rsidR="001E4D3C" w:rsidRPr="00756975" w:rsidRDefault="007A527D">
            <w:r w:rsidRPr="00756975">
              <w:rPr>
                <w:sz w:val="25"/>
              </w:rPr>
              <w:t>87 × 23 = 2 001.</w:t>
            </w:r>
          </w:p>
          <w:p w:rsidR="001E4D3C" w:rsidRPr="00756975" w:rsidRDefault="007A527D">
            <w:r w:rsidRPr="00756975">
              <w:rPr>
                <w:sz w:val="25"/>
              </w:rPr>
              <w:t>134 × 32 = 4 288.</w:t>
            </w:r>
          </w:p>
          <w:p w:rsidR="001E4D3C" w:rsidRPr="00756975" w:rsidRDefault="007A527D">
            <w:r w:rsidRPr="00756975">
              <w:rPr>
                <w:sz w:val="25"/>
              </w:rPr>
              <w:t>2 021 × 36 = 72 756.</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kết quả, kiểm tra vị trí các tích riêng và sửa bài.</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và HS nhận xét bài của HS trên bảng phụ.</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nhận xét cách đặt tính, tính và cộng các tích riêng.</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kết luận: Khi nhân với số có hai chữ số, tích riêng thứ hai phải viết lùi sang trái một cột rồi mới cộng hai tích riêng.</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nhắc lại lưu ý, kiểm tra và sửa bài.</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t>Bài 2:</w:t>
            </w:r>
          </w:p>
          <w:p w:rsidR="001E4D3C" w:rsidRPr="00756975" w:rsidRDefault="007A527D" w:rsidP="00756975">
            <w:r w:rsidRPr="00756975">
              <w:rPr>
                <w:sz w:val="25"/>
              </w:rPr>
              <w:t>- Gọi HS đọc yêu cầu.</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yêu cầu: Chọn kết quả thích hợp cho mỗi phép tính.</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Bài yêu cầu làm gì?</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trả lời: Tính các phép nhân rồi nối với kết quả đúng.</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gọi HS đọc các phép tính và các kết quả.</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24 × 16; 45 × 13; 36 × 14 và các kết quả 585; 504; 384.</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Muốn nối đúng phép tính với kết quả ta phải làm gì?</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trả lời: Ta phải tính hoặc ước lượng, kiểm tra chữ số tận cùng rồi đối chiếu.</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yêu cầu HS làm cá nhân, sau đó trao đổi nhóm 2 để đối chiếu kết quả bằng phép tính hoặc cách kiểm tra phù hợp.</w:t>
            </w:r>
          </w:p>
          <w:p w:rsidR="001E4D3C" w:rsidRPr="00756975" w:rsidRDefault="007A527D">
            <w:r w:rsidRPr="00756975">
              <w:rPr>
                <w:sz w:val="25"/>
              </w:rPr>
              <w:t>- GV mời đại diện trình bày cách nối.</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hoàn thành bài, trao đổi theo cặp để kiểm tra.</w:t>
            </w:r>
          </w:p>
          <w:p w:rsidR="001E4D3C" w:rsidRPr="00756975" w:rsidRDefault="007A527D">
            <w:r w:rsidRPr="00756975">
              <w:rPr>
                <w:sz w:val="25"/>
              </w:rPr>
              <w:t>- Đại diện trình bày và giải thích; lớp nhận xét.</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lastRenderedPageBreak/>
              <w:t>Kết quả:</w:t>
            </w:r>
          </w:p>
          <w:p w:rsidR="001E4D3C" w:rsidRPr="00756975" w:rsidRDefault="007A527D">
            <w:r w:rsidRPr="00756975">
              <w:rPr>
                <w:sz w:val="25"/>
              </w:rPr>
              <w:t>24 × 16 = 384.</w:t>
            </w:r>
          </w:p>
          <w:p w:rsidR="001E4D3C" w:rsidRPr="00756975" w:rsidRDefault="007A527D">
            <w:r w:rsidRPr="00756975">
              <w:rPr>
                <w:sz w:val="25"/>
              </w:rPr>
              <w:t>45 × 13 = 585.</w:t>
            </w:r>
          </w:p>
          <w:p w:rsidR="001E4D3C" w:rsidRPr="00756975" w:rsidRDefault="007A527D">
            <w:r w:rsidRPr="00756975">
              <w:rPr>
                <w:sz w:val="25"/>
              </w:rPr>
              <w:t>36 × 14 = 504.</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nêu kết quả nối và giải thích cách tính.</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yêu cầu HS giải thích cách làm để chọn được đáp án.</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trình bày phép tính hoặc cách loại trừ hợp lí.</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nhận xét và kết luận: Muốn chọn đúng kết quả cần tính chính xác, đồng thời có thể dùng ước lượng hoặc chữ số tận cùng để kiểm tra.</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lắng nghe, nêu lại cách kiểm tra và hoàn thiện bài.</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t>Bài 3:</w:t>
            </w:r>
          </w:p>
          <w:p w:rsidR="001E4D3C" w:rsidRPr="00756975" w:rsidRDefault="007A527D" w:rsidP="00756975">
            <w:r w:rsidRPr="00756975">
              <w:rPr>
                <w:sz w:val="25"/>
              </w:rPr>
              <w:t>- Gọi HS đọc yêu cầu.</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bài toán về 18 bao ngô, mỗi bao nặng 35 kg.</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Gọi HS phân tích bài toán.</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xác định dữ kiện, yêu cầu và nêu phép tính 35 × 18.</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tổ chức cho HS thảo luận nhóm 4, thống nhất câu lời giải, phép tính và đơn vị; một nhóm trình bày trên bảng phụ.</w:t>
            </w:r>
          </w:p>
          <w:p w:rsidR="001E4D3C" w:rsidRPr="00756975" w:rsidRDefault="007A527D">
            <w:r w:rsidRPr="00756975">
              <w:rPr>
                <w:sz w:val="25"/>
              </w:rPr>
              <w:t>- GV mời đại diện nhóm báo cáo kết quả.</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làm việc nhóm 4, hoàn thành lời giải; một nhóm ghi bài trên bảng phụ.</w:t>
            </w:r>
          </w:p>
          <w:p w:rsidR="001E4D3C" w:rsidRPr="00756975" w:rsidRDefault="007A527D">
            <w:r w:rsidRPr="00756975">
              <w:rPr>
                <w:sz w:val="25"/>
              </w:rPr>
              <w:t>- Đại diện nhóm trình bày; các nhóm khác nhận xét và bổ sung.</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t>Bài giải:</w:t>
            </w:r>
          </w:p>
          <w:p w:rsidR="001E4D3C" w:rsidRPr="00756975" w:rsidRDefault="007A527D">
            <w:r w:rsidRPr="00756975">
              <w:rPr>
                <w:sz w:val="25"/>
              </w:rPr>
              <w:t>Cửa hàng đó có tất cả số ki-lô-gam ngô là:</w:t>
            </w:r>
          </w:p>
          <w:p w:rsidR="001E4D3C" w:rsidRPr="00756975" w:rsidRDefault="007A527D">
            <w:r w:rsidRPr="00756975">
              <w:rPr>
                <w:sz w:val="25"/>
              </w:rPr>
              <w:t>35 × 18 = 630 (kg).</w:t>
            </w:r>
          </w:p>
          <w:p w:rsidR="001E4D3C" w:rsidRPr="00756975" w:rsidRDefault="007A527D">
            <w:r w:rsidRPr="00756975">
              <w:rPr>
                <w:sz w:val="25"/>
              </w:rPr>
              <w:t>Đáp số: 630 kg ngô.</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lời giải, kiểm tra phép tính và đơn vị.</w:t>
            </w:r>
          </w:p>
        </w:tc>
      </w:tr>
      <w:tr w:rsidR="00756975" w:rsidRPr="00756975" w:rsidTr="00756975">
        <w:trPr>
          <w:cantSplit/>
          <w:jc w:val="center"/>
        </w:trPr>
        <w:tc>
          <w:tcPr>
            <w:tcW w:w="6236" w:type="dxa"/>
            <w:tcBorders>
              <w:bottom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GV kết luận: Bài toán được giải bằng phép nhân 35 × 18; khi trình bày cần ghi đầy đủ câu lời giải, phép tính, đơn vị và đáp số.</w:t>
            </w:r>
          </w:p>
        </w:tc>
        <w:tc>
          <w:tcPr>
            <w:tcW w:w="4082" w:type="dxa"/>
            <w:tcBorders>
              <w:bottom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HS ghi nhớ cách trình bày bài toán và sửa bài nếu cần.</w:t>
            </w:r>
          </w:p>
        </w:tc>
      </w:tr>
      <w:tr w:rsidR="00756975" w:rsidRPr="00756975" w:rsidTr="00756975">
        <w:trPr>
          <w:cantSplit/>
          <w:jc w:val="center"/>
        </w:trPr>
        <w:tc>
          <w:tcPr>
            <w:tcW w:w="9070" w:type="dxa"/>
            <w:gridSpan w:val="2"/>
            <w:tcBorders>
              <w:top w:val="single" w:sz="4" w:space="0" w:color="auto"/>
              <w:bottom w:val="single" w:sz="4" w:space="0" w:color="auto"/>
            </w:tcBorders>
            <w:shd w:val="clear" w:color="auto" w:fill="auto"/>
            <w:tcMar>
              <w:top w:w="45" w:type="dxa"/>
              <w:left w:w="70" w:type="dxa"/>
              <w:bottom w:w="45" w:type="dxa"/>
              <w:right w:w="70" w:type="dxa"/>
            </w:tcMar>
          </w:tcPr>
          <w:p w:rsidR="001E4D3C" w:rsidRPr="00756975" w:rsidRDefault="007A527D">
            <w:r w:rsidRPr="00756975">
              <w:rPr>
                <w:b/>
              </w:rPr>
              <w:t>4. Vận dụng, trải nghiệm</w:t>
            </w:r>
          </w:p>
          <w:p w:rsidR="001E4D3C" w:rsidRPr="00756975" w:rsidRDefault="007A527D">
            <w:r w:rsidRPr="00756975">
              <w:rPr>
                <w:b/>
                <w:sz w:val="25"/>
              </w:rPr>
              <w:t>Mục tiêu</w:t>
            </w:r>
          </w:p>
          <w:p w:rsidR="001E4D3C" w:rsidRPr="00756975" w:rsidRDefault="007A527D">
            <w:r w:rsidRPr="00756975">
              <w:rPr>
                <w:sz w:val="25"/>
              </w:rPr>
              <w:t>- Khắc sâu quy trình đặt tính và tính khi nhân với số có hai chữ số.</w:t>
            </w:r>
          </w:p>
          <w:p w:rsidR="001E4D3C" w:rsidRPr="00756975" w:rsidRDefault="007A527D">
            <w:r w:rsidRPr="00756975">
              <w:rPr>
                <w:sz w:val="25"/>
              </w:rPr>
              <w:t>- Hình thành thói quen tự kiểm tra kết quả.</w:t>
            </w:r>
          </w:p>
          <w:p w:rsidR="001E4D3C" w:rsidRPr="00756975" w:rsidRDefault="007A527D">
            <w:r w:rsidRPr="00756975">
              <w:rPr>
                <w:b/>
                <w:sz w:val="25"/>
              </w:rPr>
              <w:t>Cách tiến hành</w:t>
            </w:r>
          </w:p>
        </w:tc>
      </w:tr>
      <w:tr w:rsidR="00756975" w:rsidRPr="00756975" w:rsidTr="00756975">
        <w:trPr>
          <w:cantSplit/>
          <w:jc w:val="center"/>
        </w:trPr>
        <w:tc>
          <w:tcPr>
            <w:tcW w:w="6236"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GV đưa phép tính 302 × 27 và yêu cầu HS làm.</w:t>
            </w:r>
          </w:p>
        </w:tc>
        <w:tc>
          <w:tcPr>
            <w:tcW w:w="4082"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HS làm bài: 302 × 27 = 8 154; sau đó kiểm tra lại bằng cách ước lượng.</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yêu cầu HS nêu một lỗi dễ mắc khi viết tích riêng thứ hai.</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nêu: Dễ viết tích riêng thứ hai thẳng cột với tích riêng thứ nhất; cần viết lùi sang trái một cột.</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Nhận xét tiết học.</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lắng nghe và chuẩn bị bài luyện tập.</w:t>
            </w:r>
          </w:p>
        </w:tc>
      </w:tr>
    </w:tbl>
    <w:p w:rsidR="001E4D3C" w:rsidRPr="00756975" w:rsidRDefault="007A527D">
      <w:pPr>
        <w:keepNext/>
      </w:pPr>
      <w:r w:rsidRPr="00756975">
        <w:rPr>
          <w:b/>
          <w:sz w:val="28"/>
        </w:rPr>
        <w:t>IV. ĐIỀU CHỈNH SAU BÀI DẠY (nếu có):</w:t>
      </w:r>
    </w:p>
    <w:p w:rsidR="001E4D3C" w:rsidRPr="00756975" w:rsidRDefault="007A527D">
      <w:r w:rsidRPr="00756975">
        <w:t>....................................................................................................</w:t>
      </w:r>
    </w:p>
    <w:p w:rsidR="001E4D3C" w:rsidRPr="00756975" w:rsidRDefault="007A527D">
      <w:r w:rsidRPr="00756975">
        <w:t>....................................................................................................</w:t>
      </w:r>
    </w:p>
    <w:p w:rsidR="001E4D3C" w:rsidRPr="00756975" w:rsidRDefault="007A527D">
      <w:pPr>
        <w:keepNext/>
        <w:pageBreakBefore/>
        <w:jc w:val="center"/>
      </w:pPr>
      <w:r w:rsidRPr="00756975">
        <w:rPr>
          <w:b/>
          <w:sz w:val="28"/>
        </w:rPr>
        <w:lastRenderedPageBreak/>
        <w:t>Toán (Tiết 104)</w:t>
      </w:r>
    </w:p>
    <w:p w:rsidR="001E4D3C" w:rsidRPr="00756975" w:rsidRDefault="007A527D">
      <w:pPr>
        <w:keepNext/>
        <w:jc w:val="center"/>
      </w:pPr>
      <w:r w:rsidRPr="00756975">
        <w:rPr>
          <w:b/>
          <w:sz w:val="28"/>
        </w:rPr>
        <w:t>LUYỆN TẬP</w:t>
      </w:r>
    </w:p>
    <w:p w:rsidR="001E4D3C" w:rsidRPr="00756975" w:rsidRDefault="007A527D">
      <w:pPr>
        <w:keepNext/>
      </w:pPr>
      <w:r w:rsidRPr="00756975">
        <w:rPr>
          <w:b/>
          <w:sz w:val="28"/>
        </w:rPr>
        <w:t>I. YÊU CẦU CẦN ĐẠT</w:t>
      </w:r>
    </w:p>
    <w:p w:rsidR="001E4D3C" w:rsidRPr="00756975" w:rsidRDefault="007A527D">
      <w:pPr>
        <w:keepNext/>
      </w:pPr>
      <w:r w:rsidRPr="00756975">
        <w:rPr>
          <w:b/>
        </w:rPr>
        <w:t>1. Năng lực đặc thù:</w:t>
      </w:r>
    </w:p>
    <w:p w:rsidR="001E4D3C" w:rsidRPr="00756975" w:rsidRDefault="007A527D">
      <w:r w:rsidRPr="00756975">
        <w:t>- Củng cố cách thực hiện nhân với số có hai chữ số; vận dụng giải bài toán có liên quan.</w:t>
      </w:r>
    </w:p>
    <w:p w:rsidR="001E4D3C" w:rsidRPr="00756975" w:rsidRDefault="007A527D">
      <w:r w:rsidRPr="00756975">
        <w:t>- Biết cách nhân với số tròn chục (tính nhẩm đưa về nhân với số có một chữ số).</w:t>
      </w:r>
    </w:p>
    <w:p w:rsidR="001E4D3C" w:rsidRPr="00756975" w:rsidRDefault="007A527D">
      <w:pPr>
        <w:keepNext/>
      </w:pPr>
      <w:r w:rsidRPr="00756975">
        <w:rPr>
          <w:b/>
        </w:rPr>
        <w:t>2. Năng lực chung</w:t>
      </w:r>
    </w:p>
    <w:p w:rsidR="001E4D3C" w:rsidRPr="00756975" w:rsidRDefault="007A527D">
      <w:r w:rsidRPr="00756975">
        <w:t>- Tự chủ và tự học: Chủ động luyện phép nhân với số có hai chữ số và số tròn chục.</w:t>
      </w:r>
    </w:p>
    <w:p w:rsidR="001E4D3C" w:rsidRPr="00756975" w:rsidRDefault="007A527D">
      <w:r w:rsidRPr="00756975">
        <w:t>- Giải quyết vấn đề và sáng tạo: Chọn cách tính phù hợp để hoàn thành bài chính xác.</w:t>
      </w:r>
    </w:p>
    <w:p w:rsidR="001E4D3C" w:rsidRPr="00756975" w:rsidRDefault="007A527D">
      <w:r w:rsidRPr="00756975">
        <w:t>- Giao tiếp và hợp tác: Trao đổi, trình bày rõ cách tính và cách giải bài toán.</w:t>
      </w:r>
    </w:p>
    <w:p w:rsidR="001E4D3C" w:rsidRPr="00756975" w:rsidRDefault="007A527D">
      <w:pPr>
        <w:keepNext/>
      </w:pPr>
      <w:r w:rsidRPr="00756975">
        <w:rPr>
          <w:b/>
        </w:rPr>
        <w:t>3. Phẩm chất</w:t>
      </w:r>
    </w:p>
    <w:p w:rsidR="001E4D3C" w:rsidRPr="00756975" w:rsidRDefault="007A527D">
      <w:r w:rsidRPr="00756975">
        <w:t>- Chăm chỉ: Tích cực thực hiện đầy đủ các bài luyện tập.</w:t>
      </w:r>
    </w:p>
    <w:p w:rsidR="001E4D3C" w:rsidRPr="00756975" w:rsidRDefault="007A527D">
      <w:r w:rsidRPr="00756975">
        <w:t>- Trung thực: Tính toán chính xác, nêu đúng kết quả đã thực hiện.</w:t>
      </w:r>
    </w:p>
    <w:p w:rsidR="001E4D3C" w:rsidRPr="00756975" w:rsidRDefault="007A527D">
      <w:r w:rsidRPr="00756975">
        <w:t>- Trách nhiệm: Cẩn thận khi đặt tính, tính nhẩm và kiểm tra lại bài.</w:t>
      </w:r>
    </w:p>
    <w:p w:rsidR="001E4D3C" w:rsidRPr="00756975" w:rsidRDefault="007A527D">
      <w:pPr>
        <w:keepNext/>
      </w:pPr>
      <w:r w:rsidRPr="00756975">
        <w:rPr>
          <w:b/>
          <w:sz w:val="28"/>
        </w:rPr>
        <w:t>II. ĐỒ DÙNG DẠY HỌC</w:t>
      </w:r>
    </w:p>
    <w:p w:rsidR="001E4D3C" w:rsidRPr="00756975" w:rsidRDefault="007A527D">
      <w:r w:rsidRPr="00756975">
        <w:t>- GV: máy tính, màn chiếu, SGK và hình ảnh bài tập được cắt từ SGK.</w:t>
      </w:r>
    </w:p>
    <w:p w:rsidR="001E4D3C" w:rsidRPr="00756975" w:rsidRDefault="007A527D">
      <w:r w:rsidRPr="00756975">
        <w:t>- HS: SGK, vở ghi, bảng con.</w:t>
      </w:r>
    </w:p>
    <w:p w:rsidR="001E4D3C" w:rsidRPr="00756975" w:rsidRDefault="007A527D">
      <w:pPr>
        <w:keepNext/>
      </w:pPr>
      <w:r w:rsidRPr="00756975">
        <w:rPr>
          <w:b/>
          <w:sz w:val="28"/>
        </w:rPr>
        <w:t>III. CÁC HOẠT ĐỘNG DẠY HỌC CHỦ YẾU</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6236"/>
        <w:gridCol w:w="4082"/>
      </w:tblGrid>
      <w:tr w:rsidR="00756975" w:rsidRPr="00756975" w:rsidTr="00756975">
        <w:trPr>
          <w:tblHeader/>
          <w:jc w:val="center"/>
        </w:trPr>
        <w:tc>
          <w:tcPr>
            <w:tcW w:w="6236" w:type="dxa"/>
            <w:tcBorders>
              <w:bottom w:val="single" w:sz="4" w:space="0" w:color="auto"/>
            </w:tcBorders>
            <w:shd w:val="clear" w:color="auto" w:fill="auto"/>
            <w:tcMar>
              <w:top w:w="45" w:type="dxa"/>
              <w:left w:w="70" w:type="dxa"/>
              <w:bottom w:w="45" w:type="dxa"/>
              <w:right w:w="70" w:type="dxa"/>
            </w:tcMar>
            <w:vAlign w:val="center"/>
          </w:tcPr>
          <w:p w:rsidR="001E4D3C" w:rsidRPr="00756975" w:rsidRDefault="007A527D">
            <w:pPr>
              <w:jc w:val="center"/>
            </w:pPr>
            <w:r w:rsidRPr="00756975">
              <w:rPr>
                <w:b/>
              </w:rPr>
              <w:t>Hoạt động của GV</w:t>
            </w:r>
          </w:p>
        </w:tc>
        <w:tc>
          <w:tcPr>
            <w:tcW w:w="4082" w:type="dxa"/>
            <w:tcBorders>
              <w:bottom w:val="single" w:sz="4" w:space="0" w:color="auto"/>
            </w:tcBorders>
            <w:shd w:val="clear" w:color="auto" w:fill="auto"/>
            <w:tcMar>
              <w:top w:w="45" w:type="dxa"/>
              <w:left w:w="70" w:type="dxa"/>
              <w:bottom w:w="45" w:type="dxa"/>
              <w:right w:w="70" w:type="dxa"/>
            </w:tcMar>
            <w:vAlign w:val="center"/>
          </w:tcPr>
          <w:p w:rsidR="001E4D3C" w:rsidRPr="00756975" w:rsidRDefault="007A527D">
            <w:pPr>
              <w:jc w:val="center"/>
            </w:pPr>
            <w:r w:rsidRPr="00756975">
              <w:rPr>
                <w:b/>
              </w:rPr>
              <w:t>Hoạt động của HS</w:t>
            </w:r>
          </w:p>
        </w:tc>
      </w:tr>
      <w:tr w:rsidR="00756975" w:rsidRPr="00756975" w:rsidTr="00756975">
        <w:trPr>
          <w:cantSplit/>
          <w:jc w:val="center"/>
        </w:trPr>
        <w:tc>
          <w:tcPr>
            <w:tcW w:w="9070" w:type="dxa"/>
            <w:gridSpan w:val="2"/>
            <w:tcBorders>
              <w:top w:val="single" w:sz="4" w:space="0" w:color="auto"/>
              <w:bottom w:val="single" w:sz="4" w:space="0" w:color="auto"/>
            </w:tcBorders>
            <w:shd w:val="clear" w:color="auto" w:fill="auto"/>
            <w:tcMar>
              <w:top w:w="45" w:type="dxa"/>
              <w:left w:w="70" w:type="dxa"/>
              <w:bottom w:w="45" w:type="dxa"/>
              <w:right w:w="70" w:type="dxa"/>
            </w:tcMar>
          </w:tcPr>
          <w:p w:rsidR="001E4D3C" w:rsidRPr="00756975" w:rsidRDefault="007A527D">
            <w:r w:rsidRPr="00756975">
              <w:rPr>
                <w:b/>
              </w:rPr>
              <w:t>1. Khởi động</w:t>
            </w:r>
          </w:p>
          <w:p w:rsidR="001E4D3C" w:rsidRPr="00756975" w:rsidRDefault="007A527D">
            <w:r w:rsidRPr="00756975">
              <w:rPr>
                <w:b/>
                <w:sz w:val="25"/>
              </w:rPr>
              <w:t>Mục tiêu</w:t>
            </w:r>
          </w:p>
          <w:p w:rsidR="001E4D3C" w:rsidRPr="00756975" w:rsidRDefault="007A527D">
            <w:r w:rsidRPr="00756975">
              <w:rPr>
                <w:sz w:val="25"/>
              </w:rPr>
              <w:t>- Tạo tâm thế phấn khởi, hứng thú vào bài.</w:t>
            </w:r>
          </w:p>
          <w:p w:rsidR="001E4D3C" w:rsidRPr="00756975" w:rsidRDefault="007A527D">
            <w:r w:rsidRPr="00756975">
              <w:rPr>
                <w:sz w:val="25"/>
              </w:rPr>
              <w:t>- Gợi nhớ quy trình nhân với số có hai chữ số.</w:t>
            </w:r>
          </w:p>
          <w:p w:rsidR="001E4D3C" w:rsidRPr="00756975" w:rsidRDefault="007A527D">
            <w:r w:rsidRPr="00756975">
              <w:rPr>
                <w:b/>
                <w:sz w:val="25"/>
              </w:rPr>
              <w:t>Cách tiến hành</w:t>
            </w:r>
          </w:p>
        </w:tc>
      </w:tr>
      <w:tr w:rsidR="00756975" w:rsidRPr="00756975" w:rsidTr="00756975">
        <w:trPr>
          <w:cantSplit/>
          <w:jc w:val="center"/>
        </w:trPr>
        <w:tc>
          <w:tcPr>
            <w:tcW w:w="6236"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Gọi HS lên bảng làm bài:</w:t>
            </w:r>
          </w:p>
          <w:p w:rsidR="001E4D3C" w:rsidRPr="00756975" w:rsidRDefault="007A527D">
            <w:r w:rsidRPr="00756975">
              <w:rPr>
                <w:sz w:val="25"/>
              </w:rPr>
              <w:t>Tính: 32 × 21.</w:t>
            </w:r>
          </w:p>
        </w:tc>
        <w:tc>
          <w:tcPr>
            <w:tcW w:w="4082"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HS làm bài.</w:t>
            </w:r>
          </w:p>
          <w:p w:rsidR="001E4D3C" w:rsidRPr="00756975" w:rsidRDefault="007A527D">
            <w:r w:rsidRPr="00756975">
              <w:rPr>
                <w:sz w:val="25"/>
              </w:rPr>
              <w:t>32 × 21 = 672.</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yêu cầu HS nêu hai tích riêng và cách viết tích riêng thứ hai.</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nêu: Tích riêng thứ nhất là 32; tích riêng thứ hai là 64 chục, viết lùi sang trái một cột.</w:t>
            </w:r>
          </w:p>
        </w:tc>
      </w:tr>
      <w:tr w:rsidR="00756975" w:rsidRPr="00756975" w:rsidTr="00756975">
        <w:trPr>
          <w:cantSplit/>
          <w:jc w:val="center"/>
        </w:trPr>
        <w:tc>
          <w:tcPr>
            <w:tcW w:w="6236" w:type="dxa"/>
            <w:tcBorders>
              <w:bottom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GV giới thiệu - ghi bài.</w:t>
            </w:r>
          </w:p>
        </w:tc>
        <w:tc>
          <w:tcPr>
            <w:tcW w:w="4082" w:type="dxa"/>
            <w:tcBorders>
              <w:bottom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HS ghi bài.</w:t>
            </w:r>
          </w:p>
        </w:tc>
      </w:tr>
      <w:tr w:rsidR="00756975" w:rsidRPr="00756975" w:rsidTr="00756975">
        <w:trPr>
          <w:cantSplit/>
          <w:jc w:val="center"/>
        </w:trPr>
        <w:tc>
          <w:tcPr>
            <w:tcW w:w="9070" w:type="dxa"/>
            <w:gridSpan w:val="2"/>
            <w:tcBorders>
              <w:top w:val="single" w:sz="4" w:space="0" w:color="auto"/>
              <w:bottom w:val="single" w:sz="4" w:space="0" w:color="auto"/>
            </w:tcBorders>
            <w:shd w:val="clear" w:color="auto" w:fill="auto"/>
            <w:tcMar>
              <w:top w:w="45" w:type="dxa"/>
              <w:left w:w="70" w:type="dxa"/>
              <w:bottom w:w="45" w:type="dxa"/>
              <w:right w:w="70" w:type="dxa"/>
            </w:tcMar>
          </w:tcPr>
          <w:p w:rsidR="001E4D3C" w:rsidRPr="00756975" w:rsidRDefault="007A527D">
            <w:r w:rsidRPr="00756975">
              <w:rPr>
                <w:b/>
              </w:rPr>
              <w:t>2. Luyện tập, thực hành</w:t>
            </w:r>
          </w:p>
          <w:p w:rsidR="001E4D3C" w:rsidRPr="00756975" w:rsidRDefault="007A527D">
            <w:r w:rsidRPr="00756975">
              <w:rPr>
                <w:b/>
                <w:sz w:val="25"/>
              </w:rPr>
              <w:t>Mục tiêu</w:t>
            </w:r>
          </w:p>
          <w:p w:rsidR="001E4D3C" w:rsidRPr="00756975" w:rsidRDefault="007A527D">
            <w:r w:rsidRPr="00756975">
              <w:rPr>
                <w:sz w:val="25"/>
              </w:rPr>
              <w:t>- Củng cố cách thực hiện nhân với số có hai chữ số; vận dụng giải bài toán có liên quan.</w:t>
            </w:r>
          </w:p>
          <w:p w:rsidR="001E4D3C" w:rsidRPr="00756975" w:rsidRDefault="007A527D">
            <w:r w:rsidRPr="00756975">
              <w:rPr>
                <w:sz w:val="25"/>
              </w:rPr>
              <w:t>- Biết cách nhân với số tròn chục bằng cách đưa về nhân với số có một chữ số.</w:t>
            </w:r>
          </w:p>
          <w:p w:rsidR="001E4D3C" w:rsidRPr="00756975" w:rsidRDefault="007A527D">
            <w:r w:rsidRPr="00756975">
              <w:rPr>
                <w:b/>
                <w:sz w:val="25"/>
              </w:rPr>
              <w:t>Cách tiến hành</w:t>
            </w:r>
          </w:p>
        </w:tc>
      </w:tr>
      <w:tr w:rsidR="00756975" w:rsidRPr="00756975" w:rsidTr="00756975">
        <w:trPr>
          <w:cantSplit/>
          <w:jc w:val="center"/>
        </w:trPr>
        <w:tc>
          <w:tcPr>
            <w:tcW w:w="6236"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b/>
                <w:sz w:val="25"/>
              </w:rPr>
              <w:t>Bài 1:</w:t>
            </w:r>
          </w:p>
          <w:p w:rsidR="001E4D3C" w:rsidRPr="00756975" w:rsidRDefault="007A527D" w:rsidP="00756975">
            <w:r w:rsidRPr="00756975">
              <w:rPr>
                <w:sz w:val="25"/>
              </w:rPr>
              <w:t>- Gọi HS đọc yêu cầu.</w:t>
            </w:r>
          </w:p>
        </w:tc>
        <w:tc>
          <w:tcPr>
            <w:tcW w:w="4082"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HS đọc yêu cầu: Số?</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Bài yêu cầu làm gì?</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trả lời: Tính tích của từng cặp thừa số và điền vào bảng.</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yêu cầu HS làm cá nhân vào SGK, sau đó trao đổi nhóm 2 để kiểm tra kết quả.</w:t>
            </w:r>
          </w:p>
          <w:p w:rsidR="001E4D3C" w:rsidRPr="00756975" w:rsidRDefault="007A527D">
            <w:r w:rsidRPr="00756975">
              <w:rPr>
                <w:sz w:val="25"/>
              </w:rPr>
              <w:t>- GV mời đại diện trình bày và giải thích một phép tính.</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làm bài cá nhân, kiểm tra kết quả theo cặp.</w:t>
            </w:r>
          </w:p>
          <w:p w:rsidR="001E4D3C" w:rsidRPr="00756975" w:rsidRDefault="007A527D">
            <w:r w:rsidRPr="00756975">
              <w:rPr>
                <w:sz w:val="25"/>
              </w:rPr>
              <w:t>- Đại diện trình bày; lớp nhận xét cách đặt tính.</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lastRenderedPageBreak/>
              <w:t>Kết quả:</w:t>
            </w:r>
          </w:p>
          <w:p w:rsidR="001E4D3C" w:rsidRPr="00756975" w:rsidRDefault="007A527D">
            <w:r w:rsidRPr="00756975">
              <w:rPr>
                <w:sz w:val="25"/>
              </w:rPr>
              <w:t>340 × 12 = 4 080.</w:t>
            </w:r>
          </w:p>
          <w:p w:rsidR="001E4D3C" w:rsidRPr="00756975" w:rsidRDefault="007A527D">
            <w:r w:rsidRPr="00756975">
              <w:rPr>
                <w:sz w:val="25"/>
              </w:rPr>
              <w:t>270 × 63 = 17 010.</w:t>
            </w:r>
          </w:p>
          <w:p w:rsidR="001E4D3C" w:rsidRPr="00756975" w:rsidRDefault="007A527D">
            <w:r w:rsidRPr="00756975">
              <w:rPr>
                <w:sz w:val="25"/>
              </w:rPr>
              <w:t>49 × 25 = 1 225.</w:t>
            </w:r>
          </w:p>
          <w:p w:rsidR="001E4D3C" w:rsidRPr="00756975" w:rsidRDefault="007A527D">
            <w:r w:rsidRPr="00756975">
              <w:rPr>
                <w:sz w:val="25"/>
              </w:rPr>
              <w:t>66 × 58 = 3 828.</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kết quả, giải thích cách đặt tính ở một phép tính.</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yêu cầu HS đọc kết quả và giải thích.</w:t>
            </w:r>
          </w:p>
          <w:p w:rsidR="001E4D3C" w:rsidRPr="00756975" w:rsidRDefault="007A527D">
            <w:r w:rsidRPr="00756975">
              <w:rPr>
                <w:sz w:val="25"/>
              </w:rPr>
              <w:t>- GV nhận xét và kết luận: Cần đặt các chữ số cùng hàng thẳng cột, viết đúng vị trí tích riêng thứ hai và cộng chính xác.</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thực hiện; lớp nhận xét và sửa bài.</w:t>
            </w:r>
          </w:p>
          <w:p w:rsidR="001E4D3C" w:rsidRPr="00756975" w:rsidRDefault="007A527D">
            <w:r w:rsidRPr="00756975">
              <w:rPr>
                <w:sz w:val="25"/>
              </w:rPr>
              <w:t>- HS lắng nghe, nhắc lại lưu ý và sửa bài.</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t>Bài 2:</w:t>
            </w:r>
          </w:p>
          <w:p w:rsidR="001E4D3C" w:rsidRPr="00756975" w:rsidRDefault="007A527D" w:rsidP="00756975">
            <w:r w:rsidRPr="00756975">
              <w:rPr>
                <w:sz w:val="25"/>
              </w:rPr>
              <w:t>- Gọi HS đọc yêu cầu.</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yêu cầu: Tính.</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a. - Yêu cầu HS nhận xét thừa số thứ hai (là các số tròn chục).</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nhận xét: Các thừa số thứ hai đều có chữ số hàng đơn vị là 0.</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làm mẫu: 24 × 30 = (24 × 3) × 10 = 720.</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theo dõi, nêu 30 = 3 × 10 nên có thể tính 24 × 3 rồi nhân 10.</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yêu cầu HS nhận xét mẫu và chốt cách tính.</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nhận xét: Bỏ một chữ số 0 ở thừa số tròn chục, nhân với số còn lại rồi viết thêm một chữ số 0 vào bên phải kết quả.</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tổ chức cho HS làm việc nhóm 4; mỗi thành viên thực hiện một phép tính, sau đó nhóm kiểm tra chéo và thống nhất kết quả.</w:t>
            </w:r>
          </w:p>
          <w:p w:rsidR="001E4D3C" w:rsidRPr="00756975" w:rsidRDefault="007A527D">
            <w:r w:rsidRPr="00756975">
              <w:rPr>
                <w:sz w:val="25"/>
              </w:rPr>
              <w:t>- GV mời đại diện nhóm trình bày cách nhẩm.</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làm việc nhóm 4 theo phân công và kiểm tra kết quả.</w:t>
            </w:r>
          </w:p>
          <w:p w:rsidR="001E4D3C" w:rsidRPr="00756975" w:rsidRDefault="007A527D">
            <w:r w:rsidRPr="00756975">
              <w:rPr>
                <w:sz w:val="25"/>
              </w:rPr>
              <w:t>- Đại diện nhóm trình bày; các nhóm khác nhận xét.</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t>Đáp án:</w:t>
            </w:r>
          </w:p>
          <w:p w:rsidR="001E4D3C" w:rsidRPr="00756975" w:rsidRDefault="007A527D">
            <w:r w:rsidRPr="00756975">
              <w:rPr>
                <w:sz w:val="25"/>
              </w:rPr>
              <w:t>a. 36 × 40 = (36 × 4) × 10 = 1 440.</w:t>
            </w:r>
          </w:p>
          <w:p w:rsidR="001E4D3C" w:rsidRPr="00756975" w:rsidRDefault="007A527D">
            <w:r w:rsidRPr="00756975">
              <w:rPr>
                <w:sz w:val="25"/>
              </w:rPr>
              <w:t xml:space="preserve">   72 × 60 = (72 × 6) × 10 = 4 320.</w:t>
            </w:r>
          </w:p>
          <w:p w:rsidR="001E4D3C" w:rsidRPr="00756975" w:rsidRDefault="007A527D">
            <w:r w:rsidRPr="00756975">
              <w:rPr>
                <w:sz w:val="25"/>
              </w:rPr>
              <w:t xml:space="preserve">   89 × 50 = (89 × 5) × 10 = 4 450.</w:t>
            </w:r>
          </w:p>
          <w:p w:rsidR="001E4D3C" w:rsidRPr="00756975" w:rsidRDefault="007A527D">
            <w:r w:rsidRPr="00756975">
              <w:rPr>
                <w:sz w:val="25"/>
              </w:rPr>
              <w:t>b. 130 × 20 = (13 × 2) × 100 = 2 600.</w:t>
            </w:r>
          </w:p>
          <w:p w:rsidR="001E4D3C" w:rsidRPr="00756975" w:rsidRDefault="007A527D">
            <w:r w:rsidRPr="00756975">
              <w:rPr>
                <w:sz w:val="25"/>
              </w:rPr>
              <w:t xml:space="preserve">   450 × 70 = (45 × 7) × 100 = 31 500.</w:t>
            </w:r>
          </w:p>
          <w:p w:rsidR="001E4D3C" w:rsidRPr="00756975" w:rsidRDefault="007A527D">
            <w:r w:rsidRPr="00756975">
              <w:rPr>
                <w:sz w:val="25"/>
              </w:rPr>
              <w:t xml:space="preserve">   2 400 × 50 = (24 × 5) × 1 000 = 120 000.</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kết quả và nêu số chữ số 0 được viết thêm ở từng phép tính.</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kết luận: Khi nhân với số tròn chục, có thể nhân với phần không có chữ số 0 rồi viết thêm chữ số 0 thích hợp vào bên phải tích.</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nhắc lại cách nhân nhẩm với số tròn chục và hoàn thiện bài.</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t>Bài 3:</w:t>
            </w:r>
          </w:p>
          <w:p w:rsidR="001E4D3C" w:rsidRPr="00756975" w:rsidRDefault="007A527D" w:rsidP="00756975">
            <w:r w:rsidRPr="00756975">
              <w:rPr>
                <w:sz w:val="25"/>
              </w:rPr>
              <w:t>- Gọi HS đọc yêu cầu.</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yêu cầu: Tính diện tích hình chữ nhật.</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Gọi HS phân tích bài toán.</w:t>
            </w:r>
          </w:p>
          <w:p w:rsidR="001E4D3C" w:rsidRPr="00756975" w:rsidRDefault="007A527D">
            <w:r w:rsidRPr="00756975">
              <w:rPr>
                <w:sz w:val="25"/>
              </w:rPr>
              <w:t>+ Muốn tính được diện tích hình chữ nhật ta làm thế nào?</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phân tích bài toán.</w:t>
            </w:r>
          </w:p>
          <w:p w:rsidR="001E4D3C" w:rsidRPr="00756975" w:rsidRDefault="007A527D">
            <w:r w:rsidRPr="00756975">
              <w:rPr>
                <w:sz w:val="25"/>
              </w:rPr>
              <w:t>- HS trả lời: Lấy chiều dài nhân với chiều rộng, cùng đơn vị đo.</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yêu cầu HS nhận xét số đo chiều dài và chiều rộng của hình chữ nhật.</w:t>
            </w:r>
          </w:p>
          <w:p w:rsidR="001E4D3C" w:rsidRPr="00756975" w:rsidRDefault="007A527D">
            <w:r w:rsidRPr="00756975">
              <w:rPr>
                <w:sz w:val="25"/>
              </w:rPr>
              <w:t>+ Vẫn là nhân với số có hai chữ số.</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nhận xét và xác định phép tính tương ứng ở mỗi ý.</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yêu cầu HS làm cá nhân vào vở, sau đó đổi bài theo nhóm 2 để kiểm tra phép tính và đơn vị diện tích.</w:t>
            </w:r>
          </w:p>
          <w:p w:rsidR="001E4D3C" w:rsidRPr="00756975" w:rsidRDefault="007A527D">
            <w:r w:rsidRPr="00756975">
              <w:rPr>
                <w:sz w:val="25"/>
              </w:rPr>
              <w:t>- GV mời đại diện trình bày lời giải.</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làm bài vào vở, đổi bài kiểm tra theo cặp.</w:t>
            </w:r>
          </w:p>
          <w:p w:rsidR="001E4D3C" w:rsidRPr="00756975" w:rsidRDefault="007A527D">
            <w:r w:rsidRPr="00756975">
              <w:rPr>
                <w:sz w:val="25"/>
              </w:rPr>
              <w:t>- Đại diện trình bày; lớp nhận xét và sửa bài.</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lastRenderedPageBreak/>
              <w:t>Đáp án:</w:t>
            </w:r>
          </w:p>
          <w:p w:rsidR="001E4D3C" w:rsidRPr="00756975" w:rsidRDefault="007A527D">
            <w:r w:rsidRPr="00756975">
              <w:rPr>
                <w:sz w:val="25"/>
              </w:rPr>
              <w:t>a. Diện tích hình chữ nhật là:</w:t>
            </w:r>
          </w:p>
          <w:p w:rsidR="001E4D3C" w:rsidRPr="00756975" w:rsidRDefault="007A527D">
            <w:r w:rsidRPr="00756975">
              <w:rPr>
                <w:sz w:val="25"/>
              </w:rPr>
              <w:t>30 × 24 = 720 (cm²).</w:t>
            </w:r>
          </w:p>
          <w:p w:rsidR="001E4D3C" w:rsidRPr="00756975" w:rsidRDefault="007A527D">
            <w:r w:rsidRPr="00756975">
              <w:rPr>
                <w:sz w:val="25"/>
              </w:rPr>
              <w:t>Đáp số: 720 cm².</w:t>
            </w:r>
          </w:p>
          <w:p w:rsidR="001E4D3C" w:rsidRPr="00756975" w:rsidRDefault="007A527D">
            <w:r w:rsidRPr="00756975">
              <w:rPr>
                <w:sz w:val="25"/>
              </w:rPr>
              <w:t>b. Diện tích hình chữ nhật là:</w:t>
            </w:r>
          </w:p>
          <w:p w:rsidR="001E4D3C" w:rsidRPr="00756975" w:rsidRDefault="007A527D">
            <w:r w:rsidRPr="00756975">
              <w:rPr>
                <w:sz w:val="25"/>
              </w:rPr>
              <w:t>25 × 18 = 450 (m²).</w:t>
            </w:r>
          </w:p>
          <w:p w:rsidR="001E4D3C" w:rsidRPr="00756975" w:rsidRDefault="007A527D">
            <w:r w:rsidRPr="00756975">
              <w:rPr>
                <w:sz w:val="25"/>
              </w:rPr>
              <w:t>Đáp số: 450 m².</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trình bày lời giải, ghi đúng đơn vị diện tích.</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kết luận: Diện tích hình chữ nhật bằng chiều dài nhân chiều rộng; hai số đo phải cùng đơn vị và kết quả ghi đơn vị vuông.</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lắng nghe, nhắc lại công thức và sửa bài.</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t>Bài 4:</w:t>
            </w:r>
          </w:p>
          <w:p w:rsidR="001E4D3C" w:rsidRPr="00756975" w:rsidRDefault="007A527D" w:rsidP="00756975">
            <w:r w:rsidRPr="00756975">
              <w:rPr>
                <w:sz w:val="25"/>
              </w:rPr>
              <w:t>- Gọi HS đọc yêu cầu.</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bài toán về cửa hàng bán xoài và cam.</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Gọi HS phân tích bài toán.</w:t>
            </w:r>
          </w:p>
          <w:p w:rsidR="001E4D3C" w:rsidRPr="00756975" w:rsidRDefault="007A527D">
            <w:r w:rsidRPr="00756975">
              <w:rPr>
                <w:sz w:val="25"/>
              </w:rPr>
              <w:t>+ Muốn tính được số tiền bán xoài và cam ta làm thế nào?</w:t>
            </w:r>
          </w:p>
          <w:p w:rsidR="001E4D3C" w:rsidRPr="00756975" w:rsidRDefault="007A527D">
            <w:r w:rsidRPr="00756975">
              <w:rPr>
                <w:sz w:val="25"/>
              </w:rPr>
              <w:t>+ Làm thế nào để tính được số tiền bán xoài (cam)?</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phân tích bài toán.</w:t>
            </w:r>
          </w:p>
          <w:p w:rsidR="001E4D3C" w:rsidRPr="00756975" w:rsidRDefault="007A527D">
            <w:r w:rsidRPr="00756975">
              <w:rPr>
                <w:sz w:val="25"/>
              </w:rPr>
              <w:t>- HS nêu: Lấy số ki-lô-gam từng loại quả nhân với giá tiền 1 kg, rồi cộng hai số tiền.</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tổ chức cho HS thảo luận nhóm 6, phân công tính tiền từng loại quả và ghi lời giải vào bảng phụ.</w:t>
            </w:r>
          </w:p>
          <w:p w:rsidR="001E4D3C" w:rsidRPr="00756975" w:rsidRDefault="007A527D">
            <w:r w:rsidRPr="00756975">
              <w:rPr>
                <w:sz w:val="25"/>
              </w:rPr>
              <w:t>- GV mời đại diện nhóm trình bày.</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làm việc nhóm 6, kiểm tra phép tính và hoàn thành lời giải.</w:t>
            </w:r>
          </w:p>
          <w:p w:rsidR="001E4D3C" w:rsidRPr="00756975" w:rsidRDefault="007A527D">
            <w:r w:rsidRPr="00756975">
              <w:rPr>
                <w:sz w:val="25"/>
              </w:rPr>
              <w:t>- Đại diện nhóm trình bày; các nhóm khác nhận xét.</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t>Bài giải:</w:t>
            </w:r>
          </w:p>
          <w:p w:rsidR="001E4D3C" w:rsidRPr="00756975" w:rsidRDefault="007A527D">
            <w:r w:rsidRPr="00756975">
              <w:rPr>
                <w:sz w:val="25"/>
              </w:rPr>
              <w:t>Số tiền bán xoài là:</w:t>
            </w:r>
          </w:p>
          <w:p w:rsidR="001E4D3C" w:rsidRPr="00756975" w:rsidRDefault="007A527D">
            <w:r w:rsidRPr="00756975">
              <w:rPr>
                <w:sz w:val="25"/>
              </w:rPr>
              <w:t>30 000 × 12 = 360 000 (đồng).</w:t>
            </w:r>
          </w:p>
          <w:p w:rsidR="001E4D3C" w:rsidRPr="00756975" w:rsidRDefault="007A527D">
            <w:r w:rsidRPr="00756975">
              <w:rPr>
                <w:sz w:val="25"/>
              </w:rPr>
              <w:t>Số tiền bán cam là:</w:t>
            </w:r>
          </w:p>
          <w:p w:rsidR="001E4D3C" w:rsidRPr="00756975" w:rsidRDefault="007A527D">
            <w:r w:rsidRPr="00756975">
              <w:rPr>
                <w:sz w:val="25"/>
              </w:rPr>
              <w:t>25 000 × 20 = 500 000 (đồng).</w:t>
            </w:r>
          </w:p>
          <w:p w:rsidR="001E4D3C" w:rsidRPr="00756975" w:rsidRDefault="007A527D">
            <w:r w:rsidRPr="00756975">
              <w:rPr>
                <w:sz w:val="25"/>
              </w:rPr>
              <w:t>Số tiền bán cả cam và xoài là:</w:t>
            </w:r>
          </w:p>
          <w:p w:rsidR="001E4D3C" w:rsidRPr="00756975" w:rsidRDefault="007A527D">
            <w:r w:rsidRPr="00756975">
              <w:rPr>
                <w:sz w:val="25"/>
              </w:rPr>
              <w:t>360 000 + 500 000 = 860 000 (đồng).</w:t>
            </w:r>
          </w:p>
          <w:p w:rsidR="001E4D3C" w:rsidRPr="00756975" w:rsidRDefault="007A527D">
            <w:r w:rsidRPr="00756975">
              <w:rPr>
                <w:sz w:val="25"/>
              </w:rPr>
              <w:t>Đáp số: 860 000 đồng.</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trình bày, kiểm tra phép tính và đơn vị tiền.</w:t>
            </w:r>
          </w:p>
        </w:tc>
      </w:tr>
      <w:tr w:rsidR="00756975" w:rsidRPr="00756975" w:rsidTr="00756975">
        <w:trPr>
          <w:cantSplit/>
          <w:jc w:val="center"/>
        </w:trPr>
        <w:tc>
          <w:tcPr>
            <w:tcW w:w="6236" w:type="dxa"/>
            <w:tcBorders>
              <w:bottom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GV kết luận: Tính số tiền từng loại quả bằng số ki-lô-gam nhân với giá 1 kg, sau đó cộng hai số tiền để tìm tổng.</w:t>
            </w:r>
          </w:p>
        </w:tc>
        <w:tc>
          <w:tcPr>
            <w:tcW w:w="4082" w:type="dxa"/>
            <w:tcBorders>
              <w:bottom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HS ghi nhớ trình tự giải và hoàn thiện bài.</w:t>
            </w:r>
          </w:p>
        </w:tc>
      </w:tr>
      <w:tr w:rsidR="00756975" w:rsidRPr="00756975" w:rsidTr="00756975">
        <w:trPr>
          <w:cantSplit/>
          <w:jc w:val="center"/>
        </w:trPr>
        <w:tc>
          <w:tcPr>
            <w:tcW w:w="9070" w:type="dxa"/>
            <w:gridSpan w:val="2"/>
            <w:tcBorders>
              <w:top w:val="single" w:sz="4" w:space="0" w:color="auto"/>
              <w:bottom w:val="single" w:sz="4" w:space="0" w:color="auto"/>
            </w:tcBorders>
            <w:shd w:val="clear" w:color="auto" w:fill="auto"/>
            <w:tcMar>
              <w:top w:w="45" w:type="dxa"/>
              <w:left w:w="70" w:type="dxa"/>
              <w:bottom w:w="45" w:type="dxa"/>
              <w:right w:w="70" w:type="dxa"/>
            </w:tcMar>
          </w:tcPr>
          <w:p w:rsidR="001E4D3C" w:rsidRPr="00756975" w:rsidRDefault="007A527D">
            <w:r w:rsidRPr="00756975">
              <w:rPr>
                <w:b/>
              </w:rPr>
              <w:t>3. Vận dụng, trải nghiệm</w:t>
            </w:r>
          </w:p>
          <w:p w:rsidR="001E4D3C" w:rsidRPr="00756975" w:rsidRDefault="007A527D">
            <w:r w:rsidRPr="00756975">
              <w:rPr>
                <w:b/>
                <w:sz w:val="25"/>
              </w:rPr>
              <w:t>Mục tiêu</w:t>
            </w:r>
          </w:p>
          <w:p w:rsidR="001E4D3C" w:rsidRPr="00756975" w:rsidRDefault="007A527D">
            <w:r w:rsidRPr="00756975">
              <w:rPr>
                <w:sz w:val="25"/>
              </w:rPr>
              <w:t>- Khắc sâu cách nhân với số tròn chục.</w:t>
            </w:r>
          </w:p>
          <w:p w:rsidR="001E4D3C" w:rsidRPr="00756975" w:rsidRDefault="007A527D">
            <w:r w:rsidRPr="00756975">
              <w:rPr>
                <w:sz w:val="25"/>
              </w:rPr>
              <w:t>- Hình thành thói quen tự kiểm tra kết quả bằng ước lượng.</w:t>
            </w:r>
          </w:p>
          <w:p w:rsidR="001E4D3C" w:rsidRPr="00756975" w:rsidRDefault="007A527D">
            <w:r w:rsidRPr="00756975">
              <w:rPr>
                <w:b/>
                <w:sz w:val="25"/>
              </w:rPr>
              <w:t>Cách tiến hành</w:t>
            </w:r>
          </w:p>
        </w:tc>
      </w:tr>
      <w:tr w:rsidR="00756975" w:rsidRPr="00756975" w:rsidTr="00756975">
        <w:trPr>
          <w:cantSplit/>
          <w:jc w:val="center"/>
        </w:trPr>
        <w:tc>
          <w:tcPr>
            <w:tcW w:w="6236"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Cho HS tính: 509 × 200.</w:t>
            </w:r>
          </w:p>
        </w:tc>
        <w:tc>
          <w:tcPr>
            <w:tcW w:w="4082"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HS làm bài: 509 × 200 = 101 800; nêu cách nhẩm 509 × 2 rồi viết thêm hai chữ số 0.</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yêu cầu HS kiểm tra kết quả bằng cách ước lượng 500 × 200.</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ước lượng được khoảng 100 000 nên kết quả 101 800 là hợp lí.</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Nhận xét tiết học.</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lắng nghe và chuẩn bị bài tiếp theo.</w:t>
            </w:r>
          </w:p>
        </w:tc>
      </w:tr>
    </w:tbl>
    <w:p w:rsidR="001E4D3C" w:rsidRPr="00756975" w:rsidRDefault="007A527D">
      <w:pPr>
        <w:keepNext/>
      </w:pPr>
      <w:r w:rsidRPr="00756975">
        <w:rPr>
          <w:b/>
          <w:sz w:val="28"/>
        </w:rPr>
        <w:t>IV. ĐIỀU CHỈNH SAU BÀI DẠY (nếu có):</w:t>
      </w:r>
    </w:p>
    <w:p w:rsidR="001E4D3C" w:rsidRPr="00756975" w:rsidRDefault="007A527D">
      <w:r w:rsidRPr="00756975">
        <w:t>....................................................................................................</w:t>
      </w:r>
    </w:p>
    <w:p w:rsidR="001E4D3C" w:rsidRPr="00756975" w:rsidRDefault="007A527D">
      <w:r w:rsidRPr="00756975">
        <w:t>....................................................................................................</w:t>
      </w:r>
    </w:p>
    <w:p w:rsidR="001E4D3C" w:rsidRPr="00756975" w:rsidRDefault="007A527D">
      <w:pPr>
        <w:keepNext/>
        <w:pageBreakBefore/>
        <w:jc w:val="center"/>
      </w:pPr>
      <w:r w:rsidRPr="00756975">
        <w:rPr>
          <w:b/>
          <w:sz w:val="28"/>
        </w:rPr>
        <w:lastRenderedPageBreak/>
        <w:t>Toán (Tiết 105)</w:t>
      </w:r>
    </w:p>
    <w:p w:rsidR="001E4D3C" w:rsidRPr="00756975" w:rsidRDefault="007A527D">
      <w:pPr>
        <w:keepNext/>
        <w:jc w:val="center"/>
      </w:pPr>
      <w:r w:rsidRPr="00756975">
        <w:rPr>
          <w:b/>
          <w:sz w:val="28"/>
        </w:rPr>
        <w:t>LUYỆN TẬP</w:t>
      </w:r>
    </w:p>
    <w:p w:rsidR="001E4D3C" w:rsidRPr="00756975" w:rsidRDefault="007A527D">
      <w:pPr>
        <w:keepNext/>
      </w:pPr>
      <w:r w:rsidRPr="00756975">
        <w:rPr>
          <w:b/>
          <w:sz w:val="28"/>
        </w:rPr>
        <w:t>I. YÊU CẦU CẦN ĐẠT</w:t>
      </w:r>
    </w:p>
    <w:p w:rsidR="001E4D3C" w:rsidRPr="00756975" w:rsidRDefault="007A527D">
      <w:pPr>
        <w:keepNext/>
      </w:pPr>
      <w:r w:rsidRPr="00756975">
        <w:rPr>
          <w:b/>
        </w:rPr>
        <w:t>1. Năng lực đặc thù:</w:t>
      </w:r>
    </w:p>
    <w:p w:rsidR="001E4D3C" w:rsidRPr="00756975" w:rsidRDefault="007A527D">
      <w:r w:rsidRPr="00756975">
        <w:t>- Củng cố vận dụng nhân với số có hai chữ số vào các bài tập, bài toán thực tế có liên quan.</w:t>
      </w:r>
    </w:p>
    <w:p w:rsidR="001E4D3C" w:rsidRPr="00756975" w:rsidRDefault="007A527D">
      <w:r w:rsidRPr="00756975">
        <w:t>- Củng cố về các tích riêng trong phép nhân với số có hai chữ số.</w:t>
      </w:r>
    </w:p>
    <w:p w:rsidR="001E4D3C" w:rsidRPr="00756975" w:rsidRDefault="007A527D">
      <w:pPr>
        <w:keepNext/>
      </w:pPr>
      <w:r w:rsidRPr="00756975">
        <w:rPr>
          <w:b/>
        </w:rPr>
        <w:t>2. Năng lực chung</w:t>
      </w:r>
    </w:p>
    <w:p w:rsidR="001E4D3C" w:rsidRPr="00756975" w:rsidRDefault="007A527D">
      <w:r w:rsidRPr="00756975">
        <w:t>- Tự chủ và tự học: Chủ động ôn luyện và tự kiểm tra phép nhân với số có hai chữ số.</w:t>
      </w:r>
    </w:p>
    <w:p w:rsidR="001E4D3C" w:rsidRPr="00756975" w:rsidRDefault="007A527D">
      <w:r w:rsidRPr="00756975">
        <w:t>- Giải quyết vấn đề và sáng tạo: Vận dụng phép nhân để giải đúng các bài toán thực tế.</w:t>
      </w:r>
    </w:p>
    <w:p w:rsidR="001E4D3C" w:rsidRPr="00756975" w:rsidRDefault="007A527D">
      <w:r w:rsidRPr="00756975">
        <w:t>- Giao tiếp và hợp tác: Trao đổi, giải thích rõ cách làm và nhận xét bài bạn.</w:t>
      </w:r>
    </w:p>
    <w:p w:rsidR="001E4D3C" w:rsidRPr="00756975" w:rsidRDefault="007A527D">
      <w:pPr>
        <w:keepNext/>
      </w:pPr>
      <w:r w:rsidRPr="00756975">
        <w:rPr>
          <w:b/>
        </w:rPr>
        <w:t>3. Phẩm chất</w:t>
      </w:r>
    </w:p>
    <w:p w:rsidR="001E4D3C" w:rsidRPr="00756975" w:rsidRDefault="007A527D">
      <w:r w:rsidRPr="00756975">
        <w:t>- Chăm chỉ: Tích cực hoàn thành đầy đủ các bài tập luyện tập.</w:t>
      </w:r>
    </w:p>
    <w:p w:rsidR="001E4D3C" w:rsidRPr="00756975" w:rsidRDefault="007A527D">
      <w:r w:rsidRPr="00756975">
        <w:t>- Trung thực: Tính toán chính xác, trình bày đúng kết quả của mình.</w:t>
      </w:r>
    </w:p>
    <w:p w:rsidR="001E4D3C" w:rsidRPr="00756975" w:rsidRDefault="007A527D">
      <w:r w:rsidRPr="00756975">
        <w:t>- Trách nhiệm: Cẩn thận khi tính các tích riêng và kiểm tra toàn bài.</w:t>
      </w:r>
    </w:p>
    <w:p w:rsidR="001E4D3C" w:rsidRPr="00756975" w:rsidRDefault="007A527D">
      <w:pPr>
        <w:keepNext/>
      </w:pPr>
      <w:r w:rsidRPr="00756975">
        <w:rPr>
          <w:b/>
          <w:sz w:val="28"/>
        </w:rPr>
        <w:t>II. ĐỒ DÙNG DẠY HỌC</w:t>
      </w:r>
    </w:p>
    <w:p w:rsidR="001E4D3C" w:rsidRPr="00756975" w:rsidRDefault="007A527D">
      <w:r w:rsidRPr="00756975">
        <w:t>- GV: máy tính, màn chiếu, SGK và hình ảnh bài tập được cắt từ SGK.</w:t>
      </w:r>
    </w:p>
    <w:p w:rsidR="001E4D3C" w:rsidRPr="00756975" w:rsidRDefault="007A527D">
      <w:r w:rsidRPr="00756975">
        <w:t>- HS: SGK, vở ghi, bảng con.</w:t>
      </w:r>
    </w:p>
    <w:p w:rsidR="001E4D3C" w:rsidRPr="00756975" w:rsidRDefault="007A527D">
      <w:pPr>
        <w:keepNext/>
      </w:pPr>
      <w:r w:rsidRPr="00756975">
        <w:rPr>
          <w:b/>
          <w:sz w:val="28"/>
        </w:rPr>
        <w:t>III. CÁC HOẠT ĐỘNG DẠY HỌC CHỦ YẾU</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6236"/>
        <w:gridCol w:w="4082"/>
      </w:tblGrid>
      <w:tr w:rsidR="00756975" w:rsidRPr="00756975" w:rsidTr="00756975">
        <w:trPr>
          <w:tblHeader/>
          <w:jc w:val="center"/>
        </w:trPr>
        <w:tc>
          <w:tcPr>
            <w:tcW w:w="6236" w:type="dxa"/>
            <w:tcBorders>
              <w:bottom w:val="single" w:sz="4" w:space="0" w:color="auto"/>
            </w:tcBorders>
            <w:shd w:val="clear" w:color="auto" w:fill="auto"/>
            <w:tcMar>
              <w:top w:w="45" w:type="dxa"/>
              <w:left w:w="70" w:type="dxa"/>
              <w:bottom w:w="45" w:type="dxa"/>
              <w:right w:w="70" w:type="dxa"/>
            </w:tcMar>
            <w:vAlign w:val="center"/>
          </w:tcPr>
          <w:p w:rsidR="001E4D3C" w:rsidRPr="00756975" w:rsidRDefault="007A527D">
            <w:pPr>
              <w:jc w:val="center"/>
            </w:pPr>
            <w:r w:rsidRPr="00756975">
              <w:rPr>
                <w:b/>
              </w:rPr>
              <w:t>Hoạt động của GV</w:t>
            </w:r>
          </w:p>
        </w:tc>
        <w:tc>
          <w:tcPr>
            <w:tcW w:w="4082" w:type="dxa"/>
            <w:tcBorders>
              <w:bottom w:val="single" w:sz="4" w:space="0" w:color="auto"/>
            </w:tcBorders>
            <w:shd w:val="clear" w:color="auto" w:fill="auto"/>
            <w:tcMar>
              <w:top w:w="45" w:type="dxa"/>
              <w:left w:w="70" w:type="dxa"/>
              <w:bottom w:w="45" w:type="dxa"/>
              <w:right w:w="70" w:type="dxa"/>
            </w:tcMar>
            <w:vAlign w:val="center"/>
          </w:tcPr>
          <w:p w:rsidR="001E4D3C" w:rsidRPr="00756975" w:rsidRDefault="007A527D">
            <w:pPr>
              <w:jc w:val="center"/>
            </w:pPr>
            <w:r w:rsidRPr="00756975">
              <w:rPr>
                <w:b/>
              </w:rPr>
              <w:t>Hoạt động của HS</w:t>
            </w:r>
          </w:p>
        </w:tc>
      </w:tr>
      <w:tr w:rsidR="00756975" w:rsidRPr="00756975" w:rsidTr="00756975">
        <w:trPr>
          <w:cantSplit/>
          <w:jc w:val="center"/>
        </w:trPr>
        <w:tc>
          <w:tcPr>
            <w:tcW w:w="9070" w:type="dxa"/>
            <w:gridSpan w:val="2"/>
            <w:tcBorders>
              <w:top w:val="single" w:sz="4" w:space="0" w:color="auto"/>
              <w:bottom w:val="single" w:sz="4" w:space="0" w:color="auto"/>
            </w:tcBorders>
            <w:shd w:val="clear" w:color="auto" w:fill="auto"/>
            <w:tcMar>
              <w:top w:w="45" w:type="dxa"/>
              <w:left w:w="70" w:type="dxa"/>
              <w:bottom w:w="45" w:type="dxa"/>
              <w:right w:w="70" w:type="dxa"/>
            </w:tcMar>
          </w:tcPr>
          <w:p w:rsidR="001E4D3C" w:rsidRPr="00756975" w:rsidRDefault="007A527D">
            <w:r w:rsidRPr="00756975">
              <w:rPr>
                <w:b/>
              </w:rPr>
              <w:t>1. Khởi động</w:t>
            </w:r>
          </w:p>
          <w:p w:rsidR="001E4D3C" w:rsidRPr="00756975" w:rsidRDefault="007A527D">
            <w:r w:rsidRPr="00756975">
              <w:rPr>
                <w:b/>
                <w:sz w:val="25"/>
              </w:rPr>
              <w:t>Mục tiêu</w:t>
            </w:r>
          </w:p>
          <w:p w:rsidR="001E4D3C" w:rsidRPr="00756975" w:rsidRDefault="007A527D">
            <w:r w:rsidRPr="00756975">
              <w:rPr>
                <w:sz w:val="25"/>
              </w:rPr>
              <w:t>- Tạo tâm thế phấn khởi, hứng thú vào bài.</w:t>
            </w:r>
          </w:p>
          <w:p w:rsidR="001E4D3C" w:rsidRPr="00756975" w:rsidRDefault="007A527D">
            <w:r w:rsidRPr="00756975">
              <w:rPr>
                <w:sz w:val="25"/>
              </w:rPr>
              <w:t>- Gợi nhớ cách nhân với số tròn chục.</w:t>
            </w:r>
          </w:p>
          <w:p w:rsidR="001E4D3C" w:rsidRPr="00756975" w:rsidRDefault="007A527D">
            <w:r w:rsidRPr="00756975">
              <w:rPr>
                <w:b/>
                <w:sz w:val="25"/>
              </w:rPr>
              <w:t>Cách tiến hành</w:t>
            </w:r>
          </w:p>
        </w:tc>
      </w:tr>
      <w:tr w:rsidR="00756975" w:rsidRPr="00756975" w:rsidTr="00756975">
        <w:trPr>
          <w:cantSplit/>
          <w:jc w:val="center"/>
        </w:trPr>
        <w:tc>
          <w:tcPr>
            <w:tcW w:w="6236"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Gọi HS nêu kết quả phép tính:</w:t>
            </w:r>
          </w:p>
          <w:p w:rsidR="001E4D3C" w:rsidRPr="00756975" w:rsidRDefault="007A527D">
            <w:r w:rsidRPr="00756975">
              <w:rPr>
                <w:sz w:val="25"/>
              </w:rPr>
              <w:t>430 × 20.</w:t>
            </w:r>
          </w:p>
        </w:tc>
        <w:tc>
          <w:tcPr>
            <w:tcW w:w="4082"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HS nhẩm kết quả.</w:t>
            </w:r>
          </w:p>
          <w:p w:rsidR="001E4D3C" w:rsidRPr="00756975" w:rsidRDefault="007A527D">
            <w:r w:rsidRPr="00756975">
              <w:rPr>
                <w:sz w:val="25"/>
              </w:rPr>
              <w:t>430 × 20 = 8 600.</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yêu cầu HS giải thích cách nhẩm.</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nêu: 43 × 2 = 86 rồi viết thêm hai chữ số 0.</w:t>
            </w:r>
          </w:p>
        </w:tc>
      </w:tr>
      <w:tr w:rsidR="00756975" w:rsidRPr="00756975" w:rsidTr="00756975">
        <w:trPr>
          <w:cantSplit/>
          <w:jc w:val="center"/>
        </w:trPr>
        <w:tc>
          <w:tcPr>
            <w:tcW w:w="6236" w:type="dxa"/>
            <w:tcBorders>
              <w:bottom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GV giới thiệu - ghi bài.</w:t>
            </w:r>
          </w:p>
        </w:tc>
        <w:tc>
          <w:tcPr>
            <w:tcW w:w="4082" w:type="dxa"/>
            <w:tcBorders>
              <w:bottom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HS ghi bài.</w:t>
            </w:r>
          </w:p>
        </w:tc>
      </w:tr>
      <w:tr w:rsidR="00756975" w:rsidRPr="00756975" w:rsidTr="00756975">
        <w:trPr>
          <w:cantSplit/>
          <w:jc w:val="center"/>
        </w:trPr>
        <w:tc>
          <w:tcPr>
            <w:tcW w:w="9070" w:type="dxa"/>
            <w:gridSpan w:val="2"/>
            <w:tcBorders>
              <w:top w:val="single" w:sz="4" w:space="0" w:color="auto"/>
              <w:bottom w:val="single" w:sz="4" w:space="0" w:color="auto"/>
            </w:tcBorders>
            <w:shd w:val="clear" w:color="auto" w:fill="auto"/>
            <w:tcMar>
              <w:top w:w="45" w:type="dxa"/>
              <w:left w:w="70" w:type="dxa"/>
              <w:bottom w:w="45" w:type="dxa"/>
              <w:right w:w="70" w:type="dxa"/>
            </w:tcMar>
          </w:tcPr>
          <w:p w:rsidR="001E4D3C" w:rsidRPr="00756975" w:rsidRDefault="007A527D">
            <w:r w:rsidRPr="00756975">
              <w:rPr>
                <w:b/>
              </w:rPr>
              <w:t>2. Luyện tập, thực hành</w:t>
            </w:r>
          </w:p>
          <w:p w:rsidR="001E4D3C" w:rsidRPr="00756975" w:rsidRDefault="007A527D">
            <w:r w:rsidRPr="00756975">
              <w:rPr>
                <w:b/>
                <w:sz w:val="25"/>
              </w:rPr>
              <w:t>Mục tiêu</w:t>
            </w:r>
          </w:p>
          <w:p w:rsidR="001E4D3C" w:rsidRPr="00756975" w:rsidRDefault="007A527D">
            <w:r w:rsidRPr="00756975">
              <w:rPr>
                <w:sz w:val="25"/>
              </w:rPr>
              <w:t>- Củng cố vận dụng nhân với số có hai chữ số vào các bài tập, bài toán thực tế có liên quan.</w:t>
            </w:r>
          </w:p>
          <w:p w:rsidR="001E4D3C" w:rsidRPr="00756975" w:rsidRDefault="007A527D">
            <w:r w:rsidRPr="00756975">
              <w:rPr>
                <w:sz w:val="25"/>
              </w:rPr>
              <w:t>- Củng cố về các tích riêng trong phép nhân với số có hai chữ số.</w:t>
            </w:r>
          </w:p>
          <w:p w:rsidR="001E4D3C" w:rsidRPr="00756975" w:rsidRDefault="007A527D">
            <w:r w:rsidRPr="00756975">
              <w:rPr>
                <w:b/>
                <w:sz w:val="25"/>
              </w:rPr>
              <w:t>Cách tiến hành</w:t>
            </w:r>
          </w:p>
        </w:tc>
      </w:tr>
      <w:tr w:rsidR="00756975" w:rsidRPr="00756975" w:rsidTr="00756975">
        <w:trPr>
          <w:cantSplit/>
          <w:jc w:val="center"/>
        </w:trPr>
        <w:tc>
          <w:tcPr>
            <w:tcW w:w="6236"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b/>
                <w:sz w:val="25"/>
              </w:rPr>
              <w:t>Bài 1:</w:t>
            </w:r>
          </w:p>
          <w:p w:rsidR="001E4D3C" w:rsidRPr="00756975" w:rsidRDefault="007A527D">
            <w:r w:rsidRPr="00756975">
              <w:rPr>
                <w:b/>
                <w:sz w:val="25"/>
              </w:rPr>
              <w:t>a. Đặt tính rồi tính.</w:t>
            </w:r>
          </w:p>
          <w:p w:rsidR="001E4D3C" w:rsidRPr="00756975" w:rsidRDefault="007A527D" w:rsidP="00756975">
            <w:r w:rsidRPr="00756975">
              <w:rPr>
                <w:sz w:val="25"/>
              </w:rPr>
              <w:t>- Gọi HS đọc yêu cầu.</w:t>
            </w:r>
          </w:p>
        </w:tc>
        <w:tc>
          <w:tcPr>
            <w:tcW w:w="4082"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HS đọc yêu cầu và quan sát các phép tính.</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Bài có mấy yêu cầu? Đó là những yêu cầu nào?</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trả lời: Câu a đặt tính rồi tính; câu b tính theo sơ đồ và điền số.</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gọi HS nhắc lại cách đặt tính và cách tính.</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nêu quy trình tính hai tích riêng và cộng.</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yêu cầu HS làm cá nhân câu a vào vở ô li, sau đó đổi bài theo nhóm 2 để kiểm tra cách đặt tính.</w:t>
            </w:r>
          </w:p>
          <w:p w:rsidR="001E4D3C" w:rsidRPr="00756975" w:rsidRDefault="007A527D">
            <w:r w:rsidRPr="00756975">
              <w:rPr>
                <w:sz w:val="25"/>
              </w:rPr>
              <w:t>- GV mời đại diện trình bày.</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làm bài vào vở, đổi bài kiểm tra theo cặp.</w:t>
            </w:r>
          </w:p>
          <w:p w:rsidR="001E4D3C" w:rsidRPr="00756975" w:rsidRDefault="007A527D">
            <w:r w:rsidRPr="00756975">
              <w:rPr>
                <w:sz w:val="25"/>
              </w:rPr>
              <w:t>- Đại diện trình bày; lớp nhận xét vị trí các tích riêng.</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lastRenderedPageBreak/>
              <w:t>Đáp án câu a:</w:t>
            </w:r>
          </w:p>
          <w:p w:rsidR="001E4D3C" w:rsidRPr="00756975" w:rsidRDefault="007A527D">
            <w:r w:rsidRPr="00756975">
              <w:rPr>
                <w:sz w:val="25"/>
              </w:rPr>
              <w:t>34 × 47 = 1 598.</w:t>
            </w:r>
          </w:p>
          <w:p w:rsidR="001E4D3C" w:rsidRPr="00756975" w:rsidRDefault="007A527D">
            <w:r w:rsidRPr="00756975">
              <w:rPr>
                <w:sz w:val="25"/>
              </w:rPr>
              <w:t>62 × 19 = 1 178.</w:t>
            </w:r>
          </w:p>
          <w:p w:rsidR="001E4D3C" w:rsidRPr="00756975" w:rsidRDefault="007A527D">
            <w:r w:rsidRPr="00756975">
              <w:rPr>
                <w:sz w:val="25"/>
              </w:rPr>
              <w:t>425 × 34 = 14 450.</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kết quả, kiểm tra tích riêng thứ hai viết đúng vị trí.</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t>b. Số?</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yêu cầu và quan sát sơ đồ.</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cho HS thực hiện câu b trên bảng con, giơ bảng đồng loạt và giải thích cách điền số theo sơ đồ.</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làm trên bảng con, giơ kết quả; một số HS giải thích, lớp nhận xét và sửa bài.</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kết luận: Cần thực hiện đúng phép nhân, phép trừ theo thứ tự của sơ đồ và luôn kiểm tra lại kết quả.</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nêu lại cách làm, đối chiếu kết quả và hoàn thiện bài.</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t>Bài 2:</w:t>
            </w:r>
          </w:p>
          <w:p w:rsidR="001E4D3C" w:rsidRPr="00756975" w:rsidRDefault="007A527D" w:rsidP="00756975">
            <w:r w:rsidRPr="00756975">
              <w:rPr>
                <w:sz w:val="25"/>
              </w:rPr>
              <w:t>- Gọi HS đọc yêu cầu.</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yêu cầu: Từ các thừa số và tích tương ứng, lập các phép nhân thích hợp.</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Hướng dẫn HS:</w:t>
            </w:r>
          </w:p>
          <w:p w:rsidR="001E4D3C" w:rsidRPr="00756975" w:rsidRDefault="007A527D">
            <w:r w:rsidRPr="00756975">
              <w:rPr>
                <w:sz w:val="25"/>
              </w:rPr>
              <w:t>+ Để lập được phép nhân đúng ta làm thế nào?</w:t>
            </w:r>
          </w:p>
          <w:p w:rsidR="001E4D3C" w:rsidRPr="00756975" w:rsidRDefault="007A527D">
            <w:r w:rsidRPr="00756975">
              <w:rPr>
                <w:sz w:val="25"/>
              </w:rPr>
              <w:t>+ Ta có thể lấy từng số ở hai ô thừa số nhân với nhau để xem kết quả.</w:t>
            </w:r>
          </w:p>
          <w:p w:rsidR="001E4D3C" w:rsidRPr="00756975" w:rsidRDefault="007A527D">
            <w:r w:rsidRPr="00756975">
              <w:rPr>
                <w:sz w:val="25"/>
              </w:rPr>
              <w:t>+ Ta có thể loại trừ bằng cách tìm chữ số tận cùng của tích.</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lắng nghe, thử ghép các thừa số và kiểm tra kết quả bằng phép nhân.</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tổ chức cho HS thảo luận nhóm 4, thử ghép các thừa số và kiểm tra bằng phép nhân hoặc chữ số tận cùng.</w:t>
            </w:r>
          </w:p>
          <w:p w:rsidR="001E4D3C" w:rsidRPr="00756975" w:rsidRDefault="007A527D">
            <w:r w:rsidRPr="00756975">
              <w:rPr>
                <w:sz w:val="25"/>
              </w:rPr>
              <w:t>- GV mời đại diện nhóm trình bày.</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làm việc nhóm 4, thống nhất các phép nhân đúng.</w:t>
            </w:r>
          </w:p>
          <w:p w:rsidR="001E4D3C" w:rsidRPr="00756975" w:rsidRDefault="007A527D">
            <w:r w:rsidRPr="00756975">
              <w:rPr>
                <w:sz w:val="25"/>
              </w:rPr>
              <w:t>- Đại diện nhóm trình bày; các nhóm khác nhận xét cách kiểm tra.</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t>Kết quả:</w:t>
            </w:r>
          </w:p>
          <w:p w:rsidR="001E4D3C" w:rsidRPr="00756975" w:rsidRDefault="007A527D">
            <w:r w:rsidRPr="00756975">
              <w:rPr>
                <w:sz w:val="25"/>
              </w:rPr>
              <w:t>48 × 12 = 576.</w:t>
            </w:r>
          </w:p>
          <w:p w:rsidR="001E4D3C" w:rsidRPr="00756975" w:rsidRDefault="007A527D">
            <w:r w:rsidRPr="00756975">
              <w:rPr>
                <w:sz w:val="25"/>
              </w:rPr>
              <w:t>72 × 60 = 4 320.</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các phép nhân và giải thích cách ghép.</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kết luận: Muốn ghép đúng thừa số với tích, cần kiểm tra bằng phép nhân và có thể dùng chữ số tận cùng để loại trừ nhanh.</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ghi nhớ cách kiểm tra, sửa bài nếu cần.</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t>Bài 3:</w:t>
            </w:r>
          </w:p>
          <w:p w:rsidR="001E4D3C" w:rsidRPr="00756975" w:rsidRDefault="007A527D" w:rsidP="00756975">
            <w:r w:rsidRPr="00756975">
              <w:rPr>
                <w:sz w:val="25"/>
              </w:rPr>
              <w:t>- Gọi HS đọc yêu cầu.</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bài toán về hai hộp kẹo.</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Gọi HS phân tích bài toán.</w:t>
            </w:r>
          </w:p>
          <w:p w:rsidR="001E4D3C" w:rsidRPr="00756975" w:rsidRDefault="007A527D">
            <w:r w:rsidRPr="00756975">
              <w:rPr>
                <w:sz w:val="25"/>
              </w:rPr>
              <w:t>+ Muốn biết số kẹo của hai hộp hơn kém nhau bao nhiêu cái ta làm thế nào?</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phân tích bài toán.</w:t>
            </w:r>
          </w:p>
          <w:p w:rsidR="001E4D3C" w:rsidRPr="00756975" w:rsidRDefault="007A527D">
            <w:r w:rsidRPr="00756975">
              <w:rPr>
                <w:sz w:val="25"/>
              </w:rPr>
              <w:t>- HS nêu: Tính số kẹo mỗi hộp rồi lấy số lớn trừ số bé.</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yêu cầu HS làm cá nhân vào vở, sau đó đổi bài theo nhóm 2 để kiểm tra số kẹo từng hộp và phép tính tìm phần hơn.</w:t>
            </w:r>
          </w:p>
          <w:p w:rsidR="001E4D3C" w:rsidRPr="00756975" w:rsidRDefault="007A527D">
            <w:r w:rsidRPr="00756975">
              <w:rPr>
                <w:sz w:val="25"/>
              </w:rPr>
              <w:t>- GV mời đại diện trình bày lời giải.</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làm bài vào vở, đổi bài kiểm tra theo cặp.</w:t>
            </w:r>
          </w:p>
          <w:p w:rsidR="001E4D3C" w:rsidRPr="00756975" w:rsidRDefault="007A527D">
            <w:r w:rsidRPr="00756975">
              <w:rPr>
                <w:sz w:val="25"/>
              </w:rPr>
              <w:t>- Đại diện trình bày; lớp nhận xét và bổ sung.</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t>Bài giải:</w:t>
            </w:r>
          </w:p>
          <w:p w:rsidR="001E4D3C" w:rsidRPr="00756975" w:rsidRDefault="007A527D">
            <w:r w:rsidRPr="00756975">
              <w:rPr>
                <w:sz w:val="25"/>
              </w:rPr>
              <w:t>Số kẹo ở hộp A là:</w:t>
            </w:r>
          </w:p>
          <w:p w:rsidR="001E4D3C" w:rsidRPr="00756975" w:rsidRDefault="007A527D">
            <w:r w:rsidRPr="00756975">
              <w:rPr>
                <w:sz w:val="25"/>
              </w:rPr>
              <w:t>25 × 18 = 450 (cái).</w:t>
            </w:r>
          </w:p>
          <w:p w:rsidR="001E4D3C" w:rsidRPr="00756975" w:rsidRDefault="007A527D">
            <w:r w:rsidRPr="00756975">
              <w:rPr>
                <w:sz w:val="25"/>
              </w:rPr>
              <w:t>Số kẹo ở hộp B là:</w:t>
            </w:r>
          </w:p>
          <w:p w:rsidR="001E4D3C" w:rsidRPr="00756975" w:rsidRDefault="007A527D">
            <w:r w:rsidRPr="00756975">
              <w:rPr>
                <w:sz w:val="25"/>
              </w:rPr>
              <w:t>20 × 22 = 440 (cái).</w:t>
            </w:r>
          </w:p>
          <w:p w:rsidR="001E4D3C" w:rsidRPr="00756975" w:rsidRDefault="007A527D">
            <w:r w:rsidRPr="00756975">
              <w:rPr>
                <w:sz w:val="25"/>
              </w:rPr>
              <w:t>Số kẹo hộp A hơn hộp B là:</w:t>
            </w:r>
          </w:p>
          <w:p w:rsidR="001E4D3C" w:rsidRPr="00756975" w:rsidRDefault="007A527D">
            <w:r w:rsidRPr="00756975">
              <w:rPr>
                <w:sz w:val="25"/>
              </w:rPr>
              <w:t>450 - 440 = 10 (cái).</w:t>
            </w:r>
          </w:p>
          <w:p w:rsidR="001E4D3C" w:rsidRPr="00756975" w:rsidRDefault="007A527D">
            <w:r w:rsidRPr="00756975">
              <w:rPr>
                <w:sz w:val="25"/>
              </w:rPr>
              <w:t>Đáp số: 10 cái kẹo.</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trình bày lời giải, đối chiếu dữ kiện và kết quả.</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lastRenderedPageBreak/>
              <w:t>- GV kết luận: Muốn biết hai hộp hơn kém nhau bao nhiêu cái, phải tính số kẹo mỗi hộp rồi lấy số lớn trừ số bé.</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nhắc lại các bước giải và hoàn thiện bài.</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t>Bài 4:</w:t>
            </w:r>
          </w:p>
          <w:p w:rsidR="001E4D3C" w:rsidRPr="00756975" w:rsidRDefault="007A527D">
            <w:r w:rsidRPr="00756975">
              <w:rPr>
                <w:b/>
                <w:sz w:val="25"/>
              </w:rPr>
              <w:t>a. Đ, S?</w:t>
            </w:r>
          </w:p>
          <w:p w:rsidR="001E4D3C" w:rsidRPr="00756975" w:rsidRDefault="007A527D" w:rsidP="00756975">
            <w:r w:rsidRPr="00756975">
              <w:rPr>
                <w:sz w:val="25"/>
              </w:rPr>
              <w:t>- Gọi HS đọc yêu cầu.</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yêu cầu và quan sát hai phép tính.</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Hướng dẫn:</w:t>
            </w:r>
          </w:p>
          <w:p w:rsidR="001E4D3C" w:rsidRPr="00756975" w:rsidRDefault="007A527D">
            <w:r w:rsidRPr="00756975">
              <w:rPr>
                <w:sz w:val="25"/>
              </w:rPr>
              <w:t>+ Muốn biết phép tính nào đúng/sai ta làm thế nào?</w:t>
            </w:r>
          </w:p>
          <w:p w:rsidR="001E4D3C" w:rsidRPr="00756975" w:rsidRDefault="007A527D">
            <w:r w:rsidRPr="00756975">
              <w:rPr>
                <w:sz w:val="25"/>
              </w:rPr>
              <w:t>Trả lời: Ta xem lại cách đặt tính và kết quả từng tích riêng và tích.</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trả lời: Kiểm tra lần lượt cách đặt tính, vị trí tích riêng thứ hai và tổng hai tích riêng.</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cho HS làm cá nhân phần a trên bảng con, giơ bảng và giải thích lựa chọn Đ, S.</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làm trên bảng con, giơ kết quả; một số HS giải thích, lớp nhận xét.</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hỏi HS lí do đúng/sai.</w:t>
            </w:r>
          </w:p>
          <w:p w:rsidR="001E4D3C" w:rsidRPr="00756975" w:rsidRDefault="007A527D">
            <w:r w:rsidRPr="00756975">
              <w:rPr>
                <w:sz w:val="25"/>
              </w:rPr>
              <w:t>+ Phép tính thứ hai đặt sai vị trí của tích riêng thứ hai.</w:t>
            </w:r>
          </w:p>
          <w:p w:rsidR="001E4D3C" w:rsidRPr="00756975" w:rsidRDefault="007A527D">
            <w:r w:rsidRPr="00756975">
              <w:rPr>
                <w:sz w:val="25"/>
              </w:rPr>
              <w:t>+ Phép tính sai có kết quả 54 = 27 × (1 + 1) = 27 + 27.</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giải thích: Khi đặt hai tích riêng thẳng cột, phép tính đã biến thành 27 × 2 chứ không phải 27 × 11.</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b/>
                <w:sz w:val="25"/>
              </w:rPr>
              <w:t>b.</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đọc tình huống của Nam.</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tổ chức cho HS thảo luận nhóm 6 ở phần b, phân tích lỗi của Nam, tìm số đã nhân và thống nhất cách giải thích.</w:t>
            </w:r>
          </w:p>
          <w:p w:rsidR="001E4D3C" w:rsidRPr="00756975" w:rsidRDefault="007A527D">
            <w:r w:rsidRPr="00756975">
              <w:rPr>
                <w:sz w:val="25"/>
              </w:rPr>
              <w:t>- GV mời đại diện nhóm trình bày.</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thảo luận nhóm 6, tìm được số Nam đã nhân và kiểm tra bằng phép nhân đúng.</w:t>
            </w:r>
          </w:p>
          <w:p w:rsidR="001E4D3C" w:rsidRPr="00756975" w:rsidRDefault="007A527D">
            <w:r w:rsidRPr="00756975">
              <w:rPr>
                <w:sz w:val="25"/>
              </w:rPr>
              <w:t>- Đại diện nhóm trình bày; các nhóm khác nhận xét.</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yêu cầu HS thử lại phép tính sai đồng thời giúp Nam viết lại phép tính đúng.</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thực hiện: 18 × 11 = 198; đặt tích riêng thứ hai lùi sang trái một cột.</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kết luận: Tích riêng thứ hai biểu thị số chục nên phải viết lùi sang trái một cột; đặt thẳng cột sẽ làm sai giá trị phép nhân.</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nêu lại lỗi cần tránh và cách đặt đúng tích riêng thứ hai.</w:t>
            </w:r>
          </w:p>
        </w:tc>
      </w:tr>
      <w:tr w:rsidR="00756975" w:rsidRPr="00756975" w:rsidTr="00756975">
        <w:trPr>
          <w:cantSplit/>
          <w:jc w:val="center"/>
        </w:trPr>
        <w:tc>
          <w:tcPr>
            <w:tcW w:w="6236" w:type="dxa"/>
            <w:tcBorders>
              <w:bottom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GV đánh giá và tuyên dương.</w:t>
            </w:r>
          </w:p>
        </w:tc>
        <w:tc>
          <w:tcPr>
            <w:tcW w:w="4082" w:type="dxa"/>
            <w:tcBorders>
              <w:bottom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HS lắng nghe.</w:t>
            </w:r>
          </w:p>
        </w:tc>
      </w:tr>
      <w:tr w:rsidR="00756975" w:rsidRPr="00756975" w:rsidTr="00756975">
        <w:trPr>
          <w:cantSplit/>
          <w:jc w:val="center"/>
        </w:trPr>
        <w:tc>
          <w:tcPr>
            <w:tcW w:w="9070" w:type="dxa"/>
            <w:gridSpan w:val="2"/>
            <w:tcBorders>
              <w:top w:val="single" w:sz="4" w:space="0" w:color="auto"/>
              <w:bottom w:val="single" w:sz="4" w:space="0" w:color="auto"/>
            </w:tcBorders>
            <w:shd w:val="clear" w:color="auto" w:fill="auto"/>
            <w:tcMar>
              <w:top w:w="45" w:type="dxa"/>
              <w:left w:w="70" w:type="dxa"/>
              <w:bottom w:w="45" w:type="dxa"/>
              <w:right w:w="70" w:type="dxa"/>
            </w:tcMar>
          </w:tcPr>
          <w:p w:rsidR="001E4D3C" w:rsidRPr="00756975" w:rsidRDefault="007A527D">
            <w:bookmarkStart w:id="0" w:name="_GoBack"/>
            <w:r w:rsidRPr="00756975">
              <w:rPr>
                <w:b/>
              </w:rPr>
              <w:t>3. Vận dụng, trải nghiệm</w:t>
            </w:r>
          </w:p>
          <w:p w:rsidR="001E4D3C" w:rsidRPr="00756975" w:rsidRDefault="007A527D">
            <w:r w:rsidRPr="00756975">
              <w:rPr>
                <w:b/>
                <w:sz w:val="25"/>
              </w:rPr>
              <w:t>Mục tiêu</w:t>
            </w:r>
          </w:p>
          <w:p w:rsidR="001E4D3C" w:rsidRPr="00756975" w:rsidRDefault="007A527D">
            <w:r w:rsidRPr="00756975">
              <w:rPr>
                <w:sz w:val="25"/>
              </w:rPr>
              <w:t>- Khắc sâu quy trình nhân với số có hai chữ số.</w:t>
            </w:r>
          </w:p>
          <w:p w:rsidR="001E4D3C" w:rsidRPr="00756975" w:rsidRDefault="007A527D">
            <w:r w:rsidRPr="00756975">
              <w:rPr>
                <w:sz w:val="25"/>
              </w:rPr>
              <w:t>- Hình thành thói quen tự tổng kết và kiểm tra bài làm.</w:t>
            </w:r>
          </w:p>
          <w:p w:rsidR="001E4D3C" w:rsidRPr="00756975" w:rsidRDefault="007A527D">
            <w:r w:rsidRPr="00756975">
              <w:rPr>
                <w:b/>
                <w:sz w:val="25"/>
              </w:rPr>
              <w:t>Cách tiến hành</w:t>
            </w:r>
          </w:p>
        </w:tc>
      </w:tr>
      <w:bookmarkEnd w:id="0"/>
      <w:tr w:rsidR="00756975" w:rsidRPr="00756975" w:rsidTr="00756975">
        <w:trPr>
          <w:cantSplit/>
          <w:jc w:val="center"/>
        </w:trPr>
        <w:tc>
          <w:tcPr>
            <w:tcW w:w="6236"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Cho HS tính: 52 × 11.</w:t>
            </w:r>
          </w:p>
        </w:tc>
        <w:tc>
          <w:tcPr>
            <w:tcW w:w="4082" w:type="dxa"/>
            <w:tcBorders>
              <w:top w:val="single" w:sz="4" w:space="0" w:color="auto"/>
            </w:tcBorders>
            <w:shd w:val="clear" w:color="auto" w:fill="auto"/>
            <w:tcMar>
              <w:top w:w="45" w:type="dxa"/>
              <w:left w:w="70" w:type="dxa"/>
              <w:bottom w:w="45" w:type="dxa"/>
              <w:right w:w="70" w:type="dxa"/>
            </w:tcMar>
          </w:tcPr>
          <w:p w:rsidR="001E4D3C" w:rsidRPr="00756975" w:rsidRDefault="007A527D">
            <w:r w:rsidRPr="00756975">
              <w:rPr>
                <w:sz w:val="25"/>
              </w:rPr>
              <w:t>- HS làm bài: 52 × 11 = 572; kiểm tra bằng 52 × (10 + 1) = 520 + 52 = 572.</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GV yêu cầu HS nêu cách kiểm tra kết quả bằng tính chất phân phối.</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trình bày cách tách 11 = 10 + 1 và đối chiếu với phép đặt tính.</w:t>
            </w:r>
          </w:p>
        </w:tc>
      </w:tr>
      <w:tr w:rsidR="00756975" w:rsidRPr="00756975" w:rsidTr="00756975">
        <w:trPr>
          <w:cantSplit/>
          <w:jc w:val="center"/>
        </w:trPr>
        <w:tc>
          <w:tcPr>
            <w:tcW w:w="6236" w:type="dxa"/>
            <w:shd w:val="clear" w:color="auto" w:fill="auto"/>
            <w:tcMar>
              <w:top w:w="45" w:type="dxa"/>
              <w:left w:w="70" w:type="dxa"/>
              <w:bottom w:w="45" w:type="dxa"/>
              <w:right w:w="70" w:type="dxa"/>
            </w:tcMar>
          </w:tcPr>
          <w:p w:rsidR="001E4D3C" w:rsidRPr="00756975" w:rsidRDefault="007A527D">
            <w:r w:rsidRPr="00756975">
              <w:rPr>
                <w:sz w:val="25"/>
              </w:rPr>
              <w:t>- Nhận xét tiết học.</w:t>
            </w:r>
          </w:p>
        </w:tc>
        <w:tc>
          <w:tcPr>
            <w:tcW w:w="4082" w:type="dxa"/>
            <w:shd w:val="clear" w:color="auto" w:fill="auto"/>
            <w:tcMar>
              <w:top w:w="45" w:type="dxa"/>
              <w:left w:w="70" w:type="dxa"/>
              <w:bottom w:w="45" w:type="dxa"/>
              <w:right w:w="70" w:type="dxa"/>
            </w:tcMar>
          </w:tcPr>
          <w:p w:rsidR="001E4D3C" w:rsidRPr="00756975" w:rsidRDefault="007A527D">
            <w:r w:rsidRPr="00756975">
              <w:rPr>
                <w:sz w:val="25"/>
              </w:rPr>
              <w:t>- HS nêu điều cần ghi nhớ và hoàn thành nhiệm vụ chuẩn bị bài.</w:t>
            </w:r>
          </w:p>
        </w:tc>
      </w:tr>
    </w:tbl>
    <w:p w:rsidR="001E4D3C" w:rsidRPr="00756975" w:rsidRDefault="007A527D">
      <w:pPr>
        <w:keepNext/>
      </w:pPr>
      <w:r w:rsidRPr="00756975">
        <w:rPr>
          <w:b/>
          <w:sz w:val="28"/>
        </w:rPr>
        <w:t>IV. ĐIỀU CHỈNH SAU BÀI DẠY (nếu có):</w:t>
      </w:r>
    </w:p>
    <w:p w:rsidR="001E4D3C" w:rsidRPr="00756975" w:rsidRDefault="007A527D">
      <w:r w:rsidRPr="00756975">
        <w:t>....................................................................................................</w:t>
      </w:r>
    </w:p>
    <w:p w:rsidR="001E4D3C" w:rsidRPr="00756975" w:rsidRDefault="007A527D">
      <w:r w:rsidRPr="00756975">
        <w:t>....................................................................................................</w:t>
      </w:r>
    </w:p>
    <w:sectPr w:rsidR="001E4D3C" w:rsidRPr="00756975" w:rsidSect="00034616">
      <w:pgSz w:w="11906" w:h="16838"/>
      <w:pgMar w:top="1134" w:right="1134" w:bottom="1134" w:left="1701"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3"/>
  <w:hideSpellingErrors/>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E4D3C"/>
    <w:rsid w:val="0029639D"/>
    <w:rsid w:val="00326F90"/>
    <w:rsid w:val="00756975"/>
    <w:rsid w:val="007A527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756975"/>
    <w:rPr>
      <w:rFonts w:ascii="Tahoma" w:hAnsi="Tahoma" w:cs="Tahoma"/>
      <w:sz w:val="16"/>
      <w:szCs w:val="16"/>
    </w:rPr>
  </w:style>
  <w:style w:type="character" w:customStyle="1" w:styleId="BalloonTextChar">
    <w:name w:val="Balloon Text Char"/>
    <w:basedOn w:val="DefaultParagraphFont"/>
    <w:link w:val="BalloonText"/>
    <w:uiPriority w:val="99"/>
    <w:semiHidden/>
    <w:rsid w:val="00756975"/>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756975"/>
    <w:rPr>
      <w:rFonts w:ascii="Tahoma" w:hAnsi="Tahoma" w:cs="Tahoma"/>
      <w:sz w:val="16"/>
      <w:szCs w:val="16"/>
    </w:rPr>
  </w:style>
  <w:style w:type="character" w:customStyle="1" w:styleId="BalloonTextChar">
    <w:name w:val="Balloon Text Char"/>
    <w:basedOn w:val="DefaultParagraphFont"/>
    <w:link w:val="BalloonText"/>
    <w:uiPriority w:val="99"/>
    <w:semiHidden/>
    <w:rsid w:val="00756975"/>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B0B999-1AE1-477F-952D-45A3EFA85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5301</Words>
  <Characters>30217</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Kế hoạch bài dạy môn Toán lớp 4 - Tuần 21</vt:lpstr>
    </vt:vector>
  </TitlesOfParts>
  <Manager/>
  <Company/>
  <LinksUpToDate>false</LinksUpToDate>
  <CharactersWithSpaces>35448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Kế hoạch bài dạy môn Toán lớp 4 - Tuần 21</dc:title>
  <dc:subject>Điều chỉnh tích hợp theo KHDH</dc:subject>
  <dc:creator>Nguyễn Bảo Trân</dc:creator>
  <cp:keywords/>
  <dc:description>generated by python-docx</dc:description>
  <cp:lastModifiedBy>Iamp Iamp</cp:lastModifiedBy>
  <cp:revision>3</cp:revision>
  <dcterms:created xsi:type="dcterms:W3CDTF">2026-06-11T18:15:00Z</dcterms:created>
  <dcterms:modified xsi:type="dcterms:W3CDTF">2026-08-28T04:09:00Z</dcterms:modified>
  <cp:category/>
</cp:coreProperties>
</file>