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ED90" w14:textId="77777777" w:rsidR="00497650" w:rsidRDefault="009E2559" w:rsidP="00A93829">
      <w:pPr>
        <w:shd w:val="clear" w:color="auto" w:fill="FFFFFF" w:themeFill="background1"/>
        <w:spacing w:after="0" w:line="240" w:lineRule="auto"/>
        <w:jc w:val="center"/>
      </w:pPr>
      <w:r>
        <w:rPr>
          <w:b/>
        </w:rPr>
        <w:t>KẾ HOẠCH BÀI DẠY MÔN TIẾNG VIỆT LỚP 2 - TUẦN 35</w:t>
      </w:r>
    </w:p>
    <w:p w14:paraId="76339F93" w14:textId="77777777" w:rsidR="00497650" w:rsidRDefault="009E2559" w:rsidP="00A93829">
      <w:pPr>
        <w:shd w:val="clear" w:color="auto" w:fill="FFFFFF" w:themeFill="background1"/>
        <w:spacing w:after="0" w:line="240" w:lineRule="auto"/>
        <w:jc w:val="center"/>
      </w:pPr>
      <w:r>
        <w:rPr>
          <w:b/>
        </w:rPr>
        <w:t>ÔN TẬP VÀ ĐÁNH GIÁ CUỐI HỌC KÌ 2</w:t>
      </w:r>
    </w:p>
    <w:p w14:paraId="357DCAAE" w14:textId="77777777" w:rsidR="00497650" w:rsidRDefault="009E2559" w:rsidP="00A93829">
      <w:pPr>
        <w:shd w:val="clear" w:color="auto" w:fill="FFFFFF" w:themeFill="background1"/>
        <w:spacing w:after="0" w:line="240" w:lineRule="auto"/>
        <w:jc w:val="center"/>
      </w:pPr>
      <w:r>
        <w:rPr>
          <w:b/>
        </w:rPr>
        <w:t>PHẦN I - ÔN TẬP</w:t>
      </w:r>
    </w:p>
    <w:p w14:paraId="35D54DDA" w14:textId="77777777" w:rsidR="00497650" w:rsidRDefault="009E2559" w:rsidP="00A93829">
      <w:pPr>
        <w:shd w:val="clear" w:color="auto" w:fill="FFFFFF" w:themeFill="background1"/>
        <w:spacing w:after="60" w:line="240" w:lineRule="auto"/>
        <w:jc w:val="center"/>
      </w:pPr>
      <w:r>
        <w:rPr>
          <w:b/>
        </w:rPr>
        <w:t>TIẾT 1 - 2</w:t>
      </w:r>
    </w:p>
    <w:p w14:paraId="53187976" w14:textId="77777777" w:rsidR="00497650" w:rsidRDefault="009E2559" w:rsidP="00A93829">
      <w:pPr>
        <w:shd w:val="clear" w:color="auto" w:fill="FFFFFF" w:themeFill="background1"/>
        <w:spacing w:after="0" w:line="240" w:lineRule="auto"/>
      </w:pPr>
      <w:r>
        <w:rPr>
          <w:b/>
        </w:rPr>
        <w:t>I. YÊU CẦU CẦN ĐẠT</w:t>
      </w:r>
    </w:p>
    <w:p w14:paraId="6CF898D4" w14:textId="77777777" w:rsidR="00497650" w:rsidRDefault="009E2559" w:rsidP="00A93829">
      <w:pPr>
        <w:shd w:val="clear" w:color="auto" w:fill="FFFFFF" w:themeFill="background1"/>
        <w:spacing w:after="0" w:line="240" w:lineRule="auto"/>
      </w:pPr>
      <w:r>
        <w:rPr>
          <w:b/>
        </w:rPr>
        <w:t>1. Năng lực đặc thù</w:t>
      </w:r>
    </w:p>
    <w:p w14:paraId="180BEB9D" w14:textId="77777777" w:rsidR="00497650" w:rsidRDefault="009E2559" w:rsidP="00A93829">
      <w:pPr>
        <w:shd w:val="clear" w:color="auto" w:fill="FFFFFF" w:themeFill="background1"/>
        <w:spacing w:after="0" w:line="240" w:lineRule="auto"/>
      </w:pPr>
      <w:r>
        <w:t>- Đọc lại được các bài đã học trong chủ điểm Việt Nam quê hương em; nhớ tên bài, nhân vật, chi tiết hoặc đoạn văn, đoạn thơ yêu thích.</w:t>
      </w:r>
    </w:p>
    <w:p w14:paraId="1C5A9D69" w14:textId="77777777" w:rsidR="00497650" w:rsidRDefault="009E2559" w:rsidP="00A93829">
      <w:pPr>
        <w:shd w:val="clear" w:color="auto" w:fill="FFFFFF" w:themeFill="background1"/>
        <w:spacing w:after="0" w:line="240" w:lineRule="auto"/>
      </w:pPr>
      <w:r>
        <w:t>- Trao đổi được với bạn về bài đọc yêu thích, nêu được lí do yêu thích bằng câu rõ ý.</w:t>
      </w:r>
    </w:p>
    <w:p w14:paraId="5B558189" w14:textId="77777777" w:rsidR="00497650" w:rsidRDefault="009E2559" w:rsidP="00A93829">
      <w:pPr>
        <w:shd w:val="clear" w:color="auto" w:fill="FFFFFF" w:themeFill="background1"/>
        <w:spacing w:after="0" w:line="240" w:lineRule="auto"/>
      </w:pPr>
      <w:r>
        <w:t>- Rèn kĩ năng đọc thầm, đọc thành tiếng, lắng nghe bạn trình bày và phản hồi lịch sự.</w:t>
      </w:r>
    </w:p>
    <w:p w14:paraId="7A574E0A" w14:textId="77777777" w:rsidR="00497650" w:rsidRDefault="009E2559" w:rsidP="00A93829">
      <w:pPr>
        <w:shd w:val="clear" w:color="auto" w:fill="FFFFFF" w:themeFill="background1"/>
        <w:spacing w:after="0" w:line="240" w:lineRule="auto"/>
      </w:pPr>
      <w:r>
        <w:rPr>
          <w:b/>
        </w:rPr>
        <w:t>2. Năng lực chung</w:t>
      </w:r>
    </w:p>
    <w:p w14:paraId="0259DDB5" w14:textId="77777777" w:rsidR="00497650" w:rsidRDefault="009E2559" w:rsidP="00A93829">
      <w:pPr>
        <w:shd w:val="clear" w:color="auto" w:fill="FFFFFF" w:themeFill="background1"/>
        <w:spacing w:after="0" w:line="240" w:lineRule="auto"/>
      </w:pPr>
      <w:r>
        <w:t>- Tự chủ và tự học: Chủ động chọn bài đọc đã học để đọc lại, tự ghi nhớ tên bài và chi tiết mình yêu thích.</w:t>
      </w:r>
    </w:p>
    <w:p w14:paraId="4C9B16D6" w14:textId="77777777" w:rsidR="00497650" w:rsidRDefault="009E2559" w:rsidP="00A93829">
      <w:pPr>
        <w:shd w:val="clear" w:color="auto" w:fill="FFFFFF" w:themeFill="background1"/>
        <w:spacing w:after="0" w:line="240" w:lineRule="auto"/>
      </w:pPr>
      <w:r>
        <w:t>- Giao tiếp và hợp tác: Trao đổi theo nhóm đôi, nhóm bốn về bài đọc; biết lắng nghe và bổ sung ý kiến cho bạn.</w:t>
      </w:r>
    </w:p>
    <w:p w14:paraId="74C7DE6B" w14:textId="77777777" w:rsidR="00497650" w:rsidRDefault="009E2559" w:rsidP="00A93829">
      <w:pPr>
        <w:shd w:val="clear" w:color="auto" w:fill="FFFFFF" w:themeFill="background1"/>
        <w:spacing w:after="0" w:line="240" w:lineRule="auto"/>
      </w:pPr>
      <w:r>
        <w:t>- Giải quyết vấn đề và sáng tạo: Biết lựa chọn chi tiết tiêu biểu để giới thiệu bài đọc với bạn.</w:t>
      </w:r>
    </w:p>
    <w:p w14:paraId="32AC9513" w14:textId="77777777" w:rsidR="00497650" w:rsidRDefault="009E2559" w:rsidP="00A93829">
      <w:pPr>
        <w:shd w:val="clear" w:color="auto" w:fill="FFFFFF" w:themeFill="background1"/>
        <w:spacing w:after="0" w:line="240" w:lineRule="auto"/>
      </w:pPr>
      <w:r>
        <w:rPr>
          <w:b/>
        </w:rPr>
        <w:t>3. Phẩm chất</w:t>
      </w:r>
    </w:p>
    <w:p w14:paraId="21DFCA74" w14:textId="77777777" w:rsidR="00497650" w:rsidRDefault="009E2559" w:rsidP="00A93829">
      <w:pPr>
        <w:shd w:val="clear" w:color="auto" w:fill="FFFFFF" w:themeFill="background1"/>
        <w:spacing w:after="0" w:line="240" w:lineRule="auto"/>
      </w:pPr>
      <w:r>
        <w:t>- Chăm chỉ: Tích cực đọc lại bài, hoàn thành nhiệm vụ ôn tập.</w:t>
      </w:r>
    </w:p>
    <w:p w14:paraId="216681BC" w14:textId="77777777" w:rsidR="00497650" w:rsidRDefault="009E2559" w:rsidP="00A93829">
      <w:pPr>
        <w:shd w:val="clear" w:color="auto" w:fill="FFFFFF" w:themeFill="background1"/>
        <w:spacing w:after="0" w:line="240" w:lineRule="auto"/>
      </w:pPr>
      <w:r>
        <w:t>- Trách nhiệm: Có ý thức chuẩn bị cho phần đánh giá cuối học kì, trình bày ý kiến trung thực, rõ ràng.</w:t>
      </w:r>
    </w:p>
    <w:p w14:paraId="748BC89C" w14:textId="77777777" w:rsidR="00497650" w:rsidRDefault="009E2559" w:rsidP="00A93829">
      <w:pPr>
        <w:shd w:val="clear" w:color="auto" w:fill="FFFFFF" w:themeFill="background1"/>
        <w:spacing w:after="0" w:line="240" w:lineRule="auto"/>
      </w:pPr>
      <w:r>
        <w:t>- Nhân ái: Biết lắng nghe, khích lệ bạn khi bạn đọc hoặc chia sẻ trước lớp.</w:t>
      </w:r>
    </w:p>
    <w:p w14:paraId="319BF52B" w14:textId="77777777" w:rsidR="00497650" w:rsidRDefault="009E2559" w:rsidP="00A93829">
      <w:pPr>
        <w:shd w:val="clear" w:color="auto" w:fill="FFFFFF" w:themeFill="background1"/>
        <w:spacing w:after="0" w:line="240" w:lineRule="auto"/>
      </w:pPr>
      <w:r>
        <w:rPr>
          <w:b/>
        </w:rPr>
        <w:t>II. ĐỒ DÙNG DẠY HỌC</w:t>
      </w:r>
    </w:p>
    <w:p w14:paraId="47194D0F" w14:textId="77777777" w:rsidR="00497650" w:rsidRDefault="009E2559" w:rsidP="00A93829">
      <w:pPr>
        <w:shd w:val="clear" w:color="auto" w:fill="FFFFFF" w:themeFill="background1"/>
        <w:spacing w:after="0" w:line="240" w:lineRule="auto"/>
      </w:pPr>
      <w:r>
        <w:t>- GV: Máy tính, máy chiếu/tivi, tranh và câu bài tập cắt từ SGK, thẻ tên bài đọc, phiếu ôn tập, phiếu kiểm tra phù hợp với từng tiết.</w:t>
      </w:r>
    </w:p>
    <w:p w14:paraId="30AE1B81" w14:textId="77777777" w:rsidR="00497650" w:rsidRDefault="009E2559" w:rsidP="00A93829">
      <w:pPr>
        <w:shd w:val="clear" w:color="auto" w:fill="FFFFFF" w:themeFill="background1"/>
        <w:spacing w:after="0" w:line="240" w:lineRule="auto"/>
      </w:pPr>
      <w:r>
        <w:t>- HS: SGK Tiếng Việt 2, Vở bài tập Tiếng Việt, vở ô ly, bảng con, bút chì, giấy kiểm tra.</w:t>
      </w:r>
    </w:p>
    <w:p w14:paraId="226202A6" w14:textId="77777777" w:rsidR="00497650" w:rsidRDefault="009E2559" w:rsidP="00A93829">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372"/>
        <w:gridCol w:w="5372"/>
      </w:tblGrid>
      <w:tr w:rsidR="00497650" w14:paraId="75547D7F" w14:textId="77777777" w:rsidTr="00A93829">
        <w:trPr>
          <w:tblHeader/>
          <w:jc w:val="center"/>
        </w:trPr>
        <w:tc>
          <w:tcPr>
            <w:tcW w:w="5372" w:type="dxa"/>
            <w:tcBorders>
              <w:bottom w:val="single" w:sz="6" w:space="0" w:color="000000"/>
            </w:tcBorders>
            <w:shd w:val="clear" w:color="auto" w:fill="D9EAF7"/>
            <w:tcMar>
              <w:top w:w="35" w:type="dxa"/>
              <w:left w:w="55" w:type="dxa"/>
              <w:bottom w:w="35" w:type="dxa"/>
              <w:right w:w="55" w:type="dxa"/>
            </w:tcMar>
            <w:vAlign w:val="center"/>
          </w:tcPr>
          <w:p w14:paraId="250C6B87" w14:textId="77777777" w:rsidR="00497650" w:rsidRDefault="009E2559" w:rsidP="00A93829">
            <w:pPr>
              <w:shd w:val="clear" w:color="auto" w:fill="FFFFFF" w:themeFill="background1"/>
              <w:spacing w:after="0" w:line="240" w:lineRule="auto"/>
              <w:jc w:val="center"/>
            </w:pPr>
            <w:r>
              <w:rPr>
                <w:b/>
              </w:rPr>
              <w:t>Hoạt động của giáo viên</w:t>
            </w:r>
          </w:p>
        </w:tc>
        <w:tc>
          <w:tcPr>
            <w:tcW w:w="5372" w:type="dxa"/>
            <w:tcBorders>
              <w:bottom w:val="single" w:sz="6" w:space="0" w:color="000000"/>
            </w:tcBorders>
            <w:shd w:val="clear" w:color="auto" w:fill="D9EAF7"/>
            <w:tcMar>
              <w:top w:w="35" w:type="dxa"/>
              <w:left w:w="55" w:type="dxa"/>
              <w:bottom w:w="35" w:type="dxa"/>
              <w:right w:w="55" w:type="dxa"/>
            </w:tcMar>
            <w:vAlign w:val="center"/>
          </w:tcPr>
          <w:p w14:paraId="6885EFFC" w14:textId="77777777" w:rsidR="00497650" w:rsidRDefault="009E2559" w:rsidP="00A93829">
            <w:pPr>
              <w:shd w:val="clear" w:color="auto" w:fill="FFFFFF" w:themeFill="background1"/>
              <w:spacing w:after="0" w:line="240" w:lineRule="auto"/>
              <w:jc w:val="center"/>
            </w:pPr>
            <w:r>
              <w:rPr>
                <w:b/>
              </w:rPr>
              <w:t>Hoạt động của học sinh</w:t>
            </w:r>
          </w:p>
        </w:tc>
      </w:tr>
      <w:tr w:rsidR="00497650" w14:paraId="7719448B"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455F6101" w14:textId="77777777" w:rsidR="00497650" w:rsidRDefault="009E2559" w:rsidP="00A93829">
            <w:pPr>
              <w:shd w:val="clear" w:color="auto" w:fill="FFFFFF" w:themeFill="background1"/>
              <w:spacing w:after="0" w:line="240" w:lineRule="auto"/>
            </w:pPr>
            <w:r>
              <w:rPr>
                <w:b/>
              </w:rPr>
              <w:t>TIẾT 1 - 2</w:t>
            </w:r>
            <w:r>
              <w:br/>
            </w:r>
            <w:r>
              <w:rPr>
                <w:b/>
              </w:rPr>
              <w:t>1. KHỞI ĐỘNG (5 phút)</w:t>
            </w:r>
            <w:r>
              <w:br/>
            </w:r>
            <w:r>
              <w:rPr>
                <w:i/>
              </w:rPr>
              <w:t>Mục tiêu: HS nhớ lại chủ điểm Việt Nam quê hương em, tạo tâm thế ôn tập cuối học kì 2.</w:t>
            </w:r>
          </w:p>
        </w:tc>
      </w:tr>
      <w:tr w:rsidR="00497650" w14:paraId="068EC17E" w14:textId="77777777" w:rsidTr="00A93829">
        <w:trPr>
          <w:jc w:val="center"/>
        </w:trPr>
        <w:tc>
          <w:tcPr>
            <w:tcW w:w="5372" w:type="dxa"/>
            <w:tcBorders>
              <w:top w:val="single" w:sz="6" w:space="0" w:color="000000"/>
            </w:tcBorders>
            <w:tcMar>
              <w:top w:w="35" w:type="dxa"/>
              <w:left w:w="55" w:type="dxa"/>
              <w:bottom w:w="35" w:type="dxa"/>
              <w:right w:w="55" w:type="dxa"/>
            </w:tcMar>
          </w:tcPr>
          <w:p w14:paraId="1F6778E4" w14:textId="77777777" w:rsidR="00497650" w:rsidRDefault="009E2559" w:rsidP="00A93829">
            <w:pPr>
              <w:shd w:val="clear" w:color="auto" w:fill="FFFFFF" w:themeFill="background1"/>
              <w:spacing w:after="0" w:line="240" w:lineRule="auto"/>
            </w:pPr>
            <w:r>
              <w:t>- GV giới thiệu chủ điểm: Các bài học cuối học kì 2 nằm trong chủ điểm Việt Nam quê hương em. Qua các bài đã học, các em được gặp những nhân vật yêu quê hương, biết thêm cảnh đẹp đất nước, biển đảo, cánh đồng, Hồ Gươm và những câu chuyện dân gian giàu ý nghĩa.</w:t>
            </w:r>
          </w:p>
        </w:tc>
        <w:tc>
          <w:tcPr>
            <w:tcW w:w="5372" w:type="dxa"/>
            <w:tcBorders>
              <w:top w:val="single" w:sz="6" w:space="0" w:color="000000"/>
            </w:tcBorders>
            <w:tcMar>
              <w:top w:w="35" w:type="dxa"/>
              <w:left w:w="55" w:type="dxa"/>
              <w:bottom w:w="35" w:type="dxa"/>
              <w:right w:w="55" w:type="dxa"/>
            </w:tcMar>
          </w:tcPr>
          <w:p w14:paraId="5F9587FC" w14:textId="77777777" w:rsidR="00497650" w:rsidRDefault="009E2559" w:rsidP="00A93829">
            <w:pPr>
              <w:shd w:val="clear" w:color="auto" w:fill="FFFFFF" w:themeFill="background1"/>
              <w:spacing w:after="0" w:line="240" w:lineRule="auto"/>
            </w:pPr>
            <w:r>
              <w:t>- HS lắng nghe; nêu: Chủ điểm giúp em thêm yêu quê hương, đất nước, biết tự hào về cảnh đẹp và con người Việt Nam.</w:t>
            </w:r>
          </w:p>
        </w:tc>
      </w:tr>
      <w:tr w:rsidR="00497650" w14:paraId="28F9D176" w14:textId="77777777" w:rsidTr="00A93829">
        <w:trPr>
          <w:jc w:val="center"/>
        </w:trPr>
        <w:tc>
          <w:tcPr>
            <w:tcW w:w="5372" w:type="dxa"/>
            <w:tcMar>
              <w:top w:w="35" w:type="dxa"/>
              <w:left w:w="55" w:type="dxa"/>
              <w:bottom w:w="35" w:type="dxa"/>
              <w:right w:w="55" w:type="dxa"/>
            </w:tcMar>
          </w:tcPr>
          <w:p w14:paraId="2DA1A450" w14:textId="77777777" w:rsidR="00497650" w:rsidRDefault="009E2559" w:rsidP="00A93829">
            <w:pPr>
              <w:shd w:val="clear" w:color="auto" w:fill="FFFFFF" w:themeFill="background1"/>
              <w:spacing w:after="0" w:line="240" w:lineRule="auto"/>
            </w:pPr>
            <w:r>
              <w:t>- GV hỏi: Trong chủ điểm vừa học, em nhớ những bài đọc nào?</w:t>
            </w:r>
          </w:p>
        </w:tc>
        <w:tc>
          <w:tcPr>
            <w:tcW w:w="5372" w:type="dxa"/>
            <w:tcMar>
              <w:top w:w="35" w:type="dxa"/>
              <w:left w:w="55" w:type="dxa"/>
              <w:bottom w:w="35" w:type="dxa"/>
              <w:right w:w="55" w:type="dxa"/>
            </w:tcMar>
          </w:tcPr>
          <w:p w14:paraId="2D296AFA" w14:textId="77777777" w:rsidR="00497650" w:rsidRDefault="009E2559" w:rsidP="00A93829">
            <w:pPr>
              <w:shd w:val="clear" w:color="auto" w:fill="FFFFFF" w:themeFill="background1"/>
              <w:spacing w:after="0" w:line="240" w:lineRule="auto"/>
            </w:pPr>
            <w:r>
              <w:t>- HS nêu: Mai An Tiêm; Thư gửi bố ngoài đảo; Bóp nát quả cam; Chiếc rễ đa tròn; Đất nước chúng mình; Trên các miền đất nước; Chuyện quả bầu; Khám phá đáy biển ở Trường Sa; Hồ Gươm; Cánh đồng quê em.</w:t>
            </w:r>
          </w:p>
        </w:tc>
      </w:tr>
      <w:tr w:rsidR="00497650" w14:paraId="28285DA9" w14:textId="77777777" w:rsidTr="00A93829">
        <w:trPr>
          <w:jc w:val="center"/>
        </w:trPr>
        <w:tc>
          <w:tcPr>
            <w:tcW w:w="5372" w:type="dxa"/>
            <w:tcBorders>
              <w:bottom w:val="single" w:sz="6" w:space="0" w:color="000000"/>
            </w:tcBorders>
            <w:tcMar>
              <w:top w:w="35" w:type="dxa"/>
              <w:left w:w="55" w:type="dxa"/>
              <w:bottom w:w="35" w:type="dxa"/>
              <w:right w:w="55" w:type="dxa"/>
            </w:tcMar>
          </w:tcPr>
          <w:p w14:paraId="12E57123" w14:textId="77777777" w:rsidR="00497650" w:rsidRDefault="009E2559" w:rsidP="00A93829">
            <w:pPr>
              <w:shd w:val="clear" w:color="auto" w:fill="FFFFFF" w:themeFill="background1"/>
              <w:spacing w:after="0" w:line="240" w:lineRule="auto"/>
            </w:pPr>
            <w:r>
              <w:t>- GV dẫn vào bài: Hôm nay chúng ta bước vào tuần 35, cùng ôn tập lại các bài đã học để chuẩn bị đánh giá cuối học kì 2.</w:t>
            </w:r>
          </w:p>
        </w:tc>
        <w:tc>
          <w:tcPr>
            <w:tcW w:w="5372" w:type="dxa"/>
            <w:tcBorders>
              <w:bottom w:val="single" w:sz="6" w:space="0" w:color="000000"/>
            </w:tcBorders>
            <w:tcMar>
              <w:top w:w="35" w:type="dxa"/>
              <w:left w:w="55" w:type="dxa"/>
              <w:bottom w:w="35" w:type="dxa"/>
              <w:right w:w="55" w:type="dxa"/>
            </w:tcMar>
          </w:tcPr>
          <w:p w14:paraId="07321A52" w14:textId="77777777" w:rsidR="00497650" w:rsidRDefault="009E2559" w:rsidP="00A93829">
            <w:pPr>
              <w:shd w:val="clear" w:color="auto" w:fill="FFFFFF" w:themeFill="background1"/>
              <w:spacing w:after="0" w:line="240" w:lineRule="auto"/>
            </w:pPr>
            <w:r>
              <w:t>- HS lắng nghe, ghi tên bài: Ôn tập và đánh giá cuối học kì 2.</w:t>
            </w:r>
          </w:p>
        </w:tc>
      </w:tr>
      <w:tr w:rsidR="00497650" w14:paraId="54D1E8F5"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2F9DD3C5" w14:textId="77777777" w:rsidR="00497650" w:rsidRDefault="009E2559" w:rsidP="00A93829">
            <w:pPr>
              <w:shd w:val="clear" w:color="auto" w:fill="FFFFFF" w:themeFill="background1"/>
              <w:spacing w:after="0" w:line="240" w:lineRule="auto"/>
            </w:pPr>
            <w:r>
              <w:rPr>
                <w:b/>
              </w:rPr>
              <w:t>2. LUYỆN TẬP - THỰC HÀNH (27 phút)</w:t>
            </w:r>
            <w:r>
              <w:br/>
            </w:r>
            <w:r>
              <w:rPr>
                <w:i/>
              </w:rPr>
              <w:t>Mục tiêu: HS đọc lại các bài đã học, nêu được tên bài, chi tiết, nhân vật hoặc đoạn văn, đoạn thơ yêu thích.</w:t>
            </w:r>
          </w:p>
        </w:tc>
      </w:tr>
      <w:tr w:rsidR="00497650" w14:paraId="7474C197" w14:textId="77777777" w:rsidTr="00A93829">
        <w:trPr>
          <w:jc w:val="center"/>
        </w:trPr>
        <w:tc>
          <w:tcPr>
            <w:tcW w:w="5372" w:type="dxa"/>
            <w:tcBorders>
              <w:top w:val="single" w:sz="6" w:space="0" w:color="000000"/>
            </w:tcBorders>
            <w:tcMar>
              <w:top w:w="35" w:type="dxa"/>
              <w:left w:w="55" w:type="dxa"/>
              <w:bottom w:w="35" w:type="dxa"/>
              <w:right w:w="55" w:type="dxa"/>
            </w:tcMar>
          </w:tcPr>
          <w:p w14:paraId="13E2E848" w14:textId="77777777" w:rsidR="00497650" w:rsidRDefault="009E2559" w:rsidP="00A93829">
            <w:pPr>
              <w:shd w:val="clear" w:color="auto" w:fill="FFFFFF" w:themeFill="background1"/>
              <w:spacing w:after="0" w:line="240" w:lineRule="auto"/>
            </w:pPr>
            <w:r>
              <w:t xml:space="preserve">- GV yêu cầu HS quan sát tranh bài tập 1: </w:t>
            </w:r>
            <w:r>
              <w:rPr>
                <w:b/>
              </w:rPr>
              <w:t>Đọc lại các bài đã học.</w:t>
            </w:r>
          </w:p>
          <w:p w14:paraId="02F5CD81" w14:textId="280521DA"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2AD97BF2" w14:textId="77777777" w:rsidR="00497650" w:rsidRDefault="009E2559" w:rsidP="00A93829">
            <w:pPr>
              <w:shd w:val="clear" w:color="auto" w:fill="FFFFFF" w:themeFill="background1"/>
              <w:spacing w:after="0" w:line="240" w:lineRule="auto"/>
            </w:pPr>
            <w:r>
              <w:t>- HS quan sát tranh, đọc tên các bài trên từng mảnh giấy.</w:t>
            </w:r>
          </w:p>
        </w:tc>
      </w:tr>
      <w:tr w:rsidR="00497650" w14:paraId="7E855196" w14:textId="77777777" w:rsidTr="00A93829">
        <w:trPr>
          <w:jc w:val="center"/>
        </w:trPr>
        <w:tc>
          <w:tcPr>
            <w:tcW w:w="5372" w:type="dxa"/>
            <w:tcMar>
              <w:top w:w="35" w:type="dxa"/>
              <w:left w:w="55" w:type="dxa"/>
              <w:bottom w:w="35" w:type="dxa"/>
              <w:right w:w="55" w:type="dxa"/>
            </w:tcMar>
          </w:tcPr>
          <w:p w14:paraId="3E33A40F" w14:textId="77777777" w:rsidR="00497650" w:rsidRDefault="009E2559" w:rsidP="00A93829">
            <w:pPr>
              <w:shd w:val="clear" w:color="auto" w:fill="FFFFFF" w:themeFill="background1"/>
              <w:spacing w:after="0" w:line="240" w:lineRule="auto"/>
            </w:pPr>
            <w:r>
              <w:lastRenderedPageBreak/>
              <w:t>- GV tổ chức trò chơi “Bốc thăm bài đọc”: mỗi nhóm bốc thăm một tên bài, cùng tìm nhanh nội dung chính của bài.</w:t>
            </w:r>
          </w:p>
        </w:tc>
        <w:tc>
          <w:tcPr>
            <w:tcW w:w="5372" w:type="dxa"/>
            <w:tcMar>
              <w:top w:w="35" w:type="dxa"/>
              <w:left w:w="55" w:type="dxa"/>
              <w:bottom w:w="35" w:type="dxa"/>
              <w:right w:w="55" w:type="dxa"/>
            </w:tcMar>
          </w:tcPr>
          <w:p w14:paraId="5E29A3FF" w14:textId="77777777" w:rsidR="00497650" w:rsidRDefault="009E2559" w:rsidP="00A93829">
            <w:pPr>
              <w:shd w:val="clear" w:color="auto" w:fill="FFFFFF" w:themeFill="background1"/>
              <w:spacing w:after="0" w:line="240" w:lineRule="auto"/>
            </w:pPr>
            <w:r>
              <w:t>- HS tham gia theo nhóm. Dự kiến: Bài Mai An Tiêm kể về người cần cù, tự lập; Bài Hồ Gươm tả cảnh đẹp ở Hà Nội; Bài Cánh đồng quê em tả vẻ đẹp cánh đồng.</w:t>
            </w:r>
          </w:p>
        </w:tc>
      </w:tr>
      <w:tr w:rsidR="00497650" w14:paraId="4D6E1C3A" w14:textId="77777777" w:rsidTr="00A93829">
        <w:trPr>
          <w:jc w:val="center"/>
        </w:trPr>
        <w:tc>
          <w:tcPr>
            <w:tcW w:w="5372" w:type="dxa"/>
            <w:tcMar>
              <w:top w:w="35" w:type="dxa"/>
              <w:left w:w="55" w:type="dxa"/>
              <w:bottom w:w="35" w:type="dxa"/>
              <w:right w:w="55" w:type="dxa"/>
            </w:tcMar>
          </w:tcPr>
          <w:p w14:paraId="5B97F388" w14:textId="77777777" w:rsidR="00497650" w:rsidRDefault="009E2559" w:rsidP="00A93829">
            <w:pPr>
              <w:shd w:val="clear" w:color="auto" w:fill="FFFFFF" w:themeFill="background1"/>
              <w:spacing w:after="0" w:line="240" w:lineRule="auto"/>
            </w:pPr>
            <w:r>
              <w:t>- GV yêu cầu HS đọc lại một đoạn ngắn trong bài nhóm mình bốc được, chú ý đọc đúng, rõ ràng, ngắt nghỉ đúng dấu câu.</w:t>
            </w:r>
          </w:p>
        </w:tc>
        <w:tc>
          <w:tcPr>
            <w:tcW w:w="5372" w:type="dxa"/>
            <w:tcMar>
              <w:top w:w="35" w:type="dxa"/>
              <w:left w:w="55" w:type="dxa"/>
              <w:bottom w:w="35" w:type="dxa"/>
              <w:right w:w="55" w:type="dxa"/>
            </w:tcMar>
          </w:tcPr>
          <w:p w14:paraId="6F6694FA" w14:textId="77777777" w:rsidR="00497650" w:rsidRDefault="009E2559" w:rsidP="00A93829">
            <w:pPr>
              <w:shd w:val="clear" w:color="auto" w:fill="FFFFFF" w:themeFill="background1"/>
              <w:spacing w:after="0" w:line="240" w:lineRule="auto"/>
            </w:pPr>
            <w:r>
              <w:t>- HS đọc đoạn đã chọn; bạn trong nhóm theo dõi, nhắc bạn đọc rõ tiếng khó và đọc đủ câu.</w:t>
            </w:r>
          </w:p>
        </w:tc>
      </w:tr>
      <w:tr w:rsidR="00497650" w14:paraId="19DE4F62" w14:textId="77777777" w:rsidTr="00A93829">
        <w:trPr>
          <w:jc w:val="center"/>
        </w:trPr>
        <w:tc>
          <w:tcPr>
            <w:tcW w:w="5372" w:type="dxa"/>
            <w:tcMar>
              <w:top w:w="35" w:type="dxa"/>
              <w:left w:w="55" w:type="dxa"/>
              <w:bottom w:w="35" w:type="dxa"/>
              <w:right w:w="55" w:type="dxa"/>
            </w:tcMar>
          </w:tcPr>
          <w:p w14:paraId="143DBC02" w14:textId="77777777" w:rsidR="00497650" w:rsidRDefault="009E2559" w:rsidP="00A93829">
            <w:pPr>
              <w:shd w:val="clear" w:color="auto" w:fill="FFFFFF" w:themeFill="background1"/>
              <w:spacing w:after="0" w:line="240" w:lineRule="auto"/>
            </w:pPr>
            <w:r>
              <w:t>- GV mời đại diện nhóm đọc trước lớp; nhắc HS dưới lớp lắng nghe để nhận xét bằng lời lịch sự.</w:t>
            </w:r>
          </w:p>
        </w:tc>
        <w:tc>
          <w:tcPr>
            <w:tcW w:w="5372" w:type="dxa"/>
            <w:tcMar>
              <w:top w:w="35" w:type="dxa"/>
              <w:left w:w="55" w:type="dxa"/>
              <w:bottom w:w="35" w:type="dxa"/>
              <w:right w:w="55" w:type="dxa"/>
            </w:tcMar>
          </w:tcPr>
          <w:p w14:paraId="1F625186" w14:textId="77777777" w:rsidR="00497650" w:rsidRDefault="009E2559" w:rsidP="00A93829">
            <w:pPr>
              <w:shd w:val="clear" w:color="auto" w:fill="FFFFFF" w:themeFill="background1"/>
              <w:spacing w:after="0" w:line="240" w:lineRule="auto"/>
            </w:pPr>
            <w:r>
              <w:t>- Đại diện nhóm đọc; HS khác nhận xét: Bạn đọc rõ, biết ngắt nghỉ; bạn cần đọc chậm hơn ở câu dài.</w:t>
            </w:r>
          </w:p>
        </w:tc>
      </w:tr>
      <w:tr w:rsidR="00497650" w14:paraId="23592C5A" w14:textId="77777777" w:rsidTr="00A93829">
        <w:trPr>
          <w:jc w:val="center"/>
        </w:trPr>
        <w:tc>
          <w:tcPr>
            <w:tcW w:w="5372" w:type="dxa"/>
            <w:tcMar>
              <w:top w:w="35" w:type="dxa"/>
              <w:left w:w="55" w:type="dxa"/>
              <w:bottom w:w="35" w:type="dxa"/>
              <w:right w:w="55" w:type="dxa"/>
            </w:tcMar>
          </w:tcPr>
          <w:p w14:paraId="009823F1" w14:textId="77777777" w:rsidR="00497650" w:rsidRDefault="009E2559" w:rsidP="00A93829">
            <w:pPr>
              <w:shd w:val="clear" w:color="auto" w:fill="FFFFFF" w:themeFill="background1"/>
              <w:spacing w:after="0" w:line="240" w:lineRule="auto"/>
            </w:pPr>
            <w:r>
              <w:t xml:space="preserve">- GV yêu cầu HS thực hiện bài tập 2: </w:t>
            </w:r>
            <w:r>
              <w:rPr>
                <w:b/>
              </w:rPr>
              <w:t>Trao đổi về các bài đọc: Nêu tên bài đã đọc, chi tiết, nhân vật hoặc đoạn văn, đoạn thơ mình yêu thích nhất.</w:t>
            </w:r>
          </w:p>
        </w:tc>
        <w:tc>
          <w:tcPr>
            <w:tcW w:w="5372" w:type="dxa"/>
            <w:tcMar>
              <w:top w:w="35" w:type="dxa"/>
              <w:left w:w="55" w:type="dxa"/>
              <w:bottom w:w="35" w:type="dxa"/>
              <w:right w:w="55" w:type="dxa"/>
            </w:tcMar>
          </w:tcPr>
          <w:p w14:paraId="67A79703" w14:textId="77777777" w:rsidR="00497650" w:rsidRDefault="009E2559" w:rsidP="00A93829">
            <w:pPr>
              <w:shd w:val="clear" w:color="auto" w:fill="FFFFFF" w:themeFill="background1"/>
              <w:spacing w:after="0" w:line="240" w:lineRule="auto"/>
            </w:pPr>
            <w:r>
              <w:t>- HS đọc yêu cầu, hiểu nhiệm vụ: nói tên bài, nêu chi tiết/nhân vật/đoạn văn, đoạn thơ mình yêu thích và lí do.</w:t>
            </w:r>
          </w:p>
        </w:tc>
      </w:tr>
      <w:tr w:rsidR="00497650" w14:paraId="69F2B87B" w14:textId="77777777" w:rsidTr="00A93829">
        <w:trPr>
          <w:jc w:val="center"/>
        </w:trPr>
        <w:tc>
          <w:tcPr>
            <w:tcW w:w="5372" w:type="dxa"/>
            <w:tcMar>
              <w:top w:w="35" w:type="dxa"/>
              <w:left w:w="55" w:type="dxa"/>
              <w:bottom w:w="35" w:type="dxa"/>
              <w:right w:w="55" w:type="dxa"/>
            </w:tcMar>
          </w:tcPr>
          <w:p w14:paraId="2F074AF8" w14:textId="77777777" w:rsidR="00497650" w:rsidRDefault="009E2559" w:rsidP="00A93829">
            <w:pPr>
              <w:shd w:val="clear" w:color="auto" w:fill="FFFFFF" w:themeFill="background1"/>
              <w:spacing w:after="0" w:line="240" w:lineRule="auto"/>
            </w:pPr>
            <w:r>
              <w:t>- GV gợi ý từng ý: Em thích bài nào? Em thích nhân vật, chi tiết hay đoạn nào? Vì sao em thích?</w:t>
            </w:r>
          </w:p>
        </w:tc>
        <w:tc>
          <w:tcPr>
            <w:tcW w:w="5372" w:type="dxa"/>
            <w:tcMar>
              <w:top w:w="35" w:type="dxa"/>
              <w:left w:w="55" w:type="dxa"/>
              <w:bottom w:w="35" w:type="dxa"/>
              <w:right w:w="55" w:type="dxa"/>
            </w:tcMar>
          </w:tcPr>
          <w:p w14:paraId="45D3D081" w14:textId="77777777" w:rsidR="00497650" w:rsidRDefault="009E2559" w:rsidP="00A93829">
            <w:pPr>
              <w:shd w:val="clear" w:color="auto" w:fill="FFFFFF" w:themeFill="background1"/>
              <w:spacing w:after="0" w:line="240" w:lineRule="auto"/>
            </w:pPr>
            <w:r>
              <w:t>- HS trả lời mẫu: Em thích bài Bóp nát quả cam vì Trần Quốc Toản còn nhỏ tuổi nhưng rất yêu nước. Em thích bài Chiếc rễ đa tròn vì Bác Hồ rất yêu thương thiếu nhi.</w:t>
            </w:r>
          </w:p>
        </w:tc>
      </w:tr>
      <w:tr w:rsidR="00497650" w14:paraId="1985944A" w14:textId="77777777" w:rsidTr="00A93829">
        <w:trPr>
          <w:jc w:val="center"/>
        </w:trPr>
        <w:tc>
          <w:tcPr>
            <w:tcW w:w="5372" w:type="dxa"/>
            <w:tcMar>
              <w:top w:w="35" w:type="dxa"/>
              <w:left w:w="55" w:type="dxa"/>
              <w:bottom w:w="35" w:type="dxa"/>
              <w:right w:w="55" w:type="dxa"/>
            </w:tcMar>
          </w:tcPr>
          <w:p w14:paraId="1F9C3BCC" w14:textId="77777777" w:rsidR="00497650" w:rsidRDefault="009E2559" w:rsidP="00A93829">
            <w:pPr>
              <w:shd w:val="clear" w:color="auto" w:fill="FFFFFF" w:themeFill="background1"/>
              <w:spacing w:after="0" w:line="240" w:lineRule="auto"/>
            </w:pPr>
            <w:r>
              <w:t>- GV cho HS trao đổi nhóm đôi; mỗi bạn nói ít nhất 3 câu về bài mình yêu thích.</w:t>
            </w:r>
          </w:p>
        </w:tc>
        <w:tc>
          <w:tcPr>
            <w:tcW w:w="5372" w:type="dxa"/>
            <w:tcMar>
              <w:top w:w="35" w:type="dxa"/>
              <w:left w:w="55" w:type="dxa"/>
              <w:bottom w:w="35" w:type="dxa"/>
              <w:right w:w="55" w:type="dxa"/>
            </w:tcMar>
          </w:tcPr>
          <w:p w14:paraId="47AED747" w14:textId="77777777" w:rsidR="00497650" w:rsidRDefault="009E2559" w:rsidP="00A93829">
            <w:pPr>
              <w:shd w:val="clear" w:color="auto" w:fill="FFFFFF" w:themeFill="background1"/>
              <w:spacing w:after="0" w:line="240" w:lineRule="auto"/>
            </w:pPr>
            <w:r>
              <w:t>- HS trao đổi nhóm đôi. Dự kiến: Em thích bài Cánh đồng quê em. Bài thơ tả cánh đồng đẹp, có nắng, có lúa và chim chiền chiện. Em thấy quê hương rất bình yên.</w:t>
            </w:r>
          </w:p>
        </w:tc>
      </w:tr>
      <w:tr w:rsidR="00497650" w14:paraId="5B439B01" w14:textId="77777777" w:rsidTr="00A93829">
        <w:trPr>
          <w:jc w:val="center"/>
        </w:trPr>
        <w:tc>
          <w:tcPr>
            <w:tcW w:w="5372" w:type="dxa"/>
            <w:tcMar>
              <w:top w:w="35" w:type="dxa"/>
              <w:left w:w="55" w:type="dxa"/>
              <w:bottom w:w="35" w:type="dxa"/>
              <w:right w:w="55" w:type="dxa"/>
            </w:tcMar>
          </w:tcPr>
          <w:p w14:paraId="34969806" w14:textId="77777777" w:rsidR="00497650" w:rsidRDefault="009E2559" w:rsidP="00A93829">
            <w:pPr>
              <w:shd w:val="clear" w:color="auto" w:fill="FFFFFF" w:themeFill="background1"/>
              <w:spacing w:after="0" w:line="240" w:lineRule="auto"/>
            </w:pPr>
            <w:r>
              <w:t>- GV mời một số HS trình bày trước lớp; yêu cầu HS nói thành câu trọn vẹn, không chỉ đọc tên bài.</w:t>
            </w:r>
          </w:p>
        </w:tc>
        <w:tc>
          <w:tcPr>
            <w:tcW w:w="5372" w:type="dxa"/>
            <w:tcMar>
              <w:top w:w="35" w:type="dxa"/>
              <w:left w:w="55" w:type="dxa"/>
              <w:bottom w:w="35" w:type="dxa"/>
              <w:right w:w="55" w:type="dxa"/>
            </w:tcMar>
          </w:tcPr>
          <w:p w14:paraId="1053006A" w14:textId="77777777" w:rsidR="00497650" w:rsidRDefault="009E2559" w:rsidP="00A93829">
            <w:pPr>
              <w:shd w:val="clear" w:color="auto" w:fill="FFFFFF" w:themeFill="background1"/>
              <w:spacing w:after="0" w:line="240" w:lineRule="auto"/>
            </w:pPr>
            <w:r>
              <w:t>- HS trình bày; lớp lắng nghe, bổ sung thêm chi tiết nếu bạn nói còn thiếu.</w:t>
            </w:r>
          </w:p>
        </w:tc>
      </w:tr>
      <w:tr w:rsidR="00497650" w14:paraId="3759071C" w14:textId="77777777" w:rsidTr="00A93829">
        <w:trPr>
          <w:jc w:val="center"/>
        </w:trPr>
        <w:tc>
          <w:tcPr>
            <w:tcW w:w="5372" w:type="dxa"/>
            <w:tcBorders>
              <w:bottom w:val="single" w:sz="6" w:space="0" w:color="000000"/>
            </w:tcBorders>
            <w:tcMar>
              <w:top w:w="35" w:type="dxa"/>
              <w:left w:w="55" w:type="dxa"/>
              <w:bottom w:w="35" w:type="dxa"/>
              <w:right w:w="55" w:type="dxa"/>
            </w:tcMar>
          </w:tcPr>
          <w:p w14:paraId="4B9E4D8E" w14:textId="77777777" w:rsidR="00497650" w:rsidRDefault="009E2559" w:rsidP="00A93829">
            <w:pPr>
              <w:shd w:val="clear" w:color="auto" w:fill="FFFFFF" w:themeFill="background1"/>
              <w:spacing w:after="0" w:line="240" w:lineRule="auto"/>
            </w:pPr>
            <w:r>
              <w:t>- GV kết luận: Khi ôn tập bài đọc, các em cần nhớ tên bài, nội dung chính, nhân vật hoặc hình ảnh nổi bật và nói được cảm nghĩ của mình.</w:t>
            </w:r>
          </w:p>
        </w:tc>
        <w:tc>
          <w:tcPr>
            <w:tcW w:w="5372" w:type="dxa"/>
            <w:tcBorders>
              <w:bottom w:val="single" w:sz="6" w:space="0" w:color="000000"/>
            </w:tcBorders>
            <w:tcMar>
              <w:top w:w="35" w:type="dxa"/>
              <w:left w:w="55" w:type="dxa"/>
              <w:bottom w:w="35" w:type="dxa"/>
              <w:right w:w="55" w:type="dxa"/>
            </w:tcMar>
          </w:tcPr>
          <w:p w14:paraId="13121269" w14:textId="77777777" w:rsidR="00497650" w:rsidRDefault="009E2559" w:rsidP="00A93829">
            <w:pPr>
              <w:shd w:val="clear" w:color="auto" w:fill="FFFFFF" w:themeFill="background1"/>
              <w:spacing w:after="0" w:line="240" w:lineRule="auto"/>
            </w:pPr>
            <w:r>
              <w:t>- HS lắng nghe, nhắc lại cách ôn tập bài đọc.</w:t>
            </w:r>
          </w:p>
        </w:tc>
      </w:tr>
      <w:tr w:rsidR="00497650" w14:paraId="5D1E6208"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6D728327" w14:textId="77777777" w:rsidR="00497650" w:rsidRDefault="009E2559" w:rsidP="00A93829">
            <w:pPr>
              <w:shd w:val="clear" w:color="auto" w:fill="FFFFFF" w:themeFill="background1"/>
              <w:spacing w:after="0" w:line="240" w:lineRule="auto"/>
            </w:pPr>
            <w:r>
              <w:rPr>
                <w:b/>
              </w:rPr>
              <w:t>3. VẬN DỤNG (3 phút)</w:t>
            </w:r>
            <w:r>
              <w:br/>
            </w:r>
            <w:r>
              <w:rPr>
                <w:i/>
              </w:rPr>
              <w:t>Mục tiêu: HS biết chia sẻ bài đọc yêu thích với người thân.</w:t>
            </w:r>
          </w:p>
        </w:tc>
      </w:tr>
      <w:tr w:rsidR="00497650" w14:paraId="514B4641" w14:textId="77777777" w:rsidTr="00A93829">
        <w:trPr>
          <w:jc w:val="center"/>
        </w:trPr>
        <w:tc>
          <w:tcPr>
            <w:tcW w:w="5372" w:type="dxa"/>
            <w:tcBorders>
              <w:top w:val="single" w:sz="6" w:space="0" w:color="000000"/>
            </w:tcBorders>
            <w:tcMar>
              <w:top w:w="35" w:type="dxa"/>
              <w:left w:w="55" w:type="dxa"/>
              <w:bottom w:w="35" w:type="dxa"/>
              <w:right w:w="55" w:type="dxa"/>
            </w:tcMar>
          </w:tcPr>
          <w:p w14:paraId="71A3B847" w14:textId="77777777" w:rsidR="00497650" w:rsidRDefault="009E2559" w:rsidP="00A93829">
            <w:pPr>
              <w:shd w:val="clear" w:color="auto" w:fill="FFFFFF" w:themeFill="background1"/>
              <w:spacing w:after="0" w:line="240" w:lineRule="auto"/>
            </w:pPr>
            <w:r>
              <w:t>- GV giao nhiệm vụ: Tối nay, em chọn một bài đọc em thích trong chủ điểm Việt Nam quê hương em và kể lại cho người thân nghe.</w:t>
            </w:r>
          </w:p>
        </w:tc>
        <w:tc>
          <w:tcPr>
            <w:tcW w:w="5372" w:type="dxa"/>
            <w:tcBorders>
              <w:top w:val="single" w:sz="6" w:space="0" w:color="000000"/>
            </w:tcBorders>
            <w:tcMar>
              <w:top w:w="35" w:type="dxa"/>
              <w:left w:w="55" w:type="dxa"/>
              <w:bottom w:w="35" w:type="dxa"/>
              <w:right w:w="55" w:type="dxa"/>
            </w:tcMar>
          </w:tcPr>
          <w:p w14:paraId="30E160CC" w14:textId="77777777" w:rsidR="00497650" w:rsidRDefault="009E2559" w:rsidP="00A93829">
            <w:pPr>
              <w:shd w:val="clear" w:color="auto" w:fill="FFFFFF" w:themeFill="background1"/>
              <w:spacing w:after="0" w:line="240" w:lineRule="auto"/>
            </w:pPr>
            <w:r>
              <w:t>- HS ghi nhớ; nêu bài mình dự định kể: Em sẽ kể bài Chuyện quả bầu/Hồ Gươm/Cánh đồng quê em.</w:t>
            </w:r>
          </w:p>
        </w:tc>
      </w:tr>
      <w:tr w:rsidR="00497650" w14:paraId="429CBFF0" w14:textId="77777777" w:rsidTr="00A93829">
        <w:trPr>
          <w:jc w:val="center"/>
        </w:trPr>
        <w:tc>
          <w:tcPr>
            <w:tcW w:w="5372" w:type="dxa"/>
            <w:tcMar>
              <w:top w:w="35" w:type="dxa"/>
              <w:left w:w="55" w:type="dxa"/>
              <w:bottom w:w="35" w:type="dxa"/>
              <w:right w:w="55" w:type="dxa"/>
            </w:tcMar>
          </w:tcPr>
          <w:p w14:paraId="4FD304C7" w14:textId="77777777" w:rsidR="00497650" w:rsidRDefault="009E2559" w:rsidP="00A93829">
            <w:pPr>
              <w:shd w:val="clear" w:color="auto" w:fill="FFFFFF" w:themeFill="background1"/>
              <w:spacing w:after="0" w:line="240" w:lineRule="auto"/>
            </w:pPr>
            <w:r>
              <w:t>- GV dặn HS chuẩn bị tiết sau: đọc lại bài thơ Thăm bạn ốm và quan sát tranh công viên trong SGK.</w:t>
            </w:r>
          </w:p>
        </w:tc>
        <w:tc>
          <w:tcPr>
            <w:tcW w:w="5372" w:type="dxa"/>
            <w:tcMar>
              <w:top w:w="35" w:type="dxa"/>
              <w:left w:w="55" w:type="dxa"/>
              <w:bottom w:w="35" w:type="dxa"/>
              <w:right w:w="55" w:type="dxa"/>
            </w:tcMar>
          </w:tcPr>
          <w:p w14:paraId="6D6B25F9" w14:textId="77777777" w:rsidR="00497650" w:rsidRDefault="009E2559" w:rsidP="00A93829">
            <w:pPr>
              <w:shd w:val="clear" w:color="auto" w:fill="FFFFFF" w:themeFill="background1"/>
              <w:spacing w:after="0" w:line="240" w:lineRule="auto"/>
            </w:pPr>
            <w:r>
              <w:t>- HS lắng nghe, chuẩn bị bài.</w:t>
            </w:r>
          </w:p>
        </w:tc>
      </w:tr>
    </w:tbl>
    <w:p w14:paraId="127C250B" w14:textId="77777777" w:rsidR="00497650" w:rsidRDefault="009E2559" w:rsidP="00A93829">
      <w:pPr>
        <w:shd w:val="clear" w:color="auto" w:fill="FFFFFF" w:themeFill="background1"/>
        <w:spacing w:after="0" w:line="240" w:lineRule="auto"/>
      </w:pPr>
      <w:r>
        <w:rPr>
          <w:b/>
        </w:rPr>
        <w:t>IV. ĐIỀU CHỈNH SAU TIẾT HỌC (NẾU CÓ)</w:t>
      </w:r>
    </w:p>
    <w:p w14:paraId="3FA5DC15" w14:textId="77777777" w:rsidR="00497650" w:rsidRDefault="00497650" w:rsidP="00A93829">
      <w:pPr>
        <w:shd w:val="clear" w:color="auto" w:fill="FFFFFF" w:themeFill="background1"/>
        <w:spacing w:after="0" w:line="240" w:lineRule="auto"/>
      </w:pPr>
    </w:p>
    <w:p w14:paraId="58F8D73C" w14:textId="77777777" w:rsidR="00497650" w:rsidRDefault="009E2559" w:rsidP="00A93829">
      <w:pPr>
        <w:shd w:val="clear" w:color="auto" w:fill="FFFFFF" w:themeFill="background1"/>
        <w:spacing w:after="0" w:line="240" w:lineRule="auto"/>
        <w:jc w:val="center"/>
      </w:pPr>
      <w:r>
        <w:rPr>
          <w:b/>
        </w:rPr>
        <w:t>KẾ HOẠCH BÀI DẠY MÔN TIẾNG VIỆT LỚP 2 - TUẦN 35</w:t>
      </w:r>
    </w:p>
    <w:p w14:paraId="5D660F2F" w14:textId="77777777" w:rsidR="00497650" w:rsidRDefault="009E2559" w:rsidP="00A93829">
      <w:pPr>
        <w:shd w:val="clear" w:color="auto" w:fill="FFFFFF" w:themeFill="background1"/>
        <w:spacing w:after="0" w:line="240" w:lineRule="auto"/>
        <w:jc w:val="center"/>
      </w:pPr>
      <w:r>
        <w:rPr>
          <w:b/>
        </w:rPr>
        <w:t>ÔN TẬP VÀ ĐÁNH GIÁ CUỐI HỌC KÌ 2</w:t>
      </w:r>
    </w:p>
    <w:p w14:paraId="2F61579D" w14:textId="77777777" w:rsidR="00497650" w:rsidRDefault="009E2559" w:rsidP="00A93829">
      <w:pPr>
        <w:shd w:val="clear" w:color="auto" w:fill="FFFFFF" w:themeFill="background1"/>
        <w:spacing w:after="0" w:line="240" w:lineRule="auto"/>
        <w:jc w:val="center"/>
      </w:pPr>
      <w:r>
        <w:rPr>
          <w:b/>
        </w:rPr>
        <w:t>PHẦN I - ÔN TẬP</w:t>
      </w:r>
    </w:p>
    <w:p w14:paraId="446AFE32" w14:textId="77777777" w:rsidR="00497650" w:rsidRDefault="009E2559" w:rsidP="00A93829">
      <w:pPr>
        <w:shd w:val="clear" w:color="auto" w:fill="FFFFFF" w:themeFill="background1"/>
        <w:spacing w:after="60" w:line="240" w:lineRule="auto"/>
        <w:jc w:val="center"/>
      </w:pPr>
      <w:r>
        <w:rPr>
          <w:b/>
        </w:rPr>
        <w:t>TIẾT 3 - 4</w:t>
      </w:r>
    </w:p>
    <w:p w14:paraId="57A6AE09" w14:textId="77777777" w:rsidR="00497650" w:rsidRDefault="009E2559" w:rsidP="00A93829">
      <w:pPr>
        <w:shd w:val="clear" w:color="auto" w:fill="FFFFFF" w:themeFill="background1"/>
        <w:spacing w:after="0" w:line="240" w:lineRule="auto"/>
      </w:pPr>
      <w:r>
        <w:rPr>
          <w:b/>
        </w:rPr>
        <w:t>I. YÊU CẦU CẦN ĐẠT</w:t>
      </w:r>
    </w:p>
    <w:p w14:paraId="306F825C" w14:textId="77777777" w:rsidR="00497650" w:rsidRDefault="009E2559" w:rsidP="00A93829">
      <w:pPr>
        <w:shd w:val="clear" w:color="auto" w:fill="FFFFFF" w:themeFill="background1"/>
        <w:spacing w:after="0" w:line="240" w:lineRule="auto"/>
      </w:pPr>
      <w:r>
        <w:rPr>
          <w:b/>
        </w:rPr>
        <w:t>1. Năng lực đặc thù</w:t>
      </w:r>
    </w:p>
    <w:p w14:paraId="40E8DD43" w14:textId="77777777" w:rsidR="00497650" w:rsidRDefault="009E2559" w:rsidP="00A93829">
      <w:pPr>
        <w:shd w:val="clear" w:color="auto" w:fill="FFFFFF" w:themeFill="background1"/>
        <w:spacing w:after="0" w:line="240" w:lineRule="auto"/>
      </w:pPr>
      <w:r>
        <w:t>- Đọc hiểu bài thơ Thăm bạn ốm; trả lời được các câu hỏi trong SGK bằng câu cụ thể.</w:t>
      </w:r>
    </w:p>
    <w:p w14:paraId="407D2503" w14:textId="77777777" w:rsidR="00497650" w:rsidRDefault="009E2559" w:rsidP="00A93829">
      <w:pPr>
        <w:shd w:val="clear" w:color="auto" w:fill="FFFFFF" w:themeFill="background1"/>
        <w:spacing w:after="0" w:line="240" w:lineRule="auto"/>
      </w:pPr>
      <w:r>
        <w:t>- Tìm được từ ngữ chỉ sự vật, từ ngữ chỉ đặc điểm, từ ngữ chỉ hoạt động qua tranh; đặt được câu giới thiệu sự vật, câu nêu đặc điểm và câu nêu hoạt động.</w:t>
      </w:r>
    </w:p>
    <w:p w14:paraId="1C01BD7B" w14:textId="77777777" w:rsidR="00497650" w:rsidRDefault="009E2559" w:rsidP="00A93829">
      <w:pPr>
        <w:shd w:val="clear" w:color="auto" w:fill="FFFFFF" w:themeFill="background1"/>
        <w:spacing w:after="0" w:line="240" w:lineRule="auto"/>
      </w:pPr>
      <w:r>
        <w:t>- Biết đóng vai nói lời thăm hỏi, động viên bạn khi bạn bị ốm.</w:t>
      </w:r>
    </w:p>
    <w:p w14:paraId="09CEE5EA" w14:textId="77777777" w:rsidR="00497650" w:rsidRDefault="009E2559" w:rsidP="00A93829">
      <w:pPr>
        <w:shd w:val="clear" w:color="auto" w:fill="FFFFFF" w:themeFill="background1"/>
        <w:spacing w:after="0" w:line="240" w:lineRule="auto"/>
      </w:pPr>
      <w:r>
        <w:rPr>
          <w:b/>
        </w:rPr>
        <w:t>2. Năng lực chung</w:t>
      </w:r>
    </w:p>
    <w:p w14:paraId="6156E765" w14:textId="77777777" w:rsidR="00497650" w:rsidRDefault="009E2559" w:rsidP="00A93829">
      <w:pPr>
        <w:shd w:val="clear" w:color="auto" w:fill="FFFFFF" w:themeFill="background1"/>
        <w:spacing w:after="0" w:line="240" w:lineRule="auto"/>
      </w:pPr>
      <w:r>
        <w:lastRenderedPageBreak/>
        <w:t>- Tự chủ và tự học: Chủ động đọc thầm bài thơ, tìm chi tiết trả lời câu hỏi.</w:t>
      </w:r>
    </w:p>
    <w:p w14:paraId="5DF80008" w14:textId="77777777" w:rsidR="00497650" w:rsidRDefault="009E2559" w:rsidP="00A93829">
      <w:pPr>
        <w:shd w:val="clear" w:color="auto" w:fill="FFFFFF" w:themeFill="background1"/>
        <w:spacing w:after="0" w:line="240" w:lineRule="auto"/>
      </w:pPr>
      <w:r>
        <w:t>- Giao tiếp và hợp tác: Thảo luận nhóm đôi, nhóm bốn; biết chia sẻ lời thăm hỏi phù hợp.</w:t>
      </w:r>
    </w:p>
    <w:p w14:paraId="0E2613CB" w14:textId="77777777" w:rsidR="00497650" w:rsidRDefault="009E2559" w:rsidP="00A93829">
      <w:pPr>
        <w:shd w:val="clear" w:color="auto" w:fill="FFFFFF" w:themeFill="background1"/>
        <w:spacing w:after="0" w:line="240" w:lineRule="auto"/>
      </w:pPr>
      <w:r>
        <w:t>- Giải quyết vấn đề và sáng tạo: Biết lựa chọn từ ngữ phù hợp để đặt câu và xử lí tình huống động viên bạn.</w:t>
      </w:r>
    </w:p>
    <w:p w14:paraId="65D200E6" w14:textId="77777777" w:rsidR="00497650" w:rsidRDefault="009E2559" w:rsidP="00A93829">
      <w:pPr>
        <w:shd w:val="clear" w:color="auto" w:fill="FFFFFF" w:themeFill="background1"/>
        <w:spacing w:after="0" w:line="240" w:lineRule="auto"/>
      </w:pPr>
      <w:r>
        <w:rPr>
          <w:b/>
        </w:rPr>
        <w:t>3. Phẩm chất</w:t>
      </w:r>
    </w:p>
    <w:p w14:paraId="44797390" w14:textId="77777777" w:rsidR="00497650" w:rsidRDefault="009E2559" w:rsidP="00A93829">
      <w:pPr>
        <w:shd w:val="clear" w:color="auto" w:fill="FFFFFF" w:themeFill="background1"/>
        <w:spacing w:after="0" w:line="240" w:lineRule="auto"/>
      </w:pPr>
      <w:r>
        <w:t>- Nhân ái: Biết quan tâm, hỏi thăm, động viên bạn khi bạn bị ốm.</w:t>
      </w:r>
    </w:p>
    <w:p w14:paraId="02532665" w14:textId="77777777" w:rsidR="00497650" w:rsidRDefault="009E2559" w:rsidP="00A93829">
      <w:pPr>
        <w:shd w:val="clear" w:color="auto" w:fill="FFFFFF" w:themeFill="background1"/>
        <w:spacing w:after="0" w:line="240" w:lineRule="auto"/>
      </w:pPr>
      <w:r>
        <w:t>- Chăm chỉ: Tích cực luyện đọc, tìm từ, đặt câu theo yêu cầu.</w:t>
      </w:r>
    </w:p>
    <w:p w14:paraId="4AF4A451" w14:textId="77777777" w:rsidR="00497650" w:rsidRDefault="009E2559" w:rsidP="00A93829">
      <w:pPr>
        <w:shd w:val="clear" w:color="auto" w:fill="FFFFFF" w:themeFill="background1"/>
        <w:spacing w:after="0" w:line="240" w:lineRule="auto"/>
      </w:pPr>
      <w:r>
        <w:t>- Trách nhiệm: Có ý thức giữ gìn sức khỏe, giúp đỡ bạn bè trong học tập.</w:t>
      </w:r>
    </w:p>
    <w:p w14:paraId="2650970A" w14:textId="77777777" w:rsidR="00497650" w:rsidRDefault="009E2559" w:rsidP="00A93829">
      <w:pPr>
        <w:shd w:val="clear" w:color="auto" w:fill="FFFFFF" w:themeFill="background1"/>
        <w:spacing w:after="0" w:line="240" w:lineRule="auto"/>
      </w:pPr>
      <w:r>
        <w:rPr>
          <w:b/>
        </w:rPr>
        <w:t>II. ĐỒ DÙNG DẠY HỌC</w:t>
      </w:r>
    </w:p>
    <w:p w14:paraId="7CBF1C6B" w14:textId="77777777" w:rsidR="00497650" w:rsidRDefault="009E2559" w:rsidP="00A93829">
      <w:pPr>
        <w:shd w:val="clear" w:color="auto" w:fill="FFFFFF" w:themeFill="background1"/>
        <w:spacing w:after="0" w:line="240" w:lineRule="auto"/>
      </w:pPr>
      <w:r>
        <w:t>- GV: Máy tính, máy chiếu/tivi, tranh và câu bài tập cắt từ SGK, thẻ tên bài đọc, phiếu ôn tập, phiếu kiểm tra phù hợp với từng tiết.</w:t>
      </w:r>
    </w:p>
    <w:p w14:paraId="4AB22124" w14:textId="77777777" w:rsidR="00497650" w:rsidRDefault="009E2559" w:rsidP="00A93829">
      <w:pPr>
        <w:shd w:val="clear" w:color="auto" w:fill="FFFFFF" w:themeFill="background1"/>
        <w:spacing w:after="0" w:line="240" w:lineRule="auto"/>
      </w:pPr>
      <w:r>
        <w:t>- HS: SGK Tiếng Việt 2, Vở bài tập Tiếng Việt, vở ô ly, bảng con, bút chì, giấy kiểm tra.</w:t>
      </w:r>
    </w:p>
    <w:p w14:paraId="2EAE4E0D" w14:textId="77777777" w:rsidR="00497650" w:rsidRDefault="009E2559" w:rsidP="00A93829">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372"/>
        <w:gridCol w:w="5372"/>
      </w:tblGrid>
      <w:tr w:rsidR="00497650" w14:paraId="6338D055" w14:textId="77777777" w:rsidTr="00A93829">
        <w:trPr>
          <w:tblHeader/>
          <w:jc w:val="center"/>
        </w:trPr>
        <w:tc>
          <w:tcPr>
            <w:tcW w:w="5372" w:type="dxa"/>
            <w:tcBorders>
              <w:bottom w:val="single" w:sz="6" w:space="0" w:color="000000"/>
            </w:tcBorders>
            <w:shd w:val="clear" w:color="auto" w:fill="D9EAF7"/>
            <w:tcMar>
              <w:top w:w="35" w:type="dxa"/>
              <w:left w:w="55" w:type="dxa"/>
              <w:bottom w:w="35" w:type="dxa"/>
              <w:right w:w="55" w:type="dxa"/>
            </w:tcMar>
            <w:vAlign w:val="center"/>
          </w:tcPr>
          <w:p w14:paraId="6FF518BE" w14:textId="77777777" w:rsidR="00497650" w:rsidRDefault="009E2559" w:rsidP="00A93829">
            <w:pPr>
              <w:shd w:val="clear" w:color="auto" w:fill="FFFFFF" w:themeFill="background1"/>
              <w:spacing w:after="0" w:line="240" w:lineRule="auto"/>
              <w:jc w:val="center"/>
            </w:pPr>
            <w:r>
              <w:rPr>
                <w:b/>
              </w:rPr>
              <w:t>Hoạt động của giáo viên</w:t>
            </w:r>
          </w:p>
        </w:tc>
        <w:tc>
          <w:tcPr>
            <w:tcW w:w="5372" w:type="dxa"/>
            <w:tcBorders>
              <w:bottom w:val="single" w:sz="6" w:space="0" w:color="000000"/>
            </w:tcBorders>
            <w:shd w:val="clear" w:color="auto" w:fill="D9EAF7"/>
            <w:tcMar>
              <w:top w:w="35" w:type="dxa"/>
              <w:left w:w="55" w:type="dxa"/>
              <w:bottom w:w="35" w:type="dxa"/>
              <w:right w:w="55" w:type="dxa"/>
            </w:tcMar>
            <w:vAlign w:val="center"/>
          </w:tcPr>
          <w:p w14:paraId="28C330EE" w14:textId="77777777" w:rsidR="00497650" w:rsidRDefault="009E2559" w:rsidP="00A93829">
            <w:pPr>
              <w:shd w:val="clear" w:color="auto" w:fill="FFFFFF" w:themeFill="background1"/>
              <w:spacing w:after="0" w:line="240" w:lineRule="auto"/>
              <w:jc w:val="center"/>
            </w:pPr>
            <w:r>
              <w:rPr>
                <w:b/>
              </w:rPr>
              <w:t>Hoạt động của học sinh</w:t>
            </w:r>
          </w:p>
        </w:tc>
      </w:tr>
      <w:tr w:rsidR="00497650" w14:paraId="4C55AAD0"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159D3DB9" w14:textId="77777777" w:rsidR="00497650" w:rsidRDefault="009E2559" w:rsidP="00A93829">
            <w:pPr>
              <w:shd w:val="clear" w:color="auto" w:fill="FFFFFF" w:themeFill="background1"/>
              <w:spacing w:after="0" w:line="240" w:lineRule="auto"/>
            </w:pPr>
            <w:r>
              <w:rPr>
                <w:b/>
              </w:rPr>
              <w:t>TIẾT 3 - 4</w:t>
            </w:r>
            <w:r>
              <w:br/>
            </w:r>
            <w:r>
              <w:rPr>
                <w:b/>
              </w:rPr>
              <w:t>1. KHỞI ĐỘNG (4 phút)</w:t>
            </w:r>
            <w:r>
              <w:br/>
            </w:r>
            <w:r>
              <w:rPr>
                <w:i/>
              </w:rPr>
              <w:t>Mục tiêu: HS tạo tâm thế ôn tập, nhớ lại cách đọc thơ và cách trao đổi về tranh.</w:t>
            </w:r>
          </w:p>
        </w:tc>
      </w:tr>
      <w:tr w:rsidR="00497650" w14:paraId="66173932" w14:textId="77777777" w:rsidTr="00A93829">
        <w:trPr>
          <w:jc w:val="center"/>
        </w:trPr>
        <w:tc>
          <w:tcPr>
            <w:tcW w:w="5372" w:type="dxa"/>
            <w:tcBorders>
              <w:top w:val="single" w:sz="6" w:space="0" w:color="000000"/>
            </w:tcBorders>
            <w:tcMar>
              <w:top w:w="35" w:type="dxa"/>
              <w:left w:w="55" w:type="dxa"/>
              <w:bottom w:w="35" w:type="dxa"/>
              <w:right w:w="55" w:type="dxa"/>
            </w:tcMar>
          </w:tcPr>
          <w:p w14:paraId="0D86C7C8" w14:textId="77777777" w:rsidR="00497650" w:rsidRDefault="009E2559" w:rsidP="00A93829">
            <w:pPr>
              <w:shd w:val="clear" w:color="auto" w:fill="FFFFFF" w:themeFill="background1"/>
              <w:spacing w:after="0" w:line="240" w:lineRule="auto"/>
            </w:pPr>
            <w:r>
              <w:t>- GV hỏi: Khi bạn trong lớp bị ốm phải nghỉ học, em có thể làm gì để thể hiện sự quan tâm?</w:t>
            </w:r>
          </w:p>
        </w:tc>
        <w:tc>
          <w:tcPr>
            <w:tcW w:w="5372" w:type="dxa"/>
            <w:tcBorders>
              <w:top w:val="single" w:sz="6" w:space="0" w:color="000000"/>
            </w:tcBorders>
            <w:tcMar>
              <w:top w:w="35" w:type="dxa"/>
              <w:left w:w="55" w:type="dxa"/>
              <w:bottom w:w="35" w:type="dxa"/>
              <w:right w:w="55" w:type="dxa"/>
            </w:tcMar>
          </w:tcPr>
          <w:p w14:paraId="06AAEB72" w14:textId="77777777" w:rsidR="00497650" w:rsidRDefault="009E2559" w:rsidP="00A93829">
            <w:pPr>
              <w:shd w:val="clear" w:color="auto" w:fill="FFFFFF" w:themeFill="background1"/>
              <w:spacing w:after="0" w:line="240" w:lineRule="auto"/>
            </w:pPr>
            <w:r>
              <w:t>- HS trả lời: Em hỏi thăm bạn, nhắn lời chúc bạn mau khỏe, chép bài giúp bạn, động viên bạn cố gắng.</w:t>
            </w:r>
          </w:p>
        </w:tc>
      </w:tr>
      <w:tr w:rsidR="00497650" w14:paraId="769381E4" w14:textId="77777777" w:rsidTr="00A93829">
        <w:trPr>
          <w:jc w:val="center"/>
        </w:trPr>
        <w:tc>
          <w:tcPr>
            <w:tcW w:w="5372" w:type="dxa"/>
            <w:tcBorders>
              <w:bottom w:val="single" w:sz="6" w:space="0" w:color="000000"/>
            </w:tcBorders>
            <w:tcMar>
              <w:top w:w="35" w:type="dxa"/>
              <w:left w:w="55" w:type="dxa"/>
              <w:bottom w:w="35" w:type="dxa"/>
              <w:right w:w="55" w:type="dxa"/>
            </w:tcMar>
          </w:tcPr>
          <w:p w14:paraId="23FA29A1" w14:textId="77777777" w:rsidR="00497650" w:rsidRDefault="009E2559" w:rsidP="00A93829">
            <w:pPr>
              <w:shd w:val="clear" w:color="auto" w:fill="FFFFFF" w:themeFill="background1"/>
              <w:spacing w:after="0" w:line="240" w:lineRule="auto"/>
            </w:pPr>
            <w:r>
              <w:t>- GV dẫn vào bài: Tiết này chúng ta đọc bài thơ Thăm bạn ốm, trả lời câu hỏi và ôn cách tìm từ ngữ, đặt câu theo tranh.</w:t>
            </w:r>
          </w:p>
        </w:tc>
        <w:tc>
          <w:tcPr>
            <w:tcW w:w="5372" w:type="dxa"/>
            <w:tcBorders>
              <w:bottom w:val="single" w:sz="6" w:space="0" w:color="000000"/>
            </w:tcBorders>
            <w:tcMar>
              <w:top w:w="35" w:type="dxa"/>
              <w:left w:w="55" w:type="dxa"/>
              <w:bottom w:w="35" w:type="dxa"/>
              <w:right w:w="55" w:type="dxa"/>
            </w:tcMar>
          </w:tcPr>
          <w:p w14:paraId="4F1BBFA2" w14:textId="77777777" w:rsidR="00497650" w:rsidRDefault="009E2559" w:rsidP="00A93829">
            <w:pPr>
              <w:shd w:val="clear" w:color="auto" w:fill="FFFFFF" w:themeFill="background1"/>
              <w:spacing w:after="0" w:line="240" w:lineRule="auto"/>
            </w:pPr>
            <w:r>
              <w:t>- HS lắng nghe, chuẩn bị SGK.</w:t>
            </w:r>
          </w:p>
        </w:tc>
      </w:tr>
      <w:tr w:rsidR="00497650" w14:paraId="3755B29F"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13EAF214" w14:textId="77777777" w:rsidR="00497650" w:rsidRDefault="009E2559" w:rsidP="00A93829">
            <w:pPr>
              <w:shd w:val="clear" w:color="auto" w:fill="FFFFFF" w:themeFill="background1"/>
              <w:spacing w:after="0" w:line="240" w:lineRule="auto"/>
            </w:pPr>
            <w:r>
              <w:rPr>
                <w:b/>
              </w:rPr>
              <w:t>2. KHÁM PHÁ - LUYỆN ĐỌC HIỂU (17 phút)</w:t>
            </w:r>
            <w:r>
              <w:br/>
            </w:r>
            <w:r>
              <w:rPr>
                <w:i/>
              </w:rPr>
              <w:t>Mục tiêu: HS đọc hiểu bài thơ Thăm bạn ốm và nói được lời quan tâm, động viên bạn.</w:t>
            </w:r>
          </w:p>
        </w:tc>
      </w:tr>
      <w:tr w:rsidR="00497650" w14:paraId="15823F83" w14:textId="77777777" w:rsidTr="00A93829">
        <w:trPr>
          <w:jc w:val="center"/>
        </w:trPr>
        <w:tc>
          <w:tcPr>
            <w:tcW w:w="5372" w:type="dxa"/>
            <w:tcBorders>
              <w:top w:val="single" w:sz="6" w:space="0" w:color="000000"/>
            </w:tcBorders>
            <w:tcMar>
              <w:top w:w="35" w:type="dxa"/>
              <w:left w:w="55" w:type="dxa"/>
              <w:bottom w:w="35" w:type="dxa"/>
              <w:right w:w="55" w:type="dxa"/>
            </w:tcMar>
          </w:tcPr>
          <w:p w14:paraId="6DB250EE" w14:textId="77777777" w:rsidR="00497650" w:rsidRDefault="009E2559" w:rsidP="00A93829">
            <w:pPr>
              <w:shd w:val="clear" w:color="auto" w:fill="FFFFFF" w:themeFill="background1"/>
              <w:spacing w:after="0" w:line="240" w:lineRule="auto"/>
            </w:pPr>
            <w:r>
              <w:t xml:space="preserve">- GV yêu cầu HS quan sát bài tập 3: </w:t>
            </w:r>
            <w:r>
              <w:rPr>
                <w:b/>
              </w:rPr>
              <w:t>Đọc bài thơ dưới đây, trả lời câu hỏi và thực hiện theo yêu cầu.</w:t>
            </w:r>
          </w:p>
          <w:p w14:paraId="6CD7AC20" w14:textId="0D46ECA6"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28F33698" w14:textId="77777777" w:rsidR="00497650" w:rsidRDefault="009E2559" w:rsidP="00A93829">
            <w:pPr>
              <w:shd w:val="clear" w:color="auto" w:fill="FFFFFF" w:themeFill="background1"/>
              <w:spacing w:after="0" w:line="240" w:lineRule="auto"/>
            </w:pPr>
            <w:r>
              <w:t>- HS quan sát bài thơ, đọc tên bài: Thăm bạn ốm.</w:t>
            </w:r>
          </w:p>
        </w:tc>
      </w:tr>
      <w:tr w:rsidR="00497650" w14:paraId="4423101C" w14:textId="77777777" w:rsidTr="00A93829">
        <w:trPr>
          <w:jc w:val="center"/>
        </w:trPr>
        <w:tc>
          <w:tcPr>
            <w:tcW w:w="5372" w:type="dxa"/>
            <w:tcMar>
              <w:top w:w="35" w:type="dxa"/>
              <w:left w:w="55" w:type="dxa"/>
              <w:bottom w:w="35" w:type="dxa"/>
              <w:right w:w="55" w:type="dxa"/>
            </w:tcMar>
          </w:tcPr>
          <w:p w14:paraId="40CB3358" w14:textId="77777777" w:rsidR="00497650" w:rsidRDefault="009E2559" w:rsidP="00A93829">
            <w:pPr>
              <w:shd w:val="clear" w:color="auto" w:fill="FFFFFF" w:themeFill="background1"/>
              <w:spacing w:after="0" w:line="240" w:lineRule="auto"/>
            </w:pPr>
            <w:r>
              <w:t>- GV đọc mẫu bài thơ, hướng dẫn giọng đọc nhẹ nhàng, tình cảm; ngắt nhịp theo từng dòng thơ.</w:t>
            </w:r>
          </w:p>
        </w:tc>
        <w:tc>
          <w:tcPr>
            <w:tcW w:w="5372" w:type="dxa"/>
            <w:tcMar>
              <w:top w:w="35" w:type="dxa"/>
              <w:left w:w="55" w:type="dxa"/>
              <w:bottom w:w="35" w:type="dxa"/>
              <w:right w:w="55" w:type="dxa"/>
            </w:tcMar>
          </w:tcPr>
          <w:p w14:paraId="4E7D9DFF" w14:textId="77777777" w:rsidR="00497650" w:rsidRDefault="009E2559" w:rsidP="00A93829">
            <w:pPr>
              <w:shd w:val="clear" w:color="auto" w:fill="FFFFFF" w:themeFill="background1"/>
              <w:spacing w:after="0" w:line="240" w:lineRule="auto"/>
            </w:pPr>
            <w:r>
              <w:t>- HS lắng nghe, đọc thầm theo, chú ý giọng đọc của các nhân vật.</w:t>
            </w:r>
          </w:p>
        </w:tc>
      </w:tr>
      <w:tr w:rsidR="00497650" w14:paraId="320EE1A3" w14:textId="77777777" w:rsidTr="00A93829">
        <w:trPr>
          <w:jc w:val="center"/>
        </w:trPr>
        <w:tc>
          <w:tcPr>
            <w:tcW w:w="5372" w:type="dxa"/>
            <w:tcMar>
              <w:top w:w="35" w:type="dxa"/>
              <w:left w:w="55" w:type="dxa"/>
              <w:bottom w:w="35" w:type="dxa"/>
              <w:right w:w="55" w:type="dxa"/>
            </w:tcMar>
          </w:tcPr>
          <w:p w14:paraId="102DDF29" w14:textId="77777777" w:rsidR="00497650" w:rsidRDefault="009E2559" w:rsidP="00A93829">
            <w:pPr>
              <w:shd w:val="clear" w:color="auto" w:fill="FFFFFF" w:themeFill="background1"/>
              <w:spacing w:after="0" w:line="240" w:lineRule="auto"/>
            </w:pPr>
            <w:r>
              <w:t>- GV cho HS luyện đọc nối tiếp từng khổ thơ theo nhóm.</w:t>
            </w:r>
          </w:p>
        </w:tc>
        <w:tc>
          <w:tcPr>
            <w:tcW w:w="5372" w:type="dxa"/>
            <w:tcMar>
              <w:top w:w="35" w:type="dxa"/>
              <w:left w:w="55" w:type="dxa"/>
              <w:bottom w:w="35" w:type="dxa"/>
              <w:right w:w="55" w:type="dxa"/>
            </w:tcMar>
          </w:tcPr>
          <w:p w14:paraId="4AD6EB54" w14:textId="77777777" w:rsidR="00497650" w:rsidRDefault="009E2559" w:rsidP="00A93829">
            <w:pPr>
              <w:shd w:val="clear" w:color="auto" w:fill="FFFFFF" w:themeFill="background1"/>
              <w:spacing w:after="0" w:line="240" w:lineRule="auto"/>
            </w:pPr>
            <w:r>
              <w:t>- HS luyện đọc trong nhóm; bạn nghe nhận xét cách đọc và sửa tiếng khó.</w:t>
            </w:r>
          </w:p>
        </w:tc>
      </w:tr>
      <w:tr w:rsidR="00497650" w14:paraId="3333D1EE" w14:textId="77777777" w:rsidTr="00A93829">
        <w:trPr>
          <w:jc w:val="center"/>
        </w:trPr>
        <w:tc>
          <w:tcPr>
            <w:tcW w:w="5372" w:type="dxa"/>
            <w:tcMar>
              <w:top w:w="35" w:type="dxa"/>
              <w:left w:w="55" w:type="dxa"/>
              <w:bottom w:w="35" w:type="dxa"/>
              <w:right w:w="55" w:type="dxa"/>
            </w:tcMar>
          </w:tcPr>
          <w:p w14:paraId="7FF3082C" w14:textId="77777777" w:rsidR="00497650" w:rsidRDefault="009E2559" w:rsidP="00A93829">
            <w:pPr>
              <w:shd w:val="clear" w:color="auto" w:fill="FFFFFF" w:themeFill="background1"/>
              <w:spacing w:after="0" w:line="240" w:lineRule="auto"/>
            </w:pPr>
            <w:r>
              <w:t xml:space="preserve">- GV hỏi: </w:t>
            </w:r>
            <w:r>
              <w:rPr>
                <w:b/>
              </w:rPr>
              <w:t>a. Vì sao thỏ nâu nghỉ học?</w:t>
            </w:r>
          </w:p>
        </w:tc>
        <w:tc>
          <w:tcPr>
            <w:tcW w:w="5372" w:type="dxa"/>
            <w:tcMar>
              <w:top w:w="35" w:type="dxa"/>
              <w:left w:w="55" w:type="dxa"/>
              <w:bottom w:w="35" w:type="dxa"/>
              <w:right w:w="55" w:type="dxa"/>
            </w:tcMar>
          </w:tcPr>
          <w:p w14:paraId="298D77A6" w14:textId="77777777" w:rsidR="00497650" w:rsidRDefault="009E2559" w:rsidP="00A93829">
            <w:pPr>
              <w:shd w:val="clear" w:color="auto" w:fill="FFFFFF" w:themeFill="background1"/>
              <w:spacing w:after="0" w:line="240" w:lineRule="auto"/>
            </w:pPr>
            <w:r>
              <w:t>- HS trả lời: Thỏ nâu nghỉ học vì thỏ bị ốm.</w:t>
            </w:r>
          </w:p>
        </w:tc>
      </w:tr>
      <w:tr w:rsidR="00497650" w14:paraId="2919AE06" w14:textId="77777777" w:rsidTr="00A93829">
        <w:trPr>
          <w:jc w:val="center"/>
        </w:trPr>
        <w:tc>
          <w:tcPr>
            <w:tcW w:w="5372" w:type="dxa"/>
            <w:tcMar>
              <w:top w:w="35" w:type="dxa"/>
              <w:left w:w="55" w:type="dxa"/>
              <w:bottom w:w="35" w:type="dxa"/>
              <w:right w:w="55" w:type="dxa"/>
            </w:tcMar>
          </w:tcPr>
          <w:p w14:paraId="66095AE5" w14:textId="77777777" w:rsidR="00497650" w:rsidRDefault="009E2559" w:rsidP="00A93829">
            <w:pPr>
              <w:shd w:val="clear" w:color="auto" w:fill="FFFFFF" w:themeFill="background1"/>
              <w:spacing w:after="0" w:line="240" w:lineRule="auto"/>
            </w:pPr>
            <w:r>
              <w:t xml:space="preserve">- GV hỏi: </w:t>
            </w:r>
            <w:r>
              <w:rPr>
                <w:b/>
              </w:rPr>
              <w:t>b. Các bạn bàn nhau chuyện gì?</w:t>
            </w:r>
          </w:p>
        </w:tc>
        <w:tc>
          <w:tcPr>
            <w:tcW w:w="5372" w:type="dxa"/>
            <w:tcMar>
              <w:top w:w="35" w:type="dxa"/>
              <w:left w:w="55" w:type="dxa"/>
              <w:bottom w:w="35" w:type="dxa"/>
              <w:right w:w="55" w:type="dxa"/>
            </w:tcMar>
          </w:tcPr>
          <w:p w14:paraId="0FF0EF51" w14:textId="77777777" w:rsidR="00497650" w:rsidRDefault="009E2559" w:rsidP="00A93829">
            <w:pPr>
              <w:shd w:val="clear" w:color="auto" w:fill="FFFFFF" w:themeFill="background1"/>
              <w:spacing w:after="0" w:line="240" w:lineRule="auto"/>
            </w:pPr>
            <w:r>
              <w:t>- HS trả lời: Các bạn bàn nhau đến thăm thỏ nâu và mang quà cho bạn.</w:t>
            </w:r>
          </w:p>
        </w:tc>
      </w:tr>
      <w:tr w:rsidR="00497650" w14:paraId="43344044" w14:textId="77777777" w:rsidTr="00A93829">
        <w:trPr>
          <w:jc w:val="center"/>
        </w:trPr>
        <w:tc>
          <w:tcPr>
            <w:tcW w:w="5372" w:type="dxa"/>
            <w:tcMar>
              <w:top w:w="35" w:type="dxa"/>
              <w:left w:w="55" w:type="dxa"/>
              <w:bottom w:w="35" w:type="dxa"/>
              <w:right w:w="55" w:type="dxa"/>
            </w:tcMar>
          </w:tcPr>
          <w:p w14:paraId="5935ED7A" w14:textId="77777777" w:rsidR="00497650" w:rsidRDefault="009E2559" w:rsidP="00A93829">
            <w:pPr>
              <w:shd w:val="clear" w:color="auto" w:fill="FFFFFF" w:themeFill="background1"/>
              <w:spacing w:after="0" w:line="240" w:lineRule="auto"/>
            </w:pPr>
            <w:r>
              <w:t xml:space="preserve">- GV hỏi: </w:t>
            </w:r>
            <w:r>
              <w:rPr>
                <w:b/>
              </w:rPr>
              <w:t>c. Đóng vai một trong số các bạn đến thăm thỏ nâu, nói 2 - 3 câu thể hiện sự quan tâm, mong muốn của mình và các bạn đối với thỏ nâu.</w:t>
            </w:r>
          </w:p>
        </w:tc>
        <w:tc>
          <w:tcPr>
            <w:tcW w:w="5372" w:type="dxa"/>
            <w:tcMar>
              <w:top w:w="35" w:type="dxa"/>
              <w:left w:w="55" w:type="dxa"/>
              <w:bottom w:w="35" w:type="dxa"/>
              <w:right w:w="55" w:type="dxa"/>
            </w:tcMar>
          </w:tcPr>
          <w:p w14:paraId="04E43E3C" w14:textId="77777777" w:rsidR="00497650" w:rsidRDefault="009E2559" w:rsidP="00A93829">
            <w:pPr>
              <w:shd w:val="clear" w:color="auto" w:fill="FFFFFF" w:themeFill="background1"/>
              <w:spacing w:after="0" w:line="240" w:lineRule="auto"/>
            </w:pPr>
            <w:r>
              <w:t>- HS đóng vai nói: Thỏ nâu ơi, chúng tớ đến thăm bạn đây. Bạn cố gắng ăn uống và nghỉ ngơi cho mau khỏe nhé. Khi bạn đi học lại, chúng tớ sẽ giúp bạn ôn bài.</w:t>
            </w:r>
          </w:p>
        </w:tc>
      </w:tr>
      <w:tr w:rsidR="00497650" w14:paraId="53D8984C" w14:textId="77777777" w:rsidTr="00A93829">
        <w:trPr>
          <w:jc w:val="center"/>
        </w:trPr>
        <w:tc>
          <w:tcPr>
            <w:tcW w:w="5372" w:type="dxa"/>
            <w:tcMar>
              <w:top w:w="35" w:type="dxa"/>
              <w:left w:w="55" w:type="dxa"/>
              <w:bottom w:w="35" w:type="dxa"/>
              <w:right w:w="55" w:type="dxa"/>
            </w:tcMar>
          </w:tcPr>
          <w:p w14:paraId="46923A95" w14:textId="77777777" w:rsidR="00497650" w:rsidRDefault="009E2559" w:rsidP="00A93829">
            <w:pPr>
              <w:shd w:val="clear" w:color="auto" w:fill="FFFFFF" w:themeFill="background1"/>
              <w:spacing w:after="0" w:line="240" w:lineRule="auto"/>
            </w:pPr>
            <w:r>
              <w:t xml:space="preserve">- GV hỏi: </w:t>
            </w:r>
            <w:r>
              <w:rPr>
                <w:b/>
              </w:rPr>
              <w:t>d. Tưởng tượng em là bạn cùng lớp với thỏ nâu. Vì có việc bận, em không đến thăm thỏ nâu được. Hãy viết lời an ủi, động viên thỏ nâu và nhờ các bạn chuyển giúp.</w:t>
            </w:r>
          </w:p>
        </w:tc>
        <w:tc>
          <w:tcPr>
            <w:tcW w:w="5372" w:type="dxa"/>
            <w:tcMar>
              <w:top w:w="35" w:type="dxa"/>
              <w:left w:w="55" w:type="dxa"/>
              <w:bottom w:w="35" w:type="dxa"/>
              <w:right w:w="55" w:type="dxa"/>
            </w:tcMar>
          </w:tcPr>
          <w:p w14:paraId="72DE43B6" w14:textId="77777777" w:rsidR="00497650" w:rsidRDefault="009E2559" w:rsidP="00A93829">
            <w:pPr>
              <w:shd w:val="clear" w:color="auto" w:fill="FFFFFF" w:themeFill="background1"/>
              <w:spacing w:after="0" w:line="240" w:lineRule="auto"/>
            </w:pPr>
            <w:r>
              <w:t>- HS viết/nói: Thỏ nâu ơi, hôm nay mình chưa đến thăm bạn được. Mình chúc bạn mau khỏe, sớm trở lại lớp. Mình sẽ nhờ các bạn chuyển lời hỏi thăm của mình đến bạn.</w:t>
            </w:r>
          </w:p>
        </w:tc>
      </w:tr>
      <w:tr w:rsidR="00497650" w14:paraId="59ED609D" w14:textId="77777777" w:rsidTr="00A93829">
        <w:trPr>
          <w:jc w:val="center"/>
        </w:trPr>
        <w:tc>
          <w:tcPr>
            <w:tcW w:w="5372" w:type="dxa"/>
            <w:tcBorders>
              <w:bottom w:val="single" w:sz="6" w:space="0" w:color="000000"/>
            </w:tcBorders>
            <w:tcMar>
              <w:top w:w="35" w:type="dxa"/>
              <w:left w:w="55" w:type="dxa"/>
              <w:bottom w:w="35" w:type="dxa"/>
              <w:right w:w="55" w:type="dxa"/>
            </w:tcMar>
          </w:tcPr>
          <w:p w14:paraId="37578D20" w14:textId="77777777" w:rsidR="00497650" w:rsidRDefault="009E2559" w:rsidP="00A93829">
            <w:pPr>
              <w:shd w:val="clear" w:color="auto" w:fill="FFFFFF" w:themeFill="background1"/>
              <w:spacing w:after="0" w:line="240" w:lineRule="auto"/>
            </w:pPr>
            <w:r>
              <w:t>- GV kết luận: Khi bạn bị ốm, lời hỏi thăm chân thành và việc làm nhỏ như chép bài, chuyển lời động viên đều giúp bạn cảm thấy ấm áp hơn.</w:t>
            </w:r>
          </w:p>
        </w:tc>
        <w:tc>
          <w:tcPr>
            <w:tcW w:w="5372" w:type="dxa"/>
            <w:tcBorders>
              <w:bottom w:val="single" w:sz="6" w:space="0" w:color="000000"/>
            </w:tcBorders>
            <w:tcMar>
              <w:top w:w="35" w:type="dxa"/>
              <w:left w:w="55" w:type="dxa"/>
              <w:bottom w:w="35" w:type="dxa"/>
              <w:right w:w="55" w:type="dxa"/>
            </w:tcMar>
          </w:tcPr>
          <w:p w14:paraId="34CDE595" w14:textId="77777777" w:rsidR="00497650" w:rsidRDefault="009E2559" w:rsidP="00A93829">
            <w:pPr>
              <w:shd w:val="clear" w:color="auto" w:fill="FFFFFF" w:themeFill="background1"/>
              <w:spacing w:after="0" w:line="240" w:lineRule="auto"/>
            </w:pPr>
            <w:r>
              <w:t>- HS lắng nghe, nhắc lại: Cần biết quan tâm, động viên bạn bè.</w:t>
            </w:r>
          </w:p>
        </w:tc>
      </w:tr>
      <w:tr w:rsidR="00497650" w14:paraId="5D664F30"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02A05EED" w14:textId="77777777" w:rsidR="00497650" w:rsidRDefault="009E2559" w:rsidP="00A93829">
            <w:pPr>
              <w:shd w:val="clear" w:color="auto" w:fill="FFFFFF" w:themeFill="background1"/>
              <w:spacing w:after="0" w:line="240" w:lineRule="auto"/>
            </w:pPr>
            <w:r>
              <w:rPr>
                <w:b/>
              </w:rPr>
              <w:t>3. LUYỆN TẬP TỪ VÀ CÂU (11 phút)</w:t>
            </w:r>
            <w:r>
              <w:br/>
            </w:r>
            <w:r>
              <w:rPr>
                <w:i/>
              </w:rPr>
              <w:lastRenderedPageBreak/>
              <w:t>Mục tiêu: HS tìm được từ chỉ sự vật, đặc điểm, hoạt động và đặt câu đúng yêu cầu.</w:t>
            </w:r>
          </w:p>
        </w:tc>
      </w:tr>
      <w:tr w:rsidR="00497650" w14:paraId="1A3C4E4C" w14:textId="77777777" w:rsidTr="00A93829">
        <w:trPr>
          <w:jc w:val="center"/>
        </w:trPr>
        <w:tc>
          <w:tcPr>
            <w:tcW w:w="5372" w:type="dxa"/>
            <w:tcBorders>
              <w:top w:val="single" w:sz="6" w:space="0" w:color="000000"/>
            </w:tcBorders>
            <w:tcMar>
              <w:top w:w="35" w:type="dxa"/>
              <w:left w:w="55" w:type="dxa"/>
              <w:bottom w:w="35" w:type="dxa"/>
              <w:right w:w="55" w:type="dxa"/>
            </w:tcMar>
          </w:tcPr>
          <w:p w14:paraId="38F8BAE8" w14:textId="77777777" w:rsidR="00497650" w:rsidRDefault="009E2559" w:rsidP="00A93829">
            <w:pPr>
              <w:shd w:val="clear" w:color="auto" w:fill="FFFFFF" w:themeFill="background1"/>
              <w:spacing w:after="0" w:line="240" w:lineRule="auto"/>
            </w:pPr>
            <w:r>
              <w:lastRenderedPageBreak/>
              <w:t xml:space="preserve">- GV yêu cầu HS quan sát tranh bài tập 4: </w:t>
            </w:r>
            <w:r>
              <w:rPr>
                <w:b/>
              </w:rPr>
              <w:t>Quan sát tranh, tìm từ ngữ: a. Chỉ sự vật; b. Chỉ đặc điểm; c. Chỉ hoạt động.</w:t>
            </w:r>
          </w:p>
          <w:p w14:paraId="3927384A" w14:textId="67F06B07"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30A738D7" w14:textId="77777777" w:rsidR="00497650" w:rsidRDefault="009E2559" w:rsidP="00A93829">
            <w:pPr>
              <w:shd w:val="clear" w:color="auto" w:fill="FFFFFF" w:themeFill="background1"/>
              <w:spacing w:after="0" w:line="240" w:lineRule="auto"/>
            </w:pPr>
            <w:r>
              <w:t>- HS quan sát tranh công viên và nêu yêu cầu bài tập.</w:t>
            </w:r>
          </w:p>
        </w:tc>
      </w:tr>
      <w:tr w:rsidR="00497650" w14:paraId="7596C281" w14:textId="77777777" w:rsidTr="00A93829">
        <w:trPr>
          <w:jc w:val="center"/>
        </w:trPr>
        <w:tc>
          <w:tcPr>
            <w:tcW w:w="5372" w:type="dxa"/>
            <w:tcMar>
              <w:top w:w="35" w:type="dxa"/>
              <w:left w:w="55" w:type="dxa"/>
              <w:bottom w:w="35" w:type="dxa"/>
              <w:right w:w="55" w:type="dxa"/>
            </w:tcMar>
          </w:tcPr>
          <w:p w14:paraId="16948A4F" w14:textId="77777777" w:rsidR="00497650" w:rsidRDefault="009E2559" w:rsidP="00A93829">
            <w:pPr>
              <w:shd w:val="clear" w:color="auto" w:fill="FFFFFF" w:themeFill="background1"/>
              <w:spacing w:after="0" w:line="240" w:lineRule="auto"/>
            </w:pPr>
            <w:r>
              <w:t>- GV tổ chức HS làm nhóm bốn theo kĩ thuật khăn phủ bàn: mỗi bạn ghi một nhóm từ, sau đó thống nhất kết quả.</w:t>
            </w:r>
          </w:p>
        </w:tc>
        <w:tc>
          <w:tcPr>
            <w:tcW w:w="5372" w:type="dxa"/>
            <w:tcMar>
              <w:top w:w="35" w:type="dxa"/>
              <w:left w:w="55" w:type="dxa"/>
              <w:bottom w:w="35" w:type="dxa"/>
              <w:right w:w="55" w:type="dxa"/>
            </w:tcMar>
          </w:tcPr>
          <w:p w14:paraId="5B8AC43A" w14:textId="77777777" w:rsidR="00497650" w:rsidRDefault="009E2559" w:rsidP="00A93829">
            <w:pPr>
              <w:shd w:val="clear" w:color="auto" w:fill="FFFFFF" w:themeFill="background1"/>
              <w:spacing w:after="0" w:line="240" w:lineRule="auto"/>
            </w:pPr>
            <w:r>
              <w:t>- HS làm nhóm bốn. Đáp án dự kiến: a. Chỉ sự vật: trẻ em, công viên, cây, hoa, bướm, chim, ghế đá, quả bóng, thùng rác. b. Chỉ đặc điểm: vui vẻ, đông vui, xanh, đẹp, rực rỡ. c. Chỉ hoạt động: chạy nhảy, đá bóng, đi dạo, đọc sách, bay, ngồi.</w:t>
            </w:r>
          </w:p>
        </w:tc>
      </w:tr>
      <w:tr w:rsidR="00497650" w14:paraId="4BA4C7A0" w14:textId="77777777" w:rsidTr="00A93829">
        <w:trPr>
          <w:jc w:val="center"/>
        </w:trPr>
        <w:tc>
          <w:tcPr>
            <w:tcW w:w="5372" w:type="dxa"/>
            <w:tcMar>
              <w:top w:w="35" w:type="dxa"/>
              <w:left w:w="55" w:type="dxa"/>
              <w:bottom w:w="35" w:type="dxa"/>
              <w:right w:w="55" w:type="dxa"/>
            </w:tcMar>
          </w:tcPr>
          <w:p w14:paraId="33B0BC1C" w14:textId="77777777" w:rsidR="00497650" w:rsidRDefault="009E2559" w:rsidP="00A93829">
            <w:pPr>
              <w:shd w:val="clear" w:color="auto" w:fill="FFFFFF" w:themeFill="background1"/>
              <w:spacing w:after="0" w:line="240" w:lineRule="auto"/>
            </w:pPr>
            <w:r>
              <w:t xml:space="preserve">- GV yêu cầu HS đọc bài tập 5: </w:t>
            </w:r>
            <w:r>
              <w:rPr>
                <w:b/>
              </w:rPr>
              <w:t>Đặt câu: a. Câu giới thiệu sự vật; b. Câu nêu đặc điểm; c. Câu nêu hoạt động.</w:t>
            </w:r>
          </w:p>
        </w:tc>
        <w:tc>
          <w:tcPr>
            <w:tcW w:w="5372" w:type="dxa"/>
            <w:tcMar>
              <w:top w:w="35" w:type="dxa"/>
              <w:left w:w="55" w:type="dxa"/>
              <w:bottom w:w="35" w:type="dxa"/>
              <w:right w:w="55" w:type="dxa"/>
            </w:tcMar>
          </w:tcPr>
          <w:p w14:paraId="1E2D51B8" w14:textId="77777777" w:rsidR="00497650" w:rsidRDefault="009E2559" w:rsidP="00A93829">
            <w:pPr>
              <w:shd w:val="clear" w:color="auto" w:fill="FFFFFF" w:themeFill="background1"/>
              <w:spacing w:after="0" w:line="240" w:lineRule="auto"/>
            </w:pPr>
            <w:r>
              <w:t>- HS đọc đề và xác định ba kiểu câu cần đặt.</w:t>
            </w:r>
          </w:p>
        </w:tc>
      </w:tr>
      <w:tr w:rsidR="00497650" w14:paraId="1EDBB327" w14:textId="77777777" w:rsidTr="00A93829">
        <w:trPr>
          <w:jc w:val="center"/>
        </w:trPr>
        <w:tc>
          <w:tcPr>
            <w:tcW w:w="5372" w:type="dxa"/>
            <w:tcMar>
              <w:top w:w="35" w:type="dxa"/>
              <w:left w:w="55" w:type="dxa"/>
              <w:bottom w:w="35" w:type="dxa"/>
              <w:right w:w="55" w:type="dxa"/>
            </w:tcMar>
          </w:tcPr>
          <w:p w14:paraId="0B8B1F6B" w14:textId="77777777" w:rsidR="00497650" w:rsidRDefault="009E2559" w:rsidP="00A93829">
            <w:pPr>
              <w:shd w:val="clear" w:color="auto" w:fill="FFFFFF" w:themeFill="background1"/>
              <w:spacing w:after="0" w:line="240" w:lineRule="auto"/>
            </w:pPr>
            <w:r>
              <w:t xml:space="preserve">- GV hỏi từng ý: </w:t>
            </w:r>
            <w:r>
              <w:rPr>
                <w:b/>
              </w:rPr>
              <w:t>a. Câu giới thiệu sự vật.</w:t>
            </w:r>
          </w:p>
        </w:tc>
        <w:tc>
          <w:tcPr>
            <w:tcW w:w="5372" w:type="dxa"/>
            <w:tcMar>
              <w:top w:w="35" w:type="dxa"/>
              <w:left w:w="55" w:type="dxa"/>
              <w:bottom w:w="35" w:type="dxa"/>
              <w:right w:w="55" w:type="dxa"/>
            </w:tcMar>
          </w:tcPr>
          <w:p w14:paraId="7340FAA0" w14:textId="77777777" w:rsidR="00497650" w:rsidRDefault="009E2559" w:rsidP="00A93829">
            <w:pPr>
              <w:shd w:val="clear" w:color="auto" w:fill="FFFFFF" w:themeFill="background1"/>
              <w:spacing w:after="0" w:line="240" w:lineRule="auto"/>
            </w:pPr>
            <w:r>
              <w:t>- HS đặt câu: Đây là công viên. Đây là vườn hoa trong công viên.</w:t>
            </w:r>
          </w:p>
        </w:tc>
      </w:tr>
      <w:tr w:rsidR="00497650" w14:paraId="1B72FF28" w14:textId="77777777" w:rsidTr="00A93829">
        <w:trPr>
          <w:jc w:val="center"/>
        </w:trPr>
        <w:tc>
          <w:tcPr>
            <w:tcW w:w="5372" w:type="dxa"/>
            <w:tcMar>
              <w:top w:w="35" w:type="dxa"/>
              <w:left w:w="55" w:type="dxa"/>
              <w:bottom w:w="35" w:type="dxa"/>
              <w:right w:w="55" w:type="dxa"/>
            </w:tcMar>
          </w:tcPr>
          <w:p w14:paraId="6D74AFB7" w14:textId="77777777" w:rsidR="00497650" w:rsidRDefault="009E2559" w:rsidP="00A93829">
            <w:pPr>
              <w:shd w:val="clear" w:color="auto" w:fill="FFFFFF" w:themeFill="background1"/>
              <w:spacing w:after="0" w:line="240" w:lineRule="auto"/>
            </w:pPr>
            <w:r>
              <w:t xml:space="preserve">- GV hỏi từng ý: </w:t>
            </w:r>
            <w:r>
              <w:rPr>
                <w:b/>
              </w:rPr>
              <w:t>b. Câu nêu đặc điểm.</w:t>
            </w:r>
          </w:p>
        </w:tc>
        <w:tc>
          <w:tcPr>
            <w:tcW w:w="5372" w:type="dxa"/>
            <w:tcMar>
              <w:top w:w="35" w:type="dxa"/>
              <w:left w:w="55" w:type="dxa"/>
              <w:bottom w:w="35" w:type="dxa"/>
              <w:right w:w="55" w:type="dxa"/>
            </w:tcMar>
          </w:tcPr>
          <w:p w14:paraId="3085E370" w14:textId="77777777" w:rsidR="00497650" w:rsidRDefault="009E2559" w:rsidP="00A93829">
            <w:pPr>
              <w:shd w:val="clear" w:color="auto" w:fill="FFFFFF" w:themeFill="background1"/>
              <w:spacing w:after="0" w:line="240" w:lineRule="auto"/>
            </w:pPr>
            <w:r>
              <w:t>- HS đặt câu: Công viên hôm nay đông vui. Vườn hoa trong công viên rất đẹp.</w:t>
            </w:r>
          </w:p>
        </w:tc>
      </w:tr>
      <w:tr w:rsidR="00497650" w14:paraId="20B4EBDE" w14:textId="77777777" w:rsidTr="00A93829">
        <w:trPr>
          <w:jc w:val="center"/>
        </w:trPr>
        <w:tc>
          <w:tcPr>
            <w:tcW w:w="5372" w:type="dxa"/>
            <w:tcMar>
              <w:top w:w="35" w:type="dxa"/>
              <w:left w:w="55" w:type="dxa"/>
              <w:bottom w:w="35" w:type="dxa"/>
              <w:right w:w="55" w:type="dxa"/>
            </w:tcMar>
          </w:tcPr>
          <w:p w14:paraId="25B34F3D" w14:textId="77777777" w:rsidR="00497650" w:rsidRDefault="009E2559" w:rsidP="00A93829">
            <w:pPr>
              <w:shd w:val="clear" w:color="auto" w:fill="FFFFFF" w:themeFill="background1"/>
              <w:spacing w:after="0" w:line="240" w:lineRule="auto"/>
            </w:pPr>
            <w:r>
              <w:t xml:space="preserve">- GV hỏi từng ý: </w:t>
            </w:r>
            <w:r>
              <w:rPr>
                <w:b/>
              </w:rPr>
              <w:t>c. Câu nêu hoạt động.</w:t>
            </w:r>
          </w:p>
        </w:tc>
        <w:tc>
          <w:tcPr>
            <w:tcW w:w="5372" w:type="dxa"/>
            <w:tcMar>
              <w:top w:w="35" w:type="dxa"/>
              <w:left w:w="55" w:type="dxa"/>
              <w:bottom w:w="35" w:type="dxa"/>
              <w:right w:w="55" w:type="dxa"/>
            </w:tcMar>
          </w:tcPr>
          <w:p w14:paraId="6AF3A95B" w14:textId="77777777" w:rsidR="00497650" w:rsidRDefault="009E2559" w:rsidP="00A93829">
            <w:pPr>
              <w:shd w:val="clear" w:color="auto" w:fill="FFFFFF" w:themeFill="background1"/>
              <w:spacing w:after="0" w:line="240" w:lineRule="auto"/>
            </w:pPr>
            <w:r>
              <w:t>- HS đặt câu: Các bạn nhỏ đang đá bóng. Ông đang đọc báo trên ghế đá.</w:t>
            </w:r>
          </w:p>
        </w:tc>
      </w:tr>
      <w:tr w:rsidR="00497650" w14:paraId="7969000F" w14:textId="77777777" w:rsidTr="00A93829">
        <w:trPr>
          <w:jc w:val="center"/>
        </w:trPr>
        <w:tc>
          <w:tcPr>
            <w:tcW w:w="5372" w:type="dxa"/>
            <w:tcBorders>
              <w:bottom w:val="single" w:sz="6" w:space="0" w:color="000000"/>
            </w:tcBorders>
            <w:tcMar>
              <w:top w:w="35" w:type="dxa"/>
              <w:left w:w="55" w:type="dxa"/>
              <w:bottom w:w="35" w:type="dxa"/>
              <w:right w:w="55" w:type="dxa"/>
            </w:tcMar>
          </w:tcPr>
          <w:p w14:paraId="57C95506" w14:textId="77777777" w:rsidR="00497650" w:rsidRDefault="009E2559" w:rsidP="00A93829">
            <w:pPr>
              <w:shd w:val="clear" w:color="auto" w:fill="FFFFFF" w:themeFill="background1"/>
              <w:spacing w:after="0" w:line="240" w:lineRule="auto"/>
            </w:pPr>
            <w:r>
              <w:t>- GV nhận xét, chốt: Câu giới thiệu thường cho biết đó là ai, là gì; câu nêu đặc điểm cho biết sự vật thế nào; câu nêu hoạt động cho biết ai làm gì.</w:t>
            </w:r>
          </w:p>
        </w:tc>
        <w:tc>
          <w:tcPr>
            <w:tcW w:w="5372" w:type="dxa"/>
            <w:tcBorders>
              <w:bottom w:val="single" w:sz="6" w:space="0" w:color="000000"/>
            </w:tcBorders>
            <w:tcMar>
              <w:top w:w="35" w:type="dxa"/>
              <w:left w:w="55" w:type="dxa"/>
              <w:bottom w:w="35" w:type="dxa"/>
              <w:right w:w="55" w:type="dxa"/>
            </w:tcMar>
          </w:tcPr>
          <w:p w14:paraId="61CFBBEB" w14:textId="77777777" w:rsidR="00497650" w:rsidRDefault="009E2559" w:rsidP="00A93829">
            <w:pPr>
              <w:shd w:val="clear" w:color="auto" w:fill="FFFFFF" w:themeFill="background1"/>
              <w:spacing w:after="0" w:line="240" w:lineRule="auto"/>
            </w:pPr>
            <w:r>
              <w:t>- HS lắng nghe, sửa câu nếu cần.</w:t>
            </w:r>
          </w:p>
        </w:tc>
      </w:tr>
      <w:tr w:rsidR="00497650" w14:paraId="082AC17F"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4C34298C" w14:textId="77777777" w:rsidR="00497650" w:rsidRDefault="009E2559" w:rsidP="00A93829">
            <w:pPr>
              <w:shd w:val="clear" w:color="auto" w:fill="FFFFFF" w:themeFill="background1"/>
              <w:spacing w:after="0" w:line="240" w:lineRule="auto"/>
            </w:pPr>
            <w:r>
              <w:rPr>
                <w:b/>
              </w:rPr>
              <w:t>4. VẬN DỤNG (3 phút)</w:t>
            </w:r>
            <w:r>
              <w:br/>
            </w:r>
            <w:r>
              <w:rPr>
                <w:i/>
              </w:rPr>
              <w:t>Mục tiêu: HS vận dụng cách nói lời quan tâm và đặt câu trong đời sống.</w:t>
            </w:r>
          </w:p>
        </w:tc>
      </w:tr>
      <w:tr w:rsidR="00497650" w14:paraId="29A04943" w14:textId="77777777" w:rsidTr="00A93829">
        <w:trPr>
          <w:jc w:val="center"/>
        </w:trPr>
        <w:tc>
          <w:tcPr>
            <w:tcW w:w="5372" w:type="dxa"/>
            <w:tcBorders>
              <w:top w:val="single" w:sz="6" w:space="0" w:color="000000"/>
            </w:tcBorders>
            <w:tcMar>
              <w:top w:w="35" w:type="dxa"/>
              <w:left w:w="55" w:type="dxa"/>
              <w:bottom w:w="35" w:type="dxa"/>
              <w:right w:w="55" w:type="dxa"/>
            </w:tcMar>
          </w:tcPr>
          <w:p w14:paraId="6B4DCC3F" w14:textId="77777777" w:rsidR="00497650" w:rsidRDefault="009E2559" w:rsidP="00A93829">
            <w:pPr>
              <w:shd w:val="clear" w:color="auto" w:fill="FFFFFF" w:themeFill="background1"/>
              <w:spacing w:after="0" w:line="240" w:lineRule="auto"/>
            </w:pPr>
            <w:r>
              <w:t>- GV yêu cầu HS nói một câu hỏi thăm bạn bị ốm và một câu nêu hoạt động trong tranh công viên.</w:t>
            </w:r>
          </w:p>
        </w:tc>
        <w:tc>
          <w:tcPr>
            <w:tcW w:w="5372" w:type="dxa"/>
            <w:tcBorders>
              <w:top w:val="single" w:sz="6" w:space="0" w:color="000000"/>
            </w:tcBorders>
            <w:tcMar>
              <w:top w:w="35" w:type="dxa"/>
              <w:left w:w="55" w:type="dxa"/>
              <w:bottom w:w="35" w:type="dxa"/>
              <w:right w:w="55" w:type="dxa"/>
            </w:tcMar>
          </w:tcPr>
          <w:p w14:paraId="22A1860C" w14:textId="77777777" w:rsidR="00497650" w:rsidRDefault="009E2559" w:rsidP="00A93829">
            <w:pPr>
              <w:shd w:val="clear" w:color="auto" w:fill="FFFFFF" w:themeFill="background1"/>
              <w:spacing w:after="0" w:line="240" w:lineRule="auto"/>
            </w:pPr>
            <w:r>
              <w:t>- HS nói: Bạn mau khỏe nhé! Các bạn nhỏ đang chạy chơi trong công viên.</w:t>
            </w:r>
          </w:p>
        </w:tc>
      </w:tr>
      <w:tr w:rsidR="00497650" w14:paraId="5099FAFE" w14:textId="77777777" w:rsidTr="00A93829">
        <w:trPr>
          <w:jc w:val="center"/>
        </w:trPr>
        <w:tc>
          <w:tcPr>
            <w:tcW w:w="5372" w:type="dxa"/>
            <w:tcMar>
              <w:top w:w="35" w:type="dxa"/>
              <w:left w:w="55" w:type="dxa"/>
              <w:bottom w:w="35" w:type="dxa"/>
              <w:right w:w="55" w:type="dxa"/>
            </w:tcMar>
          </w:tcPr>
          <w:p w14:paraId="05274D16" w14:textId="77777777" w:rsidR="00497650" w:rsidRDefault="009E2559" w:rsidP="00A93829">
            <w:pPr>
              <w:shd w:val="clear" w:color="auto" w:fill="FFFFFF" w:themeFill="background1"/>
              <w:spacing w:after="0" w:line="240" w:lineRule="auto"/>
            </w:pPr>
            <w:r>
              <w:t>- GV dặn HS đọc lại các câu đã đặt và chuẩn bị tiết 5 - 6.</w:t>
            </w:r>
          </w:p>
        </w:tc>
        <w:tc>
          <w:tcPr>
            <w:tcW w:w="5372" w:type="dxa"/>
            <w:tcMar>
              <w:top w:w="35" w:type="dxa"/>
              <w:left w:w="55" w:type="dxa"/>
              <w:bottom w:w="35" w:type="dxa"/>
              <w:right w:w="55" w:type="dxa"/>
            </w:tcMar>
          </w:tcPr>
          <w:p w14:paraId="4FC4EBE1" w14:textId="77777777" w:rsidR="00497650" w:rsidRDefault="009E2559" w:rsidP="00A93829">
            <w:pPr>
              <w:shd w:val="clear" w:color="auto" w:fill="FFFFFF" w:themeFill="background1"/>
              <w:spacing w:after="0" w:line="240" w:lineRule="auto"/>
            </w:pPr>
            <w:r>
              <w:t>- HS ghi nhớ nhiệm vụ.</w:t>
            </w:r>
          </w:p>
        </w:tc>
      </w:tr>
    </w:tbl>
    <w:p w14:paraId="3E3EBD76" w14:textId="77777777" w:rsidR="00497650" w:rsidRDefault="009E2559" w:rsidP="00A93829">
      <w:pPr>
        <w:shd w:val="clear" w:color="auto" w:fill="FFFFFF" w:themeFill="background1"/>
        <w:spacing w:after="0" w:line="240" w:lineRule="auto"/>
      </w:pPr>
      <w:r>
        <w:rPr>
          <w:b/>
        </w:rPr>
        <w:t>IV. ĐIỀU CHỈNH SAU TIẾT HỌC (NẾU CÓ)</w:t>
      </w:r>
    </w:p>
    <w:p w14:paraId="07F733E2" w14:textId="77777777" w:rsidR="00497650" w:rsidRDefault="00497650" w:rsidP="00A93829">
      <w:pPr>
        <w:shd w:val="clear" w:color="auto" w:fill="FFFFFF" w:themeFill="background1"/>
        <w:spacing w:after="0" w:line="240" w:lineRule="auto"/>
      </w:pPr>
    </w:p>
    <w:p w14:paraId="318E1AAD" w14:textId="77777777" w:rsidR="00497650" w:rsidRDefault="009E2559" w:rsidP="00A93829">
      <w:pPr>
        <w:shd w:val="clear" w:color="auto" w:fill="FFFFFF" w:themeFill="background1"/>
        <w:spacing w:after="0" w:line="240" w:lineRule="auto"/>
        <w:jc w:val="center"/>
      </w:pPr>
      <w:r>
        <w:rPr>
          <w:b/>
        </w:rPr>
        <w:t>KẾ HOẠCH BÀI DẠY MÔN TIẾNG VIỆT LỚP 2 - TUẦN 35</w:t>
      </w:r>
    </w:p>
    <w:p w14:paraId="33A233D1" w14:textId="77777777" w:rsidR="00497650" w:rsidRDefault="009E2559" w:rsidP="00A93829">
      <w:pPr>
        <w:shd w:val="clear" w:color="auto" w:fill="FFFFFF" w:themeFill="background1"/>
        <w:spacing w:after="0" w:line="240" w:lineRule="auto"/>
        <w:jc w:val="center"/>
      </w:pPr>
      <w:r>
        <w:rPr>
          <w:b/>
        </w:rPr>
        <w:t>ÔN TẬP VÀ ĐÁNH GIÁ CUỐI HỌC KÌ 2</w:t>
      </w:r>
    </w:p>
    <w:p w14:paraId="70AAB203" w14:textId="77777777" w:rsidR="00497650" w:rsidRDefault="009E2559" w:rsidP="00A93829">
      <w:pPr>
        <w:shd w:val="clear" w:color="auto" w:fill="FFFFFF" w:themeFill="background1"/>
        <w:spacing w:after="0" w:line="240" w:lineRule="auto"/>
        <w:jc w:val="center"/>
      </w:pPr>
      <w:r>
        <w:rPr>
          <w:b/>
        </w:rPr>
        <w:t>PHẦN I - ÔN TẬP</w:t>
      </w:r>
    </w:p>
    <w:p w14:paraId="5F7C1C2B" w14:textId="77777777" w:rsidR="00497650" w:rsidRDefault="009E2559" w:rsidP="00A93829">
      <w:pPr>
        <w:shd w:val="clear" w:color="auto" w:fill="FFFFFF" w:themeFill="background1"/>
        <w:spacing w:after="60" w:line="240" w:lineRule="auto"/>
        <w:jc w:val="center"/>
      </w:pPr>
      <w:r>
        <w:rPr>
          <w:b/>
        </w:rPr>
        <w:t>TIẾT 5 - 6</w:t>
      </w:r>
    </w:p>
    <w:p w14:paraId="375179DC" w14:textId="77777777" w:rsidR="00497650" w:rsidRDefault="009E2559" w:rsidP="00A93829">
      <w:pPr>
        <w:shd w:val="clear" w:color="auto" w:fill="FFFFFF" w:themeFill="background1"/>
        <w:spacing w:after="0" w:line="240" w:lineRule="auto"/>
      </w:pPr>
      <w:r>
        <w:rPr>
          <w:b/>
        </w:rPr>
        <w:t>I. YÊU CẦU CẦN ĐẠT</w:t>
      </w:r>
    </w:p>
    <w:p w14:paraId="4BBCB766" w14:textId="77777777" w:rsidR="00497650" w:rsidRDefault="009E2559" w:rsidP="00A93829">
      <w:pPr>
        <w:shd w:val="clear" w:color="auto" w:fill="FFFFFF" w:themeFill="background1"/>
        <w:spacing w:after="0" w:line="240" w:lineRule="auto"/>
      </w:pPr>
      <w:r>
        <w:rPr>
          <w:b/>
        </w:rPr>
        <w:t>1. Năng lực đặc thù</w:t>
      </w:r>
    </w:p>
    <w:p w14:paraId="21D4B307" w14:textId="77777777" w:rsidR="00497650" w:rsidRDefault="009E2559" w:rsidP="00A93829">
      <w:pPr>
        <w:shd w:val="clear" w:color="auto" w:fill="FFFFFF" w:themeFill="background1"/>
        <w:spacing w:after="0" w:line="240" w:lineRule="auto"/>
      </w:pPr>
      <w:r>
        <w:t>- Đọc và giải được câu đố về các loài chim; tìm được từ ngữ chỉ đặc điểm của một loài vật yêu thích.</w:t>
      </w:r>
    </w:p>
    <w:p w14:paraId="77E4C764" w14:textId="77777777" w:rsidR="00497650" w:rsidRDefault="009E2559" w:rsidP="00A93829">
      <w:pPr>
        <w:shd w:val="clear" w:color="auto" w:fill="FFFFFF" w:themeFill="background1"/>
        <w:spacing w:after="0" w:line="240" w:lineRule="auto"/>
      </w:pPr>
      <w:r>
        <w:t>- Hỏi - đáp được về đặc điểm của một số loài vật; chọn đúng dấu chấm hoặc dấu phẩy trong đoạn văn.</w:t>
      </w:r>
    </w:p>
    <w:p w14:paraId="1EC23BD8" w14:textId="77777777" w:rsidR="00497650" w:rsidRDefault="009E2559" w:rsidP="00A93829">
      <w:pPr>
        <w:shd w:val="clear" w:color="auto" w:fill="FFFFFF" w:themeFill="background1"/>
        <w:spacing w:after="0" w:line="240" w:lineRule="auto"/>
      </w:pPr>
      <w:r>
        <w:t>- Rèn kĩ năng quan sát tranh, dùng từ ngữ miêu tả và đặt câu phù hợp.</w:t>
      </w:r>
    </w:p>
    <w:p w14:paraId="1C7E9255" w14:textId="77777777" w:rsidR="00497650" w:rsidRDefault="009E2559" w:rsidP="00A93829">
      <w:pPr>
        <w:shd w:val="clear" w:color="auto" w:fill="FFFFFF" w:themeFill="background1"/>
        <w:spacing w:after="0" w:line="240" w:lineRule="auto"/>
      </w:pPr>
      <w:r>
        <w:rPr>
          <w:b/>
        </w:rPr>
        <w:t>2. Năng lực chung</w:t>
      </w:r>
    </w:p>
    <w:p w14:paraId="3EC07795" w14:textId="77777777" w:rsidR="00497650" w:rsidRDefault="009E2559" w:rsidP="00A93829">
      <w:pPr>
        <w:shd w:val="clear" w:color="auto" w:fill="FFFFFF" w:themeFill="background1"/>
        <w:spacing w:after="0" w:line="240" w:lineRule="auto"/>
      </w:pPr>
      <w:r>
        <w:t>- Tự chủ và tự học: Tự đọc câu đố, suy luận đặc điểm để tìm đáp án.</w:t>
      </w:r>
    </w:p>
    <w:p w14:paraId="78B86B83" w14:textId="77777777" w:rsidR="00497650" w:rsidRDefault="009E2559" w:rsidP="00A93829">
      <w:pPr>
        <w:shd w:val="clear" w:color="auto" w:fill="FFFFFF" w:themeFill="background1"/>
        <w:spacing w:after="0" w:line="240" w:lineRule="auto"/>
      </w:pPr>
      <w:r>
        <w:t>- Giao tiếp và hợp tác: Làm việc nhóm đôi, hỏi - đáp về đặc điểm loài vật rõ ràng, lịch sự.</w:t>
      </w:r>
    </w:p>
    <w:p w14:paraId="56017F5E" w14:textId="77777777" w:rsidR="00497650" w:rsidRDefault="009E2559" w:rsidP="00A93829">
      <w:pPr>
        <w:shd w:val="clear" w:color="auto" w:fill="FFFFFF" w:themeFill="background1"/>
        <w:spacing w:after="0" w:line="240" w:lineRule="auto"/>
      </w:pPr>
      <w:r>
        <w:t>- Giải quyết vấn đề và sáng tạo: Biết dựa vào dấu hiệu miêu tả để đoán tên con vật và chọn dấu câu đúng.</w:t>
      </w:r>
    </w:p>
    <w:p w14:paraId="12801FE1" w14:textId="77777777" w:rsidR="00497650" w:rsidRDefault="009E2559" w:rsidP="00A93829">
      <w:pPr>
        <w:shd w:val="clear" w:color="auto" w:fill="FFFFFF" w:themeFill="background1"/>
        <w:spacing w:after="0" w:line="240" w:lineRule="auto"/>
      </w:pPr>
      <w:r>
        <w:rPr>
          <w:b/>
        </w:rPr>
        <w:t>3. Phẩm chất</w:t>
      </w:r>
    </w:p>
    <w:p w14:paraId="5853AF56" w14:textId="77777777" w:rsidR="00497650" w:rsidRDefault="009E2559" w:rsidP="00A93829">
      <w:pPr>
        <w:shd w:val="clear" w:color="auto" w:fill="FFFFFF" w:themeFill="background1"/>
        <w:spacing w:after="0" w:line="240" w:lineRule="auto"/>
      </w:pPr>
      <w:r>
        <w:t>- Chăm chỉ: Tích cực thực hiện các bài ôn tập, không bỏ sót yêu cầu.</w:t>
      </w:r>
    </w:p>
    <w:p w14:paraId="1D7A63B7" w14:textId="77777777" w:rsidR="00497650" w:rsidRDefault="009E2559" w:rsidP="00A93829">
      <w:pPr>
        <w:shd w:val="clear" w:color="auto" w:fill="FFFFFF" w:themeFill="background1"/>
        <w:spacing w:after="0" w:line="240" w:lineRule="auto"/>
      </w:pPr>
      <w:r>
        <w:t>- Nhân ái: Biết yêu quý các loài vật, nói về con vật bằng thái độ thân thiện.</w:t>
      </w:r>
    </w:p>
    <w:p w14:paraId="7B50256A" w14:textId="77777777" w:rsidR="00497650" w:rsidRDefault="009E2559" w:rsidP="00A93829">
      <w:pPr>
        <w:shd w:val="clear" w:color="auto" w:fill="FFFFFF" w:themeFill="background1"/>
        <w:spacing w:after="0" w:line="240" w:lineRule="auto"/>
      </w:pPr>
      <w:r>
        <w:lastRenderedPageBreak/>
        <w:t>- Trách nhiệm: Có ý thức trình bày bài sạch, dùng dấu câu đúng khi viết.</w:t>
      </w:r>
    </w:p>
    <w:p w14:paraId="4CB84DB7" w14:textId="77777777" w:rsidR="00497650" w:rsidRDefault="009E2559" w:rsidP="00A93829">
      <w:pPr>
        <w:shd w:val="clear" w:color="auto" w:fill="FFFFFF" w:themeFill="background1"/>
        <w:spacing w:after="0" w:line="240" w:lineRule="auto"/>
      </w:pPr>
      <w:r>
        <w:rPr>
          <w:b/>
        </w:rPr>
        <w:t>II. ĐỒ DÙNG DẠY HỌC</w:t>
      </w:r>
    </w:p>
    <w:p w14:paraId="558A4936" w14:textId="77777777" w:rsidR="00497650" w:rsidRDefault="009E2559" w:rsidP="00A93829">
      <w:pPr>
        <w:shd w:val="clear" w:color="auto" w:fill="FFFFFF" w:themeFill="background1"/>
        <w:spacing w:after="0" w:line="240" w:lineRule="auto"/>
      </w:pPr>
      <w:r>
        <w:t>- GV: Máy tính, máy chiếu/tivi, tranh và câu bài tập cắt từ SGK, thẻ tên bài đọc, phiếu ôn tập, phiếu kiểm tra phù hợp với từng tiết.</w:t>
      </w:r>
    </w:p>
    <w:p w14:paraId="35276D64" w14:textId="77777777" w:rsidR="00497650" w:rsidRDefault="009E2559" w:rsidP="00A93829">
      <w:pPr>
        <w:shd w:val="clear" w:color="auto" w:fill="FFFFFF" w:themeFill="background1"/>
        <w:spacing w:after="0" w:line="240" w:lineRule="auto"/>
      </w:pPr>
      <w:r>
        <w:t>- HS: SGK Tiếng Việt 2, Vở bài tập Tiếng Việt, vở ô ly, bảng con, bút chì, giấy kiểm tra.</w:t>
      </w:r>
    </w:p>
    <w:p w14:paraId="449C67D3" w14:textId="77777777" w:rsidR="00497650" w:rsidRDefault="009E2559" w:rsidP="00A93829">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372"/>
        <w:gridCol w:w="5372"/>
      </w:tblGrid>
      <w:tr w:rsidR="00497650" w14:paraId="454F4B92" w14:textId="77777777" w:rsidTr="00A93829">
        <w:trPr>
          <w:tblHeader/>
          <w:jc w:val="center"/>
        </w:trPr>
        <w:tc>
          <w:tcPr>
            <w:tcW w:w="5372" w:type="dxa"/>
            <w:tcBorders>
              <w:bottom w:val="single" w:sz="6" w:space="0" w:color="000000"/>
            </w:tcBorders>
            <w:shd w:val="clear" w:color="auto" w:fill="D9EAF7"/>
            <w:tcMar>
              <w:top w:w="35" w:type="dxa"/>
              <w:left w:w="55" w:type="dxa"/>
              <w:bottom w:w="35" w:type="dxa"/>
              <w:right w:w="55" w:type="dxa"/>
            </w:tcMar>
            <w:vAlign w:val="center"/>
          </w:tcPr>
          <w:p w14:paraId="3F47E2F8" w14:textId="77777777" w:rsidR="00497650" w:rsidRDefault="009E2559" w:rsidP="00A93829">
            <w:pPr>
              <w:shd w:val="clear" w:color="auto" w:fill="FFFFFF" w:themeFill="background1"/>
              <w:spacing w:after="0" w:line="240" w:lineRule="auto"/>
              <w:jc w:val="center"/>
            </w:pPr>
            <w:r>
              <w:rPr>
                <w:b/>
              </w:rPr>
              <w:t>Hoạt động của giáo viên</w:t>
            </w:r>
          </w:p>
        </w:tc>
        <w:tc>
          <w:tcPr>
            <w:tcW w:w="5372" w:type="dxa"/>
            <w:tcBorders>
              <w:bottom w:val="single" w:sz="6" w:space="0" w:color="000000"/>
            </w:tcBorders>
            <w:shd w:val="clear" w:color="auto" w:fill="D9EAF7"/>
            <w:tcMar>
              <w:top w:w="35" w:type="dxa"/>
              <w:left w:w="55" w:type="dxa"/>
              <w:bottom w:w="35" w:type="dxa"/>
              <w:right w:w="55" w:type="dxa"/>
            </w:tcMar>
            <w:vAlign w:val="center"/>
          </w:tcPr>
          <w:p w14:paraId="43DB0B5A" w14:textId="77777777" w:rsidR="00497650" w:rsidRDefault="009E2559" w:rsidP="00A93829">
            <w:pPr>
              <w:shd w:val="clear" w:color="auto" w:fill="FFFFFF" w:themeFill="background1"/>
              <w:spacing w:after="0" w:line="240" w:lineRule="auto"/>
              <w:jc w:val="center"/>
            </w:pPr>
            <w:r>
              <w:rPr>
                <w:b/>
              </w:rPr>
              <w:t>Hoạt động của học sinh</w:t>
            </w:r>
          </w:p>
        </w:tc>
      </w:tr>
      <w:tr w:rsidR="00497650" w14:paraId="06E6D6FC"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0E12EBA5" w14:textId="77777777" w:rsidR="00497650" w:rsidRDefault="009E2559" w:rsidP="00A93829">
            <w:pPr>
              <w:shd w:val="clear" w:color="auto" w:fill="FFFFFF" w:themeFill="background1"/>
              <w:spacing w:after="0" w:line="240" w:lineRule="auto"/>
            </w:pPr>
            <w:r>
              <w:rPr>
                <w:b/>
              </w:rPr>
              <w:t>TIẾT 5 - 6</w:t>
            </w:r>
            <w:r>
              <w:br/>
            </w:r>
            <w:r>
              <w:rPr>
                <w:b/>
              </w:rPr>
              <w:t>1. KHỞI ĐỘNG (4 phút)</w:t>
            </w:r>
            <w:r>
              <w:br/>
            </w:r>
            <w:r>
              <w:rPr>
                <w:i/>
              </w:rPr>
              <w:t>Mục tiêu: HS tạo hứng thú qua trò chơi đoán tên con vật, chuẩn bị ôn tập từ ngữ chỉ đặc điểm.</w:t>
            </w:r>
          </w:p>
        </w:tc>
      </w:tr>
      <w:tr w:rsidR="00497650" w14:paraId="199BFE48" w14:textId="77777777" w:rsidTr="00A93829">
        <w:trPr>
          <w:jc w:val="center"/>
        </w:trPr>
        <w:tc>
          <w:tcPr>
            <w:tcW w:w="5372" w:type="dxa"/>
            <w:tcBorders>
              <w:top w:val="single" w:sz="6" w:space="0" w:color="000000"/>
            </w:tcBorders>
            <w:tcMar>
              <w:top w:w="35" w:type="dxa"/>
              <w:left w:w="55" w:type="dxa"/>
              <w:bottom w:w="35" w:type="dxa"/>
              <w:right w:w="55" w:type="dxa"/>
            </w:tcMar>
          </w:tcPr>
          <w:p w14:paraId="60D2444E" w14:textId="77777777" w:rsidR="00497650" w:rsidRDefault="009E2559" w:rsidP="00A93829">
            <w:pPr>
              <w:shd w:val="clear" w:color="auto" w:fill="FFFFFF" w:themeFill="background1"/>
              <w:spacing w:after="0" w:line="240" w:lineRule="auto"/>
            </w:pPr>
            <w:r>
              <w:t>- GV tổ chức trò chơi “Nghe đặc điểm đoán con vật”: GV nêu một đặc điểm, HS đoán tên con vật.</w:t>
            </w:r>
          </w:p>
        </w:tc>
        <w:tc>
          <w:tcPr>
            <w:tcW w:w="5372" w:type="dxa"/>
            <w:tcBorders>
              <w:top w:val="single" w:sz="6" w:space="0" w:color="000000"/>
            </w:tcBorders>
            <w:tcMar>
              <w:top w:w="35" w:type="dxa"/>
              <w:left w:w="55" w:type="dxa"/>
              <w:bottom w:w="35" w:type="dxa"/>
              <w:right w:w="55" w:type="dxa"/>
            </w:tcMar>
          </w:tcPr>
          <w:p w14:paraId="7D935E77" w14:textId="77777777" w:rsidR="00497650" w:rsidRDefault="009E2559" w:rsidP="00A93829">
            <w:pPr>
              <w:shd w:val="clear" w:color="auto" w:fill="FFFFFF" w:themeFill="background1"/>
              <w:spacing w:after="0" w:line="240" w:lineRule="auto"/>
            </w:pPr>
            <w:r>
              <w:t>- HS tham gia: Con vật có tai dài, nhảy nhanh là thỏ; con vật có bộ lông nhiều màu là chim công.</w:t>
            </w:r>
          </w:p>
        </w:tc>
      </w:tr>
      <w:tr w:rsidR="00497650" w14:paraId="0EBF2E5E" w14:textId="77777777" w:rsidTr="00A93829">
        <w:trPr>
          <w:jc w:val="center"/>
        </w:trPr>
        <w:tc>
          <w:tcPr>
            <w:tcW w:w="5372" w:type="dxa"/>
            <w:tcBorders>
              <w:bottom w:val="single" w:sz="6" w:space="0" w:color="000000"/>
            </w:tcBorders>
            <w:tcMar>
              <w:top w:w="35" w:type="dxa"/>
              <w:left w:w="55" w:type="dxa"/>
              <w:bottom w:w="35" w:type="dxa"/>
              <w:right w:w="55" w:type="dxa"/>
            </w:tcMar>
          </w:tcPr>
          <w:p w14:paraId="1076DE29" w14:textId="77777777" w:rsidR="00497650" w:rsidRDefault="009E2559" w:rsidP="00A93829">
            <w:pPr>
              <w:shd w:val="clear" w:color="auto" w:fill="FFFFFF" w:themeFill="background1"/>
              <w:spacing w:after="0" w:line="240" w:lineRule="auto"/>
            </w:pPr>
            <w:r>
              <w:t>- GV dẫn vào bài: Tiết này các em đọc câu đố về chim, tìm từ chỉ đặc điểm loài vật và luyện dùng dấu câu.</w:t>
            </w:r>
          </w:p>
        </w:tc>
        <w:tc>
          <w:tcPr>
            <w:tcW w:w="5372" w:type="dxa"/>
            <w:tcBorders>
              <w:bottom w:val="single" w:sz="6" w:space="0" w:color="000000"/>
            </w:tcBorders>
            <w:tcMar>
              <w:top w:w="35" w:type="dxa"/>
              <w:left w:w="55" w:type="dxa"/>
              <w:bottom w:w="35" w:type="dxa"/>
              <w:right w:w="55" w:type="dxa"/>
            </w:tcMar>
          </w:tcPr>
          <w:p w14:paraId="3B3581BE" w14:textId="77777777" w:rsidR="00497650" w:rsidRDefault="009E2559" w:rsidP="00A93829">
            <w:pPr>
              <w:shd w:val="clear" w:color="auto" w:fill="FFFFFF" w:themeFill="background1"/>
              <w:spacing w:after="0" w:line="240" w:lineRule="auto"/>
            </w:pPr>
            <w:r>
              <w:t>- HS lắng nghe, mở SGK.</w:t>
            </w:r>
          </w:p>
        </w:tc>
      </w:tr>
      <w:tr w:rsidR="00497650" w14:paraId="79AA0494"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5762858B" w14:textId="77777777" w:rsidR="00497650" w:rsidRDefault="009E2559" w:rsidP="00A93829">
            <w:pPr>
              <w:shd w:val="clear" w:color="auto" w:fill="FFFFFF" w:themeFill="background1"/>
              <w:spacing w:after="0" w:line="240" w:lineRule="auto"/>
            </w:pPr>
            <w:r>
              <w:rPr>
                <w:b/>
              </w:rPr>
              <w:t>2. LUYỆN TẬP ĐỌC HIỂU - TỪ NGỮ (18 phút)</w:t>
            </w:r>
            <w:r>
              <w:br/>
            </w:r>
            <w:r>
              <w:rPr>
                <w:i/>
              </w:rPr>
              <w:t>Mục tiêu: HS giải được câu đố, tìm được từ chỉ đặc điểm của loài vật.</w:t>
            </w:r>
          </w:p>
        </w:tc>
      </w:tr>
      <w:tr w:rsidR="00497650" w14:paraId="4F9441BD" w14:textId="77777777" w:rsidTr="00A93829">
        <w:trPr>
          <w:jc w:val="center"/>
        </w:trPr>
        <w:tc>
          <w:tcPr>
            <w:tcW w:w="5372" w:type="dxa"/>
            <w:tcBorders>
              <w:top w:val="single" w:sz="6" w:space="0" w:color="000000"/>
            </w:tcBorders>
            <w:tcMar>
              <w:top w:w="35" w:type="dxa"/>
              <w:left w:w="55" w:type="dxa"/>
              <w:bottom w:w="35" w:type="dxa"/>
              <w:right w:w="55" w:type="dxa"/>
            </w:tcMar>
          </w:tcPr>
          <w:p w14:paraId="0A7E8EDD" w14:textId="77777777" w:rsidR="00497650" w:rsidRDefault="009E2559" w:rsidP="00A93829">
            <w:pPr>
              <w:shd w:val="clear" w:color="auto" w:fill="FFFFFF" w:themeFill="background1"/>
              <w:spacing w:after="0" w:line="240" w:lineRule="auto"/>
            </w:pPr>
            <w:r>
              <w:t xml:space="preserve">- GV yêu cầu HS đọc bài tập 6: </w:t>
            </w:r>
            <w:r>
              <w:rPr>
                <w:b/>
              </w:rPr>
              <w:t>Đoán xem mỗi câu đố nói về loài chim nào.</w:t>
            </w:r>
          </w:p>
          <w:p w14:paraId="343B79BF" w14:textId="685D9F86"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68BA5679" w14:textId="77777777" w:rsidR="00497650" w:rsidRDefault="009E2559" w:rsidP="00A93829">
            <w:pPr>
              <w:shd w:val="clear" w:color="auto" w:fill="FFFFFF" w:themeFill="background1"/>
              <w:spacing w:after="0" w:line="240" w:lineRule="auto"/>
            </w:pPr>
            <w:r>
              <w:t>- HS quan sát ba tranh chim và đọc thầm từng câu đố.</w:t>
            </w:r>
          </w:p>
        </w:tc>
      </w:tr>
      <w:tr w:rsidR="00497650" w14:paraId="41F6F214" w14:textId="77777777" w:rsidTr="00A93829">
        <w:trPr>
          <w:jc w:val="center"/>
        </w:trPr>
        <w:tc>
          <w:tcPr>
            <w:tcW w:w="5372" w:type="dxa"/>
            <w:tcMar>
              <w:top w:w="35" w:type="dxa"/>
              <w:left w:w="55" w:type="dxa"/>
              <w:bottom w:w="35" w:type="dxa"/>
              <w:right w:w="55" w:type="dxa"/>
            </w:tcMar>
          </w:tcPr>
          <w:p w14:paraId="05AACB14" w14:textId="77777777" w:rsidR="00497650" w:rsidRDefault="009E2559" w:rsidP="00A93829">
            <w:pPr>
              <w:shd w:val="clear" w:color="auto" w:fill="FFFFFF" w:themeFill="background1"/>
              <w:spacing w:after="0" w:line="240" w:lineRule="auto"/>
            </w:pPr>
            <w:r>
              <w:t>- GV cho HS làm việc nhóm ba: mỗi bạn đọc một câu đố, gạch chân đặc điểm quan trọng.</w:t>
            </w:r>
          </w:p>
        </w:tc>
        <w:tc>
          <w:tcPr>
            <w:tcW w:w="5372" w:type="dxa"/>
            <w:tcMar>
              <w:top w:w="35" w:type="dxa"/>
              <w:left w:w="55" w:type="dxa"/>
              <w:bottom w:w="35" w:type="dxa"/>
              <w:right w:w="55" w:type="dxa"/>
            </w:tcMar>
          </w:tcPr>
          <w:p w14:paraId="043D6276" w14:textId="77777777" w:rsidR="00497650" w:rsidRDefault="009E2559" w:rsidP="00A93829">
            <w:pPr>
              <w:shd w:val="clear" w:color="auto" w:fill="FFFFFF" w:themeFill="background1"/>
              <w:spacing w:after="0" w:line="240" w:lineRule="auto"/>
            </w:pPr>
            <w:r>
              <w:t>- HS làm việc nhóm. Câu đố 1: mỏ như dùi, lông cổ cộc cộc, cây nào sâu đục có tôi. Câu đố 2: chân đen, mình trắng, lầm bầm nhỏ nông, thích mò tôm cá. Câu đố 3: mỏ dài lông biếc, lao mình bắt cá.</w:t>
            </w:r>
          </w:p>
        </w:tc>
      </w:tr>
      <w:tr w:rsidR="00497650" w14:paraId="6DD5FD8A" w14:textId="77777777" w:rsidTr="00A93829">
        <w:trPr>
          <w:jc w:val="center"/>
        </w:trPr>
        <w:tc>
          <w:tcPr>
            <w:tcW w:w="5372" w:type="dxa"/>
            <w:tcMar>
              <w:top w:w="35" w:type="dxa"/>
              <w:left w:w="55" w:type="dxa"/>
              <w:bottom w:w="35" w:type="dxa"/>
              <w:right w:w="55" w:type="dxa"/>
            </w:tcMar>
          </w:tcPr>
          <w:p w14:paraId="39B1BF5C" w14:textId="77777777" w:rsidR="00497650" w:rsidRDefault="009E2559" w:rsidP="00A93829">
            <w:pPr>
              <w:shd w:val="clear" w:color="auto" w:fill="FFFFFF" w:themeFill="background1"/>
              <w:spacing w:after="0" w:line="240" w:lineRule="auto"/>
            </w:pPr>
            <w:r>
              <w:t>- GV hỏi: Câu đố thứ nhất nói về loài chim nào? Vì sao?</w:t>
            </w:r>
          </w:p>
        </w:tc>
        <w:tc>
          <w:tcPr>
            <w:tcW w:w="5372" w:type="dxa"/>
            <w:tcMar>
              <w:top w:w="35" w:type="dxa"/>
              <w:left w:w="55" w:type="dxa"/>
              <w:bottom w:w="35" w:type="dxa"/>
              <w:right w:w="55" w:type="dxa"/>
            </w:tcMar>
          </w:tcPr>
          <w:p w14:paraId="7306FAF2" w14:textId="77777777" w:rsidR="00497650" w:rsidRDefault="009E2559" w:rsidP="00A93829">
            <w:pPr>
              <w:shd w:val="clear" w:color="auto" w:fill="FFFFFF" w:themeFill="background1"/>
              <w:spacing w:after="0" w:line="240" w:lineRule="auto"/>
            </w:pPr>
            <w:r>
              <w:t>- HS trả lời: Đó là chim gõ kiến vì chim dùng mỏ gõ vào thân cây để bắt sâu.</w:t>
            </w:r>
          </w:p>
        </w:tc>
      </w:tr>
      <w:tr w:rsidR="00497650" w14:paraId="13DFA171" w14:textId="77777777" w:rsidTr="00A93829">
        <w:trPr>
          <w:jc w:val="center"/>
        </w:trPr>
        <w:tc>
          <w:tcPr>
            <w:tcW w:w="5372" w:type="dxa"/>
            <w:tcMar>
              <w:top w:w="35" w:type="dxa"/>
              <w:left w:w="55" w:type="dxa"/>
              <w:bottom w:w="35" w:type="dxa"/>
              <w:right w:w="55" w:type="dxa"/>
            </w:tcMar>
          </w:tcPr>
          <w:p w14:paraId="456C7910" w14:textId="77777777" w:rsidR="00497650" w:rsidRDefault="009E2559" w:rsidP="00A93829">
            <w:pPr>
              <w:shd w:val="clear" w:color="auto" w:fill="FFFFFF" w:themeFill="background1"/>
              <w:spacing w:after="0" w:line="240" w:lineRule="auto"/>
            </w:pPr>
            <w:r>
              <w:t>- GV hỏi: Câu đố thứ hai nói về loài chim nào? Vì sao?</w:t>
            </w:r>
          </w:p>
        </w:tc>
        <w:tc>
          <w:tcPr>
            <w:tcW w:w="5372" w:type="dxa"/>
            <w:tcMar>
              <w:top w:w="35" w:type="dxa"/>
              <w:left w:w="55" w:type="dxa"/>
              <w:bottom w:w="35" w:type="dxa"/>
              <w:right w:w="55" w:type="dxa"/>
            </w:tcMar>
          </w:tcPr>
          <w:p w14:paraId="6D6D443C" w14:textId="77777777" w:rsidR="00497650" w:rsidRDefault="009E2559" w:rsidP="00A93829">
            <w:pPr>
              <w:shd w:val="clear" w:color="auto" w:fill="FFFFFF" w:themeFill="background1"/>
              <w:spacing w:after="0" w:line="240" w:lineRule="auto"/>
            </w:pPr>
            <w:r>
              <w:t>- HS trả lời: Đó là con cò/con diệc vì chân đen, mình trắng và thường mò tôm cá ở đồng nước.</w:t>
            </w:r>
          </w:p>
        </w:tc>
      </w:tr>
      <w:tr w:rsidR="00497650" w14:paraId="36474C92" w14:textId="77777777" w:rsidTr="00A93829">
        <w:trPr>
          <w:jc w:val="center"/>
        </w:trPr>
        <w:tc>
          <w:tcPr>
            <w:tcW w:w="5372" w:type="dxa"/>
            <w:tcMar>
              <w:top w:w="35" w:type="dxa"/>
              <w:left w:w="55" w:type="dxa"/>
              <w:bottom w:w="35" w:type="dxa"/>
              <w:right w:w="55" w:type="dxa"/>
            </w:tcMar>
          </w:tcPr>
          <w:p w14:paraId="05413868" w14:textId="77777777" w:rsidR="00497650" w:rsidRDefault="009E2559" w:rsidP="00A93829">
            <w:pPr>
              <w:shd w:val="clear" w:color="auto" w:fill="FFFFFF" w:themeFill="background1"/>
              <w:spacing w:after="0" w:line="240" w:lineRule="auto"/>
            </w:pPr>
            <w:r>
              <w:t>- GV hỏi: Câu đố thứ ba nói về loài chim nào? Vì sao?</w:t>
            </w:r>
          </w:p>
        </w:tc>
        <w:tc>
          <w:tcPr>
            <w:tcW w:w="5372" w:type="dxa"/>
            <w:tcMar>
              <w:top w:w="35" w:type="dxa"/>
              <w:left w:w="55" w:type="dxa"/>
              <w:bottom w:w="35" w:type="dxa"/>
              <w:right w:w="55" w:type="dxa"/>
            </w:tcMar>
          </w:tcPr>
          <w:p w14:paraId="321DA4C8" w14:textId="77777777" w:rsidR="00497650" w:rsidRDefault="009E2559" w:rsidP="00A93829">
            <w:pPr>
              <w:shd w:val="clear" w:color="auto" w:fill="FFFFFF" w:themeFill="background1"/>
              <w:spacing w:after="0" w:line="240" w:lineRule="auto"/>
            </w:pPr>
            <w:r>
              <w:t>- HS trả lời: Đó là chim bói cá vì chim có mỏ dài, lông biếc và lao xuống nước bắt cá.</w:t>
            </w:r>
          </w:p>
        </w:tc>
      </w:tr>
      <w:tr w:rsidR="00497650" w14:paraId="2CD8FFB6" w14:textId="77777777" w:rsidTr="00A93829">
        <w:trPr>
          <w:jc w:val="center"/>
        </w:trPr>
        <w:tc>
          <w:tcPr>
            <w:tcW w:w="5372" w:type="dxa"/>
            <w:tcMar>
              <w:top w:w="35" w:type="dxa"/>
              <w:left w:w="55" w:type="dxa"/>
              <w:bottom w:w="35" w:type="dxa"/>
              <w:right w:w="55" w:type="dxa"/>
            </w:tcMar>
          </w:tcPr>
          <w:p w14:paraId="6851548E" w14:textId="77777777" w:rsidR="00497650" w:rsidRDefault="009E2559" w:rsidP="00A93829">
            <w:pPr>
              <w:shd w:val="clear" w:color="auto" w:fill="FFFFFF" w:themeFill="background1"/>
              <w:spacing w:after="0" w:line="240" w:lineRule="auto"/>
            </w:pPr>
            <w:r>
              <w:t xml:space="preserve">- GV yêu cầu HS đọc bài tập 7: </w:t>
            </w:r>
            <w:r>
              <w:rPr>
                <w:b/>
              </w:rPr>
              <w:t>Tìm từ ngữ chỉ đặc điểm của một loài vật em yêu thích.</w:t>
            </w:r>
          </w:p>
          <w:p w14:paraId="1325AB6C" w14:textId="6ABDD0D6" w:rsidR="00497650" w:rsidRDefault="00497650" w:rsidP="00A93829">
            <w:pPr>
              <w:shd w:val="clear" w:color="auto" w:fill="FFFFFF" w:themeFill="background1"/>
              <w:spacing w:after="0"/>
              <w:jc w:val="center"/>
            </w:pPr>
          </w:p>
        </w:tc>
        <w:tc>
          <w:tcPr>
            <w:tcW w:w="5372" w:type="dxa"/>
            <w:tcMar>
              <w:top w:w="35" w:type="dxa"/>
              <w:left w:w="55" w:type="dxa"/>
              <w:bottom w:w="35" w:type="dxa"/>
              <w:right w:w="55" w:type="dxa"/>
            </w:tcMar>
          </w:tcPr>
          <w:p w14:paraId="272E0DED" w14:textId="77777777" w:rsidR="00497650" w:rsidRDefault="009E2559" w:rsidP="00A93829">
            <w:pPr>
              <w:shd w:val="clear" w:color="auto" w:fill="FFFFFF" w:themeFill="background1"/>
              <w:spacing w:after="0" w:line="240" w:lineRule="auto"/>
            </w:pPr>
            <w:r>
              <w:t>- HS quan sát các tranh chim, mèo, chim công, sóc, thỏ, nai và nêu từ chỉ đặc điểm.</w:t>
            </w:r>
          </w:p>
        </w:tc>
      </w:tr>
      <w:tr w:rsidR="00497650" w14:paraId="79BD0F6D" w14:textId="77777777" w:rsidTr="00A93829">
        <w:trPr>
          <w:jc w:val="center"/>
        </w:trPr>
        <w:tc>
          <w:tcPr>
            <w:tcW w:w="5372" w:type="dxa"/>
            <w:tcMar>
              <w:top w:w="35" w:type="dxa"/>
              <w:left w:w="55" w:type="dxa"/>
              <w:bottom w:w="35" w:type="dxa"/>
              <w:right w:w="55" w:type="dxa"/>
            </w:tcMar>
          </w:tcPr>
          <w:p w14:paraId="1BD6AEF4" w14:textId="77777777" w:rsidR="00497650" w:rsidRDefault="009E2559" w:rsidP="00A93829">
            <w:pPr>
              <w:shd w:val="clear" w:color="auto" w:fill="FFFFFF" w:themeFill="background1"/>
              <w:spacing w:after="0" w:line="240" w:lineRule="auto"/>
            </w:pPr>
            <w:r>
              <w:t>- GV gọi HS nêu từ ngữ chỉ đặc điểm theo từng tranh.</w:t>
            </w:r>
          </w:p>
        </w:tc>
        <w:tc>
          <w:tcPr>
            <w:tcW w:w="5372" w:type="dxa"/>
            <w:tcMar>
              <w:top w:w="35" w:type="dxa"/>
              <w:left w:w="55" w:type="dxa"/>
              <w:bottom w:w="35" w:type="dxa"/>
              <w:right w:w="55" w:type="dxa"/>
            </w:tcMar>
          </w:tcPr>
          <w:p w14:paraId="16028535" w14:textId="77777777" w:rsidR="00497650" w:rsidRDefault="009E2559" w:rsidP="00A93829">
            <w:pPr>
              <w:shd w:val="clear" w:color="auto" w:fill="FFFFFF" w:themeFill="background1"/>
              <w:spacing w:after="0" w:line="240" w:lineRule="auto"/>
            </w:pPr>
            <w:r>
              <w:t>- HS nêu: Chích bông nhỏ xíu, nhanh nhẹn. Mèo dễ thương, hiền lành. Chim công lộng lẫy, nhiều màu sắc. Sóc nhanh nhẹn. Thỏ nhút nhát, đáng yêu. Nai hiền lành.</w:t>
            </w:r>
          </w:p>
        </w:tc>
      </w:tr>
      <w:tr w:rsidR="00497650" w14:paraId="0F3B75AD" w14:textId="77777777" w:rsidTr="00A93829">
        <w:trPr>
          <w:jc w:val="center"/>
        </w:trPr>
        <w:tc>
          <w:tcPr>
            <w:tcW w:w="5372" w:type="dxa"/>
            <w:tcBorders>
              <w:bottom w:val="single" w:sz="6" w:space="0" w:color="000000"/>
            </w:tcBorders>
            <w:tcMar>
              <w:top w:w="35" w:type="dxa"/>
              <w:left w:w="55" w:type="dxa"/>
              <w:bottom w:w="35" w:type="dxa"/>
              <w:right w:w="55" w:type="dxa"/>
            </w:tcMar>
          </w:tcPr>
          <w:p w14:paraId="6505CC3F" w14:textId="77777777" w:rsidR="00497650" w:rsidRDefault="009E2559" w:rsidP="00A93829">
            <w:pPr>
              <w:shd w:val="clear" w:color="auto" w:fill="FFFFFF" w:themeFill="background1"/>
              <w:spacing w:after="0" w:line="240" w:lineRule="auto"/>
            </w:pPr>
            <w:r>
              <w:t>- GV kết luận: Khi miêu tả con vật, các em có thể nói về hình dáng, màu sắc, tính nết hoặc hoạt động nổi bật của con vật đó.</w:t>
            </w:r>
          </w:p>
        </w:tc>
        <w:tc>
          <w:tcPr>
            <w:tcW w:w="5372" w:type="dxa"/>
            <w:tcBorders>
              <w:bottom w:val="single" w:sz="6" w:space="0" w:color="000000"/>
            </w:tcBorders>
            <w:tcMar>
              <w:top w:w="35" w:type="dxa"/>
              <w:left w:w="55" w:type="dxa"/>
              <w:bottom w:w="35" w:type="dxa"/>
              <w:right w:w="55" w:type="dxa"/>
            </w:tcMar>
          </w:tcPr>
          <w:p w14:paraId="2A796C46" w14:textId="77777777" w:rsidR="00497650" w:rsidRDefault="009E2559" w:rsidP="00A93829">
            <w:pPr>
              <w:shd w:val="clear" w:color="auto" w:fill="FFFFFF" w:themeFill="background1"/>
              <w:spacing w:after="0" w:line="240" w:lineRule="auto"/>
            </w:pPr>
            <w:r>
              <w:t>- HS lắng nghe, bổ sung thêm từ: bé nhỏ, tinh nghịch, mềm mại, dũng cảm.</w:t>
            </w:r>
          </w:p>
        </w:tc>
      </w:tr>
      <w:tr w:rsidR="00497650" w14:paraId="5A2ABC3D"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771E22D2" w14:textId="77777777" w:rsidR="00497650" w:rsidRDefault="009E2559" w:rsidP="00A93829">
            <w:pPr>
              <w:shd w:val="clear" w:color="auto" w:fill="FFFFFF" w:themeFill="background1"/>
              <w:spacing w:after="0" w:line="240" w:lineRule="auto"/>
            </w:pPr>
            <w:r>
              <w:rPr>
                <w:b/>
              </w:rPr>
              <w:t>3. LUYỆN TẬP HỎI - ĐÁP VÀ DẤU CÂU (10 phút)</w:t>
            </w:r>
            <w:r>
              <w:br/>
            </w:r>
            <w:r>
              <w:rPr>
                <w:i/>
              </w:rPr>
              <w:t>Mục tiêu: HS hỏi - đáp được về đặc điểm loài vật và chọn đúng dấu phẩy, dấu chấm.</w:t>
            </w:r>
          </w:p>
        </w:tc>
      </w:tr>
      <w:tr w:rsidR="00497650" w14:paraId="2CB99D61" w14:textId="77777777" w:rsidTr="00A93829">
        <w:trPr>
          <w:jc w:val="center"/>
        </w:trPr>
        <w:tc>
          <w:tcPr>
            <w:tcW w:w="5372" w:type="dxa"/>
            <w:tcBorders>
              <w:top w:val="single" w:sz="6" w:space="0" w:color="000000"/>
            </w:tcBorders>
            <w:tcMar>
              <w:top w:w="35" w:type="dxa"/>
              <w:left w:w="55" w:type="dxa"/>
              <w:bottom w:w="35" w:type="dxa"/>
              <w:right w:w="55" w:type="dxa"/>
            </w:tcMar>
          </w:tcPr>
          <w:p w14:paraId="34844402" w14:textId="77777777" w:rsidR="00497650" w:rsidRDefault="009E2559" w:rsidP="00A93829">
            <w:pPr>
              <w:shd w:val="clear" w:color="auto" w:fill="FFFFFF" w:themeFill="background1"/>
              <w:spacing w:after="0" w:line="240" w:lineRule="auto"/>
            </w:pPr>
            <w:r>
              <w:t xml:space="preserve">- GV yêu cầu HS đọc bài tập 8: </w:t>
            </w:r>
            <w:r>
              <w:rPr>
                <w:b/>
              </w:rPr>
              <w:t>Hỏi - đáp về đặc điểm của một số loài vật.</w:t>
            </w:r>
          </w:p>
          <w:p w14:paraId="5131BE04" w14:textId="74F14E81"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7C538F9E" w14:textId="77777777" w:rsidR="00497650" w:rsidRDefault="009E2559" w:rsidP="00A93829">
            <w:pPr>
              <w:shd w:val="clear" w:color="auto" w:fill="FFFFFF" w:themeFill="background1"/>
              <w:spacing w:after="0" w:line="240" w:lineRule="auto"/>
            </w:pPr>
            <w:r>
              <w:t>- HS đọc đề và quan sát mẫu hỏi - đáp về gấu.</w:t>
            </w:r>
          </w:p>
        </w:tc>
      </w:tr>
      <w:tr w:rsidR="00497650" w14:paraId="446235E4" w14:textId="77777777" w:rsidTr="00A93829">
        <w:trPr>
          <w:jc w:val="center"/>
        </w:trPr>
        <w:tc>
          <w:tcPr>
            <w:tcW w:w="5372" w:type="dxa"/>
            <w:tcMar>
              <w:top w:w="35" w:type="dxa"/>
              <w:left w:w="55" w:type="dxa"/>
              <w:bottom w:w="35" w:type="dxa"/>
              <w:right w:w="55" w:type="dxa"/>
            </w:tcMar>
          </w:tcPr>
          <w:p w14:paraId="67D76B2D" w14:textId="77777777" w:rsidR="00497650" w:rsidRDefault="009E2559" w:rsidP="00A93829">
            <w:pPr>
              <w:shd w:val="clear" w:color="auto" w:fill="FFFFFF" w:themeFill="background1"/>
              <w:spacing w:after="0" w:line="240" w:lineRule="auto"/>
            </w:pPr>
            <w:r>
              <w:t>- GV hướng dẫn HS làm nhóm đôi: một bạn hỏi, một bạn đáp theo mẫu; sau đó đổi vai.</w:t>
            </w:r>
          </w:p>
        </w:tc>
        <w:tc>
          <w:tcPr>
            <w:tcW w:w="5372" w:type="dxa"/>
            <w:tcMar>
              <w:top w:w="35" w:type="dxa"/>
              <w:left w:w="55" w:type="dxa"/>
              <w:bottom w:w="35" w:type="dxa"/>
              <w:right w:w="55" w:type="dxa"/>
            </w:tcMar>
          </w:tcPr>
          <w:p w14:paraId="4E378E7D" w14:textId="77777777" w:rsidR="00497650" w:rsidRDefault="009E2559" w:rsidP="00A93829">
            <w:pPr>
              <w:shd w:val="clear" w:color="auto" w:fill="FFFFFF" w:themeFill="background1"/>
              <w:spacing w:after="0" w:line="240" w:lineRule="auto"/>
            </w:pPr>
            <w:r>
              <w:t xml:space="preserve">- HS hỏi - đáp: Hỏi: Thỏ có đặc điểm gì? Đáp: Thỏ có tai dài, lông mềm, chạy nhanh. Hỏi: Nai đi </w:t>
            </w:r>
            <w:r>
              <w:lastRenderedPageBreak/>
              <w:t>như thế nào? Đáp: Nai đi nhẹ nhàng.</w:t>
            </w:r>
          </w:p>
        </w:tc>
      </w:tr>
      <w:tr w:rsidR="00497650" w14:paraId="57F690A4" w14:textId="77777777" w:rsidTr="00A93829">
        <w:trPr>
          <w:jc w:val="center"/>
        </w:trPr>
        <w:tc>
          <w:tcPr>
            <w:tcW w:w="5372" w:type="dxa"/>
            <w:tcMar>
              <w:top w:w="35" w:type="dxa"/>
              <w:left w:w="55" w:type="dxa"/>
              <w:bottom w:w="35" w:type="dxa"/>
              <w:right w:w="55" w:type="dxa"/>
            </w:tcMar>
          </w:tcPr>
          <w:p w14:paraId="06BA3590" w14:textId="77777777" w:rsidR="00497650" w:rsidRDefault="009E2559" w:rsidP="00A93829">
            <w:pPr>
              <w:shd w:val="clear" w:color="auto" w:fill="FFFFFF" w:themeFill="background1"/>
              <w:spacing w:after="0" w:line="240" w:lineRule="auto"/>
            </w:pPr>
            <w:r>
              <w:lastRenderedPageBreak/>
              <w:t xml:space="preserve">- GV yêu cầu HS đọc bài tập 9: </w:t>
            </w:r>
            <w:r>
              <w:rPr>
                <w:b/>
              </w:rPr>
              <w:t>Chọn dấu chấm hoặc dấu phẩy thay cho ô vuông.</w:t>
            </w:r>
          </w:p>
        </w:tc>
        <w:tc>
          <w:tcPr>
            <w:tcW w:w="5372" w:type="dxa"/>
            <w:tcMar>
              <w:top w:w="35" w:type="dxa"/>
              <w:left w:w="55" w:type="dxa"/>
              <w:bottom w:w="35" w:type="dxa"/>
              <w:right w:w="55" w:type="dxa"/>
            </w:tcMar>
          </w:tcPr>
          <w:p w14:paraId="30A57E99" w14:textId="77777777" w:rsidR="00497650" w:rsidRDefault="009E2559" w:rsidP="00A93829">
            <w:pPr>
              <w:shd w:val="clear" w:color="auto" w:fill="FFFFFF" w:themeFill="background1"/>
              <w:spacing w:after="0" w:line="240" w:lineRule="auto"/>
            </w:pPr>
            <w:r>
              <w:t>- HS đọc thầm đoạn văn, xác định chỗ cần ngắt câu và chỗ cần ngắt ý trong câu.</w:t>
            </w:r>
          </w:p>
        </w:tc>
      </w:tr>
      <w:tr w:rsidR="00497650" w14:paraId="5A4FD76D" w14:textId="77777777" w:rsidTr="00A93829">
        <w:trPr>
          <w:jc w:val="center"/>
        </w:trPr>
        <w:tc>
          <w:tcPr>
            <w:tcW w:w="5372" w:type="dxa"/>
            <w:tcMar>
              <w:top w:w="35" w:type="dxa"/>
              <w:left w:w="55" w:type="dxa"/>
              <w:bottom w:w="35" w:type="dxa"/>
              <w:right w:w="55" w:type="dxa"/>
            </w:tcMar>
          </w:tcPr>
          <w:p w14:paraId="2917D459" w14:textId="77777777" w:rsidR="00497650" w:rsidRDefault="009E2559" w:rsidP="00A93829">
            <w:pPr>
              <w:shd w:val="clear" w:color="auto" w:fill="FFFFFF" w:themeFill="background1"/>
              <w:spacing w:after="0" w:line="240" w:lineRule="auto"/>
            </w:pPr>
            <w:r>
              <w:t>- GV tổ chức HS làm cá nhân rồi trao đổi nhóm đôi để thống nhất đáp án.</w:t>
            </w:r>
          </w:p>
        </w:tc>
        <w:tc>
          <w:tcPr>
            <w:tcW w:w="5372" w:type="dxa"/>
            <w:tcMar>
              <w:top w:w="35" w:type="dxa"/>
              <w:left w:w="55" w:type="dxa"/>
              <w:bottom w:w="35" w:type="dxa"/>
              <w:right w:w="55" w:type="dxa"/>
            </w:tcMar>
          </w:tcPr>
          <w:p w14:paraId="123A1BF9" w14:textId="77777777" w:rsidR="00497650" w:rsidRDefault="009E2559" w:rsidP="00A93829">
            <w:pPr>
              <w:shd w:val="clear" w:color="auto" w:fill="FFFFFF" w:themeFill="background1"/>
              <w:spacing w:after="0" w:line="240" w:lineRule="auto"/>
            </w:pPr>
            <w:r>
              <w:t>- HS làm bài. Dự kiến điền dấu phẩy giữa các cụm liệt kê/ngắt ý và dấu chấm cuối câu: Vào ngày hội, đồng bào các buôn bản gần nườm nượp kéo về buôn Đôn. Tất cả đều đổ về trường đua voi. Khi lệnh xuất phát vang lên, voi cuốn vòi chạy trong tiếng reo hò của người xem cùng tiếng chiêng, tiếng trống, tiếng khèn vang dậy.</w:t>
            </w:r>
          </w:p>
        </w:tc>
      </w:tr>
      <w:tr w:rsidR="00497650" w14:paraId="4B66DE6F" w14:textId="77777777" w:rsidTr="00A93829">
        <w:trPr>
          <w:jc w:val="center"/>
        </w:trPr>
        <w:tc>
          <w:tcPr>
            <w:tcW w:w="5372" w:type="dxa"/>
            <w:tcBorders>
              <w:bottom w:val="single" w:sz="6" w:space="0" w:color="000000"/>
            </w:tcBorders>
            <w:tcMar>
              <w:top w:w="35" w:type="dxa"/>
              <w:left w:w="55" w:type="dxa"/>
              <w:bottom w:w="35" w:type="dxa"/>
              <w:right w:w="55" w:type="dxa"/>
            </w:tcMar>
          </w:tcPr>
          <w:p w14:paraId="440864BD" w14:textId="77777777" w:rsidR="00497650" w:rsidRDefault="009E2559" w:rsidP="00A93829">
            <w:pPr>
              <w:shd w:val="clear" w:color="auto" w:fill="FFFFFF" w:themeFill="background1"/>
              <w:spacing w:after="0" w:line="240" w:lineRule="auto"/>
            </w:pPr>
            <w:r>
              <w:t>- GV nhận xét, chốt: Dấu phẩy giúp ngắt các ý nhỏ trong câu; dấu chấm dùng để kết thúc một câu trọn ý.</w:t>
            </w:r>
          </w:p>
        </w:tc>
        <w:tc>
          <w:tcPr>
            <w:tcW w:w="5372" w:type="dxa"/>
            <w:tcBorders>
              <w:bottom w:val="single" w:sz="6" w:space="0" w:color="000000"/>
            </w:tcBorders>
            <w:tcMar>
              <w:top w:w="35" w:type="dxa"/>
              <w:left w:w="55" w:type="dxa"/>
              <w:bottom w:w="35" w:type="dxa"/>
              <w:right w:w="55" w:type="dxa"/>
            </w:tcMar>
          </w:tcPr>
          <w:p w14:paraId="110D6EF8" w14:textId="77777777" w:rsidR="00497650" w:rsidRDefault="009E2559" w:rsidP="00A93829">
            <w:pPr>
              <w:shd w:val="clear" w:color="auto" w:fill="FFFFFF" w:themeFill="background1"/>
              <w:spacing w:after="0" w:line="240" w:lineRule="auto"/>
            </w:pPr>
            <w:r>
              <w:t>- HS lắng nghe, sửa bài vào vở.</w:t>
            </w:r>
          </w:p>
        </w:tc>
      </w:tr>
      <w:tr w:rsidR="00497650" w14:paraId="1D936EA8"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447026F5" w14:textId="77777777" w:rsidR="00497650" w:rsidRDefault="009E2559" w:rsidP="00A93829">
            <w:pPr>
              <w:shd w:val="clear" w:color="auto" w:fill="FFFFFF" w:themeFill="background1"/>
              <w:spacing w:after="0" w:line="240" w:lineRule="auto"/>
            </w:pPr>
            <w:r>
              <w:rPr>
                <w:b/>
              </w:rPr>
              <w:t>4. VẬN DỤNG (3 phút)</w:t>
            </w:r>
            <w:r>
              <w:br/>
            </w:r>
            <w:r>
              <w:rPr>
                <w:i/>
              </w:rPr>
              <w:t>Mục tiêu: HS vận dụng vốn từ để nói về một loài vật yêu thích.</w:t>
            </w:r>
          </w:p>
        </w:tc>
      </w:tr>
      <w:tr w:rsidR="00497650" w14:paraId="1014F09B" w14:textId="77777777" w:rsidTr="00A93829">
        <w:trPr>
          <w:jc w:val="center"/>
        </w:trPr>
        <w:tc>
          <w:tcPr>
            <w:tcW w:w="5372" w:type="dxa"/>
            <w:tcBorders>
              <w:top w:val="single" w:sz="6" w:space="0" w:color="000000"/>
            </w:tcBorders>
            <w:tcMar>
              <w:top w:w="35" w:type="dxa"/>
              <w:left w:w="55" w:type="dxa"/>
              <w:bottom w:w="35" w:type="dxa"/>
              <w:right w:w="55" w:type="dxa"/>
            </w:tcMar>
          </w:tcPr>
          <w:p w14:paraId="3C08DADA" w14:textId="77777777" w:rsidR="00497650" w:rsidRDefault="009E2559" w:rsidP="00A93829">
            <w:pPr>
              <w:shd w:val="clear" w:color="auto" w:fill="FFFFFF" w:themeFill="background1"/>
              <w:spacing w:after="0" w:line="240" w:lineRule="auto"/>
            </w:pPr>
            <w:r>
              <w:t>- GV yêu cầu HS nói 2 câu về một loài vật em yêu thích, trong đó có ít nhất một từ chỉ đặc điểm.</w:t>
            </w:r>
          </w:p>
        </w:tc>
        <w:tc>
          <w:tcPr>
            <w:tcW w:w="5372" w:type="dxa"/>
            <w:tcBorders>
              <w:top w:val="single" w:sz="6" w:space="0" w:color="000000"/>
            </w:tcBorders>
            <w:tcMar>
              <w:top w:w="35" w:type="dxa"/>
              <w:left w:w="55" w:type="dxa"/>
              <w:bottom w:w="35" w:type="dxa"/>
              <w:right w:w="55" w:type="dxa"/>
            </w:tcMar>
          </w:tcPr>
          <w:p w14:paraId="3AC0C366" w14:textId="77777777" w:rsidR="00497650" w:rsidRDefault="009E2559" w:rsidP="00A93829">
            <w:pPr>
              <w:shd w:val="clear" w:color="auto" w:fill="FFFFFF" w:themeFill="background1"/>
              <w:spacing w:after="0" w:line="240" w:lineRule="auto"/>
            </w:pPr>
            <w:r>
              <w:t>- HS nói: Em thích con thỏ. Thỏ có đôi tai dài, bộ lông trắng mềm mại và dáng vẻ rất đáng yêu.</w:t>
            </w:r>
          </w:p>
        </w:tc>
      </w:tr>
      <w:tr w:rsidR="00497650" w14:paraId="24992BEF" w14:textId="77777777" w:rsidTr="00A93829">
        <w:trPr>
          <w:jc w:val="center"/>
        </w:trPr>
        <w:tc>
          <w:tcPr>
            <w:tcW w:w="5372" w:type="dxa"/>
            <w:tcMar>
              <w:top w:w="35" w:type="dxa"/>
              <w:left w:w="55" w:type="dxa"/>
              <w:bottom w:w="35" w:type="dxa"/>
              <w:right w:w="55" w:type="dxa"/>
            </w:tcMar>
          </w:tcPr>
          <w:p w14:paraId="0E5F27E7" w14:textId="77777777" w:rsidR="00497650" w:rsidRDefault="009E2559" w:rsidP="00A93829">
            <w:pPr>
              <w:shd w:val="clear" w:color="auto" w:fill="FFFFFF" w:themeFill="background1"/>
              <w:spacing w:after="0" w:line="240" w:lineRule="auto"/>
            </w:pPr>
            <w:r>
              <w:t>- GV dặn HS chuẩn bị tiết 7 - 8: ôn nghe - viết và nói, viết cảm xúc về trường lớp.</w:t>
            </w:r>
          </w:p>
        </w:tc>
        <w:tc>
          <w:tcPr>
            <w:tcW w:w="5372" w:type="dxa"/>
            <w:tcMar>
              <w:top w:w="35" w:type="dxa"/>
              <w:left w:w="55" w:type="dxa"/>
              <w:bottom w:w="35" w:type="dxa"/>
              <w:right w:w="55" w:type="dxa"/>
            </w:tcMar>
          </w:tcPr>
          <w:p w14:paraId="738A883B" w14:textId="77777777" w:rsidR="00497650" w:rsidRDefault="009E2559" w:rsidP="00A93829">
            <w:pPr>
              <w:shd w:val="clear" w:color="auto" w:fill="FFFFFF" w:themeFill="background1"/>
              <w:spacing w:after="0" w:line="240" w:lineRule="auto"/>
            </w:pPr>
            <w:r>
              <w:t>- HS ghi nhớ nhiệm vụ.</w:t>
            </w:r>
          </w:p>
        </w:tc>
      </w:tr>
    </w:tbl>
    <w:p w14:paraId="233723E7" w14:textId="77777777" w:rsidR="00497650" w:rsidRDefault="009E2559" w:rsidP="00A93829">
      <w:pPr>
        <w:shd w:val="clear" w:color="auto" w:fill="FFFFFF" w:themeFill="background1"/>
        <w:spacing w:after="0" w:line="240" w:lineRule="auto"/>
      </w:pPr>
      <w:r>
        <w:rPr>
          <w:b/>
        </w:rPr>
        <w:t>IV. ĐIỀU CHỈNH SAU TIẾT HỌC (NẾU CÓ)</w:t>
      </w:r>
    </w:p>
    <w:p w14:paraId="1569119D" w14:textId="77777777" w:rsidR="00497650" w:rsidRDefault="00497650" w:rsidP="00A93829">
      <w:pPr>
        <w:shd w:val="clear" w:color="auto" w:fill="FFFFFF" w:themeFill="background1"/>
        <w:spacing w:after="0" w:line="240" w:lineRule="auto"/>
      </w:pPr>
    </w:p>
    <w:p w14:paraId="7AD56C74" w14:textId="77777777" w:rsidR="00497650" w:rsidRDefault="009E2559" w:rsidP="00A93829">
      <w:pPr>
        <w:shd w:val="clear" w:color="auto" w:fill="FFFFFF" w:themeFill="background1"/>
        <w:spacing w:after="0" w:line="240" w:lineRule="auto"/>
        <w:jc w:val="center"/>
      </w:pPr>
      <w:r>
        <w:rPr>
          <w:b/>
        </w:rPr>
        <w:t>KẾ HOẠCH BÀI DẠY MÔN TIẾNG VIỆT LỚP 2 - TUẦN 35</w:t>
      </w:r>
    </w:p>
    <w:p w14:paraId="68AE95B9" w14:textId="77777777" w:rsidR="00497650" w:rsidRDefault="009E2559" w:rsidP="00A93829">
      <w:pPr>
        <w:shd w:val="clear" w:color="auto" w:fill="FFFFFF" w:themeFill="background1"/>
        <w:spacing w:after="0" w:line="240" w:lineRule="auto"/>
        <w:jc w:val="center"/>
      </w:pPr>
      <w:r>
        <w:rPr>
          <w:b/>
        </w:rPr>
        <w:t>ÔN TẬP VÀ ĐÁNH GIÁ CUỐI HỌC KÌ 2</w:t>
      </w:r>
    </w:p>
    <w:p w14:paraId="0CB2D684" w14:textId="77777777" w:rsidR="00497650" w:rsidRDefault="009E2559" w:rsidP="00A93829">
      <w:pPr>
        <w:shd w:val="clear" w:color="auto" w:fill="FFFFFF" w:themeFill="background1"/>
        <w:spacing w:after="0" w:line="240" w:lineRule="auto"/>
        <w:jc w:val="center"/>
      </w:pPr>
      <w:r>
        <w:rPr>
          <w:b/>
        </w:rPr>
        <w:t>PHẦN I - ÔN TẬP</w:t>
      </w:r>
    </w:p>
    <w:p w14:paraId="43DC468B" w14:textId="77777777" w:rsidR="00497650" w:rsidRDefault="009E2559" w:rsidP="00A93829">
      <w:pPr>
        <w:shd w:val="clear" w:color="auto" w:fill="FFFFFF" w:themeFill="background1"/>
        <w:spacing w:after="60" w:line="240" w:lineRule="auto"/>
        <w:jc w:val="center"/>
      </w:pPr>
      <w:r>
        <w:rPr>
          <w:b/>
        </w:rPr>
        <w:t>TIẾT 7 - 8</w:t>
      </w:r>
    </w:p>
    <w:p w14:paraId="748B0BFF" w14:textId="77777777" w:rsidR="00497650" w:rsidRDefault="009E2559" w:rsidP="00A93829">
      <w:pPr>
        <w:shd w:val="clear" w:color="auto" w:fill="FFFFFF" w:themeFill="background1"/>
        <w:spacing w:after="0" w:line="240" w:lineRule="auto"/>
      </w:pPr>
      <w:r>
        <w:rPr>
          <w:b/>
        </w:rPr>
        <w:t>I. YÊU CẦU CẦN ĐẠT</w:t>
      </w:r>
    </w:p>
    <w:p w14:paraId="15583D1C" w14:textId="77777777" w:rsidR="00497650" w:rsidRDefault="009E2559" w:rsidP="00A93829">
      <w:pPr>
        <w:shd w:val="clear" w:color="auto" w:fill="FFFFFF" w:themeFill="background1"/>
        <w:spacing w:after="0" w:line="240" w:lineRule="auto"/>
      </w:pPr>
      <w:r>
        <w:rPr>
          <w:b/>
        </w:rPr>
        <w:t>1. Năng lực đặc thù</w:t>
      </w:r>
    </w:p>
    <w:p w14:paraId="752D1E3B" w14:textId="77777777" w:rsidR="00497650" w:rsidRDefault="009E2559" w:rsidP="00A93829">
      <w:pPr>
        <w:shd w:val="clear" w:color="auto" w:fill="FFFFFF" w:themeFill="background1"/>
        <w:spacing w:after="0" w:line="240" w:lineRule="auto"/>
      </w:pPr>
      <w:r>
        <w:t>- Nghe - viết đúng đoạn thơ Tiếng gà mở cửa; trình bày đúng thể thơ, viết hoa đúng quy định.</w:t>
      </w:r>
    </w:p>
    <w:p w14:paraId="5EEDAD13" w14:textId="77777777" w:rsidR="00497650" w:rsidRDefault="009E2559" w:rsidP="00A93829">
      <w:pPr>
        <w:shd w:val="clear" w:color="auto" w:fill="FFFFFF" w:themeFill="background1"/>
        <w:spacing w:after="0" w:line="240" w:lineRule="auto"/>
      </w:pPr>
      <w:r>
        <w:t>- Làm đúng bài tập phân biệt l/n, dấu hỏi/dấu ngã; biết nói và viết 4 - 5 câu thể hiện cảm xúc khi năm học sắp kết thúc.</w:t>
      </w:r>
    </w:p>
    <w:p w14:paraId="5F15A49E" w14:textId="77777777" w:rsidR="00497650" w:rsidRDefault="009E2559" w:rsidP="00A93829">
      <w:pPr>
        <w:shd w:val="clear" w:color="auto" w:fill="FFFFFF" w:themeFill="background1"/>
        <w:spacing w:after="0" w:line="240" w:lineRule="auto"/>
      </w:pPr>
      <w:r>
        <w:t>- Rèn kĩ năng soát lỗi, sửa lỗi và trình bày đoạn văn ngắn rõ ý.</w:t>
      </w:r>
    </w:p>
    <w:p w14:paraId="5C591EC2" w14:textId="77777777" w:rsidR="00497650" w:rsidRDefault="009E2559" w:rsidP="00A93829">
      <w:pPr>
        <w:shd w:val="clear" w:color="auto" w:fill="FFFFFF" w:themeFill="background1"/>
        <w:spacing w:after="0" w:line="240" w:lineRule="auto"/>
      </w:pPr>
      <w:r>
        <w:rPr>
          <w:b/>
        </w:rPr>
        <w:t>2. Năng lực chung</w:t>
      </w:r>
    </w:p>
    <w:p w14:paraId="61FDDEC0" w14:textId="77777777" w:rsidR="00497650" w:rsidRDefault="009E2559" w:rsidP="00A93829">
      <w:pPr>
        <w:shd w:val="clear" w:color="auto" w:fill="FFFFFF" w:themeFill="background1"/>
        <w:spacing w:after="0" w:line="240" w:lineRule="auto"/>
      </w:pPr>
      <w:r>
        <w:t>- Tự chủ và tự học: Tự nghe - viết, tự soát lỗi chính tả, tự hoàn thiện đoạn viết.</w:t>
      </w:r>
    </w:p>
    <w:p w14:paraId="635769A1" w14:textId="77777777" w:rsidR="00497650" w:rsidRDefault="009E2559" w:rsidP="00A93829">
      <w:pPr>
        <w:shd w:val="clear" w:color="auto" w:fill="FFFFFF" w:themeFill="background1"/>
        <w:spacing w:after="0" w:line="240" w:lineRule="auto"/>
      </w:pPr>
      <w:r>
        <w:t>- Giao tiếp và hợp tác: Trao đổi nhóm đôi để sửa lỗi chính tả và chia sẻ cảm xúc về trường lớp.</w:t>
      </w:r>
    </w:p>
    <w:p w14:paraId="2B7C2553" w14:textId="77777777" w:rsidR="00497650" w:rsidRDefault="009E2559" w:rsidP="00A93829">
      <w:pPr>
        <w:shd w:val="clear" w:color="auto" w:fill="FFFFFF" w:themeFill="background1"/>
        <w:spacing w:after="0" w:line="240" w:lineRule="auto"/>
      </w:pPr>
      <w:r>
        <w:t>- Giải quyết vấn đề và sáng tạo: Biết lựa chọn ý phù hợp để viết đoạn văn thể hiện cảm xúc cá nhân.</w:t>
      </w:r>
    </w:p>
    <w:p w14:paraId="54B0A0D7" w14:textId="77777777" w:rsidR="00497650" w:rsidRDefault="009E2559" w:rsidP="00A93829">
      <w:pPr>
        <w:shd w:val="clear" w:color="auto" w:fill="FFFFFF" w:themeFill="background1"/>
        <w:spacing w:after="0" w:line="240" w:lineRule="auto"/>
      </w:pPr>
      <w:r>
        <w:rPr>
          <w:b/>
        </w:rPr>
        <w:t>3. Phẩm chất</w:t>
      </w:r>
    </w:p>
    <w:p w14:paraId="17174115" w14:textId="77777777" w:rsidR="00497650" w:rsidRDefault="009E2559" w:rsidP="00A93829">
      <w:pPr>
        <w:shd w:val="clear" w:color="auto" w:fill="FFFFFF" w:themeFill="background1"/>
        <w:spacing w:after="0" w:line="240" w:lineRule="auto"/>
      </w:pPr>
      <w:r>
        <w:t>- Chăm chỉ: Viết bài cẩn thận, hoàn thành các bài tập chính tả.</w:t>
      </w:r>
    </w:p>
    <w:p w14:paraId="72288876" w14:textId="77777777" w:rsidR="00497650" w:rsidRDefault="009E2559" w:rsidP="00A93829">
      <w:pPr>
        <w:shd w:val="clear" w:color="auto" w:fill="FFFFFF" w:themeFill="background1"/>
        <w:spacing w:after="0" w:line="240" w:lineRule="auto"/>
      </w:pPr>
      <w:r>
        <w:t>- Trách nhiệm: Trung thực khi soát lỗi, biết sửa lỗi trong bài viết của mình.</w:t>
      </w:r>
    </w:p>
    <w:p w14:paraId="1807FBCC" w14:textId="77777777" w:rsidR="00497650" w:rsidRDefault="009E2559" w:rsidP="00A93829">
      <w:pPr>
        <w:shd w:val="clear" w:color="auto" w:fill="FFFFFF" w:themeFill="background1"/>
        <w:spacing w:after="0" w:line="240" w:lineRule="auto"/>
      </w:pPr>
      <w:r>
        <w:t>- Nhân ái: Biết bày tỏ tình cảm với thầy cô, bạn bè, trường lớp trước khi nghỉ hè.</w:t>
      </w:r>
    </w:p>
    <w:p w14:paraId="05538E5D" w14:textId="77777777" w:rsidR="00497650" w:rsidRDefault="009E2559" w:rsidP="00A93829">
      <w:pPr>
        <w:shd w:val="clear" w:color="auto" w:fill="FFFFFF" w:themeFill="background1"/>
        <w:spacing w:after="0" w:line="240" w:lineRule="auto"/>
      </w:pPr>
      <w:r>
        <w:rPr>
          <w:b/>
        </w:rPr>
        <w:t>II. ĐỒ DÙNG DẠY HỌC</w:t>
      </w:r>
    </w:p>
    <w:p w14:paraId="718943AC" w14:textId="77777777" w:rsidR="00497650" w:rsidRDefault="009E2559" w:rsidP="00A93829">
      <w:pPr>
        <w:shd w:val="clear" w:color="auto" w:fill="FFFFFF" w:themeFill="background1"/>
        <w:spacing w:after="0" w:line="240" w:lineRule="auto"/>
      </w:pPr>
      <w:r>
        <w:t>- GV: Máy tính, máy chiếu/tivi, tranh và câu bài tập cắt từ SGK, thẻ tên bài đọc, phiếu ôn tập, phiếu kiểm tra phù hợp với từng tiết.</w:t>
      </w:r>
    </w:p>
    <w:p w14:paraId="39F61F09" w14:textId="77777777" w:rsidR="00497650" w:rsidRDefault="009E2559" w:rsidP="00A93829">
      <w:pPr>
        <w:shd w:val="clear" w:color="auto" w:fill="FFFFFF" w:themeFill="background1"/>
        <w:spacing w:after="0" w:line="240" w:lineRule="auto"/>
      </w:pPr>
      <w:r>
        <w:t>- HS: SGK Tiếng Việt 2, Vở bài tập Tiếng Việt, vở ô ly, bảng con, bút chì, giấy kiểm tra.</w:t>
      </w:r>
    </w:p>
    <w:p w14:paraId="3211785C" w14:textId="77777777" w:rsidR="00497650" w:rsidRDefault="009E2559" w:rsidP="00A93829">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372"/>
        <w:gridCol w:w="5372"/>
      </w:tblGrid>
      <w:tr w:rsidR="00497650" w14:paraId="00CFD03C" w14:textId="77777777" w:rsidTr="00A93829">
        <w:trPr>
          <w:tblHeader/>
          <w:jc w:val="center"/>
        </w:trPr>
        <w:tc>
          <w:tcPr>
            <w:tcW w:w="5372" w:type="dxa"/>
            <w:tcBorders>
              <w:bottom w:val="single" w:sz="6" w:space="0" w:color="000000"/>
            </w:tcBorders>
            <w:shd w:val="clear" w:color="auto" w:fill="D9EAF7"/>
            <w:tcMar>
              <w:top w:w="35" w:type="dxa"/>
              <w:left w:w="55" w:type="dxa"/>
              <w:bottom w:w="35" w:type="dxa"/>
              <w:right w:w="55" w:type="dxa"/>
            </w:tcMar>
            <w:vAlign w:val="center"/>
          </w:tcPr>
          <w:p w14:paraId="63431DF6" w14:textId="77777777" w:rsidR="00497650" w:rsidRDefault="009E2559" w:rsidP="00A93829">
            <w:pPr>
              <w:shd w:val="clear" w:color="auto" w:fill="FFFFFF" w:themeFill="background1"/>
              <w:spacing w:after="0" w:line="240" w:lineRule="auto"/>
              <w:jc w:val="center"/>
            </w:pPr>
            <w:r>
              <w:rPr>
                <w:b/>
              </w:rPr>
              <w:t>Hoạt động của giáo viên</w:t>
            </w:r>
          </w:p>
        </w:tc>
        <w:tc>
          <w:tcPr>
            <w:tcW w:w="5372" w:type="dxa"/>
            <w:tcBorders>
              <w:bottom w:val="single" w:sz="6" w:space="0" w:color="000000"/>
            </w:tcBorders>
            <w:shd w:val="clear" w:color="auto" w:fill="D9EAF7"/>
            <w:tcMar>
              <w:top w:w="35" w:type="dxa"/>
              <w:left w:w="55" w:type="dxa"/>
              <w:bottom w:w="35" w:type="dxa"/>
              <w:right w:w="55" w:type="dxa"/>
            </w:tcMar>
            <w:vAlign w:val="center"/>
          </w:tcPr>
          <w:p w14:paraId="20E15D95" w14:textId="77777777" w:rsidR="00497650" w:rsidRDefault="009E2559" w:rsidP="00A93829">
            <w:pPr>
              <w:shd w:val="clear" w:color="auto" w:fill="FFFFFF" w:themeFill="background1"/>
              <w:spacing w:after="0" w:line="240" w:lineRule="auto"/>
              <w:jc w:val="center"/>
            </w:pPr>
            <w:r>
              <w:rPr>
                <w:b/>
              </w:rPr>
              <w:t>Hoạt động của học sinh</w:t>
            </w:r>
          </w:p>
        </w:tc>
      </w:tr>
      <w:tr w:rsidR="00497650" w14:paraId="6946B41E"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3F743CA1" w14:textId="77777777" w:rsidR="00497650" w:rsidRDefault="009E2559" w:rsidP="00A93829">
            <w:pPr>
              <w:shd w:val="clear" w:color="auto" w:fill="FFFFFF" w:themeFill="background1"/>
              <w:spacing w:after="0" w:line="240" w:lineRule="auto"/>
            </w:pPr>
            <w:r>
              <w:rPr>
                <w:b/>
              </w:rPr>
              <w:t>TIẾT 7 - 8</w:t>
            </w:r>
            <w:r>
              <w:br/>
            </w:r>
            <w:r>
              <w:rPr>
                <w:b/>
              </w:rPr>
              <w:t>1. KHỞI ĐỘNG (4 phút)</w:t>
            </w:r>
            <w:r>
              <w:br/>
            </w:r>
            <w:r>
              <w:rPr>
                <w:i/>
              </w:rPr>
              <w:t>Mục tiêu: HS chuẩn bị tâm thế nghe - viết và chia sẻ cảm xúc cuối năm học.</w:t>
            </w:r>
          </w:p>
        </w:tc>
      </w:tr>
      <w:tr w:rsidR="00497650" w14:paraId="5D61E33D" w14:textId="77777777" w:rsidTr="00A93829">
        <w:trPr>
          <w:jc w:val="center"/>
        </w:trPr>
        <w:tc>
          <w:tcPr>
            <w:tcW w:w="5372" w:type="dxa"/>
            <w:tcBorders>
              <w:top w:val="single" w:sz="6" w:space="0" w:color="000000"/>
            </w:tcBorders>
            <w:tcMar>
              <w:top w:w="35" w:type="dxa"/>
              <w:left w:w="55" w:type="dxa"/>
              <w:bottom w:w="35" w:type="dxa"/>
              <w:right w:w="55" w:type="dxa"/>
            </w:tcMar>
          </w:tcPr>
          <w:p w14:paraId="5878E114" w14:textId="77777777" w:rsidR="00497650" w:rsidRDefault="009E2559" w:rsidP="00A93829">
            <w:pPr>
              <w:shd w:val="clear" w:color="auto" w:fill="FFFFFF" w:themeFill="background1"/>
              <w:spacing w:after="0" w:line="240" w:lineRule="auto"/>
            </w:pPr>
            <w:r>
              <w:lastRenderedPageBreak/>
              <w:t>- GV hỏi: Khi năm học sắp kết thúc, em cảm thấy thế nào?</w:t>
            </w:r>
          </w:p>
        </w:tc>
        <w:tc>
          <w:tcPr>
            <w:tcW w:w="5372" w:type="dxa"/>
            <w:tcBorders>
              <w:top w:val="single" w:sz="6" w:space="0" w:color="000000"/>
            </w:tcBorders>
            <w:tcMar>
              <w:top w:w="35" w:type="dxa"/>
              <w:left w:w="55" w:type="dxa"/>
              <w:bottom w:w="35" w:type="dxa"/>
              <w:right w:w="55" w:type="dxa"/>
            </w:tcMar>
          </w:tcPr>
          <w:p w14:paraId="305F919C" w14:textId="77777777" w:rsidR="00497650" w:rsidRDefault="009E2559" w:rsidP="00A93829">
            <w:pPr>
              <w:shd w:val="clear" w:color="auto" w:fill="FFFFFF" w:themeFill="background1"/>
              <w:spacing w:after="0" w:line="240" w:lineRule="auto"/>
            </w:pPr>
            <w:r>
              <w:t>- HS trả lời: Em vui vì sắp được nghỉ hè, nhưng cũng thấy nhớ cô giáo, bạn bè và lớp học.</w:t>
            </w:r>
          </w:p>
        </w:tc>
      </w:tr>
      <w:tr w:rsidR="00497650" w14:paraId="5EF03D99" w14:textId="77777777" w:rsidTr="00A93829">
        <w:trPr>
          <w:jc w:val="center"/>
        </w:trPr>
        <w:tc>
          <w:tcPr>
            <w:tcW w:w="5372" w:type="dxa"/>
            <w:tcBorders>
              <w:bottom w:val="single" w:sz="6" w:space="0" w:color="000000"/>
            </w:tcBorders>
            <w:tcMar>
              <w:top w:w="35" w:type="dxa"/>
              <w:left w:w="55" w:type="dxa"/>
              <w:bottom w:w="35" w:type="dxa"/>
              <w:right w:w="55" w:type="dxa"/>
            </w:tcMar>
          </w:tcPr>
          <w:p w14:paraId="0F5785A3" w14:textId="77777777" w:rsidR="00497650" w:rsidRDefault="009E2559" w:rsidP="00A93829">
            <w:pPr>
              <w:shd w:val="clear" w:color="auto" w:fill="FFFFFF" w:themeFill="background1"/>
              <w:spacing w:after="0" w:line="240" w:lineRule="auto"/>
            </w:pPr>
            <w:r>
              <w:t>- GV dẫn vào bài: Tiết này chúng ta nghe - viết bài Tiếng gà mở cửa, ôn chính tả và viết đoạn văn ngắn về cảm xúc cuối năm.</w:t>
            </w:r>
          </w:p>
        </w:tc>
        <w:tc>
          <w:tcPr>
            <w:tcW w:w="5372" w:type="dxa"/>
            <w:tcBorders>
              <w:bottom w:val="single" w:sz="6" w:space="0" w:color="000000"/>
            </w:tcBorders>
            <w:tcMar>
              <w:top w:w="35" w:type="dxa"/>
              <w:left w:w="55" w:type="dxa"/>
              <w:bottom w:w="35" w:type="dxa"/>
              <w:right w:w="55" w:type="dxa"/>
            </w:tcMar>
          </w:tcPr>
          <w:p w14:paraId="2BAE75F7" w14:textId="77777777" w:rsidR="00497650" w:rsidRDefault="009E2559" w:rsidP="00A93829">
            <w:pPr>
              <w:shd w:val="clear" w:color="auto" w:fill="FFFFFF" w:themeFill="background1"/>
              <w:spacing w:after="0" w:line="240" w:lineRule="auto"/>
            </w:pPr>
            <w:r>
              <w:t>- HS lắng nghe, chuẩn bị vở viết.</w:t>
            </w:r>
          </w:p>
        </w:tc>
      </w:tr>
      <w:tr w:rsidR="00497650" w14:paraId="3648979E"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4178119D" w14:textId="77777777" w:rsidR="00497650" w:rsidRDefault="009E2559" w:rsidP="00A93829">
            <w:pPr>
              <w:shd w:val="clear" w:color="auto" w:fill="FFFFFF" w:themeFill="background1"/>
              <w:spacing w:after="0" w:line="240" w:lineRule="auto"/>
            </w:pPr>
            <w:r>
              <w:rPr>
                <w:b/>
              </w:rPr>
              <w:t>2. KHÁM PHÁ - NGHE VIẾT (14 phút)</w:t>
            </w:r>
            <w:r>
              <w:br/>
            </w:r>
            <w:r>
              <w:rPr>
                <w:i/>
              </w:rPr>
              <w:t>Mục tiêu: HS nắm nội dung đoạn viết, nhận biết từ khó và viết đúng đoạn thơ.</w:t>
            </w:r>
          </w:p>
        </w:tc>
      </w:tr>
      <w:tr w:rsidR="00497650" w14:paraId="2C52A08B" w14:textId="77777777" w:rsidTr="00A93829">
        <w:trPr>
          <w:jc w:val="center"/>
        </w:trPr>
        <w:tc>
          <w:tcPr>
            <w:tcW w:w="5372" w:type="dxa"/>
            <w:tcBorders>
              <w:top w:val="single" w:sz="6" w:space="0" w:color="000000"/>
            </w:tcBorders>
            <w:tcMar>
              <w:top w:w="35" w:type="dxa"/>
              <w:left w:w="55" w:type="dxa"/>
              <w:bottom w:w="35" w:type="dxa"/>
              <w:right w:w="55" w:type="dxa"/>
            </w:tcMar>
          </w:tcPr>
          <w:p w14:paraId="19ED4B3D" w14:textId="77777777" w:rsidR="00497650" w:rsidRDefault="009E2559" w:rsidP="00A93829">
            <w:pPr>
              <w:shd w:val="clear" w:color="auto" w:fill="FFFFFF" w:themeFill="background1"/>
              <w:spacing w:after="0" w:line="240" w:lineRule="auto"/>
            </w:pPr>
            <w:r>
              <w:t xml:space="preserve">- GV yêu cầu HS quan sát bài tập 10: </w:t>
            </w:r>
            <w:r>
              <w:rPr>
                <w:b/>
              </w:rPr>
              <w:t>Nghe - viết: Tiếng gà mở cửa (trích).</w:t>
            </w:r>
          </w:p>
          <w:p w14:paraId="3F6C1789" w14:textId="4B080599"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30CFBB56" w14:textId="77777777" w:rsidR="00497650" w:rsidRDefault="009E2559" w:rsidP="00A93829">
            <w:pPr>
              <w:shd w:val="clear" w:color="auto" w:fill="FFFFFF" w:themeFill="background1"/>
              <w:spacing w:after="0" w:line="240" w:lineRule="auto"/>
            </w:pPr>
            <w:r>
              <w:t>- HS quan sát đoạn thơ và tranh minh họa.</w:t>
            </w:r>
          </w:p>
        </w:tc>
      </w:tr>
      <w:tr w:rsidR="00497650" w14:paraId="1FA1C0DD" w14:textId="77777777" w:rsidTr="00A93829">
        <w:trPr>
          <w:jc w:val="center"/>
        </w:trPr>
        <w:tc>
          <w:tcPr>
            <w:tcW w:w="5372" w:type="dxa"/>
            <w:tcMar>
              <w:top w:w="35" w:type="dxa"/>
              <w:left w:w="55" w:type="dxa"/>
              <w:bottom w:w="35" w:type="dxa"/>
              <w:right w:w="55" w:type="dxa"/>
            </w:tcMar>
          </w:tcPr>
          <w:p w14:paraId="78E5C737" w14:textId="77777777" w:rsidR="00497650" w:rsidRDefault="009E2559" w:rsidP="00A93829">
            <w:pPr>
              <w:shd w:val="clear" w:color="auto" w:fill="FFFFFF" w:themeFill="background1"/>
              <w:spacing w:after="0" w:line="240" w:lineRule="auto"/>
            </w:pPr>
            <w:r>
              <w:t>- GV đọc đoạn viết một lần, hỏi: Đoạn thơ nói về âm thanh nào vào buổi sáng?</w:t>
            </w:r>
          </w:p>
        </w:tc>
        <w:tc>
          <w:tcPr>
            <w:tcW w:w="5372" w:type="dxa"/>
            <w:tcMar>
              <w:top w:w="35" w:type="dxa"/>
              <w:left w:w="55" w:type="dxa"/>
              <w:bottom w:w="35" w:type="dxa"/>
              <w:right w:w="55" w:type="dxa"/>
            </w:tcMar>
          </w:tcPr>
          <w:p w14:paraId="22187734" w14:textId="77777777" w:rsidR="00497650" w:rsidRDefault="009E2559" w:rsidP="00A93829">
            <w:pPr>
              <w:shd w:val="clear" w:color="auto" w:fill="FFFFFF" w:themeFill="background1"/>
              <w:spacing w:after="0" w:line="240" w:lineRule="auto"/>
            </w:pPr>
            <w:r>
              <w:t>- HS trả lời: Đoạn thơ nói về tiếng gà gáy buổi sáng, tiếng gà làm bừng lên bếp lửa, ngọn tre và bầu trời.</w:t>
            </w:r>
          </w:p>
        </w:tc>
      </w:tr>
      <w:tr w:rsidR="00497650" w14:paraId="47709EB6" w14:textId="77777777" w:rsidTr="00A93829">
        <w:trPr>
          <w:jc w:val="center"/>
        </w:trPr>
        <w:tc>
          <w:tcPr>
            <w:tcW w:w="5372" w:type="dxa"/>
            <w:tcMar>
              <w:top w:w="35" w:type="dxa"/>
              <w:left w:w="55" w:type="dxa"/>
              <w:bottom w:w="35" w:type="dxa"/>
              <w:right w:w="55" w:type="dxa"/>
            </w:tcMar>
          </w:tcPr>
          <w:p w14:paraId="1B708FE4" w14:textId="77777777" w:rsidR="00497650" w:rsidRDefault="009E2559" w:rsidP="00A93829">
            <w:pPr>
              <w:shd w:val="clear" w:color="auto" w:fill="FFFFFF" w:themeFill="background1"/>
              <w:spacing w:after="0" w:line="240" w:lineRule="auto"/>
            </w:pPr>
            <w:r>
              <w:t>- GV hỏi: Trong đoạn viết có những từ nào dễ viết sai?</w:t>
            </w:r>
          </w:p>
        </w:tc>
        <w:tc>
          <w:tcPr>
            <w:tcW w:w="5372" w:type="dxa"/>
            <w:tcMar>
              <w:top w:w="35" w:type="dxa"/>
              <w:left w:w="55" w:type="dxa"/>
              <w:bottom w:w="35" w:type="dxa"/>
              <w:right w:w="55" w:type="dxa"/>
            </w:tcMar>
          </w:tcPr>
          <w:p w14:paraId="484CDABF" w14:textId="77777777" w:rsidR="00497650" w:rsidRDefault="009E2559" w:rsidP="00A93829">
            <w:pPr>
              <w:shd w:val="clear" w:color="auto" w:fill="FFFFFF" w:themeFill="background1"/>
              <w:spacing w:after="0" w:line="240" w:lineRule="auto"/>
            </w:pPr>
            <w:r>
              <w:t>- HS nêu: bừng tỉnh, bốn phía, bừng bếp lửa, ngọn tre, rung không, chín tươi, sương mai.</w:t>
            </w:r>
          </w:p>
        </w:tc>
      </w:tr>
      <w:tr w:rsidR="00497650" w14:paraId="732B91DE" w14:textId="77777777" w:rsidTr="00A93829">
        <w:trPr>
          <w:jc w:val="center"/>
        </w:trPr>
        <w:tc>
          <w:tcPr>
            <w:tcW w:w="5372" w:type="dxa"/>
            <w:tcMar>
              <w:top w:w="35" w:type="dxa"/>
              <w:left w:w="55" w:type="dxa"/>
              <w:bottom w:w="35" w:type="dxa"/>
              <w:right w:w="55" w:type="dxa"/>
            </w:tcMar>
          </w:tcPr>
          <w:p w14:paraId="46859757" w14:textId="77777777" w:rsidR="00497650" w:rsidRDefault="009E2559" w:rsidP="00A93829">
            <w:pPr>
              <w:shd w:val="clear" w:color="auto" w:fill="FFFFFF" w:themeFill="background1"/>
              <w:spacing w:after="0" w:line="240" w:lineRule="auto"/>
            </w:pPr>
            <w:r>
              <w:t>- GV hướng dẫn HS viết từ khó vào bảng con.</w:t>
            </w:r>
          </w:p>
        </w:tc>
        <w:tc>
          <w:tcPr>
            <w:tcW w:w="5372" w:type="dxa"/>
            <w:tcMar>
              <w:top w:w="35" w:type="dxa"/>
              <w:left w:w="55" w:type="dxa"/>
              <w:bottom w:w="35" w:type="dxa"/>
              <w:right w:w="55" w:type="dxa"/>
            </w:tcMar>
          </w:tcPr>
          <w:p w14:paraId="0E0BBBAD" w14:textId="77777777" w:rsidR="00497650" w:rsidRDefault="009E2559" w:rsidP="00A93829">
            <w:pPr>
              <w:shd w:val="clear" w:color="auto" w:fill="FFFFFF" w:themeFill="background1"/>
              <w:spacing w:after="0" w:line="240" w:lineRule="auto"/>
            </w:pPr>
            <w:r>
              <w:t>- HS viết bảng con các từ khó, sửa lỗi theo nhận xét của GV.</w:t>
            </w:r>
          </w:p>
        </w:tc>
      </w:tr>
      <w:tr w:rsidR="00497650" w14:paraId="138B871E" w14:textId="77777777" w:rsidTr="00A93829">
        <w:trPr>
          <w:jc w:val="center"/>
        </w:trPr>
        <w:tc>
          <w:tcPr>
            <w:tcW w:w="5372" w:type="dxa"/>
            <w:tcMar>
              <w:top w:w="35" w:type="dxa"/>
              <w:left w:w="55" w:type="dxa"/>
              <w:bottom w:w="35" w:type="dxa"/>
              <w:right w:w="55" w:type="dxa"/>
            </w:tcMar>
          </w:tcPr>
          <w:p w14:paraId="6987F06D" w14:textId="77777777" w:rsidR="00497650" w:rsidRDefault="009E2559" w:rsidP="00A93829">
            <w:pPr>
              <w:shd w:val="clear" w:color="auto" w:fill="FFFFFF" w:themeFill="background1"/>
              <w:spacing w:after="0" w:line="240" w:lineRule="auto"/>
            </w:pPr>
            <w:r>
              <w:t>- GV đọc từng dòng thơ cho HS viết; đọc chậm, rõ ràng, nhắc HS xuống dòng đúng.</w:t>
            </w:r>
          </w:p>
        </w:tc>
        <w:tc>
          <w:tcPr>
            <w:tcW w:w="5372" w:type="dxa"/>
            <w:tcMar>
              <w:top w:w="35" w:type="dxa"/>
              <w:left w:w="55" w:type="dxa"/>
              <w:bottom w:w="35" w:type="dxa"/>
              <w:right w:w="55" w:type="dxa"/>
            </w:tcMar>
          </w:tcPr>
          <w:p w14:paraId="1F1F6C54" w14:textId="77777777" w:rsidR="00497650" w:rsidRDefault="009E2559" w:rsidP="00A93829">
            <w:pPr>
              <w:shd w:val="clear" w:color="auto" w:fill="FFFFFF" w:themeFill="background1"/>
              <w:spacing w:after="0" w:line="240" w:lineRule="auto"/>
            </w:pPr>
            <w:r>
              <w:t>- HS nghe - viết vào vở, trình bày đúng dòng thơ.</w:t>
            </w:r>
          </w:p>
        </w:tc>
      </w:tr>
      <w:tr w:rsidR="00497650" w14:paraId="4267FC9A" w14:textId="77777777" w:rsidTr="00A93829">
        <w:trPr>
          <w:jc w:val="center"/>
        </w:trPr>
        <w:tc>
          <w:tcPr>
            <w:tcW w:w="5372" w:type="dxa"/>
            <w:tcBorders>
              <w:bottom w:val="single" w:sz="6" w:space="0" w:color="000000"/>
            </w:tcBorders>
            <w:tcMar>
              <w:top w:w="35" w:type="dxa"/>
              <w:left w:w="55" w:type="dxa"/>
              <w:bottom w:w="35" w:type="dxa"/>
              <w:right w:w="55" w:type="dxa"/>
            </w:tcMar>
          </w:tcPr>
          <w:p w14:paraId="6ACB5101" w14:textId="77777777" w:rsidR="00497650" w:rsidRDefault="009E2559" w:rsidP="00A93829">
            <w:pPr>
              <w:shd w:val="clear" w:color="auto" w:fill="FFFFFF" w:themeFill="background1"/>
              <w:spacing w:after="0" w:line="240" w:lineRule="auto"/>
            </w:pPr>
            <w:r>
              <w:t>- GV đọc lại toàn bài cho HS soát lỗi.</w:t>
            </w:r>
          </w:p>
        </w:tc>
        <w:tc>
          <w:tcPr>
            <w:tcW w:w="5372" w:type="dxa"/>
            <w:tcBorders>
              <w:bottom w:val="single" w:sz="6" w:space="0" w:color="000000"/>
            </w:tcBorders>
            <w:tcMar>
              <w:top w:w="35" w:type="dxa"/>
              <w:left w:w="55" w:type="dxa"/>
              <w:bottom w:w="35" w:type="dxa"/>
              <w:right w:w="55" w:type="dxa"/>
            </w:tcMar>
          </w:tcPr>
          <w:p w14:paraId="14EF7BAB" w14:textId="77777777" w:rsidR="00497650" w:rsidRDefault="009E2559" w:rsidP="00A93829">
            <w:pPr>
              <w:shd w:val="clear" w:color="auto" w:fill="FFFFFF" w:themeFill="background1"/>
              <w:spacing w:after="0" w:line="240" w:lineRule="auto"/>
            </w:pPr>
            <w:r>
              <w:t>- HS soát lỗi bằng bút chì, tự sửa lỗi nếu có.</w:t>
            </w:r>
          </w:p>
        </w:tc>
      </w:tr>
      <w:tr w:rsidR="00497650" w14:paraId="3A8F74C0"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2A52839A" w14:textId="77777777" w:rsidR="00497650" w:rsidRDefault="009E2559" w:rsidP="00A93829">
            <w:pPr>
              <w:shd w:val="clear" w:color="auto" w:fill="FFFFFF" w:themeFill="background1"/>
              <w:spacing w:after="0" w:line="240" w:lineRule="auto"/>
            </w:pPr>
            <w:r>
              <w:rPr>
                <w:b/>
              </w:rPr>
              <w:t>3. LUYỆN TẬP CHÍNH TẢ VÀ VIẾT ĐOẠN (14 phút)</w:t>
            </w:r>
            <w:r>
              <w:br/>
            </w:r>
            <w:r>
              <w:rPr>
                <w:i/>
              </w:rPr>
              <w:t>Mục tiêu: HS phân biệt âm đầu, thanh điệu và viết được đoạn văn ngắn.</w:t>
            </w:r>
          </w:p>
        </w:tc>
      </w:tr>
      <w:tr w:rsidR="00497650" w14:paraId="3697D023" w14:textId="77777777" w:rsidTr="00A93829">
        <w:trPr>
          <w:jc w:val="center"/>
        </w:trPr>
        <w:tc>
          <w:tcPr>
            <w:tcW w:w="5372" w:type="dxa"/>
            <w:tcBorders>
              <w:top w:val="single" w:sz="6" w:space="0" w:color="000000"/>
            </w:tcBorders>
            <w:tcMar>
              <w:top w:w="35" w:type="dxa"/>
              <w:left w:w="55" w:type="dxa"/>
              <w:bottom w:w="35" w:type="dxa"/>
              <w:right w:w="55" w:type="dxa"/>
            </w:tcMar>
          </w:tcPr>
          <w:p w14:paraId="2C7EC05E" w14:textId="77777777" w:rsidR="00497650" w:rsidRDefault="009E2559" w:rsidP="00A93829">
            <w:pPr>
              <w:shd w:val="clear" w:color="auto" w:fill="FFFFFF" w:themeFill="background1"/>
              <w:spacing w:after="0" w:line="240" w:lineRule="auto"/>
            </w:pPr>
            <w:r>
              <w:t xml:space="preserve">- GV yêu cầu HS đọc bài tập 11a: </w:t>
            </w:r>
            <w:r>
              <w:rPr>
                <w:b/>
              </w:rPr>
              <w:t>Chọn l hoặc n thay cho ô vuông.</w:t>
            </w:r>
          </w:p>
        </w:tc>
        <w:tc>
          <w:tcPr>
            <w:tcW w:w="5372" w:type="dxa"/>
            <w:tcBorders>
              <w:top w:val="single" w:sz="6" w:space="0" w:color="000000"/>
            </w:tcBorders>
            <w:tcMar>
              <w:top w:w="35" w:type="dxa"/>
              <w:left w:w="55" w:type="dxa"/>
              <w:bottom w:w="35" w:type="dxa"/>
              <w:right w:w="55" w:type="dxa"/>
            </w:tcMar>
          </w:tcPr>
          <w:p w14:paraId="15A6AF17" w14:textId="77777777" w:rsidR="00497650" w:rsidRDefault="009E2559" w:rsidP="00A93829">
            <w:pPr>
              <w:shd w:val="clear" w:color="auto" w:fill="FFFFFF" w:themeFill="background1"/>
              <w:spacing w:after="0" w:line="240" w:lineRule="auto"/>
            </w:pPr>
            <w:r>
              <w:t>- HS đọc bài thơ Mùa thu sang và làm bài cá nhân.</w:t>
            </w:r>
          </w:p>
        </w:tc>
      </w:tr>
      <w:tr w:rsidR="00497650" w14:paraId="44CEAED2" w14:textId="77777777" w:rsidTr="00A93829">
        <w:trPr>
          <w:jc w:val="center"/>
        </w:trPr>
        <w:tc>
          <w:tcPr>
            <w:tcW w:w="5372" w:type="dxa"/>
            <w:tcMar>
              <w:top w:w="35" w:type="dxa"/>
              <w:left w:w="55" w:type="dxa"/>
              <w:bottom w:w="35" w:type="dxa"/>
              <w:right w:w="55" w:type="dxa"/>
            </w:tcMar>
          </w:tcPr>
          <w:p w14:paraId="79188CD4" w14:textId="77777777" w:rsidR="00497650" w:rsidRDefault="009E2559" w:rsidP="00A93829">
            <w:pPr>
              <w:shd w:val="clear" w:color="auto" w:fill="FFFFFF" w:themeFill="background1"/>
              <w:spacing w:after="0" w:line="240" w:lineRule="auto"/>
            </w:pPr>
            <w:r>
              <w:t>- GV gọi HS nêu đáp án từng dòng.</w:t>
            </w:r>
          </w:p>
        </w:tc>
        <w:tc>
          <w:tcPr>
            <w:tcW w:w="5372" w:type="dxa"/>
            <w:tcMar>
              <w:top w:w="35" w:type="dxa"/>
              <w:left w:w="55" w:type="dxa"/>
              <w:bottom w:w="35" w:type="dxa"/>
              <w:right w:w="55" w:type="dxa"/>
            </w:tcMar>
          </w:tcPr>
          <w:p w14:paraId="3DDF911C" w14:textId="77777777" w:rsidR="00497650" w:rsidRDefault="009E2559" w:rsidP="00A93829">
            <w:pPr>
              <w:shd w:val="clear" w:color="auto" w:fill="FFFFFF" w:themeFill="background1"/>
              <w:spacing w:after="0" w:line="240" w:lineRule="auto"/>
            </w:pPr>
            <w:r>
              <w:t>- HS nêu đáp án: Hoa cúc nở vàng; Nắng tươi trải trên đường; Đẹp thay lúa thu sang.</w:t>
            </w:r>
          </w:p>
        </w:tc>
      </w:tr>
      <w:tr w:rsidR="00497650" w14:paraId="0FAF9516" w14:textId="77777777" w:rsidTr="00A93829">
        <w:trPr>
          <w:jc w:val="center"/>
        </w:trPr>
        <w:tc>
          <w:tcPr>
            <w:tcW w:w="5372" w:type="dxa"/>
            <w:tcMar>
              <w:top w:w="35" w:type="dxa"/>
              <w:left w:w="55" w:type="dxa"/>
              <w:bottom w:w="35" w:type="dxa"/>
              <w:right w:w="55" w:type="dxa"/>
            </w:tcMar>
          </w:tcPr>
          <w:p w14:paraId="48158B5A" w14:textId="77777777" w:rsidR="00497650" w:rsidRDefault="009E2559" w:rsidP="00A93829">
            <w:pPr>
              <w:shd w:val="clear" w:color="auto" w:fill="FFFFFF" w:themeFill="background1"/>
              <w:spacing w:after="0" w:line="240" w:lineRule="auto"/>
            </w:pPr>
            <w:r>
              <w:t xml:space="preserve">- GV yêu cầu HS đọc bài tập 11b: </w:t>
            </w:r>
            <w:r>
              <w:rPr>
                <w:b/>
              </w:rPr>
              <w:t>Chọn dấu hỏi hoặc dấu ngã cho chữ in đậm.</w:t>
            </w:r>
          </w:p>
        </w:tc>
        <w:tc>
          <w:tcPr>
            <w:tcW w:w="5372" w:type="dxa"/>
            <w:tcMar>
              <w:top w:w="35" w:type="dxa"/>
              <w:left w:w="55" w:type="dxa"/>
              <w:bottom w:w="35" w:type="dxa"/>
              <w:right w:w="55" w:type="dxa"/>
            </w:tcMar>
          </w:tcPr>
          <w:p w14:paraId="7D8FC618" w14:textId="77777777" w:rsidR="00497650" w:rsidRDefault="009E2559" w:rsidP="00A93829">
            <w:pPr>
              <w:shd w:val="clear" w:color="auto" w:fill="FFFFFF" w:themeFill="background1"/>
              <w:spacing w:after="0" w:line="240" w:lineRule="auto"/>
            </w:pPr>
            <w:r>
              <w:t>- HS đọc đoạn thơ, xác định các chữ in đậm cần điền dấu.</w:t>
            </w:r>
          </w:p>
        </w:tc>
      </w:tr>
      <w:tr w:rsidR="00497650" w14:paraId="79DE7487" w14:textId="77777777" w:rsidTr="00A93829">
        <w:trPr>
          <w:jc w:val="center"/>
        </w:trPr>
        <w:tc>
          <w:tcPr>
            <w:tcW w:w="5372" w:type="dxa"/>
            <w:tcMar>
              <w:top w:w="35" w:type="dxa"/>
              <w:left w:w="55" w:type="dxa"/>
              <w:bottom w:w="35" w:type="dxa"/>
              <w:right w:w="55" w:type="dxa"/>
            </w:tcMar>
          </w:tcPr>
          <w:p w14:paraId="5DF724F6" w14:textId="77777777" w:rsidR="00497650" w:rsidRDefault="009E2559" w:rsidP="00A93829">
            <w:pPr>
              <w:shd w:val="clear" w:color="auto" w:fill="FFFFFF" w:themeFill="background1"/>
              <w:spacing w:after="0" w:line="240" w:lineRule="auto"/>
            </w:pPr>
            <w:r>
              <w:t>- GV gọi HS nêu đáp án và đọc lại đoạn thơ hoàn chỉnh.</w:t>
            </w:r>
          </w:p>
        </w:tc>
        <w:tc>
          <w:tcPr>
            <w:tcW w:w="5372" w:type="dxa"/>
            <w:tcMar>
              <w:top w:w="35" w:type="dxa"/>
              <w:left w:w="55" w:type="dxa"/>
              <w:bottom w:w="35" w:type="dxa"/>
              <w:right w:w="55" w:type="dxa"/>
            </w:tcMar>
          </w:tcPr>
          <w:p w14:paraId="6D51E581" w14:textId="77777777" w:rsidR="00497650" w:rsidRDefault="009E2559" w:rsidP="00A93829">
            <w:pPr>
              <w:shd w:val="clear" w:color="auto" w:fill="FFFFFF" w:themeFill="background1"/>
              <w:spacing w:after="0" w:line="240" w:lineRule="auto"/>
            </w:pPr>
            <w:r>
              <w:t>- HS nêu: Gà mẹ hỏi gà con; Đã ngủ chưa thế hả?; Cả đàn gà nhao nhao; Ngủ cả rồi đấy ạ!</w:t>
            </w:r>
          </w:p>
        </w:tc>
      </w:tr>
      <w:tr w:rsidR="00497650" w14:paraId="6C1E7753" w14:textId="77777777" w:rsidTr="00A93829">
        <w:trPr>
          <w:jc w:val="center"/>
        </w:trPr>
        <w:tc>
          <w:tcPr>
            <w:tcW w:w="5372" w:type="dxa"/>
            <w:tcMar>
              <w:top w:w="35" w:type="dxa"/>
              <w:left w:w="55" w:type="dxa"/>
              <w:bottom w:w="35" w:type="dxa"/>
              <w:right w:w="55" w:type="dxa"/>
            </w:tcMar>
          </w:tcPr>
          <w:p w14:paraId="66296A2F" w14:textId="77777777" w:rsidR="00497650" w:rsidRDefault="009E2559" w:rsidP="00A93829">
            <w:pPr>
              <w:shd w:val="clear" w:color="auto" w:fill="FFFFFF" w:themeFill="background1"/>
              <w:spacing w:after="0" w:line="240" w:lineRule="auto"/>
            </w:pPr>
            <w:r>
              <w:t xml:space="preserve">- GV yêu cầu HS quan sát bài tập 12a: </w:t>
            </w:r>
            <w:r>
              <w:rPr>
                <w:b/>
              </w:rPr>
              <w:t>Nói cảm xúc, suy nghĩ của em về trường lớp; về thầy cô khi năm học sắp kết thúc.</w:t>
            </w:r>
          </w:p>
          <w:p w14:paraId="5DDB72C0" w14:textId="0F0196EF" w:rsidR="00497650" w:rsidRDefault="00497650" w:rsidP="00A93829">
            <w:pPr>
              <w:shd w:val="clear" w:color="auto" w:fill="FFFFFF" w:themeFill="background1"/>
              <w:spacing w:after="0"/>
              <w:jc w:val="center"/>
            </w:pPr>
          </w:p>
        </w:tc>
        <w:tc>
          <w:tcPr>
            <w:tcW w:w="5372" w:type="dxa"/>
            <w:tcMar>
              <w:top w:w="35" w:type="dxa"/>
              <w:left w:w="55" w:type="dxa"/>
              <w:bottom w:w="35" w:type="dxa"/>
              <w:right w:w="55" w:type="dxa"/>
            </w:tcMar>
          </w:tcPr>
          <w:p w14:paraId="46CE1C3F" w14:textId="77777777" w:rsidR="00497650" w:rsidRDefault="009E2559" w:rsidP="00A93829">
            <w:pPr>
              <w:shd w:val="clear" w:color="auto" w:fill="FFFFFF" w:themeFill="background1"/>
              <w:spacing w:after="0" w:line="240" w:lineRule="auto"/>
            </w:pPr>
            <w:r>
              <w:t>- HS quan sát tranh sân trường và nêu cảm xúc.</w:t>
            </w:r>
          </w:p>
        </w:tc>
      </w:tr>
      <w:tr w:rsidR="00497650" w14:paraId="6D3D1E98" w14:textId="77777777" w:rsidTr="00A93829">
        <w:trPr>
          <w:jc w:val="center"/>
        </w:trPr>
        <w:tc>
          <w:tcPr>
            <w:tcW w:w="5372" w:type="dxa"/>
            <w:tcMar>
              <w:top w:w="35" w:type="dxa"/>
              <w:left w:w="55" w:type="dxa"/>
              <w:bottom w:w="35" w:type="dxa"/>
              <w:right w:w="55" w:type="dxa"/>
            </w:tcMar>
          </w:tcPr>
          <w:p w14:paraId="67D48E35" w14:textId="77777777" w:rsidR="00497650" w:rsidRDefault="009E2559" w:rsidP="00A93829">
            <w:pPr>
              <w:shd w:val="clear" w:color="auto" w:fill="FFFFFF" w:themeFill="background1"/>
              <w:spacing w:after="0" w:line="240" w:lineRule="auto"/>
            </w:pPr>
            <w:r>
              <w:t>- GV gợi ý: Em có suy nghĩ gì khi năm học sắp kết thúc? Em cảm thấy thế nào nếu mấy tháng nghỉ hè không đến trường? Em nhớ nhất điều gì về trường lớp, thầy cô, bạn bè?</w:t>
            </w:r>
          </w:p>
        </w:tc>
        <w:tc>
          <w:tcPr>
            <w:tcW w:w="5372" w:type="dxa"/>
            <w:tcMar>
              <w:top w:w="35" w:type="dxa"/>
              <w:left w:w="55" w:type="dxa"/>
              <w:bottom w:w="35" w:type="dxa"/>
              <w:right w:w="55" w:type="dxa"/>
            </w:tcMar>
          </w:tcPr>
          <w:p w14:paraId="60606630" w14:textId="77777777" w:rsidR="00497650" w:rsidRDefault="009E2559" w:rsidP="00A93829">
            <w:pPr>
              <w:shd w:val="clear" w:color="auto" w:fill="FFFFFF" w:themeFill="background1"/>
              <w:spacing w:after="0" w:line="240" w:lineRule="auto"/>
            </w:pPr>
            <w:r>
              <w:t>- HS trả lời: Em thấy vui vì đã hoàn thành năm học. Em sẽ nhớ cô giáo, bạn bè, bảng lớp, những giờ học và giờ ra chơi. Em mong sau hè được gặp lại mọi người.</w:t>
            </w:r>
          </w:p>
        </w:tc>
      </w:tr>
      <w:tr w:rsidR="00497650" w14:paraId="47D05041" w14:textId="77777777" w:rsidTr="00A93829">
        <w:trPr>
          <w:jc w:val="center"/>
        </w:trPr>
        <w:tc>
          <w:tcPr>
            <w:tcW w:w="5372" w:type="dxa"/>
            <w:tcMar>
              <w:top w:w="35" w:type="dxa"/>
              <w:left w:w="55" w:type="dxa"/>
              <w:bottom w:w="35" w:type="dxa"/>
              <w:right w:w="55" w:type="dxa"/>
            </w:tcMar>
          </w:tcPr>
          <w:p w14:paraId="5CCBA148" w14:textId="77777777" w:rsidR="00497650" w:rsidRDefault="009E2559" w:rsidP="00A93829">
            <w:pPr>
              <w:shd w:val="clear" w:color="auto" w:fill="FFFFFF" w:themeFill="background1"/>
              <w:spacing w:after="0" w:line="240" w:lineRule="auto"/>
            </w:pPr>
            <w:r>
              <w:t xml:space="preserve">- GV yêu cầu HS đọc bài tập 12b: </w:t>
            </w:r>
            <w:r>
              <w:rPr>
                <w:b/>
              </w:rPr>
              <w:t>Viết 4 - 5 câu thể hiện tình cảm, cảm xúc của em khi năm học sắp kết thúc.</w:t>
            </w:r>
          </w:p>
        </w:tc>
        <w:tc>
          <w:tcPr>
            <w:tcW w:w="5372" w:type="dxa"/>
            <w:tcMar>
              <w:top w:w="35" w:type="dxa"/>
              <w:left w:w="55" w:type="dxa"/>
              <w:bottom w:w="35" w:type="dxa"/>
              <w:right w:w="55" w:type="dxa"/>
            </w:tcMar>
          </w:tcPr>
          <w:p w14:paraId="0AF72EEF" w14:textId="77777777" w:rsidR="00497650" w:rsidRDefault="009E2559" w:rsidP="00A93829">
            <w:pPr>
              <w:shd w:val="clear" w:color="auto" w:fill="FFFFFF" w:themeFill="background1"/>
              <w:spacing w:after="0" w:line="240" w:lineRule="auto"/>
            </w:pPr>
            <w:r>
              <w:t>- HS viết đoạn văn vào vở.</w:t>
            </w:r>
          </w:p>
        </w:tc>
      </w:tr>
      <w:tr w:rsidR="00497650" w14:paraId="5A995283" w14:textId="77777777" w:rsidTr="00A93829">
        <w:trPr>
          <w:jc w:val="center"/>
        </w:trPr>
        <w:tc>
          <w:tcPr>
            <w:tcW w:w="5372" w:type="dxa"/>
            <w:tcMar>
              <w:top w:w="35" w:type="dxa"/>
              <w:left w:w="55" w:type="dxa"/>
              <w:bottom w:w="35" w:type="dxa"/>
              <w:right w:w="55" w:type="dxa"/>
            </w:tcMar>
          </w:tcPr>
          <w:p w14:paraId="1DA3A7C1" w14:textId="77777777" w:rsidR="00497650" w:rsidRDefault="009E2559" w:rsidP="00A93829">
            <w:pPr>
              <w:shd w:val="clear" w:color="auto" w:fill="FFFFFF" w:themeFill="background1"/>
              <w:spacing w:after="0" w:line="240" w:lineRule="auto"/>
            </w:pPr>
            <w:r>
              <w:t>- GV đưa mẫu gợi ý ngắn, nhắc HS không chép máy móc mà viết bằng cảm xúc của mình.</w:t>
            </w:r>
          </w:p>
        </w:tc>
        <w:tc>
          <w:tcPr>
            <w:tcW w:w="5372" w:type="dxa"/>
            <w:tcMar>
              <w:top w:w="35" w:type="dxa"/>
              <w:left w:w="55" w:type="dxa"/>
              <w:bottom w:w="35" w:type="dxa"/>
              <w:right w:w="55" w:type="dxa"/>
            </w:tcMar>
          </w:tcPr>
          <w:p w14:paraId="2A675E4C" w14:textId="77777777" w:rsidR="00497650" w:rsidRDefault="009E2559" w:rsidP="00A93829">
            <w:pPr>
              <w:shd w:val="clear" w:color="auto" w:fill="FFFFFF" w:themeFill="background1"/>
              <w:spacing w:after="0" w:line="240" w:lineRule="auto"/>
            </w:pPr>
            <w:r>
              <w:t xml:space="preserve">- HS viết mẫu: Năm học sắp kết thúc, em cảm thấy vừa vui vừa bùi ngùi. Em vui vì mình đã học thêm nhiều điều mới. Em sẽ nhớ cô giáo, bạn bè và lớp học thân quen. Em mong kì nghỉ hè trôi qua thật vui và được gặp lại mọi người trong năm </w:t>
            </w:r>
            <w:r>
              <w:lastRenderedPageBreak/>
              <w:t>học mới.</w:t>
            </w:r>
          </w:p>
        </w:tc>
      </w:tr>
      <w:tr w:rsidR="00497650" w14:paraId="63483705" w14:textId="77777777" w:rsidTr="00A93829">
        <w:trPr>
          <w:jc w:val="center"/>
        </w:trPr>
        <w:tc>
          <w:tcPr>
            <w:tcW w:w="5372" w:type="dxa"/>
            <w:tcBorders>
              <w:bottom w:val="single" w:sz="6" w:space="0" w:color="000000"/>
            </w:tcBorders>
            <w:tcMar>
              <w:top w:w="35" w:type="dxa"/>
              <w:left w:w="55" w:type="dxa"/>
              <w:bottom w:w="35" w:type="dxa"/>
              <w:right w:w="55" w:type="dxa"/>
            </w:tcMar>
          </w:tcPr>
          <w:p w14:paraId="46FF61AD" w14:textId="77777777" w:rsidR="00497650" w:rsidRDefault="009E2559" w:rsidP="00A93829">
            <w:pPr>
              <w:shd w:val="clear" w:color="auto" w:fill="FFFFFF" w:themeFill="background1"/>
              <w:spacing w:after="0" w:line="240" w:lineRule="auto"/>
            </w:pPr>
            <w:r>
              <w:lastRenderedPageBreak/>
              <w:t>- GV mời 2 - 3 HS đọc đoạn viết; nhận xét cách dùng từ và cảm xúc trong bài.</w:t>
            </w:r>
          </w:p>
        </w:tc>
        <w:tc>
          <w:tcPr>
            <w:tcW w:w="5372" w:type="dxa"/>
            <w:tcBorders>
              <w:bottom w:val="single" w:sz="6" w:space="0" w:color="000000"/>
            </w:tcBorders>
            <w:tcMar>
              <w:top w:w="35" w:type="dxa"/>
              <w:left w:w="55" w:type="dxa"/>
              <w:bottom w:w="35" w:type="dxa"/>
              <w:right w:w="55" w:type="dxa"/>
            </w:tcMar>
          </w:tcPr>
          <w:p w14:paraId="4E530DE0" w14:textId="77777777" w:rsidR="00497650" w:rsidRDefault="009E2559" w:rsidP="00A93829">
            <w:pPr>
              <w:shd w:val="clear" w:color="auto" w:fill="FFFFFF" w:themeFill="background1"/>
              <w:spacing w:after="0" w:line="240" w:lineRule="auto"/>
            </w:pPr>
            <w:r>
              <w:t>- HS đọc bài; lớp nhận xét: đoạn viết đủ câu, có cảm xúc, chữ viết rõ ràng.</w:t>
            </w:r>
          </w:p>
        </w:tc>
      </w:tr>
      <w:tr w:rsidR="00497650" w14:paraId="4348699D"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6473A331" w14:textId="77777777" w:rsidR="00497650" w:rsidRDefault="009E2559" w:rsidP="00A93829">
            <w:pPr>
              <w:shd w:val="clear" w:color="auto" w:fill="FFFFFF" w:themeFill="background1"/>
              <w:spacing w:after="0" w:line="240" w:lineRule="auto"/>
            </w:pPr>
            <w:r>
              <w:rPr>
                <w:b/>
              </w:rPr>
              <w:t>4. VẬN DỤNG (3 phút)</w:t>
            </w:r>
            <w:r>
              <w:br/>
            </w:r>
            <w:r>
              <w:rPr>
                <w:i/>
              </w:rPr>
              <w:t>Mục tiêu: HS biết bày tỏ tình cảm với thầy cô, bạn bè cuối năm học.</w:t>
            </w:r>
          </w:p>
        </w:tc>
      </w:tr>
      <w:tr w:rsidR="00497650" w14:paraId="52637970" w14:textId="77777777" w:rsidTr="00A93829">
        <w:trPr>
          <w:jc w:val="center"/>
        </w:trPr>
        <w:tc>
          <w:tcPr>
            <w:tcW w:w="5372" w:type="dxa"/>
            <w:tcBorders>
              <w:top w:val="single" w:sz="6" w:space="0" w:color="000000"/>
            </w:tcBorders>
            <w:tcMar>
              <w:top w:w="35" w:type="dxa"/>
              <w:left w:w="55" w:type="dxa"/>
              <w:bottom w:w="35" w:type="dxa"/>
              <w:right w:w="55" w:type="dxa"/>
            </w:tcMar>
          </w:tcPr>
          <w:p w14:paraId="4C088B91" w14:textId="77777777" w:rsidR="00497650" w:rsidRDefault="009E2559" w:rsidP="00A93829">
            <w:pPr>
              <w:shd w:val="clear" w:color="auto" w:fill="FFFFFF" w:themeFill="background1"/>
              <w:spacing w:after="0" w:line="240" w:lineRule="auto"/>
            </w:pPr>
            <w:r>
              <w:t>- GV yêu cầu HS nói một lời cảm ơn gửi đến thầy cô hoặc một lời chúc gửi đến bạn bè.</w:t>
            </w:r>
          </w:p>
        </w:tc>
        <w:tc>
          <w:tcPr>
            <w:tcW w:w="5372" w:type="dxa"/>
            <w:tcBorders>
              <w:top w:val="single" w:sz="6" w:space="0" w:color="000000"/>
            </w:tcBorders>
            <w:tcMar>
              <w:top w:w="35" w:type="dxa"/>
              <w:left w:w="55" w:type="dxa"/>
              <w:bottom w:w="35" w:type="dxa"/>
              <w:right w:w="55" w:type="dxa"/>
            </w:tcMar>
          </w:tcPr>
          <w:p w14:paraId="7EDF2A37" w14:textId="77777777" w:rsidR="00497650" w:rsidRDefault="009E2559" w:rsidP="00A93829">
            <w:pPr>
              <w:shd w:val="clear" w:color="auto" w:fill="FFFFFF" w:themeFill="background1"/>
              <w:spacing w:after="0" w:line="240" w:lineRule="auto"/>
            </w:pPr>
            <w:r>
              <w:t>- HS nói: Em cảm ơn cô đã dạy dỗ chúng em suốt năm học. Mình chúc các bạn nghỉ hè vui, an toàn và nhớ giữ gìn sức khỏe.</w:t>
            </w:r>
          </w:p>
        </w:tc>
      </w:tr>
      <w:tr w:rsidR="00497650" w14:paraId="4E72AC29" w14:textId="77777777" w:rsidTr="00A93829">
        <w:trPr>
          <w:jc w:val="center"/>
        </w:trPr>
        <w:tc>
          <w:tcPr>
            <w:tcW w:w="5372" w:type="dxa"/>
            <w:tcMar>
              <w:top w:w="35" w:type="dxa"/>
              <w:left w:w="55" w:type="dxa"/>
              <w:bottom w:w="35" w:type="dxa"/>
              <w:right w:w="55" w:type="dxa"/>
            </w:tcMar>
          </w:tcPr>
          <w:p w14:paraId="4D36A876" w14:textId="77777777" w:rsidR="00497650" w:rsidRDefault="009E2559" w:rsidP="00A93829">
            <w:pPr>
              <w:shd w:val="clear" w:color="auto" w:fill="FFFFFF" w:themeFill="background1"/>
              <w:spacing w:after="0" w:line="240" w:lineRule="auto"/>
            </w:pPr>
            <w:r>
              <w:t>- GV dặn HS chuẩn bị phần đánh giá cuối học kì 2, ôn đọc thành tiếng và đọc hiểu.</w:t>
            </w:r>
          </w:p>
        </w:tc>
        <w:tc>
          <w:tcPr>
            <w:tcW w:w="5372" w:type="dxa"/>
            <w:tcMar>
              <w:top w:w="35" w:type="dxa"/>
              <w:left w:w="55" w:type="dxa"/>
              <w:bottom w:w="35" w:type="dxa"/>
              <w:right w:w="55" w:type="dxa"/>
            </w:tcMar>
          </w:tcPr>
          <w:p w14:paraId="44E98A7D" w14:textId="77777777" w:rsidR="00497650" w:rsidRDefault="009E2559" w:rsidP="00A93829">
            <w:pPr>
              <w:shd w:val="clear" w:color="auto" w:fill="FFFFFF" w:themeFill="background1"/>
              <w:spacing w:after="0" w:line="240" w:lineRule="auto"/>
            </w:pPr>
            <w:r>
              <w:t>- HS ghi nhớ nhiệm vụ.</w:t>
            </w:r>
          </w:p>
        </w:tc>
      </w:tr>
    </w:tbl>
    <w:p w14:paraId="20437710" w14:textId="77777777" w:rsidR="00497650" w:rsidRDefault="009E2559" w:rsidP="00A93829">
      <w:pPr>
        <w:shd w:val="clear" w:color="auto" w:fill="FFFFFF" w:themeFill="background1"/>
        <w:spacing w:after="0" w:line="240" w:lineRule="auto"/>
      </w:pPr>
      <w:r>
        <w:rPr>
          <w:b/>
        </w:rPr>
        <w:t>IV. ĐIỀU CHỈNH SAU TIẾT HỌC (NẾU CÓ)</w:t>
      </w:r>
    </w:p>
    <w:p w14:paraId="573B764E" w14:textId="77777777" w:rsidR="00497650" w:rsidRDefault="00497650" w:rsidP="00A93829">
      <w:pPr>
        <w:shd w:val="clear" w:color="auto" w:fill="FFFFFF" w:themeFill="background1"/>
        <w:spacing w:after="0" w:line="240" w:lineRule="auto"/>
      </w:pPr>
    </w:p>
    <w:p w14:paraId="1F3671D8" w14:textId="77777777" w:rsidR="00497650" w:rsidRDefault="009E2559" w:rsidP="00A93829">
      <w:pPr>
        <w:shd w:val="clear" w:color="auto" w:fill="FFFFFF" w:themeFill="background1"/>
        <w:spacing w:after="0" w:line="240" w:lineRule="auto"/>
        <w:jc w:val="center"/>
      </w:pPr>
      <w:r>
        <w:rPr>
          <w:b/>
        </w:rPr>
        <w:t>KẾ HOẠCH BÀI DẠY MÔN TIẾNG VIỆT LỚP 2 - TUẦN 35</w:t>
      </w:r>
    </w:p>
    <w:p w14:paraId="06BA2757" w14:textId="77777777" w:rsidR="00497650" w:rsidRDefault="009E2559" w:rsidP="00A93829">
      <w:pPr>
        <w:shd w:val="clear" w:color="auto" w:fill="FFFFFF" w:themeFill="background1"/>
        <w:spacing w:after="0" w:line="240" w:lineRule="auto"/>
        <w:jc w:val="center"/>
      </w:pPr>
      <w:r>
        <w:rPr>
          <w:b/>
        </w:rPr>
        <w:t>ÔN TẬP VÀ ĐÁNH GIÁ CUỐI HỌC KÌ 2</w:t>
      </w:r>
    </w:p>
    <w:p w14:paraId="2E83ED1A" w14:textId="77777777" w:rsidR="00497650" w:rsidRDefault="009E2559" w:rsidP="00A93829">
      <w:pPr>
        <w:shd w:val="clear" w:color="auto" w:fill="FFFFFF" w:themeFill="background1"/>
        <w:spacing w:after="0" w:line="240" w:lineRule="auto"/>
        <w:jc w:val="center"/>
      </w:pPr>
      <w:r>
        <w:rPr>
          <w:b/>
        </w:rPr>
        <w:t>PHẦN II - ĐÁNH GIÁ CUỐI HỌC KÌ 2</w:t>
      </w:r>
    </w:p>
    <w:p w14:paraId="162BD6A4" w14:textId="77777777" w:rsidR="00497650" w:rsidRDefault="009E2559" w:rsidP="00A93829">
      <w:pPr>
        <w:shd w:val="clear" w:color="auto" w:fill="FFFFFF" w:themeFill="background1"/>
        <w:spacing w:after="60" w:line="240" w:lineRule="auto"/>
        <w:jc w:val="center"/>
      </w:pPr>
      <w:r>
        <w:rPr>
          <w:b/>
        </w:rPr>
        <w:t>TIẾT 9 - 10</w:t>
      </w:r>
    </w:p>
    <w:p w14:paraId="2AD5FD0A" w14:textId="77777777" w:rsidR="00497650" w:rsidRDefault="009E2559" w:rsidP="00A93829">
      <w:pPr>
        <w:shd w:val="clear" w:color="auto" w:fill="FFFFFF" w:themeFill="background1"/>
        <w:spacing w:after="0" w:line="240" w:lineRule="auto"/>
      </w:pPr>
      <w:r>
        <w:rPr>
          <w:b/>
        </w:rPr>
        <w:t>I. YÊU CẦU CẦN ĐẠT</w:t>
      </w:r>
    </w:p>
    <w:p w14:paraId="6E592998" w14:textId="77777777" w:rsidR="00497650" w:rsidRDefault="009E2559" w:rsidP="00A93829">
      <w:pPr>
        <w:shd w:val="clear" w:color="auto" w:fill="FFFFFF" w:themeFill="background1"/>
        <w:spacing w:after="0" w:line="240" w:lineRule="auto"/>
      </w:pPr>
      <w:r>
        <w:rPr>
          <w:b/>
        </w:rPr>
        <w:t>1. Năng lực đặc thù</w:t>
      </w:r>
    </w:p>
    <w:p w14:paraId="6D9D9890" w14:textId="77777777" w:rsidR="00497650" w:rsidRDefault="009E2559" w:rsidP="00A93829">
      <w:pPr>
        <w:shd w:val="clear" w:color="auto" w:fill="FFFFFF" w:themeFill="background1"/>
        <w:spacing w:after="0" w:line="240" w:lineRule="auto"/>
      </w:pPr>
      <w:r>
        <w:t>- Đọc thành tiếng và trả lời được câu hỏi về bài Cây bàng; đọc hiểu văn bản Cánh chim báo mùa xuân và thực hiện được yêu cầu trong phiếu đánh giá.</w:t>
      </w:r>
    </w:p>
    <w:p w14:paraId="51F2BF54" w14:textId="77777777" w:rsidR="00497650" w:rsidRDefault="009E2559" w:rsidP="00A93829">
      <w:pPr>
        <w:shd w:val="clear" w:color="auto" w:fill="FFFFFF" w:themeFill="background1"/>
        <w:spacing w:after="0" w:line="240" w:lineRule="auto"/>
      </w:pPr>
      <w:r>
        <w:t>- Nghe - viết đúng 3 khổ thơ đầu bài Cây bàng; làm đúng bài tập chính tả s/x, dấu hỏi/dấu ngã.</w:t>
      </w:r>
    </w:p>
    <w:p w14:paraId="68A2CC76" w14:textId="77777777" w:rsidR="00497650" w:rsidRDefault="009E2559" w:rsidP="00A93829">
      <w:pPr>
        <w:shd w:val="clear" w:color="auto" w:fill="FFFFFF" w:themeFill="background1"/>
        <w:spacing w:after="0" w:line="240" w:lineRule="auto"/>
      </w:pPr>
      <w:r>
        <w:t>- Viết được 4 - 5 câu kể lại một hoạt động ở trường hoặc lớp em.</w:t>
      </w:r>
    </w:p>
    <w:p w14:paraId="488AA7A1" w14:textId="77777777" w:rsidR="00497650" w:rsidRDefault="009E2559" w:rsidP="00A93829">
      <w:pPr>
        <w:shd w:val="clear" w:color="auto" w:fill="FFFFFF" w:themeFill="background1"/>
        <w:spacing w:after="0" w:line="240" w:lineRule="auto"/>
      </w:pPr>
      <w:r>
        <w:rPr>
          <w:b/>
        </w:rPr>
        <w:t>2. Năng lực chung</w:t>
      </w:r>
    </w:p>
    <w:p w14:paraId="0A4DA063" w14:textId="77777777" w:rsidR="00497650" w:rsidRDefault="009E2559" w:rsidP="00A93829">
      <w:pPr>
        <w:shd w:val="clear" w:color="auto" w:fill="FFFFFF" w:themeFill="background1"/>
        <w:spacing w:after="0" w:line="240" w:lineRule="auto"/>
      </w:pPr>
      <w:r>
        <w:t>- Tự chủ và tự học: Tự đọc đề, làm bài kiểm tra nghiêm túc, tự soát lại bài trước khi nộp.</w:t>
      </w:r>
    </w:p>
    <w:p w14:paraId="5F0EA1B9" w14:textId="77777777" w:rsidR="00497650" w:rsidRDefault="009E2559" w:rsidP="00A93829">
      <w:pPr>
        <w:shd w:val="clear" w:color="auto" w:fill="FFFFFF" w:themeFill="background1"/>
        <w:spacing w:after="0" w:line="240" w:lineRule="auto"/>
      </w:pPr>
      <w:r>
        <w:t>- Giao tiếp và hợp tác: Thực hiện đúng hướng dẫn trong phần đọc thành tiếng, biết chờ lượt và giữ trật tự khi bạn kiểm tra.</w:t>
      </w:r>
    </w:p>
    <w:p w14:paraId="4F5F130B" w14:textId="77777777" w:rsidR="00497650" w:rsidRDefault="009E2559" w:rsidP="00A93829">
      <w:pPr>
        <w:shd w:val="clear" w:color="auto" w:fill="FFFFFF" w:themeFill="background1"/>
        <w:spacing w:after="0" w:line="240" w:lineRule="auto"/>
      </w:pPr>
      <w:r>
        <w:t>- Giải quyết vấn đề và sáng tạo: Vận dụng kiến thức đọc, viết đã học để hoàn thành nhiệm vụ đánh giá.</w:t>
      </w:r>
    </w:p>
    <w:p w14:paraId="0D6A68DD" w14:textId="77777777" w:rsidR="00497650" w:rsidRDefault="009E2559" w:rsidP="00A93829">
      <w:pPr>
        <w:shd w:val="clear" w:color="auto" w:fill="FFFFFF" w:themeFill="background1"/>
        <w:spacing w:after="0" w:line="240" w:lineRule="auto"/>
      </w:pPr>
      <w:r>
        <w:rPr>
          <w:b/>
        </w:rPr>
        <w:t>3. Phẩm chất</w:t>
      </w:r>
    </w:p>
    <w:p w14:paraId="46458DEC" w14:textId="77777777" w:rsidR="00497650" w:rsidRDefault="009E2559" w:rsidP="00A93829">
      <w:pPr>
        <w:shd w:val="clear" w:color="auto" w:fill="FFFFFF" w:themeFill="background1"/>
        <w:spacing w:after="0" w:line="240" w:lineRule="auto"/>
      </w:pPr>
      <w:r>
        <w:t>- Trung thực: Làm bài đánh giá bằng khả năng của mình, không nhìn bài bạn.</w:t>
      </w:r>
    </w:p>
    <w:p w14:paraId="756273F1" w14:textId="77777777" w:rsidR="00497650" w:rsidRDefault="009E2559" w:rsidP="00A93829">
      <w:pPr>
        <w:shd w:val="clear" w:color="auto" w:fill="FFFFFF" w:themeFill="background1"/>
        <w:spacing w:after="0" w:line="240" w:lineRule="auto"/>
      </w:pPr>
      <w:r>
        <w:t>- Trách nhiệm: Chuẩn bị đồ dùng học tập, đọc kĩ yêu cầu và nộp bài đúng thời gian.</w:t>
      </w:r>
    </w:p>
    <w:p w14:paraId="5D06E341" w14:textId="77777777" w:rsidR="00497650" w:rsidRDefault="009E2559" w:rsidP="00A93829">
      <w:pPr>
        <w:shd w:val="clear" w:color="auto" w:fill="FFFFFF" w:themeFill="background1"/>
        <w:spacing w:after="0" w:line="240" w:lineRule="auto"/>
      </w:pPr>
      <w:r>
        <w:t>- Chăm chỉ: Tập trung làm bài, trình bày rõ ràng, sạch đẹp.</w:t>
      </w:r>
    </w:p>
    <w:p w14:paraId="6C491472" w14:textId="77777777" w:rsidR="00497650" w:rsidRDefault="009E2559" w:rsidP="00A93829">
      <w:pPr>
        <w:shd w:val="clear" w:color="auto" w:fill="FFFFFF" w:themeFill="background1"/>
        <w:spacing w:after="0" w:line="240" w:lineRule="auto"/>
      </w:pPr>
      <w:r>
        <w:rPr>
          <w:b/>
        </w:rPr>
        <w:t>II. ĐỒ DÙNG DẠY HỌC</w:t>
      </w:r>
    </w:p>
    <w:p w14:paraId="4AA23F77" w14:textId="77777777" w:rsidR="00497650" w:rsidRDefault="009E2559" w:rsidP="00A93829">
      <w:pPr>
        <w:shd w:val="clear" w:color="auto" w:fill="FFFFFF" w:themeFill="background1"/>
        <w:spacing w:after="0" w:line="240" w:lineRule="auto"/>
      </w:pPr>
      <w:r>
        <w:t>- GV: Máy tính, máy chiếu/tivi, tranh và câu bài tập cắt từ SGK, thẻ tên bài đọc, phiếu ôn tập, phiếu kiểm tra phù hợp với từng tiết.</w:t>
      </w:r>
    </w:p>
    <w:p w14:paraId="4D69A15B" w14:textId="77777777" w:rsidR="00497650" w:rsidRDefault="009E2559" w:rsidP="00A93829">
      <w:pPr>
        <w:shd w:val="clear" w:color="auto" w:fill="FFFFFF" w:themeFill="background1"/>
        <w:spacing w:after="0" w:line="240" w:lineRule="auto"/>
      </w:pPr>
      <w:r>
        <w:t>- HS: SGK Tiếng Việt 2, Vở bài tập Tiếng Việt, vở ô ly, bảng con, bút chì, giấy kiểm tra.</w:t>
      </w:r>
    </w:p>
    <w:p w14:paraId="685FF3D4" w14:textId="77777777" w:rsidR="00497650" w:rsidRDefault="009E2559" w:rsidP="00A93829">
      <w:pPr>
        <w:shd w:val="clear" w:color="auto" w:fill="FFFFFF" w:themeFill="background1"/>
        <w:spacing w:after="0" w:line="240" w:lineRule="auto"/>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ook w:val="04A0" w:firstRow="1" w:lastRow="0" w:firstColumn="1" w:lastColumn="0" w:noHBand="0" w:noVBand="1"/>
      </w:tblPr>
      <w:tblGrid>
        <w:gridCol w:w="5372"/>
        <w:gridCol w:w="5372"/>
      </w:tblGrid>
      <w:tr w:rsidR="00497650" w14:paraId="10B56CAC" w14:textId="77777777" w:rsidTr="00A93829">
        <w:trPr>
          <w:tblHeader/>
          <w:jc w:val="center"/>
        </w:trPr>
        <w:tc>
          <w:tcPr>
            <w:tcW w:w="5372" w:type="dxa"/>
            <w:tcBorders>
              <w:bottom w:val="single" w:sz="6" w:space="0" w:color="000000"/>
            </w:tcBorders>
            <w:shd w:val="clear" w:color="auto" w:fill="D9EAF7"/>
            <w:tcMar>
              <w:top w:w="35" w:type="dxa"/>
              <w:left w:w="55" w:type="dxa"/>
              <w:bottom w:w="35" w:type="dxa"/>
              <w:right w:w="55" w:type="dxa"/>
            </w:tcMar>
            <w:vAlign w:val="center"/>
          </w:tcPr>
          <w:p w14:paraId="4419E8B4" w14:textId="77777777" w:rsidR="00497650" w:rsidRDefault="009E2559" w:rsidP="00A93829">
            <w:pPr>
              <w:shd w:val="clear" w:color="auto" w:fill="FFFFFF" w:themeFill="background1"/>
              <w:spacing w:after="0" w:line="240" w:lineRule="auto"/>
              <w:jc w:val="center"/>
            </w:pPr>
            <w:r>
              <w:rPr>
                <w:b/>
              </w:rPr>
              <w:t>Hoạt động của giáo viên</w:t>
            </w:r>
          </w:p>
        </w:tc>
        <w:tc>
          <w:tcPr>
            <w:tcW w:w="5372" w:type="dxa"/>
            <w:tcBorders>
              <w:bottom w:val="single" w:sz="6" w:space="0" w:color="000000"/>
            </w:tcBorders>
            <w:shd w:val="clear" w:color="auto" w:fill="D9EAF7"/>
            <w:tcMar>
              <w:top w:w="35" w:type="dxa"/>
              <w:left w:w="55" w:type="dxa"/>
              <w:bottom w:w="35" w:type="dxa"/>
              <w:right w:w="55" w:type="dxa"/>
            </w:tcMar>
            <w:vAlign w:val="center"/>
          </w:tcPr>
          <w:p w14:paraId="31010F51" w14:textId="77777777" w:rsidR="00497650" w:rsidRDefault="009E2559" w:rsidP="00A93829">
            <w:pPr>
              <w:shd w:val="clear" w:color="auto" w:fill="FFFFFF" w:themeFill="background1"/>
              <w:spacing w:after="0" w:line="240" w:lineRule="auto"/>
              <w:jc w:val="center"/>
            </w:pPr>
            <w:r>
              <w:rPr>
                <w:b/>
              </w:rPr>
              <w:t>Hoạt động của học sinh</w:t>
            </w:r>
          </w:p>
        </w:tc>
      </w:tr>
      <w:tr w:rsidR="00497650" w14:paraId="51B40B83"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1B16B896" w14:textId="77777777" w:rsidR="00497650" w:rsidRDefault="009E2559" w:rsidP="00A93829">
            <w:pPr>
              <w:shd w:val="clear" w:color="auto" w:fill="FFFFFF" w:themeFill="background1"/>
              <w:spacing w:after="0" w:line="240" w:lineRule="auto"/>
            </w:pPr>
            <w:r>
              <w:rPr>
                <w:b/>
              </w:rPr>
              <w:t>TIẾT 9 - 10</w:t>
            </w:r>
            <w:r>
              <w:br/>
            </w:r>
            <w:r>
              <w:rPr>
                <w:b/>
              </w:rPr>
              <w:t>1. KHỞI ĐỘNG (3 phút)</w:t>
            </w:r>
            <w:r>
              <w:br/>
            </w:r>
            <w:r>
              <w:rPr>
                <w:i/>
              </w:rPr>
              <w:t>Mục tiêu: HS ổn định tâm thế, nắm yêu cầu đánh giá cuối học kì 2.</w:t>
            </w:r>
          </w:p>
        </w:tc>
      </w:tr>
      <w:tr w:rsidR="00497650" w14:paraId="12D24874" w14:textId="77777777" w:rsidTr="00A93829">
        <w:trPr>
          <w:jc w:val="center"/>
        </w:trPr>
        <w:tc>
          <w:tcPr>
            <w:tcW w:w="5372" w:type="dxa"/>
            <w:tcBorders>
              <w:top w:val="single" w:sz="6" w:space="0" w:color="000000"/>
            </w:tcBorders>
            <w:tcMar>
              <w:top w:w="35" w:type="dxa"/>
              <w:left w:w="55" w:type="dxa"/>
              <w:bottom w:w="35" w:type="dxa"/>
              <w:right w:w="55" w:type="dxa"/>
            </w:tcMar>
          </w:tcPr>
          <w:p w14:paraId="032A8333" w14:textId="77777777" w:rsidR="00497650" w:rsidRDefault="009E2559" w:rsidP="00A93829">
            <w:pPr>
              <w:shd w:val="clear" w:color="auto" w:fill="FFFFFF" w:themeFill="background1"/>
              <w:spacing w:after="0" w:line="240" w:lineRule="auto"/>
            </w:pPr>
            <w:r>
              <w:t>- GV nhắc HS chuẩn bị giấy kiểm tra, bút viết, giữ trật tự và đọc kĩ từng yêu cầu trước khi làm bài.</w:t>
            </w:r>
          </w:p>
        </w:tc>
        <w:tc>
          <w:tcPr>
            <w:tcW w:w="5372" w:type="dxa"/>
            <w:tcBorders>
              <w:top w:val="single" w:sz="6" w:space="0" w:color="000000"/>
            </w:tcBorders>
            <w:tcMar>
              <w:top w:w="35" w:type="dxa"/>
              <w:left w:w="55" w:type="dxa"/>
              <w:bottom w:w="35" w:type="dxa"/>
              <w:right w:w="55" w:type="dxa"/>
            </w:tcMar>
          </w:tcPr>
          <w:p w14:paraId="10F7F081" w14:textId="77777777" w:rsidR="00497650" w:rsidRDefault="009E2559" w:rsidP="00A93829">
            <w:pPr>
              <w:shd w:val="clear" w:color="auto" w:fill="FFFFFF" w:themeFill="background1"/>
              <w:spacing w:after="0" w:line="240" w:lineRule="auto"/>
            </w:pPr>
            <w:r>
              <w:t>- HS chuẩn bị đồ dùng, ngồi ngay ngắn, lắng nghe quy định làm bài.</w:t>
            </w:r>
          </w:p>
        </w:tc>
      </w:tr>
      <w:tr w:rsidR="00497650" w14:paraId="7789A553" w14:textId="77777777" w:rsidTr="00A93829">
        <w:trPr>
          <w:jc w:val="center"/>
        </w:trPr>
        <w:tc>
          <w:tcPr>
            <w:tcW w:w="5372" w:type="dxa"/>
            <w:tcBorders>
              <w:bottom w:val="single" w:sz="6" w:space="0" w:color="000000"/>
            </w:tcBorders>
            <w:tcMar>
              <w:top w:w="35" w:type="dxa"/>
              <w:left w:w="55" w:type="dxa"/>
              <w:bottom w:w="35" w:type="dxa"/>
              <w:right w:w="55" w:type="dxa"/>
            </w:tcMar>
          </w:tcPr>
          <w:p w14:paraId="28324E7A" w14:textId="77777777" w:rsidR="00497650" w:rsidRDefault="009E2559" w:rsidP="00A93829">
            <w:pPr>
              <w:shd w:val="clear" w:color="auto" w:fill="FFFFFF" w:themeFill="background1"/>
              <w:spacing w:after="0" w:line="240" w:lineRule="auto"/>
            </w:pPr>
            <w:r>
              <w:t>- GV nêu: Phần đánh giá giúp các em thể hiện kết quả đọc, viết đã học trong học kì 2; các em cần làm bài trung thực, bình tĩnh và cẩn thận.</w:t>
            </w:r>
          </w:p>
        </w:tc>
        <w:tc>
          <w:tcPr>
            <w:tcW w:w="5372" w:type="dxa"/>
            <w:tcBorders>
              <w:bottom w:val="single" w:sz="6" w:space="0" w:color="000000"/>
            </w:tcBorders>
            <w:tcMar>
              <w:top w:w="35" w:type="dxa"/>
              <w:left w:w="55" w:type="dxa"/>
              <w:bottom w:w="35" w:type="dxa"/>
              <w:right w:w="55" w:type="dxa"/>
            </w:tcMar>
          </w:tcPr>
          <w:p w14:paraId="2CF96AF9" w14:textId="77777777" w:rsidR="00497650" w:rsidRDefault="009E2559" w:rsidP="00A93829">
            <w:pPr>
              <w:shd w:val="clear" w:color="auto" w:fill="FFFFFF" w:themeFill="background1"/>
              <w:spacing w:after="0" w:line="240" w:lineRule="auto"/>
            </w:pPr>
            <w:r>
              <w:t>- HS lắng nghe, chuẩn bị tâm thế làm bài.</w:t>
            </w:r>
          </w:p>
        </w:tc>
      </w:tr>
      <w:tr w:rsidR="00497650" w14:paraId="4E4078CA"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76985D4E" w14:textId="77777777" w:rsidR="00497650" w:rsidRDefault="009E2559" w:rsidP="00A93829">
            <w:pPr>
              <w:shd w:val="clear" w:color="auto" w:fill="FFFFFF" w:themeFill="background1"/>
              <w:spacing w:after="0" w:line="240" w:lineRule="auto"/>
            </w:pPr>
            <w:r>
              <w:rPr>
                <w:b/>
              </w:rPr>
              <w:t>2. ĐÁNH GIÁ ĐỌC THÀNH TIẾNG (10 phút)</w:t>
            </w:r>
            <w:r>
              <w:br/>
            </w:r>
            <w:r>
              <w:rPr>
                <w:i/>
              </w:rPr>
              <w:t>Mục tiêu: HS đọc thành tiếng bài thơ Cây bàng và trả lời câu hỏi ngắn.</w:t>
            </w:r>
          </w:p>
        </w:tc>
      </w:tr>
      <w:tr w:rsidR="00497650" w14:paraId="1B21F4F4" w14:textId="77777777" w:rsidTr="00A93829">
        <w:trPr>
          <w:jc w:val="center"/>
        </w:trPr>
        <w:tc>
          <w:tcPr>
            <w:tcW w:w="5372" w:type="dxa"/>
            <w:tcBorders>
              <w:top w:val="single" w:sz="6" w:space="0" w:color="000000"/>
            </w:tcBorders>
            <w:tcMar>
              <w:top w:w="35" w:type="dxa"/>
              <w:left w:w="55" w:type="dxa"/>
              <w:bottom w:w="35" w:type="dxa"/>
              <w:right w:w="55" w:type="dxa"/>
            </w:tcMar>
          </w:tcPr>
          <w:p w14:paraId="1A66B62D" w14:textId="77777777" w:rsidR="00497650" w:rsidRDefault="009E2559" w:rsidP="00A93829">
            <w:pPr>
              <w:shd w:val="clear" w:color="auto" w:fill="FFFFFF" w:themeFill="background1"/>
              <w:spacing w:after="0" w:line="240" w:lineRule="auto"/>
            </w:pPr>
            <w:r>
              <w:lastRenderedPageBreak/>
              <w:t xml:space="preserve">- GV yêu cầu HS đọc bài </w:t>
            </w:r>
            <w:r>
              <w:rPr>
                <w:b/>
              </w:rPr>
              <w:t>Cây bàng</w:t>
            </w:r>
            <w:r>
              <w:t xml:space="preserve"> và trả lời câu hỏi: </w:t>
            </w:r>
            <w:r>
              <w:rPr>
                <w:b/>
              </w:rPr>
              <w:t>a. Mùa đông, cây bàng như thế nào? b. Mùa nào cây bàng tỏa bóng mát?</w:t>
            </w:r>
          </w:p>
          <w:p w14:paraId="71679930" w14:textId="555E6785"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2E6CB329" w14:textId="77777777" w:rsidR="00497650" w:rsidRDefault="009E2559" w:rsidP="00A93829">
            <w:pPr>
              <w:shd w:val="clear" w:color="auto" w:fill="FFFFFF" w:themeFill="background1"/>
              <w:spacing w:after="0" w:line="240" w:lineRule="auto"/>
            </w:pPr>
            <w:r>
              <w:t>- HS đọc thành tiếng, ngắt nghỉ đúng nhịp thơ.</w:t>
            </w:r>
          </w:p>
        </w:tc>
      </w:tr>
      <w:tr w:rsidR="00497650" w14:paraId="19800ADB" w14:textId="77777777" w:rsidTr="00A93829">
        <w:trPr>
          <w:jc w:val="center"/>
        </w:trPr>
        <w:tc>
          <w:tcPr>
            <w:tcW w:w="5372" w:type="dxa"/>
            <w:tcBorders>
              <w:bottom w:val="single" w:sz="6" w:space="0" w:color="000000"/>
            </w:tcBorders>
            <w:tcMar>
              <w:top w:w="35" w:type="dxa"/>
              <w:left w:w="55" w:type="dxa"/>
              <w:bottom w:w="35" w:type="dxa"/>
              <w:right w:w="55" w:type="dxa"/>
            </w:tcMar>
          </w:tcPr>
          <w:p w14:paraId="00BEEBF1" w14:textId="77777777" w:rsidR="00497650" w:rsidRDefault="009E2559" w:rsidP="00A93829">
            <w:pPr>
              <w:shd w:val="clear" w:color="auto" w:fill="FFFFFF" w:themeFill="background1"/>
              <w:spacing w:after="0" w:line="240" w:lineRule="auto"/>
            </w:pPr>
            <w:r>
              <w:t>- GV gợi ý HS trả lời sau khi đọc.</w:t>
            </w:r>
          </w:p>
        </w:tc>
        <w:tc>
          <w:tcPr>
            <w:tcW w:w="5372" w:type="dxa"/>
            <w:tcBorders>
              <w:bottom w:val="single" w:sz="6" w:space="0" w:color="000000"/>
            </w:tcBorders>
            <w:tcMar>
              <w:top w:w="35" w:type="dxa"/>
              <w:left w:w="55" w:type="dxa"/>
              <w:bottom w:w="35" w:type="dxa"/>
              <w:right w:w="55" w:type="dxa"/>
            </w:tcMar>
          </w:tcPr>
          <w:p w14:paraId="376E31FA" w14:textId="77777777" w:rsidR="00497650" w:rsidRDefault="009E2559" w:rsidP="00A93829">
            <w:pPr>
              <w:shd w:val="clear" w:color="auto" w:fill="FFFFFF" w:themeFill="background1"/>
              <w:spacing w:after="0" w:line="240" w:lineRule="auto"/>
            </w:pPr>
            <w:r>
              <w:t>- HS trả lời: a. Mùa đông, cây bàng trụi lá, cành trơ ra, như đang rất rét. b. Mùa hè, cây bàng tỏa bóng mát.</w:t>
            </w:r>
          </w:p>
        </w:tc>
      </w:tr>
      <w:tr w:rsidR="00497650" w14:paraId="42169539"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602D39FD" w14:textId="77777777" w:rsidR="00497650" w:rsidRDefault="009E2559" w:rsidP="00A93829">
            <w:pPr>
              <w:shd w:val="clear" w:color="auto" w:fill="FFFFFF" w:themeFill="background1"/>
              <w:spacing w:after="0" w:line="240" w:lineRule="auto"/>
            </w:pPr>
            <w:r>
              <w:rPr>
                <w:b/>
              </w:rPr>
              <w:t>3. ĐÁNH GIÁ ĐỌC HIỂU (15 phút)</w:t>
            </w:r>
            <w:r>
              <w:br/>
            </w:r>
            <w:r>
              <w:rPr>
                <w:i/>
              </w:rPr>
              <w:t>Mục tiêu: HS đọc hiểu truyện Cánh chim báo mùa xuân và chọn/trả lời đúng các yêu cầu.</w:t>
            </w:r>
          </w:p>
        </w:tc>
      </w:tr>
      <w:tr w:rsidR="00497650" w14:paraId="6E04B389" w14:textId="77777777" w:rsidTr="00A93829">
        <w:trPr>
          <w:jc w:val="center"/>
        </w:trPr>
        <w:tc>
          <w:tcPr>
            <w:tcW w:w="5372" w:type="dxa"/>
            <w:tcBorders>
              <w:top w:val="single" w:sz="6" w:space="0" w:color="000000"/>
            </w:tcBorders>
            <w:tcMar>
              <w:top w:w="35" w:type="dxa"/>
              <w:left w:w="55" w:type="dxa"/>
              <w:bottom w:w="35" w:type="dxa"/>
              <w:right w:w="55" w:type="dxa"/>
            </w:tcMar>
          </w:tcPr>
          <w:p w14:paraId="77677E46" w14:textId="77777777" w:rsidR="00497650" w:rsidRDefault="009E2559" w:rsidP="00A93829">
            <w:pPr>
              <w:shd w:val="clear" w:color="auto" w:fill="FFFFFF" w:themeFill="background1"/>
              <w:spacing w:after="0" w:line="240" w:lineRule="auto"/>
            </w:pPr>
            <w:r>
              <w:t xml:space="preserve">- GV yêu cầu HS đọc thầm văn bản </w:t>
            </w:r>
            <w:r>
              <w:rPr>
                <w:b/>
              </w:rPr>
              <w:t>Cánh chim báo mùa xuân</w:t>
            </w:r>
            <w:r>
              <w:t>.</w:t>
            </w:r>
          </w:p>
          <w:p w14:paraId="58644A13" w14:textId="66902ECB"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1A7AA47B" w14:textId="77777777" w:rsidR="00497650" w:rsidRDefault="009E2559" w:rsidP="00A93829">
            <w:pPr>
              <w:shd w:val="clear" w:color="auto" w:fill="FFFFFF" w:themeFill="background1"/>
              <w:spacing w:after="0" w:line="240" w:lineRule="auto"/>
            </w:pPr>
            <w:r>
              <w:t>- HS đọc thầm văn bản, gạch chân các chi tiết về chim công, sư tử, chim én và nàng tiên mùa xuân.</w:t>
            </w:r>
          </w:p>
        </w:tc>
      </w:tr>
      <w:tr w:rsidR="00497650" w14:paraId="46F3BB2D" w14:textId="77777777" w:rsidTr="00A93829">
        <w:trPr>
          <w:jc w:val="center"/>
        </w:trPr>
        <w:tc>
          <w:tcPr>
            <w:tcW w:w="5372" w:type="dxa"/>
            <w:tcMar>
              <w:top w:w="35" w:type="dxa"/>
              <w:left w:w="55" w:type="dxa"/>
              <w:bottom w:w="35" w:type="dxa"/>
              <w:right w:w="55" w:type="dxa"/>
            </w:tcMar>
          </w:tcPr>
          <w:p w14:paraId="45687918" w14:textId="77777777" w:rsidR="00497650" w:rsidRDefault="009E2559" w:rsidP="00A93829">
            <w:pPr>
              <w:shd w:val="clear" w:color="auto" w:fill="FFFFFF" w:themeFill="background1"/>
              <w:spacing w:after="0" w:line="240" w:lineRule="auto"/>
            </w:pPr>
            <w:r>
              <w:t xml:space="preserve">- GV hướng dẫn HS trả lời yêu cầu a: </w:t>
            </w:r>
            <w:r>
              <w:rPr>
                <w:b/>
              </w:rPr>
              <w:t>Lúc đầu, muông thú chọn con vật như thế nào để đi đón nàng tiên mùa xuân?</w:t>
            </w:r>
          </w:p>
        </w:tc>
        <w:tc>
          <w:tcPr>
            <w:tcW w:w="5372" w:type="dxa"/>
            <w:tcMar>
              <w:top w:w="35" w:type="dxa"/>
              <w:left w:w="55" w:type="dxa"/>
              <w:bottom w:w="35" w:type="dxa"/>
              <w:right w:w="55" w:type="dxa"/>
            </w:tcMar>
          </w:tcPr>
          <w:p w14:paraId="53FA5DF7" w14:textId="77777777" w:rsidR="00497650" w:rsidRDefault="009E2559" w:rsidP="00A93829">
            <w:pPr>
              <w:shd w:val="clear" w:color="auto" w:fill="FFFFFF" w:themeFill="background1"/>
              <w:spacing w:after="0" w:line="240" w:lineRule="auto"/>
            </w:pPr>
            <w:r>
              <w:t>- HS chọn: Có sức khỏe; có lòng dũng cảm.</w:t>
            </w:r>
          </w:p>
        </w:tc>
      </w:tr>
      <w:tr w:rsidR="00497650" w14:paraId="4061B436" w14:textId="77777777" w:rsidTr="00A93829">
        <w:trPr>
          <w:jc w:val="center"/>
        </w:trPr>
        <w:tc>
          <w:tcPr>
            <w:tcW w:w="5372" w:type="dxa"/>
            <w:tcMar>
              <w:top w:w="35" w:type="dxa"/>
              <w:left w:w="55" w:type="dxa"/>
              <w:bottom w:w="35" w:type="dxa"/>
              <w:right w:w="55" w:type="dxa"/>
            </w:tcMar>
          </w:tcPr>
          <w:p w14:paraId="0F607D26" w14:textId="77777777" w:rsidR="00497650" w:rsidRDefault="009E2559" w:rsidP="00A93829">
            <w:pPr>
              <w:shd w:val="clear" w:color="auto" w:fill="FFFFFF" w:themeFill="background1"/>
              <w:spacing w:after="0" w:line="240" w:lineRule="auto"/>
            </w:pPr>
            <w:r>
              <w:t xml:space="preserve">- GV hướng dẫn HS trả lời yêu cầu b: </w:t>
            </w:r>
            <w:r>
              <w:rPr>
                <w:b/>
              </w:rPr>
              <w:t>Con vật nào đã được cử đi đầu tiên?</w:t>
            </w:r>
          </w:p>
        </w:tc>
        <w:tc>
          <w:tcPr>
            <w:tcW w:w="5372" w:type="dxa"/>
            <w:tcMar>
              <w:top w:w="35" w:type="dxa"/>
              <w:left w:w="55" w:type="dxa"/>
              <w:bottom w:w="35" w:type="dxa"/>
              <w:right w:w="55" w:type="dxa"/>
            </w:tcMar>
          </w:tcPr>
          <w:p w14:paraId="03ADDF71" w14:textId="77777777" w:rsidR="00497650" w:rsidRDefault="009E2559" w:rsidP="00A93829">
            <w:pPr>
              <w:shd w:val="clear" w:color="auto" w:fill="FFFFFF" w:themeFill="background1"/>
              <w:spacing w:after="0" w:line="240" w:lineRule="auto"/>
            </w:pPr>
            <w:r>
              <w:t>- HS chọn/trả lời: Chim công được cử đi đầu tiên.</w:t>
            </w:r>
          </w:p>
        </w:tc>
      </w:tr>
      <w:tr w:rsidR="00497650" w14:paraId="2A19570E" w14:textId="77777777" w:rsidTr="00A93829">
        <w:trPr>
          <w:jc w:val="center"/>
        </w:trPr>
        <w:tc>
          <w:tcPr>
            <w:tcW w:w="5372" w:type="dxa"/>
            <w:tcMar>
              <w:top w:w="35" w:type="dxa"/>
              <w:left w:w="55" w:type="dxa"/>
              <w:bottom w:w="35" w:type="dxa"/>
              <w:right w:w="55" w:type="dxa"/>
            </w:tcMar>
          </w:tcPr>
          <w:p w14:paraId="7F4B645D" w14:textId="77777777" w:rsidR="00497650" w:rsidRDefault="009E2559" w:rsidP="00A93829">
            <w:pPr>
              <w:shd w:val="clear" w:color="auto" w:fill="FFFFFF" w:themeFill="background1"/>
              <w:spacing w:after="0" w:line="240" w:lineRule="auto"/>
            </w:pPr>
            <w:r>
              <w:t xml:space="preserve">- GV hướng dẫn HS trả lời yêu cầu c: </w:t>
            </w:r>
            <w:r>
              <w:rPr>
                <w:b/>
              </w:rPr>
              <w:t>Vì sao chim én xin đi đón nàng tiên mùa xuân?</w:t>
            </w:r>
          </w:p>
        </w:tc>
        <w:tc>
          <w:tcPr>
            <w:tcW w:w="5372" w:type="dxa"/>
            <w:tcMar>
              <w:top w:w="35" w:type="dxa"/>
              <w:left w:w="55" w:type="dxa"/>
              <w:bottom w:w="35" w:type="dxa"/>
              <w:right w:w="55" w:type="dxa"/>
            </w:tcMar>
          </w:tcPr>
          <w:p w14:paraId="0A564172" w14:textId="77777777" w:rsidR="00497650" w:rsidRDefault="009E2559" w:rsidP="00A93829">
            <w:pPr>
              <w:shd w:val="clear" w:color="auto" w:fill="FFFFFF" w:themeFill="background1"/>
              <w:spacing w:after="0" w:line="240" w:lineRule="auto"/>
            </w:pPr>
            <w:r>
              <w:t>- HS chọn/trả lời: Vì chim én muốn đem nắng ấm về cho mẹ.</w:t>
            </w:r>
          </w:p>
        </w:tc>
      </w:tr>
      <w:tr w:rsidR="00497650" w14:paraId="1E2C50E8" w14:textId="77777777" w:rsidTr="00A93829">
        <w:trPr>
          <w:jc w:val="center"/>
        </w:trPr>
        <w:tc>
          <w:tcPr>
            <w:tcW w:w="5372" w:type="dxa"/>
            <w:tcMar>
              <w:top w:w="35" w:type="dxa"/>
              <w:left w:w="55" w:type="dxa"/>
              <w:bottom w:w="35" w:type="dxa"/>
              <w:right w:w="55" w:type="dxa"/>
            </w:tcMar>
          </w:tcPr>
          <w:p w14:paraId="292D871C" w14:textId="77777777" w:rsidR="00497650" w:rsidRDefault="009E2559" w:rsidP="00A93829">
            <w:pPr>
              <w:shd w:val="clear" w:color="auto" w:fill="FFFFFF" w:themeFill="background1"/>
              <w:spacing w:after="0" w:line="240" w:lineRule="auto"/>
            </w:pPr>
            <w:r>
              <w:t xml:space="preserve">- GV hướng dẫn HS trả lời yêu cầu d: </w:t>
            </w:r>
            <w:r>
              <w:rPr>
                <w:b/>
              </w:rPr>
              <w:t>Nhờ đâu chim én đến được nơi ở của nàng tiên mùa xuân, không bỏ về giữa chừng?</w:t>
            </w:r>
          </w:p>
        </w:tc>
        <w:tc>
          <w:tcPr>
            <w:tcW w:w="5372" w:type="dxa"/>
            <w:tcMar>
              <w:top w:w="35" w:type="dxa"/>
              <w:left w:w="55" w:type="dxa"/>
              <w:bottom w:w="35" w:type="dxa"/>
              <w:right w:w="55" w:type="dxa"/>
            </w:tcMar>
          </w:tcPr>
          <w:p w14:paraId="52A4FA8A" w14:textId="77777777" w:rsidR="00497650" w:rsidRDefault="009E2559" w:rsidP="00A93829">
            <w:pPr>
              <w:shd w:val="clear" w:color="auto" w:fill="FFFFFF" w:themeFill="background1"/>
              <w:spacing w:after="0" w:line="240" w:lineRule="auto"/>
            </w:pPr>
            <w:r>
              <w:t>- HS trả lời: Nhờ chim én có lòng hiếu thảo, nhân hậu, dũng cảm và biết giúp bạn gặp rét trên đường.</w:t>
            </w:r>
          </w:p>
        </w:tc>
      </w:tr>
      <w:tr w:rsidR="00497650" w14:paraId="587E9CED" w14:textId="77777777" w:rsidTr="00A93829">
        <w:trPr>
          <w:jc w:val="center"/>
        </w:trPr>
        <w:tc>
          <w:tcPr>
            <w:tcW w:w="5372" w:type="dxa"/>
            <w:tcMar>
              <w:top w:w="35" w:type="dxa"/>
              <w:left w:w="55" w:type="dxa"/>
              <w:bottom w:w="35" w:type="dxa"/>
              <w:right w:w="55" w:type="dxa"/>
            </w:tcMar>
          </w:tcPr>
          <w:p w14:paraId="2528A6C7" w14:textId="77777777" w:rsidR="00497650" w:rsidRDefault="009E2559" w:rsidP="00A93829">
            <w:pPr>
              <w:shd w:val="clear" w:color="auto" w:fill="FFFFFF" w:themeFill="background1"/>
              <w:spacing w:after="0" w:line="240" w:lineRule="auto"/>
            </w:pPr>
            <w:r>
              <w:t xml:space="preserve">- GV hướng dẫn HS trả lời yêu cầu e: </w:t>
            </w:r>
            <w:r>
              <w:rPr>
                <w:b/>
              </w:rPr>
              <w:t>Khi nào nàng tiên mùa xuân mới hiện ra trước mắt chim én?</w:t>
            </w:r>
          </w:p>
        </w:tc>
        <w:tc>
          <w:tcPr>
            <w:tcW w:w="5372" w:type="dxa"/>
            <w:tcMar>
              <w:top w:w="35" w:type="dxa"/>
              <w:left w:w="55" w:type="dxa"/>
              <w:bottom w:w="35" w:type="dxa"/>
              <w:right w:w="55" w:type="dxa"/>
            </w:tcMar>
          </w:tcPr>
          <w:p w14:paraId="2392F99C" w14:textId="77777777" w:rsidR="00497650" w:rsidRDefault="009E2559" w:rsidP="00A93829">
            <w:pPr>
              <w:shd w:val="clear" w:color="auto" w:fill="FFFFFF" w:themeFill="background1"/>
              <w:spacing w:after="0" w:line="240" w:lineRule="auto"/>
            </w:pPr>
            <w:r>
              <w:t>- HS trả lời: Khi chim én cởi áo choàng đắp cho chú chim nhỏ bị rét, nàng tiên mùa xuân mới hiện ra.</w:t>
            </w:r>
          </w:p>
        </w:tc>
      </w:tr>
      <w:tr w:rsidR="00497650" w14:paraId="24D04EE0" w14:textId="77777777" w:rsidTr="00A93829">
        <w:trPr>
          <w:jc w:val="center"/>
        </w:trPr>
        <w:tc>
          <w:tcPr>
            <w:tcW w:w="5372" w:type="dxa"/>
            <w:tcMar>
              <w:top w:w="35" w:type="dxa"/>
              <w:left w:w="55" w:type="dxa"/>
              <w:bottom w:w="35" w:type="dxa"/>
              <w:right w:w="55" w:type="dxa"/>
            </w:tcMar>
          </w:tcPr>
          <w:p w14:paraId="0C572657" w14:textId="77777777" w:rsidR="00497650" w:rsidRDefault="009E2559" w:rsidP="00A93829">
            <w:pPr>
              <w:shd w:val="clear" w:color="auto" w:fill="FFFFFF" w:themeFill="background1"/>
              <w:spacing w:after="0" w:line="240" w:lineRule="auto"/>
            </w:pPr>
            <w:r>
              <w:t xml:space="preserve">- GV hướng dẫn HS trả lời yêu cầu g: </w:t>
            </w:r>
            <w:r>
              <w:rPr>
                <w:b/>
              </w:rPr>
              <w:t>Vì sao chim én được chọn làm sứ giả của mùa xuân?</w:t>
            </w:r>
          </w:p>
        </w:tc>
        <w:tc>
          <w:tcPr>
            <w:tcW w:w="5372" w:type="dxa"/>
            <w:tcMar>
              <w:top w:w="35" w:type="dxa"/>
              <w:left w:w="55" w:type="dxa"/>
              <w:bottom w:w="35" w:type="dxa"/>
              <w:right w:w="55" w:type="dxa"/>
            </w:tcMar>
          </w:tcPr>
          <w:p w14:paraId="06667CD9" w14:textId="77777777" w:rsidR="00497650" w:rsidRDefault="009E2559" w:rsidP="00A93829">
            <w:pPr>
              <w:shd w:val="clear" w:color="auto" w:fill="FFFFFF" w:themeFill="background1"/>
              <w:spacing w:after="0" w:line="240" w:lineRule="auto"/>
            </w:pPr>
            <w:r>
              <w:t>- HS trả lời: Vì chim én hiếu thảo, nhân hậu và dũng cảm; chim én đã vượt đường xa để đem nắng ấm mùa xuân về.</w:t>
            </w:r>
          </w:p>
        </w:tc>
      </w:tr>
      <w:tr w:rsidR="00497650" w14:paraId="39CE7B39" w14:textId="77777777" w:rsidTr="00A93829">
        <w:trPr>
          <w:jc w:val="center"/>
        </w:trPr>
        <w:tc>
          <w:tcPr>
            <w:tcW w:w="5372" w:type="dxa"/>
            <w:tcBorders>
              <w:bottom w:val="single" w:sz="6" w:space="0" w:color="000000"/>
            </w:tcBorders>
            <w:tcMar>
              <w:top w:w="35" w:type="dxa"/>
              <w:left w:w="55" w:type="dxa"/>
              <w:bottom w:w="35" w:type="dxa"/>
              <w:right w:w="55" w:type="dxa"/>
            </w:tcMar>
          </w:tcPr>
          <w:p w14:paraId="666EAA22" w14:textId="77777777" w:rsidR="00497650" w:rsidRDefault="009E2559" w:rsidP="00A93829">
            <w:pPr>
              <w:shd w:val="clear" w:color="auto" w:fill="FFFFFF" w:themeFill="background1"/>
              <w:spacing w:after="0" w:line="240" w:lineRule="auto"/>
            </w:pPr>
            <w:r>
              <w:t xml:space="preserve">- GV hướng dẫn HS làm yêu cầu h: </w:t>
            </w:r>
            <w:r>
              <w:rPr>
                <w:b/>
              </w:rPr>
              <w:t>Dấu câu nào thích hợp với các ô vuông dưới đây?</w:t>
            </w:r>
          </w:p>
          <w:p w14:paraId="3E81D47C" w14:textId="0DCB8FF5" w:rsidR="00497650" w:rsidRDefault="00497650" w:rsidP="00A93829">
            <w:pPr>
              <w:shd w:val="clear" w:color="auto" w:fill="FFFFFF" w:themeFill="background1"/>
              <w:spacing w:after="0"/>
              <w:jc w:val="center"/>
            </w:pPr>
          </w:p>
        </w:tc>
        <w:tc>
          <w:tcPr>
            <w:tcW w:w="5372" w:type="dxa"/>
            <w:tcBorders>
              <w:bottom w:val="single" w:sz="6" w:space="0" w:color="000000"/>
            </w:tcBorders>
            <w:tcMar>
              <w:top w:w="35" w:type="dxa"/>
              <w:left w:w="55" w:type="dxa"/>
              <w:bottom w:w="35" w:type="dxa"/>
              <w:right w:w="55" w:type="dxa"/>
            </w:tcMar>
          </w:tcPr>
          <w:p w14:paraId="15C175BC" w14:textId="77777777" w:rsidR="00497650" w:rsidRDefault="009E2559" w:rsidP="00A93829">
            <w:pPr>
              <w:shd w:val="clear" w:color="auto" w:fill="FFFFFF" w:themeFill="background1"/>
              <w:spacing w:after="0" w:line="240" w:lineRule="auto"/>
            </w:pPr>
            <w:r>
              <w:t>- HS làm bài vào phiếu, kiểm tra lại dấu câu trước khi nộp.</w:t>
            </w:r>
          </w:p>
        </w:tc>
      </w:tr>
      <w:tr w:rsidR="00497650" w14:paraId="3722B9BD"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415A0FF3" w14:textId="77777777" w:rsidR="00497650" w:rsidRDefault="009E2559" w:rsidP="00A93829">
            <w:pPr>
              <w:shd w:val="clear" w:color="auto" w:fill="FFFFFF" w:themeFill="background1"/>
              <w:spacing w:after="0" w:line="240" w:lineRule="auto"/>
            </w:pPr>
            <w:r>
              <w:rPr>
                <w:b/>
              </w:rPr>
              <w:t>4. ĐÁNH GIÁ VIẾT (20 phút)</w:t>
            </w:r>
            <w:r>
              <w:br/>
            </w:r>
            <w:r>
              <w:rPr>
                <w:i/>
              </w:rPr>
              <w:t>Mục tiêu: HS nghe - viết, làm bài tập chính tả và viết đoạn văn 4 - 5 câu.</w:t>
            </w:r>
          </w:p>
        </w:tc>
      </w:tr>
      <w:tr w:rsidR="00497650" w14:paraId="4616521B" w14:textId="77777777" w:rsidTr="00A93829">
        <w:trPr>
          <w:jc w:val="center"/>
        </w:trPr>
        <w:tc>
          <w:tcPr>
            <w:tcW w:w="5372" w:type="dxa"/>
            <w:tcBorders>
              <w:top w:val="single" w:sz="6" w:space="0" w:color="000000"/>
            </w:tcBorders>
            <w:tcMar>
              <w:top w:w="35" w:type="dxa"/>
              <w:left w:w="55" w:type="dxa"/>
              <w:bottom w:w="35" w:type="dxa"/>
              <w:right w:w="55" w:type="dxa"/>
            </w:tcMar>
          </w:tcPr>
          <w:p w14:paraId="4A3C670B" w14:textId="77777777" w:rsidR="00497650" w:rsidRDefault="009E2559" w:rsidP="00A93829">
            <w:pPr>
              <w:shd w:val="clear" w:color="auto" w:fill="FFFFFF" w:themeFill="background1"/>
              <w:spacing w:after="0" w:line="240" w:lineRule="auto"/>
            </w:pPr>
            <w:r>
              <w:t xml:space="preserve">- GV yêu cầu HS thực hiện phần B. Viết: </w:t>
            </w:r>
            <w:r>
              <w:rPr>
                <w:b/>
              </w:rPr>
              <w:t>1. Nghe - viết: Cây bàng (3 khổ thơ đầu).</w:t>
            </w:r>
          </w:p>
          <w:p w14:paraId="0A49F39B" w14:textId="21B63807" w:rsidR="00497650" w:rsidRDefault="00497650" w:rsidP="00A93829">
            <w:pPr>
              <w:shd w:val="clear" w:color="auto" w:fill="FFFFFF" w:themeFill="background1"/>
              <w:spacing w:after="0"/>
              <w:jc w:val="center"/>
            </w:pPr>
          </w:p>
        </w:tc>
        <w:tc>
          <w:tcPr>
            <w:tcW w:w="5372" w:type="dxa"/>
            <w:tcBorders>
              <w:top w:val="single" w:sz="6" w:space="0" w:color="000000"/>
            </w:tcBorders>
            <w:tcMar>
              <w:top w:w="35" w:type="dxa"/>
              <w:left w:w="55" w:type="dxa"/>
              <w:bottom w:w="35" w:type="dxa"/>
              <w:right w:w="55" w:type="dxa"/>
            </w:tcMar>
          </w:tcPr>
          <w:p w14:paraId="52133648" w14:textId="77777777" w:rsidR="00497650" w:rsidRDefault="009E2559" w:rsidP="00A93829">
            <w:pPr>
              <w:shd w:val="clear" w:color="auto" w:fill="FFFFFF" w:themeFill="background1"/>
              <w:spacing w:after="0" w:line="240" w:lineRule="auto"/>
            </w:pPr>
            <w:r>
              <w:t>- HS nghe - viết đúng 3 khổ thơ đầu bài Cây bàng, trình bày đúng dòng thơ.</w:t>
            </w:r>
          </w:p>
        </w:tc>
      </w:tr>
      <w:tr w:rsidR="00497650" w14:paraId="3670192D" w14:textId="77777777" w:rsidTr="00A93829">
        <w:trPr>
          <w:jc w:val="center"/>
        </w:trPr>
        <w:tc>
          <w:tcPr>
            <w:tcW w:w="5372" w:type="dxa"/>
            <w:tcMar>
              <w:top w:w="35" w:type="dxa"/>
              <w:left w:w="55" w:type="dxa"/>
              <w:bottom w:w="35" w:type="dxa"/>
              <w:right w:w="55" w:type="dxa"/>
            </w:tcMar>
          </w:tcPr>
          <w:p w14:paraId="6158A980" w14:textId="77777777" w:rsidR="00497650" w:rsidRDefault="009E2559" w:rsidP="00A93829">
            <w:pPr>
              <w:shd w:val="clear" w:color="auto" w:fill="FFFFFF" w:themeFill="background1"/>
              <w:spacing w:after="0" w:line="240" w:lineRule="auto"/>
            </w:pPr>
            <w:r>
              <w:t xml:space="preserve">- GV yêu cầu HS làm bài 2a: </w:t>
            </w:r>
            <w:r>
              <w:rPr>
                <w:b/>
              </w:rPr>
              <w:t>Chọn s hoặc x thay cho ô vuông.</w:t>
            </w:r>
          </w:p>
        </w:tc>
        <w:tc>
          <w:tcPr>
            <w:tcW w:w="5372" w:type="dxa"/>
            <w:tcMar>
              <w:top w:w="35" w:type="dxa"/>
              <w:left w:w="55" w:type="dxa"/>
              <w:bottom w:w="35" w:type="dxa"/>
              <w:right w:w="55" w:type="dxa"/>
            </w:tcMar>
          </w:tcPr>
          <w:p w14:paraId="216B8F95" w14:textId="77777777" w:rsidR="00497650" w:rsidRDefault="009E2559" w:rsidP="00A93829">
            <w:pPr>
              <w:shd w:val="clear" w:color="auto" w:fill="FFFFFF" w:themeFill="background1"/>
              <w:spacing w:after="0" w:line="240" w:lineRule="auto"/>
            </w:pPr>
            <w:r>
              <w:t>- HS làm bài. Đáp án: Hàng chuối lên xanh mướt; Phi lao reo rào rạt; Vài ngôi nhà ngói đỏ; In bóng xuống dòng sông.</w:t>
            </w:r>
          </w:p>
        </w:tc>
      </w:tr>
      <w:tr w:rsidR="00497650" w14:paraId="75870B5A" w14:textId="77777777" w:rsidTr="00A93829">
        <w:trPr>
          <w:jc w:val="center"/>
        </w:trPr>
        <w:tc>
          <w:tcPr>
            <w:tcW w:w="5372" w:type="dxa"/>
            <w:tcMar>
              <w:top w:w="35" w:type="dxa"/>
              <w:left w:w="55" w:type="dxa"/>
              <w:bottom w:w="35" w:type="dxa"/>
              <w:right w:w="55" w:type="dxa"/>
            </w:tcMar>
          </w:tcPr>
          <w:p w14:paraId="0582A938" w14:textId="77777777" w:rsidR="00497650" w:rsidRDefault="009E2559" w:rsidP="00A93829">
            <w:pPr>
              <w:shd w:val="clear" w:color="auto" w:fill="FFFFFF" w:themeFill="background1"/>
              <w:spacing w:after="0" w:line="240" w:lineRule="auto"/>
            </w:pPr>
            <w:r>
              <w:t xml:space="preserve">- GV yêu cầu HS làm bài 2b: </w:t>
            </w:r>
            <w:r>
              <w:rPr>
                <w:b/>
              </w:rPr>
              <w:t>Chọn dấu hỏi hoặc dấu ngã cho chữ in đậm.</w:t>
            </w:r>
          </w:p>
        </w:tc>
        <w:tc>
          <w:tcPr>
            <w:tcW w:w="5372" w:type="dxa"/>
            <w:tcMar>
              <w:top w:w="35" w:type="dxa"/>
              <w:left w:w="55" w:type="dxa"/>
              <w:bottom w:w="35" w:type="dxa"/>
              <w:right w:w="55" w:type="dxa"/>
            </w:tcMar>
          </w:tcPr>
          <w:p w14:paraId="00A282F8" w14:textId="77777777" w:rsidR="00497650" w:rsidRDefault="009E2559" w:rsidP="00A93829">
            <w:pPr>
              <w:shd w:val="clear" w:color="auto" w:fill="FFFFFF" w:themeFill="background1"/>
              <w:spacing w:after="0" w:line="240" w:lineRule="auto"/>
            </w:pPr>
            <w:r>
              <w:t>- HS làm bài. Đáp án: Một bác chài lặng lẽ; Buông câu trong bóng chiều; Bỗng nhiên con cá nhỏ; Nhảy lên thuyền như trêu.</w:t>
            </w:r>
          </w:p>
        </w:tc>
      </w:tr>
      <w:tr w:rsidR="00497650" w14:paraId="59B73C5B" w14:textId="77777777" w:rsidTr="00A93829">
        <w:trPr>
          <w:jc w:val="center"/>
        </w:trPr>
        <w:tc>
          <w:tcPr>
            <w:tcW w:w="5372" w:type="dxa"/>
            <w:tcMar>
              <w:top w:w="35" w:type="dxa"/>
              <w:left w:w="55" w:type="dxa"/>
              <w:bottom w:w="35" w:type="dxa"/>
              <w:right w:w="55" w:type="dxa"/>
            </w:tcMar>
          </w:tcPr>
          <w:p w14:paraId="58CB82CA" w14:textId="77777777" w:rsidR="00497650" w:rsidRDefault="009E2559" w:rsidP="00A93829">
            <w:pPr>
              <w:shd w:val="clear" w:color="auto" w:fill="FFFFFF" w:themeFill="background1"/>
              <w:spacing w:after="0" w:line="240" w:lineRule="auto"/>
            </w:pPr>
            <w:r>
              <w:t xml:space="preserve">- GV yêu cầu HS làm bài 3: </w:t>
            </w:r>
            <w:r>
              <w:rPr>
                <w:b/>
              </w:rPr>
              <w:t>Viết 4 - 5 câu kể lại một hoạt động ở trường hoặc lớp em.</w:t>
            </w:r>
          </w:p>
        </w:tc>
        <w:tc>
          <w:tcPr>
            <w:tcW w:w="5372" w:type="dxa"/>
            <w:tcMar>
              <w:top w:w="35" w:type="dxa"/>
              <w:left w:w="55" w:type="dxa"/>
              <w:bottom w:w="35" w:type="dxa"/>
              <w:right w:w="55" w:type="dxa"/>
            </w:tcMar>
          </w:tcPr>
          <w:p w14:paraId="126577F2" w14:textId="77777777" w:rsidR="00497650" w:rsidRDefault="009E2559" w:rsidP="00A93829">
            <w:pPr>
              <w:shd w:val="clear" w:color="auto" w:fill="FFFFFF" w:themeFill="background1"/>
              <w:spacing w:after="0" w:line="240" w:lineRule="auto"/>
            </w:pPr>
            <w:r>
              <w:t>- HS viết đoạn văn theo gợi ý: Trường/lớp em tổ chức hoạt động gì? Ở đâu? Có những ai tham gia? Mọi người làm gì? Em có suy nghĩ, cảm xúc gì?</w:t>
            </w:r>
          </w:p>
        </w:tc>
      </w:tr>
      <w:tr w:rsidR="00497650" w14:paraId="25310286" w14:textId="77777777" w:rsidTr="00A93829">
        <w:trPr>
          <w:jc w:val="center"/>
        </w:trPr>
        <w:tc>
          <w:tcPr>
            <w:tcW w:w="5372" w:type="dxa"/>
            <w:tcBorders>
              <w:bottom w:val="single" w:sz="6" w:space="0" w:color="000000"/>
            </w:tcBorders>
            <w:tcMar>
              <w:top w:w="35" w:type="dxa"/>
              <w:left w:w="55" w:type="dxa"/>
              <w:bottom w:w="35" w:type="dxa"/>
              <w:right w:w="55" w:type="dxa"/>
            </w:tcMar>
          </w:tcPr>
          <w:p w14:paraId="659346CC" w14:textId="77777777" w:rsidR="00497650" w:rsidRDefault="009E2559" w:rsidP="00A93829">
            <w:pPr>
              <w:shd w:val="clear" w:color="auto" w:fill="FFFFFF" w:themeFill="background1"/>
              <w:spacing w:after="0" w:line="240" w:lineRule="auto"/>
            </w:pPr>
            <w:r>
              <w:t xml:space="preserve">- GV nhắc HS đọc lại đoạn văn, kiểm tra đủ 4 - 5 </w:t>
            </w:r>
            <w:r>
              <w:lastRenderedPageBreak/>
              <w:t>câu, viết hoa đầu câu và dùng dấu chấm cuối câu.</w:t>
            </w:r>
          </w:p>
        </w:tc>
        <w:tc>
          <w:tcPr>
            <w:tcW w:w="5372" w:type="dxa"/>
            <w:tcBorders>
              <w:bottom w:val="single" w:sz="6" w:space="0" w:color="000000"/>
            </w:tcBorders>
            <w:tcMar>
              <w:top w:w="35" w:type="dxa"/>
              <w:left w:w="55" w:type="dxa"/>
              <w:bottom w:w="35" w:type="dxa"/>
              <w:right w:w="55" w:type="dxa"/>
            </w:tcMar>
          </w:tcPr>
          <w:p w14:paraId="5E0FF4D9" w14:textId="77777777" w:rsidR="00497650" w:rsidRDefault="009E2559" w:rsidP="00A93829">
            <w:pPr>
              <w:shd w:val="clear" w:color="auto" w:fill="FFFFFF" w:themeFill="background1"/>
              <w:spacing w:after="0" w:line="240" w:lineRule="auto"/>
            </w:pPr>
            <w:r>
              <w:lastRenderedPageBreak/>
              <w:t xml:space="preserve">- HS tự soát bài, sửa lỗi chính tả, dấu câu và nộp </w:t>
            </w:r>
            <w:r>
              <w:lastRenderedPageBreak/>
              <w:t>bài đúng thời gian.</w:t>
            </w:r>
          </w:p>
        </w:tc>
      </w:tr>
      <w:tr w:rsidR="00497650" w14:paraId="360FCE24" w14:textId="77777777" w:rsidTr="00A93829">
        <w:trPr>
          <w:jc w:val="center"/>
        </w:trPr>
        <w:tc>
          <w:tcPr>
            <w:tcW w:w="10744" w:type="dxa"/>
            <w:gridSpan w:val="2"/>
            <w:tcBorders>
              <w:top w:val="single" w:sz="6" w:space="0" w:color="000000"/>
              <w:bottom w:val="single" w:sz="6" w:space="0" w:color="000000"/>
            </w:tcBorders>
            <w:shd w:val="clear" w:color="auto" w:fill="DDEBD6"/>
            <w:tcMar>
              <w:top w:w="35" w:type="dxa"/>
              <w:left w:w="55" w:type="dxa"/>
              <w:bottom w:w="35" w:type="dxa"/>
              <w:right w:w="55" w:type="dxa"/>
            </w:tcMar>
            <w:vAlign w:val="center"/>
          </w:tcPr>
          <w:p w14:paraId="643A926A" w14:textId="77777777" w:rsidR="00497650" w:rsidRDefault="009E2559" w:rsidP="00A93829">
            <w:pPr>
              <w:shd w:val="clear" w:color="auto" w:fill="FFFFFF" w:themeFill="background1"/>
              <w:spacing w:after="0" w:line="240" w:lineRule="auto"/>
            </w:pPr>
            <w:r>
              <w:rPr>
                <w:b/>
              </w:rPr>
              <w:lastRenderedPageBreak/>
              <w:t>5. KẾT THÚC - DẶN DÒ (2 phút)</w:t>
            </w:r>
            <w:r>
              <w:br/>
            </w:r>
            <w:r>
              <w:rPr>
                <w:i/>
              </w:rPr>
              <w:t>Mục tiêu: HS hoàn thành bài đánh giá và có thái độ tích cực sau khi kiểm tra.</w:t>
            </w:r>
          </w:p>
        </w:tc>
      </w:tr>
      <w:tr w:rsidR="00497650" w14:paraId="35CD386D" w14:textId="77777777" w:rsidTr="00A93829">
        <w:trPr>
          <w:jc w:val="center"/>
        </w:trPr>
        <w:tc>
          <w:tcPr>
            <w:tcW w:w="5372" w:type="dxa"/>
            <w:tcBorders>
              <w:top w:val="single" w:sz="6" w:space="0" w:color="000000"/>
            </w:tcBorders>
            <w:tcMar>
              <w:top w:w="35" w:type="dxa"/>
              <w:left w:w="55" w:type="dxa"/>
              <w:bottom w:w="35" w:type="dxa"/>
              <w:right w:w="55" w:type="dxa"/>
            </w:tcMar>
          </w:tcPr>
          <w:p w14:paraId="1764088F" w14:textId="77777777" w:rsidR="00497650" w:rsidRDefault="009E2559" w:rsidP="00A93829">
            <w:pPr>
              <w:shd w:val="clear" w:color="auto" w:fill="FFFFFF" w:themeFill="background1"/>
              <w:spacing w:after="0" w:line="240" w:lineRule="auto"/>
            </w:pPr>
            <w:r>
              <w:t>- GV thu bài, nhận xét tinh thần làm bài của lớp, động viên HS tiếp tục đọc sách trong hè.</w:t>
            </w:r>
          </w:p>
        </w:tc>
        <w:tc>
          <w:tcPr>
            <w:tcW w:w="5372" w:type="dxa"/>
            <w:tcBorders>
              <w:top w:val="single" w:sz="6" w:space="0" w:color="000000"/>
            </w:tcBorders>
            <w:tcMar>
              <w:top w:w="35" w:type="dxa"/>
              <w:left w:w="55" w:type="dxa"/>
              <w:bottom w:w="35" w:type="dxa"/>
              <w:right w:w="55" w:type="dxa"/>
            </w:tcMar>
          </w:tcPr>
          <w:p w14:paraId="73A90261" w14:textId="77777777" w:rsidR="00497650" w:rsidRDefault="009E2559" w:rsidP="00A93829">
            <w:pPr>
              <w:shd w:val="clear" w:color="auto" w:fill="FFFFFF" w:themeFill="background1"/>
              <w:spacing w:after="0" w:line="240" w:lineRule="auto"/>
            </w:pPr>
            <w:r>
              <w:t>- HS nộp bài, lắng nghe nhận xét và ghi nhớ đọc sách trong thời gian nghỉ hè.</w:t>
            </w:r>
          </w:p>
        </w:tc>
      </w:tr>
      <w:tr w:rsidR="00497650" w14:paraId="3D30C700" w14:textId="77777777" w:rsidTr="00A93829">
        <w:trPr>
          <w:jc w:val="center"/>
        </w:trPr>
        <w:tc>
          <w:tcPr>
            <w:tcW w:w="5372" w:type="dxa"/>
            <w:tcMar>
              <w:top w:w="35" w:type="dxa"/>
              <w:left w:w="55" w:type="dxa"/>
              <w:bottom w:w="35" w:type="dxa"/>
              <w:right w:w="55" w:type="dxa"/>
            </w:tcMar>
          </w:tcPr>
          <w:p w14:paraId="1CFA8ABC" w14:textId="77777777" w:rsidR="00497650" w:rsidRDefault="009E2559" w:rsidP="00A93829">
            <w:pPr>
              <w:shd w:val="clear" w:color="auto" w:fill="FFFFFF" w:themeFill="background1"/>
              <w:spacing w:after="0" w:line="240" w:lineRule="auto"/>
            </w:pPr>
            <w:r>
              <w:t>- GV dặn HS giữ gìn sách vở, chuẩn bị tâm thế cho năm học tiếp theo.</w:t>
            </w:r>
          </w:p>
        </w:tc>
        <w:tc>
          <w:tcPr>
            <w:tcW w:w="5372" w:type="dxa"/>
            <w:tcMar>
              <w:top w:w="35" w:type="dxa"/>
              <w:left w:w="55" w:type="dxa"/>
              <w:bottom w:w="35" w:type="dxa"/>
              <w:right w:w="55" w:type="dxa"/>
            </w:tcMar>
          </w:tcPr>
          <w:p w14:paraId="52A91FAB" w14:textId="77777777" w:rsidR="00497650" w:rsidRDefault="009E2559" w:rsidP="00A93829">
            <w:pPr>
              <w:shd w:val="clear" w:color="auto" w:fill="FFFFFF" w:themeFill="background1"/>
              <w:spacing w:after="0" w:line="240" w:lineRule="auto"/>
            </w:pPr>
            <w:r>
              <w:t>- HS lắng nghe, thực hiện.</w:t>
            </w:r>
          </w:p>
        </w:tc>
      </w:tr>
    </w:tbl>
    <w:p w14:paraId="134F29B6" w14:textId="77777777" w:rsidR="00497650" w:rsidRDefault="009E2559" w:rsidP="00A93829">
      <w:pPr>
        <w:shd w:val="clear" w:color="auto" w:fill="FFFFFF" w:themeFill="background1"/>
        <w:spacing w:after="0" w:line="240" w:lineRule="auto"/>
      </w:pPr>
      <w:r>
        <w:rPr>
          <w:b/>
        </w:rPr>
        <w:t>IV. ĐIỀU CHỈNH SAU TIẾT HỌC (NẾU CÓ)</w:t>
      </w:r>
    </w:p>
    <w:p w14:paraId="5EFFF55F" w14:textId="77777777" w:rsidR="00497650" w:rsidRDefault="00497650" w:rsidP="00A93829">
      <w:pPr>
        <w:shd w:val="clear" w:color="auto" w:fill="FFFFFF" w:themeFill="background1"/>
        <w:spacing w:after="0" w:line="240" w:lineRule="auto"/>
      </w:pPr>
    </w:p>
    <w:sectPr w:rsidR="00497650" w:rsidSect="00034616">
      <w:pgSz w:w="11906" w:h="16838"/>
      <w:pgMar w:top="624" w:right="567" w:bottom="595" w:left="59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7116457">
    <w:abstractNumId w:val="8"/>
  </w:num>
  <w:num w:numId="2" w16cid:durableId="189605843">
    <w:abstractNumId w:val="6"/>
  </w:num>
  <w:num w:numId="3" w16cid:durableId="609779013">
    <w:abstractNumId w:val="5"/>
  </w:num>
  <w:num w:numId="4" w16cid:durableId="1925991535">
    <w:abstractNumId w:val="4"/>
  </w:num>
  <w:num w:numId="5" w16cid:durableId="1038091516">
    <w:abstractNumId w:val="7"/>
  </w:num>
  <w:num w:numId="6" w16cid:durableId="99767710">
    <w:abstractNumId w:val="3"/>
  </w:num>
  <w:num w:numId="7" w16cid:durableId="470950876">
    <w:abstractNumId w:val="2"/>
  </w:num>
  <w:num w:numId="8" w16cid:durableId="335422723">
    <w:abstractNumId w:val="1"/>
  </w:num>
  <w:num w:numId="9" w16cid:durableId="351078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7650"/>
    <w:rsid w:val="007B7D4A"/>
    <w:rsid w:val="009E2559"/>
    <w:rsid w:val="00A9382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1041C7"/>
  <w14:defaultImageDpi w14:val="300"/>
  <w15:docId w15:val="{7B640343-1D7C-4534-AAF1-EE2636D9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B62D4-4656-412E-99FA-264FF6F2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3671</Words>
  <Characters>20926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2026-06-08T15:54:00Z</dcterms:created>
  <dcterms:modified xsi:type="dcterms:W3CDTF">2026-08-17T15:37:00Z</dcterms:modified>
  <cp:category/>
</cp:coreProperties>
</file>