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027F" w:rsidRPr="009034A2" w:rsidRDefault="00E50158">
      <w:pPr>
        <w:spacing w:after="0" w:line="240" w:lineRule="auto"/>
        <w:jc w:val="center"/>
      </w:pPr>
      <w:r w:rsidRPr="009034A2">
        <w:rPr>
          <w:rFonts w:ascii="Times New Roman" w:eastAsia="Times New Roman" w:hAnsi="Times New Roman"/>
          <w:b/>
          <w:sz w:val="28"/>
        </w:rPr>
        <w:t>TUẦN 24</w:t>
      </w:r>
    </w:p>
    <w:p w:rsidR="0065027F" w:rsidRPr="009034A2" w:rsidRDefault="00E50158">
      <w:pPr>
        <w:spacing w:after="0" w:line="240" w:lineRule="auto"/>
        <w:jc w:val="center"/>
      </w:pPr>
      <w:r w:rsidRPr="009034A2">
        <w:rPr>
          <w:rFonts w:ascii="Times New Roman" w:eastAsia="Times New Roman" w:hAnsi="Times New Roman"/>
          <w:b/>
          <w:sz w:val="28"/>
        </w:rPr>
        <w:t>KẾ HOẠCH BÀI DẠY MÔN TOÁN 3</w:t>
      </w:r>
    </w:p>
    <w:p w:rsidR="0065027F" w:rsidRPr="009034A2" w:rsidRDefault="00E50158">
      <w:pPr>
        <w:spacing w:after="0" w:line="240" w:lineRule="auto"/>
        <w:jc w:val="center"/>
      </w:pPr>
      <w:r w:rsidRPr="009034A2">
        <w:rPr>
          <w:rFonts w:ascii="Times New Roman" w:eastAsia="Times New Roman" w:hAnsi="Times New Roman"/>
          <w:b/>
          <w:sz w:val="26"/>
        </w:rPr>
        <w:t>CHỦ ĐỀ 10: CỘNG, TRỪ, NHÂN, CHIA TRONG PHẠM VI 10 000</w:t>
      </w:r>
    </w:p>
    <w:p w:rsidR="0065027F" w:rsidRPr="009034A2" w:rsidRDefault="00E50158">
      <w:pPr>
        <w:spacing w:after="0" w:line="240" w:lineRule="auto"/>
        <w:jc w:val="center"/>
      </w:pPr>
      <w:r w:rsidRPr="009034A2">
        <w:rPr>
          <w:rFonts w:ascii="Times New Roman" w:eastAsia="Times New Roman" w:hAnsi="Times New Roman"/>
          <w:b/>
          <w:sz w:val="26"/>
        </w:rPr>
        <w:t>Bài 55: PHÉP TRỪ TRONG PHẠM VI 10 000 (Tiết 2) - Trang 42</w:t>
      </w:r>
    </w:p>
    <w:p w:rsidR="0065027F" w:rsidRPr="009034A2" w:rsidRDefault="00E50158">
      <w:pPr>
        <w:spacing w:after="0" w:line="240" w:lineRule="auto"/>
      </w:pPr>
      <w:r w:rsidRPr="009034A2">
        <w:rPr>
          <w:rFonts w:ascii="Times New Roman" w:eastAsia="Times New Roman" w:hAnsi="Times New Roman"/>
          <w:b/>
          <w:sz w:val="26"/>
        </w:rPr>
        <w:t>I. YÊU CẦU CẦN ĐẠT:</w:t>
      </w:r>
    </w:p>
    <w:p w:rsidR="0065027F" w:rsidRPr="009034A2" w:rsidRDefault="00E50158">
      <w:pPr>
        <w:spacing w:after="0" w:line="240" w:lineRule="auto"/>
      </w:pPr>
      <w:r w:rsidRPr="009034A2">
        <w:rPr>
          <w:rFonts w:ascii="Times New Roman" w:eastAsia="Times New Roman" w:hAnsi="Times New Roman"/>
          <w:b/>
          <w:sz w:val="26"/>
        </w:rPr>
        <w:t>1. Năng lực đặc thù:</w:t>
      </w:r>
    </w:p>
    <w:p w:rsidR="0065027F" w:rsidRPr="009034A2" w:rsidRDefault="00E50158">
      <w:pPr>
        <w:spacing w:after="0" w:line="240" w:lineRule="auto"/>
      </w:pPr>
      <w:r w:rsidRPr="009034A2">
        <w:rPr>
          <w:rFonts w:ascii="Times New Roman" w:eastAsia="Times New Roman" w:hAnsi="Times New Roman"/>
          <w:sz w:val="26"/>
        </w:rPr>
        <w:t>- Củng cố trừ nhẩm các số tròn nghìn, tròn trăm trong phạm vi 10 000.</w:t>
      </w:r>
    </w:p>
    <w:p w:rsidR="0065027F" w:rsidRPr="009034A2" w:rsidRDefault="00E50158">
      <w:pPr>
        <w:spacing w:after="0" w:line="240" w:lineRule="auto"/>
      </w:pPr>
      <w:r w:rsidRPr="009034A2">
        <w:rPr>
          <w:rFonts w:ascii="Times New Roman" w:eastAsia="Times New Roman" w:hAnsi="Times New Roman"/>
          <w:sz w:val="26"/>
        </w:rPr>
        <w:t>- Đặt tính và tính đúng các phép trừ trong phạm vi 10 000.</w:t>
      </w:r>
    </w:p>
    <w:p w:rsidR="0065027F" w:rsidRPr="009034A2" w:rsidRDefault="00E50158">
      <w:pPr>
        <w:spacing w:after="0" w:line="240" w:lineRule="auto"/>
      </w:pPr>
      <w:r w:rsidRPr="009034A2">
        <w:rPr>
          <w:rFonts w:ascii="Times New Roman" w:eastAsia="Times New Roman" w:hAnsi="Times New Roman"/>
          <w:sz w:val="26"/>
        </w:rPr>
        <w:t>- Giải được bài toán thực tế liên quan đến phép trừ hai bước.</w:t>
      </w:r>
    </w:p>
    <w:p w:rsidR="0065027F" w:rsidRPr="009034A2" w:rsidRDefault="00E50158">
      <w:pPr>
        <w:spacing w:after="0" w:line="240" w:lineRule="auto"/>
      </w:pPr>
      <w:r w:rsidRPr="009034A2">
        <w:rPr>
          <w:rFonts w:ascii="Times New Roman" w:eastAsia="Times New Roman" w:hAnsi="Times New Roman"/>
          <w:sz w:val="26"/>
        </w:rPr>
        <w:t>- Biết kiểm tra và sửa lỗi mượn, trừ nhầm hàng, viết lệch cột.</w:t>
      </w:r>
    </w:p>
    <w:p w:rsidR="0065027F" w:rsidRPr="009034A2" w:rsidRDefault="00E50158">
      <w:pPr>
        <w:spacing w:after="0" w:line="240" w:lineRule="auto"/>
      </w:pPr>
      <w:r w:rsidRPr="009034A2">
        <w:rPr>
          <w:rFonts w:ascii="Times New Roman" w:eastAsia="Times New Roman" w:hAnsi="Times New Roman"/>
          <w:b/>
          <w:sz w:val="26"/>
        </w:rPr>
        <w:t>2. Năng lực chung:</w:t>
      </w:r>
    </w:p>
    <w:p w:rsidR="0065027F" w:rsidRPr="009034A2" w:rsidRDefault="00E50158">
      <w:pPr>
        <w:spacing w:after="0" w:line="240" w:lineRule="auto"/>
      </w:pPr>
      <w:r w:rsidRPr="009034A2">
        <w:rPr>
          <w:rFonts w:ascii="Times New Roman" w:eastAsia="Times New Roman" w:hAnsi="Times New Roman"/>
          <w:sz w:val="26"/>
        </w:rPr>
        <w:t>- Tự chủ, tự học: tự tính nhẩm, đặt tính và kiểm tra kết quả.</w:t>
      </w:r>
    </w:p>
    <w:p w:rsidR="0065027F" w:rsidRPr="009034A2" w:rsidRDefault="00E50158">
      <w:pPr>
        <w:spacing w:after="0" w:line="240" w:lineRule="auto"/>
      </w:pPr>
      <w:r w:rsidRPr="009034A2">
        <w:rPr>
          <w:rFonts w:ascii="Times New Roman" w:eastAsia="Times New Roman" w:hAnsi="Times New Roman"/>
          <w:sz w:val="26"/>
        </w:rPr>
        <w:t>- Giao tiếp và hợp tác: trao đổi nhóm khi phát hiện lỗi trừ có nhớ.</w:t>
      </w:r>
    </w:p>
    <w:p w:rsidR="0065027F" w:rsidRPr="009034A2" w:rsidRDefault="00E50158">
      <w:pPr>
        <w:spacing w:after="0" w:line="240" w:lineRule="auto"/>
      </w:pPr>
      <w:r w:rsidRPr="009034A2">
        <w:rPr>
          <w:rFonts w:ascii="Times New Roman" w:eastAsia="Times New Roman" w:hAnsi="Times New Roman"/>
          <w:sz w:val="26"/>
        </w:rPr>
        <w:t>- Giải quyết vấn đề và sáng tạo: sử dụng phản hồi số để điều chỉnh cách làm.</w:t>
      </w:r>
    </w:p>
    <w:p w:rsidR="0065027F" w:rsidRPr="009034A2" w:rsidRDefault="00E50158">
      <w:pPr>
        <w:spacing w:after="0" w:line="240" w:lineRule="auto"/>
      </w:pPr>
      <w:r w:rsidRPr="009034A2">
        <w:rPr>
          <w:rFonts w:ascii="Times New Roman" w:eastAsia="Times New Roman" w:hAnsi="Times New Roman"/>
          <w:b/>
          <w:sz w:val="26"/>
        </w:rPr>
        <w:t>3. Phẩm chất:</w:t>
      </w:r>
    </w:p>
    <w:p w:rsidR="0065027F" w:rsidRPr="009034A2" w:rsidRDefault="00E50158">
      <w:pPr>
        <w:spacing w:after="0" w:line="240" w:lineRule="auto"/>
      </w:pPr>
      <w:r w:rsidRPr="009034A2">
        <w:rPr>
          <w:rFonts w:ascii="Times New Roman" w:eastAsia="Times New Roman" w:hAnsi="Times New Roman"/>
          <w:sz w:val="26"/>
        </w:rPr>
        <w:t>- Chăm chỉ: luyện tập đầy đủ các dạng phép trừ.</w:t>
      </w:r>
    </w:p>
    <w:p w:rsidR="0065027F" w:rsidRPr="009034A2" w:rsidRDefault="00E50158">
      <w:pPr>
        <w:spacing w:after="0" w:line="240" w:lineRule="auto"/>
      </w:pPr>
      <w:r w:rsidRPr="009034A2">
        <w:rPr>
          <w:rFonts w:ascii="Times New Roman" w:eastAsia="Times New Roman" w:hAnsi="Times New Roman"/>
          <w:sz w:val="26"/>
        </w:rPr>
        <w:t>- Trung thực: tự đánh dấu lỗi và sửa bài sau phản hồi.</w:t>
      </w:r>
    </w:p>
    <w:p w:rsidR="0065027F" w:rsidRPr="009034A2" w:rsidRDefault="00E50158">
      <w:pPr>
        <w:spacing w:after="0" w:line="240" w:lineRule="auto"/>
      </w:pPr>
      <w:r w:rsidRPr="009034A2">
        <w:rPr>
          <w:rFonts w:ascii="Times New Roman" w:eastAsia="Times New Roman" w:hAnsi="Times New Roman"/>
          <w:sz w:val="26"/>
        </w:rPr>
        <w:t>- Trách nhiệm: sử dụng Liveworksheets đúng mục đích học tập.</w:t>
      </w:r>
    </w:p>
    <w:p w:rsidR="0065027F" w:rsidRPr="009034A2" w:rsidRDefault="00E50158">
      <w:pPr>
        <w:spacing w:after="0" w:line="240" w:lineRule="auto"/>
      </w:pPr>
      <w:r w:rsidRPr="009034A2">
        <w:rPr>
          <w:rFonts w:ascii="Times New Roman" w:eastAsia="Times New Roman" w:hAnsi="Times New Roman"/>
          <w:b/>
          <w:sz w:val="26"/>
        </w:rPr>
        <w:t>4. Tích hợp:</w:t>
      </w:r>
    </w:p>
    <w:p w:rsidR="0065027F" w:rsidRPr="009034A2" w:rsidRDefault="00E50158">
      <w:pPr>
        <w:spacing w:after="0" w:line="240" w:lineRule="auto"/>
      </w:pPr>
      <w:r w:rsidRPr="009034A2">
        <w:rPr>
          <w:rFonts w:ascii="Times New Roman" w:eastAsia="Times New Roman" w:hAnsi="Times New Roman"/>
          <w:sz w:val="26"/>
        </w:rPr>
        <w:t>- Tích hợp NLS 5.2.CB1a: GV chọn 3-4 phép trừ trong phạm vi 10 000 có nhớ qua hàng chục, hàng trăm, hàng nghìn đưa vào Liveworksheets; HS đánh dấu hàng đã mượn, xem phản hồi rồi sửa lỗi cụ thể: quên mượn, mượn nhưng không bớt 1 ở hàng bên trái hoặc viết kết quả lệch cột.</w:t>
      </w:r>
    </w:p>
    <w:p w:rsidR="0065027F" w:rsidRPr="009034A2" w:rsidRDefault="00E50158">
      <w:pPr>
        <w:spacing w:after="0" w:line="240" w:lineRule="auto"/>
      </w:pPr>
      <w:r w:rsidRPr="009034A2">
        <w:rPr>
          <w:rFonts w:ascii="Times New Roman" w:eastAsia="Times New Roman" w:hAnsi="Times New Roman"/>
          <w:b/>
          <w:sz w:val="26"/>
        </w:rPr>
        <w:t>II. ĐỒ DÙNG DẠY HỌC</w:t>
      </w:r>
    </w:p>
    <w:p w:rsidR="0065027F" w:rsidRPr="009034A2" w:rsidRDefault="00E50158">
      <w:pPr>
        <w:spacing w:after="0" w:line="240" w:lineRule="auto"/>
      </w:pPr>
      <w:r w:rsidRPr="009034A2">
        <w:rPr>
          <w:rFonts w:ascii="Times New Roman" w:eastAsia="Times New Roman" w:hAnsi="Times New Roman"/>
          <w:sz w:val="26"/>
        </w:rPr>
        <w:t>- Kế hoạch bài dạy, SGK Toán 3 tập hai, bài giảng PowerPoint.</w:t>
      </w:r>
    </w:p>
    <w:p w:rsidR="0065027F" w:rsidRPr="009034A2" w:rsidRDefault="00E50158">
      <w:pPr>
        <w:spacing w:after="0" w:line="240" w:lineRule="auto"/>
      </w:pPr>
      <w:r w:rsidRPr="009034A2">
        <w:rPr>
          <w:rFonts w:ascii="Times New Roman" w:eastAsia="Times New Roman" w:hAnsi="Times New Roman"/>
          <w:sz w:val="26"/>
        </w:rPr>
        <w:t>- Liveworksheets phiếu trừ có nhớ, bảng con, phiếu ghi lỗi sai.</w:t>
      </w:r>
    </w:p>
    <w:p w:rsidR="0065027F" w:rsidRPr="009034A2" w:rsidRDefault="00E50158">
      <w:pPr>
        <w:spacing w:after="0" w:line="240" w:lineRule="auto"/>
      </w:pPr>
      <w:r w:rsidRPr="009034A2">
        <w:rPr>
          <w:rFonts w:ascii="Times New Roman" w:eastAsia="Times New Roman" w:hAnsi="Times New Roman"/>
          <w:sz w:val="26"/>
        </w:rPr>
        <w:t>- Hình cắt từ SGK trang 42.</w:t>
      </w:r>
    </w:p>
    <w:p w:rsidR="0065027F" w:rsidRPr="009034A2" w:rsidRDefault="00E50158">
      <w:pPr>
        <w:spacing w:after="0" w:line="240" w:lineRule="auto"/>
      </w:pPr>
      <w:r w:rsidRPr="009034A2">
        <w:rPr>
          <w:rFonts w:ascii="Times New Roman" w:eastAsia="Times New Roman" w:hAnsi="Times New Roman"/>
          <w:b/>
          <w:sz w:val="26"/>
        </w:rPr>
        <w:t>III. HOẠT ĐỘNG DẠY HỌC</w:t>
      </w:r>
    </w:p>
    <w:tbl>
      <w:tblPr>
        <w:tblW w:w="0" w:type="auto"/>
        <w:jc w:val="center"/>
        <w:tblBorders>
          <w:top w:val="single" w:sz="8" w:space="0" w:color="000000"/>
          <w:left w:val="single" w:sz="8" w:space="0" w:color="000000"/>
          <w:bottom w:val="single" w:sz="8" w:space="0" w:color="000000"/>
          <w:right w:val="single" w:sz="8" w:space="0" w:color="000000"/>
          <w:insideV w:val="single" w:sz="8" w:space="0" w:color="000000"/>
        </w:tblBorders>
        <w:tblLook w:val="04A0" w:firstRow="1" w:lastRow="0" w:firstColumn="1" w:lastColumn="0" w:noHBand="0" w:noVBand="1"/>
      </w:tblPr>
      <w:tblGrid>
        <w:gridCol w:w="5040"/>
        <w:gridCol w:w="5040"/>
      </w:tblGrid>
      <w:tr w:rsidR="009034A2" w:rsidRPr="009034A2" w:rsidTr="009034A2">
        <w:trPr>
          <w:jc w:val="center"/>
        </w:trPr>
        <w:tc>
          <w:tcPr>
            <w:tcW w:w="5040" w:type="dxa"/>
            <w:tcBorders>
              <w:bottom w:val="single" w:sz="8" w:space="0" w:color="000000"/>
            </w:tcBorders>
            <w:shd w:val="clear" w:color="auto" w:fill="auto"/>
          </w:tcPr>
          <w:p w:rsidR="0065027F" w:rsidRPr="009034A2" w:rsidRDefault="00E50158">
            <w:pPr>
              <w:spacing w:after="0" w:line="240" w:lineRule="auto"/>
              <w:jc w:val="center"/>
            </w:pPr>
            <w:r w:rsidRPr="009034A2">
              <w:rPr>
                <w:rFonts w:ascii="Times New Roman" w:eastAsia="Times New Roman" w:hAnsi="Times New Roman"/>
                <w:b/>
                <w:sz w:val="26"/>
              </w:rPr>
              <w:t>Hoạt động của giáo viên</w:t>
            </w:r>
          </w:p>
        </w:tc>
        <w:tc>
          <w:tcPr>
            <w:tcW w:w="5040" w:type="dxa"/>
            <w:tcBorders>
              <w:bottom w:val="single" w:sz="8" w:space="0" w:color="000000"/>
            </w:tcBorders>
            <w:shd w:val="clear" w:color="auto" w:fill="auto"/>
          </w:tcPr>
          <w:p w:rsidR="0065027F" w:rsidRPr="009034A2" w:rsidRDefault="00E50158">
            <w:pPr>
              <w:spacing w:after="0" w:line="240" w:lineRule="auto"/>
              <w:jc w:val="center"/>
            </w:pPr>
            <w:r w:rsidRPr="009034A2">
              <w:rPr>
                <w:rFonts w:ascii="Times New Roman" w:eastAsia="Times New Roman" w:hAnsi="Times New Roman"/>
                <w:b/>
                <w:sz w:val="26"/>
              </w:rPr>
              <w:t>Hoạt động của học sinh</w:t>
            </w:r>
          </w:p>
        </w:tc>
      </w:tr>
      <w:tr w:rsidR="009034A2" w:rsidRPr="009034A2" w:rsidTr="009034A2">
        <w:trPr>
          <w:jc w:val="center"/>
        </w:trPr>
        <w:tc>
          <w:tcPr>
            <w:tcW w:w="10080" w:type="dxa"/>
            <w:gridSpan w:val="2"/>
            <w:tcBorders>
              <w:top w:val="single" w:sz="8" w:space="0" w:color="000000"/>
              <w:bottom w:val="single" w:sz="8" w:space="0" w:color="000000"/>
            </w:tcBorders>
            <w:shd w:val="clear" w:color="auto" w:fill="auto"/>
          </w:tcPr>
          <w:p w:rsidR="0065027F" w:rsidRPr="009034A2" w:rsidRDefault="00E50158">
            <w:pPr>
              <w:spacing w:after="0" w:line="240" w:lineRule="auto"/>
            </w:pPr>
            <w:r w:rsidRPr="009034A2">
              <w:rPr>
                <w:rFonts w:ascii="Times New Roman" w:eastAsia="Times New Roman" w:hAnsi="Times New Roman"/>
                <w:b/>
                <w:sz w:val="26"/>
              </w:rPr>
              <w:t>1. Khởi động (5 phút):</w:t>
            </w:r>
          </w:p>
          <w:p w:rsidR="0065027F" w:rsidRPr="009034A2" w:rsidRDefault="00E50158">
            <w:pPr>
              <w:spacing w:after="0" w:line="240" w:lineRule="auto"/>
            </w:pPr>
            <w:r w:rsidRPr="009034A2">
              <w:rPr>
                <w:rFonts w:ascii="Times New Roman" w:eastAsia="Times New Roman" w:hAnsi="Times New Roman"/>
                <w:sz w:val="26"/>
              </w:rPr>
              <w:t>- Mục tiêu: Ôn phép trừ trong phạm vi 10 000 và cách kiểm tra kết quả.</w:t>
            </w:r>
          </w:p>
          <w:p w:rsidR="0065027F" w:rsidRPr="009034A2" w:rsidRDefault="00E50158">
            <w:pPr>
              <w:spacing w:after="0" w:line="240" w:lineRule="auto"/>
            </w:pPr>
            <w:r w:rsidRPr="009034A2">
              <w:rPr>
                <w:rFonts w:ascii="Times New Roman" w:eastAsia="Times New Roman" w:hAnsi="Times New Roman"/>
                <w:sz w:val="26"/>
              </w:rPr>
              <w:t>*Cách tiến hành:</w:t>
            </w:r>
          </w:p>
        </w:tc>
      </w:tr>
      <w:tr w:rsidR="009034A2" w:rsidRPr="009034A2" w:rsidTr="009034A2">
        <w:trPr>
          <w:jc w:val="center"/>
        </w:trPr>
        <w:tc>
          <w:tcPr>
            <w:tcW w:w="5040" w:type="dxa"/>
            <w:tcBorders>
              <w:top w:val="single" w:sz="8" w:space="0" w:color="000000"/>
            </w:tcBorders>
            <w:shd w:val="clear" w:color="auto" w:fill="auto"/>
          </w:tcPr>
          <w:p w:rsidR="0065027F" w:rsidRPr="009034A2" w:rsidRDefault="00E50158">
            <w:pPr>
              <w:spacing w:after="0" w:line="240" w:lineRule="auto"/>
            </w:pPr>
            <w:r w:rsidRPr="009034A2">
              <w:rPr>
                <w:rFonts w:ascii="Times New Roman" w:eastAsia="Times New Roman" w:hAnsi="Times New Roman"/>
                <w:sz w:val="26"/>
              </w:rPr>
              <w:t>- GV tổ chức trò chơi “Trừ nhanh”.</w:t>
            </w:r>
          </w:p>
        </w:tc>
        <w:tc>
          <w:tcPr>
            <w:tcW w:w="5040" w:type="dxa"/>
            <w:tcBorders>
              <w:top w:val="single" w:sz="8" w:space="0" w:color="000000"/>
            </w:tcBorders>
            <w:shd w:val="clear" w:color="auto" w:fill="auto"/>
          </w:tcPr>
          <w:p w:rsidR="0065027F" w:rsidRPr="009034A2" w:rsidRDefault="00E50158">
            <w:pPr>
              <w:spacing w:after="0" w:line="240" w:lineRule="auto"/>
            </w:pPr>
            <w:r w:rsidRPr="009034A2">
              <w:rPr>
                <w:rFonts w:ascii="Times New Roman" w:eastAsia="Times New Roman" w:hAnsi="Times New Roman"/>
                <w:sz w:val="26"/>
              </w:rPr>
              <w:t>- HS tham gia trò chơi.</w:t>
            </w:r>
          </w:p>
        </w:tc>
      </w:tr>
      <w:tr w:rsidR="009034A2" w:rsidRPr="009034A2" w:rsidTr="009034A2">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GV nêu: 9 000 - 4 000 bằng bao nhiêu?</w:t>
            </w: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trả lời: 5 000.</w:t>
            </w:r>
          </w:p>
        </w:tc>
      </w:tr>
      <w:tr w:rsidR="009034A2" w:rsidRPr="009034A2" w:rsidTr="009034A2">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GV nêu: 4 300 - 2 000 bằng bao nhiêu?</w:t>
            </w: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trả lời: 2 300.</w:t>
            </w:r>
          </w:p>
        </w:tc>
      </w:tr>
      <w:tr w:rsidR="009034A2" w:rsidRPr="009034A2" w:rsidTr="009034A2">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GV hỏi: Muốn kiểm tra kết quả phép trừ, em có thể làm thế nào?</w:t>
            </w: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trả lời: Lấy hiệu cộng với số trừ để được số bị trừ.</w:t>
            </w:r>
          </w:p>
        </w:tc>
      </w:tr>
      <w:tr w:rsidR="009034A2" w:rsidRPr="009034A2" w:rsidTr="009034A2">
        <w:trPr>
          <w:jc w:val="center"/>
        </w:trPr>
        <w:tc>
          <w:tcPr>
            <w:tcW w:w="5040" w:type="dxa"/>
            <w:tcBorders>
              <w:bottom w:val="single" w:sz="8" w:space="0" w:color="000000"/>
            </w:tcBorders>
            <w:shd w:val="clear" w:color="auto" w:fill="auto"/>
          </w:tcPr>
          <w:p w:rsidR="0065027F" w:rsidRPr="009034A2" w:rsidRDefault="00E50158">
            <w:pPr>
              <w:spacing w:after="0" w:line="240" w:lineRule="auto"/>
            </w:pPr>
            <w:r w:rsidRPr="009034A2">
              <w:rPr>
                <w:rFonts w:ascii="Times New Roman" w:eastAsia="Times New Roman" w:hAnsi="Times New Roman"/>
                <w:sz w:val="26"/>
              </w:rPr>
              <w:t>- GV dẫn dắt vào tiết luyện tập.</w:t>
            </w:r>
          </w:p>
        </w:tc>
        <w:tc>
          <w:tcPr>
            <w:tcW w:w="5040" w:type="dxa"/>
            <w:tcBorders>
              <w:bottom w:val="single" w:sz="8" w:space="0" w:color="000000"/>
            </w:tcBorders>
            <w:shd w:val="clear" w:color="auto" w:fill="auto"/>
          </w:tcPr>
          <w:p w:rsidR="0065027F" w:rsidRPr="009034A2" w:rsidRDefault="00E50158">
            <w:pPr>
              <w:spacing w:after="0" w:line="240" w:lineRule="auto"/>
            </w:pPr>
            <w:r w:rsidRPr="009034A2">
              <w:rPr>
                <w:rFonts w:ascii="Times New Roman" w:eastAsia="Times New Roman" w:hAnsi="Times New Roman"/>
                <w:sz w:val="26"/>
              </w:rPr>
              <w:t>- HS lắng nghe.</w:t>
            </w:r>
          </w:p>
        </w:tc>
      </w:tr>
      <w:tr w:rsidR="009034A2" w:rsidRPr="009034A2" w:rsidTr="009034A2">
        <w:trPr>
          <w:jc w:val="center"/>
        </w:trPr>
        <w:tc>
          <w:tcPr>
            <w:tcW w:w="10080" w:type="dxa"/>
            <w:gridSpan w:val="2"/>
            <w:tcBorders>
              <w:top w:val="single" w:sz="8" w:space="0" w:color="000000"/>
              <w:bottom w:val="single" w:sz="8" w:space="0" w:color="000000"/>
            </w:tcBorders>
            <w:shd w:val="clear" w:color="auto" w:fill="auto"/>
          </w:tcPr>
          <w:p w:rsidR="0065027F" w:rsidRPr="009034A2" w:rsidRDefault="00E50158">
            <w:pPr>
              <w:spacing w:after="0" w:line="240" w:lineRule="auto"/>
            </w:pPr>
            <w:r w:rsidRPr="009034A2">
              <w:rPr>
                <w:rFonts w:ascii="Times New Roman" w:eastAsia="Times New Roman" w:hAnsi="Times New Roman"/>
                <w:b/>
                <w:sz w:val="26"/>
              </w:rPr>
              <w:t>2. Luyện tập (25 phút):</w:t>
            </w:r>
          </w:p>
          <w:p w:rsidR="0065027F" w:rsidRPr="009034A2" w:rsidRDefault="00E50158">
            <w:pPr>
              <w:spacing w:after="0" w:line="240" w:lineRule="auto"/>
            </w:pPr>
            <w:r w:rsidRPr="009034A2">
              <w:rPr>
                <w:rFonts w:ascii="Times New Roman" w:eastAsia="Times New Roman" w:hAnsi="Times New Roman"/>
                <w:sz w:val="26"/>
              </w:rPr>
              <w:t>- Mục tiêu: Luyện trừ nhẩm, đặt tính, tính và giải toán có lời văn.</w:t>
            </w:r>
          </w:p>
          <w:p w:rsidR="0065027F" w:rsidRPr="009034A2" w:rsidRDefault="00E50158">
            <w:pPr>
              <w:spacing w:after="0" w:line="240" w:lineRule="auto"/>
            </w:pPr>
            <w:r w:rsidRPr="009034A2">
              <w:rPr>
                <w:rFonts w:ascii="Times New Roman" w:eastAsia="Times New Roman" w:hAnsi="Times New Roman"/>
                <w:sz w:val="26"/>
              </w:rPr>
              <w:t>- Mục tiêu tích hợp NLS 5.2.CB1a: HS làm phiếu Liveworksheets, đánh dấu hàng đã mượn, xem phản hồi và sửa lỗi trừ.</w:t>
            </w:r>
          </w:p>
          <w:p w:rsidR="0065027F" w:rsidRPr="009034A2" w:rsidRDefault="00E50158">
            <w:pPr>
              <w:spacing w:after="0" w:line="240" w:lineRule="auto"/>
            </w:pPr>
            <w:r w:rsidRPr="009034A2">
              <w:rPr>
                <w:rFonts w:ascii="Times New Roman" w:eastAsia="Times New Roman" w:hAnsi="Times New Roman"/>
                <w:sz w:val="26"/>
              </w:rPr>
              <w:t>*Cách tiến hành:</w:t>
            </w:r>
          </w:p>
        </w:tc>
      </w:tr>
      <w:tr w:rsidR="009034A2" w:rsidRPr="009034A2" w:rsidTr="009034A2">
        <w:trPr>
          <w:jc w:val="center"/>
        </w:trPr>
        <w:tc>
          <w:tcPr>
            <w:tcW w:w="5040" w:type="dxa"/>
            <w:tcBorders>
              <w:top w:val="single" w:sz="8" w:space="0" w:color="000000"/>
            </w:tcBorders>
            <w:shd w:val="clear" w:color="auto" w:fill="auto"/>
          </w:tcPr>
          <w:p w:rsidR="0065027F" w:rsidRPr="009034A2" w:rsidRDefault="00E50158">
            <w:pPr>
              <w:spacing w:after="0" w:line="240" w:lineRule="auto"/>
            </w:pPr>
            <w:r w:rsidRPr="009034A2">
              <w:rPr>
                <w:rFonts w:ascii="Times New Roman" w:eastAsia="Times New Roman" w:hAnsi="Times New Roman"/>
                <w:b/>
                <w:sz w:val="26"/>
              </w:rPr>
              <w:t>Bài 1. Tính nhẩm theo mẫu. (Làm việc cá nhân)</w:t>
            </w:r>
          </w:p>
          <w:p w:rsidR="0065027F" w:rsidRPr="009034A2" w:rsidRDefault="00E50158">
            <w:pPr>
              <w:spacing w:after="0" w:line="240" w:lineRule="auto"/>
            </w:pPr>
            <w:r w:rsidRPr="009034A2">
              <w:rPr>
                <w:rFonts w:ascii="Times New Roman" w:eastAsia="Times New Roman" w:hAnsi="Times New Roman"/>
                <w:sz w:val="26"/>
              </w:rPr>
              <w:t>- HS quan sát Bài 1.</w:t>
            </w:r>
          </w:p>
          <w:p w:rsidR="0065027F" w:rsidRPr="009034A2" w:rsidRDefault="0065027F">
            <w:pPr>
              <w:spacing w:after="0" w:line="240" w:lineRule="auto"/>
              <w:jc w:val="center"/>
            </w:pPr>
          </w:p>
        </w:tc>
        <w:tc>
          <w:tcPr>
            <w:tcW w:w="5040" w:type="dxa"/>
            <w:tcBorders>
              <w:top w:val="single" w:sz="8" w:space="0" w:color="000000"/>
            </w:tcBorders>
            <w:shd w:val="clear" w:color="auto" w:fill="auto"/>
          </w:tcPr>
          <w:p w:rsidR="0065027F" w:rsidRPr="009034A2" w:rsidRDefault="00E50158">
            <w:pPr>
              <w:spacing w:after="0" w:line="240" w:lineRule="auto"/>
            </w:pPr>
            <w:r w:rsidRPr="009034A2">
              <w:rPr>
                <w:rFonts w:ascii="Times New Roman" w:eastAsia="Times New Roman" w:hAnsi="Times New Roman"/>
                <w:sz w:val="26"/>
              </w:rPr>
              <w:t>- HS quan sát mẫu và các phép tính.</w:t>
            </w:r>
          </w:p>
        </w:tc>
      </w:tr>
      <w:tr w:rsidR="009034A2" w:rsidRPr="009034A2" w:rsidTr="009034A2">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lastRenderedPageBreak/>
              <w:t>- GV cho HS đọc cá nhân yêu cầu Bài 1, sau đó 1 HS đọc to trước lớp.</w:t>
            </w: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đọc: Tính nhẩm theo mẫu.</w:t>
            </w:r>
          </w:p>
        </w:tc>
      </w:tr>
      <w:tr w:rsidR="009034A2" w:rsidRPr="009034A2" w:rsidTr="009034A2">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GV hướng dẫn mẫu: 9 000 - 4 000 = 5 000.</w:t>
            </w: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lắng nghe cách nhẩm theo nghìn.</w:t>
            </w:r>
          </w:p>
        </w:tc>
      </w:tr>
      <w:tr w:rsidR="009034A2" w:rsidRPr="009034A2" w:rsidTr="009034A2">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GV cho HS làm cá nhân vào vở, tính các phép tính còn lại.</w:t>
            </w: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làm: a) 4 000; b) 3 000; c) 2 000; d) 4 000.</w:t>
            </w:r>
          </w:p>
        </w:tc>
      </w:tr>
      <w:tr w:rsidR="009034A2" w:rsidRPr="009034A2" w:rsidTr="009034A2">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GV mời HS nêu cách nhẩm một phép tính.</w:t>
            </w: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nêu: Lấy số nghìn trừ số nghìn rồi viết thêm ba chữ số 0.</w:t>
            </w:r>
          </w:p>
        </w:tc>
      </w:tr>
      <w:tr w:rsidR="009034A2" w:rsidRPr="009034A2" w:rsidTr="009034A2">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GV kết luận: Khi trừ các số tròn nghìn, có thể nhẩm theo số nghìn.</w:t>
            </w: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lắng nghe.</w:t>
            </w:r>
          </w:p>
        </w:tc>
      </w:tr>
      <w:tr w:rsidR="009034A2" w:rsidRPr="009034A2" w:rsidTr="009034A2">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b/>
                <w:sz w:val="26"/>
              </w:rPr>
              <w:t>Bài 2. Tính nhẩm theo mẫu. (Làm việc cá nhân)</w:t>
            </w:r>
          </w:p>
          <w:p w:rsidR="0065027F" w:rsidRPr="009034A2" w:rsidRDefault="00E50158">
            <w:pPr>
              <w:spacing w:after="0" w:line="240" w:lineRule="auto"/>
            </w:pPr>
            <w:r w:rsidRPr="009034A2">
              <w:rPr>
                <w:rFonts w:ascii="Times New Roman" w:eastAsia="Times New Roman" w:hAnsi="Times New Roman"/>
                <w:sz w:val="26"/>
              </w:rPr>
              <w:t>- HS quan sát Bài 2.</w:t>
            </w:r>
          </w:p>
          <w:p w:rsidR="0065027F" w:rsidRPr="009034A2" w:rsidRDefault="0065027F">
            <w:pPr>
              <w:spacing w:after="0" w:line="240" w:lineRule="auto"/>
              <w:jc w:val="center"/>
            </w:pP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quan sát mẫu và các phép tính.</w:t>
            </w:r>
          </w:p>
        </w:tc>
      </w:tr>
      <w:tr w:rsidR="009034A2" w:rsidRPr="009034A2" w:rsidTr="009034A2">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GV cho HS đọc cá nhân yêu cầu Bài 2, sau đó 1 HS đọc to trước lớp.</w:t>
            </w: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đọc: Tính nhẩm theo mẫu.</w:t>
            </w:r>
          </w:p>
        </w:tc>
      </w:tr>
      <w:tr w:rsidR="009034A2" w:rsidRPr="009034A2" w:rsidTr="009034A2">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GV hướng dẫn mẫu 4 300 - 2 000 = 2 300.</w:t>
            </w: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lắng nghe cách nhẩm theo hàng nghìn, hàng trăm.</w:t>
            </w:r>
          </w:p>
        </w:tc>
      </w:tr>
      <w:tr w:rsidR="009034A2" w:rsidRPr="009034A2" w:rsidTr="009034A2">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GV cho HS làm cá nhân vào vở từng phép tính.</w:t>
            </w: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làm: a) 5 000; b) 2 500; c) 100; d) 2 400.</w:t>
            </w:r>
          </w:p>
        </w:tc>
      </w:tr>
      <w:tr w:rsidR="009034A2" w:rsidRPr="009034A2" w:rsidTr="009034A2">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GV mời HS giải thích phép tính 8 400 - 6 000.</w:t>
            </w: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giải thích: 8 nghìn 4 trăm trừ 6 nghìn còn 2 nghìn 4 trăm, bằng 2 400.</w:t>
            </w:r>
          </w:p>
        </w:tc>
      </w:tr>
      <w:tr w:rsidR="009034A2" w:rsidRPr="009034A2" w:rsidTr="009034A2">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GV kết luận: Khi trừ số tròn trăm, cần nhẩm đúng từng hàng nghìn, trăm.</w:t>
            </w: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lắng nghe.</w:t>
            </w:r>
          </w:p>
        </w:tc>
      </w:tr>
      <w:tr w:rsidR="009034A2" w:rsidRPr="009034A2" w:rsidTr="009034A2">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b/>
                <w:sz w:val="26"/>
              </w:rPr>
              <w:t>Bài 3. Đặt tính rồi tính. (Làm việc cá nhân trên vở và Liveworksheets)</w:t>
            </w:r>
          </w:p>
          <w:p w:rsidR="0065027F" w:rsidRPr="009034A2" w:rsidRDefault="00E50158">
            <w:pPr>
              <w:spacing w:after="0" w:line="240" w:lineRule="auto"/>
            </w:pPr>
            <w:r w:rsidRPr="009034A2">
              <w:rPr>
                <w:rFonts w:ascii="Times New Roman" w:eastAsia="Times New Roman" w:hAnsi="Times New Roman"/>
                <w:sz w:val="26"/>
              </w:rPr>
              <w:t>- HS quan sát Bài 3.</w:t>
            </w:r>
          </w:p>
          <w:p w:rsidR="0065027F" w:rsidRPr="009034A2" w:rsidRDefault="0065027F">
            <w:pPr>
              <w:spacing w:after="0" w:line="240" w:lineRule="auto"/>
              <w:jc w:val="center"/>
            </w:pP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quan sát các phép trừ.</w:t>
            </w:r>
          </w:p>
        </w:tc>
      </w:tr>
      <w:tr w:rsidR="009034A2" w:rsidRPr="009034A2" w:rsidTr="009034A2">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Tích hợp NLS: GV mở Liveworksheets, hướng dẫn HS nhập từng phép trừ, đánh dấu hàng đã mượn bằng kí hiệu “mượn 1”, bấm kiểm tra và ghi lỗi nếu hệ thống báo sai. GV diễn giải: Phiếu số không làm thay bài làm trong vở mà giúp HS nhìn rõ lỗi thường gặp như quên mượn, mượn nhưng chưa bớt 1 ở hàng bên trái, hoặc viết kết quả lệch cột. Sau khi xem phản hồi, HS phải sửa lại ngay trên vở và nêu được mình sai ở hàng nào.</w:t>
            </w: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nhập phép trừ, đánh dấu hàng mượn, xem phản hồi, ghi lỗi sai cụ thể và sửa lại vào vở.</w:t>
            </w:r>
          </w:p>
        </w:tc>
      </w:tr>
      <w:tr w:rsidR="009034A2" w:rsidRPr="009034A2" w:rsidTr="009034A2">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GV cho HS đọc cá nhân yêu cầu Bài 3, sau đó 1 HS đọc to trước lớp.</w:t>
            </w: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đọc: Đặt tính rồi tính.</w:t>
            </w:r>
          </w:p>
        </w:tc>
      </w:tr>
      <w:tr w:rsidR="009034A2" w:rsidRPr="009034A2" w:rsidTr="009034A2">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GV nhắc HS đặt các chữ số cùng hàng thẳng cột.</w:t>
            </w: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đặt tính vào vở.</w:t>
            </w:r>
          </w:p>
        </w:tc>
      </w:tr>
      <w:tr w:rsidR="009034A2" w:rsidRPr="009034A2" w:rsidTr="009034A2">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GV yêu cầu HS nêu kết quả từng phép tính.</w:t>
            </w: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nêu: 6 378 - 258 = 6 120; 5 624 - 718 = 4 906; 4 628 - 719 = 3 909; 8 372 - 39 = 8 333.</w:t>
            </w:r>
          </w:p>
        </w:tc>
      </w:tr>
      <w:tr w:rsidR="009034A2" w:rsidRPr="009034A2" w:rsidTr="009034A2">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GV yêu cầu HS kiểm tra một phép bằng phép cộng ngược.</w:t>
            </w: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kiểm tra, ví dụ: 4 906 + 718 = 5 624.</w:t>
            </w:r>
          </w:p>
        </w:tc>
      </w:tr>
      <w:tr w:rsidR="009034A2" w:rsidRPr="009034A2" w:rsidTr="009034A2">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xml:space="preserve">- GV kết luận: Khi trừ có nhớ, phải mượn </w:t>
            </w:r>
            <w:r w:rsidRPr="009034A2">
              <w:rPr>
                <w:rFonts w:ascii="Times New Roman" w:eastAsia="Times New Roman" w:hAnsi="Times New Roman"/>
                <w:sz w:val="26"/>
              </w:rPr>
              <w:lastRenderedPageBreak/>
              <w:t>đúng và nhớ bớt 1 ở hàng bên trái.</w:t>
            </w: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lastRenderedPageBreak/>
              <w:t>- HS lắng nghe.</w:t>
            </w:r>
          </w:p>
        </w:tc>
      </w:tr>
      <w:tr w:rsidR="009034A2" w:rsidRPr="009034A2" w:rsidTr="009034A2">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b/>
                <w:sz w:val="26"/>
              </w:rPr>
              <w:lastRenderedPageBreak/>
              <w:t>Bài 4. Bài toán xe chở dầu. (Làm việc cá nhân)</w:t>
            </w:r>
          </w:p>
          <w:p w:rsidR="0065027F" w:rsidRPr="009034A2" w:rsidRDefault="00E50158">
            <w:pPr>
              <w:spacing w:after="0" w:line="240" w:lineRule="auto"/>
            </w:pPr>
            <w:r w:rsidRPr="009034A2">
              <w:rPr>
                <w:rFonts w:ascii="Times New Roman" w:eastAsia="Times New Roman" w:hAnsi="Times New Roman"/>
                <w:sz w:val="26"/>
              </w:rPr>
              <w:t>- HS quan sát Bài 4.</w:t>
            </w:r>
          </w:p>
          <w:p w:rsidR="0065027F" w:rsidRPr="009034A2" w:rsidRDefault="0065027F">
            <w:pPr>
              <w:spacing w:after="0" w:line="240" w:lineRule="auto"/>
              <w:jc w:val="center"/>
            </w:pP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đọc bài toán.</w:t>
            </w:r>
          </w:p>
        </w:tc>
      </w:tr>
      <w:tr w:rsidR="009034A2" w:rsidRPr="009034A2" w:rsidTr="009034A2">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GV cho HS đọc thầm cá nhân đề bài, sau đó 1 HS đọc to trước lớp.</w:t>
            </w: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đọc: Một xe chở 9 000 l dầu. Lần đầu, xe bơm 2 500 l dầu vào một trạm xăng dầu. Lần sau, xe bơm 2 200 l dầu vào một trạm khác. Hỏi trong xe còn lại bao nhiêu lít dầu?</w:t>
            </w:r>
          </w:p>
        </w:tc>
      </w:tr>
      <w:tr w:rsidR="009034A2" w:rsidRPr="009034A2" w:rsidTr="009034A2">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GV hỏi: Bài toán cho biết gì?</w:t>
            </w: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trả lời: Xe chở 9 000 l dầu, lần đầu bơm 2 500 l, lần sau bơm 2 200 l.</w:t>
            </w:r>
          </w:p>
        </w:tc>
      </w:tr>
      <w:tr w:rsidR="009034A2" w:rsidRPr="009034A2" w:rsidTr="009034A2">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GV hỏi: Muốn biết còn lại bao nhiêu lít dầu, ta làm thế nào?</w:t>
            </w: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trả lời: Lấy 9 000 trừ 2 500 rồi trừ tiếp 2 200.</w:t>
            </w:r>
          </w:p>
        </w:tc>
      </w:tr>
      <w:tr w:rsidR="009034A2" w:rsidRPr="009034A2" w:rsidTr="009034A2">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GV yêu cầu HS trình bày bài giải.</w:t>
            </w: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trình bày: Sau lần đầu còn 9 000 - 2 500 = 6 500 (l); trong xe còn lại 6 500 - 2 200 = 4 300 (l). Đáp số: 4 300 l dầu.</w:t>
            </w:r>
          </w:p>
        </w:tc>
      </w:tr>
      <w:tr w:rsidR="009034A2" w:rsidRPr="009034A2" w:rsidTr="009034A2">
        <w:trPr>
          <w:jc w:val="center"/>
        </w:trPr>
        <w:tc>
          <w:tcPr>
            <w:tcW w:w="5040" w:type="dxa"/>
            <w:tcBorders>
              <w:bottom w:val="single" w:sz="8" w:space="0" w:color="000000"/>
            </w:tcBorders>
            <w:shd w:val="clear" w:color="auto" w:fill="auto"/>
          </w:tcPr>
          <w:p w:rsidR="0065027F" w:rsidRPr="009034A2" w:rsidRDefault="00E50158">
            <w:pPr>
              <w:spacing w:after="0" w:line="240" w:lineRule="auto"/>
            </w:pPr>
            <w:r w:rsidRPr="009034A2">
              <w:rPr>
                <w:rFonts w:ascii="Times New Roman" w:eastAsia="Times New Roman" w:hAnsi="Times New Roman"/>
                <w:sz w:val="26"/>
              </w:rPr>
              <w:t>- GV kết luận: Bài toán có hai lần bơm dầu nên cần thực hiện hai phép trừ.</w:t>
            </w:r>
          </w:p>
        </w:tc>
        <w:tc>
          <w:tcPr>
            <w:tcW w:w="5040" w:type="dxa"/>
            <w:tcBorders>
              <w:bottom w:val="single" w:sz="8" w:space="0" w:color="000000"/>
            </w:tcBorders>
            <w:shd w:val="clear" w:color="auto" w:fill="auto"/>
          </w:tcPr>
          <w:p w:rsidR="0065027F" w:rsidRPr="009034A2" w:rsidRDefault="00E50158">
            <w:pPr>
              <w:spacing w:after="0" w:line="240" w:lineRule="auto"/>
            </w:pPr>
            <w:r w:rsidRPr="009034A2">
              <w:rPr>
                <w:rFonts w:ascii="Times New Roman" w:eastAsia="Times New Roman" w:hAnsi="Times New Roman"/>
                <w:sz w:val="26"/>
              </w:rPr>
              <w:t>- HS lắng nghe.</w:t>
            </w:r>
          </w:p>
        </w:tc>
      </w:tr>
      <w:tr w:rsidR="009034A2" w:rsidRPr="009034A2" w:rsidTr="009034A2">
        <w:trPr>
          <w:jc w:val="center"/>
        </w:trPr>
        <w:tc>
          <w:tcPr>
            <w:tcW w:w="10080" w:type="dxa"/>
            <w:gridSpan w:val="2"/>
            <w:tcBorders>
              <w:top w:val="single" w:sz="8" w:space="0" w:color="000000"/>
              <w:bottom w:val="single" w:sz="8" w:space="0" w:color="000000"/>
            </w:tcBorders>
            <w:shd w:val="clear" w:color="auto" w:fill="auto"/>
          </w:tcPr>
          <w:p w:rsidR="0065027F" w:rsidRPr="009034A2" w:rsidRDefault="00E50158">
            <w:pPr>
              <w:spacing w:after="0" w:line="240" w:lineRule="auto"/>
            </w:pPr>
            <w:r w:rsidRPr="009034A2">
              <w:rPr>
                <w:rFonts w:ascii="Times New Roman" w:eastAsia="Times New Roman" w:hAnsi="Times New Roman"/>
                <w:b/>
                <w:sz w:val="26"/>
              </w:rPr>
              <w:t>3. Vận dụng - Trải nghiệm (5 phút):</w:t>
            </w:r>
          </w:p>
          <w:p w:rsidR="0065027F" w:rsidRPr="009034A2" w:rsidRDefault="00E50158">
            <w:pPr>
              <w:spacing w:after="0" w:line="240" w:lineRule="auto"/>
            </w:pPr>
            <w:r w:rsidRPr="009034A2">
              <w:rPr>
                <w:rFonts w:ascii="Times New Roman" w:eastAsia="Times New Roman" w:hAnsi="Times New Roman"/>
                <w:sz w:val="26"/>
              </w:rPr>
              <w:t>- Mục tiêu: Củng cố kiến thức của tiết học, liên hệ thực tế, nhận xét kết quả học tập và giao nhiệm vụ về nhà.</w:t>
            </w:r>
          </w:p>
          <w:p w:rsidR="0065027F" w:rsidRPr="009034A2" w:rsidRDefault="00E50158">
            <w:pPr>
              <w:spacing w:after="0" w:line="240" w:lineRule="auto"/>
            </w:pPr>
            <w:r w:rsidRPr="009034A2">
              <w:rPr>
                <w:rFonts w:ascii="Times New Roman" w:eastAsia="Times New Roman" w:hAnsi="Times New Roman"/>
                <w:sz w:val="26"/>
              </w:rPr>
              <w:t>*Cách tiến hành:</w:t>
            </w:r>
          </w:p>
        </w:tc>
      </w:tr>
      <w:tr w:rsidR="009034A2" w:rsidRPr="009034A2" w:rsidTr="009034A2">
        <w:trPr>
          <w:jc w:val="center"/>
        </w:trPr>
        <w:tc>
          <w:tcPr>
            <w:tcW w:w="5040" w:type="dxa"/>
            <w:tcBorders>
              <w:top w:val="single" w:sz="8" w:space="0" w:color="000000"/>
            </w:tcBorders>
            <w:shd w:val="clear" w:color="auto" w:fill="auto"/>
          </w:tcPr>
          <w:p w:rsidR="0065027F" w:rsidRPr="009034A2" w:rsidRDefault="00E50158">
            <w:pPr>
              <w:spacing w:after="0" w:line="240" w:lineRule="auto"/>
            </w:pPr>
            <w:r w:rsidRPr="009034A2">
              <w:rPr>
                <w:rFonts w:ascii="Times New Roman" w:eastAsia="Times New Roman" w:hAnsi="Times New Roman"/>
                <w:sz w:val="26"/>
              </w:rPr>
              <w:t>- GV hỏi: Khi thực hiện phép trừ trong phạm vi 10 000 có nhớ, em cần chú ý điều gì?</w:t>
            </w:r>
          </w:p>
        </w:tc>
        <w:tc>
          <w:tcPr>
            <w:tcW w:w="5040" w:type="dxa"/>
            <w:tcBorders>
              <w:top w:val="single" w:sz="8" w:space="0" w:color="000000"/>
            </w:tcBorders>
            <w:shd w:val="clear" w:color="auto" w:fill="auto"/>
          </w:tcPr>
          <w:p w:rsidR="0065027F" w:rsidRPr="009034A2" w:rsidRDefault="00E50158">
            <w:pPr>
              <w:spacing w:after="0" w:line="240" w:lineRule="auto"/>
            </w:pPr>
            <w:r w:rsidRPr="009034A2">
              <w:rPr>
                <w:rFonts w:ascii="Times New Roman" w:eastAsia="Times New Roman" w:hAnsi="Times New Roman"/>
                <w:sz w:val="26"/>
              </w:rPr>
              <w:t>- HS trả lời: Em cần đặt tính thẳng hàng, trừ từ phải sang trái; khi không trừ được thì phải mượn 1 ở hàng bên trái và nhớ bớt 1 ở hàng đó.</w:t>
            </w:r>
          </w:p>
        </w:tc>
      </w:tr>
      <w:tr w:rsidR="009034A2" w:rsidRPr="009034A2" w:rsidTr="009034A2">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GV hỏi: Muốn kiểm tra kết quả phép trừ, em làm thế nào?</w:t>
            </w: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trả lời: Em lấy hiệu cộng với số trừ; nếu được số bị trừ thì phép trừ đúng.</w:t>
            </w:r>
          </w:p>
        </w:tc>
      </w:tr>
      <w:tr w:rsidR="009034A2" w:rsidRPr="009034A2" w:rsidTr="009034A2">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GV liên hệ: Khi giải bài toán xe chở dầu, vì sao cần đọc kĩ từng lần bơm dầu?</w:t>
            </w: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trả lời: Vì bài toán có hai lần bơm dầu, em phải trừ lần thứ nhất rồi trừ tiếp lần thứ hai mới tìm được số dầu còn lại.</w:t>
            </w:r>
          </w:p>
        </w:tc>
      </w:tr>
      <w:tr w:rsidR="009034A2" w:rsidRPr="009034A2" w:rsidTr="009034A2">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GV nhận xét tiết học: HS đã biết trừ nhẩm, đặt tính, kiểm tra bằng phép cộng ngược; tuyên dương HS tính cẩn thận.</w:t>
            </w: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lắng nghe, tự nhận xét điều mình làm tốt và điều cần luyện thêm.</w:t>
            </w:r>
          </w:p>
        </w:tc>
      </w:tr>
      <w:tr w:rsidR="009034A2" w:rsidRPr="009034A2" w:rsidTr="009034A2">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GV dặn dò: Về nhà luyện thêm 2 phép trừ có nhớ, kiểm tra lại bằng phép cộng ngược và chuẩn bị bài nhân số có bốn chữ số với số có một chữ số.</w:t>
            </w: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ghi nhớ nhiệm vụ về nhà.</w:t>
            </w:r>
          </w:p>
        </w:tc>
      </w:tr>
    </w:tbl>
    <w:p w:rsidR="0065027F" w:rsidRPr="009034A2" w:rsidRDefault="00E50158">
      <w:pPr>
        <w:spacing w:after="0" w:line="240" w:lineRule="auto"/>
      </w:pPr>
      <w:r w:rsidRPr="009034A2">
        <w:rPr>
          <w:rFonts w:ascii="Times New Roman" w:eastAsia="Times New Roman" w:hAnsi="Times New Roman"/>
          <w:b/>
          <w:sz w:val="26"/>
        </w:rPr>
        <w:t>IV. ĐIỀU CHỈNH SAU BÀI DẠY:</w:t>
      </w:r>
    </w:p>
    <w:p w:rsidR="0065027F" w:rsidRPr="009034A2" w:rsidRDefault="00E50158">
      <w:pPr>
        <w:spacing w:after="0" w:line="240" w:lineRule="auto"/>
      </w:pPr>
      <w:r w:rsidRPr="009034A2">
        <w:rPr>
          <w:rFonts w:ascii="Times New Roman" w:eastAsia="Times New Roman" w:hAnsi="Times New Roman"/>
          <w:sz w:val="26"/>
        </w:rPr>
        <w:t>.......................................................................................................................................</w:t>
      </w:r>
    </w:p>
    <w:p w:rsidR="0065027F" w:rsidRPr="009034A2" w:rsidRDefault="00E50158">
      <w:pPr>
        <w:spacing w:after="0" w:line="240" w:lineRule="auto"/>
      </w:pPr>
      <w:r w:rsidRPr="009034A2">
        <w:rPr>
          <w:rFonts w:ascii="Times New Roman" w:eastAsia="Times New Roman" w:hAnsi="Times New Roman"/>
          <w:sz w:val="26"/>
        </w:rPr>
        <w:t>.......................................................................................................................................</w:t>
      </w:r>
    </w:p>
    <w:p w:rsidR="0065027F" w:rsidRPr="009034A2" w:rsidRDefault="00E50158">
      <w:pPr>
        <w:spacing w:after="0" w:line="240" w:lineRule="auto"/>
      </w:pPr>
      <w:r w:rsidRPr="009034A2">
        <w:rPr>
          <w:rFonts w:ascii="Times New Roman" w:eastAsia="Times New Roman" w:hAnsi="Times New Roman"/>
          <w:sz w:val="26"/>
        </w:rPr>
        <w:br w:type="page"/>
      </w:r>
    </w:p>
    <w:p w:rsidR="0065027F" w:rsidRPr="009034A2" w:rsidRDefault="00E50158">
      <w:pPr>
        <w:spacing w:after="0" w:line="240" w:lineRule="auto"/>
        <w:jc w:val="center"/>
      </w:pPr>
      <w:r w:rsidRPr="009034A2">
        <w:rPr>
          <w:rFonts w:ascii="Times New Roman" w:eastAsia="Times New Roman" w:hAnsi="Times New Roman"/>
          <w:b/>
          <w:sz w:val="28"/>
        </w:rPr>
        <w:lastRenderedPageBreak/>
        <w:t>TUẦN 24</w:t>
      </w:r>
    </w:p>
    <w:p w:rsidR="0065027F" w:rsidRPr="009034A2" w:rsidRDefault="00E50158">
      <w:pPr>
        <w:spacing w:after="0" w:line="240" w:lineRule="auto"/>
        <w:jc w:val="center"/>
      </w:pPr>
      <w:r w:rsidRPr="009034A2">
        <w:rPr>
          <w:rFonts w:ascii="Times New Roman" w:eastAsia="Times New Roman" w:hAnsi="Times New Roman"/>
          <w:b/>
          <w:sz w:val="28"/>
        </w:rPr>
        <w:t>KẾ HOẠCH BÀI DẠY MÔN TOÁN 3</w:t>
      </w:r>
    </w:p>
    <w:p w:rsidR="0065027F" w:rsidRPr="009034A2" w:rsidRDefault="00E50158">
      <w:pPr>
        <w:spacing w:after="0" w:line="240" w:lineRule="auto"/>
        <w:jc w:val="center"/>
      </w:pPr>
      <w:r w:rsidRPr="009034A2">
        <w:rPr>
          <w:rFonts w:ascii="Times New Roman" w:eastAsia="Times New Roman" w:hAnsi="Times New Roman"/>
          <w:b/>
          <w:sz w:val="26"/>
        </w:rPr>
        <w:t>CHỦ ĐỀ 10: CỘNG, TRỪ, NHÂN, CHIA TRONG PHẠM VI 10 000</w:t>
      </w:r>
    </w:p>
    <w:p w:rsidR="0065027F" w:rsidRPr="009034A2" w:rsidRDefault="00E50158">
      <w:pPr>
        <w:spacing w:after="0" w:line="240" w:lineRule="auto"/>
        <w:jc w:val="center"/>
      </w:pPr>
      <w:r w:rsidRPr="009034A2">
        <w:rPr>
          <w:rFonts w:ascii="Times New Roman" w:eastAsia="Times New Roman" w:hAnsi="Times New Roman"/>
          <w:b/>
          <w:sz w:val="26"/>
        </w:rPr>
        <w:t>Bài 56: NHÂN SỐ CÓ BỐN CHỮ SỐ VỚI SỐ CÓ MỘT CHỮ SỐ (Tiết 1) - Trang 43, 44</w:t>
      </w:r>
    </w:p>
    <w:p w:rsidR="0065027F" w:rsidRPr="009034A2" w:rsidRDefault="00E50158">
      <w:pPr>
        <w:spacing w:after="0" w:line="240" w:lineRule="auto"/>
      </w:pPr>
      <w:r w:rsidRPr="009034A2">
        <w:rPr>
          <w:rFonts w:ascii="Times New Roman" w:eastAsia="Times New Roman" w:hAnsi="Times New Roman"/>
          <w:b/>
          <w:sz w:val="26"/>
        </w:rPr>
        <w:t>I. YÊU CẦU CẦN ĐẠT:</w:t>
      </w:r>
    </w:p>
    <w:p w:rsidR="0065027F" w:rsidRPr="009034A2" w:rsidRDefault="00E50158">
      <w:pPr>
        <w:spacing w:after="0" w:line="240" w:lineRule="auto"/>
      </w:pPr>
      <w:r w:rsidRPr="009034A2">
        <w:rPr>
          <w:rFonts w:ascii="Times New Roman" w:eastAsia="Times New Roman" w:hAnsi="Times New Roman"/>
          <w:b/>
          <w:sz w:val="26"/>
        </w:rPr>
        <w:t>1. Năng lực đặc thù:</w:t>
      </w:r>
    </w:p>
    <w:p w:rsidR="0065027F" w:rsidRPr="009034A2" w:rsidRDefault="00E50158">
      <w:pPr>
        <w:spacing w:after="0" w:line="240" w:lineRule="auto"/>
      </w:pPr>
      <w:r w:rsidRPr="009034A2">
        <w:rPr>
          <w:rFonts w:ascii="Times New Roman" w:eastAsia="Times New Roman" w:hAnsi="Times New Roman"/>
          <w:sz w:val="26"/>
        </w:rPr>
        <w:t>- Biết cách nhân số có bốn chữ số với số có một chữ số.</w:t>
      </w:r>
    </w:p>
    <w:p w:rsidR="0065027F" w:rsidRPr="009034A2" w:rsidRDefault="00E50158">
      <w:pPr>
        <w:spacing w:after="0" w:line="240" w:lineRule="auto"/>
      </w:pPr>
      <w:r w:rsidRPr="009034A2">
        <w:rPr>
          <w:rFonts w:ascii="Times New Roman" w:eastAsia="Times New Roman" w:hAnsi="Times New Roman"/>
          <w:sz w:val="26"/>
        </w:rPr>
        <w:t>- Đặt tính và tính đúng phép nhân không nhớ, có nhớ trong phạm vi 10 000.</w:t>
      </w:r>
    </w:p>
    <w:p w:rsidR="0065027F" w:rsidRPr="009034A2" w:rsidRDefault="00E50158">
      <w:pPr>
        <w:spacing w:after="0" w:line="240" w:lineRule="auto"/>
      </w:pPr>
      <w:r w:rsidRPr="009034A2">
        <w:rPr>
          <w:rFonts w:ascii="Times New Roman" w:eastAsia="Times New Roman" w:hAnsi="Times New Roman"/>
          <w:sz w:val="26"/>
        </w:rPr>
        <w:t>- Tính nhẩm được một số phép nhân với số tròn nghìn.</w:t>
      </w:r>
    </w:p>
    <w:p w:rsidR="0065027F" w:rsidRPr="009034A2" w:rsidRDefault="00E50158">
      <w:pPr>
        <w:spacing w:after="0" w:line="240" w:lineRule="auto"/>
      </w:pPr>
      <w:r w:rsidRPr="009034A2">
        <w:rPr>
          <w:rFonts w:ascii="Times New Roman" w:eastAsia="Times New Roman" w:hAnsi="Times New Roman"/>
          <w:sz w:val="26"/>
        </w:rPr>
        <w:t>- Giải được bài toán chu vi hình vuông bằng phép nhân.</w:t>
      </w:r>
    </w:p>
    <w:p w:rsidR="0065027F" w:rsidRPr="009034A2" w:rsidRDefault="00E50158">
      <w:pPr>
        <w:spacing w:after="0" w:line="240" w:lineRule="auto"/>
      </w:pPr>
      <w:r w:rsidRPr="009034A2">
        <w:rPr>
          <w:rFonts w:ascii="Times New Roman" w:eastAsia="Times New Roman" w:hAnsi="Times New Roman"/>
          <w:b/>
          <w:sz w:val="26"/>
        </w:rPr>
        <w:t>2. Năng lực chung:</w:t>
      </w:r>
    </w:p>
    <w:p w:rsidR="0065027F" w:rsidRPr="009034A2" w:rsidRDefault="00E50158">
      <w:pPr>
        <w:spacing w:after="0" w:line="240" w:lineRule="auto"/>
      </w:pPr>
      <w:r w:rsidRPr="009034A2">
        <w:rPr>
          <w:rFonts w:ascii="Times New Roman" w:eastAsia="Times New Roman" w:hAnsi="Times New Roman"/>
          <w:sz w:val="26"/>
        </w:rPr>
        <w:t>- Tự chủ, tự học: tự đặt tính, nhân lần lượt từ phải sang trái.</w:t>
      </w:r>
    </w:p>
    <w:p w:rsidR="0065027F" w:rsidRPr="009034A2" w:rsidRDefault="00E50158">
      <w:pPr>
        <w:spacing w:after="0" w:line="240" w:lineRule="auto"/>
      </w:pPr>
      <w:r w:rsidRPr="009034A2">
        <w:rPr>
          <w:rFonts w:ascii="Times New Roman" w:eastAsia="Times New Roman" w:hAnsi="Times New Roman"/>
          <w:sz w:val="26"/>
        </w:rPr>
        <w:t>- Giao tiếp và hợp tác: trao đổi cách nhân, nhận xét bài làm của bạn.</w:t>
      </w:r>
    </w:p>
    <w:p w:rsidR="0065027F" w:rsidRPr="009034A2" w:rsidRDefault="00E50158">
      <w:pPr>
        <w:spacing w:after="0" w:line="240" w:lineRule="auto"/>
      </w:pPr>
      <w:r w:rsidRPr="009034A2">
        <w:rPr>
          <w:rFonts w:ascii="Times New Roman" w:eastAsia="Times New Roman" w:hAnsi="Times New Roman"/>
          <w:sz w:val="26"/>
        </w:rPr>
        <w:t>- Giải quyết vấn đề và sáng tạo: vận dụng phép nhân vào tình huống thực tế.</w:t>
      </w:r>
    </w:p>
    <w:p w:rsidR="0065027F" w:rsidRPr="009034A2" w:rsidRDefault="00E50158">
      <w:pPr>
        <w:spacing w:after="0" w:line="240" w:lineRule="auto"/>
      </w:pPr>
      <w:r w:rsidRPr="009034A2">
        <w:rPr>
          <w:rFonts w:ascii="Times New Roman" w:eastAsia="Times New Roman" w:hAnsi="Times New Roman"/>
          <w:b/>
          <w:sz w:val="26"/>
        </w:rPr>
        <w:t>3. Phẩm chất:</w:t>
      </w:r>
    </w:p>
    <w:p w:rsidR="0065027F" w:rsidRPr="009034A2" w:rsidRDefault="00E50158">
      <w:pPr>
        <w:spacing w:after="0" w:line="240" w:lineRule="auto"/>
      </w:pPr>
      <w:r w:rsidRPr="009034A2">
        <w:rPr>
          <w:rFonts w:ascii="Times New Roman" w:eastAsia="Times New Roman" w:hAnsi="Times New Roman"/>
          <w:sz w:val="26"/>
        </w:rPr>
        <w:t>- Chăm chỉ: luyện đặt tính và tính nhân cẩn thận.</w:t>
      </w:r>
    </w:p>
    <w:p w:rsidR="0065027F" w:rsidRPr="009034A2" w:rsidRDefault="00E50158">
      <w:pPr>
        <w:spacing w:after="0" w:line="240" w:lineRule="auto"/>
      </w:pPr>
      <w:r w:rsidRPr="009034A2">
        <w:rPr>
          <w:rFonts w:ascii="Times New Roman" w:eastAsia="Times New Roman" w:hAnsi="Times New Roman"/>
          <w:sz w:val="26"/>
        </w:rPr>
        <w:t>- Trung thực: tự sửa lỗi khi nhân sai hoặc quên nhớ.</w:t>
      </w:r>
    </w:p>
    <w:p w:rsidR="0065027F" w:rsidRPr="009034A2" w:rsidRDefault="00E50158">
      <w:pPr>
        <w:spacing w:after="0" w:line="240" w:lineRule="auto"/>
      </w:pPr>
      <w:r w:rsidRPr="009034A2">
        <w:rPr>
          <w:rFonts w:ascii="Times New Roman" w:eastAsia="Times New Roman" w:hAnsi="Times New Roman"/>
          <w:sz w:val="26"/>
        </w:rPr>
        <w:t>- Trách nhiệm: biết tham gia phương tiện giao thông an toàn.</w:t>
      </w:r>
    </w:p>
    <w:p w:rsidR="0065027F" w:rsidRPr="009034A2" w:rsidRDefault="00E50158">
      <w:pPr>
        <w:spacing w:after="0" w:line="240" w:lineRule="auto"/>
      </w:pPr>
      <w:r w:rsidRPr="009034A2">
        <w:rPr>
          <w:rFonts w:ascii="Times New Roman" w:eastAsia="Times New Roman" w:hAnsi="Times New Roman"/>
          <w:b/>
          <w:sz w:val="26"/>
        </w:rPr>
        <w:t>4. Tích hợp:</w:t>
      </w:r>
    </w:p>
    <w:p w:rsidR="0065027F" w:rsidRPr="009034A2" w:rsidRDefault="00E50158">
      <w:pPr>
        <w:spacing w:after="0" w:line="240" w:lineRule="auto"/>
      </w:pPr>
      <w:r w:rsidRPr="009034A2">
        <w:rPr>
          <w:rFonts w:ascii="Times New Roman" w:eastAsia="Times New Roman" w:hAnsi="Times New Roman"/>
          <w:sz w:val="26"/>
        </w:rPr>
        <w:t>- Tích hợp ATGT: Qua tình huống có phương tiện di chuyển trong SGK, HS biết đi tàu, xe an toàn, không chen lấn, không đùa nghịch và nghe hướng dẫn của người lớn.</w:t>
      </w:r>
    </w:p>
    <w:p w:rsidR="0065027F" w:rsidRPr="009034A2" w:rsidRDefault="00E50158">
      <w:pPr>
        <w:spacing w:after="0" w:line="240" w:lineRule="auto"/>
      </w:pPr>
      <w:r w:rsidRPr="009034A2">
        <w:rPr>
          <w:rFonts w:ascii="Times New Roman" w:eastAsia="Times New Roman" w:hAnsi="Times New Roman"/>
          <w:b/>
          <w:sz w:val="26"/>
        </w:rPr>
        <w:t>II. ĐỒ DÙNG DẠY HỌC</w:t>
      </w:r>
    </w:p>
    <w:p w:rsidR="0065027F" w:rsidRPr="009034A2" w:rsidRDefault="00E50158">
      <w:pPr>
        <w:spacing w:after="0" w:line="240" w:lineRule="auto"/>
      </w:pPr>
      <w:r w:rsidRPr="009034A2">
        <w:rPr>
          <w:rFonts w:ascii="Times New Roman" w:eastAsia="Times New Roman" w:hAnsi="Times New Roman"/>
          <w:sz w:val="26"/>
        </w:rPr>
        <w:t>- Kế hoạch bài dạy, SGK Toán 3 tập hai, bài giảng PowerPoint.</w:t>
      </w:r>
    </w:p>
    <w:p w:rsidR="0065027F" w:rsidRPr="009034A2" w:rsidRDefault="00E50158">
      <w:pPr>
        <w:spacing w:after="0" w:line="240" w:lineRule="auto"/>
      </w:pPr>
      <w:r w:rsidRPr="009034A2">
        <w:rPr>
          <w:rFonts w:ascii="Times New Roman" w:eastAsia="Times New Roman" w:hAnsi="Times New Roman"/>
          <w:sz w:val="26"/>
        </w:rPr>
        <w:t>- Tranh SGK về tàu thuyền, bảng con, phiếu đặt tính.</w:t>
      </w:r>
    </w:p>
    <w:p w:rsidR="0065027F" w:rsidRPr="009034A2" w:rsidRDefault="00E50158">
      <w:pPr>
        <w:spacing w:after="0" w:line="240" w:lineRule="auto"/>
      </w:pPr>
      <w:r w:rsidRPr="009034A2">
        <w:rPr>
          <w:rFonts w:ascii="Times New Roman" w:eastAsia="Times New Roman" w:hAnsi="Times New Roman"/>
          <w:sz w:val="26"/>
        </w:rPr>
        <w:t>- Hình cắt từ SGK trang 43, 44.</w:t>
      </w:r>
    </w:p>
    <w:p w:rsidR="0065027F" w:rsidRPr="009034A2" w:rsidRDefault="00E50158">
      <w:pPr>
        <w:spacing w:after="0" w:line="240" w:lineRule="auto"/>
      </w:pPr>
      <w:r w:rsidRPr="009034A2">
        <w:rPr>
          <w:rFonts w:ascii="Times New Roman" w:eastAsia="Times New Roman" w:hAnsi="Times New Roman"/>
          <w:b/>
          <w:sz w:val="26"/>
        </w:rPr>
        <w:t>III. HOẠT ĐỘNG DẠY HỌC</w:t>
      </w:r>
    </w:p>
    <w:tbl>
      <w:tblPr>
        <w:tblW w:w="0" w:type="auto"/>
        <w:jc w:val="center"/>
        <w:tblBorders>
          <w:top w:val="single" w:sz="8" w:space="0" w:color="000000"/>
          <w:left w:val="single" w:sz="8" w:space="0" w:color="000000"/>
          <w:bottom w:val="single" w:sz="8" w:space="0" w:color="000000"/>
          <w:right w:val="single" w:sz="8" w:space="0" w:color="000000"/>
          <w:insideV w:val="single" w:sz="8" w:space="0" w:color="000000"/>
        </w:tblBorders>
        <w:tblLook w:val="04A0" w:firstRow="1" w:lastRow="0" w:firstColumn="1" w:lastColumn="0" w:noHBand="0" w:noVBand="1"/>
      </w:tblPr>
      <w:tblGrid>
        <w:gridCol w:w="5040"/>
        <w:gridCol w:w="5040"/>
      </w:tblGrid>
      <w:tr w:rsidR="009034A2" w:rsidRPr="009034A2" w:rsidTr="009034A2">
        <w:trPr>
          <w:jc w:val="center"/>
        </w:trPr>
        <w:tc>
          <w:tcPr>
            <w:tcW w:w="5040" w:type="dxa"/>
            <w:tcBorders>
              <w:bottom w:val="single" w:sz="8" w:space="0" w:color="000000"/>
            </w:tcBorders>
            <w:shd w:val="clear" w:color="auto" w:fill="auto"/>
          </w:tcPr>
          <w:p w:rsidR="0065027F" w:rsidRPr="009034A2" w:rsidRDefault="00E50158">
            <w:pPr>
              <w:spacing w:after="0" w:line="240" w:lineRule="auto"/>
              <w:jc w:val="center"/>
            </w:pPr>
            <w:r w:rsidRPr="009034A2">
              <w:rPr>
                <w:rFonts w:ascii="Times New Roman" w:eastAsia="Times New Roman" w:hAnsi="Times New Roman"/>
                <w:b/>
                <w:sz w:val="26"/>
              </w:rPr>
              <w:t>Hoạt động của giáo viên</w:t>
            </w:r>
          </w:p>
        </w:tc>
        <w:tc>
          <w:tcPr>
            <w:tcW w:w="5040" w:type="dxa"/>
            <w:tcBorders>
              <w:bottom w:val="single" w:sz="8" w:space="0" w:color="000000"/>
            </w:tcBorders>
            <w:shd w:val="clear" w:color="auto" w:fill="auto"/>
          </w:tcPr>
          <w:p w:rsidR="0065027F" w:rsidRPr="009034A2" w:rsidRDefault="00E50158">
            <w:pPr>
              <w:spacing w:after="0" w:line="240" w:lineRule="auto"/>
              <w:jc w:val="center"/>
            </w:pPr>
            <w:r w:rsidRPr="009034A2">
              <w:rPr>
                <w:rFonts w:ascii="Times New Roman" w:eastAsia="Times New Roman" w:hAnsi="Times New Roman"/>
                <w:b/>
                <w:sz w:val="26"/>
              </w:rPr>
              <w:t>Hoạt động của học sinh</w:t>
            </w:r>
          </w:p>
        </w:tc>
      </w:tr>
      <w:tr w:rsidR="009034A2" w:rsidRPr="009034A2" w:rsidTr="009034A2">
        <w:trPr>
          <w:jc w:val="center"/>
        </w:trPr>
        <w:tc>
          <w:tcPr>
            <w:tcW w:w="10080" w:type="dxa"/>
            <w:gridSpan w:val="2"/>
            <w:tcBorders>
              <w:top w:val="single" w:sz="8" w:space="0" w:color="000000"/>
              <w:bottom w:val="single" w:sz="8" w:space="0" w:color="000000"/>
            </w:tcBorders>
            <w:shd w:val="clear" w:color="auto" w:fill="auto"/>
          </w:tcPr>
          <w:p w:rsidR="0065027F" w:rsidRPr="009034A2" w:rsidRDefault="00E50158">
            <w:pPr>
              <w:spacing w:after="0" w:line="240" w:lineRule="auto"/>
            </w:pPr>
            <w:r w:rsidRPr="009034A2">
              <w:rPr>
                <w:rFonts w:ascii="Times New Roman" w:eastAsia="Times New Roman" w:hAnsi="Times New Roman"/>
                <w:b/>
                <w:sz w:val="26"/>
              </w:rPr>
              <w:t>1. Khởi động (5 phút):</w:t>
            </w:r>
          </w:p>
          <w:p w:rsidR="0065027F" w:rsidRPr="009034A2" w:rsidRDefault="00E50158">
            <w:pPr>
              <w:spacing w:after="0" w:line="240" w:lineRule="auto"/>
            </w:pPr>
            <w:r w:rsidRPr="009034A2">
              <w:rPr>
                <w:rFonts w:ascii="Times New Roman" w:eastAsia="Times New Roman" w:hAnsi="Times New Roman"/>
                <w:sz w:val="26"/>
              </w:rPr>
              <w:t>- Mục tiêu: Ôn nhân số có ba chữ số với số có một chữ số và tạo tình huống học phép nhân mới.</w:t>
            </w:r>
          </w:p>
          <w:p w:rsidR="0065027F" w:rsidRPr="009034A2" w:rsidRDefault="00E50158">
            <w:pPr>
              <w:spacing w:after="0" w:line="240" w:lineRule="auto"/>
            </w:pPr>
            <w:r w:rsidRPr="009034A2">
              <w:rPr>
                <w:rFonts w:ascii="Times New Roman" w:eastAsia="Times New Roman" w:hAnsi="Times New Roman"/>
                <w:sz w:val="26"/>
              </w:rPr>
              <w:t>*Cách tiến hành:</w:t>
            </w:r>
          </w:p>
        </w:tc>
      </w:tr>
      <w:tr w:rsidR="009034A2" w:rsidRPr="009034A2" w:rsidTr="009034A2">
        <w:trPr>
          <w:jc w:val="center"/>
        </w:trPr>
        <w:tc>
          <w:tcPr>
            <w:tcW w:w="5040" w:type="dxa"/>
            <w:tcBorders>
              <w:top w:val="single" w:sz="8" w:space="0" w:color="000000"/>
            </w:tcBorders>
            <w:shd w:val="clear" w:color="auto" w:fill="auto"/>
          </w:tcPr>
          <w:p w:rsidR="0065027F" w:rsidRPr="009034A2" w:rsidRDefault="00E50158">
            <w:pPr>
              <w:spacing w:after="0" w:line="240" w:lineRule="auto"/>
            </w:pPr>
            <w:r w:rsidRPr="009034A2">
              <w:rPr>
                <w:rFonts w:ascii="Times New Roman" w:eastAsia="Times New Roman" w:hAnsi="Times New Roman"/>
                <w:sz w:val="26"/>
              </w:rPr>
              <w:t>- GV tổ chức trò chơi “Nhân nhanh”.</w:t>
            </w:r>
          </w:p>
        </w:tc>
        <w:tc>
          <w:tcPr>
            <w:tcW w:w="5040" w:type="dxa"/>
            <w:tcBorders>
              <w:top w:val="single" w:sz="8" w:space="0" w:color="000000"/>
            </w:tcBorders>
            <w:shd w:val="clear" w:color="auto" w:fill="auto"/>
          </w:tcPr>
          <w:p w:rsidR="0065027F" w:rsidRPr="009034A2" w:rsidRDefault="00E50158">
            <w:pPr>
              <w:spacing w:after="0" w:line="240" w:lineRule="auto"/>
            </w:pPr>
            <w:r w:rsidRPr="009034A2">
              <w:rPr>
                <w:rFonts w:ascii="Times New Roman" w:eastAsia="Times New Roman" w:hAnsi="Times New Roman"/>
                <w:sz w:val="26"/>
              </w:rPr>
              <w:t>- HS tham gia trò chơi.</w:t>
            </w:r>
          </w:p>
        </w:tc>
      </w:tr>
      <w:tr w:rsidR="009034A2" w:rsidRPr="009034A2" w:rsidTr="009034A2">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GV nêu: 125 x 3 bằng bao nhiêu?</w:t>
            </w: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trả lời: 375.</w:t>
            </w:r>
          </w:p>
        </w:tc>
      </w:tr>
      <w:tr w:rsidR="009034A2" w:rsidRPr="009034A2" w:rsidTr="009034A2">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GV hỏi: Khi đặt tính nhân, ta bắt đầu nhân từ hàng nào?</w:t>
            </w: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trả lời: Bắt đầu từ hàng đơn vị, rồi đến chục, trăm, nghìn.</w:t>
            </w:r>
          </w:p>
        </w:tc>
      </w:tr>
      <w:tr w:rsidR="009034A2" w:rsidRPr="009034A2" w:rsidTr="009034A2">
        <w:trPr>
          <w:jc w:val="center"/>
        </w:trPr>
        <w:tc>
          <w:tcPr>
            <w:tcW w:w="5040" w:type="dxa"/>
            <w:tcBorders>
              <w:bottom w:val="single" w:sz="8" w:space="0" w:color="000000"/>
            </w:tcBorders>
            <w:shd w:val="clear" w:color="auto" w:fill="auto"/>
          </w:tcPr>
          <w:p w:rsidR="0065027F" w:rsidRPr="009034A2" w:rsidRDefault="00E50158">
            <w:pPr>
              <w:spacing w:after="0" w:line="240" w:lineRule="auto"/>
            </w:pPr>
            <w:r w:rsidRPr="009034A2">
              <w:rPr>
                <w:rFonts w:ascii="Times New Roman" w:eastAsia="Times New Roman" w:hAnsi="Times New Roman"/>
                <w:sz w:val="26"/>
              </w:rPr>
              <w:t>- GV dẫn dắt vào bài “Nhân số có bốn chữ số với số có một chữ số”.</w:t>
            </w:r>
          </w:p>
        </w:tc>
        <w:tc>
          <w:tcPr>
            <w:tcW w:w="5040" w:type="dxa"/>
            <w:tcBorders>
              <w:bottom w:val="single" w:sz="8" w:space="0" w:color="000000"/>
            </w:tcBorders>
            <w:shd w:val="clear" w:color="auto" w:fill="auto"/>
          </w:tcPr>
          <w:p w:rsidR="0065027F" w:rsidRPr="009034A2" w:rsidRDefault="00E50158">
            <w:pPr>
              <w:spacing w:after="0" w:line="240" w:lineRule="auto"/>
            </w:pPr>
            <w:r w:rsidRPr="009034A2">
              <w:rPr>
                <w:rFonts w:ascii="Times New Roman" w:eastAsia="Times New Roman" w:hAnsi="Times New Roman"/>
                <w:sz w:val="26"/>
              </w:rPr>
              <w:t>- HS ghi tên bài.</w:t>
            </w:r>
          </w:p>
        </w:tc>
      </w:tr>
      <w:tr w:rsidR="009034A2" w:rsidRPr="009034A2" w:rsidTr="009034A2">
        <w:trPr>
          <w:jc w:val="center"/>
        </w:trPr>
        <w:tc>
          <w:tcPr>
            <w:tcW w:w="10080" w:type="dxa"/>
            <w:gridSpan w:val="2"/>
            <w:tcBorders>
              <w:top w:val="single" w:sz="8" w:space="0" w:color="000000"/>
              <w:bottom w:val="single" w:sz="8" w:space="0" w:color="000000"/>
            </w:tcBorders>
            <w:shd w:val="clear" w:color="auto" w:fill="auto"/>
          </w:tcPr>
          <w:p w:rsidR="0065027F" w:rsidRPr="009034A2" w:rsidRDefault="00E50158">
            <w:pPr>
              <w:spacing w:after="0" w:line="240" w:lineRule="auto"/>
            </w:pPr>
            <w:r w:rsidRPr="009034A2">
              <w:rPr>
                <w:rFonts w:ascii="Times New Roman" w:eastAsia="Times New Roman" w:hAnsi="Times New Roman"/>
                <w:b/>
                <w:sz w:val="26"/>
              </w:rPr>
              <w:t>2. Khám phá (12 phút):</w:t>
            </w:r>
          </w:p>
          <w:p w:rsidR="0065027F" w:rsidRPr="009034A2" w:rsidRDefault="00E50158">
            <w:pPr>
              <w:spacing w:after="0" w:line="240" w:lineRule="auto"/>
            </w:pPr>
            <w:r w:rsidRPr="009034A2">
              <w:rPr>
                <w:rFonts w:ascii="Times New Roman" w:eastAsia="Times New Roman" w:hAnsi="Times New Roman"/>
                <w:sz w:val="26"/>
              </w:rPr>
              <w:t>- Mục tiêu: Biết cách nhân số có bốn chữ số với số có một chữ số.</w:t>
            </w:r>
          </w:p>
          <w:p w:rsidR="0065027F" w:rsidRPr="009034A2" w:rsidRDefault="00E50158">
            <w:pPr>
              <w:spacing w:after="0" w:line="240" w:lineRule="auto"/>
            </w:pPr>
            <w:r w:rsidRPr="009034A2">
              <w:rPr>
                <w:rFonts w:ascii="Times New Roman" w:eastAsia="Times New Roman" w:hAnsi="Times New Roman"/>
                <w:sz w:val="26"/>
              </w:rPr>
              <w:t>- Mục tiêu tích hợp ATGT: HS liên hệ tình huống tàu thuyền để biết giữ an toàn khi đi phương tiện giao thông.</w:t>
            </w:r>
          </w:p>
          <w:p w:rsidR="0065027F" w:rsidRPr="009034A2" w:rsidRDefault="00E50158">
            <w:pPr>
              <w:spacing w:after="0" w:line="240" w:lineRule="auto"/>
            </w:pPr>
            <w:r w:rsidRPr="009034A2">
              <w:rPr>
                <w:rFonts w:ascii="Times New Roman" w:eastAsia="Times New Roman" w:hAnsi="Times New Roman"/>
                <w:sz w:val="26"/>
              </w:rPr>
              <w:t>*Cách tiến hành:</w:t>
            </w:r>
          </w:p>
        </w:tc>
      </w:tr>
      <w:tr w:rsidR="009034A2" w:rsidRPr="009034A2" w:rsidTr="009034A2">
        <w:trPr>
          <w:jc w:val="center"/>
        </w:trPr>
        <w:tc>
          <w:tcPr>
            <w:tcW w:w="5040" w:type="dxa"/>
            <w:tcBorders>
              <w:top w:val="single" w:sz="8" w:space="0" w:color="000000"/>
            </w:tcBorders>
            <w:shd w:val="clear" w:color="auto" w:fill="auto"/>
          </w:tcPr>
          <w:p w:rsidR="0065027F" w:rsidRPr="009034A2" w:rsidRDefault="00E50158">
            <w:pPr>
              <w:spacing w:after="0" w:line="240" w:lineRule="auto"/>
            </w:pPr>
            <w:r w:rsidRPr="009034A2">
              <w:rPr>
                <w:rFonts w:ascii="Times New Roman" w:eastAsia="Times New Roman" w:hAnsi="Times New Roman"/>
                <w:b/>
                <w:sz w:val="26"/>
              </w:rPr>
              <w:t>Khám phá. Nhân số có bốn chữ số với số có một chữ số. (Làm việc cá nhân, cả lớp)</w:t>
            </w:r>
          </w:p>
          <w:p w:rsidR="0065027F" w:rsidRPr="009034A2" w:rsidRDefault="00E50158">
            <w:pPr>
              <w:spacing w:after="0" w:line="240" w:lineRule="auto"/>
            </w:pPr>
            <w:r w:rsidRPr="009034A2">
              <w:rPr>
                <w:rFonts w:ascii="Times New Roman" w:eastAsia="Times New Roman" w:hAnsi="Times New Roman"/>
                <w:sz w:val="26"/>
              </w:rPr>
              <w:t>- HS quan sát hình trong SGK.</w:t>
            </w:r>
          </w:p>
          <w:p w:rsidR="0065027F" w:rsidRPr="009034A2" w:rsidRDefault="0065027F">
            <w:pPr>
              <w:spacing w:after="0" w:line="240" w:lineRule="auto"/>
              <w:jc w:val="center"/>
            </w:pPr>
          </w:p>
        </w:tc>
        <w:tc>
          <w:tcPr>
            <w:tcW w:w="5040" w:type="dxa"/>
            <w:tcBorders>
              <w:top w:val="single" w:sz="8" w:space="0" w:color="000000"/>
            </w:tcBorders>
            <w:shd w:val="clear" w:color="auto" w:fill="auto"/>
          </w:tcPr>
          <w:p w:rsidR="0065027F" w:rsidRPr="009034A2" w:rsidRDefault="00E50158">
            <w:pPr>
              <w:spacing w:after="0" w:line="240" w:lineRule="auto"/>
            </w:pPr>
            <w:r w:rsidRPr="009034A2">
              <w:rPr>
                <w:rFonts w:ascii="Times New Roman" w:eastAsia="Times New Roman" w:hAnsi="Times New Roman"/>
                <w:sz w:val="26"/>
              </w:rPr>
              <w:t>- HS quan sát tranh khám phá.</w:t>
            </w:r>
          </w:p>
        </w:tc>
      </w:tr>
      <w:tr w:rsidR="009034A2" w:rsidRPr="009034A2" w:rsidTr="009034A2">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lastRenderedPageBreak/>
              <w:t>- GV cho HS đọc thầm cá nhân tình huống ở phần a, sau đó 1 HS đọc to trước lớp.</w:t>
            </w: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đọc: Có tất cả bao nhiêu bao gạo trên hai chiếc sà lan?</w:t>
            </w:r>
          </w:p>
        </w:tc>
      </w:tr>
      <w:tr w:rsidR="009034A2" w:rsidRPr="009034A2" w:rsidTr="009034A2">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GV cho HS làm bảng con: viết phép tính 1 034 x 2, sau đó quan sát GV hướng dẫn đặt tính.</w:t>
            </w: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viết phép tính vào bảng con.</w:t>
            </w:r>
          </w:p>
        </w:tc>
      </w:tr>
      <w:tr w:rsidR="009034A2" w:rsidRPr="009034A2" w:rsidTr="009034A2">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GV hướng dẫn đặt tính và nhân từ phải sang trái.</w:t>
            </w: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theo dõi: 2 nhân 4 bằng 8, viết 8; 2 nhân 3 bằng 6, viết 6; 2 nhân 0 bằng 0; 2 nhân 1 bằng 2.</w:t>
            </w:r>
          </w:p>
        </w:tc>
      </w:tr>
      <w:tr w:rsidR="009034A2" w:rsidRPr="009034A2" w:rsidTr="009034A2">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GV kết luận: 1 034 x 2 = 2 068.</w:t>
            </w: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nhắc lại kết quả.</w:t>
            </w:r>
          </w:p>
        </w:tc>
      </w:tr>
      <w:tr w:rsidR="009034A2" w:rsidRPr="009034A2" w:rsidTr="009034A2">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GV cho HS đọc thầm cá nhân tình huống ở phần b, sau đó 1 HS đọc to trước lớp.</w:t>
            </w: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đọc phép nhân 1 225 x 3.</w:t>
            </w:r>
          </w:p>
        </w:tc>
      </w:tr>
      <w:tr w:rsidR="009034A2" w:rsidRPr="009034A2" w:rsidTr="009034A2">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GV hướng dẫn phép nhân có nhớ: 3 nhân 5 bằng 15, viết 5 nhớ 1.</w:t>
            </w: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theo dõi các bước nhân có nhớ.</w:t>
            </w:r>
          </w:p>
        </w:tc>
      </w:tr>
      <w:tr w:rsidR="009034A2" w:rsidRPr="009034A2" w:rsidTr="009034A2">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GV kết luận: 1 225 x 3 = 3 675.</w:t>
            </w: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lắng nghe và ghi nhớ.</w:t>
            </w:r>
          </w:p>
        </w:tc>
      </w:tr>
      <w:tr w:rsidR="009034A2" w:rsidRPr="009034A2" w:rsidTr="009034A2">
        <w:trPr>
          <w:jc w:val="center"/>
        </w:trPr>
        <w:tc>
          <w:tcPr>
            <w:tcW w:w="5040" w:type="dxa"/>
            <w:tcBorders>
              <w:bottom w:val="single" w:sz="8" w:space="0" w:color="000000"/>
            </w:tcBorders>
            <w:shd w:val="clear" w:color="auto" w:fill="auto"/>
          </w:tcPr>
          <w:p w:rsidR="0065027F" w:rsidRPr="009034A2" w:rsidRDefault="00E50158">
            <w:pPr>
              <w:spacing w:after="0" w:line="240" w:lineRule="auto"/>
            </w:pPr>
            <w:r w:rsidRPr="009034A2">
              <w:rPr>
                <w:rFonts w:ascii="Times New Roman" w:eastAsia="Times New Roman" w:hAnsi="Times New Roman"/>
                <w:sz w:val="26"/>
              </w:rPr>
              <w:t>- Tích hợp ATGT: GV khai thác tranh tàu thuyền trong SGK và hỏi: Khi đi tàu, xe hoặc đứng ở bến, em cần làm gì để an toàn? GV diễn giải: Khi tham gia giao thông, HS phải xếp hàng, không chen lấn, không chạy nhảy gần mép bến, không đùa nghịch trên tàu xe và luôn nghe hướng dẫn của người lớn. Việc tính toán số bao gạo trên sà lan trong bài học cũng nhắc chúng ta quan sát cẩn thận và giữ an toàn khi sử dụng các phương tiện di chuyển.</w:t>
            </w:r>
          </w:p>
        </w:tc>
        <w:tc>
          <w:tcPr>
            <w:tcW w:w="5040" w:type="dxa"/>
            <w:tcBorders>
              <w:bottom w:val="single" w:sz="8" w:space="0" w:color="000000"/>
            </w:tcBorders>
            <w:shd w:val="clear" w:color="auto" w:fill="auto"/>
          </w:tcPr>
          <w:p w:rsidR="0065027F" w:rsidRPr="009034A2" w:rsidRDefault="00E50158">
            <w:pPr>
              <w:spacing w:after="0" w:line="240" w:lineRule="auto"/>
            </w:pPr>
            <w:r w:rsidRPr="009034A2">
              <w:rPr>
                <w:rFonts w:ascii="Times New Roman" w:eastAsia="Times New Roman" w:hAnsi="Times New Roman"/>
                <w:sz w:val="26"/>
              </w:rPr>
              <w:t>- HS trả lời: Em xếp hàng, không chen lấn, không đùa nghịch, nghe hướng dẫn của người lớn và mặc áo phao khi cần.</w:t>
            </w:r>
          </w:p>
        </w:tc>
      </w:tr>
      <w:tr w:rsidR="009034A2" w:rsidRPr="009034A2" w:rsidTr="009034A2">
        <w:trPr>
          <w:jc w:val="center"/>
        </w:trPr>
        <w:tc>
          <w:tcPr>
            <w:tcW w:w="10080" w:type="dxa"/>
            <w:gridSpan w:val="2"/>
            <w:tcBorders>
              <w:top w:val="single" w:sz="8" w:space="0" w:color="000000"/>
              <w:bottom w:val="single" w:sz="8" w:space="0" w:color="000000"/>
            </w:tcBorders>
            <w:shd w:val="clear" w:color="auto" w:fill="auto"/>
          </w:tcPr>
          <w:p w:rsidR="0065027F" w:rsidRPr="009034A2" w:rsidRDefault="00E50158">
            <w:pPr>
              <w:spacing w:after="0" w:line="240" w:lineRule="auto"/>
            </w:pPr>
            <w:r w:rsidRPr="009034A2">
              <w:rPr>
                <w:rFonts w:ascii="Times New Roman" w:eastAsia="Times New Roman" w:hAnsi="Times New Roman"/>
                <w:b/>
                <w:sz w:val="26"/>
              </w:rPr>
              <w:t>3. Hoạt động (13 phút):</w:t>
            </w:r>
          </w:p>
          <w:p w:rsidR="0065027F" w:rsidRPr="009034A2" w:rsidRDefault="00E50158">
            <w:pPr>
              <w:spacing w:after="0" w:line="240" w:lineRule="auto"/>
            </w:pPr>
            <w:r w:rsidRPr="009034A2">
              <w:rPr>
                <w:rFonts w:ascii="Times New Roman" w:eastAsia="Times New Roman" w:hAnsi="Times New Roman"/>
                <w:sz w:val="26"/>
              </w:rPr>
              <w:t>- Mục tiêu: Thực hành tính, đặt tính, tính nhẩm và giải toán chu vi hình vuông.</w:t>
            </w:r>
          </w:p>
          <w:p w:rsidR="0065027F" w:rsidRPr="009034A2" w:rsidRDefault="00E50158">
            <w:pPr>
              <w:spacing w:after="0" w:line="240" w:lineRule="auto"/>
            </w:pPr>
            <w:r w:rsidRPr="009034A2">
              <w:rPr>
                <w:rFonts w:ascii="Times New Roman" w:eastAsia="Times New Roman" w:hAnsi="Times New Roman"/>
                <w:sz w:val="26"/>
              </w:rPr>
              <w:t>*Cách tiến hành:</w:t>
            </w:r>
          </w:p>
        </w:tc>
      </w:tr>
      <w:tr w:rsidR="009034A2" w:rsidRPr="009034A2" w:rsidTr="009034A2">
        <w:trPr>
          <w:jc w:val="center"/>
        </w:trPr>
        <w:tc>
          <w:tcPr>
            <w:tcW w:w="5040" w:type="dxa"/>
            <w:tcBorders>
              <w:top w:val="single" w:sz="8" w:space="0" w:color="000000"/>
            </w:tcBorders>
            <w:shd w:val="clear" w:color="auto" w:fill="auto"/>
          </w:tcPr>
          <w:p w:rsidR="0065027F" w:rsidRPr="009034A2" w:rsidRDefault="00E50158">
            <w:pPr>
              <w:spacing w:after="0" w:line="240" w:lineRule="auto"/>
            </w:pPr>
            <w:r w:rsidRPr="009034A2">
              <w:rPr>
                <w:rFonts w:ascii="Times New Roman" w:eastAsia="Times New Roman" w:hAnsi="Times New Roman"/>
                <w:b/>
                <w:sz w:val="26"/>
              </w:rPr>
              <w:t>Bài 1. Tính. (Làm việc cá nhân)</w:t>
            </w:r>
          </w:p>
          <w:p w:rsidR="0065027F" w:rsidRPr="009034A2" w:rsidRDefault="00E50158">
            <w:pPr>
              <w:spacing w:after="0" w:line="240" w:lineRule="auto"/>
            </w:pPr>
            <w:r w:rsidRPr="009034A2">
              <w:rPr>
                <w:rFonts w:ascii="Times New Roman" w:eastAsia="Times New Roman" w:hAnsi="Times New Roman"/>
                <w:sz w:val="26"/>
              </w:rPr>
              <w:t>- HS quan sát Bài 1.</w:t>
            </w:r>
          </w:p>
          <w:p w:rsidR="0065027F" w:rsidRPr="009034A2" w:rsidRDefault="0065027F">
            <w:pPr>
              <w:spacing w:after="0" w:line="240" w:lineRule="auto"/>
              <w:jc w:val="center"/>
            </w:pPr>
          </w:p>
        </w:tc>
        <w:tc>
          <w:tcPr>
            <w:tcW w:w="5040" w:type="dxa"/>
            <w:tcBorders>
              <w:top w:val="single" w:sz="8" w:space="0" w:color="000000"/>
            </w:tcBorders>
            <w:shd w:val="clear" w:color="auto" w:fill="auto"/>
          </w:tcPr>
          <w:p w:rsidR="0065027F" w:rsidRPr="009034A2" w:rsidRDefault="00E50158">
            <w:pPr>
              <w:spacing w:after="0" w:line="240" w:lineRule="auto"/>
            </w:pPr>
            <w:r w:rsidRPr="009034A2">
              <w:rPr>
                <w:rFonts w:ascii="Times New Roman" w:eastAsia="Times New Roman" w:hAnsi="Times New Roman"/>
                <w:sz w:val="26"/>
              </w:rPr>
              <w:t>- HS quan sát các phép tính đặt sẵn.</w:t>
            </w:r>
          </w:p>
        </w:tc>
      </w:tr>
      <w:tr w:rsidR="009034A2" w:rsidRPr="009034A2" w:rsidTr="009034A2">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GV cho HS đọc cá nhân yêu cầu Bài 1, sau đó 1 HS đọc to trước lớp.</w:t>
            </w: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đọc: Tính.</w:t>
            </w:r>
          </w:p>
        </w:tc>
      </w:tr>
      <w:tr w:rsidR="009034A2" w:rsidRPr="009034A2" w:rsidTr="009034A2">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GV cho HS làm cá nhân vào vở bốn phép tính.</w:t>
            </w: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làm bài cá nhân.</w:t>
            </w:r>
          </w:p>
        </w:tc>
      </w:tr>
      <w:tr w:rsidR="009034A2" w:rsidRPr="009034A2" w:rsidTr="009034A2">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GV mời HS nêu kết quả từng phép tính.</w:t>
            </w: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nêu: 1 014 x 5 = 5 070; 3 148 x 2 = 6 296; 2 109 x 3 = 6 327; 2 051 x 4 = 8 204.</w:t>
            </w:r>
          </w:p>
        </w:tc>
      </w:tr>
      <w:tr w:rsidR="009034A2" w:rsidRPr="009034A2" w:rsidTr="009034A2">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GV hỏi: Phép tính nào có nhớ?</w:t>
            </w: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trả lời theo bài làm, nêu phép nhân có nhớ.</w:t>
            </w:r>
          </w:p>
        </w:tc>
      </w:tr>
      <w:tr w:rsidR="009034A2" w:rsidRPr="009034A2" w:rsidTr="009034A2">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GV kết luận: Khi nhân, cần viết kết quả đúng hàng và nhớ đúng sang hàng bên trái.</w:t>
            </w: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lắng nghe.</w:t>
            </w:r>
          </w:p>
        </w:tc>
      </w:tr>
      <w:tr w:rsidR="009034A2" w:rsidRPr="009034A2" w:rsidTr="009034A2">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b/>
                <w:sz w:val="26"/>
              </w:rPr>
              <w:t>Bài 2. Đặt tính rồi tính. (Làm việc cá nhân)</w:t>
            </w:r>
          </w:p>
          <w:p w:rsidR="0065027F" w:rsidRPr="009034A2" w:rsidRDefault="00E50158">
            <w:pPr>
              <w:spacing w:after="0" w:line="240" w:lineRule="auto"/>
            </w:pPr>
            <w:r w:rsidRPr="009034A2">
              <w:rPr>
                <w:rFonts w:ascii="Times New Roman" w:eastAsia="Times New Roman" w:hAnsi="Times New Roman"/>
                <w:sz w:val="26"/>
              </w:rPr>
              <w:t>- HS quan sát Bài 2.</w:t>
            </w:r>
          </w:p>
          <w:p w:rsidR="0065027F" w:rsidRPr="009034A2" w:rsidRDefault="0065027F" w:rsidP="009034A2">
            <w:pPr>
              <w:spacing w:after="0" w:line="240" w:lineRule="auto"/>
            </w:pP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quan sát các phép nhân.</w:t>
            </w:r>
          </w:p>
        </w:tc>
      </w:tr>
      <w:tr w:rsidR="009034A2" w:rsidRPr="009034A2" w:rsidTr="009034A2">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GV cho HS đọc cá nhân yêu cầu Bài 2, sau đó 1 HS đọc to trước lớp.</w:t>
            </w: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đọc: Đặt tính rồi tính.</w:t>
            </w:r>
          </w:p>
        </w:tc>
      </w:tr>
      <w:tr w:rsidR="009034A2" w:rsidRPr="009034A2" w:rsidTr="009034A2">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xml:space="preserve">- GV nhắc HS viết thừa số thứ hai dưới hàng </w:t>
            </w:r>
            <w:r w:rsidRPr="009034A2">
              <w:rPr>
                <w:rFonts w:ascii="Times New Roman" w:eastAsia="Times New Roman" w:hAnsi="Times New Roman"/>
                <w:sz w:val="26"/>
              </w:rPr>
              <w:lastRenderedPageBreak/>
              <w:t>đơn vị.</w:t>
            </w: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lastRenderedPageBreak/>
              <w:t>- HS đặt tính vào vở.</w:t>
            </w:r>
          </w:p>
        </w:tc>
      </w:tr>
      <w:tr w:rsidR="009034A2" w:rsidRPr="009034A2" w:rsidTr="009034A2">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lastRenderedPageBreak/>
              <w:t>- GV cho HS làm cá nhân vào vở, tính từng phép nhân.</w:t>
            </w: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tính: 1 103 x 3 = 3 309; 1 021 x 9 = 9 189; 2 041 x 4 = 8 164.</w:t>
            </w:r>
          </w:p>
        </w:tc>
      </w:tr>
      <w:tr w:rsidR="009034A2" w:rsidRPr="009034A2" w:rsidTr="009034A2">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GV mời HS trình bày một phép nhân trên bảng.</w:t>
            </w: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trình bày và nêu cách nhân từ phải sang trái.</w:t>
            </w:r>
          </w:p>
        </w:tc>
      </w:tr>
      <w:tr w:rsidR="009034A2" w:rsidRPr="009034A2" w:rsidTr="009034A2">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GV kết luận: Đặt tính đúng giúp nhân đúng từng hàng.</w:t>
            </w: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lắng nghe.</w:t>
            </w:r>
          </w:p>
        </w:tc>
      </w:tr>
      <w:tr w:rsidR="009034A2" w:rsidRPr="009034A2" w:rsidTr="009034A2">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b/>
                <w:sz w:val="26"/>
              </w:rPr>
              <w:t>Bài 3. Tính nhẩm theo mẫu. (Làm việc cá nhân)</w:t>
            </w:r>
          </w:p>
          <w:p w:rsidR="0065027F" w:rsidRPr="009034A2" w:rsidRDefault="00E50158">
            <w:pPr>
              <w:spacing w:after="0" w:line="240" w:lineRule="auto"/>
            </w:pPr>
            <w:r w:rsidRPr="009034A2">
              <w:rPr>
                <w:rFonts w:ascii="Times New Roman" w:eastAsia="Times New Roman" w:hAnsi="Times New Roman"/>
                <w:sz w:val="26"/>
              </w:rPr>
              <w:t>- HS quan sát Bài 3.</w:t>
            </w:r>
          </w:p>
          <w:p w:rsidR="0065027F" w:rsidRPr="009034A2" w:rsidRDefault="0065027F">
            <w:pPr>
              <w:spacing w:after="0" w:line="240" w:lineRule="auto"/>
              <w:jc w:val="center"/>
            </w:pP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quan sát mẫu.</w:t>
            </w:r>
          </w:p>
        </w:tc>
      </w:tr>
      <w:tr w:rsidR="009034A2" w:rsidRPr="009034A2" w:rsidTr="009034A2">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GV cho HS đọc cá nhân yêu cầu Bài 3, sau đó 1 HS đọc to trước lớp.</w:t>
            </w: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đọc: Tính nhẩm theo mẫu.</w:t>
            </w:r>
          </w:p>
        </w:tc>
      </w:tr>
      <w:tr w:rsidR="009034A2" w:rsidRPr="009034A2" w:rsidTr="009034A2">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GV hướng dẫn mẫu 2 000 x 3 = 6 000.</w:t>
            </w: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lắng nghe cách nhẩm.</w:t>
            </w:r>
          </w:p>
        </w:tc>
      </w:tr>
      <w:tr w:rsidR="009034A2" w:rsidRPr="009034A2" w:rsidTr="009034A2">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GV cho HS làm cá nhân vào vở các phép tính còn lại.</w:t>
            </w: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làm: a) 8 000; b) 9 000; c) 8 000.</w:t>
            </w:r>
          </w:p>
        </w:tc>
      </w:tr>
      <w:tr w:rsidR="009034A2" w:rsidRPr="009034A2" w:rsidTr="009034A2">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GV kết luận: Khi nhân số tròn nghìn với số có một chữ số, có thể nhẩm theo số nghìn.</w:t>
            </w: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lắng nghe.</w:t>
            </w:r>
          </w:p>
        </w:tc>
      </w:tr>
      <w:tr w:rsidR="009034A2" w:rsidRPr="009034A2" w:rsidTr="009034A2">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b/>
                <w:sz w:val="26"/>
              </w:rPr>
              <w:t>Bài 4. Tính chu vi khu đất hình vuông. (Làm việc cá nhân)</w:t>
            </w:r>
          </w:p>
          <w:p w:rsidR="0065027F" w:rsidRPr="009034A2" w:rsidRDefault="00E50158">
            <w:pPr>
              <w:spacing w:after="0" w:line="240" w:lineRule="auto"/>
            </w:pPr>
            <w:r w:rsidRPr="009034A2">
              <w:rPr>
                <w:rFonts w:ascii="Times New Roman" w:eastAsia="Times New Roman" w:hAnsi="Times New Roman"/>
                <w:sz w:val="26"/>
              </w:rPr>
              <w:t>- HS quan sát Bài 4.</w:t>
            </w:r>
          </w:p>
          <w:p w:rsidR="0065027F" w:rsidRPr="009034A2" w:rsidRDefault="0065027F">
            <w:pPr>
              <w:spacing w:after="0" w:line="240" w:lineRule="auto"/>
              <w:jc w:val="center"/>
            </w:pP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đọc đề bài.</w:t>
            </w:r>
          </w:p>
        </w:tc>
      </w:tr>
      <w:tr w:rsidR="009034A2" w:rsidRPr="009034A2" w:rsidTr="009034A2">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GV yêu cầu HS đọc đề Bài 4.</w:t>
            </w: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đọc: Một khu đất dạng hình vuông có độ dài cạnh là 1 617 m. Hỏi chu vi khu đất đó là bao nhiêu mét?</w:t>
            </w:r>
          </w:p>
        </w:tc>
      </w:tr>
      <w:tr w:rsidR="009034A2" w:rsidRPr="009034A2" w:rsidTr="009034A2">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GV hỏi: Muốn tính chu vi hình vuông, ta làm thế nào?</w:t>
            </w: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trả lời: Lấy độ dài một cạnh nhân với 4.</w:t>
            </w:r>
          </w:p>
        </w:tc>
      </w:tr>
      <w:tr w:rsidR="009034A2" w:rsidRPr="009034A2" w:rsidTr="009034A2">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GV yêu cầu HS trình bày bài giải.</w:t>
            </w: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trình bày: Chu vi khu đất là 1 617 x 4 = 6 468 (m). Đáp số: 6 468 m.</w:t>
            </w:r>
          </w:p>
        </w:tc>
      </w:tr>
      <w:tr w:rsidR="009034A2" w:rsidRPr="009034A2" w:rsidTr="009034A2">
        <w:trPr>
          <w:jc w:val="center"/>
        </w:trPr>
        <w:tc>
          <w:tcPr>
            <w:tcW w:w="5040" w:type="dxa"/>
            <w:tcBorders>
              <w:bottom w:val="single" w:sz="8" w:space="0" w:color="000000"/>
            </w:tcBorders>
            <w:shd w:val="clear" w:color="auto" w:fill="auto"/>
          </w:tcPr>
          <w:p w:rsidR="0065027F" w:rsidRPr="009034A2" w:rsidRDefault="00E50158">
            <w:pPr>
              <w:spacing w:after="0" w:line="240" w:lineRule="auto"/>
            </w:pPr>
            <w:r w:rsidRPr="009034A2">
              <w:rPr>
                <w:rFonts w:ascii="Times New Roman" w:eastAsia="Times New Roman" w:hAnsi="Times New Roman"/>
                <w:sz w:val="26"/>
              </w:rPr>
              <w:t>- GV kết luận: Chu vi hình vuông bằng độ dài một cạnh nhân với 4.</w:t>
            </w:r>
          </w:p>
        </w:tc>
        <w:tc>
          <w:tcPr>
            <w:tcW w:w="5040" w:type="dxa"/>
            <w:tcBorders>
              <w:bottom w:val="single" w:sz="8" w:space="0" w:color="000000"/>
            </w:tcBorders>
            <w:shd w:val="clear" w:color="auto" w:fill="auto"/>
          </w:tcPr>
          <w:p w:rsidR="0065027F" w:rsidRPr="009034A2" w:rsidRDefault="00E50158">
            <w:pPr>
              <w:spacing w:after="0" w:line="240" w:lineRule="auto"/>
            </w:pPr>
            <w:r w:rsidRPr="009034A2">
              <w:rPr>
                <w:rFonts w:ascii="Times New Roman" w:eastAsia="Times New Roman" w:hAnsi="Times New Roman"/>
                <w:sz w:val="26"/>
              </w:rPr>
              <w:t>- HS lắng nghe.</w:t>
            </w:r>
          </w:p>
        </w:tc>
      </w:tr>
      <w:tr w:rsidR="009034A2" w:rsidRPr="009034A2" w:rsidTr="009034A2">
        <w:trPr>
          <w:jc w:val="center"/>
        </w:trPr>
        <w:tc>
          <w:tcPr>
            <w:tcW w:w="10080" w:type="dxa"/>
            <w:gridSpan w:val="2"/>
            <w:tcBorders>
              <w:top w:val="single" w:sz="8" w:space="0" w:color="000000"/>
              <w:bottom w:val="single" w:sz="8" w:space="0" w:color="000000"/>
            </w:tcBorders>
            <w:shd w:val="clear" w:color="auto" w:fill="auto"/>
          </w:tcPr>
          <w:p w:rsidR="0065027F" w:rsidRPr="009034A2" w:rsidRDefault="00E50158">
            <w:pPr>
              <w:spacing w:after="0" w:line="240" w:lineRule="auto"/>
            </w:pPr>
            <w:r w:rsidRPr="009034A2">
              <w:rPr>
                <w:rFonts w:ascii="Times New Roman" w:eastAsia="Times New Roman" w:hAnsi="Times New Roman"/>
                <w:b/>
                <w:sz w:val="26"/>
              </w:rPr>
              <w:t>4. Vận dụng - Trải nghiệm (5 phút):</w:t>
            </w:r>
          </w:p>
          <w:p w:rsidR="0065027F" w:rsidRPr="009034A2" w:rsidRDefault="00E50158">
            <w:pPr>
              <w:spacing w:after="0" w:line="240" w:lineRule="auto"/>
            </w:pPr>
            <w:r w:rsidRPr="009034A2">
              <w:rPr>
                <w:rFonts w:ascii="Times New Roman" w:eastAsia="Times New Roman" w:hAnsi="Times New Roman"/>
                <w:sz w:val="26"/>
              </w:rPr>
              <w:t>- Mục tiêu: Củng cố kiến thức của tiết học, liên hệ thực tế, nhận xét kết quả học tập và giao nhiệm vụ về nhà.</w:t>
            </w:r>
          </w:p>
          <w:p w:rsidR="0065027F" w:rsidRPr="009034A2" w:rsidRDefault="00E50158">
            <w:pPr>
              <w:spacing w:after="0" w:line="240" w:lineRule="auto"/>
            </w:pPr>
            <w:r w:rsidRPr="009034A2">
              <w:rPr>
                <w:rFonts w:ascii="Times New Roman" w:eastAsia="Times New Roman" w:hAnsi="Times New Roman"/>
                <w:sz w:val="26"/>
              </w:rPr>
              <w:t>*Cách tiến hành:</w:t>
            </w:r>
          </w:p>
        </w:tc>
      </w:tr>
      <w:tr w:rsidR="009034A2" w:rsidRPr="009034A2" w:rsidTr="009034A2">
        <w:trPr>
          <w:jc w:val="center"/>
        </w:trPr>
        <w:tc>
          <w:tcPr>
            <w:tcW w:w="5040" w:type="dxa"/>
            <w:tcBorders>
              <w:top w:val="single" w:sz="8" w:space="0" w:color="000000"/>
            </w:tcBorders>
            <w:shd w:val="clear" w:color="auto" w:fill="auto"/>
          </w:tcPr>
          <w:p w:rsidR="0065027F" w:rsidRPr="009034A2" w:rsidRDefault="00E50158">
            <w:pPr>
              <w:spacing w:after="0" w:line="240" w:lineRule="auto"/>
            </w:pPr>
            <w:r w:rsidRPr="009034A2">
              <w:rPr>
                <w:rFonts w:ascii="Times New Roman" w:eastAsia="Times New Roman" w:hAnsi="Times New Roman"/>
                <w:sz w:val="26"/>
              </w:rPr>
              <w:t>- GV hỏi: Khi nhân số có bốn chữ số với số có một chữ số, em thực hiện theo thứ tự nào?</w:t>
            </w:r>
          </w:p>
        </w:tc>
        <w:tc>
          <w:tcPr>
            <w:tcW w:w="5040" w:type="dxa"/>
            <w:tcBorders>
              <w:top w:val="single" w:sz="8" w:space="0" w:color="000000"/>
            </w:tcBorders>
            <w:shd w:val="clear" w:color="auto" w:fill="auto"/>
          </w:tcPr>
          <w:p w:rsidR="0065027F" w:rsidRPr="009034A2" w:rsidRDefault="00E50158">
            <w:pPr>
              <w:spacing w:after="0" w:line="240" w:lineRule="auto"/>
            </w:pPr>
            <w:r w:rsidRPr="009034A2">
              <w:rPr>
                <w:rFonts w:ascii="Times New Roman" w:eastAsia="Times New Roman" w:hAnsi="Times New Roman"/>
                <w:sz w:val="26"/>
              </w:rPr>
              <w:t>- HS trả lời: Em nhân từ phải sang trái, bắt đầu từ hàng đơn vị, rồi đến hàng chục, hàng trăm, hàng nghìn.</w:t>
            </w:r>
          </w:p>
        </w:tc>
      </w:tr>
      <w:tr w:rsidR="009034A2" w:rsidRPr="009034A2" w:rsidTr="009034A2">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GV hỏi: Nếu trong quá trình nhân có nhớ, em cần làm gì?</w:t>
            </w: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trả lời: Em viết chữ số hàng đơn vị của tích, nhớ phần chục sang hàng bên trái và cộng phần nhớ vào lượt nhân tiếp theo.</w:t>
            </w:r>
          </w:p>
        </w:tc>
      </w:tr>
      <w:tr w:rsidR="009034A2" w:rsidRPr="009034A2" w:rsidTr="009034A2">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GV liên hệ ATGT: Khi đi tàu, xe hoặc đứng ở bến, em cần làm gì để an toàn?</w:t>
            </w: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trả lời: Em xếp hàng, không chen lấn, không đùa nghịch, nghe hướng dẫn của người lớn và mặc áo phao khi cần.</w:t>
            </w:r>
          </w:p>
        </w:tc>
      </w:tr>
      <w:tr w:rsidR="009034A2" w:rsidRPr="009034A2" w:rsidTr="009034A2">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xml:space="preserve">- GV nhận xét tiết học: HS biết đặt tính nhân, tính đúng và liên hệ an toàn giao thông; tuyên </w:t>
            </w:r>
            <w:r w:rsidRPr="009034A2">
              <w:rPr>
                <w:rFonts w:ascii="Times New Roman" w:eastAsia="Times New Roman" w:hAnsi="Times New Roman"/>
                <w:sz w:val="26"/>
              </w:rPr>
              <w:lastRenderedPageBreak/>
              <w:t>dương HS trình bày rõ cách nhân.</w:t>
            </w: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lastRenderedPageBreak/>
              <w:t>- HS lắng nghe, tự đánh giá mức độ hiểu bài.</w:t>
            </w:r>
          </w:p>
        </w:tc>
      </w:tr>
      <w:tr w:rsidR="009034A2" w:rsidRPr="009034A2" w:rsidTr="009034A2">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lastRenderedPageBreak/>
              <w:t>- GV dặn dò: Về nhà luyện 3 phép nhân có nhớ, đọc trước phần luyện tập tiếp theo của Bài 56.</w:t>
            </w: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ghi nhớ nhiệm vụ về nhà.</w:t>
            </w:r>
          </w:p>
        </w:tc>
      </w:tr>
    </w:tbl>
    <w:p w:rsidR="0065027F" w:rsidRPr="009034A2" w:rsidRDefault="00E50158">
      <w:pPr>
        <w:spacing w:after="0" w:line="240" w:lineRule="auto"/>
      </w:pPr>
      <w:r w:rsidRPr="009034A2">
        <w:rPr>
          <w:rFonts w:ascii="Times New Roman" w:eastAsia="Times New Roman" w:hAnsi="Times New Roman"/>
          <w:b/>
          <w:sz w:val="26"/>
        </w:rPr>
        <w:t>IV. ĐIỀU CHỈNH SAU BÀI DẠY:</w:t>
      </w:r>
    </w:p>
    <w:p w:rsidR="0065027F" w:rsidRPr="009034A2" w:rsidRDefault="00E50158">
      <w:pPr>
        <w:spacing w:after="0" w:line="240" w:lineRule="auto"/>
      </w:pPr>
      <w:r w:rsidRPr="009034A2">
        <w:rPr>
          <w:rFonts w:ascii="Times New Roman" w:eastAsia="Times New Roman" w:hAnsi="Times New Roman"/>
          <w:sz w:val="26"/>
        </w:rPr>
        <w:t>.......................................................................................................................................</w:t>
      </w:r>
    </w:p>
    <w:p w:rsidR="0065027F" w:rsidRPr="009034A2" w:rsidRDefault="00E50158">
      <w:pPr>
        <w:spacing w:after="0" w:line="240" w:lineRule="auto"/>
      </w:pPr>
      <w:r w:rsidRPr="009034A2">
        <w:rPr>
          <w:rFonts w:ascii="Times New Roman" w:eastAsia="Times New Roman" w:hAnsi="Times New Roman"/>
          <w:sz w:val="26"/>
        </w:rPr>
        <w:t>.......................................................................................................................................</w:t>
      </w:r>
    </w:p>
    <w:p w:rsidR="0065027F" w:rsidRPr="009034A2" w:rsidRDefault="00E50158">
      <w:pPr>
        <w:spacing w:after="0" w:line="240" w:lineRule="auto"/>
        <w:jc w:val="center"/>
      </w:pPr>
      <w:r w:rsidRPr="009034A2">
        <w:rPr>
          <w:rFonts w:ascii="Times New Roman" w:eastAsia="Times New Roman" w:hAnsi="Times New Roman"/>
          <w:b/>
          <w:sz w:val="28"/>
        </w:rPr>
        <w:t>TUẦN 24</w:t>
      </w:r>
    </w:p>
    <w:p w:rsidR="0065027F" w:rsidRPr="009034A2" w:rsidRDefault="00E50158">
      <w:pPr>
        <w:spacing w:after="0" w:line="240" w:lineRule="auto"/>
        <w:jc w:val="center"/>
      </w:pPr>
      <w:r w:rsidRPr="009034A2">
        <w:rPr>
          <w:rFonts w:ascii="Times New Roman" w:eastAsia="Times New Roman" w:hAnsi="Times New Roman"/>
          <w:b/>
          <w:sz w:val="28"/>
        </w:rPr>
        <w:t>KẾ HOẠCH BÀI DẠY MÔN TOÁN 3</w:t>
      </w:r>
    </w:p>
    <w:p w:rsidR="0065027F" w:rsidRPr="009034A2" w:rsidRDefault="00E50158">
      <w:pPr>
        <w:spacing w:after="0" w:line="240" w:lineRule="auto"/>
        <w:jc w:val="center"/>
      </w:pPr>
      <w:r w:rsidRPr="009034A2">
        <w:rPr>
          <w:rFonts w:ascii="Times New Roman" w:eastAsia="Times New Roman" w:hAnsi="Times New Roman"/>
          <w:b/>
          <w:sz w:val="26"/>
        </w:rPr>
        <w:t>CHỦ ĐỀ 10: CỘNG, TRỪ, NHÂN, CHIA TRONG PHẠM VI 10 000</w:t>
      </w:r>
    </w:p>
    <w:p w:rsidR="0065027F" w:rsidRPr="009034A2" w:rsidRDefault="00E50158">
      <w:pPr>
        <w:spacing w:after="0" w:line="240" w:lineRule="auto"/>
        <w:jc w:val="center"/>
      </w:pPr>
      <w:r w:rsidRPr="009034A2">
        <w:rPr>
          <w:rFonts w:ascii="Times New Roman" w:eastAsia="Times New Roman" w:hAnsi="Times New Roman"/>
          <w:b/>
          <w:sz w:val="26"/>
        </w:rPr>
        <w:t>Bài 56: NHÂN SỐ CÓ BỐN CHỮ SỐ VỚI SỐ CÓ MỘT CHỮ SỐ (Tiết 2) - Trang 44, 45</w:t>
      </w:r>
    </w:p>
    <w:p w:rsidR="0065027F" w:rsidRPr="009034A2" w:rsidRDefault="00E50158">
      <w:pPr>
        <w:spacing w:after="0" w:line="240" w:lineRule="auto"/>
      </w:pPr>
      <w:r w:rsidRPr="009034A2">
        <w:rPr>
          <w:rFonts w:ascii="Times New Roman" w:eastAsia="Times New Roman" w:hAnsi="Times New Roman"/>
          <w:b/>
          <w:sz w:val="26"/>
        </w:rPr>
        <w:t>I. YÊU CẦU CẦN ĐẠT:</w:t>
      </w:r>
    </w:p>
    <w:p w:rsidR="0065027F" w:rsidRPr="009034A2" w:rsidRDefault="00E50158">
      <w:pPr>
        <w:spacing w:after="0" w:line="240" w:lineRule="auto"/>
      </w:pPr>
      <w:r w:rsidRPr="009034A2">
        <w:rPr>
          <w:rFonts w:ascii="Times New Roman" w:eastAsia="Times New Roman" w:hAnsi="Times New Roman"/>
          <w:b/>
          <w:sz w:val="26"/>
        </w:rPr>
        <w:t>1. Năng lực đặc thù:</w:t>
      </w:r>
    </w:p>
    <w:p w:rsidR="0065027F" w:rsidRPr="009034A2" w:rsidRDefault="00E50158">
      <w:pPr>
        <w:spacing w:after="0" w:line="240" w:lineRule="auto"/>
      </w:pPr>
      <w:r w:rsidRPr="009034A2">
        <w:rPr>
          <w:rFonts w:ascii="Times New Roman" w:eastAsia="Times New Roman" w:hAnsi="Times New Roman"/>
          <w:sz w:val="26"/>
        </w:rPr>
        <w:t>- Củng cố đặt tính và tính nhân số có bốn chữ số với số có một chữ số.</w:t>
      </w:r>
    </w:p>
    <w:p w:rsidR="0065027F" w:rsidRPr="009034A2" w:rsidRDefault="00E50158">
      <w:pPr>
        <w:spacing w:after="0" w:line="240" w:lineRule="auto"/>
      </w:pPr>
      <w:r w:rsidRPr="009034A2">
        <w:rPr>
          <w:rFonts w:ascii="Times New Roman" w:eastAsia="Times New Roman" w:hAnsi="Times New Roman"/>
          <w:sz w:val="26"/>
        </w:rPr>
        <w:t>- Tìm được số thích hợp trong dãy phép tính liên tiếp.</w:t>
      </w:r>
    </w:p>
    <w:p w:rsidR="0065027F" w:rsidRPr="009034A2" w:rsidRDefault="00E50158">
      <w:pPr>
        <w:spacing w:after="0" w:line="240" w:lineRule="auto"/>
      </w:pPr>
      <w:r w:rsidRPr="009034A2">
        <w:rPr>
          <w:rFonts w:ascii="Times New Roman" w:eastAsia="Times New Roman" w:hAnsi="Times New Roman"/>
          <w:sz w:val="26"/>
        </w:rPr>
        <w:t>- Giải được bài toán thực tế liên quan đến phép nhân.</w:t>
      </w:r>
    </w:p>
    <w:p w:rsidR="0065027F" w:rsidRPr="009034A2" w:rsidRDefault="00E50158">
      <w:pPr>
        <w:spacing w:after="0" w:line="240" w:lineRule="auto"/>
      </w:pPr>
      <w:r w:rsidRPr="009034A2">
        <w:rPr>
          <w:rFonts w:ascii="Times New Roman" w:eastAsia="Times New Roman" w:hAnsi="Times New Roman"/>
          <w:sz w:val="26"/>
        </w:rPr>
        <w:t>- Biết kiểm tra dữ liệu đầu vào trước khi tính hoặc nhập vào công cụ số.</w:t>
      </w:r>
    </w:p>
    <w:p w:rsidR="0065027F" w:rsidRPr="009034A2" w:rsidRDefault="00E50158">
      <w:pPr>
        <w:spacing w:after="0" w:line="240" w:lineRule="auto"/>
      </w:pPr>
      <w:r w:rsidRPr="009034A2">
        <w:rPr>
          <w:rFonts w:ascii="Times New Roman" w:eastAsia="Times New Roman" w:hAnsi="Times New Roman"/>
          <w:b/>
          <w:sz w:val="26"/>
        </w:rPr>
        <w:t>2. Năng lực chung:</w:t>
      </w:r>
    </w:p>
    <w:p w:rsidR="0065027F" w:rsidRPr="009034A2" w:rsidRDefault="00E50158">
      <w:pPr>
        <w:spacing w:after="0" w:line="240" w:lineRule="auto"/>
      </w:pPr>
      <w:r w:rsidRPr="009034A2">
        <w:rPr>
          <w:rFonts w:ascii="Times New Roman" w:eastAsia="Times New Roman" w:hAnsi="Times New Roman"/>
          <w:sz w:val="26"/>
        </w:rPr>
        <w:t>- Tự chủ, tự học: tự đặt tính, tính và kiểm tra kết quả.</w:t>
      </w:r>
    </w:p>
    <w:p w:rsidR="0065027F" w:rsidRPr="009034A2" w:rsidRDefault="00E50158">
      <w:pPr>
        <w:spacing w:after="0" w:line="240" w:lineRule="auto"/>
      </w:pPr>
      <w:r w:rsidRPr="009034A2">
        <w:rPr>
          <w:rFonts w:ascii="Times New Roman" w:eastAsia="Times New Roman" w:hAnsi="Times New Roman"/>
          <w:sz w:val="26"/>
        </w:rPr>
        <w:t>- Giao tiếp và hợp tác: trao đổi nhóm khi giải thích dãy phép tính.</w:t>
      </w:r>
    </w:p>
    <w:p w:rsidR="0065027F" w:rsidRPr="009034A2" w:rsidRDefault="00E50158">
      <w:pPr>
        <w:spacing w:after="0" w:line="240" w:lineRule="auto"/>
      </w:pPr>
      <w:r w:rsidRPr="009034A2">
        <w:rPr>
          <w:rFonts w:ascii="Times New Roman" w:eastAsia="Times New Roman" w:hAnsi="Times New Roman"/>
          <w:sz w:val="26"/>
        </w:rPr>
        <w:t>- Giải quyết vấn đề và sáng tạo: phát hiện hậu quả khi nhập sai dữ liệu.</w:t>
      </w:r>
    </w:p>
    <w:p w:rsidR="0065027F" w:rsidRPr="009034A2" w:rsidRDefault="00E50158">
      <w:pPr>
        <w:spacing w:after="0" w:line="240" w:lineRule="auto"/>
      </w:pPr>
      <w:r w:rsidRPr="009034A2">
        <w:rPr>
          <w:rFonts w:ascii="Times New Roman" w:eastAsia="Times New Roman" w:hAnsi="Times New Roman"/>
          <w:b/>
          <w:sz w:val="26"/>
        </w:rPr>
        <w:t>3. Phẩm chất:</w:t>
      </w:r>
    </w:p>
    <w:p w:rsidR="0065027F" w:rsidRPr="009034A2" w:rsidRDefault="00E50158">
      <w:pPr>
        <w:spacing w:after="0" w:line="240" w:lineRule="auto"/>
      </w:pPr>
      <w:r w:rsidRPr="009034A2">
        <w:rPr>
          <w:rFonts w:ascii="Times New Roman" w:eastAsia="Times New Roman" w:hAnsi="Times New Roman"/>
          <w:sz w:val="26"/>
        </w:rPr>
        <w:t>- Chăm chỉ: luyện tập tính nhân cẩn thận.</w:t>
      </w:r>
    </w:p>
    <w:p w:rsidR="0065027F" w:rsidRPr="009034A2" w:rsidRDefault="00E50158">
      <w:pPr>
        <w:spacing w:after="0" w:line="240" w:lineRule="auto"/>
      </w:pPr>
      <w:r w:rsidRPr="009034A2">
        <w:rPr>
          <w:rFonts w:ascii="Times New Roman" w:eastAsia="Times New Roman" w:hAnsi="Times New Roman"/>
          <w:sz w:val="26"/>
        </w:rPr>
        <w:t>- Trung thực: tự sửa lỗi khi nhập hoặc tính sai số liệu.</w:t>
      </w:r>
    </w:p>
    <w:p w:rsidR="0065027F" w:rsidRPr="009034A2" w:rsidRDefault="00E50158">
      <w:pPr>
        <w:spacing w:after="0" w:line="240" w:lineRule="auto"/>
      </w:pPr>
      <w:r w:rsidRPr="009034A2">
        <w:rPr>
          <w:rFonts w:ascii="Times New Roman" w:eastAsia="Times New Roman" w:hAnsi="Times New Roman"/>
          <w:sz w:val="26"/>
        </w:rPr>
        <w:t>- Trách nhiệm: sử dụng công cụ số có kiểm tra, không phụ thuộc máy móc.</w:t>
      </w:r>
    </w:p>
    <w:p w:rsidR="0065027F" w:rsidRPr="009034A2" w:rsidRDefault="00E50158">
      <w:pPr>
        <w:spacing w:after="0" w:line="240" w:lineRule="auto"/>
      </w:pPr>
      <w:r w:rsidRPr="009034A2">
        <w:rPr>
          <w:rFonts w:ascii="Times New Roman" w:eastAsia="Times New Roman" w:hAnsi="Times New Roman"/>
          <w:b/>
          <w:sz w:val="26"/>
        </w:rPr>
        <w:t>4. Tích hợp:</w:t>
      </w:r>
    </w:p>
    <w:p w:rsidR="0065027F" w:rsidRPr="009034A2" w:rsidRDefault="00E50158">
      <w:pPr>
        <w:spacing w:after="0" w:line="240" w:lineRule="auto"/>
      </w:pPr>
      <w:r w:rsidRPr="009034A2">
        <w:rPr>
          <w:rFonts w:ascii="Times New Roman" w:eastAsia="Times New Roman" w:hAnsi="Times New Roman"/>
          <w:sz w:val="26"/>
        </w:rPr>
        <w:t>- Tích hợp AI (Khung 3439) - 3.D2.1: HS hiểu dữ liệu đầu vào chính xác rất quan trọng đối với hệ thống thông minh. GV nêu tình huống nhập sai số lượng hàng hoặc số liệu trong phép nhân vào phần mềm; HS thảo luận hậu quả và liên hệ việc đặt tính nhân phải đúng hàng, đúng số.</w:t>
      </w:r>
    </w:p>
    <w:p w:rsidR="0065027F" w:rsidRPr="009034A2" w:rsidRDefault="00E50158">
      <w:pPr>
        <w:spacing w:after="0" w:line="240" w:lineRule="auto"/>
      </w:pPr>
      <w:r w:rsidRPr="009034A2">
        <w:rPr>
          <w:rFonts w:ascii="Times New Roman" w:eastAsia="Times New Roman" w:hAnsi="Times New Roman"/>
          <w:b/>
          <w:sz w:val="26"/>
        </w:rPr>
        <w:t>II. ĐỒ DÙNG DẠY HỌC</w:t>
      </w:r>
    </w:p>
    <w:p w:rsidR="0065027F" w:rsidRPr="009034A2" w:rsidRDefault="00E50158">
      <w:pPr>
        <w:spacing w:after="0" w:line="240" w:lineRule="auto"/>
      </w:pPr>
      <w:r w:rsidRPr="009034A2">
        <w:rPr>
          <w:rFonts w:ascii="Times New Roman" w:eastAsia="Times New Roman" w:hAnsi="Times New Roman"/>
          <w:sz w:val="26"/>
        </w:rPr>
        <w:t>- Kế hoạch bài dạy, SGK Toán 3 tập hai, bài giảng PowerPoint.</w:t>
      </w:r>
    </w:p>
    <w:p w:rsidR="0065027F" w:rsidRPr="009034A2" w:rsidRDefault="00E50158">
      <w:pPr>
        <w:spacing w:after="0" w:line="240" w:lineRule="auto"/>
      </w:pPr>
      <w:r w:rsidRPr="009034A2">
        <w:rPr>
          <w:rFonts w:ascii="Times New Roman" w:eastAsia="Times New Roman" w:hAnsi="Times New Roman"/>
          <w:sz w:val="26"/>
        </w:rPr>
        <w:t>- Màn hình minh họa tình huống nhập sai dữ liệu, bảng con, phiếu nhóm.</w:t>
      </w:r>
    </w:p>
    <w:p w:rsidR="0065027F" w:rsidRPr="009034A2" w:rsidRDefault="00E50158">
      <w:pPr>
        <w:spacing w:after="0" w:line="240" w:lineRule="auto"/>
      </w:pPr>
      <w:r w:rsidRPr="009034A2">
        <w:rPr>
          <w:rFonts w:ascii="Times New Roman" w:eastAsia="Times New Roman" w:hAnsi="Times New Roman"/>
          <w:sz w:val="26"/>
        </w:rPr>
        <w:t>- Hình cắt từ SGK trang 44, 45.</w:t>
      </w:r>
    </w:p>
    <w:p w:rsidR="0065027F" w:rsidRPr="009034A2" w:rsidRDefault="00E50158">
      <w:pPr>
        <w:spacing w:after="0" w:line="240" w:lineRule="auto"/>
      </w:pPr>
      <w:r w:rsidRPr="009034A2">
        <w:rPr>
          <w:rFonts w:ascii="Times New Roman" w:eastAsia="Times New Roman" w:hAnsi="Times New Roman"/>
          <w:b/>
          <w:sz w:val="26"/>
        </w:rPr>
        <w:t>III. HOẠT ĐỘNG DẠY HỌC</w:t>
      </w:r>
    </w:p>
    <w:tbl>
      <w:tblPr>
        <w:tblW w:w="0" w:type="auto"/>
        <w:jc w:val="center"/>
        <w:tblBorders>
          <w:top w:val="single" w:sz="8" w:space="0" w:color="000000"/>
          <w:left w:val="single" w:sz="8" w:space="0" w:color="000000"/>
          <w:bottom w:val="single" w:sz="8" w:space="0" w:color="000000"/>
          <w:right w:val="single" w:sz="8" w:space="0" w:color="000000"/>
          <w:insideV w:val="single" w:sz="8" w:space="0" w:color="000000"/>
        </w:tblBorders>
        <w:tblLook w:val="04A0" w:firstRow="1" w:lastRow="0" w:firstColumn="1" w:lastColumn="0" w:noHBand="0" w:noVBand="1"/>
      </w:tblPr>
      <w:tblGrid>
        <w:gridCol w:w="5040"/>
        <w:gridCol w:w="5040"/>
      </w:tblGrid>
      <w:tr w:rsidR="009034A2" w:rsidRPr="009034A2" w:rsidTr="009034A2">
        <w:trPr>
          <w:jc w:val="center"/>
        </w:trPr>
        <w:tc>
          <w:tcPr>
            <w:tcW w:w="5040" w:type="dxa"/>
            <w:tcBorders>
              <w:bottom w:val="single" w:sz="8" w:space="0" w:color="000000"/>
            </w:tcBorders>
            <w:shd w:val="clear" w:color="auto" w:fill="auto"/>
          </w:tcPr>
          <w:p w:rsidR="0065027F" w:rsidRPr="009034A2" w:rsidRDefault="00E50158">
            <w:pPr>
              <w:spacing w:after="0" w:line="240" w:lineRule="auto"/>
              <w:jc w:val="center"/>
            </w:pPr>
            <w:r w:rsidRPr="009034A2">
              <w:rPr>
                <w:rFonts w:ascii="Times New Roman" w:eastAsia="Times New Roman" w:hAnsi="Times New Roman"/>
                <w:b/>
                <w:sz w:val="26"/>
              </w:rPr>
              <w:t>Hoạt động của giáo viên</w:t>
            </w:r>
          </w:p>
        </w:tc>
        <w:tc>
          <w:tcPr>
            <w:tcW w:w="5040" w:type="dxa"/>
            <w:tcBorders>
              <w:bottom w:val="single" w:sz="8" w:space="0" w:color="000000"/>
            </w:tcBorders>
            <w:shd w:val="clear" w:color="auto" w:fill="auto"/>
          </w:tcPr>
          <w:p w:rsidR="0065027F" w:rsidRPr="009034A2" w:rsidRDefault="00E50158">
            <w:pPr>
              <w:spacing w:after="0" w:line="240" w:lineRule="auto"/>
              <w:jc w:val="center"/>
            </w:pPr>
            <w:r w:rsidRPr="009034A2">
              <w:rPr>
                <w:rFonts w:ascii="Times New Roman" w:eastAsia="Times New Roman" w:hAnsi="Times New Roman"/>
                <w:b/>
                <w:sz w:val="26"/>
              </w:rPr>
              <w:t>Hoạt động của học sinh</w:t>
            </w:r>
          </w:p>
        </w:tc>
      </w:tr>
      <w:tr w:rsidR="009034A2" w:rsidRPr="009034A2" w:rsidTr="009034A2">
        <w:trPr>
          <w:jc w:val="center"/>
        </w:trPr>
        <w:tc>
          <w:tcPr>
            <w:tcW w:w="10080" w:type="dxa"/>
            <w:gridSpan w:val="2"/>
            <w:tcBorders>
              <w:top w:val="single" w:sz="8" w:space="0" w:color="000000"/>
              <w:bottom w:val="single" w:sz="8" w:space="0" w:color="000000"/>
            </w:tcBorders>
            <w:shd w:val="clear" w:color="auto" w:fill="auto"/>
          </w:tcPr>
          <w:p w:rsidR="0065027F" w:rsidRPr="009034A2" w:rsidRDefault="00E50158">
            <w:pPr>
              <w:spacing w:after="0" w:line="240" w:lineRule="auto"/>
            </w:pPr>
            <w:r w:rsidRPr="009034A2">
              <w:rPr>
                <w:rFonts w:ascii="Times New Roman" w:eastAsia="Times New Roman" w:hAnsi="Times New Roman"/>
                <w:b/>
                <w:sz w:val="26"/>
              </w:rPr>
              <w:t>1. Khởi động (5 phút):</w:t>
            </w:r>
          </w:p>
          <w:p w:rsidR="0065027F" w:rsidRPr="009034A2" w:rsidRDefault="00E50158">
            <w:pPr>
              <w:spacing w:after="0" w:line="240" w:lineRule="auto"/>
            </w:pPr>
            <w:r w:rsidRPr="009034A2">
              <w:rPr>
                <w:rFonts w:ascii="Times New Roman" w:eastAsia="Times New Roman" w:hAnsi="Times New Roman"/>
                <w:sz w:val="26"/>
              </w:rPr>
              <w:t>- Mục tiêu: Ôn cách đặt tính nhân số có bốn chữ số với số có một chữ số.</w:t>
            </w:r>
          </w:p>
          <w:p w:rsidR="0065027F" w:rsidRPr="009034A2" w:rsidRDefault="00E50158">
            <w:pPr>
              <w:spacing w:after="0" w:line="240" w:lineRule="auto"/>
            </w:pPr>
            <w:r w:rsidRPr="009034A2">
              <w:rPr>
                <w:rFonts w:ascii="Times New Roman" w:eastAsia="Times New Roman" w:hAnsi="Times New Roman"/>
                <w:sz w:val="26"/>
              </w:rPr>
              <w:t>*Cách tiến hành:</w:t>
            </w:r>
          </w:p>
        </w:tc>
      </w:tr>
      <w:tr w:rsidR="009034A2" w:rsidRPr="009034A2" w:rsidTr="009034A2">
        <w:trPr>
          <w:jc w:val="center"/>
        </w:trPr>
        <w:tc>
          <w:tcPr>
            <w:tcW w:w="5040" w:type="dxa"/>
            <w:tcBorders>
              <w:top w:val="single" w:sz="8" w:space="0" w:color="000000"/>
            </w:tcBorders>
            <w:shd w:val="clear" w:color="auto" w:fill="auto"/>
          </w:tcPr>
          <w:p w:rsidR="0065027F" w:rsidRPr="009034A2" w:rsidRDefault="00E50158">
            <w:pPr>
              <w:spacing w:after="0" w:line="240" w:lineRule="auto"/>
            </w:pPr>
            <w:r w:rsidRPr="009034A2">
              <w:rPr>
                <w:rFonts w:ascii="Times New Roman" w:eastAsia="Times New Roman" w:hAnsi="Times New Roman"/>
                <w:sz w:val="26"/>
              </w:rPr>
              <w:t>- GV tổ chức trò chơi “Ai tính đúng?”.</w:t>
            </w:r>
          </w:p>
        </w:tc>
        <w:tc>
          <w:tcPr>
            <w:tcW w:w="5040" w:type="dxa"/>
            <w:tcBorders>
              <w:top w:val="single" w:sz="8" w:space="0" w:color="000000"/>
            </w:tcBorders>
            <w:shd w:val="clear" w:color="auto" w:fill="auto"/>
          </w:tcPr>
          <w:p w:rsidR="0065027F" w:rsidRPr="009034A2" w:rsidRDefault="00E50158">
            <w:pPr>
              <w:spacing w:after="0" w:line="240" w:lineRule="auto"/>
            </w:pPr>
            <w:r w:rsidRPr="009034A2">
              <w:rPr>
                <w:rFonts w:ascii="Times New Roman" w:eastAsia="Times New Roman" w:hAnsi="Times New Roman"/>
                <w:sz w:val="26"/>
              </w:rPr>
              <w:t>- HS tham gia trò chơi.</w:t>
            </w:r>
          </w:p>
        </w:tc>
      </w:tr>
      <w:tr w:rsidR="009034A2" w:rsidRPr="009034A2" w:rsidTr="009034A2">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GV nêu phép tính 1 216 x 6.</w:t>
            </w: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đặt tính nhanh trên bảng con.</w:t>
            </w:r>
          </w:p>
        </w:tc>
      </w:tr>
      <w:tr w:rsidR="009034A2" w:rsidRPr="009034A2" w:rsidTr="009034A2">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GV hỏi: Khi nhân có nhớ, cần chú ý điều gì?</w:t>
            </w: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trả lời: Cần nhớ sang hàng bên trái và cộng phần nhớ đúng.</w:t>
            </w:r>
          </w:p>
        </w:tc>
      </w:tr>
      <w:tr w:rsidR="009034A2" w:rsidRPr="009034A2" w:rsidTr="009034A2">
        <w:trPr>
          <w:jc w:val="center"/>
        </w:trPr>
        <w:tc>
          <w:tcPr>
            <w:tcW w:w="5040" w:type="dxa"/>
            <w:tcBorders>
              <w:bottom w:val="single" w:sz="8" w:space="0" w:color="000000"/>
            </w:tcBorders>
            <w:shd w:val="clear" w:color="auto" w:fill="auto"/>
          </w:tcPr>
          <w:p w:rsidR="0065027F" w:rsidRPr="009034A2" w:rsidRDefault="00E50158">
            <w:pPr>
              <w:spacing w:after="0" w:line="240" w:lineRule="auto"/>
            </w:pPr>
            <w:r w:rsidRPr="009034A2">
              <w:rPr>
                <w:rFonts w:ascii="Times New Roman" w:eastAsia="Times New Roman" w:hAnsi="Times New Roman"/>
                <w:sz w:val="26"/>
              </w:rPr>
              <w:t>- GV dẫn dắt vào tiết luyện tập.</w:t>
            </w:r>
          </w:p>
        </w:tc>
        <w:tc>
          <w:tcPr>
            <w:tcW w:w="5040" w:type="dxa"/>
            <w:tcBorders>
              <w:bottom w:val="single" w:sz="8" w:space="0" w:color="000000"/>
            </w:tcBorders>
            <w:shd w:val="clear" w:color="auto" w:fill="auto"/>
          </w:tcPr>
          <w:p w:rsidR="0065027F" w:rsidRPr="009034A2" w:rsidRDefault="00E50158">
            <w:pPr>
              <w:spacing w:after="0" w:line="240" w:lineRule="auto"/>
            </w:pPr>
            <w:r w:rsidRPr="009034A2">
              <w:rPr>
                <w:rFonts w:ascii="Times New Roman" w:eastAsia="Times New Roman" w:hAnsi="Times New Roman"/>
                <w:sz w:val="26"/>
              </w:rPr>
              <w:t>- HS lắng nghe.</w:t>
            </w:r>
          </w:p>
        </w:tc>
      </w:tr>
      <w:tr w:rsidR="009034A2" w:rsidRPr="009034A2" w:rsidTr="009034A2">
        <w:trPr>
          <w:jc w:val="center"/>
        </w:trPr>
        <w:tc>
          <w:tcPr>
            <w:tcW w:w="10080" w:type="dxa"/>
            <w:gridSpan w:val="2"/>
            <w:tcBorders>
              <w:top w:val="single" w:sz="8" w:space="0" w:color="000000"/>
              <w:bottom w:val="single" w:sz="8" w:space="0" w:color="000000"/>
            </w:tcBorders>
            <w:shd w:val="clear" w:color="auto" w:fill="auto"/>
          </w:tcPr>
          <w:p w:rsidR="0065027F" w:rsidRPr="009034A2" w:rsidRDefault="00E50158">
            <w:pPr>
              <w:spacing w:after="0" w:line="240" w:lineRule="auto"/>
            </w:pPr>
            <w:r w:rsidRPr="009034A2">
              <w:rPr>
                <w:rFonts w:ascii="Times New Roman" w:eastAsia="Times New Roman" w:hAnsi="Times New Roman"/>
                <w:b/>
                <w:sz w:val="26"/>
              </w:rPr>
              <w:t>2. Luyện tập (25 phút):</w:t>
            </w:r>
          </w:p>
          <w:p w:rsidR="0065027F" w:rsidRPr="009034A2" w:rsidRDefault="00E50158">
            <w:pPr>
              <w:spacing w:after="0" w:line="240" w:lineRule="auto"/>
            </w:pPr>
            <w:r w:rsidRPr="009034A2">
              <w:rPr>
                <w:rFonts w:ascii="Times New Roman" w:eastAsia="Times New Roman" w:hAnsi="Times New Roman"/>
                <w:sz w:val="26"/>
              </w:rPr>
              <w:t>- Mục tiêu: Luyện đặt tính, tính, tìm số trong dãy và giải bài toán thực tế.</w:t>
            </w:r>
          </w:p>
          <w:p w:rsidR="0065027F" w:rsidRPr="009034A2" w:rsidRDefault="00E50158">
            <w:pPr>
              <w:spacing w:after="0" w:line="240" w:lineRule="auto"/>
            </w:pPr>
            <w:r w:rsidRPr="009034A2">
              <w:rPr>
                <w:rFonts w:ascii="Times New Roman" w:eastAsia="Times New Roman" w:hAnsi="Times New Roman"/>
                <w:sz w:val="26"/>
              </w:rPr>
              <w:t xml:space="preserve">- Mục tiêu tích hợp AI 3.D2.1: HS hiểu dữ liệu đầu vào cần chính xác khi nhập số vào phần </w:t>
            </w:r>
            <w:r w:rsidRPr="009034A2">
              <w:rPr>
                <w:rFonts w:ascii="Times New Roman" w:eastAsia="Times New Roman" w:hAnsi="Times New Roman"/>
                <w:sz w:val="26"/>
              </w:rPr>
              <w:lastRenderedPageBreak/>
              <w:t>mềm.</w:t>
            </w:r>
          </w:p>
          <w:p w:rsidR="0065027F" w:rsidRPr="009034A2" w:rsidRDefault="00E50158">
            <w:pPr>
              <w:spacing w:after="0" w:line="240" w:lineRule="auto"/>
            </w:pPr>
            <w:r w:rsidRPr="009034A2">
              <w:rPr>
                <w:rFonts w:ascii="Times New Roman" w:eastAsia="Times New Roman" w:hAnsi="Times New Roman"/>
                <w:sz w:val="26"/>
              </w:rPr>
              <w:t>*Cách tiến hành:</w:t>
            </w:r>
          </w:p>
        </w:tc>
      </w:tr>
      <w:tr w:rsidR="009034A2" w:rsidRPr="009034A2" w:rsidTr="009034A2">
        <w:trPr>
          <w:jc w:val="center"/>
        </w:trPr>
        <w:tc>
          <w:tcPr>
            <w:tcW w:w="5040" w:type="dxa"/>
            <w:tcBorders>
              <w:top w:val="single" w:sz="8" w:space="0" w:color="000000"/>
            </w:tcBorders>
            <w:shd w:val="clear" w:color="auto" w:fill="auto"/>
          </w:tcPr>
          <w:p w:rsidR="0065027F" w:rsidRPr="009034A2" w:rsidRDefault="00E50158">
            <w:pPr>
              <w:spacing w:after="0" w:line="240" w:lineRule="auto"/>
            </w:pPr>
            <w:r w:rsidRPr="009034A2">
              <w:rPr>
                <w:rFonts w:ascii="Times New Roman" w:eastAsia="Times New Roman" w:hAnsi="Times New Roman"/>
                <w:b/>
                <w:sz w:val="26"/>
              </w:rPr>
              <w:lastRenderedPageBreak/>
              <w:t>Bài 1. Tính. (Làm việc cá nhân)</w:t>
            </w:r>
          </w:p>
          <w:p w:rsidR="0065027F" w:rsidRPr="009034A2" w:rsidRDefault="00E50158">
            <w:pPr>
              <w:spacing w:after="0" w:line="240" w:lineRule="auto"/>
            </w:pPr>
            <w:r w:rsidRPr="009034A2">
              <w:rPr>
                <w:rFonts w:ascii="Times New Roman" w:eastAsia="Times New Roman" w:hAnsi="Times New Roman"/>
                <w:sz w:val="26"/>
              </w:rPr>
              <w:t>- HS quan sát Bài 1.</w:t>
            </w:r>
          </w:p>
          <w:p w:rsidR="0065027F" w:rsidRPr="009034A2" w:rsidRDefault="0065027F">
            <w:pPr>
              <w:spacing w:after="0" w:line="240" w:lineRule="auto"/>
              <w:jc w:val="center"/>
            </w:pPr>
          </w:p>
        </w:tc>
        <w:tc>
          <w:tcPr>
            <w:tcW w:w="5040" w:type="dxa"/>
            <w:tcBorders>
              <w:top w:val="single" w:sz="8" w:space="0" w:color="000000"/>
            </w:tcBorders>
            <w:shd w:val="clear" w:color="auto" w:fill="auto"/>
          </w:tcPr>
          <w:p w:rsidR="0065027F" w:rsidRPr="009034A2" w:rsidRDefault="00E50158">
            <w:pPr>
              <w:spacing w:after="0" w:line="240" w:lineRule="auto"/>
            </w:pPr>
            <w:r w:rsidRPr="009034A2">
              <w:rPr>
                <w:rFonts w:ascii="Times New Roman" w:eastAsia="Times New Roman" w:hAnsi="Times New Roman"/>
                <w:sz w:val="26"/>
              </w:rPr>
              <w:t>- HS quan sát các phép tính.</w:t>
            </w:r>
          </w:p>
        </w:tc>
      </w:tr>
      <w:tr w:rsidR="009034A2" w:rsidRPr="009034A2" w:rsidTr="009034A2">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GV cho HS đọc cá nhân yêu cầu Bài 1, sau đó 1 HS đọc to trước lớp.</w:t>
            </w: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đọc: Tính.</w:t>
            </w:r>
          </w:p>
        </w:tc>
      </w:tr>
      <w:tr w:rsidR="009034A2" w:rsidRPr="009034A2" w:rsidTr="009034A2">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GV cho HS làm cá nhân vào vở ba phép tính.</w:t>
            </w: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làm bài cá nhân.</w:t>
            </w:r>
          </w:p>
        </w:tc>
      </w:tr>
      <w:tr w:rsidR="009034A2" w:rsidRPr="009034A2" w:rsidTr="009034A2">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GV mời HS nêu kết quả.</w:t>
            </w: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nêu: 1 216 x 6 = 7 296; 1 205 x 8 = 9 640; 1 408 x 7 = 9 856.</w:t>
            </w:r>
          </w:p>
        </w:tc>
      </w:tr>
      <w:tr w:rsidR="009034A2" w:rsidRPr="009034A2" w:rsidTr="009034A2">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GV yêu cầu HS giải thích một phép nhân có nhớ.</w:t>
            </w: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trình bày cách nhân và phần nhớ.</w:t>
            </w:r>
          </w:p>
        </w:tc>
      </w:tr>
      <w:tr w:rsidR="009034A2" w:rsidRPr="009034A2" w:rsidTr="009034A2">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GV kết luận: Khi nhân, phải thực hiện lần lượt từ hàng đơn vị đến hàng nghìn.</w:t>
            </w: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lắng nghe.</w:t>
            </w:r>
          </w:p>
        </w:tc>
      </w:tr>
      <w:tr w:rsidR="009034A2" w:rsidRPr="009034A2" w:rsidTr="009034A2">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b/>
                <w:sz w:val="26"/>
              </w:rPr>
              <w:t>Bài 2. Đặt tính rồi tính. (Làm việc cá nhân)</w:t>
            </w:r>
          </w:p>
          <w:p w:rsidR="0065027F" w:rsidRPr="009034A2" w:rsidRDefault="00E50158">
            <w:pPr>
              <w:spacing w:after="0" w:line="240" w:lineRule="auto"/>
            </w:pPr>
            <w:r w:rsidRPr="009034A2">
              <w:rPr>
                <w:rFonts w:ascii="Times New Roman" w:eastAsia="Times New Roman" w:hAnsi="Times New Roman"/>
                <w:sz w:val="26"/>
              </w:rPr>
              <w:t>- HS quan sát Bài 2.</w:t>
            </w:r>
          </w:p>
          <w:p w:rsidR="0065027F" w:rsidRPr="009034A2" w:rsidRDefault="0065027F">
            <w:pPr>
              <w:spacing w:after="0" w:line="240" w:lineRule="auto"/>
              <w:jc w:val="center"/>
            </w:pP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quan sát các phép nhân.</w:t>
            </w:r>
          </w:p>
        </w:tc>
      </w:tr>
      <w:tr w:rsidR="009034A2" w:rsidRPr="009034A2" w:rsidTr="009034A2">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GV cho HS đọc cá nhân yêu cầu Bài 2, sau đó 1 HS đọc to trước lớp.</w:t>
            </w: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đọc: Đặt tính rồi tính.</w:t>
            </w:r>
          </w:p>
        </w:tc>
      </w:tr>
      <w:tr w:rsidR="009034A2" w:rsidRPr="009034A2" w:rsidTr="009034A2">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GV nhắc HS viết thừa số thứ hai đúng hàng đơn vị.</w:t>
            </w: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đặt tính vào vở.</w:t>
            </w:r>
          </w:p>
        </w:tc>
      </w:tr>
      <w:tr w:rsidR="009034A2" w:rsidRPr="009034A2" w:rsidTr="009034A2">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GV cho HS làm cá nhân vào vở, tính từng phép nhân.</w:t>
            </w: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tính: 1 213 x 7 = 8 491; 2 180 x 3 = 6 540; 1 916 x 4 = 7 664.</w:t>
            </w:r>
          </w:p>
        </w:tc>
      </w:tr>
      <w:tr w:rsidR="009034A2" w:rsidRPr="009034A2" w:rsidTr="009034A2">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GV mời HS nhận xét bài trên bảng.</w:t>
            </w: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nhận xét cách đặt tính và kết quả.</w:t>
            </w:r>
          </w:p>
        </w:tc>
      </w:tr>
      <w:tr w:rsidR="009034A2" w:rsidRPr="009034A2" w:rsidTr="009034A2">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GV kết luận: Đặt tính đúng hàng giúp tránh nhân lệch cột.</w:t>
            </w: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lắng nghe.</w:t>
            </w:r>
          </w:p>
        </w:tc>
      </w:tr>
      <w:tr w:rsidR="009034A2" w:rsidRPr="009034A2" w:rsidTr="009034A2">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b/>
                <w:sz w:val="26"/>
              </w:rPr>
              <w:t>Bài 3. Số? (Làm việc nhóm 2)</w:t>
            </w:r>
          </w:p>
          <w:p w:rsidR="0065027F" w:rsidRPr="009034A2" w:rsidRDefault="00E50158" w:rsidP="009034A2">
            <w:pPr>
              <w:spacing w:after="0" w:line="240" w:lineRule="auto"/>
            </w:pPr>
            <w:r w:rsidRPr="009034A2">
              <w:rPr>
                <w:rFonts w:ascii="Times New Roman" w:eastAsia="Times New Roman" w:hAnsi="Times New Roman"/>
                <w:sz w:val="26"/>
              </w:rPr>
              <w:t>- HS quan sát Bài 3.</w:t>
            </w: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quan sát sơ đồ phép tính liên tiếp.</w:t>
            </w:r>
          </w:p>
        </w:tc>
      </w:tr>
      <w:tr w:rsidR="009034A2" w:rsidRPr="009034A2" w:rsidTr="009034A2">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GV cho HS đọc cá nhân yêu cầu Bài 3, sau đó 1 HS đọc to trước lớp.</w:t>
            </w: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đọc: Số?</w:t>
            </w:r>
          </w:p>
        </w:tc>
      </w:tr>
      <w:tr w:rsidR="009034A2" w:rsidRPr="009034A2" w:rsidTr="009034A2">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GV hỏi: Từ 805 nhân 2 được bao nhiêu?</w:t>
            </w: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trả lời: 805 x 2 = 1 610.</w:t>
            </w:r>
          </w:p>
        </w:tc>
      </w:tr>
      <w:tr w:rsidR="009034A2" w:rsidRPr="009034A2" w:rsidTr="009034A2">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GV hỏi: Lấy 1 610 trừ 200 được bao nhiêu?</w:t>
            </w: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trả lời: 1 610 - 200 = 1 410.</w:t>
            </w:r>
          </w:p>
        </w:tc>
      </w:tr>
      <w:tr w:rsidR="009034A2" w:rsidRPr="009034A2" w:rsidTr="009034A2">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GV hỏi: Lấy 1 410 nhân 3 được bao nhiêu?</w:t>
            </w: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trả lời: 1 410 x 3 = 4 230.</w:t>
            </w:r>
          </w:p>
        </w:tc>
      </w:tr>
      <w:tr w:rsidR="009034A2" w:rsidRPr="009034A2" w:rsidTr="009034A2">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GV kết luận: Với sơ đồ phép tính liên tiếp, cần làm đúng thứ tự mũi tên.</w:t>
            </w: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lắng nghe.</w:t>
            </w:r>
          </w:p>
        </w:tc>
      </w:tr>
      <w:tr w:rsidR="009034A2" w:rsidRPr="009034A2" w:rsidTr="009034A2">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b/>
                <w:sz w:val="26"/>
              </w:rPr>
              <w:t>Bài 4. Bài toán dầu cho tàu đánh cá. (Làm việc nhóm 2)</w:t>
            </w:r>
          </w:p>
          <w:p w:rsidR="0065027F" w:rsidRPr="009034A2" w:rsidRDefault="00E50158">
            <w:pPr>
              <w:spacing w:after="0" w:line="240" w:lineRule="auto"/>
            </w:pPr>
            <w:r w:rsidRPr="009034A2">
              <w:rPr>
                <w:rFonts w:ascii="Times New Roman" w:eastAsia="Times New Roman" w:hAnsi="Times New Roman"/>
                <w:sz w:val="26"/>
              </w:rPr>
              <w:t>- HS quan sát Bài 4.</w:t>
            </w:r>
          </w:p>
          <w:p w:rsidR="0065027F" w:rsidRPr="009034A2" w:rsidRDefault="0065027F">
            <w:pPr>
              <w:spacing w:after="0" w:line="240" w:lineRule="auto"/>
              <w:jc w:val="center"/>
            </w:pP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quan sát tình huống bến tàu.</w:t>
            </w:r>
          </w:p>
        </w:tc>
      </w:tr>
      <w:tr w:rsidR="009034A2" w:rsidRPr="009034A2" w:rsidTr="009034A2">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xml:space="preserve">- Tích hợp AI: GV nêu tình huống nhập nhầm “3 050 l dầu” thành “305 l dầu” vào phần mềm tính toán, yêu cầu HS dự đoán hậu quả. GV diễn giải: AI hoặc phần mềm tính toán chỉ xử lí theo dữ liệu được nhập; nếu nhập thiếu một chữ số 0, kết quả sẽ sai rất nhiều và có thể làm bác Sấu chuẩn bị thiếu dầu cho </w:t>
            </w:r>
            <w:r w:rsidRPr="009034A2">
              <w:rPr>
                <w:rFonts w:ascii="Times New Roman" w:eastAsia="Times New Roman" w:hAnsi="Times New Roman"/>
                <w:sz w:val="26"/>
              </w:rPr>
              <w:lastRenderedPageBreak/>
              <w:t>tàu. Vì vậy khi học phép nhân, HS phải đọc kĩ đề, ghi đúng số, đúng đơn vị lít dầu và kiểm tra dữ liệu đầu vào trước khi tính.</w:t>
            </w: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lastRenderedPageBreak/>
              <w:t>- HS trả lời: Kết quả sẽ nhỏ hơn rất nhiều, dẫn đến tính sai số dầu cần cho 3 tàu; em cần kiểm tra lại số đã nhập.</w:t>
            </w:r>
          </w:p>
        </w:tc>
      </w:tr>
      <w:tr w:rsidR="009034A2" w:rsidRPr="009034A2" w:rsidTr="009034A2">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lastRenderedPageBreak/>
              <w:t>- GV yêu cầu HS đọc đề Bài 4.</w:t>
            </w: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đọc: Bác Sấu có 3 tàu đánh cá, bác cần 3 050 l dầu cho mỗi tàu. Hỏi bác Sấu cần tất cả bao nhiêu lít dầu cho 3 tàu đánh cá đó?</w:t>
            </w:r>
          </w:p>
        </w:tc>
      </w:tr>
      <w:tr w:rsidR="009034A2" w:rsidRPr="009034A2" w:rsidTr="009034A2">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GV hỏi: Mỗi tàu cần bao nhiêu lít dầu?</w:t>
            </w: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trả lời: Mỗi tàu cần 3 050 l dầu.</w:t>
            </w:r>
          </w:p>
        </w:tc>
      </w:tr>
      <w:tr w:rsidR="009034A2" w:rsidRPr="009034A2" w:rsidTr="009034A2">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GV hỏi: Có 3 tàu, ta làm phép tính gì?</w:t>
            </w: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trả lời: 3 050 x 3.</w:t>
            </w:r>
          </w:p>
        </w:tc>
      </w:tr>
      <w:tr w:rsidR="009034A2" w:rsidRPr="009034A2" w:rsidTr="009034A2">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GV yêu cầu HS trình bày bài giải.</w:t>
            </w: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trình bày: Bác Sấu cần tất cả 3 050 x 3 = 9 150 (l). Đáp số: 9 150 l dầu.</w:t>
            </w:r>
          </w:p>
        </w:tc>
      </w:tr>
      <w:tr w:rsidR="009034A2" w:rsidRPr="009034A2" w:rsidTr="009034A2">
        <w:trPr>
          <w:jc w:val="center"/>
        </w:trPr>
        <w:tc>
          <w:tcPr>
            <w:tcW w:w="5040" w:type="dxa"/>
            <w:tcBorders>
              <w:bottom w:val="single" w:sz="8" w:space="0" w:color="000000"/>
            </w:tcBorders>
            <w:shd w:val="clear" w:color="auto" w:fill="auto"/>
          </w:tcPr>
          <w:p w:rsidR="0065027F" w:rsidRPr="009034A2" w:rsidRDefault="00E50158">
            <w:pPr>
              <w:spacing w:after="0" w:line="240" w:lineRule="auto"/>
            </w:pPr>
            <w:r w:rsidRPr="009034A2">
              <w:rPr>
                <w:rFonts w:ascii="Times New Roman" w:eastAsia="Times New Roman" w:hAnsi="Times New Roman"/>
                <w:sz w:val="26"/>
              </w:rPr>
              <w:t>- GV kết luận: Khi nhập dữ liệu vào công cụ số, phải kiểm tra số lượng hàng, chữ số và đơn vị đo.</w:t>
            </w:r>
          </w:p>
        </w:tc>
        <w:tc>
          <w:tcPr>
            <w:tcW w:w="5040" w:type="dxa"/>
            <w:tcBorders>
              <w:bottom w:val="single" w:sz="8" w:space="0" w:color="000000"/>
            </w:tcBorders>
            <w:shd w:val="clear" w:color="auto" w:fill="auto"/>
          </w:tcPr>
          <w:p w:rsidR="0065027F" w:rsidRPr="009034A2" w:rsidRDefault="00E50158">
            <w:pPr>
              <w:spacing w:after="0" w:line="240" w:lineRule="auto"/>
            </w:pPr>
            <w:r w:rsidRPr="009034A2">
              <w:rPr>
                <w:rFonts w:ascii="Times New Roman" w:eastAsia="Times New Roman" w:hAnsi="Times New Roman"/>
                <w:sz w:val="26"/>
              </w:rPr>
              <w:t>- HS lắng nghe.</w:t>
            </w:r>
          </w:p>
        </w:tc>
      </w:tr>
      <w:tr w:rsidR="009034A2" w:rsidRPr="009034A2" w:rsidTr="009034A2">
        <w:trPr>
          <w:jc w:val="center"/>
        </w:trPr>
        <w:tc>
          <w:tcPr>
            <w:tcW w:w="10080" w:type="dxa"/>
            <w:gridSpan w:val="2"/>
            <w:tcBorders>
              <w:top w:val="single" w:sz="8" w:space="0" w:color="000000"/>
              <w:bottom w:val="single" w:sz="8" w:space="0" w:color="000000"/>
            </w:tcBorders>
            <w:shd w:val="clear" w:color="auto" w:fill="auto"/>
          </w:tcPr>
          <w:p w:rsidR="0065027F" w:rsidRPr="009034A2" w:rsidRDefault="00E50158">
            <w:pPr>
              <w:spacing w:after="0" w:line="240" w:lineRule="auto"/>
            </w:pPr>
            <w:r w:rsidRPr="009034A2">
              <w:rPr>
                <w:rFonts w:ascii="Times New Roman" w:eastAsia="Times New Roman" w:hAnsi="Times New Roman"/>
                <w:b/>
                <w:sz w:val="26"/>
              </w:rPr>
              <w:t>3. Vận dụng - Trải nghiệm (5 phút):</w:t>
            </w:r>
          </w:p>
          <w:p w:rsidR="0065027F" w:rsidRPr="009034A2" w:rsidRDefault="00E50158">
            <w:pPr>
              <w:spacing w:after="0" w:line="240" w:lineRule="auto"/>
            </w:pPr>
            <w:r w:rsidRPr="009034A2">
              <w:rPr>
                <w:rFonts w:ascii="Times New Roman" w:eastAsia="Times New Roman" w:hAnsi="Times New Roman"/>
                <w:sz w:val="26"/>
              </w:rPr>
              <w:t>- Mục tiêu: Củng cố kiến thức của tiết học, liên hệ thực tế, nhận xét kết quả học tập và giao nhiệm vụ về nhà.</w:t>
            </w:r>
          </w:p>
          <w:p w:rsidR="0065027F" w:rsidRPr="009034A2" w:rsidRDefault="00E50158">
            <w:pPr>
              <w:spacing w:after="0" w:line="240" w:lineRule="auto"/>
            </w:pPr>
            <w:r w:rsidRPr="009034A2">
              <w:rPr>
                <w:rFonts w:ascii="Times New Roman" w:eastAsia="Times New Roman" w:hAnsi="Times New Roman"/>
                <w:sz w:val="26"/>
              </w:rPr>
              <w:t>*Cách tiến hành:</w:t>
            </w:r>
          </w:p>
        </w:tc>
      </w:tr>
      <w:tr w:rsidR="009034A2" w:rsidRPr="009034A2" w:rsidTr="009034A2">
        <w:trPr>
          <w:jc w:val="center"/>
        </w:trPr>
        <w:tc>
          <w:tcPr>
            <w:tcW w:w="5040" w:type="dxa"/>
            <w:tcBorders>
              <w:top w:val="single" w:sz="8" w:space="0" w:color="000000"/>
            </w:tcBorders>
            <w:shd w:val="clear" w:color="auto" w:fill="auto"/>
          </w:tcPr>
          <w:p w:rsidR="0065027F" w:rsidRPr="009034A2" w:rsidRDefault="00E50158">
            <w:pPr>
              <w:spacing w:after="0" w:line="240" w:lineRule="auto"/>
            </w:pPr>
            <w:r w:rsidRPr="009034A2">
              <w:rPr>
                <w:rFonts w:ascii="Times New Roman" w:eastAsia="Times New Roman" w:hAnsi="Times New Roman"/>
                <w:sz w:val="26"/>
              </w:rPr>
              <w:t>- GV hỏi: Khi làm phép nhân 3 050 x 3, vì sao phải ghi đúng đủ chữ số 0 trong số 3 050?</w:t>
            </w:r>
          </w:p>
        </w:tc>
        <w:tc>
          <w:tcPr>
            <w:tcW w:w="5040" w:type="dxa"/>
            <w:tcBorders>
              <w:top w:val="single" w:sz="8" w:space="0" w:color="000000"/>
            </w:tcBorders>
            <w:shd w:val="clear" w:color="auto" w:fill="auto"/>
          </w:tcPr>
          <w:p w:rsidR="0065027F" w:rsidRPr="009034A2" w:rsidRDefault="00E50158">
            <w:pPr>
              <w:spacing w:after="0" w:line="240" w:lineRule="auto"/>
            </w:pPr>
            <w:r w:rsidRPr="009034A2">
              <w:rPr>
                <w:rFonts w:ascii="Times New Roman" w:eastAsia="Times New Roman" w:hAnsi="Times New Roman"/>
                <w:sz w:val="26"/>
              </w:rPr>
              <w:t>- HS trả lời: Vì nếu ghi thiếu chữ số 0 thì số bị thay đổi, kết quả phép nhân sẽ sai rất nhiều.</w:t>
            </w:r>
          </w:p>
        </w:tc>
      </w:tr>
      <w:tr w:rsidR="009034A2" w:rsidRPr="009034A2" w:rsidTr="009034A2">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GV hỏi: Khi nhập số liệu vào AI hoặc phần mềm tính toán, em cần kiểm tra những gì?</w:t>
            </w: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trả lời: Em cần kiểm tra đủ chữ số, đúng đơn vị, đúng phép tính và đúng dữ liệu trong đề bài.</w:t>
            </w:r>
          </w:p>
        </w:tc>
      </w:tr>
      <w:tr w:rsidR="009034A2" w:rsidRPr="009034A2" w:rsidTr="009034A2">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GV liên hệ: Nếu bác Sấu chuẩn bị dầu cho tàu đánh cá mà nhập sai số liệu, điều gì có thể xảy ra?</w:t>
            </w: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trả lời: Bác có thể tính thiếu dầu cho tàu, làm ảnh hưởng đến chuyến đi đánh cá.</w:t>
            </w:r>
          </w:p>
        </w:tc>
      </w:tr>
      <w:tr w:rsidR="009034A2" w:rsidRPr="009034A2" w:rsidTr="009034A2">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GV nhận xét tiết học: HS đã biết nhân số có bốn chữ số, tìm số trong sơ đồ và hiểu dữ liệu đầu vào phải chính xác.</w:t>
            </w: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lắng nghe, nêu một lỗi mình cần tránh khi làm bài.</w:t>
            </w:r>
          </w:p>
        </w:tc>
      </w:tr>
      <w:tr w:rsidR="009034A2" w:rsidRPr="009034A2" w:rsidTr="009034A2">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GV dặn dò: Về nhà luyện thêm phép nhân có nhớ, chú ý ghi đúng dữ liệu và chuẩn bị Bài 56 tiết 3.</w:t>
            </w: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ghi nhớ nhiệm vụ về nhà.</w:t>
            </w:r>
          </w:p>
        </w:tc>
      </w:tr>
    </w:tbl>
    <w:p w:rsidR="0065027F" w:rsidRPr="009034A2" w:rsidRDefault="00E50158">
      <w:pPr>
        <w:spacing w:after="0" w:line="240" w:lineRule="auto"/>
      </w:pPr>
      <w:r w:rsidRPr="009034A2">
        <w:rPr>
          <w:rFonts w:ascii="Times New Roman" w:eastAsia="Times New Roman" w:hAnsi="Times New Roman"/>
          <w:b/>
          <w:sz w:val="26"/>
        </w:rPr>
        <w:t>IV. ĐIỀU CHỈNH SAU BÀI DẠY:</w:t>
      </w:r>
    </w:p>
    <w:p w:rsidR="0065027F" w:rsidRPr="009034A2" w:rsidRDefault="00E50158">
      <w:pPr>
        <w:spacing w:after="0" w:line="240" w:lineRule="auto"/>
      </w:pPr>
      <w:r w:rsidRPr="009034A2">
        <w:rPr>
          <w:rFonts w:ascii="Times New Roman" w:eastAsia="Times New Roman" w:hAnsi="Times New Roman"/>
          <w:sz w:val="26"/>
        </w:rPr>
        <w:t>.......................................................................................................................................</w:t>
      </w:r>
    </w:p>
    <w:p w:rsidR="0065027F" w:rsidRPr="009034A2" w:rsidRDefault="00E50158">
      <w:pPr>
        <w:spacing w:after="0" w:line="240" w:lineRule="auto"/>
      </w:pPr>
      <w:r w:rsidRPr="009034A2">
        <w:rPr>
          <w:rFonts w:ascii="Times New Roman" w:eastAsia="Times New Roman" w:hAnsi="Times New Roman"/>
          <w:sz w:val="26"/>
        </w:rPr>
        <w:t>.......................................................................................................................................</w:t>
      </w:r>
    </w:p>
    <w:p w:rsidR="0065027F" w:rsidRPr="009034A2" w:rsidRDefault="00E50158">
      <w:pPr>
        <w:spacing w:after="0" w:line="240" w:lineRule="auto"/>
      </w:pPr>
      <w:r w:rsidRPr="009034A2">
        <w:rPr>
          <w:rFonts w:ascii="Times New Roman" w:eastAsia="Times New Roman" w:hAnsi="Times New Roman"/>
          <w:sz w:val="26"/>
        </w:rPr>
        <w:br w:type="page"/>
      </w:r>
    </w:p>
    <w:p w:rsidR="0065027F" w:rsidRPr="009034A2" w:rsidRDefault="00E50158">
      <w:pPr>
        <w:spacing w:after="0" w:line="240" w:lineRule="auto"/>
        <w:jc w:val="center"/>
      </w:pPr>
      <w:r w:rsidRPr="009034A2">
        <w:rPr>
          <w:rFonts w:ascii="Times New Roman" w:eastAsia="Times New Roman" w:hAnsi="Times New Roman"/>
          <w:b/>
          <w:sz w:val="28"/>
        </w:rPr>
        <w:lastRenderedPageBreak/>
        <w:t>TUẦN 24</w:t>
      </w:r>
    </w:p>
    <w:p w:rsidR="0065027F" w:rsidRPr="009034A2" w:rsidRDefault="00E50158">
      <w:pPr>
        <w:spacing w:after="0" w:line="240" w:lineRule="auto"/>
        <w:jc w:val="center"/>
      </w:pPr>
      <w:r w:rsidRPr="009034A2">
        <w:rPr>
          <w:rFonts w:ascii="Times New Roman" w:eastAsia="Times New Roman" w:hAnsi="Times New Roman"/>
          <w:b/>
          <w:sz w:val="28"/>
        </w:rPr>
        <w:t>KẾ HOẠCH BÀI DẠY MÔN TOÁN 3</w:t>
      </w:r>
    </w:p>
    <w:p w:rsidR="0065027F" w:rsidRPr="009034A2" w:rsidRDefault="00E50158">
      <w:pPr>
        <w:spacing w:after="0" w:line="240" w:lineRule="auto"/>
        <w:jc w:val="center"/>
      </w:pPr>
      <w:r w:rsidRPr="009034A2">
        <w:rPr>
          <w:rFonts w:ascii="Times New Roman" w:eastAsia="Times New Roman" w:hAnsi="Times New Roman"/>
          <w:b/>
          <w:sz w:val="26"/>
        </w:rPr>
        <w:t>CHỦ ĐỀ 10: CỘNG, TRỪ, NHÂN, CHIA TRONG PHẠM VI 10 000</w:t>
      </w:r>
    </w:p>
    <w:p w:rsidR="0065027F" w:rsidRPr="009034A2" w:rsidRDefault="00E50158">
      <w:pPr>
        <w:spacing w:after="0" w:line="240" w:lineRule="auto"/>
        <w:jc w:val="center"/>
      </w:pPr>
      <w:r w:rsidRPr="009034A2">
        <w:rPr>
          <w:rFonts w:ascii="Times New Roman" w:eastAsia="Times New Roman" w:hAnsi="Times New Roman"/>
          <w:b/>
          <w:sz w:val="26"/>
        </w:rPr>
        <w:t>Bài 56: NHÂN SỐ CÓ BỐN CHỮ SỐ VỚI SỐ CÓ MỘT CHỮ SỐ (Tiết 3) - Trang 45, 46</w:t>
      </w:r>
    </w:p>
    <w:p w:rsidR="0065027F" w:rsidRPr="009034A2" w:rsidRDefault="00E50158">
      <w:pPr>
        <w:spacing w:after="0" w:line="240" w:lineRule="auto"/>
      </w:pPr>
      <w:r w:rsidRPr="009034A2">
        <w:rPr>
          <w:rFonts w:ascii="Times New Roman" w:eastAsia="Times New Roman" w:hAnsi="Times New Roman"/>
          <w:b/>
          <w:sz w:val="26"/>
        </w:rPr>
        <w:t>I. YÊU CẦU CẦN ĐẠT:</w:t>
      </w:r>
    </w:p>
    <w:p w:rsidR="0065027F" w:rsidRPr="009034A2" w:rsidRDefault="00E50158">
      <w:pPr>
        <w:spacing w:after="0" w:line="240" w:lineRule="auto"/>
      </w:pPr>
      <w:r w:rsidRPr="009034A2">
        <w:rPr>
          <w:rFonts w:ascii="Times New Roman" w:eastAsia="Times New Roman" w:hAnsi="Times New Roman"/>
          <w:b/>
          <w:sz w:val="26"/>
        </w:rPr>
        <w:t>1. Năng lực đặc thù:</w:t>
      </w:r>
    </w:p>
    <w:p w:rsidR="0065027F" w:rsidRPr="009034A2" w:rsidRDefault="00E50158">
      <w:pPr>
        <w:spacing w:after="0" w:line="240" w:lineRule="auto"/>
      </w:pPr>
      <w:r w:rsidRPr="009034A2">
        <w:rPr>
          <w:rFonts w:ascii="Times New Roman" w:eastAsia="Times New Roman" w:hAnsi="Times New Roman"/>
          <w:sz w:val="26"/>
        </w:rPr>
        <w:t>- Củng cố đặt tính, tính nhân số có bốn chữ số với số có một chữ số.</w:t>
      </w:r>
    </w:p>
    <w:p w:rsidR="0065027F" w:rsidRPr="009034A2" w:rsidRDefault="00E50158">
      <w:pPr>
        <w:spacing w:after="0" w:line="240" w:lineRule="auto"/>
      </w:pPr>
      <w:r w:rsidRPr="009034A2">
        <w:rPr>
          <w:rFonts w:ascii="Times New Roman" w:eastAsia="Times New Roman" w:hAnsi="Times New Roman"/>
          <w:sz w:val="26"/>
        </w:rPr>
        <w:t>- Giải được bài toán thực tế có phép nhân và phép cộng.</w:t>
      </w:r>
    </w:p>
    <w:p w:rsidR="0065027F" w:rsidRPr="009034A2" w:rsidRDefault="00E50158">
      <w:pPr>
        <w:spacing w:after="0" w:line="240" w:lineRule="auto"/>
      </w:pPr>
      <w:r w:rsidRPr="009034A2">
        <w:rPr>
          <w:rFonts w:ascii="Times New Roman" w:eastAsia="Times New Roman" w:hAnsi="Times New Roman"/>
          <w:sz w:val="26"/>
        </w:rPr>
        <w:t>- Tìm được cân nặng trong bài toán dựa vào các quả cân.</w:t>
      </w:r>
    </w:p>
    <w:p w:rsidR="0065027F" w:rsidRPr="009034A2" w:rsidRDefault="00E50158">
      <w:pPr>
        <w:spacing w:after="0" w:line="240" w:lineRule="auto"/>
      </w:pPr>
      <w:r w:rsidRPr="009034A2">
        <w:rPr>
          <w:rFonts w:ascii="Times New Roman" w:eastAsia="Times New Roman" w:hAnsi="Times New Roman"/>
          <w:sz w:val="26"/>
        </w:rPr>
        <w:t>- Tìm được chữ số thích hợp trong phép nhân.</w:t>
      </w:r>
    </w:p>
    <w:p w:rsidR="0065027F" w:rsidRPr="009034A2" w:rsidRDefault="00E50158">
      <w:pPr>
        <w:spacing w:after="0" w:line="240" w:lineRule="auto"/>
      </w:pPr>
      <w:r w:rsidRPr="009034A2">
        <w:rPr>
          <w:rFonts w:ascii="Times New Roman" w:eastAsia="Times New Roman" w:hAnsi="Times New Roman"/>
          <w:b/>
          <w:sz w:val="26"/>
        </w:rPr>
        <w:t>2. Năng lực chung:</w:t>
      </w:r>
    </w:p>
    <w:p w:rsidR="0065027F" w:rsidRPr="009034A2" w:rsidRDefault="00E50158">
      <w:pPr>
        <w:spacing w:after="0" w:line="240" w:lineRule="auto"/>
      </w:pPr>
      <w:r w:rsidRPr="009034A2">
        <w:rPr>
          <w:rFonts w:ascii="Times New Roman" w:eastAsia="Times New Roman" w:hAnsi="Times New Roman"/>
          <w:sz w:val="26"/>
        </w:rPr>
        <w:t>- Tự chủ, tự học: tự đặt tính, tính và kiểm tra kết quả.</w:t>
      </w:r>
    </w:p>
    <w:p w:rsidR="0065027F" w:rsidRPr="009034A2" w:rsidRDefault="00E50158">
      <w:pPr>
        <w:spacing w:after="0" w:line="240" w:lineRule="auto"/>
      </w:pPr>
      <w:r w:rsidRPr="009034A2">
        <w:rPr>
          <w:rFonts w:ascii="Times New Roman" w:eastAsia="Times New Roman" w:hAnsi="Times New Roman"/>
          <w:sz w:val="26"/>
        </w:rPr>
        <w:t>- Giao tiếp và hợp tác: trao đổi nhóm khi giải bài toán cân nặng, chữ số thích hợp.</w:t>
      </w:r>
    </w:p>
    <w:p w:rsidR="0065027F" w:rsidRPr="009034A2" w:rsidRDefault="00E50158">
      <w:pPr>
        <w:spacing w:after="0" w:line="240" w:lineRule="auto"/>
      </w:pPr>
      <w:r w:rsidRPr="009034A2">
        <w:rPr>
          <w:rFonts w:ascii="Times New Roman" w:eastAsia="Times New Roman" w:hAnsi="Times New Roman"/>
          <w:sz w:val="26"/>
        </w:rPr>
        <w:t>- Giải quyết vấn đề và sáng tạo: vận dụng phép nhân vào tình huống quân đội và trò chơi.</w:t>
      </w:r>
    </w:p>
    <w:p w:rsidR="0065027F" w:rsidRPr="009034A2" w:rsidRDefault="00E50158">
      <w:pPr>
        <w:spacing w:after="0" w:line="240" w:lineRule="auto"/>
      </w:pPr>
      <w:r w:rsidRPr="009034A2">
        <w:rPr>
          <w:rFonts w:ascii="Times New Roman" w:eastAsia="Times New Roman" w:hAnsi="Times New Roman"/>
          <w:b/>
          <w:sz w:val="26"/>
        </w:rPr>
        <w:t>3. Phẩm chất:</w:t>
      </w:r>
    </w:p>
    <w:p w:rsidR="0065027F" w:rsidRPr="009034A2" w:rsidRDefault="00E50158">
      <w:pPr>
        <w:spacing w:after="0" w:line="240" w:lineRule="auto"/>
      </w:pPr>
      <w:r w:rsidRPr="009034A2">
        <w:rPr>
          <w:rFonts w:ascii="Times New Roman" w:eastAsia="Times New Roman" w:hAnsi="Times New Roman"/>
          <w:sz w:val="26"/>
        </w:rPr>
        <w:t>- Chăm chỉ: hoàn thành bài luyện tập.</w:t>
      </w:r>
    </w:p>
    <w:p w:rsidR="0065027F" w:rsidRPr="009034A2" w:rsidRDefault="00E50158">
      <w:pPr>
        <w:spacing w:after="0" w:line="240" w:lineRule="auto"/>
      </w:pPr>
      <w:r w:rsidRPr="009034A2">
        <w:rPr>
          <w:rFonts w:ascii="Times New Roman" w:eastAsia="Times New Roman" w:hAnsi="Times New Roman"/>
          <w:sz w:val="26"/>
        </w:rPr>
        <w:t>- Trung thực: trình bày đúng kết quả và sửa lỗi nếu sai.</w:t>
      </w:r>
    </w:p>
    <w:p w:rsidR="0065027F" w:rsidRPr="009034A2" w:rsidRDefault="00E50158">
      <w:pPr>
        <w:spacing w:after="0" w:line="240" w:lineRule="auto"/>
      </w:pPr>
      <w:r w:rsidRPr="009034A2">
        <w:rPr>
          <w:rFonts w:ascii="Times New Roman" w:eastAsia="Times New Roman" w:hAnsi="Times New Roman"/>
          <w:sz w:val="26"/>
        </w:rPr>
        <w:t>- Trách nhiệm: biết trân trọng công lao của bộ đội, yêu hòa bình.</w:t>
      </w:r>
    </w:p>
    <w:p w:rsidR="0065027F" w:rsidRPr="009034A2" w:rsidRDefault="00E50158">
      <w:pPr>
        <w:spacing w:after="0" w:line="240" w:lineRule="auto"/>
      </w:pPr>
      <w:r w:rsidRPr="009034A2">
        <w:rPr>
          <w:rFonts w:ascii="Times New Roman" w:eastAsia="Times New Roman" w:hAnsi="Times New Roman"/>
          <w:b/>
          <w:sz w:val="26"/>
        </w:rPr>
        <w:t>4. Tích hợp:</w:t>
      </w:r>
    </w:p>
    <w:p w:rsidR="0065027F" w:rsidRPr="009034A2" w:rsidRDefault="00E50158">
      <w:pPr>
        <w:spacing w:after="0" w:line="240" w:lineRule="auto"/>
      </w:pPr>
      <w:r w:rsidRPr="009034A2">
        <w:rPr>
          <w:rFonts w:ascii="Times New Roman" w:eastAsia="Times New Roman" w:hAnsi="Times New Roman"/>
          <w:sz w:val="26"/>
        </w:rPr>
        <w:t>- Tích hợp QPAN: HS biết trân trọng công lao của bộ đội, có ý thức yêu Tổ quốc, giữ gìn hòa bình và an ninh đất nước qua các tình huống toán học gắn với lực lượng quân đội.</w:t>
      </w:r>
    </w:p>
    <w:p w:rsidR="0065027F" w:rsidRPr="009034A2" w:rsidRDefault="00E50158">
      <w:pPr>
        <w:spacing w:after="0" w:line="240" w:lineRule="auto"/>
      </w:pPr>
      <w:r w:rsidRPr="009034A2">
        <w:rPr>
          <w:rFonts w:ascii="Times New Roman" w:eastAsia="Times New Roman" w:hAnsi="Times New Roman"/>
          <w:b/>
          <w:sz w:val="26"/>
        </w:rPr>
        <w:t>II. ĐỒ DÙNG DẠY HỌC</w:t>
      </w:r>
    </w:p>
    <w:p w:rsidR="0065027F" w:rsidRPr="009034A2" w:rsidRDefault="00E50158">
      <w:pPr>
        <w:spacing w:after="0" w:line="240" w:lineRule="auto"/>
      </w:pPr>
      <w:r w:rsidRPr="009034A2">
        <w:rPr>
          <w:rFonts w:ascii="Times New Roman" w:eastAsia="Times New Roman" w:hAnsi="Times New Roman"/>
          <w:sz w:val="26"/>
        </w:rPr>
        <w:t>- Kế hoạch bài dạy, SGK Toán 3 tập hai, bài giảng PowerPoint.</w:t>
      </w:r>
    </w:p>
    <w:p w:rsidR="0065027F" w:rsidRPr="009034A2" w:rsidRDefault="00E50158">
      <w:pPr>
        <w:spacing w:after="0" w:line="240" w:lineRule="auto"/>
      </w:pPr>
      <w:r w:rsidRPr="009034A2">
        <w:rPr>
          <w:rFonts w:ascii="Times New Roman" w:eastAsia="Times New Roman" w:hAnsi="Times New Roman"/>
          <w:sz w:val="26"/>
        </w:rPr>
        <w:t>- Tranh tình huống quân đội trong SGK, bảng con, phiếu nhóm.</w:t>
      </w:r>
    </w:p>
    <w:p w:rsidR="0065027F" w:rsidRPr="009034A2" w:rsidRDefault="00E50158">
      <w:pPr>
        <w:spacing w:after="0" w:line="240" w:lineRule="auto"/>
      </w:pPr>
      <w:r w:rsidRPr="009034A2">
        <w:rPr>
          <w:rFonts w:ascii="Times New Roman" w:eastAsia="Times New Roman" w:hAnsi="Times New Roman"/>
          <w:sz w:val="26"/>
        </w:rPr>
        <w:t>- Hình cắt từ SGK trang 45, 46.</w:t>
      </w:r>
    </w:p>
    <w:p w:rsidR="0065027F" w:rsidRPr="009034A2" w:rsidRDefault="00E50158">
      <w:pPr>
        <w:spacing w:after="0" w:line="240" w:lineRule="auto"/>
      </w:pPr>
      <w:r w:rsidRPr="009034A2">
        <w:rPr>
          <w:rFonts w:ascii="Times New Roman" w:eastAsia="Times New Roman" w:hAnsi="Times New Roman"/>
          <w:b/>
          <w:sz w:val="26"/>
        </w:rPr>
        <w:t>III. HOẠT ĐỘNG DẠY HỌC</w:t>
      </w:r>
    </w:p>
    <w:tbl>
      <w:tblPr>
        <w:tblW w:w="0" w:type="auto"/>
        <w:jc w:val="center"/>
        <w:tblBorders>
          <w:top w:val="single" w:sz="8" w:space="0" w:color="000000"/>
          <w:left w:val="single" w:sz="8" w:space="0" w:color="000000"/>
          <w:bottom w:val="single" w:sz="8" w:space="0" w:color="000000"/>
          <w:right w:val="single" w:sz="8" w:space="0" w:color="000000"/>
          <w:insideV w:val="single" w:sz="8" w:space="0" w:color="000000"/>
        </w:tblBorders>
        <w:tblLook w:val="04A0" w:firstRow="1" w:lastRow="0" w:firstColumn="1" w:lastColumn="0" w:noHBand="0" w:noVBand="1"/>
      </w:tblPr>
      <w:tblGrid>
        <w:gridCol w:w="5040"/>
        <w:gridCol w:w="5040"/>
      </w:tblGrid>
      <w:tr w:rsidR="009034A2" w:rsidRPr="009034A2" w:rsidTr="009034A2">
        <w:trPr>
          <w:jc w:val="center"/>
        </w:trPr>
        <w:tc>
          <w:tcPr>
            <w:tcW w:w="5040" w:type="dxa"/>
            <w:shd w:val="clear" w:color="auto" w:fill="auto"/>
          </w:tcPr>
          <w:p w:rsidR="0065027F" w:rsidRPr="009034A2" w:rsidRDefault="00E50158">
            <w:pPr>
              <w:spacing w:after="0" w:line="240" w:lineRule="auto"/>
              <w:jc w:val="center"/>
            </w:pPr>
            <w:r w:rsidRPr="009034A2">
              <w:rPr>
                <w:rFonts w:ascii="Times New Roman" w:eastAsia="Times New Roman" w:hAnsi="Times New Roman"/>
                <w:b/>
                <w:sz w:val="26"/>
              </w:rPr>
              <w:t>Hoạt động của giáo viên</w:t>
            </w:r>
          </w:p>
        </w:tc>
        <w:tc>
          <w:tcPr>
            <w:tcW w:w="5040" w:type="dxa"/>
            <w:shd w:val="clear" w:color="auto" w:fill="auto"/>
          </w:tcPr>
          <w:p w:rsidR="0065027F" w:rsidRPr="009034A2" w:rsidRDefault="00E50158">
            <w:pPr>
              <w:spacing w:after="0" w:line="240" w:lineRule="auto"/>
              <w:jc w:val="center"/>
            </w:pPr>
            <w:r w:rsidRPr="009034A2">
              <w:rPr>
                <w:rFonts w:ascii="Times New Roman" w:eastAsia="Times New Roman" w:hAnsi="Times New Roman"/>
                <w:b/>
                <w:sz w:val="26"/>
              </w:rPr>
              <w:t>Hoạt động của học sinh</w:t>
            </w:r>
          </w:p>
        </w:tc>
      </w:tr>
      <w:tr w:rsidR="009034A2" w:rsidRPr="009034A2" w:rsidTr="009034A2">
        <w:trPr>
          <w:jc w:val="center"/>
        </w:trPr>
        <w:tc>
          <w:tcPr>
            <w:tcW w:w="10080" w:type="dxa"/>
            <w:gridSpan w:val="2"/>
            <w:shd w:val="clear" w:color="auto" w:fill="auto"/>
          </w:tcPr>
          <w:p w:rsidR="0065027F" w:rsidRPr="009034A2" w:rsidRDefault="00E50158">
            <w:pPr>
              <w:spacing w:after="0" w:line="240" w:lineRule="auto"/>
            </w:pPr>
            <w:r w:rsidRPr="009034A2">
              <w:rPr>
                <w:rFonts w:ascii="Times New Roman" w:eastAsia="Times New Roman" w:hAnsi="Times New Roman"/>
                <w:b/>
                <w:sz w:val="26"/>
              </w:rPr>
              <w:t>1. Khởi động (5 phút):</w:t>
            </w:r>
          </w:p>
          <w:p w:rsidR="0065027F" w:rsidRPr="009034A2" w:rsidRDefault="00E50158">
            <w:pPr>
              <w:spacing w:after="0" w:line="240" w:lineRule="auto"/>
            </w:pPr>
            <w:r w:rsidRPr="009034A2">
              <w:rPr>
                <w:rFonts w:ascii="Times New Roman" w:eastAsia="Times New Roman" w:hAnsi="Times New Roman"/>
                <w:sz w:val="26"/>
              </w:rPr>
              <w:t>- Mục tiêu: Ôn đặt tính nhân và tính nhẩm nhanh.</w:t>
            </w:r>
          </w:p>
          <w:p w:rsidR="0065027F" w:rsidRPr="009034A2" w:rsidRDefault="00E50158">
            <w:pPr>
              <w:spacing w:after="0" w:line="240" w:lineRule="auto"/>
            </w:pPr>
            <w:r w:rsidRPr="009034A2">
              <w:rPr>
                <w:rFonts w:ascii="Times New Roman" w:eastAsia="Times New Roman" w:hAnsi="Times New Roman"/>
                <w:sz w:val="26"/>
              </w:rPr>
              <w:t>*Cách tiến hành:</w:t>
            </w:r>
          </w:p>
        </w:tc>
      </w:tr>
      <w:tr w:rsidR="009034A2" w:rsidRPr="009034A2" w:rsidTr="009034A2">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GV tổ chức trò chơi “Nhân tiếp sức”.</w:t>
            </w: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tham gia trò chơi.</w:t>
            </w:r>
          </w:p>
        </w:tc>
      </w:tr>
      <w:tr w:rsidR="009034A2" w:rsidRPr="009034A2" w:rsidTr="009034A2">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GV nêu: 1 008 x 9 bằng bao nhiêu?</w:t>
            </w: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trả lời: 9 072.</w:t>
            </w:r>
          </w:p>
        </w:tc>
      </w:tr>
      <w:tr w:rsidR="009034A2" w:rsidRPr="009034A2" w:rsidTr="009034A2">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GV hỏi: Khi nhân, nếu tích ở một hàng lớn hơn 9, em làm gì?</w:t>
            </w: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trả lời: Viết chữ số hàng đơn vị của tích, nhớ phần chục sang hàng bên trái.</w:t>
            </w:r>
          </w:p>
        </w:tc>
      </w:tr>
      <w:tr w:rsidR="009034A2" w:rsidRPr="009034A2" w:rsidTr="009034A2">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GV dẫn dắt vào luyện tập.</w:t>
            </w: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lắng nghe.</w:t>
            </w:r>
          </w:p>
        </w:tc>
      </w:tr>
      <w:tr w:rsidR="009034A2" w:rsidRPr="009034A2" w:rsidTr="009034A2">
        <w:trPr>
          <w:jc w:val="center"/>
        </w:trPr>
        <w:tc>
          <w:tcPr>
            <w:tcW w:w="10080" w:type="dxa"/>
            <w:gridSpan w:val="2"/>
            <w:shd w:val="clear" w:color="auto" w:fill="auto"/>
          </w:tcPr>
          <w:p w:rsidR="0065027F" w:rsidRPr="009034A2" w:rsidRDefault="00E50158">
            <w:pPr>
              <w:spacing w:after="0" w:line="240" w:lineRule="auto"/>
            </w:pPr>
            <w:r w:rsidRPr="009034A2">
              <w:rPr>
                <w:rFonts w:ascii="Times New Roman" w:eastAsia="Times New Roman" w:hAnsi="Times New Roman"/>
                <w:b/>
                <w:sz w:val="26"/>
              </w:rPr>
              <w:t>2. Luyện tập (25 phút):</w:t>
            </w:r>
          </w:p>
          <w:p w:rsidR="0065027F" w:rsidRPr="009034A2" w:rsidRDefault="00E50158">
            <w:pPr>
              <w:spacing w:after="0" w:line="240" w:lineRule="auto"/>
            </w:pPr>
            <w:r w:rsidRPr="009034A2">
              <w:rPr>
                <w:rFonts w:ascii="Times New Roman" w:eastAsia="Times New Roman" w:hAnsi="Times New Roman"/>
                <w:sz w:val="26"/>
              </w:rPr>
              <w:t>- Mục tiêu: Luyện đặt tính, giải toán thực tế, tính cân nặng và tìm chữ số thích hợp.</w:t>
            </w:r>
          </w:p>
          <w:p w:rsidR="0065027F" w:rsidRPr="009034A2" w:rsidRDefault="00E50158">
            <w:pPr>
              <w:spacing w:after="0" w:line="240" w:lineRule="auto"/>
            </w:pPr>
            <w:r w:rsidRPr="009034A2">
              <w:rPr>
                <w:rFonts w:ascii="Times New Roman" w:eastAsia="Times New Roman" w:hAnsi="Times New Roman"/>
                <w:sz w:val="26"/>
              </w:rPr>
              <w:t>- Mục tiêu tích hợp QPAN: HS biết trân trọng công lao của bộ đội qua bài toán về trung đoàn, sư đoàn.</w:t>
            </w:r>
          </w:p>
          <w:p w:rsidR="0065027F" w:rsidRPr="009034A2" w:rsidRDefault="00E50158">
            <w:pPr>
              <w:spacing w:after="0" w:line="240" w:lineRule="auto"/>
            </w:pPr>
            <w:r w:rsidRPr="009034A2">
              <w:rPr>
                <w:rFonts w:ascii="Times New Roman" w:eastAsia="Times New Roman" w:hAnsi="Times New Roman"/>
                <w:sz w:val="26"/>
              </w:rPr>
              <w:t>*Cách tiến hành:</w:t>
            </w:r>
          </w:p>
        </w:tc>
      </w:tr>
      <w:tr w:rsidR="009034A2" w:rsidRPr="009034A2" w:rsidTr="009034A2">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b/>
                <w:sz w:val="26"/>
              </w:rPr>
              <w:t>Bài 1. Đặt tính rồi tính. (Làm việc cá nhân)</w:t>
            </w:r>
          </w:p>
          <w:p w:rsidR="0065027F" w:rsidRPr="009034A2" w:rsidRDefault="00E50158">
            <w:pPr>
              <w:spacing w:after="0" w:line="240" w:lineRule="auto"/>
            </w:pPr>
            <w:r w:rsidRPr="009034A2">
              <w:rPr>
                <w:rFonts w:ascii="Times New Roman" w:eastAsia="Times New Roman" w:hAnsi="Times New Roman"/>
                <w:sz w:val="26"/>
              </w:rPr>
              <w:t>- HS quan sát Bài 1.</w:t>
            </w:r>
          </w:p>
          <w:p w:rsidR="0065027F" w:rsidRPr="009034A2" w:rsidRDefault="0065027F">
            <w:pPr>
              <w:spacing w:after="0" w:line="240" w:lineRule="auto"/>
              <w:jc w:val="center"/>
            </w:pP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quan sát các phép nhân.</w:t>
            </w:r>
          </w:p>
        </w:tc>
      </w:tr>
      <w:tr w:rsidR="009034A2" w:rsidRPr="009034A2" w:rsidTr="009034A2">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GV cho HS đọc cá nhân yêu cầu Bài 1, sau đó 1 HS đọc to trước lớp.</w:t>
            </w: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đọc: Đặt tính rồi tính.</w:t>
            </w:r>
          </w:p>
        </w:tc>
      </w:tr>
      <w:tr w:rsidR="009034A2" w:rsidRPr="009034A2" w:rsidTr="009034A2">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xml:space="preserve">- GV cho HS làm cá nhân vào vở: đặt tính rồi </w:t>
            </w:r>
            <w:r w:rsidRPr="009034A2">
              <w:rPr>
                <w:rFonts w:ascii="Times New Roman" w:eastAsia="Times New Roman" w:hAnsi="Times New Roman"/>
                <w:sz w:val="26"/>
              </w:rPr>
              <w:lastRenderedPageBreak/>
              <w:t>tính.</w:t>
            </w: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lastRenderedPageBreak/>
              <w:t>- HS đặt tính và tính cá nhân.</w:t>
            </w:r>
          </w:p>
        </w:tc>
      </w:tr>
      <w:tr w:rsidR="009034A2" w:rsidRPr="009034A2" w:rsidTr="009034A2">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lastRenderedPageBreak/>
              <w:t>- GV mời HS nêu kết quả.</w:t>
            </w: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nêu: 1 041 x 6 = 6 246; 1 008 x 9 = 9 072; 1 107 x 8 = 8 856; 1 619 x 5 = 8 095.</w:t>
            </w:r>
          </w:p>
        </w:tc>
      </w:tr>
      <w:tr w:rsidR="009034A2" w:rsidRPr="009034A2" w:rsidTr="009034A2">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GV yêu cầu HS giải thích một phép nhân có nhớ.</w:t>
            </w: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trình bày cách nhân và nhớ.</w:t>
            </w:r>
          </w:p>
        </w:tc>
      </w:tr>
      <w:tr w:rsidR="009034A2" w:rsidRPr="009034A2" w:rsidTr="009034A2">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GV kết luận: Nhân số có bốn chữ số cần cẩn thận từng hàng.</w:t>
            </w: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lắng nghe.</w:t>
            </w:r>
          </w:p>
        </w:tc>
      </w:tr>
      <w:tr w:rsidR="009034A2" w:rsidRPr="009034A2" w:rsidTr="009034A2">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b/>
                <w:sz w:val="26"/>
              </w:rPr>
              <w:t>Bài 2. Bài toán sư đoàn. (Làm việc nhóm 2)</w:t>
            </w:r>
          </w:p>
          <w:p w:rsidR="0065027F" w:rsidRPr="009034A2" w:rsidRDefault="00E50158">
            <w:pPr>
              <w:spacing w:after="0" w:line="240" w:lineRule="auto"/>
            </w:pPr>
            <w:r w:rsidRPr="009034A2">
              <w:rPr>
                <w:rFonts w:ascii="Times New Roman" w:eastAsia="Times New Roman" w:hAnsi="Times New Roman"/>
                <w:sz w:val="26"/>
              </w:rPr>
              <w:t>- HS quan sát Bài 2.</w:t>
            </w:r>
          </w:p>
          <w:p w:rsidR="0065027F" w:rsidRPr="009034A2" w:rsidRDefault="0065027F" w:rsidP="009034A2">
            <w:pPr>
              <w:spacing w:after="0" w:line="240" w:lineRule="auto"/>
            </w:pP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quan sát tranh quân đội.</w:t>
            </w:r>
          </w:p>
        </w:tc>
      </w:tr>
      <w:tr w:rsidR="009034A2" w:rsidRPr="009034A2" w:rsidTr="009034A2">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Tích hợp QPAN: GV khai thác hình ảnh các chú bộ đội trong bài toán và hỏi: Qua hình ảnh các chú bộ đội trong bài, em cần có thái độ như thế nào? GV diễn giải: Các chú bộ đội luyện tập, bảo vệ Tổ quốc, giữ gìn bình yên cho nhân dân; vì vậy HS cần biết trân trọng công lao ấy, chăm học, đoàn kết, thực hiện tốt nội quy và có ý thức yêu hòa bình, bảo vệ quê hương bằng những việc làm phù hợp với lứa tuổi.</w:t>
            </w: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trả lời: Em trân trọng công lao của bộ đội, yêu Tổ quốc, yêu hòa bình, chăm học và có ý thức giữ gìn an ninh đất nước.</w:t>
            </w:r>
          </w:p>
        </w:tc>
      </w:tr>
      <w:tr w:rsidR="009034A2" w:rsidRPr="009034A2" w:rsidTr="009034A2">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GV cho HS đọc thầm cá nhân đề bài, sau đó 1 HS đọc to trước lớp.</w:t>
            </w: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đọc: Một sư đoàn có 4 trung đoàn, mỗi trung đoàn có 1 300 người. Sau đó sư đoàn được bổ sung thêm 450 người. Hỏi lúc này sư đoàn có tất cả bao nhiêu người?</w:t>
            </w:r>
          </w:p>
        </w:tc>
      </w:tr>
      <w:tr w:rsidR="009034A2" w:rsidRPr="009034A2" w:rsidTr="009034A2">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GV hỏi: Trước hết cần tìm gì?</w:t>
            </w: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trả lời: Tìm số người của 4 trung đoàn.</w:t>
            </w:r>
          </w:p>
        </w:tc>
      </w:tr>
      <w:tr w:rsidR="009034A2" w:rsidRPr="009034A2" w:rsidTr="009034A2">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GV yêu cầu HS tính số người của 4 trung đoàn.</w:t>
            </w: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tính: 1 300 x 4 = 5 200 người.</w:t>
            </w:r>
          </w:p>
        </w:tc>
      </w:tr>
      <w:tr w:rsidR="009034A2" w:rsidRPr="009034A2" w:rsidTr="009034A2">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GV hỏi: Sau khi bổ sung thêm 450 người, sư đoàn có bao nhiêu người?</w:t>
            </w: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trả lời: 5 200 + 450 = 5 650 người.</w:t>
            </w:r>
          </w:p>
        </w:tc>
      </w:tr>
      <w:tr w:rsidR="009034A2" w:rsidRPr="009034A2" w:rsidTr="009034A2">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GV kết luận: Bài toán có hai bước tính: nhân trước, cộng sau.</w:t>
            </w: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lắng nghe.</w:t>
            </w:r>
          </w:p>
        </w:tc>
      </w:tr>
      <w:tr w:rsidR="009034A2" w:rsidRPr="009034A2" w:rsidTr="009034A2">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b/>
                <w:sz w:val="26"/>
              </w:rPr>
              <w:t>Bài 3. Số? Lực sĩ mèo và rùa thi tài. (Làm việc nhóm 4)</w:t>
            </w:r>
          </w:p>
          <w:p w:rsidR="0065027F" w:rsidRPr="009034A2" w:rsidRDefault="00E50158" w:rsidP="009034A2">
            <w:pPr>
              <w:spacing w:after="0" w:line="240" w:lineRule="auto"/>
            </w:pPr>
            <w:r w:rsidRPr="009034A2">
              <w:rPr>
                <w:rFonts w:ascii="Times New Roman" w:eastAsia="Times New Roman" w:hAnsi="Times New Roman"/>
                <w:sz w:val="26"/>
              </w:rPr>
              <w:t>- HS quan sát Bài 3.</w:t>
            </w: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quan sát các quả cân.</w:t>
            </w:r>
          </w:p>
        </w:tc>
      </w:tr>
      <w:tr w:rsidR="009034A2" w:rsidRPr="009034A2" w:rsidTr="009034A2">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GV cho HS đọc cá nhân yêu cầu Bài 3, sau đó 1 HS đọc to trước lớp.</w:t>
            </w: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đọc: Số?</w:t>
            </w:r>
          </w:p>
        </w:tc>
      </w:tr>
      <w:tr w:rsidR="009034A2" w:rsidRPr="009034A2" w:rsidTr="009034A2">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GV hướng dẫn HS quan sát cân của mèo: mỗi bên tạ có những quả cân nào.</w:t>
            </w: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trả lời: Mỗi bên tạ của mèo có 1 000 g, 1 000 g, 500 g và 100 g, tổng 2 600 g.</w:t>
            </w:r>
          </w:p>
        </w:tc>
      </w:tr>
      <w:tr w:rsidR="009034A2" w:rsidRPr="009034A2" w:rsidTr="009034A2">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GV hỏi: Mèo nâng được bao nhiêu gam?</w:t>
            </w: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trả lời: Mèo nâng được 2 600 x 2 = 5 200 g.</w:t>
            </w:r>
          </w:p>
        </w:tc>
      </w:tr>
      <w:tr w:rsidR="009034A2" w:rsidRPr="009034A2" w:rsidTr="009034A2">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GV hướng dẫn HS quan sát cân của rùa.</w:t>
            </w: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trả lời: Mỗi bên tạ của rùa có 1 000 g, 500 g và 100 g, tổng 1 600 g.</w:t>
            </w:r>
          </w:p>
        </w:tc>
      </w:tr>
      <w:tr w:rsidR="009034A2" w:rsidRPr="009034A2" w:rsidTr="009034A2">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GV hỏi: Rùa nâng được bao nhiêu gam?</w:t>
            </w: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trả lời: Rùa nâng được 1 600 x 2 = 3 200 g.</w:t>
            </w:r>
          </w:p>
        </w:tc>
      </w:tr>
      <w:tr w:rsidR="009034A2" w:rsidRPr="009034A2" w:rsidTr="009034A2">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GV kết luận: Muốn biết tổng khối lượng, cần tính mỗi bên tạ rồi nhân với 2.</w:t>
            </w: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lắng nghe.</w:t>
            </w:r>
          </w:p>
        </w:tc>
      </w:tr>
      <w:tr w:rsidR="009034A2" w:rsidRPr="009034A2" w:rsidTr="009034A2">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b/>
                <w:sz w:val="26"/>
              </w:rPr>
              <w:lastRenderedPageBreak/>
              <w:t>Bài 4. Tìm chữ số thích hợp. (Làm việc nhóm 2)</w:t>
            </w:r>
          </w:p>
          <w:p w:rsidR="0065027F" w:rsidRPr="009034A2" w:rsidRDefault="00E50158" w:rsidP="009034A2">
            <w:pPr>
              <w:spacing w:after="0" w:line="240" w:lineRule="auto"/>
            </w:pPr>
            <w:r w:rsidRPr="009034A2">
              <w:rPr>
                <w:rFonts w:ascii="Times New Roman" w:eastAsia="Times New Roman" w:hAnsi="Times New Roman"/>
                <w:sz w:val="26"/>
              </w:rPr>
              <w:t>- HS quan sát Bài 4.</w:t>
            </w: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quan sát các phép nhân còn thiếu chữ số.</w:t>
            </w:r>
          </w:p>
        </w:tc>
      </w:tr>
      <w:tr w:rsidR="009034A2" w:rsidRPr="009034A2" w:rsidTr="009034A2">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GV cho HS đọc cá nhân yêu cầu Bài 4, sau đó 1 HS đọc to trước lớp.</w:t>
            </w: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đọc: Tìm chữ số thích hợp.</w:t>
            </w:r>
          </w:p>
        </w:tc>
      </w:tr>
      <w:tr w:rsidR="009034A2" w:rsidRPr="009034A2" w:rsidTr="009034A2">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GV hướng dẫn HS xét câu a theo từng hàng.</w:t>
            </w: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tìm: 1 215 x 4 = 4 860.</w:t>
            </w:r>
          </w:p>
        </w:tc>
      </w:tr>
      <w:tr w:rsidR="009034A2" w:rsidRPr="009034A2" w:rsidTr="009034A2">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GV hướng dẫn HS xét câu b theo từng hàng.</w:t>
            </w: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tìm: 2 253 x 3 = 6 759.</w:t>
            </w:r>
          </w:p>
        </w:tc>
      </w:tr>
      <w:tr w:rsidR="009034A2" w:rsidRPr="009034A2" w:rsidTr="009034A2">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GV mời HS giải thích cách tìm một chữ số.</w:t>
            </w: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giải thích dựa vào tích ở hàng đơn vị, hàng chục, hàng trăm.</w:t>
            </w:r>
          </w:p>
        </w:tc>
      </w:tr>
      <w:tr w:rsidR="009034A2" w:rsidRPr="009034A2" w:rsidTr="009034A2">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GV kết luận: Muốn tìm chữ số thích hợp, cần suy luận theo từng hàng từ phải sang trái.</w:t>
            </w: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lắng nghe.</w:t>
            </w:r>
          </w:p>
        </w:tc>
      </w:tr>
      <w:tr w:rsidR="009034A2" w:rsidRPr="009034A2" w:rsidTr="009034A2">
        <w:trPr>
          <w:jc w:val="center"/>
        </w:trPr>
        <w:tc>
          <w:tcPr>
            <w:tcW w:w="10080" w:type="dxa"/>
            <w:gridSpan w:val="2"/>
            <w:shd w:val="clear" w:color="auto" w:fill="auto"/>
          </w:tcPr>
          <w:p w:rsidR="0065027F" w:rsidRPr="009034A2" w:rsidRDefault="00E50158">
            <w:pPr>
              <w:spacing w:after="0" w:line="240" w:lineRule="auto"/>
            </w:pPr>
            <w:r w:rsidRPr="009034A2">
              <w:rPr>
                <w:rFonts w:ascii="Times New Roman" w:eastAsia="Times New Roman" w:hAnsi="Times New Roman"/>
                <w:b/>
                <w:sz w:val="26"/>
              </w:rPr>
              <w:t>3. Vận dụng - Trải nghiệm (5 phút):</w:t>
            </w:r>
          </w:p>
          <w:p w:rsidR="0065027F" w:rsidRPr="009034A2" w:rsidRDefault="00E50158">
            <w:pPr>
              <w:spacing w:after="0" w:line="240" w:lineRule="auto"/>
            </w:pPr>
            <w:r w:rsidRPr="009034A2">
              <w:rPr>
                <w:rFonts w:ascii="Times New Roman" w:eastAsia="Times New Roman" w:hAnsi="Times New Roman"/>
                <w:sz w:val="26"/>
              </w:rPr>
              <w:t>- Mục tiêu: Củng cố kiến thức của tiết học, liên hệ thực tế, nhận xét kết quả học tập và giao nhiệm vụ về nhà.</w:t>
            </w:r>
          </w:p>
          <w:p w:rsidR="0065027F" w:rsidRPr="009034A2" w:rsidRDefault="00E50158">
            <w:pPr>
              <w:spacing w:after="0" w:line="240" w:lineRule="auto"/>
            </w:pPr>
            <w:r w:rsidRPr="009034A2">
              <w:rPr>
                <w:rFonts w:ascii="Times New Roman" w:eastAsia="Times New Roman" w:hAnsi="Times New Roman"/>
                <w:sz w:val="26"/>
              </w:rPr>
              <w:t>*Cách tiến hành:</w:t>
            </w:r>
          </w:p>
        </w:tc>
      </w:tr>
      <w:tr w:rsidR="009034A2" w:rsidRPr="009034A2" w:rsidTr="009034A2">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GV hỏi: Bài học hôm nay giúp em củng cố những kiến thức nào?</w:t>
            </w: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trả lời: Em củng cố đặt tính rồi tính nhân số có bốn chữ số với số có một chữ số, giải toán có hai bước tính, tính cân nặng và tìm chữ số thích hợp.</w:t>
            </w:r>
          </w:p>
        </w:tc>
      </w:tr>
      <w:tr w:rsidR="009034A2" w:rsidRPr="009034A2" w:rsidTr="009034A2">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GV hỏi: Với bài toán sư đoàn có 4 trung đoàn, mỗi trung đoàn 1 300 người và bổ sung thêm 450 người, em thực hiện những bước nào?</w:t>
            </w: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trả lời: Em tính 1 300 x 4 = 5 200 người, rồi tính 5 200 + 450 = 5 650 người.</w:t>
            </w:r>
          </w:p>
        </w:tc>
      </w:tr>
      <w:tr w:rsidR="009034A2" w:rsidRPr="009034A2" w:rsidTr="009034A2">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GV liên hệ QPAN: Qua bài toán có hình ảnh bộ đội, em cần có thái độ như thế nào?</w:t>
            </w: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trả lời: Em trân trọng công lao của bộ đội, yêu hòa bình, chăm học và có ý thức bảo vệ quê hương, đất nước.</w:t>
            </w:r>
          </w:p>
        </w:tc>
      </w:tr>
      <w:tr w:rsidR="009034A2" w:rsidRPr="009034A2" w:rsidTr="009034A2">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GV nhận xét tiết học: HS tích cực luyện tập, biết giải thích cách nhân và biết liên hệ lòng biết ơn bộ đội.</w:t>
            </w: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lắng nghe, tự đánh giá thái độ học tập của mình.</w:t>
            </w:r>
          </w:p>
        </w:tc>
      </w:tr>
      <w:tr w:rsidR="009034A2" w:rsidRPr="009034A2" w:rsidTr="009034A2">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GV dặn dò: Về nhà ôn cách nhân có nhớ, xem trước bài chia số có bốn chữ số cho số có một chữ số.</w:t>
            </w: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ghi nhớ nhiệm vụ về nhà.</w:t>
            </w:r>
          </w:p>
        </w:tc>
      </w:tr>
    </w:tbl>
    <w:p w:rsidR="0065027F" w:rsidRPr="009034A2" w:rsidRDefault="00E50158">
      <w:pPr>
        <w:spacing w:after="0" w:line="240" w:lineRule="auto"/>
      </w:pPr>
      <w:r w:rsidRPr="009034A2">
        <w:rPr>
          <w:rFonts w:ascii="Times New Roman" w:eastAsia="Times New Roman" w:hAnsi="Times New Roman"/>
          <w:b/>
          <w:sz w:val="26"/>
        </w:rPr>
        <w:t>IV. ĐIỀU CHỈNH SAU BÀI DẠY:</w:t>
      </w:r>
    </w:p>
    <w:p w:rsidR="0065027F" w:rsidRPr="009034A2" w:rsidRDefault="00E50158">
      <w:pPr>
        <w:spacing w:after="0" w:line="240" w:lineRule="auto"/>
      </w:pPr>
      <w:r w:rsidRPr="009034A2">
        <w:rPr>
          <w:rFonts w:ascii="Times New Roman" w:eastAsia="Times New Roman" w:hAnsi="Times New Roman"/>
          <w:sz w:val="26"/>
        </w:rPr>
        <w:t>.......................................................................................................................................</w:t>
      </w:r>
    </w:p>
    <w:p w:rsidR="0065027F" w:rsidRPr="009034A2" w:rsidRDefault="00E50158">
      <w:pPr>
        <w:spacing w:after="0" w:line="240" w:lineRule="auto"/>
      </w:pPr>
      <w:r w:rsidRPr="009034A2">
        <w:rPr>
          <w:rFonts w:ascii="Times New Roman" w:eastAsia="Times New Roman" w:hAnsi="Times New Roman"/>
          <w:sz w:val="26"/>
        </w:rPr>
        <w:t>.......................................................................................................................................</w:t>
      </w:r>
    </w:p>
    <w:p w:rsidR="0065027F" w:rsidRPr="009034A2" w:rsidRDefault="00E50158">
      <w:pPr>
        <w:spacing w:after="0" w:line="240" w:lineRule="auto"/>
      </w:pPr>
      <w:r w:rsidRPr="009034A2">
        <w:rPr>
          <w:rFonts w:ascii="Times New Roman" w:eastAsia="Times New Roman" w:hAnsi="Times New Roman"/>
          <w:sz w:val="26"/>
        </w:rPr>
        <w:br w:type="page"/>
      </w:r>
    </w:p>
    <w:p w:rsidR="0065027F" w:rsidRPr="009034A2" w:rsidRDefault="00E50158">
      <w:pPr>
        <w:spacing w:after="0" w:line="240" w:lineRule="auto"/>
        <w:jc w:val="center"/>
      </w:pPr>
      <w:r w:rsidRPr="009034A2">
        <w:rPr>
          <w:rFonts w:ascii="Times New Roman" w:eastAsia="Times New Roman" w:hAnsi="Times New Roman"/>
          <w:b/>
          <w:sz w:val="28"/>
        </w:rPr>
        <w:lastRenderedPageBreak/>
        <w:t>TUẦN 24</w:t>
      </w:r>
    </w:p>
    <w:p w:rsidR="0065027F" w:rsidRPr="009034A2" w:rsidRDefault="00E50158">
      <w:pPr>
        <w:spacing w:after="0" w:line="240" w:lineRule="auto"/>
        <w:jc w:val="center"/>
      </w:pPr>
      <w:r w:rsidRPr="009034A2">
        <w:rPr>
          <w:rFonts w:ascii="Times New Roman" w:eastAsia="Times New Roman" w:hAnsi="Times New Roman"/>
          <w:b/>
          <w:sz w:val="28"/>
        </w:rPr>
        <w:t>KẾ HOẠCH BÀI DẠY MÔN TOÁN 3</w:t>
      </w:r>
    </w:p>
    <w:p w:rsidR="0065027F" w:rsidRPr="009034A2" w:rsidRDefault="00E50158">
      <w:pPr>
        <w:spacing w:after="0" w:line="240" w:lineRule="auto"/>
        <w:jc w:val="center"/>
      </w:pPr>
      <w:r w:rsidRPr="009034A2">
        <w:rPr>
          <w:rFonts w:ascii="Times New Roman" w:eastAsia="Times New Roman" w:hAnsi="Times New Roman"/>
          <w:b/>
          <w:sz w:val="26"/>
        </w:rPr>
        <w:t>CHỦ ĐỀ 10: CỘNG, TRỪ, NHÂN, CHIA TRONG PHẠM VI 10 000</w:t>
      </w:r>
    </w:p>
    <w:p w:rsidR="0065027F" w:rsidRPr="009034A2" w:rsidRDefault="00E50158">
      <w:pPr>
        <w:spacing w:after="0" w:line="240" w:lineRule="auto"/>
        <w:jc w:val="center"/>
      </w:pPr>
      <w:r w:rsidRPr="009034A2">
        <w:rPr>
          <w:rFonts w:ascii="Times New Roman" w:eastAsia="Times New Roman" w:hAnsi="Times New Roman"/>
          <w:b/>
          <w:sz w:val="26"/>
        </w:rPr>
        <w:t>Bài 57: CHIA SỐ CÓ BỐN CHỮ SỐ CHO SỐ CÓ MỘT CHỮ SỐ (Tiết 1) - Trang 47, 48</w:t>
      </w:r>
    </w:p>
    <w:p w:rsidR="0065027F" w:rsidRPr="009034A2" w:rsidRDefault="00E50158">
      <w:pPr>
        <w:spacing w:after="0" w:line="240" w:lineRule="auto"/>
      </w:pPr>
      <w:r w:rsidRPr="009034A2">
        <w:rPr>
          <w:rFonts w:ascii="Times New Roman" w:eastAsia="Times New Roman" w:hAnsi="Times New Roman"/>
          <w:b/>
          <w:sz w:val="26"/>
        </w:rPr>
        <w:t>I. YÊU CẦU CẦN ĐẠT:</w:t>
      </w:r>
    </w:p>
    <w:p w:rsidR="0065027F" w:rsidRPr="009034A2" w:rsidRDefault="00E50158">
      <w:pPr>
        <w:spacing w:after="0" w:line="240" w:lineRule="auto"/>
      </w:pPr>
      <w:r w:rsidRPr="009034A2">
        <w:rPr>
          <w:rFonts w:ascii="Times New Roman" w:eastAsia="Times New Roman" w:hAnsi="Times New Roman"/>
          <w:b/>
          <w:sz w:val="26"/>
        </w:rPr>
        <w:t>1. Năng lực đặc thù:</w:t>
      </w:r>
    </w:p>
    <w:p w:rsidR="0065027F" w:rsidRPr="009034A2" w:rsidRDefault="00E50158">
      <w:pPr>
        <w:spacing w:after="0" w:line="240" w:lineRule="auto"/>
      </w:pPr>
      <w:r w:rsidRPr="009034A2">
        <w:rPr>
          <w:rFonts w:ascii="Times New Roman" w:eastAsia="Times New Roman" w:hAnsi="Times New Roman"/>
          <w:sz w:val="26"/>
        </w:rPr>
        <w:t>- Biết cách chia số có bốn chữ số cho số có một chữ số trong trường hợp chia hết.</w:t>
      </w:r>
    </w:p>
    <w:p w:rsidR="0065027F" w:rsidRPr="009034A2" w:rsidRDefault="00E50158">
      <w:pPr>
        <w:spacing w:after="0" w:line="240" w:lineRule="auto"/>
      </w:pPr>
      <w:r w:rsidRPr="009034A2">
        <w:rPr>
          <w:rFonts w:ascii="Times New Roman" w:eastAsia="Times New Roman" w:hAnsi="Times New Roman"/>
          <w:sz w:val="26"/>
        </w:rPr>
        <w:t>- Thực hiện được phép chia theo từng lượt chia từ trái sang phải.</w:t>
      </w:r>
    </w:p>
    <w:p w:rsidR="0065027F" w:rsidRPr="009034A2" w:rsidRDefault="00E50158">
      <w:pPr>
        <w:spacing w:after="0" w:line="240" w:lineRule="auto"/>
      </w:pPr>
      <w:r w:rsidRPr="009034A2">
        <w:rPr>
          <w:rFonts w:ascii="Times New Roman" w:eastAsia="Times New Roman" w:hAnsi="Times New Roman"/>
          <w:sz w:val="26"/>
        </w:rPr>
        <w:t>- Giải được bài toán thực tế liên quan đến phép chia.</w:t>
      </w:r>
    </w:p>
    <w:p w:rsidR="0065027F" w:rsidRPr="009034A2" w:rsidRDefault="00E50158">
      <w:pPr>
        <w:spacing w:after="0" w:line="240" w:lineRule="auto"/>
      </w:pPr>
      <w:r w:rsidRPr="009034A2">
        <w:rPr>
          <w:rFonts w:ascii="Times New Roman" w:eastAsia="Times New Roman" w:hAnsi="Times New Roman"/>
          <w:sz w:val="26"/>
        </w:rPr>
        <w:t>- Biết kiểm tra phép chia bằng phép nhân ngược.</w:t>
      </w:r>
    </w:p>
    <w:p w:rsidR="0065027F" w:rsidRPr="009034A2" w:rsidRDefault="00E50158">
      <w:pPr>
        <w:spacing w:after="0" w:line="240" w:lineRule="auto"/>
      </w:pPr>
      <w:r w:rsidRPr="009034A2">
        <w:rPr>
          <w:rFonts w:ascii="Times New Roman" w:eastAsia="Times New Roman" w:hAnsi="Times New Roman"/>
          <w:b/>
          <w:sz w:val="26"/>
        </w:rPr>
        <w:t>2. Năng lực chung:</w:t>
      </w:r>
    </w:p>
    <w:p w:rsidR="0065027F" w:rsidRPr="009034A2" w:rsidRDefault="00E50158">
      <w:pPr>
        <w:spacing w:after="0" w:line="240" w:lineRule="auto"/>
      </w:pPr>
      <w:r w:rsidRPr="009034A2">
        <w:rPr>
          <w:rFonts w:ascii="Times New Roman" w:eastAsia="Times New Roman" w:hAnsi="Times New Roman"/>
          <w:sz w:val="26"/>
        </w:rPr>
        <w:t>- Tự chủ, tự học: tự thực hiện phép chia từng bước và kiểm tra kết quả.</w:t>
      </w:r>
    </w:p>
    <w:p w:rsidR="0065027F" w:rsidRPr="009034A2" w:rsidRDefault="00E50158">
      <w:pPr>
        <w:spacing w:after="0" w:line="240" w:lineRule="auto"/>
      </w:pPr>
      <w:r w:rsidRPr="009034A2">
        <w:rPr>
          <w:rFonts w:ascii="Times New Roman" w:eastAsia="Times New Roman" w:hAnsi="Times New Roman"/>
          <w:sz w:val="26"/>
        </w:rPr>
        <w:t>- Giao tiếp và hợp tác: trình bày cách chia, nhận xét bài làm của bạn.</w:t>
      </w:r>
    </w:p>
    <w:p w:rsidR="0065027F" w:rsidRPr="009034A2" w:rsidRDefault="00E50158">
      <w:pPr>
        <w:spacing w:after="0" w:line="240" w:lineRule="auto"/>
      </w:pPr>
      <w:r w:rsidRPr="009034A2">
        <w:rPr>
          <w:rFonts w:ascii="Times New Roman" w:eastAsia="Times New Roman" w:hAnsi="Times New Roman"/>
          <w:sz w:val="26"/>
        </w:rPr>
        <w:t>- Giải quyết vấn đề và sáng tạo: vận dụng phép chia vào tình huống sản xuất và chăn nuôi.</w:t>
      </w:r>
    </w:p>
    <w:p w:rsidR="0065027F" w:rsidRPr="009034A2" w:rsidRDefault="00E50158">
      <w:pPr>
        <w:spacing w:after="0" w:line="240" w:lineRule="auto"/>
      </w:pPr>
      <w:r w:rsidRPr="009034A2">
        <w:rPr>
          <w:rFonts w:ascii="Times New Roman" w:eastAsia="Times New Roman" w:hAnsi="Times New Roman"/>
          <w:b/>
          <w:sz w:val="26"/>
        </w:rPr>
        <w:t>3. Phẩm chất:</w:t>
      </w:r>
    </w:p>
    <w:p w:rsidR="0065027F" w:rsidRPr="009034A2" w:rsidRDefault="00E50158">
      <w:pPr>
        <w:spacing w:after="0" w:line="240" w:lineRule="auto"/>
      </w:pPr>
      <w:r w:rsidRPr="009034A2">
        <w:rPr>
          <w:rFonts w:ascii="Times New Roman" w:eastAsia="Times New Roman" w:hAnsi="Times New Roman"/>
          <w:sz w:val="26"/>
        </w:rPr>
        <w:t>- Chăm chỉ: luyện chia cẩn thận, đúng từng lượt chia.</w:t>
      </w:r>
    </w:p>
    <w:p w:rsidR="0065027F" w:rsidRPr="009034A2" w:rsidRDefault="00E50158">
      <w:pPr>
        <w:spacing w:after="0" w:line="240" w:lineRule="auto"/>
      </w:pPr>
      <w:r w:rsidRPr="009034A2">
        <w:rPr>
          <w:rFonts w:ascii="Times New Roman" w:eastAsia="Times New Roman" w:hAnsi="Times New Roman"/>
          <w:sz w:val="26"/>
        </w:rPr>
        <w:t>- Trung thực: kiểm tra kết quả bằng phép nhân ngược.</w:t>
      </w:r>
    </w:p>
    <w:p w:rsidR="0065027F" w:rsidRPr="009034A2" w:rsidRDefault="00E50158">
      <w:pPr>
        <w:spacing w:after="0" w:line="240" w:lineRule="auto"/>
      </w:pPr>
      <w:r w:rsidRPr="009034A2">
        <w:rPr>
          <w:rFonts w:ascii="Times New Roman" w:eastAsia="Times New Roman" w:hAnsi="Times New Roman"/>
          <w:sz w:val="26"/>
        </w:rPr>
        <w:t>- Trách nhiệm: tự hào truyền thống dựng nước, giữ nước và biết bảo vệ quê hương.</w:t>
      </w:r>
    </w:p>
    <w:p w:rsidR="0065027F" w:rsidRPr="009034A2" w:rsidRDefault="00E50158">
      <w:pPr>
        <w:spacing w:after="0" w:line="240" w:lineRule="auto"/>
      </w:pPr>
      <w:r w:rsidRPr="009034A2">
        <w:rPr>
          <w:rFonts w:ascii="Times New Roman" w:eastAsia="Times New Roman" w:hAnsi="Times New Roman"/>
          <w:b/>
          <w:sz w:val="26"/>
        </w:rPr>
        <w:t>4. Tích hợp:</w:t>
      </w:r>
    </w:p>
    <w:p w:rsidR="0065027F" w:rsidRPr="009034A2" w:rsidRDefault="00E50158">
      <w:pPr>
        <w:spacing w:after="0" w:line="240" w:lineRule="auto"/>
      </w:pPr>
      <w:r w:rsidRPr="009034A2">
        <w:rPr>
          <w:rFonts w:ascii="Times New Roman" w:eastAsia="Times New Roman" w:hAnsi="Times New Roman"/>
          <w:sz w:val="26"/>
        </w:rPr>
        <w:t>- Tích hợp QPAN: HS tự hào về truyền thống dựng nước, giữ nước; biết trân trọng di tích, nhân vật lịch sử và có ý thức bảo vệ quê hương, đất nước.</w:t>
      </w:r>
    </w:p>
    <w:p w:rsidR="0065027F" w:rsidRPr="009034A2" w:rsidRDefault="00E50158">
      <w:pPr>
        <w:spacing w:after="0" w:line="240" w:lineRule="auto"/>
      </w:pPr>
      <w:r w:rsidRPr="009034A2">
        <w:rPr>
          <w:rFonts w:ascii="Times New Roman" w:eastAsia="Times New Roman" w:hAnsi="Times New Roman"/>
          <w:b/>
          <w:sz w:val="26"/>
        </w:rPr>
        <w:t>II. ĐỒ DÙNG DẠY HỌC</w:t>
      </w:r>
    </w:p>
    <w:p w:rsidR="0065027F" w:rsidRPr="009034A2" w:rsidRDefault="00E50158">
      <w:pPr>
        <w:spacing w:after="0" w:line="240" w:lineRule="auto"/>
      </w:pPr>
      <w:r w:rsidRPr="009034A2">
        <w:rPr>
          <w:rFonts w:ascii="Times New Roman" w:eastAsia="Times New Roman" w:hAnsi="Times New Roman"/>
          <w:sz w:val="26"/>
        </w:rPr>
        <w:t>- Kế hoạch bài dạy, SGK Toán 3 tập hai, bài giảng PowerPoint.</w:t>
      </w:r>
    </w:p>
    <w:p w:rsidR="0065027F" w:rsidRPr="009034A2" w:rsidRDefault="00E50158">
      <w:pPr>
        <w:spacing w:after="0" w:line="240" w:lineRule="auto"/>
      </w:pPr>
      <w:r w:rsidRPr="009034A2">
        <w:rPr>
          <w:rFonts w:ascii="Times New Roman" w:eastAsia="Times New Roman" w:hAnsi="Times New Roman"/>
          <w:sz w:val="26"/>
        </w:rPr>
        <w:t>- Tranh SGK, phiếu chia theo từng lượt, bảng con.</w:t>
      </w:r>
    </w:p>
    <w:p w:rsidR="0065027F" w:rsidRPr="009034A2" w:rsidRDefault="00E50158">
      <w:pPr>
        <w:spacing w:after="0" w:line="240" w:lineRule="auto"/>
      </w:pPr>
      <w:r w:rsidRPr="009034A2">
        <w:rPr>
          <w:rFonts w:ascii="Times New Roman" w:eastAsia="Times New Roman" w:hAnsi="Times New Roman"/>
          <w:sz w:val="26"/>
        </w:rPr>
        <w:t>- Hình cắt từ SGK trang 47, 48.</w:t>
      </w:r>
    </w:p>
    <w:p w:rsidR="0065027F" w:rsidRPr="009034A2" w:rsidRDefault="00E50158">
      <w:pPr>
        <w:spacing w:after="0" w:line="240" w:lineRule="auto"/>
      </w:pPr>
      <w:r w:rsidRPr="009034A2">
        <w:rPr>
          <w:rFonts w:ascii="Times New Roman" w:eastAsia="Times New Roman" w:hAnsi="Times New Roman"/>
          <w:b/>
          <w:sz w:val="26"/>
        </w:rPr>
        <w:t>III. HOẠT ĐỘNG DẠY HỌC</w:t>
      </w:r>
    </w:p>
    <w:tbl>
      <w:tblPr>
        <w:tblW w:w="0" w:type="auto"/>
        <w:jc w:val="center"/>
        <w:tblBorders>
          <w:top w:val="single" w:sz="8" w:space="0" w:color="000000"/>
          <w:left w:val="single" w:sz="8" w:space="0" w:color="000000"/>
          <w:bottom w:val="single" w:sz="8" w:space="0" w:color="000000"/>
          <w:right w:val="single" w:sz="8" w:space="0" w:color="000000"/>
          <w:insideV w:val="single" w:sz="8" w:space="0" w:color="000000"/>
        </w:tblBorders>
        <w:tblLook w:val="04A0" w:firstRow="1" w:lastRow="0" w:firstColumn="1" w:lastColumn="0" w:noHBand="0" w:noVBand="1"/>
      </w:tblPr>
      <w:tblGrid>
        <w:gridCol w:w="5040"/>
        <w:gridCol w:w="5040"/>
      </w:tblGrid>
      <w:tr w:rsidR="009034A2" w:rsidRPr="009034A2" w:rsidTr="00806A57">
        <w:trPr>
          <w:jc w:val="center"/>
        </w:trPr>
        <w:tc>
          <w:tcPr>
            <w:tcW w:w="5040" w:type="dxa"/>
            <w:tcBorders>
              <w:bottom w:val="single" w:sz="8" w:space="0" w:color="000000"/>
            </w:tcBorders>
            <w:shd w:val="clear" w:color="auto" w:fill="auto"/>
          </w:tcPr>
          <w:p w:rsidR="0065027F" w:rsidRPr="009034A2" w:rsidRDefault="00E50158">
            <w:pPr>
              <w:spacing w:after="0" w:line="240" w:lineRule="auto"/>
              <w:jc w:val="center"/>
            </w:pPr>
            <w:r w:rsidRPr="009034A2">
              <w:rPr>
                <w:rFonts w:ascii="Times New Roman" w:eastAsia="Times New Roman" w:hAnsi="Times New Roman"/>
                <w:b/>
                <w:sz w:val="26"/>
              </w:rPr>
              <w:t>Hoạt động của giáo viên</w:t>
            </w:r>
          </w:p>
        </w:tc>
        <w:tc>
          <w:tcPr>
            <w:tcW w:w="5040" w:type="dxa"/>
            <w:tcBorders>
              <w:bottom w:val="single" w:sz="8" w:space="0" w:color="000000"/>
            </w:tcBorders>
            <w:shd w:val="clear" w:color="auto" w:fill="auto"/>
          </w:tcPr>
          <w:p w:rsidR="0065027F" w:rsidRPr="009034A2" w:rsidRDefault="00E50158">
            <w:pPr>
              <w:spacing w:after="0" w:line="240" w:lineRule="auto"/>
              <w:jc w:val="center"/>
            </w:pPr>
            <w:r w:rsidRPr="009034A2">
              <w:rPr>
                <w:rFonts w:ascii="Times New Roman" w:eastAsia="Times New Roman" w:hAnsi="Times New Roman"/>
                <w:b/>
                <w:sz w:val="26"/>
              </w:rPr>
              <w:t>Hoạt động của học sinh</w:t>
            </w:r>
          </w:p>
        </w:tc>
      </w:tr>
      <w:tr w:rsidR="009034A2" w:rsidRPr="009034A2" w:rsidTr="00806A57">
        <w:trPr>
          <w:jc w:val="center"/>
        </w:trPr>
        <w:tc>
          <w:tcPr>
            <w:tcW w:w="10080" w:type="dxa"/>
            <w:gridSpan w:val="2"/>
            <w:tcBorders>
              <w:top w:val="single" w:sz="8" w:space="0" w:color="000000"/>
              <w:bottom w:val="single" w:sz="8" w:space="0" w:color="000000"/>
            </w:tcBorders>
            <w:shd w:val="clear" w:color="auto" w:fill="auto"/>
          </w:tcPr>
          <w:p w:rsidR="0065027F" w:rsidRPr="009034A2" w:rsidRDefault="00E50158">
            <w:pPr>
              <w:spacing w:after="0" w:line="240" w:lineRule="auto"/>
            </w:pPr>
            <w:r w:rsidRPr="009034A2">
              <w:rPr>
                <w:rFonts w:ascii="Times New Roman" w:eastAsia="Times New Roman" w:hAnsi="Times New Roman"/>
                <w:b/>
                <w:sz w:val="26"/>
              </w:rPr>
              <w:t>1. Khởi động (5 phút):</w:t>
            </w:r>
          </w:p>
          <w:p w:rsidR="0065027F" w:rsidRPr="009034A2" w:rsidRDefault="00E50158">
            <w:pPr>
              <w:spacing w:after="0" w:line="240" w:lineRule="auto"/>
            </w:pPr>
            <w:r w:rsidRPr="009034A2">
              <w:rPr>
                <w:rFonts w:ascii="Times New Roman" w:eastAsia="Times New Roman" w:hAnsi="Times New Roman"/>
                <w:sz w:val="26"/>
              </w:rPr>
              <w:t>- Mục tiêu: Ôn chia số có ba chữ số cho số có một chữ số và tạo tình huống chia mới.</w:t>
            </w:r>
          </w:p>
          <w:p w:rsidR="0065027F" w:rsidRPr="009034A2" w:rsidRDefault="00E50158">
            <w:pPr>
              <w:spacing w:after="0" w:line="240" w:lineRule="auto"/>
            </w:pPr>
            <w:r w:rsidRPr="009034A2">
              <w:rPr>
                <w:rFonts w:ascii="Times New Roman" w:eastAsia="Times New Roman" w:hAnsi="Times New Roman"/>
                <w:sz w:val="26"/>
              </w:rPr>
              <w:t>*Cách tiến hành:</w:t>
            </w:r>
          </w:p>
        </w:tc>
      </w:tr>
      <w:tr w:rsidR="009034A2" w:rsidRPr="009034A2" w:rsidTr="00806A57">
        <w:trPr>
          <w:jc w:val="center"/>
        </w:trPr>
        <w:tc>
          <w:tcPr>
            <w:tcW w:w="5040" w:type="dxa"/>
            <w:tcBorders>
              <w:top w:val="single" w:sz="8" w:space="0" w:color="000000"/>
            </w:tcBorders>
            <w:shd w:val="clear" w:color="auto" w:fill="auto"/>
          </w:tcPr>
          <w:p w:rsidR="0065027F" w:rsidRPr="009034A2" w:rsidRDefault="00E50158">
            <w:pPr>
              <w:spacing w:after="0" w:line="240" w:lineRule="auto"/>
            </w:pPr>
            <w:r w:rsidRPr="009034A2">
              <w:rPr>
                <w:rFonts w:ascii="Times New Roman" w:eastAsia="Times New Roman" w:hAnsi="Times New Roman"/>
                <w:sz w:val="26"/>
              </w:rPr>
              <w:t>- GV tổ chức trò chơi “Chia nhanh”.</w:t>
            </w:r>
          </w:p>
        </w:tc>
        <w:tc>
          <w:tcPr>
            <w:tcW w:w="5040" w:type="dxa"/>
            <w:tcBorders>
              <w:top w:val="single" w:sz="8" w:space="0" w:color="000000"/>
            </w:tcBorders>
            <w:shd w:val="clear" w:color="auto" w:fill="auto"/>
          </w:tcPr>
          <w:p w:rsidR="0065027F" w:rsidRPr="009034A2" w:rsidRDefault="00E50158">
            <w:pPr>
              <w:spacing w:after="0" w:line="240" w:lineRule="auto"/>
            </w:pPr>
            <w:r w:rsidRPr="009034A2">
              <w:rPr>
                <w:rFonts w:ascii="Times New Roman" w:eastAsia="Times New Roman" w:hAnsi="Times New Roman"/>
                <w:sz w:val="26"/>
              </w:rPr>
              <w:t>- HS tham gia trò chơi.</w:t>
            </w:r>
          </w:p>
        </w:tc>
      </w:tr>
      <w:tr w:rsidR="009034A2" w:rsidRPr="009034A2" w:rsidTr="00806A57">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GV nêu: 936 : 3 bằng bao nhiêu?</w:t>
            </w: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trả lời: 312.</w:t>
            </w:r>
          </w:p>
        </w:tc>
      </w:tr>
      <w:tr w:rsidR="009034A2" w:rsidRPr="009034A2" w:rsidTr="00806A57">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GV hỏi: Khi thực hiện phép chia, ta chia theo thứ tự nào?</w:t>
            </w: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trả lời: Chia từ trái sang phải, từ hàng cao đến hàng thấp.</w:t>
            </w:r>
          </w:p>
        </w:tc>
      </w:tr>
      <w:tr w:rsidR="009034A2" w:rsidRPr="009034A2" w:rsidTr="00806A57">
        <w:trPr>
          <w:jc w:val="center"/>
        </w:trPr>
        <w:tc>
          <w:tcPr>
            <w:tcW w:w="5040" w:type="dxa"/>
            <w:tcBorders>
              <w:bottom w:val="single" w:sz="8" w:space="0" w:color="000000"/>
            </w:tcBorders>
            <w:shd w:val="clear" w:color="auto" w:fill="auto"/>
          </w:tcPr>
          <w:p w:rsidR="0065027F" w:rsidRPr="009034A2" w:rsidRDefault="00E50158">
            <w:pPr>
              <w:spacing w:after="0" w:line="240" w:lineRule="auto"/>
            </w:pPr>
            <w:r w:rsidRPr="009034A2">
              <w:rPr>
                <w:rFonts w:ascii="Times New Roman" w:eastAsia="Times New Roman" w:hAnsi="Times New Roman"/>
                <w:sz w:val="26"/>
              </w:rPr>
              <w:t>- GV dẫn dắt vào bài “Chia số có bốn chữ số cho số có một chữ số”.</w:t>
            </w:r>
          </w:p>
        </w:tc>
        <w:tc>
          <w:tcPr>
            <w:tcW w:w="5040" w:type="dxa"/>
            <w:tcBorders>
              <w:bottom w:val="single" w:sz="8" w:space="0" w:color="000000"/>
            </w:tcBorders>
            <w:shd w:val="clear" w:color="auto" w:fill="auto"/>
          </w:tcPr>
          <w:p w:rsidR="0065027F" w:rsidRPr="009034A2" w:rsidRDefault="00E50158">
            <w:pPr>
              <w:spacing w:after="0" w:line="240" w:lineRule="auto"/>
            </w:pPr>
            <w:r w:rsidRPr="009034A2">
              <w:rPr>
                <w:rFonts w:ascii="Times New Roman" w:eastAsia="Times New Roman" w:hAnsi="Times New Roman"/>
                <w:sz w:val="26"/>
              </w:rPr>
              <w:t>- HS ghi tên bài.</w:t>
            </w:r>
          </w:p>
        </w:tc>
      </w:tr>
      <w:tr w:rsidR="009034A2" w:rsidRPr="009034A2" w:rsidTr="00806A57">
        <w:trPr>
          <w:jc w:val="center"/>
        </w:trPr>
        <w:tc>
          <w:tcPr>
            <w:tcW w:w="10080" w:type="dxa"/>
            <w:gridSpan w:val="2"/>
            <w:tcBorders>
              <w:top w:val="single" w:sz="8" w:space="0" w:color="000000"/>
              <w:bottom w:val="single" w:sz="8" w:space="0" w:color="000000"/>
            </w:tcBorders>
            <w:shd w:val="clear" w:color="auto" w:fill="auto"/>
          </w:tcPr>
          <w:p w:rsidR="0065027F" w:rsidRPr="009034A2" w:rsidRDefault="00E50158">
            <w:pPr>
              <w:spacing w:after="0" w:line="240" w:lineRule="auto"/>
            </w:pPr>
            <w:r w:rsidRPr="009034A2">
              <w:rPr>
                <w:rFonts w:ascii="Times New Roman" w:eastAsia="Times New Roman" w:hAnsi="Times New Roman"/>
                <w:b/>
                <w:sz w:val="26"/>
              </w:rPr>
              <w:t>2. Khám phá (12 phút):</w:t>
            </w:r>
          </w:p>
          <w:p w:rsidR="0065027F" w:rsidRPr="009034A2" w:rsidRDefault="00E50158">
            <w:pPr>
              <w:spacing w:after="0" w:line="240" w:lineRule="auto"/>
            </w:pPr>
            <w:r w:rsidRPr="009034A2">
              <w:rPr>
                <w:rFonts w:ascii="Times New Roman" w:eastAsia="Times New Roman" w:hAnsi="Times New Roman"/>
                <w:sz w:val="26"/>
              </w:rPr>
              <w:t>- Mục tiêu: Biết cách chia số có bốn chữ số cho số có một chữ số.</w:t>
            </w:r>
          </w:p>
          <w:p w:rsidR="0065027F" w:rsidRPr="009034A2" w:rsidRDefault="00E50158">
            <w:pPr>
              <w:spacing w:after="0" w:line="240" w:lineRule="auto"/>
            </w:pPr>
            <w:r w:rsidRPr="009034A2">
              <w:rPr>
                <w:rFonts w:ascii="Times New Roman" w:eastAsia="Times New Roman" w:hAnsi="Times New Roman"/>
                <w:sz w:val="26"/>
              </w:rPr>
              <w:t>*Cách tiến hành:</w:t>
            </w:r>
          </w:p>
        </w:tc>
      </w:tr>
      <w:tr w:rsidR="009034A2" w:rsidRPr="009034A2" w:rsidTr="00806A57">
        <w:trPr>
          <w:jc w:val="center"/>
        </w:trPr>
        <w:tc>
          <w:tcPr>
            <w:tcW w:w="5040" w:type="dxa"/>
            <w:tcBorders>
              <w:top w:val="single" w:sz="8" w:space="0" w:color="000000"/>
            </w:tcBorders>
            <w:shd w:val="clear" w:color="auto" w:fill="auto"/>
          </w:tcPr>
          <w:p w:rsidR="0065027F" w:rsidRPr="009034A2" w:rsidRDefault="00E50158">
            <w:pPr>
              <w:spacing w:after="0" w:line="240" w:lineRule="auto"/>
            </w:pPr>
            <w:r w:rsidRPr="009034A2">
              <w:rPr>
                <w:rFonts w:ascii="Times New Roman" w:eastAsia="Times New Roman" w:hAnsi="Times New Roman"/>
                <w:b/>
                <w:sz w:val="26"/>
              </w:rPr>
              <w:t>Khám phá. Chia số có bốn chữ số cho số có một chữ số. (Làm việc cá nhân, cả lớp)</w:t>
            </w:r>
          </w:p>
          <w:p w:rsidR="0065027F" w:rsidRPr="009034A2" w:rsidRDefault="00E50158">
            <w:pPr>
              <w:spacing w:after="0" w:line="240" w:lineRule="auto"/>
            </w:pPr>
            <w:r w:rsidRPr="009034A2">
              <w:rPr>
                <w:rFonts w:ascii="Times New Roman" w:eastAsia="Times New Roman" w:hAnsi="Times New Roman"/>
                <w:sz w:val="26"/>
              </w:rPr>
              <w:t>- HS quan sát hình trong SGK.</w:t>
            </w:r>
          </w:p>
          <w:p w:rsidR="0065027F" w:rsidRPr="009034A2" w:rsidRDefault="0065027F">
            <w:pPr>
              <w:spacing w:after="0" w:line="240" w:lineRule="auto"/>
              <w:jc w:val="center"/>
            </w:pPr>
          </w:p>
        </w:tc>
        <w:tc>
          <w:tcPr>
            <w:tcW w:w="5040" w:type="dxa"/>
            <w:tcBorders>
              <w:top w:val="single" w:sz="8" w:space="0" w:color="000000"/>
            </w:tcBorders>
            <w:shd w:val="clear" w:color="auto" w:fill="auto"/>
          </w:tcPr>
          <w:p w:rsidR="0065027F" w:rsidRPr="009034A2" w:rsidRDefault="00E50158">
            <w:pPr>
              <w:spacing w:after="0" w:line="240" w:lineRule="auto"/>
            </w:pPr>
            <w:r w:rsidRPr="009034A2">
              <w:rPr>
                <w:rFonts w:ascii="Times New Roman" w:eastAsia="Times New Roman" w:hAnsi="Times New Roman"/>
                <w:sz w:val="26"/>
              </w:rPr>
              <w:t>- HS quan sát tranh khám phá.</w:t>
            </w:r>
          </w:p>
        </w:tc>
      </w:tr>
      <w:tr w:rsidR="009034A2" w:rsidRPr="009034A2" w:rsidTr="00806A57">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GV cho HS đọc thầm cá nhân tình huống phần a, sau đó 1 HS đọc to trước lớp.</w:t>
            </w: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đọc: Chia đều 6 408 chiếc bút chì cho 2 thùng.</w:t>
            </w:r>
          </w:p>
        </w:tc>
      </w:tr>
      <w:tr w:rsidR="009034A2" w:rsidRPr="009034A2" w:rsidTr="00806A57">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xml:space="preserve">- GV cho HS làm bảng con: viết phép tính 6 </w:t>
            </w:r>
            <w:r w:rsidRPr="009034A2">
              <w:rPr>
                <w:rFonts w:ascii="Times New Roman" w:eastAsia="Times New Roman" w:hAnsi="Times New Roman"/>
                <w:sz w:val="26"/>
              </w:rPr>
              <w:lastRenderedPageBreak/>
              <w:t>408 : 2, sau đó quan sát GV hướng dẫn cách chia.</w:t>
            </w: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lastRenderedPageBreak/>
              <w:t>- HS viết phép tính vào bảng con.</w:t>
            </w:r>
          </w:p>
        </w:tc>
      </w:tr>
      <w:tr w:rsidR="009034A2" w:rsidRPr="009034A2" w:rsidTr="00806A57">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lastRenderedPageBreak/>
              <w:t>- GV hướng dẫn HS chia từ trái sang phải.</w:t>
            </w: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theo dõi: 6 chia 2 được 3; hạ 4, 4 chia 2 được 2; hạ 0, 0 chia 2 được 0; hạ 8, 8 chia 2 được 4.</w:t>
            </w:r>
          </w:p>
        </w:tc>
      </w:tr>
      <w:tr w:rsidR="009034A2" w:rsidRPr="009034A2" w:rsidTr="00806A57">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GV kết luận: 6 408 : 2 = 3 204.</w:t>
            </w: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nhắc lại kết quả.</w:t>
            </w:r>
          </w:p>
        </w:tc>
      </w:tr>
      <w:tr w:rsidR="009034A2" w:rsidRPr="009034A2" w:rsidTr="00806A57">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GV cho HS đọc cá nhân phép chia 1 275 : 3 ở phần b, sau đó cả lớp quan sát cách chia.</w:t>
            </w: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đọc phép chia 1 275 : 3.</w:t>
            </w:r>
          </w:p>
        </w:tc>
      </w:tr>
      <w:tr w:rsidR="009034A2" w:rsidRPr="009034A2" w:rsidTr="00806A57">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GV hướng dẫn HS thực hiện từng lượt chia.</w:t>
            </w: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theo dõi: 12 chia 3 được 4; 7 chia 3 được 2 dư 1; 15 chia 3 được 5.</w:t>
            </w:r>
          </w:p>
        </w:tc>
      </w:tr>
      <w:tr w:rsidR="009034A2" w:rsidRPr="009034A2" w:rsidTr="00806A57">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GV kết luận: 1 275 : 3 = 425.</w:t>
            </w: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lắng nghe và ghi nhớ.</w:t>
            </w:r>
          </w:p>
        </w:tc>
      </w:tr>
      <w:tr w:rsidR="009034A2" w:rsidRPr="009034A2" w:rsidTr="00806A57">
        <w:trPr>
          <w:jc w:val="center"/>
        </w:trPr>
        <w:tc>
          <w:tcPr>
            <w:tcW w:w="5040" w:type="dxa"/>
            <w:tcBorders>
              <w:bottom w:val="single" w:sz="8" w:space="0" w:color="000000"/>
            </w:tcBorders>
            <w:shd w:val="clear" w:color="auto" w:fill="auto"/>
          </w:tcPr>
          <w:p w:rsidR="0065027F" w:rsidRPr="009034A2" w:rsidRDefault="00E50158">
            <w:pPr>
              <w:spacing w:after="0" w:line="240" w:lineRule="auto"/>
            </w:pPr>
            <w:r w:rsidRPr="009034A2">
              <w:rPr>
                <w:rFonts w:ascii="Times New Roman" w:eastAsia="Times New Roman" w:hAnsi="Times New Roman"/>
                <w:sz w:val="26"/>
              </w:rPr>
              <w:t>- Tích hợp QPAN: GV liên hệ: Học Toán giúp ta tính toán, phân chia hợp lí trong sản xuất, học tập và cả trong nhiệm vụ xây dựng, bảo vệ quê hương, đất nước. GV diễn giải thêm: Khi biết chia đều, tính đúng và kiểm tra kết quả, HS rèn được tính cẩn thận, kỉ luật, chính xác; đó cũng là những phẩm chất cần thiết để sau này góp phần xây dựng quê hương giàu đẹp, trân trọng truyền thống dựng nước và giữ nước của dân tộc.</w:t>
            </w:r>
          </w:p>
        </w:tc>
        <w:tc>
          <w:tcPr>
            <w:tcW w:w="5040" w:type="dxa"/>
            <w:tcBorders>
              <w:bottom w:val="single" w:sz="8" w:space="0" w:color="000000"/>
            </w:tcBorders>
            <w:shd w:val="clear" w:color="auto" w:fill="auto"/>
          </w:tcPr>
          <w:p w:rsidR="0065027F" w:rsidRPr="009034A2" w:rsidRDefault="00E50158">
            <w:pPr>
              <w:spacing w:after="0" w:line="240" w:lineRule="auto"/>
            </w:pPr>
            <w:r w:rsidRPr="009034A2">
              <w:rPr>
                <w:rFonts w:ascii="Times New Roman" w:eastAsia="Times New Roman" w:hAnsi="Times New Roman"/>
                <w:sz w:val="26"/>
              </w:rPr>
              <w:t>- HS lắng nghe, nêu ý thức học tập tốt, cẩn thận, kỉ luật để góp phần xây dựng và bảo vệ quê hương.</w:t>
            </w:r>
          </w:p>
        </w:tc>
      </w:tr>
      <w:tr w:rsidR="009034A2" w:rsidRPr="009034A2" w:rsidTr="00806A57">
        <w:trPr>
          <w:jc w:val="center"/>
        </w:trPr>
        <w:tc>
          <w:tcPr>
            <w:tcW w:w="10080" w:type="dxa"/>
            <w:gridSpan w:val="2"/>
            <w:tcBorders>
              <w:top w:val="single" w:sz="8" w:space="0" w:color="000000"/>
              <w:bottom w:val="single" w:sz="8" w:space="0" w:color="000000"/>
            </w:tcBorders>
            <w:shd w:val="clear" w:color="auto" w:fill="auto"/>
          </w:tcPr>
          <w:p w:rsidR="0065027F" w:rsidRPr="009034A2" w:rsidRDefault="00E50158">
            <w:pPr>
              <w:spacing w:after="0" w:line="240" w:lineRule="auto"/>
            </w:pPr>
            <w:r w:rsidRPr="009034A2">
              <w:rPr>
                <w:rFonts w:ascii="Times New Roman" w:eastAsia="Times New Roman" w:hAnsi="Times New Roman"/>
                <w:b/>
                <w:sz w:val="26"/>
              </w:rPr>
              <w:t>3. Hoạt động (13 phút):</w:t>
            </w:r>
          </w:p>
          <w:p w:rsidR="0065027F" w:rsidRPr="009034A2" w:rsidRDefault="00E50158">
            <w:pPr>
              <w:spacing w:after="0" w:line="240" w:lineRule="auto"/>
            </w:pPr>
            <w:r w:rsidRPr="009034A2">
              <w:rPr>
                <w:rFonts w:ascii="Times New Roman" w:eastAsia="Times New Roman" w:hAnsi="Times New Roman"/>
                <w:sz w:val="26"/>
              </w:rPr>
              <w:t>- Mục tiêu: Thực hành chia số có bốn chữ số cho số có một chữ số và giải toán thực tế.</w:t>
            </w:r>
          </w:p>
          <w:p w:rsidR="0065027F" w:rsidRPr="009034A2" w:rsidRDefault="00E50158">
            <w:pPr>
              <w:spacing w:after="0" w:line="240" w:lineRule="auto"/>
            </w:pPr>
            <w:r w:rsidRPr="009034A2">
              <w:rPr>
                <w:rFonts w:ascii="Times New Roman" w:eastAsia="Times New Roman" w:hAnsi="Times New Roman"/>
                <w:sz w:val="26"/>
              </w:rPr>
              <w:t>*Cách tiến hành:</w:t>
            </w:r>
          </w:p>
        </w:tc>
      </w:tr>
      <w:tr w:rsidR="009034A2" w:rsidRPr="009034A2" w:rsidTr="00806A57">
        <w:trPr>
          <w:jc w:val="center"/>
        </w:trPr>
        <w:tc>
          <w:tcPr>
            <w:tcW w:w="5040" w:type="dxa"/>
            <w:tcBorders>
              <w:top w:val="single" w:sz="8" w:space="0" w:color="000000"/>
            </w:tcBorders>
            <w:shd w:val="clear" w:color="auto" w:fill="auto"/>
          </w:tcPr>
          <w:p w:rsidR="0065027F" w:rsidRPr="009034A2" w:rsidRDefault="00E50158">
            <w:pPr>
              <w:spacing w:after="0" w:line="240" w:lineRule="auto"/>
            </w:pPr>
            <w:r w:rsidRPr="009034A2">
              <w:rPr>
                <w:rFonts w:ascii="Times New Roman" w:eastAsia="Times New Roman" w:hAnsi="Times New Roman"/>
                <w:b/>
                <w:sz w:val="26"/>
              </w:rPr>
              <w:t>Bài 1. Tính. (Làm việc cá nhân)</w:t>
            </w:r>
          </w:p>
          <w:p w:rsidR="0065027F" w:rsidRPr="009034A2" w:rsidRDefault="00E50158">
            <w:pPr>
              <w:spacing w:after="0" w:line="240" w:lineRule="auto"/>
            </w:pPr>
            <w:r w:rsidRPr="009034A2">
              <w:rPr>
                <w:rFonts w:ascii="Times New Roman" w:eastAsia="Times New Roman" w:hAnsi="Times New Roman"/>
                <w:sz w:val="26"/>
              </w:rPr>
              <w:t>- HS quan sát Bài 1.</w:t>
            </w:r>
          </w:p>
          <w:p w:rsidR="0065027F" w:rsidRPr="009034A2" w:rsidRDefault="00E50158">
            <w:pPr>
              <w:spacing w:after="0" w:line="240" w:lineRule="auto"/>
              <w:jc w:val="center"/>
            </w:pPr>
            <w:r w:rsidRPr="009034A2">
              <w:rPr>
                <w:rFonts w:ascii="Times New Roman" w:eastAsia="Times New Roman" w:hAnsi="Times New Roman"/>
                <w:noProof/>
                <w:sz w:val="26"/>
              </w:rPr>
              <w:drawing>
                <wp:inline distT="0" distB="0" distL="0" distR="0" wp14:anchorId="6758A6CC" wp14:editId="4F03C018">
                  <wp:extent cx="2852928" cy="488339"/>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57_t1_b1.png"/>
                          <pic:cNvPicPr/>
                        </pic:nvPicPr>
                        <pic:blipFill>
                          <a:blip r:embed="rId7"/>
                          <a:stretch>
                            <a:fillRect/>
                          </a:stretch>
                        </pic:blipFill>
                        <pic:spPr>
                          <a:xfrm>
                            <a:off x="0" y="0"/>
                            <a:ext cx="2852928" cy="488339"/>
                          </a:xfrm>
                          <a:prstGeom prst="rect">
                            <a:avLst/>
                          </a:prstGeom>
                        </pic:spPr>
                      </pic:pic>
                    </a:graphicData>
                  </a:graphic>
                </wp:inline>
              </w:drawing>
            </w:r>
          </w:p>
        </w:tc>
        <w:tc>
          <w:tcPr>
            <w:tcW w:w="5040" w:type="dxa"/>
            <w:tcBorders>
              <w:top w:val="single" w:sz="8" w:space="0" w:color="000000"/>
            </w:tcBorders>
            <w:shd w:val="clear" w:color="auto" w:fill="auto"/>
          </w:tcPr>
          <w:p w:rsidR="0065027F" w:rsidRPr="009034A2" w:rsidRDefault="00E50158">
            <w:pPr>
              <w:spacing w:after="0" w:line="240" w:lineRule="auto"/>
            </w:pPr>
            <w:r w:rsidRPr="009034A2">
              <w:rPr>
                <w:rFonts w:ascii="Times New Roman" w:eastAsia="Times New Roman" w:hAnsi="Times New Roman"/>
                <w:sz w:val="26"/>
              </w:rPr>
              <w:t>- HS quan sát các phép chia.</w:t>
            </w:r>
          </w:p>
        </w:tc>
      </w:tr>
      <w:tr w:rsidR="009034A2" w:rsidRPr="009034A2" w:rsidTr="00806A57">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GV cho HS đọc cá nhân yêu cầu Bài 1, sau đó 1 HS đọc to trước lớp.</w:t>
            </w: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đọc: Tính.</w:t>
            </w:r>
          </w:p>
        </w:tc>
      </w:tr>
      <w:tr w:rsidR="009034A2" w:rsidRPr="009034A2" w:rsidTr="00806A57">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GV cho HS làm cá nhân vào vở, thực hiện ba phép chia.</w:t>
            </w: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làm bài cá nhân.</w:t>
            </w:r>
          </w:p>
        </w:tc>
      </w:tr>
      <w:tr w:rsidR="009034A2" w:rsidRPr="009034A2" w:rsidTr="00806A57">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GV mời HS nêu kết quả.</w:t>
            </w: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nêu: 6 393 : 3 = 2 131; 6 606 : 6 = 1 101; 3 652 : 4 = 913.</w:t>
            </w:r>
          </w:p>
        </w:tc>
      </w:tr>
      <w:tr w:rsidR="009034A2" w:rsidRPr="009034A2" w:rsidTr="00806A57">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GV yêu cầu HS kiểm tra một phép chia bằng phép nhân ngược.</w:t>
            </w: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kiểm tra, ví dụ: 2 131 x 3 = 6 393.</w:t>
            </w:r>
          </w:p>
        </w:tc>
      </w:tr>
      <w:tr w:rsidR="009034A2" w:rsidRPr="009034A2" w:rsidTr="00806A57">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GV kết luận: Có thể kiểm tra phép chia bằng phép nhân ngược.</w:t>
            </w: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lắng nghe.</w:t>
            </w:r>
          </w:p>
        </w:tc>
      </w:tr>
      <w:tr w:rsidR="009034A2" w:rsidRPr="009034A2" w:rsidTr="00806A57">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b/>
                <w:sz w:val="26"/>
              </w:rPr>
              <w:t>Bài 2. Bài toán nhà máy sản xuất bánh răng. (Làm việc cá nhân)</w:t>
            </w:r>
          </w:p>
          <w:p w:rsidR="0065027F" w:rsidRPr="009034A2" w:rsidRDefault="00E50158" w:rsidP="00806A57">
            <w:pPr>
              <w:spacing w:after="0" w:line="240" w:lineRule="auto"/>
            </w:pPr>
            <w:r w:rsidRPr="009034A2">
              <w:rPr>
                <w:rFonts w:ascii="Times New Roman" w:eastAsia="Times New Roman" w:hAnsi="Times New Roman"/>
                <w:sz w:val="26"/>
              </w:rPr>
              <w:t>- HS quan sát Bài 2.</w:t>
            </w:r>
            <w:bookmarkStart w:id="0" w:name="_GoBack"/>
            <w:bookmarkEnd w:id="0"/>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đọc bài toán.</w:t>
            </w:r>
          </w:p>
        </w:tc>
      </w:tr>
      <w:tr w:rsidR="009034A2" w:rsidRPr="009034A2" w:rsidTr="00806A57">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GV cho HS đọc thầm cá nhân đề bài, sau đó 1 HS đọc to trước lớp.</w:t>
            </w: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đọc: Một nhà máy sản xuất được 4 575 bánh răng trong 5 ngày. Hỏi mỗi ngày nhà máy sản xuất được bao nhiêu bánh răng?</w:t>
            </w:r>
          </w:p>
        </w:tc>
      </w:tr>
      <w:tr w:rsidR="009034A2" w:rsidRPr="009034A2" w:rsidTr="00806A57">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GV hỏi: Bài toán cho biết gì?</w:t>
            </w: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trả lời: 5 ngày sản xuất được 4 575 bánh răng.</w:t>
            </w:r>
          </w:p>
        </w:tc>
      </w:tr>
      <w:tr w:rsidR="009034A2" w:rsidRPr="009034A2" w:rsidTr="00806A57">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lastRenderedPageBreak/>
              <w:t>- GV hỏi: Muốn biết mỗi ngày sản xuất bao nhiêu bánh răng, ta làm phép tính gì?</w:t>
            </w: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trả lời: Lấy 4 575 chia cho 5.</w:t>
            </w:r>
          </w:p>
        </w:tc>
      </w:tr>
      <w:tr w:rsidR="009034A2" w:rsidRPr="009034A2" w:rsidTr="00806A57">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GV yêu cầu HS trình bày bài giải.</w:t>
            </w: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trình bày: Mỗi ngày nhà máy sản xuất được 4 575 : 5 = 915 (bánh răng). Đáp số: 915 bánh răng.</w:t>
            </w:r>
          </w:p>
        </w:tc>
      </w:tr>
      <w:tr w:rsidR="009034A2" w:rsidRPr="009034A2" w:rsidTr="00806A57">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GV kết luận: Bài toán chia đều dùng phép chia.</w:t>
            </w: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lắng nghe.</w:t>
            </w:r>
          </w:p>
        </w:tc>
      </w:tr>
      <w:tr w:rsidR="009034A2" w:rsidRPr="009034A2" w:rsidTr="00806A57">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b/>
                <w:sz w:val="26"/>
              </w:rPr>
              <w:t>Bài 3. Số? Bài toán trang trại nuôi vịt. (Làm việc nhóm 2)</w:t>
            </w:r>
          </w:p>
          <w:p w:rsidR="0065027F" w:rsidRPr="009034A2" w:rsidRDefault="00E50158">
            <w:pPr>
              <w:spacing w:after="0" w:line="240" w:lineRule="auto"/>
            </w:pPr>
            <w:r w:rsidRPr="009034A2">
              <w:rPr>
                <w:rFonts w:ascii="Times New Roman" w:eastAsia="Times New Roman" w:hAnsi="Times New Roman"/>
                <w:sz w:val="26"/>
              </w:rPr>
              <w:t>- HS quan sát Bài 3.</w:t>
            </w:r>
          </w:p>
          <w:p w:rsidR="0065027F" w:rsidRPr="009034A2" w:rsidRDefault="0065027F" w:rsidP="00806A57">
            <w:pPr>
              <w:spacing w:after="0" w:line="240" w:lineRule="auto"/>
            </w:pP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quan sát tranh trang trại.</w:t>
            </w:r>
          </w:p>
        </w:tc>
      </w:tr>
      <w:tr w:rsidR="009034A2" w:rsidRPr="009034A2" w:rsidTr="00806A57">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GV cho HS đọc thầm cá nhân đề bài, sau đó 1 HS đọc to trước lớp.</w:t>
            </w: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đọc: Có hai trang trại nuôi vịt, trang trại thứ nhất có 4 500 con vịt, số con vịt ở trang trại thứ hai bằng số con vịt ở trang trại thứ nhất giảm đi 3 lần.</w:t>
            </w:r>
          </w:p>
        </w:tc>
      </w:tr>
      <w:tr w:rsidR="009034A2" w:rsidRPr="009034A2" w:rsidTr="00806A57">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GV hỏi: Số con vịt ở trang trại thứ hai là bao nhiêu?</w:t>
            </w: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trả lời: 4 500 : 3 = 1 500 con vịt.</w:t>
            </w:r>
          </w:p>
        </w:tc>
      </w:tr>
      <w:tr w:rsidR="009034A2" w:rsidRPr="009034A2" w:rsidTr="00806A57">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GV hỏi: Cả hai trang trại có bao nhiêu con vịt?</w:t>
            </w: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trả lời: 4 500 + 1 500 = 6 000 con vịt.</w:t>
            </w:r>
          </w:p>
        </w:tc>
      </w:tr>
      <w:tr w:rsidR="009034A2" w:rsidRPr="009034A2" w:rsidTr="00806A57">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GV yêu cầu HS nêu đáp án vào ô trống.</w:t>
            </w: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nêu: a) 1 500 con vịt; b) 6 000 con vịt.</w:t>
            </w:r>
          </w:p>
        </w:tc>
      </w:tr>
      <w:tr w:rsidR="009034A2" w:rsidRPr="009034A2" w:rsidTr="00806A57">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GV kết luận: Khi số lượng “giảm đi 3 lần”, ta dùng phép chia cho 3.</w:t>
            </w: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lắng nghe.</w:t>
            </w:r>
          </w:p>
        </w:tc>
      </w:tr>
      <w:tr w:rsidR="009034A2" w:rsidRPr="009034A2" w:rsidTr="00806A57">
        <w:trPr>
          <w:jc w:val="center"/>
        </w:trPr>
        <w:tc>
          <w:tcPr>
            <w:tcW w:w="10080" w:type="dxa"/>
            <w:gridSpan w:val="2"/>
            <w:shd w:val="clear" w:color="auto" w:fill="auto"/>
          </w:tcPr>
          <w:p w:rsidR="0065027F" w:rsidRPr="009034A2" w:rsidRDefault="00E50158">
            <w:pPr>
              <w:spacing w:after="0" w:line="240" w:lineRule="auto"/>
            </w:pPr>
            <w:r w:rsidRPr="009034A2">
              <w:rPr>
                <w:rFonts w:ascii="Times New Roman" w:eastAsia="Times New Roman" w:hAnsi="Times New Roman"/>
                <w:b/>
                <w:sz w:val="26"/>
              </w:rPr>
              <w:t>4. Vận dụng - Trải nghiệm (5 phút):</w:t>
            </w:r>
          </w:p>
          <w:p w:rsidR="0065027F" w:rsidRPr="009034A2" w:rsidRDefault="00E50158">
            <w:pPr>
              <w:spacing w:after="0" w:line="240" w:lineRule="auto"/>
            </w:pPr>
            <w:r w:rsidRPr="009034A2">
              <w:rPr>
                <w:rFonts w:ascii="Times New Roman" w:eastAsia="Times New Roman" w:hAnsi="Times New Roman"/>
                <w:sz w:val="26"/>
              </w:rPr>
              <w:t>- Mục tiêu: Củng cố kiến thức của tiết học, liên hệ thực tế, nhận xét kết quả học tập và giao nhiệm vụ về nhà.</w:t>
            </w:r>
          </w:p>
          <w:p w:rsidR="0065027F" w:rsidRPr="009034A2" w:rsidRDefault="00E50158">
            <w:pPr>
              <w:spacing w:after="0" w:line="240" w:lineRule="auto"/>
            </w:pPr>
            <w:r w:rsidRPr="009034A2">
              <w:rPr>
                <w:rFonts w:ascii="Times New Roman" w:eastAsia="Times New Roman" w:hAnsi="Times New Roman"/>
                <w:sz w:val="26"/>
              </w:rPr>
              <w:t>*Cách tiến hành:</w:t>
            </w:r>
          </w:p>
        </w:tc>
      </w:tr>
      <w:tr w:rsidR="009034A2" w:rsidRPr="009034A2" w:rsidTr="00806A57">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GV hỏi: Khi chia số có bốn chữ số cho số có một chữ số, em thực hiện theo thứ tự nào?</w:t>
            </w: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trả lời: Em chia từ trái sang phải, từ hàng cao đến hàng thấp.</w:t>
            </w:r>
          </w:p>
        </w:tc>
      </w:tr>
      <w:tr w:rsidR="009034A2" w:rsidRPr="009034A2" w:rsidTr="00806A57">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GV hỏi: Muốn kiểm tra kết quả phép chia, em làm thế nào?</w:t>
            </w: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trả lời: Em lấy thương nhân với số chia; nếu được số bị chia thì phép chia đúng.</w:t>
            </w:r>
          </w:p>
        </w:tc>
      </w:tr>
      <w:tr w:rsidR="009034A2" w:rsidRPr="009034A2" w:rsidTr="00806A57">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GV liên hệ: Khi bài toán nói số con vịt ở trang trại thứ hai bằng số con vịt ở trang trại thứ nhất giảm đi 3 lần, em làm phép tính gì?</w:t>
            </w: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trả lời: Em lấy số con vịt ở trang trại thứ nhất chia cho 3.</w:t>
            </w:r>
          </w:p>
        </w:tc>
      </w:tr>
      <w:tr w:rsidR="009034A2" w:rsidRPr="009034A2" w:rsidTr="00806A57">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GV nhận xét tiết học: HS biết thực hiện phép chia, giải bài toán chia đều và kiểm tra bằng phép nhân ngược; tuyên dương HS làm bài cẩn thận.</w:t>
            </w: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lắng nghe, nêu điều em cần luyện thêm.</w:t>
            </w:r>
          </w:p>
        </w:tc>
      </w:tr>
      <w:tr w:rsidR="009034A2" w:rsidRPr="009034A2" w:rsidTr="00806A57">
        <w:trPr>
          <w:jc w:val="center"/>
        </w:trPr>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GV dặn dò: Về nhà luyện thêm 2 phép chia, kiểm tra lại bằng phép nhân và chuẩn bị Bài 57 tiết tiếp theo.</w:t>
            </w:r>
          </w:p>
        </w:tc>
        <w:tc>
          <w:tcPr>
            <w:tcW w:w="5040" w:type="dxa"/>
            <w:shd w:val="clear" w:color="auto" w:fill="auto"/>
          </w:tcPr>
          <w:p w:rsidR="0065027F" w:rsidRPr="009034A2" w:rsidRDefault="00E50158">
            <w:pPr>
              <w:spacing w:after="0" w:line="240" w:lineRule="auto"/>
            </w:pPr>
            <w:r w:rsidRPr="009034A2">
              <w:rPr>
                <w:rFonts w:ascii="Times New Roman" w:eastAsia="Times New Roman" w:hAnsi="Times New Roman"/>
                <w:sz w:val="26"/>
              </w:rPr>
              <w:t>- HS ghi nhớ nhiệm vụ về nhà.</w:t>
            </w:r>
          </w:p>
        </w:tc>
      </w:tr>
    </w:tbl>
    <w:p w:rsidR="0065027F" w:rsidRPr="009034A2" w:rsidRDefault="00E50158">
      <w:pPr>
        <w:spacing w:after="0" w:line="240" w:lineRule="auto"/>
      </w:pPr>
      <w:r w:rsidRPr="009034A2">
        <w:rPr>
          <w:rFonts w:ascii="Times New Roman" w:eastAsia="Times New Roman" w:hAnsi="Times New Roman"/>
          <w:b/>
          <w:sz w:val="26"/>
        </w:rPr>
        <w:t>IV. ĐIỀU CHỈNH SAU BÀI DẠY:</w:t>
      </w:r>
    </w:p>
    <w:p w:rsidR="0065027F" w:rsidRPr="009034A2" w:rsidRDefault="00E50158">
      <w:pPr>
        <w:spacing w:after="0" w:line="240" w:lineRule="auto"/>
      </w:pPr>
      <w:r w:rsidRPr="009034A2">
        <w:rPr>
          <w:rFonts w:ascii="Times New Roman" w:eastAsia="Times New Roman" w:hAnsi="Times New Roman"/>
          <w:sz w:val="26"/>
        </w:rPr>
        <w:t>.......................................................................................................................................</w:t>
      </w:r>
    </w:p>
    <w:p w:rsidR="0065027F" w:rsidRPr="009034A2" w:rsidRDefault="00E50158">
      <w:pPr>
        <w:spacing w:after="0" w:line="240" w:lineRule="auto"/>
      </w:pPr>
      <w:r w:rsidRPr="009034A2">
        <w:rPr>
          <w:rFonts w:ascii="Times New Roman" w:eastAsia="Times New Roman" w:hAnsi="Times New Roman"/>
          <w:sz w:val="26"/>
        </w:rPr>
        <w:t>.......................................................................................................................................</w:t>
      </w:r>
    </w:p>
    <w:sectPr w:rsidR="0065027F" w:rsidRPr="009034A2" w:rsidSect="00034616">
      <w:pgSz w:w="12240" w:h="15840"/>
      <w:pgMar w:top="936" w:right="936" w:bottom="864" w:left="122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3"/>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65027F"/>
    <w:rsid w:val="00806A57"/>
    <w:rsid w:val="009034A2"/>
    <w:rsid w:val="00AA1D8D"/>
    <w:rsid w:val="00B47730"/>
    <w:rsid w:val="00CB0664"/>
    <w:rsid w:val="00E5015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9034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34A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9034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34A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1F2890-0B50-4FF3-859E-E0167E948C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15</Pages>
  <Words>4881</Words>
  <Characters>27827</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32643</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BAOTRAN</dc:creator>
  <cp:keywords/>
  <dc:description>generated by python-docx</dc:description>
  <cp:lastModifiedBy>Administrator</cp:lastModifiedBy>
  <cp:revision>3</cp:revision>
  <dcterms:created xsi:type="dcterms:W3CDTF">2026-06-19T00:45:00Z</dcterms:created>
  <dcterms:modified xsi:type="dcterms:W3CDTF">2026-08-15T07:13:00Z</dcterms:modified>
  <cp:category/>
</cp:coreProperties>
</file>