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3: TRUY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N TH</w:t>
      </w:r>
      <w:r>
        <w:rPr>
          <w:rFonts w:cs="Times New Roman"/>
          <w:b/>
        </w:rPr>
        <w:t>Ố</w:t>
      </w:r>
      <w:r>
        <w:rPr>
          <w:rFonts w:cs="Times New Roman"/>
          <w:b/>
        </w:rPr>
        <w:t>NG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 EM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12 -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DƯ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I C</w:t>
      </w:r>
      <w:r>
        <w:rPr>
          <w:rFonts w:cs="Times New Roman"/>
          <w:b/>
          <w:sz w:val="28"/>
        </w:rPr>
        <w:t>Ờ</w:t>
      </w:r>
      <w:r>
        <w:rPr>
          <w:rFonts w:cs="Times New Roman"/>
          <w:b/>
          <w:sz w:val="28"/>
        </w:rPr>
        <w:t>: TRƯNG BÀY VÀ GI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I THI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U S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N PH</w:t>
      </w:r>
      <w:r>
        <w:rPr>
          <w:rFonts w:cs="Times New Roman"/>
          <w:b/>
          <w:sz w:val="28"/>
        </w:rPr>
        <w:t>Ẩ</w:t>
      </w:r>
      <w:r>
        <w:rPr>
          <w:rFonts w:cs="Times New Roman"/>
          <w:b/>
          <w:sz w:val="28"/>
        </w:rPr>
        <w:t xml:space="preserve">M </w:t>
      </w:r>
      <w:r>
        <w:rPr>
          <w:rFonts w:cs="Times New Roman"/>
          <w:b/>
          <w:sz w:val="28"/>
        </w:rPr>
        <w:t>Ở</w:t>
      </w:r>
      <w:r>
        <w:rPr>
          <w:rFonts w:cs="Times New Roman"/>
          <w:b/>
          <w:sz w:val="28"/>
        </w:rPr>
        <w:t xml:space="preserve"> “GÓC TRI ÂN” TH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Y CÔ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Th</w:t>
      </w:r>
      <w:r>
        <w:rPr>
          <w:rFonts w:cs="Times New Roman"/>
        </w:rPr>
        <w:t>ể</w:t>
      </w:r>
      <w:r>
        <w:rPr>
          <w:rFonts w:cs="Times New Roman"/>
        </w:rPr>
        <w:t xml:space="preserve"> hi</w:t>
      </w:r>
      <w:r>
        <w:rPr>
          <w:rFonts w:cs="Times New Roman"/>
        </w:rPr>
        <w:t>ệ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lòng bi</w:t>
      </w:r>
      <w:r>
        <w:rPr>
          <w:rFonts w:cs="Times New Roman"/>
        </w:rPr>
        <w:t>ế</w:t>
      </w:r>
      <w:r>
        <w:rPr>
          <w:rFonts w:cs="Times New Roman"/>
        </w:rPr>
        <w:t>t ơn, kính yêu th</w:t>
      </w:r>
      <w:r>
        <w:rPr>
          <w:rFonts w:cs="Times New Roman"/>
        </w:rPr>
        <w:t>ầ</w:t>
      </w:r>
      <w:r>
        <w:rPr>
          <w:rFonts w:cs="Times New Roman"/>
        </w:rPr>
        <w:t>y cô qua s</w:t>
      </w:r>
      <w:r>
        <w:rPr>
          <w:rFonts w:cs="Times New Roman"/>
        </w:rPr>
        <w:t>ả</w:t>
      </w:r>
      <w:r>
        <w:rPr>
          <w:rFonts w:cs="Times New Roman"/>
        </w:rPr>
        <w:t>n ph</w:t>
      </w:r>
      <w:r>
        <w:rPr>
          <w:rFonts w:cs="Times New Roman"/>
        </w:rPr>
        <w:t>ẩ</w:t>
      </w:r>
      <w:r>
        <w:rPr>
          <w:rFonts w:cs="Times New Roman"/>
        </w:rPr>
        <w:t>m t</w:t>
      </w:r>
      <w:r>
        <w:rPr>
          <w:rFonts w:cs="Times New Roman"/>
        </w:rPr>
        <w:t>ự</w:t>
      </w:r>
      <w:r>
        <w:rPr>
          <w:rFonts w:cs="Times New Roman"/>
        </w:rPr>
        <w:t xml:space="preserve"> làm.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 xml:space="preserve">- </w:t>
      </w:r>
      <w:r>
        <w:rPr>
          <w:rFonts w:cs="Times New Roman"/>
        </w:rPr>
        <w:t>T</w:t>
      </w:r>
      <w:r>
        <w:rPr>
          <w:rFonts w:cs="Times New Roman"/>
        </w:rPr>
        <w:t>ự</w:t>
      </w:r>
      <w:r>
        <w:rPr>
          <w:rFonts w:cs="Times New Roman"/>
        </w:rPr>
        <w:t xml:space="preserve"> tin gi</w:t>
      </w:r>
      <w:r>
        <w:rPr>
          <w:rFonts w:cs="Times New Roman"/>
        </w:rPr>
        <w:t>ớ</w:t>
      </w:r>
      <w:r>
        <w:rPr>
          <w:rFonts w:cs="Times New Roman"/>
        </w:rPr>
        <w:t>i thi</w:t>
      </w:r>
      <w:r>
        <w:rPr>
          <w:rFonts w:cs="Times New Roman"/>
        </w:rPr>
        <w:t>ệ</w:t>
      </w:r>
      <w:r>
        <w:rPr>
          <w:rFonts w:cs="Times New Roman"/>
        </w:rPr>
        <w:t>u s</w:t>
      </w:r>
      <w:r>
        <w:rPr>
          <w:rFonts w:cs="Times New Roman"/>
        </w:rPr>
        <w:t>ả</w:t>
      </w:r>
      <w:r>
        <w:rPr>
          <w:rFonts w:cs="Times New Roman"/>
        </w:rPr>
        <w:t>n ph</w:t>
      </w:r>
      <w:r>
        <w:rPr>
          <w:rFonts w:cs="Times New Roman"/>
        </w:rPr>
        <w:t>ẩ</w:t>
      </w:r>
      <w:r>
        <w:rPr>
          <w:rFonts w:cs="Times New Roman"/>
        </w:rPr>
        <w:t>m và tham quan s</w:t>
      </w:r>
      <w:r>
        <w:rPr>
          <w:rFonts w:cs="Times New Roman"/>
        </w:rPr>
        <w:t>ả</w:t>
      </w:r>
      <w:r>
        <w:rPr>
          <w:rFonts w:cs="Times New Roman"/>
        </w:rPr>
        <w:t>n ph</w:t>
      </w:r>
      <w:r>
        <w:rPr>
          <w:rFonts w:cs="Times New Roman"/>
        </w:rPr>
        <w:t>ẩ</w:t>
      </w:r>
      <w:r>
        <w:rPr>
          <w:rFonts w:cs="Times New Roman"/>
        </w:rPr>
        <w:t>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ng, bi</w:t>
      </w:r>
      <w:r>
        <w:rPr>
          <w:rFonts w:cs="Times New Roman"/>
        </w:rPr>
        <w:t>ế</w:t>
      </w:r>
      <w:r>
        <w:rPr>
          <w:rFonts w:cs="Times New Roman"/>
        </w:rPr>
        <w:t>t t</w:t>
      </w:r>
      <w:r>
        <w:rPr>
          <w:rFonts w:cs="Times New Roman"/>
        </w:rPr>
        <w:t>ự</w:t>
      </w:r>
      <w:r>
        <w:rPr>
          <w:rFonts w:cs="Times New Roman"/>
        </w:rPr>
        <w:t xml:space="preserve"> nh</w:t>
      </w:r>
      <w:r>
        <w:rPr>
          <w:rFonts w:cs="Times New Roman"/>
        </w:rPr>
        <w:t>ậ</w:t>
      </w:r>
      <w:r>
        <w:rPr>
          <w:rFonts w:cs="Times New Roman"/>
        </w:rPr>
        <w:t>n xét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nghe, trao đ</w:t>
      </w:r>
      <w:r>
        <w:rPr>
          <w:rFonts w:cs="Times New Roman"/>
        </w:rPr>
        <w:t>ổ</w:t>
      </w:r>
      <w:r>
        <w:rPr>
          <w:rFonts w:cs="Times New Roman"/>
        </w:rPr>
        <w:t>i, trình bày ý ki</w:t>
      </w:r>
      <w:r>
        <w:rPr>
          <w:rFonts w:cs="Times New Roman"/>
        </w:rPr>
        <w:t>ế</w:t>
      </w:r>
      <w:r>
        <w:rPr>
          <w:rFonts w:cs="Times New Roman"/>
        </w:rPr>
        <w:t>n và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khi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 xml:space="preserve">n cách </w:t>
      </w:r>
      <w:r>
        <w:rPr>
          <w:rFonts w:cs="Times New Roman"/>
        </w:rPr>
        <w:t>ứ</w:t>
      </w:r>
      <w:r>
        <w:rPr>
          <w:rFonts w:cs="Times New Roman"/>
        </w:rPr>
        <w:t>ng x</w:t>
      </w:r>
      <w:r>
        <w:rPr>
          <w:rFonts w:cs="Times New Roman"/>
        </w:rPr>
        <w:t>ử</w:t>
      </w:r>
      <w:r>
        <w:rPr>
          <w:rFonts w:cs="Times New Roman"/>
        </w:rPr>
        <w:t xml:space="preserve"> phù h</w:t>
      </w:r>
      <w:r>
        <w:rPr>
          <w:rFonts w:cs="Times New Roman"/>
        </w:rPr>
        <w:t>ợ</w:t>
      </w:r>
      <w:r>
        <w:rPr>
          <w:rFonts w:cs="Times New Roman"/>
        </w:rPr>
        <w:t>p trong các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ng, yêu thương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</w:t>
      </w:r>
      <w:r>
        <w:rPr>
          <w:rFonts w:cs="Times New Roman"/>
        </w:rPr>
        <w:t>g và hoàn thành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 giao.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góp ph</w:t>
      </w:r>
      <w:r>
        <w:rPr>
          <w:rFonts w:cs="Times New Roman"/>
        </w:rPr>
        <w:t>ầ</w:t>
      </w:r>
      <w:r>
        <w:rPr>
          <w:rFonts w:cs="Times New Roman"/>
        </w:rPr>
        <w:t>n xây d</w:t>
      </w:r>
      <w:r>
        <w:rPr>
          <w:rFonts w:cs="Times New Roman"/>
        </w:rPr>
        <w:t>ự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>p th</w:t>
      </w:r>
      <w:r>
        <w:rPr>
          <w:rFonts w:cs="Times New Roman"/>
        </w:rPr>
        <w:t>ể</w:t>
      </w:r>
      <w:r>
        <w:rPr>
          <w:rFonts w:cs="Times New Roman"/>
        </w:rPr>
        <w:t xml:space="preserve"> an toàn, thân thi</w:t>
      </w:r>
      <w:r>
        <w:rPr>
          <w:rFonts w:cs="Times New Roman"/>
        </w:rPr>
        <w:t>ệ</w:t>
      </w:r>
      <w:r>
        <w:rPr>
          <w:rFonts w:cs="Times New Roman"/>
        </w:rPr>
        <w:t>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Giáo viên: Khu trưng bày; s</w:t>
      </w:r>
      <w:r>
        <w:rPr>
          <w:rFonts w:cs="Times New Roman"/>
        </w:rPr>
        <w:t>ả</w:t>
      </w:r>
      <w:r>
        <w:rPr>
          <w:rFonts w:cs="Times New Roman"/>
        </w:rPr>
        <w:t>n ph</w:t>
      </w:r>
      <w:r>
        <w:rPr>
          <w:rFonts w:cs="Times New Roman"/>
        </w:rPr>
        <w:t>ẩ</w:t>
      </w:r>
      <w:r>
        <w:rPr>
          <w:rFonts w:cs="Times New Roman"/>
        </w:rPr>
        <w:t>m tri ân; âm thanh;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SGK.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</w:t>
      </w:r>
      <w:r>
        <w:rPr>
          <w:rFonts w:cs="Times New Roman"/>
        </w:rPr>
        <w:t>ả</w:t>
      </w:r>
      <w:r>
        <w:rPr>
          <w:rFonts w:cs="Times New Roman"/>
        </w:rPr>
        <w:t>n ph</w:t>
      </w:r>
      <w:r>
        <w:rPr>
          <w:rFonts w:cs="Times New Roman"/>
        </w:rPr>
        <w:t>ẩ</w:t>
      </w:r>
      <w:r>
        <w:rPr>
          <w:rFonts w:cs="Times New Roman"/>
        </w:rPr>
        <w:t>m tri ân;</w:t>
      </w:r>
      <w:r>
        <w:rPr>
          <w:rFonts w:cs="Times New Roman"/>
        </w:rPr>
        <w:t xml:space="preserve"> l</w:t>
      </w:r>
      <w:r>
        <w:rPr>
          <w:rFonts w:cs="Times New Roman"/>
        </w:rPr>
        <w:t>ờ</w:t>
      </w:r>
      <w:r>
        <w:rPr>
          <w:rFonts w:cs="Times New Roman"/>
        </w:rPr>
        <w:t>i gi</w:t>
      </w:r>
      <w:r>
        <w:rPr>
          <w:rFonts w:cs="Times New Roman"/>
        </w:rPr>
        <w:t>ớ</w:t>
      </w:r>
      <w:r>
        <w:rPr>
          <w:rFonts w:cs="Times New Roman"/>
        </w:rPr>
        <w:t>i thi</w:t>
      </w:r>
      <w:r>
        <w:rPr>
          <w:rFonts w:cs="Times New Roman"/>
        </w:rPr>
        <w:t>ệ</w:t>
      </w:r>
      <w:r>
        <w:rPr>
          <w:rFonts w:cs="Times New Roman"/>
        </w:rPr>
        <w:t>u ng</w:t>
      </w:r>
      <w:r>
        <w:rPr>
          <w:rFonts w:cs="Times New Roman"/>
        </w:rPr>
        <w:t>ắ</w:t>
      </w:r>
      <w:r>
        <w:rPr>
          <w:rFonts w:cs="Times New Roman"/>
        </w:rPr>
        <w:t>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A81780" w:rsidTr="004319E5">
        <w:trPr>
          <w:tblHeader/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1.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chào c</w:t>
            </w:r>
            <w:r>
              <w:rPr>
                <w:rFonts w:cs="Times New Roman"/>
                <w:b/>
              </w:rPr>
              <w:t>ờ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nghiêm túc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u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và n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m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m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, hát Qu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c ca;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</w:t>
            </w:r>
            <w:r>
              <w:rPr>
                <w:rFonts w:cs="Times New Roman"/>
              </w:rPr>
              <w:t xml:space="preserve"> thi đua và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Nghiêm túc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>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 xml:space="preserve">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Cùng hát bài “Cô giáo em”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m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u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Hát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;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nghiêm túc.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2.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c tiêu: Tham gia và </w:t>
            </w:r>
            <w:r>
              <w:rPr>
                <w:rFonts w:cs="Times New Roman"/>
                <w:b/>
              </w:rPr>
              <w:t>hi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>u ý nghĩa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dư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c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 w:rsidP="004319E5">
            <w:r>
              <w:rPr>
                <w:rFonts w:cs="Times New Roman"/>
              </w:rPr>
              <w:t>- Quan sát hình minh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“Trưng bày và gi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u s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ph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 xml:space="preserve">m tri </w:t>
            </w:r>
            <w:proofErr w:type="spellStart"/>
            <w:proofErr w:type="gramStart"/>
            <w:r>
              <w:rPr>
                <w:rFonts w:cs="Times New Roman"/>
              </w:rPr>
              <w:t>ân</w:t>
            </w:r>
            <w:proofErr w:type="spellEnd"/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cô</w:t>
            </w:r>
            <w:proofErr w:type="spellEnd"/>
            <w:r>
              <w:rPr>
                <w:rFonts w:cs="Times New Roman"/>
              </w:rPr>
              <w:t>”.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Quan sát tranh và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n đang làm gì 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khu trưng bày?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đang gi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u tranh, </w:t>
            </w:r>
            <w:r>
              <w:rPr>
                <w:rFonts w:cs="Times New Roman"/>
              </w:rPr>
              <w:t>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p, hoa và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làm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Khi tham quan s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ph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m,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có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như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quan sát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nhàng, khen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ch s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và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gìn s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ph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m.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sinh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 tinh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tham gia.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</w:t>
            </w:r>
            <w:r>
              <w:rPr>
                <w:rFonts w:cs="Times New Roman"/>
              </w:rPr>
              <w:t>nh bày;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c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vũ.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nghiêm túc, tích c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và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l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a tu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3.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Liên h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 xml:space="preserve"> đi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>u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b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 xml:space="preserve">n </w:t>
            </w:r>
            <w:r>
              <w:rPr>
                <w:rFonts w:cs="Times New Roman"/>
                <w:b/>
              </w:rPr>
              <w:t>thân.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lastRenderedPageBreak/>
              <w:t>- Sau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ng,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p?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nêu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c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và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h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ngà</w:t>
            </w:r>
            <w:r>
              <w:rPr>
                <w:rFonts w:cs="Times New Roman"/>
              </w:rPr>
              <w:t>y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hành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a s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A81780" w:rsidRDefault="004319E5">
      <w:pPr>
        <w:spacing w:after="0" w:line="240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3: TRUY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N TH</w:t>
      </w:r>
      <w:r>
        <w:rPr>
          <w:rFonts w:cs="Times New Roman"/>
          <w:b/>
        </w:rPr>
        <w:t>Ố</w:t>
      </w:r>
      <w:r>
        <w:rPr>
          <w:rFonts w:cs="Times New Roman"/>
          <w:b/>
        </w:rPr>
        <w:t>NG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 EM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12 - BÀI 7: KÍNH YÊU TH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Y CÔ (TI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2)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X</w:t>
      </w:r>
      <w:r>
        <w:rPr>
          <w:rFonts w:cs="Times New Roman"/>
        </w:rPr>
        <w:t>ử</w:t>
      </w:r>
      <w:r>
        <w:rPr>
          <w:rFonts w:cs="Times New Roman"/>
        </w:rPr>
        <w:t xml:space="preserve"> lí đư</w:t>
      </w:r>
      <w:r>
        <w:rPr>
          <w:rFonts w:cs="Times New Roman"/>
        </w:rPr>
        <w:t>ợ</w:t>
      </w:r>
      <w:r>
        <w:rPr>
          <w:rFonts w:cs="Times New Roman"/>
        </w:rPr>
        <w:t>c tình hu</w:t>
      </w:r>
      <w:r>
        <w:rPr>
          <w:rFonts w:cs="Times New Roman"/>
        </w:rPr>
        <w:t>ố</w:t>
      </w:r>
      <w:r>
        <w:rPr>
          <w:rFonts w:cs="Times New Roman"/>
        </w:rPr>
        <w:t>ng th</w:t>
      </w:r>
      <w:r>
        <w:rPr>
          <w:rFonts w:cs="Times New Roman"/>
        </w:rPr>
        <w:t>ể</w:t>
      </w:r>
      <w:r>
        <w:rPr>
          <w:rFonts w:cs="Times New Roman"/>
        </w:rPr>
        <w:t xml:space="preserve"> hi</w:t>
      </w:r>
      <w:r>
        <w:rPr>
          <w:rFonts w:cs="Times New Roman"/>
        </w:rPr>
        <w:t>ệ</w:t>
      </w:r>
      <w:r>
        <w:rPr>
          <w:rFonts w:cs="Times New Roman"/>
        </w:rPr>
        <w:t>n s</w:t>
      </w:r>
      <w:r>
        <w:rPr>
          <w:rFonts w:cs="Times New Roman"/>
        </w:rPr>
        <w:t>ự</w:t>
      </w:r>
      <w:r>
        <w:rPr>
          <w:rFonts w:cs="Times New Roman"/>
        </w:rPr>
        <w:t xml:space="preserve"> l</w:t>
      </w:r>
      <w:r>
        <w:rPr>
          <w:rFonts w:cs="Times New Roman"/>
        </w:rPr>
        <w:t>ễ</w:t>
      </w:r>
      <w:r>
        <w:rPr>
          <w:rFonts w:cs="Times New Roman"/>
        </w:rPr>
        <w:t xml:space="preserve"> phép, kính yêu th</w:t>
      </w:r>
      <w:r>
        <w:rPr>
          <w:rFonts w:cs="Times New Roman"/>
        </w:rPr>
        <w:t>ầ</w:t>
      </w:r>
      <w:r>
        <w:rPr>
          <w:rFonts w:cs="Times New Roman"/>
        </w:rPr>
        <w:t>y cô.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Làm đư</w:t>
      </w:r>
      <w:r>
        <w:rPr>
          <w:rFonts w:cs="Times New Roman"/>
        </w:rPr>
        <w:t>ợ</w:t>
      </w:r>
      <w:r>
        <w:rPr>
          <w:rFonts w:cs="Times New Roman"/>
        </w:rPr>
        <w:t>c thi</w:t>
      </w:r>
      <w:r>
        <w:rPr>
          <w:rFonts w:cs="Times New Roman"/>
        </w:rPr>
        <w:t>ệ</w:t>
      </w:r>
      <w:r>
        <w:rPr>
          <w:rFonts w:cs="Times New Roman"/>
        </w:rPr>
        <w:t>p đơn gi</w:t>
      </w:r>
      <w:r>
        <w:rPr>
          <w:rFonts w:cs="Times New Roman"/>
        </w:rPr>
        <w:t>ả</w:t>
      </w:r>
      <w:r>
        <w:rPr>
          <w:rFonts w:cs="Times New Roman"/>
        </w:rPr>
        <w:t>n đ</w:t>
      </w:r>
      <w:r>
        <w:rPr>
          <w:rFonts w:cs="Times New Roman"/>
        </w:rPr>
        <w:t>ể</w:t>
      </w:r>
      <w:r>
        <w:rPr>
          <w:rFonts w:cs="Times New Roman"/>
        </w:rPr>
        <w:t xml:space="preserve"> t</w:t>
      </w:r>
      <w:r>
        <w:rPr>
          <w:rFonts w:cs="Times New Roman"/>
        </w:rPr>
        <w:t>ặ</w:t>
      </w:r>
      <w:r>
        <w:rPr>
          <w:rFonts w:cs="Times New Roman"/>
        </w:rPr>
        <w:t>ng th</w:t>
      </w:r>
      <w:r>
        <w:rPr>
          <w:rFonts w:cs="Times New Roman"/>
        </w:rPr>
        <w:t>ầ</w:t>
      </w:r>
      <w:r>
        <w:rPr>
          <w:rFonts w:cs="Times New Roman"/>
        </w:rPr>
        <w:t>y cô.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theo l</w:t>
      </w:r>
      <w:r>
        <w:rPr>
          <w:rFonts w:cs="Times New Roman"/>
        </w:rPr>
        <w:t>ờ</w:t>
      </w:r>
      <w:r>
        <w:rPr>
          <w:rFonts w:cs="Times New Roman"/>
        </w:rPr>
        <w:t xml:space="preserve">i </w:t>
      </w:r>
      <w:r>
        <w:rPr>
          <w:rFonts w:cs="Times New Roman"/>
        </w:rPr>
        <w:t>th</w:t>
      </w:r>
      <w:r>
        <w:rPr>
          <w:rFonts w:cs="Times New Roman"/>
        </w:rPr>
        <w:t>ầ</w:t>
      </w:r>
      <w:r>
        <w:rPr>
          <w:rFonts w:cs="Times New Roman"/>
        </w:rPr>
        <w:t>y cô d</w:t>
      </w:r>
      <w:r>
        <w:rPr>
          <w:rFonts w:cs="Times New Roman"/>
        </w:rPr>
        <w:t>ạ</w:t>
      </w:r>
      <w:r>
        <w:rPr>
          <w:rFonts w:cs="Times New Roman"/>
        </w:rPr>
        <w:t>y h</w:t>
      </w:r>
      <w:r>
        <w:rPr>
          <w:rFonts w:cs="Times New Roman"/>
        </w:rPr>
        <w:t>ằ</w:t>
      </w:r>
      <w:r>
        <w:rPr>
          <w:rFonts w:cs="Times New Roman"/>
        </w:rPr>
        <w:t>ng ngày.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ng, bi</w:t>
      </w:r>
      <w:r>
        <w:rPr>
          <w:rFonts w:cs="Times New Roman"/>
        </w:rPr>
        <w:t>ế</w:t>
      </w:r>
      <w:r>
        <w:rPr>
          <w:rFonts w:cs="Times New Roman"/>
        </w:rPr>
        <w:t>t t</w:t>
      </w:r>
      <w:r>
        <w:rPr>
          <w:rFonts w:cs="Times New Roman"/>
        </w:rPr>
        <w:t>ự</w:t>
      </w:r>
      <w:r>
        <w:rPr>
          <w:rFonts w:cs="Times New Roman"/>
        </w:rPr>
        <w:t xml:space="preserve"> nh</w:t>
      </w:r>
      <w:r>
        <w:rPr>
          <w:rFonts w:cs="Times New Roman"/>
        </w:rPr>
        <w:t>ậ</w:t>
      </w:r>
      <w:r>
        <w:rPr>
          <w:rFonts w:cs="Times New Roman"/>
        </w:rPr>
        <w:t>n xét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nghe, trao đ</w:t>
      </w:r>
      <w:r>
        <w:rPr>
          <w:rFonts w:cs="Times New Roman"/>
        </w:rPr>
        <w:t>ổ</w:t>
      </w:r>
      <w:r>
        <w:rPr>
          <w:rFonts w:cs="Times New Roman"/>
        </w:rPr>
        <w:t>i, trình bày ý ki</w:t>
      </w:r>
      <w:r>
        <w:rPr>
          <w:rFonts w:cs="Times New Roman"/>
        </w:rPr>
        <w:t>ế</w:t>
      </w:r>
      <w:r>
        <w:rPr>
          <w:rFonts w:cs="Times New Roman"/>
        </w:rPr>
        <w:t>n và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khi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</w:t>
      </w:r>
      <w:r>
        <w:rPr>
          <w:rFonts w:cs="Times New Roman"/>
        </w:rPr>
        <w:t xml:space="preserve">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 xml:space="preserve">n cách </w:t>
      </w:r>
      <w:r>
        <w:rPr>
          <w:rFonts w:cs="Times New Roman"/>
        </w:rPr>
        <w:t>ứ</w:t>
      </w:r>
      <w:r>
        <w:rPr>
          <w:rFonts w:cs="Times New Roman"/>
        </w:rPr>
        <w:t>ng x</w:t>
      </w:r>
      <w:r>
        <w:rPr>
          <w:rFonts w:cs="Times New Roman"/>
        </w:rPr>
        <w:t>ử</w:t>
      </w:r>
      <w:r>
        <w:rPr>
          <w:rFonts w:cs="Times New Roman"/>
        </w:rPr>
        <w:t xml:space="preserve"> phù h</w:t>
      </w:r>
      <w:r>
        <w:rPr>
          <w:rFonts w:cs="Times New Roman"/>
        </w:rPr>
        <w:t>ợ</w:t>
      </w:r>
      <w:r>
        <w:rPr>
          <w:rFonts w:cs="Times New Roman"/>
        </w:rPr>
        <w:t>p trong các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ng, yêu thương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và hoàn thành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 giao.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góp ph</w:t>
      </w:r>
      <w:r>
        <w:rPr>
          <w:rFonts w:cs="Times New Roman"/>
        </w:rPr>
        <w:t>ầ</w:t>
      </w:r>
      <w:r>
        <w:rPr>
          <w:rFonts w:cs="Times New Roman"/>
        </w:rPr>
        <w:t>n xây d</w:t>
      </w:r>
      <w:r>
        <w:rPr>
          <w:rFonts w:cs="Times New Roman"/>
        </w:rPr>
        <w:t>ự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>p th</w:t>
      </w:r>
      <w:r>
        <w:rPr>
          <w:rFonts w:cs="Times New Roman"/>
        </w:rPr>
        <w:t>ể</w:t>
      </w:r>
      <w:r>
        <w:rPr>
          <w:rFonts w:cs="Times New Roman"/>
        </w:rPr>
        <w:t xml:space="preserve"> an toàn, thân thi</w:t>
      </w:r>
      <w:r>
        <w:rPr>
          <w:rFonts w:cs="Times New Roman"/>
        </w:rPr>
        <w:t>ệ</w:t>
      </w:r>
      <w:r>
        <w:rPr>
          <w:rFonts w:cs="Times New Roman"/>
        </w:rPr>
        <w:t>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Giáo viên: SGK; tranh tình hu</w:t>
      </w:r>
      <w:r>
        <w:rPr>
          <w:rFonts w:cs="Times New Roman"/>
        </w:rPr>
        <w:t>ố</w:t>
      </w:r>
      <w:r>
        <w:rPr>
          <w:rFonts w:cs="Times New Roman"/>
        </w:rPr>
        <w:t>ng; m</w:t>
      </w:r>
      <w:r>
        <w:rPr>
          <w:rFonts w:cs="Times New Roman"/>
        </w:rPr>
        <w:t>ẫ</w:t>
      </w:r>
      <w:r>
        <w:rPr>
          <w:rFonts w:cs="Times New Roman"/>
        </w:rPr>
        <w:t>u thi</w:t>
      </w:r>
      <w:r>
        <w:rPr>
          <w:rFonts w:cs="Times New Roman"/>
        </w:rPr>
        <w:t>ệ</w:t>
      </w:r>
      <w:r>
        <w:rPr>
          <w:rFonts w:cs="Times New Roman"/>
        </w:rPr>
        <w:t>p; bài hát “Cô giáo em”.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SGK; gi</w:t>
      </w:r>
      <w:r>
        <w:rPr>
          <w:rFonts w:cs="Times New Roman"/>
        </w:rPr>
        <w:t>ấ</w:t>
      </w:r>
      <w:r>
        <w:rPr>
          <w:rFonts w:cs="Times New Roman"/>
        </w:rPr>
        <w:t>y màu; bút màu; h</w:t>
      </w:r>
      <w:r>
        <w:rPr>
          <w:rFonts w:cs="Times New Roman"/>
        </w:rPr>
        <w:t>ồ</w:t>
      </w:r>
      <w:r>
        <w:rPr>
          <w:rFonts w:cs="Times New Roman"/>
        </w:rPr>
        <w:t xml:space="preserve"> dán.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A81780" w:rsidTr="004319E5">
        <w:trPr>
          <w:tblHeader/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tâm 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“Cô giáo em”.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i</w:t>
            </w:r>
            <w:r>
              <w:rPr>
                <w:rFonts w:cs="Times New Roman"/>
              </w:rPr>
              <w:t xml:space="preserve"> cho em 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i em 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tình yêu thương,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bè,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 xml:space="preserve">2. Khám </w:t>
            </w:r>
            <w:r>
              <w:rPr>
                <w:rFonts w:cs="Times New Roman"/>
                <w:b/>
              </w:rPr>
              <w:t>phá -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i: X</w:t>
            </w:r>
            <w:r>
              <w:rPr>
                <w:rFonts w:cs="Times New Roman"/>
                <w:b/>
              </w:rPr>
              <w:t>ử</w:t>
            </w:r>
            <w:r>
              <w:rPr>
                <w:rFonts w:cs="Times New Roman"/>
                <w:b/>
              </w:rPr>
              <w:t xml:space="preserve"> lí tình hu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ng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L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a ch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 xml:space="preserve">c cách 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ng x</w:t>
            </w:r>
            <w:r>
              <w:rPr>
                <w:rFonts w:cs="Times New Roman"/>
                <w:b/>
              </w:rPr>
              <w:t>ử</w:t>
            </w:r>
            <w:r>
              <w:rPr>
                <w:rFonts w:cs="Times New Roman"/>
                <w:b/>
              </w:rPr>
              <w:t xml:space="preserve">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phép,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giúp đ</w:t>
            </w:r>
            <w:r>
              <w:rPr>
                <w:rFonts w:cs="Times New Roman"/>
                <w:b/>
              </w:rPr>
              <w:t>ỡ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 w:rsidP="004319E5">
            <w:r>
              <w:rPr>
                <w:rFonts w:cs="Times New Roman"/>
              </w:rPr>
              <w:t>- Quan sát tranh SGK,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4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x</w:t>
            </w:r>
            <w:r>
              <w:rPr>
                <w:rFonts w:cs="Times New Roman"/>
              </w:rPr>
              <w:t>ử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lí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ng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tình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Quan sát;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và phân vai.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lastRenderedPageBreak/>
              <w:t>- Khi g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p cô giáo không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y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mình, em nên làm gì?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Em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chào 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Khi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cô giáo đang mang nhi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sách, em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làm gì?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 cô và giúp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v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a s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u cô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ý.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nhóm s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m vai;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S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m vai;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 xét cách 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x</w:t>
            </w:r>
            <w:r>
              <w:rPr>
                <w:rFonts w:cs="Times New Roman"/>
              </w:rPr>
              <w:t>ử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G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cô,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phép chào 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 và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giúp đ</w:t>
            </w:r>
            <w:r>
              <w:rPr>
                <w:rFonts w:cs="Times New Roman"/>
              </w:rPr>
              <w:t>ỡ</w:t>
            </w:r>
            <w:r>
              <w:rPr>
                <w:rFonts w:cs="Times New Roman"/>
              </w:rPr>
              <w:t xml:space="preserve">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3.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hành: Làm thi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p t</w:t>
            </w:r>
            <w:r>
              <w:rPr>
                <w:rFonts w:cs="Times New Roman"/>
                <w:b/>
              </w:rPr>
              <w:t>ặ</w:t>
            </w:r>
            <w:r>
              <w:rPr>
                <w:rFonts w:cs="Times New Roman"/>
                <w:b/>
              </w:rPr>
              <w:t>ng 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Hoàn thành s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n ph</w:t>
            </w:r>
            <w:r>
              <w:rPr>
                <w:rFonts w:cs="Times New Roman"/>
                <w:b/>
              </w:rPr>
              <w:t>ẩ</w:t>
            </w:r>
            <w:r>
              <w:rPr>
                <w:rFonts w:cs="Times New Roman"/>
                <w:b/>
              </w:rPr>
              <w:t>m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lòng kính yêu 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Quan sát các m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u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 trong SGK; l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và màu s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Quan sát; nêu ý tư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>ng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mình.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ghi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chúc nào vào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ghi: Em kính chúc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y/cô luôn vui kh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e;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ơn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y/cô.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làm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 cá nhân;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và s</w:t>
            </w:r>
            <w:r>
              <w:rPr>
                <w:rFonts w:cs="Times New Roman"/>
              </w:rPr>
              <w:t>ử</w:t>
            </w:r>
            <w:r>
              <w:rPr>
                <w:rFonts w:cs="Times New Roman"/>
              </w:rPr>
              <w:t xml:space="preserve"> d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ng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an toàn.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Làm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p; thu d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sau khi hoàn thành.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t ý, </w:t>
            </w:r>
            <w:r>
              <w:rPr>
                <w:rFonts w:cs="Times New Roman"/>
              </w:rPr>
              <w:t>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T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m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làm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tình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chân thành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em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nghe; hoàn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4.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kính yêu 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 trong đ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i s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làm theo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y.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 xml:space="preserve">- Em </w:t>
            </w:r>
            <w:r>
              <w:rPr>
                <w:rFonts w:cs="Times New Roman"/>
              </w:rPr>
              <w:t>chăm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c,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t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và giúp đ</w:t>
            </w:r>
            <w:r>
              <w:rPr>
                <w:rFonts w:cs="Times New Roman"/>
              </w:rPr>
              <w:t>ỡ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Kính yêu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hành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h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ngày.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A81780" w:rsidRDefault="004319E5">
      <w:pPr>
        <w:spacing w:after="0" w:line="240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.............................................................................</w:t>
      </w:r>
      <w:r>
        <w:rPr>
          <w:rFonts w:cs="Times New Roman"/>
        </w:rPr>
        <w:t>.......................................................................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3: TRUY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N TH</w:t>
      </w:r>
      <w:r>
        <w:rPr>
          <w:rFonts w:cs="Times New Roman"/>
          <w:b/>
        </w:rPr>
        <w:t>Ố</w:t>
      </w:r>
      <w:r>
        <w:rPr>
          <w:rFonts w:cs="Times New Roman"/>
          <w:b/>
        </w:rPr>
        <w:t>NG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 EM</w:t>
      </w:r>
    </w:p>
    <w:p w:rsidR="00A81780" w:rsidRDefault="004319E5">
      <w:pPr>
        <w:spacing w:after="0" w:line="240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12 -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SAO: SƠ K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12 - PHƯƠNG HƯ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NG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13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đư</w:t>
      </w:r>
      <w:r>
        <w:rPr>
          <w:rFonts w:cs="Times New Roman"/>
        </w:rPr>
        <w:t>ợ</w:t>
      </w:r>
      <w:r>
        <w:rPr>
          <w:rFonts w:cs="Times New Roman"/>
        </w:rPr>
        <w:t xml:space="preserve">c </w:t>
      </w:r>
      <w:r>
        <w:rPr>
          <w:rFonts w:cs="Times New Roman"/>
        </w:rPr>
        <w:t>vi</w:t>
      </w:r>
      <w:r>
        <w:rPr>
          <w:rFonts w:cs="Times New Roman"/>
        </w:rPr>
        <w:t>ệ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</w:rPr>
        <w:t>ế</w:t>
      </w:r>
      <w:r>
        <w:rPr>
          <w:rFonts w:cs="Times New Roman"/>
        </w:rPr>
        <w:t>p,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và rèn luy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 12.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Tham gia xây d</w:t>
      </w:r>
      <w:r>
        <w:rPr>
          <w:rFonts w:cs="Times New Roman"/>
        </w:rPr>
        <w:t>ự</w:t>
      </w:r>
      <w:r>
        <w:rPr>
          <w:rFonts w:cs="Times New Roman"/>
        </w:rPr>
        <w:t>ng phương hư</w:t>
      </w:r>
      <w:r>
        <w:rPr>
          <w:rFonts w:cs="Times New Roman"/>
        </w:rPr>
        <w:t>ớ</w:t>
      </w:r>
      <w:r>
        <w:rPr>
          <w:rFonts w:cs="Times New Roman"/>
        </w:rPr>
        <w:t>ng tu</w:t>
      </w:r>
      <w:r>
        <w:rPr>
          <w:rFonts w:cs="Times New Roman"/>
        </w:rPr>
        <w:t>ầ</w:t>
      </w:r>
      <w:r>
        <w:rPr>
          <w:rFonts w:cs="Times New Roman"/>
        </w:rPr>
        <w:t>n 13 b</w:t>
      </w:r>
      <w:r>
        <w:rPr>
          <w:rFonts w:cs="Times New Roman"/>
        </w:rPr>
        <w:t>ằ</w:t>
      </w:r>
      <w:r>
        <w:rPr>
          <w:rFonts w:cs="Times New Roman"/>
        </w:rPr>
        <w:t>ng nh</w:t>
      </w:r>
      <w:r>
        <w:rPr>
          <w:rFonts w:cs="Times New Roman"/>
        </w:rPr>
        <w:t>ữ</w:t>
      </w:r>
      <w:r>
        <w:rPr>
          <w:rFonts w:cs="Times New Roman"/>
        </w:rPr>
        <w:t>ng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ụ</w:t>
      </w:r>
      <w:r>
        <w:rPr>
          <w:rFonts w:cs="Times New Roman"/>
        </w:rPr>
        <w:t xml:space="preserve"> th</w:t>
      </w:r>
      <w:r>
        <w:rPr>
          <w:rFonts w:cs="Times New Roman"/>
        </w:rPr>
        <w:t>ể</w:t>
      </w:r>
      <w:r>
        <w:rPr>
          <w:rFonts w:cs="Times New Roman"/>
        </w:rPr>
        <w:t>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Chia s</w:t>
      </w:r>
      <w:r>
        <w:rPr>
          <w:rFonts w:cs="Times New Roman"/>
        </w:rPr>
        <w:t>ẻ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 nh</w:t>
      </w:r>
      <w:r>
        <w:rPr>
          <w:rFonts w:cs="Times New Roman"/>
        </w:rPr>
        <w:t>ữ</w:t>
      </w:r>
      <w:r>
        <w:rPr>
          <w:rFonts w:cs="Times New Roman"/>
        </w:rPr>
        <w:t>ng vi</w:t>
      </w:r>
      <w:r>
        <w:rPr>
          <w:rFonts w:cs="Times New Roman"/>
        </w:rPr>
        <w:t>ệ</w:t>
      </w:r>
      <w:r>
        <w:rPr>
          <w:rFonts w:cs="Times New Roman"/>
        </w:rPr>
        <w:t>c em đã làm th</w:t>
      </w:r>
      <w:r>
        <w:rPr>
          <w:rFonts w:cs="Times New Roman"/>
        </w:rPr>
        <w:t>ể</w:t>
      </w:r>
      <w:r>
        <w:rPr>
          <w:rFonts w:cs="Times New Roman"/>
        </w:rPr>
        <w:t xml:space="preserve"> hi</w:t>
      </w:r>
      <w:r>
        <w:rPr>
          <w:rFonts w:cs="Times New Roman"/>
        </w:rPr>
        <w:t>ệ</w:t>
      </w:r>
      <w:r>
        <w:rPr>
          <w:rFonts w:cs="Times New Roman"/>
        </w:rPr>
        <w:t>n kính yêu th</w:t>
      </w:r>
      <w:r>
        <w:rPr>
          <w:rFonts w:cs="Times New Roman"/>
        </w:rPr>
        <w:t>ầ</w:t>
      </w:r>
      <w:r>
        <w:rPr>
          <w:rFonts w:cs="Times New Roman"/>
        </w:rPr>
        <w:t>y cô và tham gia hát v</w:t>
      </w:r>
      <w:r>
        <w:rPr>
          <w:rFonts w:cs="Times New Roman"/>
        </w:rPr>
        <w:t>ề</w:t>
      </w:r>
      <w:r>
        <w:rPr>
          <w:rFonts w:cs="Times New Roman"/>
        </w:rPr>
        <w:t xml:space="preserve"> th</w:t>
      </w:r>
      <w:r>
        <w:rPr>
          <w:rFonts w:cs="Times New Roman"/>
        </w:rPr>
        <w:t>ầ</w:t>
      </w:r>
      <w:r>
        <w:rPr>
          <w:rFonts w:cs="Times New Roman"/>
        </w:rPr>
        <w:t>y cô.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ng, bi</w:t>
      </w:r>
      <w:r>
        <w:rPr>
          <w:rFonts w:cs="Times New Roman"/>
        </w:rPr>
        <w:t>ế</w:t>
      </w:r>
      <w:r>
        <w:rPr>
          <w:rFonts w:cs="Times New Roman"/>
        </w:rPr>
        <w:t>t t</w:t>
      </w:r>
      <w:r>
        <w:rPr>
          <w:rFonts w:cs="Times New Roman"/>
        </w:rPr>
        <w:t>ự</w:t>
      </w:r>
      <w:r>
        <w:rPr>
          <w:rFonts w:cs="Times New Roman"/>
        </w:rPr>
        <w:t xml:space="preserve"> nh</w:t>
      </w:r>
      <w:r>
        <w:rPr>
          <w:rFonts w:cs="Times New Roman"/>
        </w:rPr>
        <w:t>ậ</w:t>
      </w:r>
      <w:r>
        <w:rPr>
          <w:rFonts w:cs="Times New Roman"/>
        </w:rPr>
        <w:t>n xét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nghe, trao đ</w:t>
      </w:r>
      <w:r>
        <w:rPr>
          <w:rFonts w:cs="Times New Roman"/>
        </w:rPr>
        <w:t>ổ</w:t>
      </w:r>
      <w:r>
        <w:rPr>
          <w:rFonts w:cs="Times New Roman"/>
        </w:rPr>
        <w:t>i, trình bày ý ki</w:t>
      </w:r>
      <w:r>
        <w:rPr>
          <w:rFonts w:cs="Times New Roman"/>
        </w:rPr>
        <w:t>ế</w:t>
      </w:r>
      <w:r>
        <w:rPr>
          <w:rFonts w:cs="Times New Roman"/>
        </w:rPr>
        <w:t>n và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khi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 xml:space="preserve">n cách </w:t>
      </w:r>
      <w:r>
        <w:rPr>
          <w:rFonts w:cs="Times New Roman"/>
        </w:rPr>
        <w:t>ứ</w:t>
      </w:r>
      <w:r>
        <w:rPr>
          <w:rFonts w:cs="Times New Roman"/>
        </w:rPr>
        <w:t>ng x</w:t>
      </w:r>
      <w:r>
        <w:rPr>
          <w:rFonts w:cs="Times New Roman"/>
        </w:rPr>
        <w:t>ử</w:t>
      </w:r>
      <w:r>
        <w:rPr>
          <w:rFonts w:cs="Times New Roman"/>
        </w:rPr>
        <w:t xml:space="preserve"> </w:t>
      </w:r>
      <w:r>
        <w:rPr>
          <w:rFonts w:cs="Times New Roman"/>
        </w:rPr>
        <w:t>phù h</w:t>
      </w:r>
      <w:r>
        <w:rPr>
          <w:rFonts w:cs="Times New Roman"/>
        </w:rPr>
        <w:t>ợ</w:t>
      </w:r>
      <w:r>
        <w:rPr>
          <w:rFonts w:cs="Times New Roman"/>
        </w:rPr>
        <w:t>p trong các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ng, yêu thương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và hoàn thành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 giao.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góp ph</w:t>
      </w:r>
      <w:r>
        <w:rPr>
          <w:rFonts w:cs="Times New Roman"/>
        </w:rPr>
        <w:t>ầ</w:t>
      </w:r>
      <w:r>
        <w:rPr>
          <w:rFonts w:cs="Times New Roman"/>
        </w:rPr>
        <w:t>n xây d</w:t>
      </w:r>
      <w:r>
        <w:rPr>
          <w:rFonts w:cs="Times New Roman"/>
        </w:rPr>
        <w:t>ự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>p th</w:t>
      </w:r>
      <w:r>
        <w:rPr>
          <w:rFonts w:cs="Times New Roman"/>
        </w:rPr>
        <w:t>ể</w:t>
      </w:r>
      <w:r>
        <w:rPr>
          <w:rFonts w:cs="Times New Roman"/>
        </w:rPr>
        <w:t xml:space="preserve"> an toàn, thân thi</w:t>
      </w:r>
      <w:r>
        <w:rPr>
          <w:rFonts w:cs="Times New Roman"/>
        </w:rPr>
        <w:t>ệ</w:t>
      </w:r>
      <w:r>
        <w:rPr>
          <w:rFonts w:cs="Times New Roman"/>
        </w:rPr>
        <w:t>n.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lastRenderedPageBreak/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Giáo viên: B</w:t>
      </w:r>
      <w:r>
        <w:rPr>
          <w:rFonts w:cs="Times New Roman"/>
        </w:rPr>
        <w:t>ả</w:t>
      </w:r>
      <w:r>
        <w:rPr>
          <w:rFonts w:cs="Times New Roman"/>
        </w:rPr>
        <w:t>ng theo dõi; tranh và d</w:t>
      </w:r>
      <w:r>
        <w:rPr>
          <w:rFonts w:cs="Times New Roman"/>
        </w:rPr>
        <w:t>ả</w:t>
      </w:r>
      <w:r>
        <w:rPr>
          <w:rFonts w:cs="Times New Roman"/>
        </w:rPr>
        <w:t>i đánh giá c</w:t>
      </w:r>
      <w:r>
        <w:rPr>
          <w:rFonts w:cs="Times New Roman"/>
        </w:rPr>
        <w:t>ắ</w:t>
      </w:r>
      <w:r>
        <w:rPr>
          <w:rFonts w:cs="Times New Roman"/>
        </w:rPr>
        <w:t>t t</w:t>
      </w:r>
      <w:r>
        <w:rPr>
          <w:rFonts w:cs="Times New Roman"/>
        </w:rPr>
        <w:t>ừ</w:t>
      </w:r>
      <w:r>
        <w:rPr>
          <w:rFonts w:cs="Times New Roman"/>
        </w:rPr>
        <w:t xml:space="preserve"> SGK; bài hát “Cô giáo em”.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SGK;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giá.</w:t>
      </w:r>
    </w:p>
    <w:p w:rsidR="00A81780" w:rsidRDefault="004319E5">
      <w:pPr>
        <w:spacing w:after="0" w:line="240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A81780" w:rsidTr="004319E5">
        <w:trPr>
          <w:tblHeader/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pPr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 xml:space="preserve">1. </w:t>
            </w:r>
            <w:r>
              <w:rPr>
                <w:rFonts w:cs="Times New Roman"/>
                <w:b/>
              </w:rPr>
              <w:t>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tâm 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“Cô giáo em”.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i cho em 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i em 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ình yêu thương,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bè,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Sao</w:t>
            </w:r>
          </w:p>
          <w:p w:rsidR="00A81780" w:rsidRDefault="004319E5">
            <w:r>
              <w:rPr>
                <w:rFonts w:cs="Times New Roman"/>
                <w:b/>
              </w:rPr>
              <w:t>2.1. Sơ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12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xét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 xml:space="preserve">c </w:t>
            </w:r>
            <w:r>
              <w:rPr>
                <w:rFonts w:cs="Times New Roman"/>
                <w:b/>
              </w:rPr>
              <w:t>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đã làm t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t và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c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c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 xml:space="preserve"> g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ng trong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theo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: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qua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nào?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trong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báo cáo.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nào?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x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hàng,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sinh, </w:t>
            </w:r>
            <w:r>
              <w:rPr>
                <w:rFonts w:cs="Times New Roman"/>
              </w:rPr>
              <w:t>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và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nào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em còn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t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, đi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đúng gi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m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nh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trình bày.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các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tuyên dương và góp ý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</w:t>
            </w:r>
            <w:r>
              <w:rPr>
                <w:rFonts w:cs="Times New Roman"/>
              </w:rPr>
              <w:t xml:space="preserve"> nghe và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góp ý.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phát huy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và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ch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>nh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chưa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xác đ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nh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Sao</w:t>
            </w:r>
          </w:p>
          <w:p w:rsidR="00A81780" w:rsidRDefault="004319E5">
            <w:r>
              <w:rPr>
                <w:rFonts w:cs="Times New Roman"/>
                <w:b/>
              </w:rPr>
              <w:t>2.2. Phương hư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13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và cùng cam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 xml:space="preserve">n trong </w:t>
            </w:r>
            <w:r>
              <w:rPr>
                <w:rFonts w:cs="Times New Roman"/>
                <w:b/>
              </w:rPr>
              <w:t>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ti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p theo.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Nêu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tâm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13: Tìm hi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u quy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vui chơi,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an toàn;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cách vui chơi an toàn.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xác đ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nh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tâm.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p,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gì?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đi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đúng gi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, x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hàng nghiêm túc,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và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đ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đ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4: nhóm em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nào cùng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phương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Các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đúng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hơn.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cùng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3.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Chia s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 xml:space="preserve">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</w:t>
            </w:r>
            <w:r>
              <w:rPr>
                <w:rFonts w:cs="Times New Roman"/>
                <w:b/>
              </w:rPr>
              <w:t>ữ</w:t>
            </w:r>
            <w:r>
              <w:rPr>
                <w:rFonts w:cs="Times New Roman"/>
                <w:b/>
              </w:rPr>
              <w:t>ng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em đã làm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kính yêu 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 và tham gia hát v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lastRenderedPageBreak/>
              <w:t>th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y cô.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 w:rsidP="004319E5">
            <w:r>
              <w:rPr>
                <w:rFonts w:cs="Times New Roman"/>
              </w:rPr>
              <w:lastRenderedPageBreak/>
              <w:t>- Quan sát tranh trong SGK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 xml:space="preserve">ng hoa cô giáo; </w:t>
            </w:r>
            <w:proofErr w:type="spellStart"/>
            <w:r>
              <w:rPr>
                <w:rFonts w:cs="Times New Roman"/>
              </w:rPr>
              <w:t>trao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nhóm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đôi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Quan sát tranh;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theo c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p.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đã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kính yêu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qua?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chào cô, chăm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ch,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ng thi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p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nói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ơn.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 khi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tình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cô?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vui,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ơn và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hơn.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trình bày;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hát bài “Cô giáo em”.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c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p; hát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Kính yêu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là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ơn,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và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cô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y.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  <w:b/>
              </w:rPr>
              <w:t>4. Đánh giá</w:t>
            </w:r>
          </w:p>
          <w:p w:rsidR="00A81780" w:rsidRDefault="004319E5"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 xml:space="preserve"> đánh giá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qu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theo ba m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c như SGK.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 w:rsidP="004319E5"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giá: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n lòng </w:t>
            </w:r>
            <w:proofErr w:type="spellStart"/>
            <w:r>
              <w:rPr>
                <w:rFonts w:cs="Times New Roman"/>
              </w:rPr>
              <w:t>kính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yêu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cô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 xml:space="preserve">- Quan sát, </w:t>
            </w:r>
            <w:r>
              <w:rPr>
                <w:rFonts w:cs="Times New Roman"/>
              </w:rPr>
              <w:t>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trong ba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theo SGK: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-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đã làm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trung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81780" w:rsidTr="004319E5">
        <w:trPr>
          <w:jc w:val="center"/>
        </w:trPr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rèn luy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26" w:type="dxa"/>
            <w:shd w:val="clear" w:color="auto" w:fill="auto"/>
            <w:tcMar>
              <w:top w:w="42" w:type="dxa"/>
              <w:left w:w="75" w:type="dxa"/>
              <w:bottom w:w="42" w:type="dxa"/>
              <w:right w:w="75" w:type="dxa"/>
            </w:tcMar>
          </w:tcPr>
          <w:p w:rsidR="00A81780" w:rsidRDefault="004319E5"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</w:tbl>
    <w:p w:rsidR="00A81780" w:rsidRDefault="004319E5">
      <w:pPr>
        <w:spacing w:after="0" w:line="240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81780" w:rsidRDefault="004319E5">
      <w:pPr>
        <w:spacing w:after="0" w:line="240" w:lineRule="auto"/>
      </w:pPr>
      <w:r>
        <w:rPr>
          <w:rFonts w:cs="Times New Roman"/>
        </w:rPr>
        <w:t>.............................................................</w:t>
      </w:r>
      <w:bookmarkStart w:id="0" w:name="_GoBack"/>
      <w:bookmarkEnd w:id="0"/>
      <w:r>
        <w:rPr>
          <w:rFonts w:cs="Times New Roman"/>
        </w:rPr>
        <w:t>.......................................................................................</w:t>
      </w:r>
    </w:p>
    <w:sectPr w:rsidR="00A81780" w:rsidSect="00034616">
      <w:pgSz w:w="12240" w:h="15840"/>
      <w:pgMar w:top="680" w:right="737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19E5"/>
    <w:rsid w:val="00A8178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1F2B5E-8792-462D-88A4-A48DC5BB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2026-08-20T02:32:00Z</dcterms:modified>
  <cp:category/>
</cp:coreProperties>
</file>