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4E2E" w14:textId="39DDDB72" w:rsidR="00224401" w:rsidRDefault="00224401">
      <w:pPr>
        <w:spacing w:after="140"/>
        <w:jc w:val="center"/>
        <w:rPr>
          <w:b/>
          <w:lang w:val="pt-BR"/>
        </w:rPr>
      </w:pPr>
      <w:r w:rsidRPr="009F263C">
        <w:rPr>
          <w:rFonts w:ascii="Times New Roman"/>
          <w:sz w:val="20"/>
        </w:rPr>
        <w:drawing>
          <wp:anchor distT="0" distB="0" distL="114300" distR="114300" simplePos="0" relativeHeight="251657216" behindDoc="1" locked="0" layoutInCell="1" allowOverlap="1" wp14:anchorId="389A8B6C" wp14:editId="6CBF6B73">
            <wp:simplePos x="0" y="0"/>
            <wp:positionH relativeFrom="column">
              <wp:posOffset>-3810</wp:posOffset>
            </wp:positionH>
            <wp:positionV relativeFrom="paragraph">
              <wp:posOffset>10795</wp:posOffset>
            </wp:positionV>
            <wp:extent cx="3008630" cy="695325"/>
            <wp:effectExtent l="0" t="0" r="1270" b="9525"/>
            <wp:wrapTight wrapText="bothSides">
              <wp:wrapPolygon edited="0">
                <wp:start x="0" y="0"/>
                <wp:lineTo x="0" y="21304"/>
                <wp:lineTo x="21472" y="21304"/>
                <wp:lineTo x="21472" y="0"/>
                <wp:lineTo x="0" y="0"/>
              </wp:wrapPolygon>
            </wp:wrapTight>
            <wp:docPr id="16983051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0517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AF3624F" wp14:editId="425F1698">
            <wp:simplePos x="0" y="0"/>
            <wp:positionH relativeFrom="column">
              <wp:posOffset>4177665</wp:posOffset>
            </wp:positionH>
            <wp:positionV relativeFrom="paragraph">
              <wp:posOffset>-160020</wp:posOffset>
            </wp:positionV>
            <wp:extent cx="1847850" cy="1022350"/>
            <wp:effectExtent l="0" t="0" r="0" b="0"/>
            <wp:wrapTight wrapText="bothSides">
              <wp:wrapPolygon edited="0">
                <wp:start x="8016" y="0"/>
                <wp:lineTo x="6235" y="805"/>
                <wp:lineTo x="1781" y="5232"/>
                <wp:lineTo x="1781" y="6842"/>
                <wp:lineTo x="445" y="10867"/>
                <wp:lineTo x="0" y="12880"/>
                <wp:lineTo x="0" y="16502"/>
                <wp:lineTo x="445" y="20929"/>
                <wp:lineTo x="21155" y="20929"/>
                <wp:lineTo x="21377" y="18112"/>
                <wp:lineTo x="20487" y="13282"/>
                <wp:lineTo x="18928" y="8050"/>
                <wp:lineTo x="18705" y="6037"/>
                <wp:lineTo x="15588" y="2415"/>
                <wp:lineTo x="12693" y="0"/>
                <wp:lineTo x="8016" y="0"/>
              </wp:wrapPolygon>
            </wp:wrapTight>
            <wp:docPr id="71365062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67" r="8098" b="24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2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AB4A9B" w14:textId="77777777" w:rsidR="00224401" w:rsidRDefault="00224401">
      <w:pPr>
        <w:spacing w:after="140"/>
        <w:jc w:val="center"/>
        <w:rPr>
          <w:b/>
          <w:lang w:val="pt-BR"/>
        </w:rPr>
      </w:pPr>
    </w:p>
    <w:p w14:paraId="47995C31" w14:textId="77777777" w:rsidR="00224401" w:rsidRDefault="00224401">
      <w:pPr>
        <w:spacing w:after="140"/>
        <w:jc w:val="center"/>
        <w:rPr>
          <w:b/>
          <w:lang w:val="pt-BR"/>
        </w:rPr>
      </w:pPr>
    </w:p>
    <w:p w14:paraId="052D6D38" w14:textId="77777777" w:rsidR="00224401" w:rsidRDefault="00224401">
      <w:pPr>
        <w:spacing w:after="140"/>
        <w:jc w:val="center"/>
        <w:rPr>
          <w:b/>
          <w:lang w:val="pt-BR"/>
        </w:rPr>
      </w:pPr>
    </w:p>
    <w:p w14:paraId="713FF802" w14:textId="3AC3B5C4" w:rsidR="00561DE0" w:rsidRPr="00224401" w:rsidRDefault="00000000">
      <w:pPr>
        <w:spacing w:after="140"/>
        <w:jc w:val="center"/>
        <w:rPr>
          <w:lang w:val="pt-BR"/>
        </w:rPr>
      </w:pPr>
      <w:r w:rsidRPr="00224401">
        <w:rPr>
          <w:b/>
          <w:lang w:val="pt-BR"/>
        </w:rPr>
        <w:t xml:space="preserve">TÍTULO </w:t>
      </w:r>
      <w:r w:rsidR="00224401">
        <w:rPr>
          <w:b/>
          <w:lang w:val="pt-BR"/>
        </w:rPr>
        <w:t xml:space="preserve">DO </w:t>
      </w:r>
      <w:r w:rsidRPr="00224401">
        <w:rPr>
          <w:b/>
          <w:lang w:val="pt-BR"/>
        </w:rPr>
        <w:t>PROJETO OU EXPERIMENTO</w:t>
      </w:r>
    </w:p>
    <w:p w14:paraId="03258E40" w14:textId="77777777" w:rsidR="00224401" w:rsidRDefault="00224401" w:rsidP="00224401">
      <w:pPr>
        <w:pStyle w:val="Corpodetexto"/>
        <w:ind w:left="188"/>
        <w:jc w:val="center"/>
        <w:rPr>
          <w:lang w:val="pt-BR"/>
        </w:rPr>
      </w:pPr>
    </w:p>
    <w:p w14:paraId="30A1BED2" w14:textId="0F386FCC" w:rsidR="00224401" w:rsidRPr="00224401" w:rsidRDefault="00224401" w:rsidP="00224401">
      <w:pPr>
        <w:pStyle w:val="Corpodetexto"/>
        <w:ind w:left="188"/>
        <w:jc w:val="center"/>
        <w:rPr>
          <w:lang w:val="pt-BR"/>
        </w:rPr>
      </w:pPr>
      <w:r w:rsidRPr="00224401">
        <w:rPr>
          <w:lang w:val="pt-BR"/>
        </w:rPr>
        <w:t>Autores</w:t>
      </w:r>
      <w:r w:rsidRPr="00224401">
        <w:rPr>
          <w:vertAlign w:val="superscript"/>
          <w:lang w:val="pt-BR"/>
        </w:rPr>
        <w:t>1</w:t>
      </w:r>
      <w:r w:rsidRPr="00224401">
        <w:rPr>
          <w:spacing w:val="-1"/>
          <w:lang w:val="pt-BR"/>
        </w:rPr>
        <w:t xml:space="preserve"> </w:t>
      </w:r>
      <w:r w:rsidRPr="00224401">
        <w:rPr>
          <w:lang w:val="pt-BR"/>
        </w:rPr>
        <w:t>(nomes completos</w:t>
      </w:r>
      <w:r w:rsidRPr="00224401">
        <w:rPr>
          <w:spacing w:val="-1"/>
          <w:lang w:val="pt-BR"/>
        </w:rPr>
        <w:t xml:space="preserve"> </w:t>
      </w:r>
      <w:r w:rsidRPr="00224401">
        <w:rPr>
          <w:lang w:val="pt-BR"/>
        </w:rPr>
        <w:t>separados por</w:t>
      </w:r>
      <w:r w:rsidRPr="00224401">
        <w:rPr>
          <w:spacing w:val="-2"/>
          <w:lang w:val="pt-BR"/>
        </w:rPr>
        <w:t xml:space="preserve"> ponto e </w:t>
      </w:r>
      <w:r w:rsidRPr="00224401">
        <w:rPr>
          <w:lang w:val="pt-BR"/>
        </w:rPr>
        <w:t>vírgula (</w:t>
      </w:r>
      <w:r w:rsidRPr="00224401">
        <w:rPr>
          <w:rFonts w:ascii="Segoe UI Emoji" w:eastAsia="Segoe UI Emoji" w:hAnsi="Segoe UI Emoji" w:cs="Segoe UI Emoji"/>
          <w:lang w:val="pt-BR"/>
        </w:rPr>
        <w:t>;)</w:t>
      </w:r>
      <w:r w:rsidRPr="00224401">
        <w:rPr>
          <w:lang w:val="pt-BR"/>
        </w:rPr>
        <w:t xml:space="preserve"> e finalizadas</w:t>
      </w:r>
      <w:r w:rsidRPr="00224401">
        <w:rPr>
          <w:spacing w:val="-1"/>
          <w:lang w:val="pt-BR"/>
        </w:rPr>
        <w:t xml:space="preserve"> </w:t>
      </w:r>
      <w:r w:rsidRPr="00224401">
        <w:rPr>
          <w:lang w:val="pt-BR"/>
        </w:rPr>
        <w:t>por</w:t>
      </w:r>
      <w:r w:rsidRPr="00224401">
        <w:rPr>
          <w:spacing w:val="-1"/>
          <w:lang w:val="pt-BR"/>
        </w:rPr>
        <w:t xml:space="preserve"> </w:t>
      </w:r>
      <w:r w:rsidRPr="00224401">
        <w:rPr>
          <w:lang w:val="pt-BR"/>
        </w:rPr>
        <w:t>ponto</w:t>
      </w:r>
      <w:r w:rsidRPr="00224401">
        <w:rPr>
          <w:spacing w:val="-1"/>
          <w:lang w:val="pt-BR"/>
        </w:rPr>
        <w:t xml:space="preserve"> </w:t>
      </w:r>
      <w:r w:rsidRPr="00224401">
        <w:rPr>
          <w:lang w:val="pt-BR"/>
        </w:rPr>
        <w:t>(.); Autor Orientador</w:t>
      </w:r>
      <w:r w:rsidRPr="00224401">
        <w:rPr>
          <w:vertAlign w:val="superscript"/>
          <w:lang w:val="pt-BR"/>
        </w:rPr>
        <w:t>2</w:t>
      </w:r>
      <w:r w:rsidRPr="00224401">
        <w:rPr>
          <w:lang w:val="pt-BR"/>
        </w:rPr>
        <w:t xml:space="preserve"> (Último Autor)</w:t>
      </w:r>
    </w:p>
    <w:p w14:paraId="482248D8" w14:textId="77777777" w:rsidR="00224401" w:rsidRPr="00224401" w:rsidRDefault="00224401" w:rsidP="00224401">
      <w:pPr>
        <w:pStyle w:val="Corpodetexto"/>
        <w:spacing w:before="10"/>
        <w:rPr>
          <w:sz w:val="23"/>
          <w:lang w:val="pt-BR"/>
        </w:rPr>
      </w:pPr>
    </w:p>
    <w:p w14:paraId="6651560A" w14:textId="77777777" w:rsidR="00224401" w:rsidRPr="00224401" w:rsidRDefault="00224401" w:rsidP="00224401">
      <w:pPr>
        <w:pStyle w:val="PargrafodaLista"/>
        <w:tabs>
          <w:tab w:val="left" w:pos="411"/>
        </w:tabs>
        <w:spacing w:before="1"/>
        <w:ind w:left="540"/>
        <w:rPr>
          <w:sz w:val="20"/>
          <w:lang w:val="pt-BR"/>
        </w:rPr>
      </w:pPr>
      <w:r w:rsidRPr="00224401">
        <w:rPr>
          <w:sz w:val="20"/>
          <w:vertAlign w:val="superscript"/>
          <w:lang w:val="pt-BR"/>
        </w:rPr>
        <w:t>1</w:t>
      </w:r>
      <w:r w:rsidRPr="00224401">
        <w:rPr>
          <w:sz w:val="20"/>
          <w:lang w:val="pt-BR"/>
        </w:rPr>
        <w:t>Titulação,</w:t>
      </w:r>
      <w:r w:rsidRPr="00224401">
        <w:rPr>
          <w:spacing w:val="-5"/>
          <w:sz w:val="20"/>
          <w:lang w:val="pt-BR"/>
        </w:rPr>
        <w:t xml:space="preserve"> </w:t>
      </w:r>
      <w:r w:rsidRPr="00224401">
        <w:rPr>
          <w:sz w:val="20"/>
          <w:lang w:val="pt-BR"/>
        </w:rPr>
        <w:t>Instituição,</w:t>
      </w:r>
      <w:r w:rsidRPr="00224401">
        <w:rPr>
          <w:spacing w:val="-5"/>
          <w:sz w:val="20"/>
          <w:lang w:val="pt-BR"/>
        </w:rPr>
        <w:t xml:space="preserve"> </w:t>
      </w:r>
      <w:r w:rsidRPr="00224401">
        <w:rPr>
          <w:sz w:val="20"/>
          <w:lang w:val="pt-BR"/>
        </w:rPr>
        <w:t>Cidade-Estado,</w:t>
      </w:r>
      <w:r w:rsidRPr="00224401">
        <w:rPr>
          <w:spacing w:val="-5"/>
          <w:sz w:val="20"/>
          <w:lang w:val="pt-BR"/>
        </w:rPr>
        <w:t xml:space="preserve"> </w:t>
      </w:r>
      <w:r w:rsidRPr="00224401">
        <w:rPr>
          <w:sz w:val="20"/>
          <w:lang w:val="pt-BR"/>
        </w:rPr>
        <w:t>País.</w:t>
      </w:r>
    </w:p>
    <w:p w14:paraId="595EBA16" w14:textId="77777777" w:rsidR="00224401" w:rsidRDefault="00224401" w:rsidP="00224401">
      <w:pPr>
        <w:pStyle w:val="PargrafodaLista"/>
        <w:tabs>
          <w:tab w:val="left" w:pos="411"/>
        </w:tabs>
        <w:spacing w:before="1"/>
        <w:ind w:left="540"/>
        <w:rPr>
          <w:sz w:val="20"/>
          <w:lang w:val="pt-BR"/>
        </w:rPr>
      </w:pPr>
      <w:r w:rsidRPr="00224401">
        <w:rPr>
          <w:sz w:val="20"/>
          <w:vertAlign w:val="superscript"/>
          <w:lang w:val="pt-BR"/>
        </w:rPr>
        <w:t>2</w:t>
      </w:r>
      <w:r w:rsidRPr="00224401">
        <w:rPr>
          <w:sz w:val="20"/>
          <w:lang w:val="pt-BR"/>
        </w:rPr>
        <w:t>Titulação,</w:t>
      </w:r>
      <w:r w:rsidRPr="00224401">
        <w:rPr>
          <w:spacing w:val="-5"/>
          <w:sz w:val="20"/>
          <w:lang w:val="pt-BR"/>
        </w:rPr>
        <w:t xml:space="preserve"> </w:t>
      </w:r>
      <w:r w:rsidRPr="00224401">
        <w:rPr>
          <w:sz w:val="20"/>
          <w:lang w:val="pt-BR"/>
        </w:rPr>
        <w:t>Instituição,</w:t>
      </w:r>
      <w:r w:rsidRPr="00224401">
        <w:rPr>
          <w:spacing w:val="-5"/>
          <w:sz w:val="20"/>
          <w:lang w:val="pt-BR"/>
        </w:rPr>
        <w:t xml:space="preserve"> </w:t>
      </w:r>
      <w:r w:rsidRPr="00224401">
        <w:rPr>
          <w:sz w:val="20"/>
          <w:lang w:val="pt-BR"/>
        </w:rPr>
        <w:t>Cidade-Estado,</w:t>
      </w:r>
      <w:r w:rsidRPr="00224401">
        <w:rPr>
          <w:spacing w:val="-5"/>
          <w:sz w:val="20"/>
          <w:lang w:val="pt-BR"/>
        </w:rPr>
        <w:t xml:space="preserve"> </w:t>
      </w:r>
      <w:r w:rsidRPr="00224401">
        <w:rPr>
          <w:sz w:val="20"/>
          <w:lang w:val="pt-BR"/>
        </w:rPr>
        <w:t>País.</w:t>
      </w:r>
    </w:p>
    <w:p w14:paraId="0853C1C7" w14:textId="77777777" w:rsidR="00224401" w:rsidRPr="00224401" w:rsidRDefault="00224401" w:rsidP="00224401">
      <w:pPr>
        <w:pStyle w:val="PargrafodaLista"/>
        <w:tabs>
          <w:tab w:val="left" w:pos="411"/>
        </w:tabs>
        <w:spacing w:before="1"/>
        <w:ind w:left="540"/>
        <w:rPr>
          <w:sz w:val="20"/>
          <w:lang w:val="pt-BR"/>
        </w:rPr>
      </w:pPr>
    </w:p>
    <w:p w14:paraId="63F503BC" w14:textId="77777777" w:rsidR="00224401" w:rsidRDefault="00224401">
      <w:pPr>
        <w:spacing w:after="160"/>
        <w:jc w:val="both"/>
        <w:rPr>
          <w:b/>
          <w:lang w:val="pt-BR"/>
        </w:rPr>
      </w:pPr>
    </w:p>
    <w:p w14:paraId="1C49BBA8" w14:textId="52CED603" w:rsidR="00561DE0" w:rsidRPr="00224401" w:rsidRDefault="00000000">
      <w:pPr>
        <w:spacing w:after="160"/>
        <w:jc w:val="both"/>
        <w:rPr>
          <w:lang w:val="pt-BR"/>
        </w:rPr>
      </w:pPr>
      <w:r w:rsidRPr="00224401">
        <w:rPr>
          <w:b/>
          <w:lang w:val="pt-BR"/>
        </w:rPr>
        <w:t xml:space="preserve">Objetivos: </w:t>
      </w:r>
      <w:r w:rsidRPr="00224401">
        <w:rPr>
          <w:lang w:val="pt-BR"/>
        </w:rPr>
        <w:t xml:space="preserve">[declare o objetivo geral e, se necessário, os objetivos específicos de forma direta]. </w:t>
      </w:r>
      <w:r w:rsidRPr="00224401">
        <w:rPr>
          <w:b/>
          <w:lang w:val="pt-BR"/>
        </w:rPr>
        <w:t xml:space="preserve">Metodologia/Desenvolvimento: </w:t>
      </w:r>
      <w:r w:rsidRPr="00224401">
        <w:rPr>
          <w:lang w:val="pt-BR"/>
        </w:rPr>
        <w:t xml:space="preserve">[explique onde, quando e como o projeto foi ou será desenvolvido; descreva participantes ou materiais, etapas, instrumentos, protótipo/aplicativo e forma de análise, quando aplicável]. </w:t>
      </w:r>
      <w:r w:rsidRPr="00224401">
        <w:rPr>
          <w:b/>
          <w:lang w:val="pt-BR"/>
        </w:rPr>
        <w:t xml:space="preserve">Resultados esperados ou obtidos: </w:t>
      </w:r>
      <w:r w:rsidRPr="00224401">
        <w:rPr>
          <w:lang w:val="pt-BR"/>
        </w:rPr>
        <w:t xml:space="preserve">[apresente resultados concretos já observados ou, se o projeto estiver em andamento, os resultados plausíveis esperados e os indicadores que serão usados para avaliá-los]. </w:t>
      </w:r>
      <w:r w:rsidRPr="00224401">
        <w:rPr>
          <w:b/>
          <w:lang w:val="pt-BR"/>
        </w:rPr>
        <w:t xml:space="preserve">Conclusões: </w:t>
      </w:r>
      <w:r w:rsidRPr="00224401">
        <w:rPr>
          <w:lang w:val="pt-BR"/>
        </w:rPr>
        <w:t>[responda ao objetivo, destaque a contribuição para a saúde e a transformação social e indique limites ou próximos passos, quando pertinente].</w:t>
      </w:r>
    </w:p>
    <w:p w14:paraId="53B0EF20" w14:textId="77777777" w:rsidR="00561DE0" w:rsidRPr="00224401" w:rsidRDefault="00000000">
      <w:pPr>
        <w:rPr>
          <w:lang w:val="pt-BR"/>
        </w:rPr>
      </w:pPr>
      <w:r w:rsidRPr="00224401">
        <w:rPr>
          <w:b/>
          <w:lang w:val="pt-BR"/>
        </w:rPr>
        <w:t xml:space="preserve">Palavras-chave: </w:t>
      </w:r>
      <w:proofErr w:type="gramStart"/>
      <w:r w:rsidRPr="00224401">
        <w:rPr>
          <w:lang w:val="pt-BR"/>
        </w:rPr>
        <w:t>[Descritor</w:t>
      </w:r>
      <w:proofErr w:type="gramEnd"/>
      <w:r w:rsidRPr="00224401">
        <w:rPr>
          <w:lang w:val="pt-BR"/>
        </w:rPr>
        <w:t xml:space="preserve"> 1], [descritor 2], [descritor 3].</w:t>
      </w:r>
    </w:p>
    <w:sectPr w:rsidR="00561DE0" w:rsidRPr="00224401" w:rsidSect="00034616">
      <w:footerReference w:type="default" r:id="rId10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FE784" w14:textId="77777777" w:rsidR="00527D68" w:rsidRDefault="00527D68">
      <w:r>
        <w:separator/>
      </w:r>
    </w:p>
  </w:endnote>
  <w:endnote w:type="continuationSeparator" w:id="0">
    <w:p w14:paraId="075A0395" w14:textId="77777777" w:rsidR="00527D68" w:rsidRDefault="00527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585C0" w14:textId="77777777" w:rsidR="00561DE0" w:rsidRPr="00224401" w:rsidRDefault="00000000">
    <w:pPr>
      <w:pStyle w:val="Rodap"/>
      <w:jc w:val="center"/>
      <w:rPr>
        <w:lang w:val="pt-BR"/>
      </w:rPr>
    </w:pPr>
    <w:r w:rsidRPr="00224401">
      <w:rPr>
        <w:color w:val="595959"/>
        <w:sz w:val="18"/>
        <w:lang w:val="pt-BR"/>
      </w:rPr>
      <w:t>IV CINMA 2026  |  Eixo Especial Jovens Cientistas em Saúde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6DC38" w14:textId="77777777" w:rsidR="00527D68" w:rsidRDefault="00527D68">
      <w:r>
        <w:separator/>
      </w:r>
    </w:p>
  </w:footnote>
  <w:footnote w:type="continuationSeparator" w:id="0">
    <w:p w14:paraId="20D5898A" w14:textId="77777777" w:rsidR="00527D68" w:rsidRDefault="00527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4804625">
    <w:abstractNumId w:val="8"/>
  </w:num>
  <w:num w:numId="2" w16cid:durableId="538202213">
    <w:abstractNumId w:val="6"/>
  </w:num>
  <w:num w:numId="3" w16cid:durableId="1152135348">
    <w:abstractNumId w:val="5"/>
  </w:num>
  <w:num w:numId="4" w16cid:durableId="664165454">
    <w:abstractNumId w:val="4"/>
  </w:num>
  <w:num w:numId="5" w16cid:durableId="1692340938">
    <w:abstractNumId w:val="7"/>
  </w:num>
  <w:num w:numId="6" w16cid:durableId="1308436763">
    <w:abstractNumId w:val="3"/>
  </w:num>
  <w:num w:numId="7" w16cid:durableId="169831159">
    <w:abstractNumId w:val="2"/>
  </w:num>
  <w:num w:numId="8" w16cid:durableId="1955019944">
    <w:abstractNumId w:val="1"/>
  </w:num>
  <w:num w:numId="9" w16cid:durableId="17728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4401"/>
    <w:rsid w:val="0029639D"/>
    <w:rsid w:val="00326F90"/>
    <w:rsid w:val="003C1242"/>
    <w:rsid w:val="00527D68"/>
    <w:rsid w:val="00561D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646BC"/>
  <w14:defaultImageDpi w14:val="300"/>
  <w15:docId w15:val="{8917621D-F4FF-4C0D-B6E8-44D3E0AE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Waleria Guerreiro Lima</cp:lastModifiedBy>
  <cp:revision>2</cp:revision>
  <dcterms:created xsi:type="dcterms:W3CDTF">2026-09-09T15:17:00Z</dcterms:created>
  <dcterms:modified xsi:type="dcterms:W3CDTF">2026-09-09T15:17:00Z</dcterms:modified>
  <cp:category/>
</cp:coreProperties>
</file>