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5A2" w:rsidRPr="0006738F" w:rsidRDefault="00006B64">
      <w:pPr>
        <w:keepNext/>
        <w:jc w:val="center"/>
      </w:pPr>
      <w:bookmarkStart w:id="0" w:name="_GoBack"/>
      <w:r w:rsidRPr="0006738F">
        <w:rPr>
          <w:b/>
          <w:sz w:val="28"/>
        </w:rPr>
        <w:t>KẾ HOẠCH BÀI DẠY MÔN ĐẠO ĐỨC LỚP 2</w:t>
      </w:r>
    </w:p>
    <w:p w:rsidR="008E15A2" w:rsidRPr="0006738F" w:rsidRDefault="00006B64">
      <w:pPr>
        <w:keepNext/>
        <w:jc w:val="center"/>
      </w:pPr>
      <w:r w:rsidRPr="0006738F">
        <w:rPr>
          <w:b/>
          <w:sz w:val="28"/>
        </w:rPr>
        <w:t>CHỦ ĐỀ: QUÊ HƯƠNG EM - TUẦN 1</w:t>
      </w:r>
    </w:p>
    <w:p w:rsidR="008E15A2" w:rsidRPr="0006738F" w:rsidRDefault="00006B64">
      <w:pPr>
        <w:keepNext/>
        <w:jc w:val="center"/>
      </w:pPr>
      <w:r w:rsidRPr="0006738F">
        <w:rPr>
          <w:b/>
          <w:sz w:val="28"/>
        </w:rPr>
        <w:t>BÀI 1: VẺ ĐẸP QUÊ HƯƠNG EM - SỐ TIẾT: 2</w:t>
      </w:r>
    </w:p>
    <w:p w:rsidR="008E15A2" w:rsidRPr="0006738F" w:rsidRDefault="00006B64">
      <w:pPr>
        <w:keepNext/>
        <w:jc w:val="center"/>
      </w:pPr>
      <w:r w:rsidRPr="0006738F">
        <w:rPr>
          <w:b/>
        </w:rPr>
        <w:t>Thời gian thực hiện: ... (TIẾT 1)</w:t>
      </w:r>
    </w:p>
    <w:p w:rsidR="008E15A2" w:rsidRPr="0006738F" w:rsidRDefault="00006B64">
      <w:pPr>
        <w:keepNext/>
      </w:pPr>
      <w:r w:rsidRPr="0006738F">
        <w:rPr>
          <w:b/>
        </w:rPr>
        <w:t>I. YÊU CẦU CẦN ĐẠT:</w:t>
      </w:r>
    </w:p>
    <w:p w:rsidR="008E15A2" w:rsidRPr="0006738F" w:rsidRDefault="00006B64">
      <w:pPr>
        <w:keepNext/>
      </w:pPr>
      <w:r w:rsidRPr="0006738F">
        <w:rPr>
          <w:b/>
        </w:rPr>
        <w:t>1. Năng lực đặc thù</w:t>
      </w:r>
    </w:p>
    <w:p w:rsidR="008E15A2" w:rsidRPr="0006738F" w:rsidRDefault="00006B64">
      <w:pPr>
        <w:jc w:val="both"/>
      </w:pPr>
      <w:r w:rsidRPr="0006738F">
        <w:t>- Nêu được địa chỉ quê hương (xã/phường, tỉnh/thành phố nơi sinh sống).</w:t>
      </w:r>
    </w:p>
    <w:p w:rsidR="008E15A2" w:rsidRPr="0006738F" w:rsidRDefault="00006B64">
      <w:pPr>
        <w:jc w:val="both"/>
      </w:pPr>
      <w:r w:rsidRPr="0006738F">
        <w:t>- Bước đầu nhận biết và trình bày được vẻ đẹp của thiên nhiên, con người quê hương.</w:t>
      </w:r>
    </w:p>
    <w:p w:rsidR="008E15A2" w:rsidRPr="0006738F" w:rsidRDefault="00006B64">
      <w:pPr>
        <w:keepNext/>
      </w:pPr>
      <w:r w:rsidRPr="0006738F">
        <w:rPr>
          <w:b/>
        </w:rPr>
        <w:t>2. Năng lực chung</w:t>
      </w:r>
    </w:p>
    <w:p w:rsidR="008E15A2" w:rsidRPr="0006738F" w:rsidRDefault="00006B64">
      <w:pPr>
        <w:jc w:val="both"/>
      </w:pPr>
      <w:r w:rsidRPr="0006738F">
        <w:t>- Tự chủ, tự học: Biết tìm hiểu, ghi nhớ thông tin về quê hương.</w:t>
      </w:r>
    </w:p>
    <w:p w:rsidR="008E15A2" w:rsidRPr="0006738F" w:rsidRDefault="00006B64">
      <w:pPr>
        <w:jc w:val="both"/>
      </w:pPr>
      <w:r w:rsidRPr="0006738F">
        <w:t>- Giao tiếp, hợp tác: Biết lắng nghe, chia sẻ và giới thiệu quê hương với bạn bè.</w:t>
      </w:r>
    </w:p>
    <w:p w:rsidR="008E15A2" w:rsidRPr="0006738F" w:rsidRDefault="00006B64">
      <w:pPr>
        <w:jc w:val="both"/>
      </w:pPr>
      <w:r w:rsidRPr="0006738F">
        <w:t>- Giải quyết vấn đề và sáng tạo: Biết liên hệ thực tế để nhận xét, so sánh vẻ đẹp quê hương.</w:t>
      </w:r>
    </w:p>
    <w:p w:rsidR="008E15A2" w:rsidRPr="0006738F" w:rsidRDefault="00006B64">
      <w:pPr>
        <w:keepNext/>
      </w:pPr>
      <w:r w:rsidRPr="0006738F">
        <w:rPr>
          <w:b/>
        </w:rPr>
        <w:t>3. Phẩm chất</w:t>
      </w:r>
    </w:p>
    <w:p w:rsidR="008E15A2" w:rsidRPr="0006738F" w:rsidRDefault="00006B64">
      <w:pPr>
        <w:jc w:val="both"/>
      </w:pPr>
      <w:r w:rsidRPr="0006738F">
        <w:t>- Yêu nước: Bồi dưỡng tình yêu quê hương, đất nước.</w:t>
      </w:r>
    </w:p>
    <w:p w:rsidR="008E15A2" w:rsidRPr="0006738F" w:rsidRDefault="00006B64">
      <w:pPr>
        <w:jc w:val="both"/>
      </w:pPr>
      <w:r w:rsidRPr="0006738F">
        <w:t>- Trách nhiệm: Có ý thức giữ gìn cảnh quan, bảo vệ và góp phần xây dựng quê hương.</w:t>
      </w:r>
    </w:p>
    <w:p w:rsidR="008E15A2" w:rsidRPr="0006738F" w:rsidRDefault="00006B64">
      <w:pPr>
        <w:jc w:val="both"/>
      </w:pPr>
      <w:r w:rsidRPr="0006738F">
        <w:t>- Chăm chỉ: Tích cực tìm hiểu, sưu tầm tư liệu, hình ảnh về quê hương.</w:t>
      </w:r>
    </w:p>
    <w:p w:rsidR="008E15A2" w:rsidRPr="0006738F" w:rsidRDefault="00006B64">
      <w:pPr>
        <w:keepNext/>
      </w:pPr>
      <w:r w:rsidRPr="0006738F">
        <w:rPr>
          <w:b/>
        </w:rPr>
        <w:t>4. Tích hợp</w:t>
      </w:r>
    </w:p>
    <w:p w:rsidR="008E15A2" w:rsidRPr="0006738F" w:rsidRDefault="00006B64">
      <w:pPr>
        <w:jc w:val="both"/>
      </w:pPr>
      <w:r w:rsidRPr="0006738F">
        <w:t>- Tích hợp năng lực số 1.1.CB1a: Xác định được nhu cầu thông tin, tìm kiếm thông tin thông qua tìm kiếm đơn giản trong môi trường số.</w:t>
      </w:r>
    </w:p>
    <w:p w:rsidR="008E15A2" w:rsidRPr="0006738F" w:rsidRDefault="00006B64">
      <w:pPr>
        <w:jc w:val="both"/>
      </w:pPr>
      <w:r w:rsidRPr="0006738F">
        <w:t>- Giáo dục QPAN: Giáo dục HS ý thức bảo vệ chủ quyền, toàn vẹn lãnh thổ; yêu quý biển đảo quê hương.</w:t>
      </w:r>
    </w:p>
    <w:p w:rsidR="008E15A2" w:rsidRPr="0006738F" w:rsidRDefault="00006B64">
      <w:pPr>
        <w:jc w:val="both"/>
      </w:pPr>
      <w:r w:rsidRPr="0006738F">
        <w:t>- Giáo dục lý tưởng cách mạng, đạo đức, lối sống: Bồi dưỡng tình yêu quê hương, ý thức trách nhiệm xây dựng quê hương giàu đẹp.</w:t>
      </w:r>
    </w:p>
    <w:p w:rsidR="008E15A2" w:rsidRPr="0006738F" w:rsidRDefault="00006B64">
      <w:pPr>
        <w:keepNext/>
      </w:pPr>
      <w:r w:rsidRPr="0006738F">
        <w:rPr>
          <w:b/>
        </w:rPr>
        <w:t>II. ĐỒ DÙNG DẠY HỌC</w:t>
      </w:r>
    </w:p>
    <w:p w:rsidR="008E15A2" w:rsidRPr="0006738F" w:rsidRDefault="00006B64">
      <w:pPr>
        <w:jc w:val="both"/>
      </w:pPr>
      <w:r w:rsidRPr="0006738F">
        <w:t>1. GV: Máy tính, tivi/máy chiếu; bài hát “Quê hương tươi đẹp” (nhạc: dân ca Nùng, lời: Anh Hoàng); các hình ảnh SGK đã cắt đúng nội dung; Google Images dùng bằng tài khoản của GV.</w:t>
      </w:r>
    </w:p>
    <w:p w:rsidR="008E15A2" w:rsidRPr="0006738F" w:rsidRDefault="00006B64">
      <w:pPr>
        <w:jc w:val="both"/>
      </w:pPr>
      <w:r w:rsidRPr="0006738F">
        <w:t>2. HS: SGK, tranh hoặc ảnh sưu tầm về quê hương (nếu có).</w:t>
      </w:r>
    </w:p>
    <w:p w:rsidR="008E15A2" w:rsidRPr="0006738F" w:rsidRDefault="00006B64">
      <w:pPr>
        <w:keepNext/>
      </w:pPr>
      <w:r w:rsidRPr="0006738F">
        <w:rPr>
          <w:b/>
        </w:rPr>
        <w:t>III. CÁC HOẠT ĐỘNG DẠY HỌC CHỦ YẾU:</w:t>
      </w:r>
    </w:p>
    <w:tbl>
      <w:tblPr>
        <w:tblW w:w="10658" w:type="dxa"/>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5839"/>
        <w:gridCol w:w="4819"/>
      </w:tblGrid>
      <w:tr w:rsidR="0006738F" w:rsidRPr="0006738F" w:rsidTr="000854F7">
        <w:trPr>
          <w:cantSplit/>
          <w:tblHeader/>
          <w:jc w:val="center"/>
        </w:trPr>
        <w:tc>
          <w:tcPr>
            <w:tcW w:w="5839" w:type="dxa"/>
            <w:tcBorders>
              <w:bottom w:val="single" w:sz="6" w:space="0" w:color="7F7F7F"/>
            </w:tcBorders>
            <w:shd w:val="clear" w:color="auto" w:fill="auto"/>
            <w:tcMar>
              <w:top w:w="45" w:type="dxa"/>
              <w:left w:w="65" w:type="dxa"/>
              <w:bottom w:w="45" w:type="dxa"/>
              <w:right w:w="65" w:type="dxa"/>
            </w:tcMar>
            <w:vAlign w:val="center"/>
          </w:tcPr>
          <w:p w:rsidR="008E15A2" w:rsidRPr="0006738F" w:rsidRDefault="00006B64">
            <w:pPr>
              <w:jc w:val="center"/>
            </w:pPr>
            <w:r w:rsidRPr="0006738F">
              <w:rPr>
                <w:b/>
              </w:rPr>
              <w:t>HOẠT ĐỘNG CỦA GIÁO VIÊN</w:t>
            </w:r>
          </w:p>
        </w:tc>
        <w:tc>
          <w:tcPr>
            <w:tcW w:w="4819" w:type="dxa"/>
            <w:tcBorders>
              <w:bottom w:val="single" w:sz="6" w:space="0" w:color="7F7F7F"/>
            </w:tcBorders>
            <w:shd w:val="clear" w:color="auto" w:fill="auto"/>
            <w:tcMar>
              <w:top w:w="45" w:type="dxa"/>
              <w:left w:w="65" w:type="dxa"/>
              <w:bottom w:w="45" w:type="dxa"/>
              <w:right w:w="65" w:type="dxa"/>
            </w:tcMar>
            <w:vAlign w:val="center"/>
          </w:tcPr>
          <w:p w:rsidR="008E15A2" w:rsidRPr="0006738F" w:rsidRDefault="00006B64">
            <w:pPr>
              <w:jc w:val="center"/>
            </w:pPr>
            <w:r w:rsidRPr="0006738F">
              <w:rPr>
                <w:b/>
              </w:rPr>
              <w:t>HOẠT ĐỘNG CỦA HỌC SINH</w:t>
            </w:r>
          </w:p>
        </w:tc>
      </w:tr>
      <w:tr w:rsidR="0006738F" w:rsidRPr="0006738F" w:rsidTr="000854F7">
        <w:trPr>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rPr>
                <w:b/>
              </w:rPr>
              <w:t>1. KHỞI ĐỘNG</w:t>
            </w:r>
          </w:p>
          <w:p w:rsidR="008E15A2" w:rsidRPr="0006738F" w:rsidRDefault="00006B64">
            <w:pPr>
              <w:jc w:val="both"/>
            </w:pPr>
            <w:r w:rsidRPr="0006738F">
              <w:rPr>
                <w:b/>
              </w:rPr>
              <w:t>*Mục tiêu:</w:t>
            </w:r>
          </w:p>
          <w:p w:rsidR="008E15A2" w:rsidRPr="0006738F" w:rsidRDefault="00006B64">
            <w:pPr>
              <w:jc w:val="both"/>
            </w:pPr>
            <w:r w:rsidRPr="0006738F">
              <w:t>- Khơi gợi cảm xúc, giúp HS xác định được chủ đề bài học.</w:t>
            </w:r>
          </w:p>
          <w:p w:rsidR="008E15A2" w:rsidRPr="0006738F" w:rsidRDefault="00006B64">
            <w:pPr>
              <w:jc w:val="both"/>
            </w:pPr>
            <w:r w:rsidRPr="0006738F">
              <w:rPr>
                <w:b/>
              </w:rPr>
              <w:t>*Cách tiến hành:</w:t>
            </w:r>
          </w:p>
        </w:tc>
      </w:tr>
      <w:tr w:rsidR="0006738F" w:rsidRPr="0006738F" w:rsidTr="000854F7">
        <w:trPr>
          <w:jc w:val="center"/>
        </w:trPr>
        <w:tc>
          <w:tcPr>
            <w:tcW w:w="583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GV tổ chức cho HS hát/nghe/xem video bài hát “Quê hương tươi đẹp” (nhạc: dân ca Nùng, lời: Anh Hoàng).</w:t>
            </w:r>
          </w:p>
          <w:p w:rsidR="008E15A2" w:rsidRPr="0006738F" w:rsidRDefault="00006B64">
            <w:pPr>
              <w:jc w:val="both"/>
            </w:pPr>
            <w:r w:rsidRPr="0006738F">
              <w:t>- GV nhắc HS chú ý lời ca và hình ảnh gợi về cảnh vật, con người quê hương.</w:t>
            </w:r>
          </w:p>
        </w:tc>
        <w:tc>
          <w:tcPr>
            <w:tcW w:w="481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HS cùng hát hoặc nghe/xem video bài hát.</w:t>
            </w:r>
          </w:p>
          <w:p w:rsidR="008E15A2" w:rsidRPr="0006738F" w:rsidRDefault="00006B64">
            <w:pPr>
              <w:jc w:val="both"/>
            </w:pPr>
            <w:r w:rsidRPr="0006738F">
              <w:t>- HS chú ý lắng nghe, quan sát và chuẩn bị chia sẻ.</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đặt câu hỏi: “Chia sẻ cảm xúc của em khi hát/nghe/xem video bài hát đó?”</w:t>
            </w:r>
          </w:p>
          <w:p w:rsidR="008E15A2" w:rsidRPr="0006738F" w:rsidRDefault="00006B64">
            <w:pPr>
              <w:jc w:val="both"/>
            </w:pPr>
            <w:r w:rsidRPr="0006738F">
              <w:t>- GV gợi ý HS nói thành câu đầy đủ và nêu lí do.</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suy nghĩ, chia sẻ cảm xúc của mình.</w:t>
            </w:r>
          </w:p>
          <w:p w:rsidR="008E15A2" w:rsidRPr="0006738F" w:rsidRDefault="00006B64">
            <w:pPr>
              <w:jc w:val="both"/>
            </w:pPr>
            <w:r w:rsidRPr="0006738F">
              <w:t>- HS có thể nêu: vui, tự hào, yêu mến quê hương vì quê hương có nhiều cảnh đẹp và con người thân thiện.</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nhận xét, kết luận, tạo tâm thế tích cực và dẫn dắt vào bài học mới.</w:t>
            </w:r>
          </w:p>
          <w:p w:rsidR="008E15A2" w:rsidRPr="0006738F" w:rsidRDefault="00006B64">
            <w:pPr>
              <w:jc w:val="both"/>
            </w:pPr>
            <w:r w:rsidRPr="0006738F">
              <w:t>- GV giới thiệu tên bài: Vẻ đẹp quê hương em.</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lắng nghe, sẵn sàng bước vào bài học.</w:t>
            </w:r>
          </w:p>
          <w:p w:rsidR="008E15A2" w:rsidRPr="0006738F" w:rsidRDefault="00006B64">
            <w:pPr>
              <w:jc w:val="both"/>
            </w:pPr>
            <w:r w:rsidRPr="0006738F">
              <w:t>- HS nhắc lại tên bài và mở SGK.</w:t>
            </w:r>
          </w:p>
        </w:tc>
      </w:tr>
      <w:tr w:rsidR="0006738F" w:rsidRPr="0006738F" w:rsidTr="000854F7">
        <w:trPr>
          <w:jc w:val="center"/>
        </w:trPr>
        <w:tc>
          <w:tcPr>
            <w:tcW w:w="10658" w:type="dxa"/>
            <w:gridSpan w:val="2"/>
            <w:tcBorders>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rPr>
                <w:b/>
              </w:rPr>
              <w:t>2. KHÁM PHÁ</w:t>
            </w:r>
          </w:p>
          <w:p w:rsidR="008E15A2" w:rsidRPr="0006738F" w:rsidRDefault="00006B64">
            <w:pPr>
              <w:jc w:val="both"/>
            </w:pPr>
            <w:r w:rsidRPr="0006738F">
              <w:rPr>
                <w:b/>
              </w:rPr>
              <w:lastRenderedPageBreak/>
              <w:t>*Cách tiến hành:</w:t>
            </w:r>
          </w:p>
        </w:tc>
      </w:tr>
      <w:tr w:rsidR="0006738F" w:rsidRPr="0006738F" w:rsidTr="000854F7">
        <w:trPr>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rPr>
                <w:b/>
                <w:i/>
              </w:rPr>
              <w:lastRenderedPageBreak/>
              <w:t>Hoạt động 1: Giới thiệu địa chỉ quê hương</w:t>
            </w:r>
          </w:p>
          <w:p w:rsidR="008E15A2" w:rsidRPr="0006738F" w:rsidRDefault="00006B64">
            <w:pPr>
              <w:jc w:val="both"/>
            </w:pPr>
            <w:r w:rsidRPr="0006738F">
              <w:rPr>
                <w:b/>
              </w:rPr>
              <w:t>*Mục tiêu:</w:t>
            </w:r>
          </w:p>
          <w:p w:rsidR="008E15A2" w:rsidRPr="0006738F" w:rsidRDefault="00006B64">
            <w:pPr>
              <w:jc w:val="both"/>
            </w:pPr>
            <w:r w:rsidRPr="0006738F">
              <w:t>- HS biết giới thiệu được địa chỉ quê hương của mình.</w:t>
            </w:r>
          </w:p>
          <w:p w:rsidR="008E15A2" w:rsidRPr="0006738F" w:rsidRDefault="00006B64">
            <w:pPr>
              <w:jc w:val="both"/>
            </w:pPr>
            <w:r w:rsidRPr="0006738F">
              <w:t>- Rèn kĩ năng trình bày, lắng nghe và nhận xét bạn.</w:t>
            </w:r>
          </w:p>
          <w:p w:rsidR="008E15A2" w:rsidRPr="0006738F" w:rsidRDefault="00006B64">
            <w:pPr>
              <w:jc w:val="both"/>
            </w:pPr>
            <w:r w:rsidRPr="0006738F">
              <w:rPr>
                <w:b/>
              </w:rPr>
              <w:t xml:space="preserve">*Mục tiêu tích hợp: </w:t>
            </w:r>
            <w:r w:rsidRPr="0006738F">
              <w:t>HS biết xác định thông tin cần tìm, quan sát cách GV dùng từ khóa đơn giản để tìm hình ảnh quê hương trên Google Images; biết kiểm tra tên địa phương, nguồn đăng và thực hiện quy tắc an toàn khi tìm kiếm.</w:t>
            </w:r>
          </w:p>
          <w:p w:rsidR="008E15A2" w:rsidRPr="0006738F" w:rsidRDefault="00006B64">
            <w:pPr>
              <w:jc w:val="both"/>
            </w:pPr>
            <w:r w:rsidRPr="0006738F">
              <w:rPr>
                <w:b/>
              </w:rPr>
              <w:t>*Cách tiến hành:</w:t>
            </w:r>
          </w:p>
        </w:tc>
      </w:tr>
      <w:tr w:rsidR="0006738F" w:rsidRPr="0006738F" w:rsidTr="000854F7">
        <w:trPr>
          <w:cantSplit/>
          <w:jc w:val="center"/>
        </w:trPr>
        <w:tc>
          <w:tcPr>
            <w:tcW w:w="583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GV yêu cầu HS quan sát tranh trong SGK, đặt câu hỏi gợi ý:</w:t>
            </w:r>
          </w:p>
          <w:p w:rsidR="008E15A2" w:rsidRPr="0006738F" w:rsidRDefault="008E15A2">
            <w:pPr>
              <w:jc w:val="center"/>
            </w:pPr>
          </w:p>
          <w:p w:rsidR="008E15A2" w:rsidRPr="0006738F" w:rsidRDefault="00006B64">
            <w:pPr>
              <w:jc w:val="both"/>
            </w:pPr>
            <w:r w:rsidRPr="0006738F">
              <w:t>+ Các bạn trong tranh đang làm gì?</w:t>
            </w:r>
          </w:p>
          <w:p w:rsidR="008E15A2" w:rsidRPr="0006738F" w:rsidRDefault="00006B64">
            <w:pPr>
              <w:jc w:val="both"/>
            </w:pPr>
            <w:r w:rsidRPr="0006738F">
              <w:t>+ Địa chỉ quê hương của các bạn ở đâu?</w:t>
            </w:r>
          </w:p>
          <w:p w:rsidR="008E15A2" w:rsidRPr="0006738F" w:rsidRDefault="00006B64">
            <w:pPr>
              <w:jc w:val="both"/>
            </w:pPr>
            <w:r w:rsidRPr="0006738F">
              <w:t>+ Hãy giới thiệu về địa chỉ quê hương em.</w:t>
            </w:r>
          </w:p>
          <w:p w:rsidR="008E15A2" w:rsidRPr="0006738F" w:rsidRDefault="00006B64">
            <w:pPr>
              <w:jc w:val="both"/>
            </w:pPr>
            <w:r w:rsidRPr="0006738F">
              <w:t>- GV nhắc HS chỉ nêu tên địa phương phù hợp, không nêu số nhà hoặc thông tin riêng tư của gia đình.</w:t>
            </w:r>
          </w:p>
        </w:tc>
        <w:tc>
          <w:tcPr>
            <w:tcW w:w="481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HS quan sát tranh, lắng nghe câu hỏi.</w:t>
            </w:r>
          </w:p>
          <w:p w:rsidR="008E15A2" w:rsidRPr="0006738F" w:rsidRDefault="00006B64">
            <w:pPr>
              <w:jc w:val="both"/>
            </w:pPr>
            <w:r w:rsidRPr="0006738F">
              <w:t>- HS trả lời: Các bạn đang giới thiệu quê hương của mình.</w:t>
            </w:r>
          </w:p>
          <w:p w:rsidR="008E15A2" w:rsidRPr="0006738F" w:rsidRDefault="00006B64">
            <w:pPr>
              <w:jc w:val="both"/>
            </w:pPr>
            <w:r w:rsidRPr="0006738F">
              <w:t>- HS nêu địa chỉ quê hương của các bạn theo thông tin trong tranh.</w:t>
            </w:r>
          </w:p>
          <w:p w:rsidR="008E15A2" w:rsidRPr="0006738F" w:rsidRDefault="00006B64">
            <w:pPr>
              <w:jc w:val="both"/>
            </w:pPr>
            <w:r w:rsidRPr="0006738F">
              <w:t>- HS lần lượt giới thiệu địa chỉ quê hương của mình; các bạn khác lắng nghe, nhận xét và bổ sung.</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nhận xét, chốt ý: Ai cũng có quê hương - nơi mình sinh ra và lớn lên. Các em cần biết và nhớ địa chỉ quê hương của mình.</w:t>
            </w:r>
          </w:p>
          <w:p w:rsidR="008E15A2" w:rsidRPr="0006738F" w:rsidRDefault="00006B64">
            <w:pPr>
              <w:jc w:val="both"/>
            </w:pPr>
            <w:r w:rsidRPr="0006738F">
              <w:t>- GV hướng dẫn HS nói rõ ràng, đủ ý, lễ phép và tôn trọng quê hương của bạn.</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ghi nhớ và nhắc lại ý chính GV chốt.</w:t>
            </w:r>
          </w:p>
          <w:p w:rsidR="008E15A2" w:rsidRPr="0006738F" w:rsidRDefault="00006B64">
            <w:pPr>
              <w:jc w:val="both"/>
            </w:pPr>
            <w:r w:rsidRPr="0006738F">
              <w:t>- HS luyện nói một câu giới thiệu đầy đủ, rõ ràng.</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tổ chức cho HS giới thiệu theo nhóm nhỏ (4-6 em), có thể theo hình thức trò chơi “Vòng tròn bạn bè”: Mỗi HS lần lượt giới thiệu về địa chỉ quê hương của mình.</w:t>
            </w:r>
          </w:p>
          <w:p w:rsidR="008E15A2" w:rsidRPr="0006738F" w:rsidRDefault="00006B64">
            <w:pPr>
              <w:jc w:val="both"/>
            </w:pPr>
            <w:r w:rsidRPr="0006738F">
              <w:t>- GV theo dõi, hỗ trợ HS còn rụt rè; nhắc các bạn không nói chen và góp ý bằng lời lịch sự.</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hoạt động nhóm, giới thiệu quê hương theo vòng tròn.</w:t>
            </w:r>
          </w:p>
          <w:p w:rsidR="008E15A2" w:rsidRPr="0006738F" w:rsidRDefault="00006B64">
            <w:pPr>
              <w:jc w:val="both"/>
            </w:pPr>
            <w:r w:rsidRPr="0006738F">
              <w:t>- HS lắng nghe từng bạn, nhận xét về cách nói rõ ràng, đủ ý.</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mời một số HS giới thiệu lại địa chỉ quê hương của mình trước lớp.</w:t>
            </w:r>
          </w:p>
          <w:p w:rsidR="008E15A2" w:rsidRPr="0006738F" w:rsidRDefault="00006B64">
            <w:pPr>
              <w:jc w:val="both"/>
            </w:pPr>
            <w:r w:rsidRPr="0006738F">
              <w:t>- GV đặt câu hỏi phụ: Em biết thêm cảnh đẹp hoặc đặc điểm nào ở quê hương mình?</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trình bày kết quả trước lớp.</w:t>
            </w:r>
          </w:p>
          <w:p w:rsidR="008E15A2" w:rsidRPr="0006738F" w:rsidRDefault="00006B64">
            <w:pPr>
              <w:jc w:val="both"/>
            </w:pPr>
            <w:r w:rsidRPr="0006738F">
              <w:t>- HS trả lời câu hỏi phụ bằng một hoặc hai câu; các bạn nhận xét, bổ sung.</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rPr>
                <w:b/>
              </w:rPr>
              <w:t xml:space="preserve">Diễn giải tích hợp năng lực số 1.1.CB1a: </w:t>
            </w:r>
            <w:r w:rsidRPr="0006738F">
              <w:t xml:space="preserve">GV sử dụng máy tính và tivi, thao tác bằng tài khoản của GV để minh họa cách xác định nhu cầu thông tin “tìm cảnh đẹp quê hương”. GV hướng dẫn HS chọn từ khóa ngắn gọn gồm tên địa phương và cụm từ “cảnh đẹp”, nhập từ khóa trên Google Images rồi quan sát kết quả. GV phân tích cho HS thấy cần đọc đúng tên địa danh, xem hình ảnh có phù hợp với địa phương cần tìm hay không và ưu tiên nguồn rõ ràng. GV nhắc HS không tự ý bấm đường link lạ, không nhập họ tên đầy đủ, địa chỉ nhà, số điện thoại hoặc hình ảnh riêng tư; khi chưa chắc chắn phải hỏi GV hoặc người lớn. Qua thao tác mẫu, HS hiểu công cụ tìm kiếm chỉ hỗ trợ tìm thông tin, còn người dùng cần biết chọn lọc và </w:t>
            </w:r>
            <w:r w:rsidRPr="0006738F">
              <w:lastRenderedPageBreak/>
              <w:t>kiểm tra trước khi tin hoặc chia sẻ.</w:t>
            </w:r>
          </w:p>
          <w:p w:rsidR="008E15A2" w:rsidRPr="0006738F" w:rsidRDefault="00006B64">
            <w:pPr>
              <w:jc w:val="both"/>
            </w:pPr>
            <w:r w:rsidRPr="0006738F">
              <w:t>- GV yêu cầu HS nhắc lại ba bước: xác định điều cần tìm - dùng từ khóa phù hợp - kiểm tra kết quả và hỏi người lớn.</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lastRenderedPageBreak/>
              <w:t>- HS quan sát thao tác mẫu của GV, nêu từ khóa phù hợp để tìm hình ảnh về quê hương.</w:t>
            </w:r>
          </w:p>
          <w:p w:rsidR="008E15A2" w:rsidRPr="0006738F" w:rsidRDefault="00006B64">
            <w:pPr>
              <w:jc w:val="both"/>
            </w:pPr>
            <w:r w:rsidRPr="0006738F">
              <w:t>- HS nhắc lại các bước tìm kiếm và quy tắc an toàn; không cung cấp thông tin cá nhân, không bấm đường link lạ.</w:t>
            </w:r>
          </w:p>
        </w:tc>
      </w:tr>
      <w:tr w:rsidR="0006738F" w:rsidRPr="0006738F" w:rsidTr="000854F7">
        <w:trPr>
          <w:jc w:val="center"/>
        </w:trPr>
        <w:tc>
          <w:tcPr>
            <w:tcW w:w="5839" w:type="dxa"/>
            <w:tcBorders>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lastRenderedPageBreak/>
              <w:t>- GV kết luận: Quê hương luôn là nơi gắn bó, là cội nguồn của mỗi người.</w:t>
            </w:r>
          </w:p>
          <w:p w:rsidR="008E15A2" w:rsidRPr="0006738F" w:rsidRDefault="00006B64">
            <w:pPr>
              <w:jc w:val="both"/>
            </w:pPr>
            <w:r w:rsidRPr="0006738F">
              <w:t>- GV khuyến khích HS thể hiện tình yêu quê hương bằng việc nhớ đúng tên địa phương và tìm hiểu thông tin có trách nhiệm.</w:t>
            </w:r>
          </w:p>
        </w:tc>
        <w:tc>
          <w:tcPr>
            <w:tcW w:w="4819" w:type="dxa"/>
            <w:tcBorders>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HS chia sẻ suy nghĩ của mình.</w:t>
            </w:r>
          </w:p>
          <w:p w:rsidR="008E15A2" w:rsidRPr="0006738F" w:rsidRDefault="00006B64">
            <w:pPr>
              <w:jc w:val="both"/>
            </w:pPr>
            <w:r w:rsidRPr="0006738F">
              <w:t>- HS nêu một điều em tự hào về quê hương và một quy tắc an toàn khi tìm thông tin trên mạng.</w:t>
            </w:r>
          </w:p>
        </w:tc>
      </w:tr>
      <w:tr w:rsidR="0006738F" w:rsidRPr="0006738F" w:rsidTr="000854F7">
        <w:trPr>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rPr>
                <w:b/>
                <w:i/>
              </w:rPr>
              <w:t>Hoạt động 2: Khám phá vẻ đẹp thiên nhiên quê hương của em</w:t>
            </w:r>
          </w:p>
          <w:p w:rsidR="008E15A2" w:rsidRPr="0006738F" w:rsidRDefault="00006B64">
            <w:pPr>
              <w:jc w:val="both"/>
            </w:pPr>
            <w:r w:rsidRPr="0006738F">
              <w:rPr>
                <w:b/>
              </w:rPr>
              <w:t>*Mục tiêu:</w:t>
            </w:r>
          </w:p>
          <w:p w:rsidR="008E15A2" w:rsidRPr="0006738F" w:rsidRDefault="00006B64">
            <w:pPr>
              <w:jc w:val="both"/>
            </w:pPr>
            <w:r w:rsidRPr="0006738F">
              <w:t>- HS nhận biết được vẻ đẹp của thiên nhiên quê hương mình; bước đầu có ý thức quan sát, cảm nhận và tự hào về cảnh đẹp quê hương.</w:t>
            </w:r>
          </w:p>
          <w:p w:rsidR="008E15A2" w:rsidRPr="0006738F" w:rsidRDefault="00006B64">
            <w:pPr>
              <w:jc w:val="both"/>
            </w:pPr>
            <w:r w:rsidRPr="0006738F">
              <w:rPr>
                <w:b/>
              </w:rPr>
              <w:t xml:space="preserve">*Mục tiêu tích hợp: </w:t>
            </w:r>
            <w:r w:rsidRPr="0006738F">
              <w:t>HS nhận biết Trường Sa là biển đảo của Việt Nam; hình thành tình yêu quê hương, lòng biết ơn các chiến sĩ hải quân và ý thức trân trọng, bảo vệ biển đảo quê hương.</w:t>
            </w:r>
          </w:p>
          <w:p w:rsidR="008E15A2" w:rsidRPr="0006738F" w:rsidRDefault="00006B64">
            <w:pPr>
              <w:jc w:val="both"/>
            </w:pPr>
            <w:r w:rsidRPr="0006738F">
              <w:rPr>
                <w:b/>
              </w:rPr>
              <w:t>*Cách tiến hành:</w:t>
            </w:r>
          </w:p>
        </w:tc>
      </w:tr>
      <w:tr w:rsidR="0006738F" w:rsidRPr="0006738F" w:rsidTr="000854F7">
        <w:trPr>
          <w:cantSplit/>
          <w:jc w:val="center"/>
        </w:trPr>
        <w:tc>
          <w:tcPr>
            <w:tcW w:w="583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GV yêu cầu HS quan sát tranh trong SGK và trả lời câu hỏi:</w:t>
            </w:r>
          </w:p>
          <w:p w:rsidR="008E15A2" w:rsidRPr="0006738F" w:rsidRDefault="008E15A2">
            <w:pPr>
              <w:jc w:val="center"/>
            </w:pPr>
          </w:p>
          <w:p w:rsidR="008E15A2" w:rsidRPr="0006738F" w:rsidRDefault="008E15A2">
            <w:pPr>
              <w:jc w:val="center"/>
            </w:pPr>
          </w:p>
          <w:p w:rsidR="008E15A2" w:rsidRPr="0006738F" w:rsidRDefault="00006B64">
            <w:pPr>
              <w:jc w:val="both"/>
            </w:pPr>
            <w:r w:rsidRPr="0006738F">
              <w:t>+ Các bức tranh vẽ cảnh gì?</w:t>
            </w:r>
          </w:p>
          <w:p w:rsidR="008E15A2" w:rsidRPr="0006738F" w:rsidRDefault="00006B64">
            <w:pPr>
              <w:jc w:val="both"/>
            </w:pPr>
            <w:r w:rsidRPr="0006738F">
              <w:t>+ Nêu nhận xét của em khi quan sát các bức tranh đó.</w:t>
            </w:r>
          </w:p>
          <w:p w:rsidR="008E15A2" w:rsidRPr="0006738F" w:rsidRDefault="00006B64">
            <w:pPr>
              <w:jc w:val="both"/>
            </w:pPr>
            <w:r w:rsidRPr="0006738F">
              <w:t>- GV lần lượt gợi ý HS nhận biết: cao nguyên đá, biển, sông nước, ruộng đồng, thành phố và hải đảo Trường Sa.</w:t>
            </w:r>
          </w:p>
        </w:tc>
        <w:tc>
          <w:tcPr>
            <w:tcW w:w="481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HS quan sát tranh, trả lời câu hỏi và chia sẻ cảm nhận của mình.</w:t>
            </w:r>
          </w:p>
          <w:p w:rsidR="008E15A2" w:rsidRPr="0006738F" w:rsidRDefault="00006B64">
            <w:pPr>
              <w:jc w:val="both"/>
            </w:pPr>
            <w:r w:rsidRPr="0006738F">
              <w:t>- HS nêu được mỗi tranh thể hiện một vẻ đẹp khác nhau của quê hương Việt Nam: hùng vĩ, rộng lớn, êm đềm, bát ngát, hiện đại và thiêng liêng.</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yêu cầu HS giới thiệu về cảnh đẹp quê hương em.</w:t>
            </w:r>
          </w:p>
          <w:p w:rsidR="008E15A2" w:rsidRPr="0006738F" w:rsidRDefault="00006B64">
            <w:pPr>
              <w:jc w:val="both"/>
            </w:pPr>
            <w:r w:rsidRPr="0006738F">
              <w:t>- GV gợi ý: Quê em có...; cảnh đó đẹp ở...; em cảm thấy...</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giới thiệu cảnh đẹp quê hương qua lời nói hoặc tranh vẽ của mình.</w:t>
            </w:r>
          </w:p>
          <w:p w:rsidR="008E15A2" w:rsidRPr="0006738F" w:rsidRDefault="00006B64">
            <w:pPr>
              <w:jc w:val="both"/>
            </w:pPr>
            <w:r w:rsidRPr="0006738F">
              <w:t>- HS nói thành câu rõ ý, thể hiện cảm xúc tự hào.</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cho HS thảo luận nhóm: Chia sẻ với các bạn trong nhóm những bức tranh, ảnh và cảm nhận của em về vẻ đẹp quê hương; sau đó cử đại diện nhóm trình bày trước lớp.</w:t>
            </w:r>
          </w:p>
          <w:p w:rsidR="008E15A2" w:rsidRPr="0006738F" w:rsidRDefault="00006B64">
            <w:pPr>
              <w:jc w:val="both"/>
            </w:pPr>
            <w:r w:rsidRPr="0006738F">
              <w:t>- GV giao nhiệm vụ cụ thể: mỗi bạn giới thiệu một hình ảnh; nhóm chọn một hình ảnh tiêu biểu và thống nhất lời trình bày.</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thảo luận nhóm, chia sẻ cảm nhận và cử đại diện trình bày kết quả trước lớp.</w:t>
            </w:r>
          </w:p>
          <w:p w:rsidR="008E15A2" w:rsidRPr="0006738F" w:rsidRDefault="00006B64">
            <w:pPr>
              <w:jc w:val="both"/>
            </w:pPr>
            <w:r w:rsidRPr="0006738F">
              <w:t>- Các nhóm khác lắng nghe, đặt câu hỏi hoặc bổ sung.</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Khi HS quan sát đến tranh cột mốc chủ quyền Trường Sa, GV đặt câu hỏi:</w:t>
            </w:r>
          </w:p>
          <w:p w:rsidR="008E15A2" w:rsidRPr="0006738F" w:rsidRDefault="00006B64">
            <w:pPr>
              <w:jc w:val="both"/>
            </w:pPr>
            <w:r w:rsidRPr="0006738F">
              <w:t>+ Em thấy trong tranh có những hình ảnh nào?</w:t>
            </w:r>
          </w:p>
          <w:p w:rsidR="008E15A2" w:rsidRPr="0006738F" w:rsidRDefault="00006B64">
            <w:pPr>
              <w:jc w:val="both"/>
            </w:pPr>
            <w:r w:rsidRPr="0006738F">
              <w:t>+ Vì sao Trường Sa được xem là một phần quan trọng của Tổ quốc ta?</w:t>
            </w:r>
          </w:p>
          <w:p w:rsidR="008E15A2" w:rsidRPr="0006738F" w:rsidRDefault="00006B64">
            <w:pPr>
              <w:jc w:val="both"/>
            </w:pPr>
            <w:r w:rsidRPr="0006738F">
              <w:t>- GV hướng HS quan sát cờ Tổ quốc, cột mốc, chiến sĩ hải quân và bạn nhỏ.</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quan sát, trả lời: Có cột mốc chủ quyền, chú bộ đội hải quân, cờ Tổ quốc và bạn nhỏ giới thiệu quê hương ở Trường Sa.</w:t>
            </w:r>
          </w:p>
          <w:p w:rsidR="008E15A2" w:rsidRPr="0006738F" w:rsidRDefault="00006B64">
            <w:pPr>
              <w:jc w:val="both"/>
            </w:pPr>
            <w:r w:rsidRPr="0006738F">
              <w:t>- HS nêu: Trường Sa là biển đảo thiêng liêng của Việt Nam.</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xml:space="preserve">- GV nhấn mạnh: Trường Sa là vùng biển đảo rộng lớn, giữ vai trò quan trọng trong việc bảo vệ chủ </w:t>
            </w:r>
            <w:r w:rsidRPr="0006738F">
              <w:lastRenderedPageBreak/>
              <w:t>quyền quốc gia. Bộ đội hải quân ngày đêm canh giữ để bảo vệ biển, đảo. Giáo dục QPAN: Mỗi công dân, kể cả HS, cần có ý thức yêu quý, trân trọng và bảo vệ biển đảo quê hương.</w:t>
            </w:r>
          </w:p>
          <w:p w:rsidR="008E15A2" w:rsidRPr="0006738F" w:rsidRDefault="00006B64">
            <w:pPr>
              <w:jc w:val="both"/>
            </w:pPr>
            <w:r w:rsidRPr="0006738F">
              <w:rPr>
                <w:b/>
              </w:rPr>
              <w:t xml:space="preserve">Diễn giải tích hợp Giáo dục QPAN: </w:t>
            </w:r>
            <w:r w:rsidRPr="0006738F">
              <w:t>GV giúp HS hiểu ở mức độ phù hợp với lứa tuổi rằng biển, đảo là một phần thiêng liêng của Tổ quốc; cờ Tổ quốc và cột mốc trong tranh thể hiện niềm tự hào về chủ quyền quốc gia. GV kể ngắn gọn về công việc của các chiến sĩ hải quân đang ngày đêm làm nhiệm vụ, từ đó giáo dục HS lòng biết ơn, thái độ tôn trọng và ý thức không nói đùa, không chia sẻ thông tin sai lệch về biển đảo. GV hướng HS thể hiện tình yêu biển đảo bằng những việc làm vừa sức như chăm chỉ học tập, tìm hiểu địa lí Việt Nam, vẽ tranh, viết lời chúc gửi các chú bộ đội và giữ gìn môi trường biển.</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lastRenderedPageBreak/>
              <w:t>- HS lắng nghe, thể hiện sự tự hào và tình yêu quê hương, đất nước.</w:t>
            </w:r>
          </w:p>
          <w:p w:rsidR="008E15A2" w:rsidRPr="0006738F" w:rsidRDefault="00006B64">
            <w:pPr>
              <w:jc w:val="both"/>
            </w:pPr>
            <w:r w:rsidRPr="0006738F">
              <w:lastRenderedPageBreak/>
              <w:t>- HS thảo luận nhóm nhỏ, chia sẻ việc làm thể hiện tình yêu biển đảo: vẽ tranh, viết lời chúc gửi bộ đội hải quân, giữ gìn môi trường biển...</w:t>
            </w:r>
          </w:p>
        </w:tc>
      </w:tr>
      <w:tr w:rsidR="0006738F" w:rsidRPr="0006738F" w:rsidTr="000854F7">
        <w:trPr>
          <w:jc w:val="center"/>
        </w:trPr>
        <w:tc>
          <w:tcPr>
            <w:tcW w:w="5839" w:type="dxa"/>
            <w:tcBorders>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lastRenderedPageBreak/>
              <w:t>- GV chốt:</w:t>
            </w:r>
          </w:p>
          <w:p w:rsidR="008E15A2" w:rsidRPr="0006738F" w:rsidRDefault="00006B64">
            <w:pPr>
              <w:jc w:val="both"/>
            </w:pPr>
            <w:r w:rsidRPr="0006738F">
              <w:t>“Qua hoạt động hôm nay, các em không chỉ biết thêm về vẻ đẹp quê hương mình mà còn hiểu rằng quê hương, đất nước chúng ta có nhiều cảnh đẹp, nhiều vùng biển đảo thiêng liêng. Vì vậy, mỗi học sinh cần yêu quê hương, tự hào và có ý thức bảo vệ chủ quyền Tổ quốc.”</w:t>
            </w:r>
          </w:p>
        </w:tc>
        <w:tc>
          <w:tcPr>
            <w:tcW w:w="4819" w:type="dxa"/>
            <w:tcBorders>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HS ghi nhớ thông điệp.</w:t>
            </w:r>
          </w:p>
          <w:p w:rsidR="008E15A2" w:rsidRPr="0006738F" w:rsidRDefault="00006B64">
            <w:pPr>
              <w:jc w:val="both"/>
            </w:pPr>
            <w:r w:rsidRPr="0006738F">
              <w:t>- HS nhắc lại một cảnh đẹp và một việc làm thể hiện tình yêu biển đảo quê hương.</w:t>
            </w:r>
          </w:p>
        </w:tc>
      </w:tr>
      <w:tr w:rsidR="0006738F" w:rsidRPr="0006738F" w:rsidTr="000854F7">
        <w:trPr>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rPr>
                <w:b/>
                <w:i/>
              </w:rPr>
              <w:t>Hoạt động 3: Khám phá vẻ đẹp con người quê hương em</w:t>
            </w:r>
          </w:p>
          <w:p w:rsidR="008E15A2" w:rsidRPr="0006738F" w:rsidRDefault="00006B64">
            <w:pPr>
              <w:jc w:val="both"/>
            </w:pPr>
            <w:r w:rsidRPr="0006738F">
              <w:rPr>
                <w:b/>
              </w:rPr>
              <w:t>*Mục tiêu:</w:t>
            </w:r>
          </w:p>
          <w:p w:rsidR="008E15A2" w:rsidRPr="0006738F" w:rsidRDefault="00006B64">
            <w:pPr>
              <w:jc w:val="both"/>
            </w:pPr>
            <w:r w:rsidRPr="0006738F">
              <w:t>- HS nhận biết và giới thiệu được vẻ đẹp của con người quê hương mình.</w:t>
            </w:r>
          </w:p>
          <w:p w:rsidR="008E15A2" w:rsidRPr="0006738F" w:rsidRDefault="00006B64">
            <w:pPr>
              <w:jc w:val="both"/>
            </w:pPr>
            <w:r w:rsidRPr="0006738F">
              <w:rPr>
                <w:b/>
              </w:rPr>
              <w:t xml:space="preserve">*Mục tiêu tích hợp: </w:t>
            </w:r>
            <w:r w:rsidRPr="0006738F">
              <w:t>HS biết trân trọng những phẩm chất tốt đẹp của con người quê hương; hình thành tình yêu quê hương và ý thức góp phần xây dựng quê hương giàu đẹp bằng những việc làm phù hợp.</w:t>
            </w:r>
          </w:p>
          <w:p w:rsidR="008E15A2" w:rsidRPr="0006738F" w:rsidRDefault="00006B64">
            <w:pPr>
              <w:jc w:val="both"/>
            </w:pPr>
            <w:r w:rsidRPr="0006738F">
              <w:rPr>
                <w:b/>
              </w:rPr>
              <w:t>*Cách tiến hành:</w:t>
            </w:r>
          </w:p>
        </w:tc>
      </w:tr>
      <w:tr w:rsidR="0006738F" w:rsidRPr="0006738F" w:rsidTr="000854F7">
        <w:trPr>
          <w:cantSplit/>
          <w:jc w:val="center"/>
        </w:trPr>
        <w:tc>
          <w:tcPr>
            <w:tcW w:w="583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GV yêu cầu HS đọc đoạn văn, quan sát tranh trong SGK. GV đặt câu hỏi: “Người dân quê hương Nam như thế nào?”</w:t>
            </w:r>
          </w:p>
          <w:p w:rsidR="008E15A2" w:rsidRPr="0006738F" w:rsidRDefault="008E15A2">
            <w:pPr>
              <w:jc w:val="center"/>
            </w:pPr>
          </w:p>
          <w:p w:rsidR="008E15A2" w:rsidRPr="0006738F" w:rsidRDefault="00006B64">
            <w:pPr>
              <w:jc w:val="both"/>
            </w:pPr>
            <w:r w:rsidRPr="0006738F">
              <w:t>- GV hướng dẫn HS tìm các từ ngữ thể hiện vẻ đẹp con người: yêu thương, giúp đỡ lẫn nhau, hiếu học, cần cù, thân thiện.</w:t>
            </w:r>
          </w:p>
        </w:tc>
        <w:tc>
          <w:tcPr>
            <w:tcW w:w="481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HS quan sát, đọc đoạn văn, trả lời câu hỏi.</w:t>
            </w:r>
          </w:p>
          <w:p w:rsidR="008E15A2" w:rsidRPr="0006738F" w:rsidRDefault="00006B64">
            <w:pPr>
              <w:jc w:val="both"/>
            </w:pPr>
            <w:r w:rsidRPr="0006738F">
              <w:t>- HS nêu: Người dân quê hương Nam yêu thương, giúp đỡ lẫn nhau; hiếu học, cần cù và thân thiện.</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gọi 2-3 HS trả lời, mời HS khác nhận xét, bổ sung.</w:t>
            </w:r>
          </w:p>
          <w:p w:rsidR="008E15A2" w:rsidRPr="0006738F" w:rsidRDefault="00006B64">
            <w:pPr>
              <w:jc w:val="both"/>
            </w:pPr>
            <w:r w:rsidRPr="0006738F">
              <w:t>- GV hướng dẫn cách nhận xét lịch sự: Em đồng ý với bạn...; em xin bổ sung...</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lắng nghe, bổ sung ý kiến cho bạn.</w:t>
            </w:r>
          </w:p>
          <w:p w:rsidR="008E15A2" w:rsidRPr="0006738F" w:rsidRDefault="00006B64">
            <w:pPr>
              <w:jc w:val="both"/>
            </w:pPr>
            <w:r w:rsidRPr="0006738F">
              <w:t>- HS sử dụng lời nhận xét lịch sự, tôn trọng ý kiến của bạn.</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tổ chức cho HS làm việc nhóm: “Hãy giới thiệu về con người quê hương em.” Gợi ý: Các nhóm thảo luận, tìm ra nét đẹp, phẩm chất, đặc điểm lao động, sinh hoạt...</w:t>
            </w:r>
          </w:p>
          <w:p w:rsidR="008E15A2" w:rsidRPr="0006738F" w:rsidRDefault="00006B64">
            <w:pPr>
              <w:jc w:val="both"/>
            </w:pPr>
            <w:r w:rsidRPr="0006738F">
              <w:t xml:space="preserve">- GV gợi ý thêm: Người dân quê em thường làm nghề </w:t>
            </w:r>
            <w:r w:rsidRPr="0006738F">
              <w:lastRenderedPageBreak/>
              <w:t>gì? Mọi người giúp đỡ nhau ra sao? Em học được điều gì từ họ?</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lastRenderedPageBreak/>
              <w:t>- HS chia nhóm (4-6 em), thảo luận và ghi lại kết quả.</w:t>
            </w:r>
          </w:p>
          <w:p w:rsidR="008E15A2" w:rsidRPr="0006738F" w:rsidRDefault="00006B64">
            <w:pPr>
              <w:jc w:val="both"/>
            </w:pPr>
            <w:r w:rsidRPr="0006738F">
              <w:t>- HS kể một ví dụ gần gũi về sự cần cù, thân thiện hoặc tinh thần giúp đỡ nhau.</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rPr>
                <w:b/>
              </w:rPr>
              <w:lastRenderedPageBreak/>
              <w:t xml:space="preserve">Diễn giải tích hợp Giáo dục lý tưởng cách mạng, đạo đức, lối sống: </w:t>
            </w:r>
            <w:r w:rsidRPr="0006738F">
              <w:t>GV dẫn dắt để HS hiểu yêu quê hương không chỉ được thể hiện bằng lời nói mà còn bằng những hành động cụ thể: kính trọng người lớn tuổi, lễ phép với mọi người, đoàn kết và giúp đỡ bạn bè, chăm chỉ học tập, giữ gìn truyền thống tốt đẹp, quan tâm người gặp khó khăn và tham gia những công việc vừa sức. Từ hình ảnh bạn nhỏ biếu bác khoai mới đào, GV làm rõ vẻ đẹp của sự sẻ chia, tình làng nghĩa xóm và lòng biết ơn người lao động. GV nhấn mạnh rằng mỗi HS sống nhân ái, có trách nhiệm, chăm học và giữ gìn cảnh quan chính là đang góp phần xây dựng quê hương ngày càng giàu đẹp.</w:t>
            </w:r>
          </w:p>
          <w:p w:rsidR="008E15A2" w:rsidRPr="0006738F" w:rsidRDefault="00006B64">
            <w:pPr>
              <w:jc w:val="both"/>
            </w:pPr>
            <w:r w:rsidRPr="0006738F">
              <w:t>- GV đặt câu hỏi: Trong tuần này, em có thể làm việc gì để thể hiện tình yêu và trách nhiệm với quê hương?</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lắng nghe, liên hệ bản thân và nêu việc làm cụ thể: chăm học, lễ phép, giúp đỡ người thân, giữ vệ sinh nơi ở hoặc chăm sóc cây xanh.</w:t>
            </w:r>
          </w:p>
          <w:p w:rsidR="008E15A2" w:rsidRPr="0006738F" w:rsidRDefault="00006B64">
            <w:pPr>
              <w:jc w:val="both"/>
            </w:pPr>
            <w:r w:rsidRPr="0006738F">
              <w:t>- HS chọn một việc làm phù hợp để thực hiện.</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mời đại diện nhóm trình bày trước lớp.</w:t>
            </w:r>
          </w:p>
          <w:p w:rsidR="008E15A2" w:rsidRPr="0006738F" w:rsidRDefault="00006B64">
            <w:pPr>
              <w:jc w:val="both"/>
            </w:pPr>
            <w:r w:rsidRPr="0006738F">
              <w:t>- GV yêu cầu nhóm trình bày theo ba ý: nét đẹp của con người quê em - ví dụ cụ thể - điều em sẽ học tập.</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Đại diện nhóm trình bày. Các bạn khác theo dõi, nhận xét, bổ sung.</w:t>
            </w:r>
          </w:p>
          <w:p w:rsidR="008E15A2" w:rsidRPr="0006738F" w:rsidRDefault="00006B64">
            <w:pPr>
              <w:jc w:val="both"/>
            </w:pPr>
            <w:r w:rsidRPr="0006738F">
              <w:t>- HS đặt câu hỏi hoặc chia sẻ thêm một ví dụ về con người quê hương.</w:t>
            </w:r>
          </w:p>
        </w:tc>
      </w:tr>
      <w:tr w:rsidR="0006738F" w:rsidRPr="0006738F" w:rsidTr="000854F7">
        <w:trPr>
          <w:jc w:val="center"/>
        </w:trPr>
        <w:tc>
          <w:tcPr>
            <w:tcW w:w="5839" w:type="dxa"/>
            <w:tcBorders>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GV chốt kiến thức: Con người ở mỗi vùng quê đều có những vẻ đẹp riêng (cần cù, hiếu khách, nhân hậu, sáng tạo...). Dù ở đâu, mỗi HS đều tự hào và trân trọng về con người quê hương mình.</w:t>
            </w:r>
          </w:p>
          <w:p w:rsidR="008E15A2" w:rsidRPr="0006738F" w:rsidRDefault="00006B64">
            <w:pPr>
              <w:jc w:val="both"/>
            </w:pPr>
            <w:r w:rsidRPr="0006738F">
              <w:t>- GV nhắc HS biết tôn trọng sự đa dạng và học những phẩm chất tốt đẹp của mọi miền quê.</w:t>
            </w:r>
          </w:p>
        </w:tc>
        <w:tc>
          <w:tcPr>
            <w:tcW w:w="4819" w:type="dxa"/>
            <w:tcBorders>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HS lắng nghe, ghi nhớ.</w:t>
            </w:r>
          </w:p>
          <w:p w:rsidR="008E15A2" w:rsidRPr="0006738F" w:rsidRDefault="00006B64">
            <w:pPr>
              <w:jc w:val="both"/>
            </w:pPr>
            <w:r w:rsidRPr="0006738F">
              <w:t>- HS nhắc lại một phẩm chất tốt đẹp và một việc làm em sẽ học theo.</w:t>
            </w:r>
          </w:p>
        </w:tc>
      </w:tr>
      <w:tr w:rsidR="0006738F" w:rsidRPr="0006738F" w:rsidTr="000854F7">
        <w:trPr>
          <w:jc w:val="center"/>
        </w:trPr>
        <w:tc>
          <w:tcPr>
            <w:tcW w:w="10658" w:type="dxa"/>
            <w:gridSpan w:val="2"/>
            <w:tcBorders>
              <w:top w:val="single" w:sz="6" w:space="0" w:color="7F7F7F"/>
              <w:bottom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rPr>
                <w:b/>
              </w:rPr>
              <w:t xml:space="preserve">3. </w:t>
            </w:r>
            <w:r w:rsidR="00371173" w:rsidRPr="0006738F">
              <w:rPr>
                <w:b/>
              </w:rPr>
              <w:t>VẬN DỤNG – TRẢI NGHIỆM</w:t>
            </w:r>
          </w:p>
          <w:p w:rsidR="008E15A2" w:rsidRPr="0006738F" w:rsidRDefault="00006B64">
            <w:pPr>
              <w:jc w:val="both"/>
            </w:pPr>
            <w:r w:rsidRPr="0006738F">
              <w:rPr>
                <w:b/>
              </w:rPr>
              <w:t>*Mục tiêu:</w:t>
            </w:r>
          </w:p>
          <w:p w:rsidR="008E15A2" w:rsidRPr="0006738F" w:rsidRDefault="00006B64">
            <w:pPr>
              <w:jc w:val="both"/>
            </w:pPr>
            <w:r w:rsidRPr="0006738F">
              <w:t>- HS hệ thống lại được kiến thức đã học trong tiết học.</w:t>
            </w:r>
          </w:p>
          <w:p w:rsidR="008E15A2" w:rsidRPr="0006738F" w:rsidRDefault="00006B64">
            <w:pPr>
              <w:jc w:val="both"/>
            </w:pPr>
            <w:r w:rsidRPr="0006738F">
              <w:t>- Giáo dục HS biết yêu quê hương, tôn trọng và tự hào về vẻ đẹp quê hương.</w:t>
            </w:r>
          </w:p>
          <w:p w:rsidR="008E15A2" w:rsidRPr="0006738F" w:rsidRDefault="00006B64">
            <w:pPr>
              <w:jc w:val="both"/>
            </w:pPr>
            <w:r w:rsidRPr="0006738F">
              <w:rPr>
                <w:b/>
              </w:rPr>
              <w:t>*Cách tiến hành:</w:t>
            </w:r>
          </w:p>
        </w:tc>
      </w:tr>
      <w:tr w:rsidR="0006738F" w:rsidRPr="0006738F" w:rsidTr="000854F7">
        <w:trPr>
          <w:jc w:val="center"/>
        </w:trPr>
        <w:tc>
          <w:tcPr>
            <w:tcW w:w="583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GV yêu cầu HS nhắc lại: Địa chỉ quê hương, vẻ đẹp thiên nhiên, con người quê hương em.</w:t>
            </w:r>
          </w:p>
          <w:p w:rsidR="008E15A2" w:rsidRPr="0006738F" w:rsidRDefault="00006B64">
            <w:pPr>
              <w:jc w:val="both"/>
            </w:pPr>
            <w:r w:rsidRPr="0006738F">
              <w:t>- GV tổ chức cho HS nói nối tiếp theo ba từ khóa: địa chỉ - cảnh đẹp - con người.</w:t>
            </w:r>
          </w:p>
        </w:tc>
        <w:tc>
          <w:tcPr>
            <w:tcW w:w="4819" w:type="dxa"/>
            <w:tcBorders>
              <w:top w:val="single" w:sz="6" w:space="0" w:color="7F7F7F"/>
            </w:tcBorders>
            <w:shd w:val="clear" w:color="auto" w:fill="auto"/>
            <w:tcMar>
              <w:top w:w="45" w:type="dxa"/>
              <w:left w:w="65" w:type="dxa"/>
              <w:bottom w:w="45" w:type="dxa"/>
              <w:right w:w="65" w:type="dxa"/>
            </w:tcMar>
          </w:tcPr>
          <w:p w:rsidR="008E15A2" w:rsidRPr="0006738F" w:rsidRDefault="00006B64">
            <w:pPr>
              <w:jc w:val="both"/>
            </w:pPr>
            <w:r w:rsidRPr="0006738F">
              <w:t>- HS lần lượt nêu lại địa chỉ, cảnh đẹp và con người quê hương mình.</w:t>
            </w:r>
          </w:p>
          <w:p w:rsidR="008E15A2" w:rsidRPr="0006738F" w:rsidRDefault="00006B64">
            <w:pPr>
              <w:jc w:val="both"/>
            </w:pPr>
            <w:r w:rsidRPr="0006738F">
              <w:t>- HS nói nối tiếp ngắn gọn, không lặp ý của bạn.</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đặt câu hỏi củng cố: Em yêu nhất điều gì ở quê hương em? Vì sao?</w:t>
            </w:r>
          </w:p>
          <w:p w:rsidR="008E15A2" w:rsidRPr="0006738F" w:rsidRDefault="00006B64">
            <w:pPr>
              <w:jc w:val="both"/>
            </w:pPr>
            <w:r w:rsidRPr="0006738F">
              <w:t>- GV khuyến khích HS trả lời bằng câu đầy đủ.</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suy nghĩ, trả lời câu hỏi.</w:t>
            </w:r>
          </w:p>
          <w:p w:rsidR="008E15A2" w:rsidRPr="0006738F" w:rsidRDefault="00006B64">
            <w:pPr>
              <w:jc w:val="both"/>
            </w:pPr>
            <w:r w:rsidRPr="0006738F">
              <w:t>- HS nêu lí do và một việc làm thể hiện tình yêu quê hương.</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GV nhận xét, khen ngợi HS đã biết tự hào, yêu quê hương.</w:t>
            </w:r>
          </w:p>
          <w:p w:rsidR="008E15A2" w:rsidRPr="0006738F" w:rsidRDefault="00006B64">
            <w:pPr>
              <w:jc w:val="both"/>
            </w:pPr>
            <w:r w:rsidRPr="0006738F">
              <w:t>- GV tuyên dương tinh thần hợp tác, cách lắng nghe và những chia sẻ chân thành.</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t>- HS lắng nghe, ghi nhớ.</w:t>
            </w:r>
          </w:p>
          <w:p w:rsidR="008E15A2" w:rsidRPr="0006738F" w:rsidRDefault="00006B64">
            <w:pPr>
              <w:jc w:val="both"/>
            </w:pPr>
            <w:r w:rsidRPr="0006738F">
              <w:t>- HS tự đánh giá mức độ hoàn thành nhiệm vụ học tập.</w:t>
            </w:r>
          </w:p>
        </w:tc>
      </w:tr>
      <w:tr w:rsidR="0006738F" w:rsidRPr="0006738F" w:rsidTr="000854F7">
        <w:trPr>
          <w:jc w:val="center"/>
        </w:trPr>
        <w:tc>
          <w:tcPr>
            <w:tcW w:w="5839" w:type="dxa"/>
            <w:shd w:val="clear" w:color="auto" w:fill="auto"/>
            <w:tcMar>
              <w:top w:w="45" w:type="dxa"/>
              <w:left w:w="65" w:type="dxa"/>
              <w:bottom w:w="45" w:type="dxa"/>
              <w:right w:w="65" w:type="dxa"/>
            </w:tcMar>
          </w:tcPr>
          <w:p w:rsidR="008E15A2" w:rsidRPr="0006738F" w:rsidRDefault="00006B64">
            <w:pPr>
              <w:jc w:val="both"/>
            </w:pPr>
            <w:r w:rsidRPr="0006738F">
              <w:t xml:space="preserve">- GV dặn dò: Về nhà quan sát thêm cảnh đẹp, con người quê hương; sưu tầm tranh ảnh hoặc bài hát, bài </w:t>
            </w:r>
            <w:r w:rsidRPr="0006738F">
              <w:lastRenderedPageBreak/>
              <w:t>thơ về quê hương để tiết sau chia sẻ với lớp.</w:t>
            </w:r>
          </w:p>
          <w:p w:rsidR="008E15A2" w:rsidRPr="0006738F" w:rsidRDefault="00006B64">
            <w:pPr>
              <w:jc w:val="both"/>
            </w:pPr>
            <w:r w:rsidRPr="0006738F">
              <w:t>- GV nhắc HS chuẩn bị dưới sự hướng dẫn của người lớn, không tự ý cung cấp thông tin riêng tư khi tìm kiếm trên mạng.</w:t>
            </w:r>
          </w:p>
        </w:tc>
        <w:tc>
          <w:tcPr>
            <w:tcW w:w="4819" w:type="dxa"/>
            <w:shd w:val="clear" w:color="auto" w:fill="auto"/>
            <w:tcMar>
              <w:top w:w="45" w:type="dxa"/>
              <w:left w:w="65" w:type="dxa"/>
              <w:bottom w:w="45" w:type="dxa"/>
              <w:right w:w="65" w:type="dxa"/>
            </w:tcMar>
          </w:tcPr>
          <w:p w:rsidR="008E15A2" w:rsidRPr="0006738F" w:rsidRDefault="00006B64">
            <w:pPr>
              <w:jc w:val="both"/>
            </w:pPr>
            <w:r w:rsidRPr="0006738F">
              <w:lastRenderedPageBreak/>
              <w:t>- HS tiếp nhận nhiệm vụ, chuẩn bị bài cho tiết học sau.</w:t>
            </w:r>
          </w:p>
          <w:p w:rsidR="008E15A2" w:rsidRPr="0006738F" w:rsidRDefault="00006B64">
            <w:pPr>
              <w:jc w:val="both"/>
            </w:pPr>
            <w:r w:rsidRPr="0006738F">
              <w:lastRenderedPageBreak/>
              <w:t>- HS nhắc lại yêu cầu chuẩn bị và thực hiện cùng người thân.</w:t>
            </w:r>
          </w:p>
        </w:tc>
      </w:tr>
    </w:tbl>
    <w:p w:rsidR="008E15A2" w:rsidRPr="0006738F" w:rsidRDefault="00006B64">
      <w:pPr>
        <w:keepNext/>
      </w:pPr>
      <w:r w:rsidRPr="0006738F">
        <w:rPr>
          <w:b/>
        </w:rPr>
        <w:lastRenderedPageBreak/>
        <w:t>IV. ĐIỀU CHỈNH SAU TIẾT DẠY (NẾU CÓ):</w:t>
      </w:r>
    </w:p>
    <w:p w:rsidR="008E15A2" w:rsidRPr="0006738F" w:rsidRDefault="00006B64">
      <w:pPr>
        <w:jc w:val="both"/>
      </w:pPr>
      <w:r w:rsidRPr="0006738F">
        <w:t>....................................................................................................................................................</w:t>
      </w:r>
    </w:p>
    <w:p w:rsidR="008E15A2" w:rsidRPr="0006738F" w:rsidRDefault="00006B64">
      <w:pPr>
        <w:jc w:val="both"/>
      </w:pPr>
      <w:r w:rsidRPr="0006738F">
        <w:t>....................................................................................................................................................</w:t>
      </w:r>
      <w:bookmarkEnd w:id="0"/>
    </w:p>
    <w:sectPr w:rsidR="008E15A2" w:rsidRPr="0006738F" w:rsidSect="00034616">
      <w:pgSz w:w="11906" w:h="16838"/>
      <w:pgMar w:top="964" w:right="1020" w:bottom="96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6B64"/>
    <w:rsid w:val="00034616"/>
    <w:rsid w:val="0006063C"/>
    <w:rsid w:val="0006738F"/>
    <w:rsid w:val="000854F7"/>
    <w:rsid w:val="0015074B"/>
    <w:rsid w:val="0029639D"/>
    <w:rsid w:val="00326F90"/>
    <w:rsid w:val="00371173"/>
    <w:rsid w:val="008E15A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854F7"/>
    <w:rPr>
      <w:rFonts w:ascii="Tahoma" w:hAnsi="Tahoma" w:cs="Tahoma"/>
      <w:sz w:val="16"/>
      <w:szCs w:val="16"/>
    </w:rPr>
  </w:style>
  <w:style w:type="character" w:customStyle="1" w:styleId="BalloonTextChar">
    <w:name w:val="Balloon Text Char"/>
    <w:basedOn w:val="DefaultParagraphFont"/>
    <w:link w:val="BalloonText"/>
    <w:uiPriority w:val="99"/>
    <w:semiHidden/>
    <w:rsid w:val="000854F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854F7"/>
    <w:rPr>
      <w:rFonts w:ascii="Tahoma" w:hAnsi="Tahoma" w:cs="Tahoma"/>
      <w:sz w:val="16"/>
      <w:szCs w:val="16"/>
    </w:rPr>
  </w:style>
  <w:style w:type="character" w:customStyle="1" w:styleId="BalloonTextChar">
    <w:name w:val="Balloon Text Char"/>
    <w:basedOn w:val="DefaultParagraphFont"/>
    <w:link w:val="BalloonText"/>
    <w:uiPriority w:val="99"/>
    <w:semiHidden/>
    <w:rsid w:val="000854F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411D8-2CF3-40E4-922E-B4BB05F7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2040</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KHBD Đạo đức 2 - Bài 1 - Tiết 1</vt:lpstr>
    </vt:vector>
  </TitlesOfParts>
  <Manager/>
  <Company/>
  <LinksUpToDate>false</LinksUpToDate>
  <CharactersWithSpaces>13647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Đạo đức 2 - Bài 1 - Tiết 1</dc:title>
  <dc:subject>KHBD Đạo đức lớp 2</dc:subject>
  <dc:creator>Nguyễn Bảo Trân</dc:creator>
  <cp:keywords>Đạo đức 2, KNTT, Vẻ đẹp quê hương em</cp:keywords>
  <dc:description>generated by python-docx</dc:description>
  <cp:lastModifiedBy>Administrator</cp:lastModifiedBy>
  <cp:revision>4</cp:revision>
  <dcterms:created xsi:type="dcterms:W3CDTF">2026-06-11T18:04:00Z</dcterms:created>
  <dcterms:modified xsi:type="dcterms:W3CDTF">2026-08-16T08:38:00Z</dcterms:modified>
  <cp:category/>
</cp:coreProperties>
</file>