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5D7" w:rsidRDefault="001D65D5">
      <w:pPr>
        <w:jc w:val="center"/>
      </w:pPr>
      <w:bookmarkStart w:id="0" w:name="_GoBack"/>
      <w:bookmarkEnd w:id="0"/>
      <w:r>
        <w:rPr>
          <w:b/>
        </w:rPr>
        <w:t>TUẦN 34</w:t>
      </w:r>
    </w:p>
    <w:p w:rsidR="008465D7" w:rsidRDefault="001D65D5">
      <w:pPr>
        <w:jc w:val="center"/>
      </w:pPr>
      <w:r>
        <w:rPr>
          <w:b/>
        </w:rPr>
        <w:t>TIẾNG VIỆT</w:t>
      </w:r>
    </w:p>
    <w:p w:rsidR="008465D7" w:rsidRDefault="001D65D5">
      <w:pPr>
        <w:jc w:val="center"/>
      </w:pPr>
      <w:r>
        <w:rPr>
          <w:b/>
        </w:rPr>
        <w:t>CHỦ ĐIỂM: TRÁI ĐẤT CỦA CHÚNG MÌNH</w:t>
      </w:r>
    </w:p>
    <w:p w:rsidR="008465D7" w:rsidRDefault="001D65D5">
      <w:pPr>
        <w:jc w:val="center"/>
      </w:pPr>
      <w:r>
        <w:rPr>
          <w:b/>
        </w:rPr>
        <w:t>Bài 29: BÁC SĨ Y-ÉC-XANH (T1+2)</w:t>
      </w:r>
    </w:p>
    <w:p w:rsidR="008465D7" w:rsidRDefault="001D65D5">
      <w:r>
        <w:rPr>
          <w:b/>
        </w:rPr>
        <w:t>I. YÊU CẦU CẦN ĐẠT:</w:t>
      </w:r>
    </w:p>
    <w:p w:rsidR="008465D7" w:rsidRDefault="001D65D5">
      <w:r>
        <w:rPr>
          <w:b/>
        </w:rPr>
        <w:t>1. Năng lực đặc thù:</w:t>
      </w:r>
    </w:p>
    <w:p w:rsidR="008465D7" w:rsidRDefault="001D65D5">
      <w:r>
        <w:t>- Học sinh đọc đúng từ ngữ, câu, đoạn và toàn bộ câu chuyện “Bác sĩ Y-éc-xanh”.</w:t>
      </w:r>
    </w:p>
    <w:p w:rsidR="008465D7" w:rsidRDefault="001D65D5">
      <w:r>
        <w:t>- Biết đọc lời đối thoại của các nhân vật phù hợp</w:t>
      </w:r>
      <w:r>
        <w:t xml:space="preserve"> với ngữ điệu; biết nghỉ hơi ở chỗ có dấu câu.</w:t>
      </w:r>
    </w:p>
    <w:p w:rsidR="008465D7" w:rsidRDefault="001D65D5">
      <w:r>
        <w:t>- Biết thêm một số thông tin về bác sĩ Y-éc-xanh như: quốc tịch, nghề nghiệp, nơi làm việc, phẩm chất tốt đẹp.</w:t>
      </w:r>
    </w:p>
    <w:p w:rsidR="008465D7" w:rsidRDefault="001D65D5">
      <w:r>
        <w:t>- Hiểu được ý nghĩa câu chuyện dựa vào nội dung và tranh minh họa: Vì trách nhiệm, bổn phận với ng</w:t>
      </w:r>
      <w:r>
        <w:t>ôi nhà chung Trái Đất, bác sĩ Y-éc-xanh đã xa gia đình, Tổ quốc của mình để đến giúp đỡ nhân dân Việt Nam.</w:t>
      </w:r>
    </w:p>
    <w:p w:rsidR="008465D7" w:rsidRDefault="001D65D5">
      <w:r>
        <w:t>- Nói và nghe được về một người nổi tiếng; biết trình bày điều mình biết và cảm nghĩ của mình về người đó.</w:t>
      </w:r>
    </w:p>
    <w:p w:rsidR="008465D7" w:rsidRDefault="001D65D5">
      <w:r>
        <w:t>- Hình thành ý thức về bổn phận, trách nhi</w:t>
      </w:r>
      <w:r>
        <w:t>ệm của người công dân toàn cầu trong ngôi nhà chung Trái Đất.</w:t>
      </w:r>
    </w:p>
    <w:p w:rsidR="008465D7" w:rsidRDefault="001D65D5">
      <w:r>
        <w:t>- Phát triển năng lực ngôn ngữ thông qua đọc, trả lời câu hỏi, luyện đọc lại, nói và nghe.</w:t>
      </w:r>
    </w:p>
    <w:p w:rsidR="008465D7" w:rsidRDefault="001D65D5">
      <w:r>
        <w:rPr>
          <w:b/>
        </w:rPr>
        <w:t>2. Năng lực chung:</w:t>
      </w:r>
    </w:p>
    <w:p w:rsidR="008465D7" w:rsidRDefault="001D65D5">
      <w:r>
        <w:t>- Năng lực tự chủ, tự học: Lắng nghe, đọc bài, suy nghĩ và trả lời câu hỏi; nêu được</w:t>
      </w:r>
      <w:r>
        <w:t xml:space="preserve"> nội dung bài.</w:t>
      </w:r>
    </w:p>
    <w:p w:rsidR="008465D7" w:rsidRDefault="001D65D5">
      <w:r>
        <w:t>- Năng lực giao tiếp và hợp tác: Tham gia đọc trong nhóm, trao đổi với bạn về người nổi tiếng, lắng nghe và phản hồi ý kiến của bạn.</w:t>
      </w:r>
    </w:p>
    <w:p w:rsidR="008465D7" w:rsidRDefault="001D65D5">
      <w:r>
        <w:t>- Năng lực giải quyết vấn đề và sáng tạo: Liên hệ nội dung câu chuyện với trách nhiệm yêu thương, giúp đỡ co</w:t>
      </w:r>
      <w:r>
        <w:t>n người trong cuộc sống.</w:t>
      </w:r>
    </w:p>
    <w:p w:rsidR="008465D7" w:rsidRDefault="001D65D5">
      <w:r>
        <w:rPr>
          <w:b/>
        </w:rPr>
        <w:t>3. Phẩm chất:</w:t>
      </w:r>
    </w:p>
    <w:p w:rsidR="008465D7" w:rsidRDefault="001D65D5">
      <w:r>
        <w:t>- Phẩm chất yêu nước: Biết trân trọng tình yêu Tổ quốc của bác sĩ Y-éc-xanh và hiểu mỗi người cần có trách nhiệm với đất nước, cộng đồng.</w:t>
      </w:r>
    </w:p>
    <w:p w:rsidR="008465D7" w:rsidRDefault="001D65D5">
      <w:r>
        <w:t>- Phẩm chất nhân ái: Biết yêu quý, kính trọng những người làm nghề y, những ngư</w:t>
      </w:r>
      <w:r>
        <w:t>ời sống vì cộng đồng.</w:t>
      </w:r>
    </w:p>
    <w:p w:rsidR="008465D7" w:rsidRDefault="001D65D5">
      <w:r>
        <w:t>- Phẩm chất chăm chỉ: Tích cực đọc bài, luyện đọc, trả lời câu hỏi và tham gia hoạt động học tập.</w:t>
      </w:r>
    </w:p>
    <w:p w:rsidR="008465D7" w:rsidRDefault="001D65D5">
      <w:r>
        <w:t xml:space="preserve">- Phẩm chất trách nhiệm: Có ý thức học tập nghiêm túc; bước đầu biết sống có trách nhiệm với bản thân, mọi người và ngôi nhà chung Trái </w:t>
      </w:r>
      <w:r>
        <w:t>Đất.</w:t>
      </w:r>
    </w:p>
    <w:p w:rsidR="008465D7" w:rsidRDefault="001D65D5">
      <w:r>
        <w:rPr>
          <w:b/>
        </w:rPr>
        <w:t>4. Tích hợp:</w:t>
      </w:r>
    </w:p>
    <w:p w:rsidR="008465D7" w:rsidRDefault="001D65D5">
      <w:r>
        <w:rPr>
          <w:color w:val="FF0000"/>
        </w:rPr>
        <w:t xml:space="preserve">- Tích hợp quyền con người: Giáo dục học sinh nhận biết mọi người đều có quyền được chăm sóc sức khỏe, được yêu thương và giúp đỡ khi gặp khó khăn, bệnh tật; từ đó biết kính trọng người làm nghề y và biết sống nhân ái, có trách nhiệm với </w:t>
      </w:r>
      <w:r>
        <w:rPr>
          <w:color w:val="FF0000"/>
        </w:rPr>
        <w:t>cộng đồng.</w:t>
      </w:r>
    </w:p>
    <w:p w:rsidR="008465D7" w:rsidRDefault="001D65D5">
      <w:r>
        <w:rPr>
          <w:b/>
        </w:rPr>
        <w:t>II. ĐỒ DÙNG DẠY HỌC:</w:t>
      </w:r>
    </w:p>
    <w:p w:rsidR="008465D7" w:rsidRDefault="001D65D5">
      <w:r>
        <w:t>- Kế hoạch bài dạy, bài giảng PowerPoint.</w:t>
      </w:r>
    </w:p>
    <w:p w:rsidR="008465D7" w:rsidRDefault="001D65D5">
      <w:r>
        <w:t>- SGK và các thiết bị, học liệu phục vụ cho tiết dạy.</w:t>
      </w:r>
    </w:p>
    <w:p w:rsidR="008465D7" w:rsidRDefault="001D65D5">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5102"/>
      </w:tblGrid>
      <w:tr w:rsidR="008465D7">
        <w:trPr>
          <w:jc w:val="center"/>
        </w:trPr>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giáo viên</w:t>
            </w:r>
          </w:p>
        </w:tc>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học sinh</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- 1. Khởi động.</w:t>
            </w:r>
          </w:p>
          <w:p w:rsidR="008465D7" w:rsidRDefault="001D65D5">
            <w:r>
              <w:rPr>
                <w:b/>
              </w:rPr>
              <w:lastRenderedPageBreak/>
              <w:t xml:space="preserve">- Mục tiêu: Tạo không khí vui vẻ, khấn </w:t>
            </w:r>
            <w:r>
              <w:rPr>
                <w:b/>
              </w:rPr>
              <w:t>khởi trước giờ học.</w:t>
            </w:r>
          </w:p>
          <w:p w:rsidR="008465D7" w:rsidRDefault="001D65D5">
            <w:r>
              <w:rPr>
                <w:b/>
              </w:rPr>
              <w:t>- Mục tiêu: Kiểm tra kiến thức đã học của học sinh ở bài trước.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tổ chức trò chơi để khởi động bài học.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trò chơi.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câu hỏi 1: Đọc thầm đoạn 1 và trả lời những điều mọi người cần làm cho Trái Đất. Đó là những </w:t>
            </w:r>
            <w:r>
              <w:t>điều gì?</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Có ba điều cần làm cho Trái Đất: không vứt rác bừa bãi, không dùng túi ni lông, không lãng phí thức ăn.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2: Đọc đoạn 2 và trả lời chúng ta cần phải làm gì để cứu sinh vật biển?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theo cách hiểu riêng: Khôn</w:t>
            </w:r>
            <w:r>
              <w:t>g vứt túi ni lông xuống biển; không xả rác ra sông, hồ, biển; biết nhắc nhở mọi người cùng bảo vệ sinh vật biển.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nghe bài hát “Tấm lòng người thầy thuốc”.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bài hát và cảm nhận tình cảm dành cho những người làm nghề 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w:t>
            </w:r>
            <w:r>
              <w:t>ầu HS giới thiệu với bạn về người làm nghề y mà em biết.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Một số HS nêu về người làm nghề y mà em biết như: bác sĩ, y tá, điều dưỡng, nhân viên y tế trường học.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vỗ tay tuyên dương bạn.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dẫn dắt vào bài </w:t>
            </w:r>
            <w:r>
              <w:t>mới.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 và chuẩn bị vào bài học mới.</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- 2. Khám phá.</w:t>
            </w:r>
          </w:p>
          <w:p w:rsidR="008465D7" w:rsidRDefault="001D65D5">
            <w:r>
              <w:rPr>
                <w:b/>
              </w:rPr>
              <w:t>- Mục tiêu: Học sinh đọc đúng bài; biết đọc lời đối thoại phù hợp; hiểu nội dung và ý nghĩa câu chuyện; biết thêm thông tin về bác sĩ Y-éc-xanh; hình thành ý thức trách nhiệm với ngôi n</w:t>
            </w:r>
            <w:r>
              <w:rPr>
                <w:b/>
              </w:rPr>
              <w:t>hà chung Trái Đất.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- 2.1. Hoạt động 1: Đọc văn bản.</w:t>
            </w:r>
          </w:p>
          <w:p w:rsidR="008465D7" w:rsidRDefault="001D65D5">
            <w:r>
              <w:t>- GV đọc mẫu: Đọc diễn cảm, nhấn giọng ở những từ ngữ giàu sức gợi tả, gợi cảm.</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GV đọc mẫu, theo dõi bài trong SGK.</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lưu ý: Lời bà khách thể hiện thái độ kính trọng; lời Y-éc-xanh đọc</w:t>
            </w:r>
            <w:r>
              <w:t xml:space="preserve"> chậm rãi, kiên quyết, giàu nhiệt huyết.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cách đọc lời nhân vật bà khách và bác sĩ Y-éc-xanh.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đọc: Đọc trôi chảy toàn bài, ngắt nghỉ câu đúng, chú ý câu dài.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cách đọc và ghi nhớ những điểm cần chú ý.</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gọi 1 HS </w:t>
            </w:r>
            <w:r>
              <w:t>đọc toàn bài.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toàn bài, cả lớp đọc thầm theo.</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chia đoạn: Đoạn 1 từ đầu đến “những bệnh nhiệt đới”; đoạn 2 tiếp theo đến “làm bà chú ý”; đoạn 3 tiếp theo đến “không có Tổ quốc”; đoạn 4 là phần còn lại.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dùng bút chì đánh dấu c</w:t>
            </w:r>
            <w:r>
              <w:t>ác đoạn nếu cần.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gọi HS đọc nối tiếp theo đoạn.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nối tiếp theo đoạn.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luyện đọc từ khó: Y-éc-xanh, sờn, ủi, đỡ, lẫn.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luyện đọc từ khó theo hướng dẫn của GV.</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xml:space="preserve">- GV hướng dẫn luyện đọc câu dài: “Bà khách/ ao ước gặp bác sĩ </w:t>
            </w:r>
            <w:r>
              <w:t>Y-éc-xanh/ phần vì ngưỡng mộ người đã tìm ra vi trùng dịch hạch,/ phần vì tò mò.//”</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- 2 - 3 HS đọc câu dài, cả lớp lắng nghe và nhận xét.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luyện đọc câu dài: “Trong bộ quần áo ka ki sờn cũ/ không là ủi,/ trông ông/ như một khách đi tàu/ ngồi</w:t>
            </w:r>
            <w:r>
              <w:t xml:space="preserve"> toa hạng ba.//”</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- 2 - 3 HS đọc câu dài, chú ý ngắt nghỉ đúng.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cho HS luyện đọc đoạn theo nhóm 4.</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luyện đọc theo nhóm 4; từng bạn đọc, các bạn còn lại lắng nghe và góp ý.</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các nhóm.</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rút kinh nghiệm cách đọc.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- 2.2. Hoạt động 2: Trả lời câu hỏi.</w:t>
            </w:r>
          </w:p>
          <w:p w:rsidR="008465D7" w:rsidRDefault="001D65D5">
            <w:r>
              <w:t>- GV gọi HS đọc và trả lời lần lượt các câu hỏi trong SGK.</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lần lượt các câu hỏi.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hỗ trợ HS gặp khó khăn, lưu ý rèn cách trả lời đầy đủ câu.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trả lời đủ ý, nói thành câu rõ ràng.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w:t>
            </w:r>
            <w:r>
              <w:t>câu hỏi 1: Đọc đoạn 1 và cho biết Y-éc-xanh là ai. Vì sao bà khách ao ước gặp ông?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Y-éc-xanh là người đã tìm ra vi trùng dịch hạch. Bà khách ao ước gặp ông phần vì ngưỡng mộ, phần vì tò mò muốn biết điều gì khiến ông chọn cuộc sống nơi góc bi</w:t>
            </w:r>
            <w:r>
              <w:t>ển chân trời này để nghiên cứu những bệnh nhiệt đới.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2: Y-éc-xanh có gì khác so với trí tưởng tượng của bà khách?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Y-éc-xanh khác xa với nhà bác học trong trí tưởng tượng của bà khách. Ông mặc bộ quần áo ka ki sờn cũ, không l</w:t>
            </w:r>
            <w:r>
              <w:t>à ủi, trông giống một khách đi tàu ngồi toa hạng ba.</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3: Câu nói nào của Y-éc-xanh cho thấy ông là người rất yêu nước Pháp, Tổ quốc của ông?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Câu nói cho thấy ông rất yêu nước Pháp là: “Tôi là người Pháp. Mãi mãi tôi là công d</w:t>
            </w:r>
            <w:r>
              <w:t>ân Pháp. Người ta không thể nào sống mà không có Tổ quốc.”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4: Câu nói “Trái Đất đích thực là ngôi nhà của chúng ta. Những đứa con trong nhà phải thương yêu và có bổn phận giúp đỡ lẫn nhau.” cho thấy Y-éc-xanh là người như thế nào?</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w:t>
            </w:r>
            <w:r>
              <w:t>ả lời: Câu nói đó cho thấy Y-éc-xanh là người có lòng nhân ái, có trách nhiệm với con người, biết yêu thương và giúp đỡ mọi người trong ngôi nhà chung Trái Đất.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5: Em hãy nói 1 - 2 câu thể hiện lòng biết ơn với bác sĩ Y-éc-xanh.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nêu </w:t>
            </w:r>
            <w:r>
              <w:t xml:space="preserve">theo ý kiến riêng: Thưa bác sĩ Y-éc-xanh, chúng cháu rất biết ơn bác vì bác đã đến giúp đỡ nhân dân Việt Nam. Chúng cháu sẽ cố gắng học tập tốt và biết yêu </w:t>
            </w:r>
            <w:r>
              <w:lastRenderedPageBreak/>
              <w:t>thương, giúp đỡ mọi người.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lastRenderedPageBreak/>
              <w:t xml:space="preserve">- GV tích hợp quyền con người: Qua câu chuyện, GV giúp HS hiểu rằng sức </w:t>
            </w:r>
            <w:r>
              <w:rPr>
                <w:color w:val="FF0000"/>
              </w:rPr>
              <w:t xml:space="preserve">khỏe là điều rất quan trọng đối với mỗi con người. Khi bị bệnh, ai cũng cần được chăm sóc, chữa trị và giúp đỡ. Bác sĩ Y-éc-xanh đã xa Tổ quốc để nghiên cứu bệnh nhiệt đới, giúp đỡ nhân dân Việt Nam; việc làm đó thể hiện lòng nhân ái và sự tôn trọng quyền </w:t>
            </w:r>
            <w:r>
              <w:rPr>
                <w:color w:val="FF0000"/>
              </w:rPr>
              <w:t>được chăm sóc sức khỏe của con người. GV nhắc HS biết kính trọng bác sĩ, y tá, nhân viên y tế; khi thấy người khác đau ốm, gặp khó khăn, các em cần biết hỏi thăm, giúp đỡ bằng những việc phù hợp như báo với người lớn, động viên bạn, không trêu chọc người b</w:t>
            </w:r>
            <w:r>
              <w:rPr>
                <w:color w:val="FF0000"/>
              </w:rPr>
              <w:t>ị bệnh.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HS lắng nghe và nêu lại: Mỗi người đều cần được chăm sóc sức khỏe. Em biết kính trọng những người làm nghề y, biết yêu thương và giúp đỡ người bị bệnh hoặc gặp khó khăn bằng việc làm phù hợp với lứa tuổi.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nêu nội dung bài.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nêu t</w:t>
            </w:r>
            <w:r>
              <w:t>heo hiểu biết của mình.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chốt: Bài văn cho biết vì trách nhiệm, bổn phận với ngôi nhà chung Trái Đất, bác sĩ Y-éc-xanh đã phải xa gia đình, Tổ quốc của mình đến giúp đỡ nhân dân Việt Nam.</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- 2 - 3 HS nhắc lại nội dung bài.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xml:space="preserve">- 2.3. Hoạt động 3: Luyện </w:t>
            </w:r>
            <w:r>
              <w:rPr>
                <w:b/>
              </w:rPr>
              <w:t>đọc lại.</w:t>
            </w:r>
          </w:p>
          <w:p w:rsidR="008465D7" w:rsidRDefault="001D65D5">
            <w:r>
              <w:t>- GV đọc diễn cảm toàn bài.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đọc nối tiếp.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nối tiếp, cả lớp đọc thầm theo.</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- 3. Nói và nghe: Người nổi tiếng.</w:t>
            </w:r>
          </w:p>
          <w:p w:rsidR="008465D7" w:rsidRDefault="001D65D5">
            <w:r>
              <w:rPr>
                <w:b/>
              </w:rPr>
              <w:t>- Mục tiêu: Nói và nghe về người nổi tiếng;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xml:space="preserve">- 3.1. Hoạt động 4: </w:t>
            </w:r>
            <w:r>
              <w:rPr>
                <w:b/>
              </w:rPr>
              <w:t>Em biết những người nổi tiếng nào? Nói điều em biết về một trong những người đó.</w:t>
            </w:r>
          </w:p>
          <w:p w:rsidR="008465D7" w:rsidRDefault="001D65D5">
            <w:r>
              <w:t>- GV gọi HS đọc chủ đề và yêu cầu nội dung.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to chủ đề: Người nổi tiếng.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yêu cầu: Em biết những người nổi tiếng nào? Nói điều em biết về một trong những người </w:t>
            </w:r>
            <w:r>
              <w:t>đó.</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mẫu bằng cách nói về An-đéc-xen.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cách nói mẫu của GV.</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cho HS làm việc nhóm 4: HS kể về người nổi tiếng và những điều em biết về họ.</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sinh hoạt nhóm và trao đổi với bạn về người nổ</w:t>
            </w:r>
            <w:r>
              <w:t>i tiếng mà mình biết.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gọi HS trình bày trước lớp.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kể về người nổi tiếng và những điều </w:t>
            </w:r>
            <w:r>
              <w:lastRenderedPageBreak/>
              <w:t>mình biết về họ.</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 và học tập cách nói của bạn.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- 3.2. Hoạt động 5: Nêu cảm nghĩ của em về một người nổi tiếng</w:t>
            </w:r>
            <w:r>
              <w:rPr>
                <w:b/>
              </w:rPr>
              <w:t>.</w:t>
            </w:r>
          </w:p>
          <w:p w:rsidR="008465D7" w:rsidRDefault="001D65D5">
            <w:r>
              <w:t>- GV gọi HS đọc yêu cầu trước lớp.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yêu cầu: Nêu cảm nghĩ của em về một người nổi tiếng.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hướng dẫn nêu bằng các câu hỏi gợi ý: Tên người đó là ai? Người đó ở nước nào? Thành tích nổi bật của người đó là gì? Em có cảm nhận gì về người nổi </w:t>
            </w:r>
            <w:r>
              <w:t>tiếng đó?</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câu hỏi gợi ý và suy nghĩ câu trả lời.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làm việc nhóm 2: Các nhóm đọc thầm gợi ý và nêu cảm nghĩ về người nổi tiếng.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thảo luận nhóm đôi.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các nhóm trình bày.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trình bày trước lớp, HS khác có thể nêu </w:t>
            </w:r>
            <w:r>
              <w:t>câu hỏi; sau đó đổi vai HS khác trình bày.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rút kinh nghiệm.</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- 4. Vận dụng.</w:t>
            </w:r>
          </w:p>
          <w:p w:rsidR="008465D7" w:rsidRDefault="001D65D5">
            <w:r>
              <w:rPr>
                <w:b/>
              </w:rPr>
              <w:t>- Mục tiêu: Củng cố kiến thức đã học; vận dụng bài học vào thực tiễn; tạo không khí vui vẻ sau tiết học;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vận dụng để củng cố kiến thức và vận dụng bài học vào thực tiễn cho học sinh.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để vận dụng kiến thức đã học vào thực tiễn.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quan sát video giới thiệu về một người nổi tiếng và công việc của họ.</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video.</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w:t>
            </w:r>
            <w:r>
              <w:t xml:space="preserve"> GV nêu câu hỏi: Bạn nhỏ trong video nói đến người nổi tiếng nào?</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tên người nổi tiếng được nhắc đến trong video.</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Việc làm của họ là gì? Có ích cho xã hội không?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trả lời: Việc làm của họ có ích cho xã hội vì giúp đỡ con </w:t>
            </w:r>
            <w:r>
              <w:t>người, đem lại điều tốt đẹp cho cuộc sống.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nhắc nhở các em cố gắng chăm ngoan, học tập thật tốt để sau này trở thành người có ích cho xã hội.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rút kinh nghiệm.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bl>
    <w:p w:rsidR="008465D7" w:rsidRDefault="001D65D5">
      <w:r>
        <w:rPr>
          <w:b/>
        </w:rPr>
        <w:t xml:space="preserve">IV. Điều chỉnh sau bài </w:t>
      </w:r>
      <w:r>
        <w:rPr>
          <w:b/>
        </w:rPr>
        <w:t>dạy:</w:t>
      </w:r>
    </w:p>
    <w:p w:rsidR="008465D7" w:rsidRDefault="001D65D5">
      <w:r>
        <w:t>.......................................................................................................................................</w:t>
      </w:r>
    </w:p>
    <w:p w:rsidR="008465D7" w:rsidRDefault="001D65D5">
      <w:r>
        <w:t>...................................................................................................................</w:t>
      </w:r>
      <w:r>
        <w:t>....................</w:t>
      </w:r>
    </w:p>
    <w:p w:rsidR="008465D7" w:rsidRDefault="001D65D5">
      <w:r>
        <w:t>.......................................................................................................................................</w:t>
      </w:r>
    </w:p>
    <w:p w:rsidR="008465D7" w:rsidRDefault="001D65D5">
      <w:r>
        <w:br w:type="page"/>
      </w:r>
    </w:p>
    <w:p w:rsidR="008465D7" w:rsidRDefault="001D65D5">
      <w:pPr>
        <w:jc w:val="center"/>
      </w:pPr>
      <w:r>
        <w:rPr>
          <w:b/>
        </w:rPr>
        <w:lastRenderedPageBreak/>
        <w:t>TIẾNG VIỆT</w:t>
      </w:r>
    </w:p>
    <w:p w:rsidR="008465D7" w:rsidRDefault="001D65D5">
      <w:pPr>
        <w:jc w:val="center"/>
      </w:pPr>
      <w:r>
        <w:rPr>
          <w:b/>
        </w:rPr>
        <w:t>Nghe - Viết: BÁC SĨ Y-ÉC-XANH (T3)</w:t>
      </w:r>
    </w:p>
    <w:p w:rsidR="008465D7" w:rsidRDefault="001D65D5">
      <w:r>
        <w:rPr>
          <w:b/>
        </w:rPr>
        <w:t>I. YÊU CẦU CẦN ĐẠT:</w:t>
      </w:r>
    </w:p>
    <w:p w:rsidR="008465D7" w:rsidRDefault="001D65D5">
      <w:r>
        <w:rPr>
          <w:b/>
        </w:rPr>
        <w:t>1. Năng lực đặc thù:</w:t>
      </w:r>
    </w:p>
    <w:p w:rsidR="008465D7" w:rsidRDefault="001D65D5">
      <w:r>
        <w:t>- Viết đún</w:t>
      </w:r>
      <w:r>
        <w:t>g chính tả đoạn văn “Bác sĩ Y-éc-xanh” trong khoảng 15 phút.</w:t>
      </w:r>
    </w:p>
    <w:p w:rsidR="008465D7" w:rsidRDefault="001D65D5">
      <w:r>
        <w:t>- Biết cách trình bày đoạn văn, biết viết hoa chữ cái đầu tên bài học và đầu các câu văn.</w:t>
      </w:r>
    </w:p>
    <w:p w:rsidR="008465D7" w:rsidRDefault="001D65D5">
      <w:r>
        <w:t>- Làm đúng các bài tập chính tả viết hoa tên riêng nước ngoài.</w:t>
      </w:r>
    </w:p>
    <w:p w:rsidR="008465D7" w:rsidRDefault="001D65D5">
      <w:r>
        <w:t xml:space="preserve">- Phát triển năng lực ngôn ngữ thông qua </w:t>
      </w:r>
      <w:r>
        <w:t>nghe - viết, soát lỗi, luyện viết tên riêng nước ngoài.</w:t>
      </w:r>
    </w:p>
    <w:p w:rsidR="008465D7" w:rsidRDefault="001D65D5">
      <w:r>
        <w:rPr>
          <w:b/>
        </w:rPr>
        <w:t>2. Năng lực chung:</w:t>
      </w:r>
    </w:p>
    <w:p w:rsidR="008465D7" w:rsidRDefault="001D65D5">
      <w:r>
        <w:t>- Năng lực tự chủ, tự học: Lắng nghe, viết bài đúng, kịp thời và hoàn thành các bài tập trong SGK.</w:t>
      </w:r>
    </w:p>
    <w:p w:rsidR="008465D7" w:rsidRDefault="001D65D5">
      <w:r>
        <w:t>- Năng lực giao tiếp và hợp tác: Tham gia làm việc trong nhóm để trả lời câu hỏi t</w:t>
      </w:r>
      <w:r>
        <w:t>rong bài.</w:t>
      </w:r>
    </w:p>
    <w:p w:rsidR="008465D7" w:rsidRDefault="001D65D5">
      <w:r>
        <w:t>- Năng lực giải quyết vấn đề và sáng tạo: Tham gia trò chơi, vận dụng kiến thức viết hoa tên riêng vào thực tế.</w:t>
      </w:r>
    </w:p>
    <w:p w:rsidR="008465D7" w:rsidRDefault="001D65D5">
      <w:r>
        <w:rPr>
          <w:b/>
        </w:rPr>
        <w:t>3. Phẩm chất:</w:t>
      </w:r>
    </w:p>
    <w:p w:rsidR="008465D7" w:rsidRDefault="001D65D5">
      <w:r>
        <w:t>- Phẩm chất yêu nước: Biết yêu quý những con người đã có đóng góp cho Việt Nam và thế giới.</w:t>
      </w:r>
    </w:p>
    <w:p w:rsidR="008465D7" w:rsidRDefault="001D65D5">
      <w:r>
        <w:t>- Phẩm chất chăm chỉ: Chăm c</w:t>
      </w:r>
      <w:r>
        <w:t>hỉ viết bài, soát lỗi và hoàn thành bài tập.</w:t>
      </w:r>
    </w:p>
    <w:p w:rsidR="008465D7" w:rsidRDefault="001D65D5">
      <w:r>
        <w:t>- Phẩm chất trách nhiệm: Giữ trật tự, học tập nghiêm túc, có ý thức giữ gìn vở sạch, chữ đẹp.</w:t>
      </w:r>
    </w:p>
    <w:p w:rsidR="008465D7" w:rsidRDefault="001D65D5">
      <w:r>
        <w:rPr>
          <w:b/>
        </w:rPr>
        <w:t>4. Tích hợp:</w:t>
      </w:r>
    </w:p>
    <w:p w:rsidR="008465D7" w:rsidRDefault="001D65D5">
      <w:r>
        <w:rPr>
          <w:color w:val="FF0000"/>
        </w:rPr>
        <w:t>- Tích hợp năng lực số 3.1.CB1a: Học sinh bước đầu xác định được cách tạo và chỉnh sửa nội dung đơn giản</w:t>
      </w:r>
      <w:r>
        <w:rPr>
          <w:color w:val="FF0000"/>
        </w:rPr>
        <w:t xml:space="preserve"> ở định dạng chữ viết; biết chia sẻ thông tin cơ bản với thầy cô, bạn bè qua thiết bị số khi sưu tầm tên người nổi tiếng hoặc thông tin ngắn về người nổi tiếng dưới sự hướng dẫn của người lớn.</w:t>
      </w:r>
    </w:p>
    <w:p w:rsidR="008465D7" w:rsidRDefault="001D65D5">
      <w:r>
        <w:rPr>
          <w:b/>
        </w:rPr>
        <w:t>II. ĐỒ DÙNG DẠY HỌC:</w:t>
      </w:r>
    </w:p>
    <w:p w:rsidR="008465D7" w:rsidRDefault="001D65D5">
      <w:r>
        <w:t>- Kế hoạch bài dạy, bài giảng PowerPoint.</w:t>
      </w:r>
    </w:p>
    <w:p w:rsidR="008465D7" w:rsidRDefault="001D65D5">
      <w:r>
        <w:t>- SGK và các thiết bị, học liệu phục vụ cho tiết dạy.</w:t>
      </w:r>
    </w:p>
    <w:p w:rsidR="008465D7" w:rsidRDefault="001D65D5">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5102"/>
      </w:tblGrid>
      <w:tr w:rsidR="008465D7">
        <w:trPr>
          <w:jc w:val="center"/>
        </w:trPr>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giáo viên</w:t>
            </w:r>
          </w:p>
        </w:tc>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học sinh</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- 1. Khởi động.</w:t>
            </w:r>
          </w:p>
          <w:p w:rsidR="008465D7" w:rsidRDefault="001D65D5">
            <w:r>
              <w:rPr>
                <w:b/>
              </w:rPr>
              <w:t>- Mục tiêu: Tạo không khí vui vẻ, khấn khởi trước giờ học.</w:t>
            </w:r>
          </w:p>
          <w:p w:rsidR="008465D7" w:rsidRDefault="001D65D5">
            <w:r>
              <w:rPr>
                <w:b/>
              </w:rPr>
              <w:t xml:space="preserve">- Mục tiêu: Kiểm tra kiến thức đã học của học sinh ở </w:t>
            </w:r>
            <w:r>
              <w:rPr>
                <w:b/>
              </w:rPr>
              <w:t>bài trước.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trò chơi để khởi động bài học.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trò chơi.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yêu cầu câu 1, 2: Xem tranh đoán tên người nổi tiếng.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tranh, suy nghĩ và trả lời tên người nổi tiếng.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w:t>
            </w:r>
            <w:r>
              <w:t xml:space="preserve"> dẫn dắt vào bài mới.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- 2. Khám phá.</w:t>
            </w:r>
          </w:p>
          <w:p w:rsidR="008465D7" w:rsidRDefault="001D65D5">
            <w:r>
              <w:rPr>
                <w:b/>
              </w:rPr>
              <w:t>- Mục tiêu: Viết đúng chính tả đoạn văn “Bác sĩ Y-éc-xanh” trong khoảng 15 phút; làm đúng bài tập chính tả về viết hoa tên riêng nước ngoài;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lastRenderedPageBreak/>
              <w:t>- 2.1. Hoạt động 1: Nghe</w:t>
            </w:r>
            <w:r>
              <w:rPr>
                <w:b/>
              </w:rPr>
              <w:t xml:space="preserve"> - Viết.</w:t>
            </w:r>
          </w:p>
          <w:p w:rsidR="008465D7" w:rsidRDefault="001D65D5">
            <w:r>
              <w:t>- GV giới thiệu nội dung: Đoạn văn nói về lí do bác sĩ Y-éc-xanh chọn Việt Nam làm nơi sinh sống và làm việc. Qua đó thấy được tình cảm của bác sĩ Y-éc-xanh dành cho ngôi nhà chung Trái Đất.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đọc toàn đoạn văn.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2 HS đọc đoạn văn.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- 2 HS đọc đoạn văn, cả lớp đọc thầm theo.</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lại cách viết đoạn văn: Viết hoa tên bài và các chữ đầu câu.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và ghi nhớ cách trình bày.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Giữa các cụm từ trong mỗi câu có dấu phẩy; viết</w:t>
            </w:r>
            <w:r>
              <w:t xml:space="preserve"> dấu gạch ngang trước lời thoại của nhân vật.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cách dùng dấu phẩy và dấu gạch ngang.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cách viết một số từ dễ nhầm lẫn: Trái Đất, Nha Trang, Y-éc-xanh.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và ghi nhớ cách viết các từ khó.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đọc từng câu của đoạn văn cho HS</w:t>
            </w:r>
            <w:r>
              <w:t xml:space="preserve"> viết.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viết bài vào vở.</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đọc lại toàn bài cho HS soát lỗi.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nghe và dò bài.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đổi vở dò bài cho nhau.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đổi vở dò bài cho nhau, phát hiện và sửa lỗi nếu có.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chung.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rút kinh nghiệm.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- 2.2. Hoạt độn</w:t>
            </w:r>
            <w:r>
              <w:rPr>
                <w:b/>
              </w:rPr>
              <w:t>g 2: Tìm tên người nước ngoài viết đúng và chép vào vở.</w:t>
            </w:r>
          </w:p>
          <w:p w:rsidR="008465D7" w:rsidRDefault="001D65D5">
            <w:r>
              <w:t>- GV mời HS nêu yêu cầu.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yêu cầu bài.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giao nhiệm vụ cho các nhóm: Cùng nhau quan sát các tên trong SGK, đọc và tìm tên người nước ngoài viết đúng.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sinh hoạt và làm việc the</w:t>
            </w:r>
            <w:r>
              <w:t>o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700000" cy="5383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6"/>
                          <a:stretch>
                            <a:fillRect/>
                          </a:stretch>
                        </pic:blipFill>
                        <pic:spPr>
                          <a:xfrm>
                            <a:off x="0" y="0"/>
                            <a:ext cx="2700000" cy="538344"/>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hình, đọc các tên người nước ngoài và trao đổi với bạn.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đại diện nhóm trình bày.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Đại diện nhóm trình bày: Ê-li-át, Oan Đi-xni, An-đéc-xen, Si-skin.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 bổ sung.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nhận xét, bổ sung.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- 2.3. Hoạt động 3: Tìm tên riêng địa lí nước ngoài.</w:t>
            </w:r>
          </w:p>
          <w:p w:rsidR="008465D7" w:rsidRDefault="001D65D5">
            <w:r>
              <w:t>- GV mời HS nêu yêu cầu.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giao nhiệm vụ cho các nhóm: Tìm tên </w:t>
            </w:r>
            <w:r>
              <w:lastRenderedPageBreak/>
              <w:t>riêng địa lí nước ngoài.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Các nhóm làm việc theo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lastRenderedPageBreak/>
              <w:drawing>
                <wp:inline distT="0" distB="0" distL="0" distR="0">
                  <wp:extent cx="2700000" cy="58592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7"/>
                          <a:stretch>
                            <a:fillRect/>
                          </a:stretch>
                        </pic:blipFill>
                        <pic:spPr>
                          <a:xfrm>
                            <a:off x="0" y="0"/>
                            <a:ext cx="2700000" cy="585924"/>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quan sát hình, đọc các tên địa lí nước ngoài và </w:t>
            </w:r>
            <w:r>
              <w:t>trao đổi trong nhóm.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đại diện nhóm trình bày.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Đại diện nhóm trình bày: Ô-lim-pi-a, Pháp, Hàn Quốc, Đan Mạch.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- 2.4. Hoạt động 4: Nêu cách sửa những tên riêng viết sai ở bài tập 2 và 3.</w:t>
            </w:r>
          </w:p>
          <w:p w:rsidR="008465D7" w:rsidRDefault="001D65D5">
            <w:r>
              <w:t xml:space="preserve">- GV mời HS </w:t>
            </w:r>
            <w:r>
              <w:t>nêu yêu cầu.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giao nhiệm vụ cho các nhóm: Nêu cách sửa những tên riêng viết sai ở bài tập 2 và 3.</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làm việc theo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HS nhìn vào các tên riêng viết đúng ở bài tập 2 và 3 làm mẫu để sửa lại những tên r</w:t>
            </w:r>
            <w:r>
              <w:t>iêng đã viết sai.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 và đối chiếu với bài làm.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đại diện nhóm trình bày.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Đại diện nhóm trình bày: Y-éc-xanh, Cô-li-a, Xơ-un, Hy Lạp.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- 3. Vận dụng.</w:t>
            </w:r>
          </w:p>
          <w:p w:rsidR="008465D7" w:rsidRDefault="001D65D5">
            <w:r>
              <w:rPr>
                <w:b/>
              </w:rPr>
              <w:t xml:space="preserve">- Mục tiêu: Củng cố kiến thức đã </w:t>
            </w:r>
            <w:r>
              <w:rPr>
                <w:b/>
              </w:rPr>
              <w:t>học; vận dụng kiến thức chính tả và cách viết tên riêng vào thực tiễn;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gợi ý cho HS cách thực hiện ở nhà.</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để lựa chọn cách thực hiện phù hợp.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hướng dẫn HS sưu tầm và đọc sách báo viết về người nổi </w:t>
            </w:r>
            <w:r>
              <w:t>tiếng trên thế giới.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lên kế hoạch tìm hiểu, sưu tầm và đọc sách báo viết về người nổi tiếng trên thế giới.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GV tích hợp năng lực số 3.1.CB1a: Khi sưu tầm thông tin về người nổi tiếng, HS có thể nhờ cha mẹ hoặc thầy cô mở thiết bị số, xem một đoạn th</w:t>
            </w:r>
            <w:r>
              <w:rPr>
                <w:color w:val="FF0000"/>
              </w:rPr>
              <w:t>ông tin ngắn, sau đó ghi lại vào vở 1 - 2 câu đơn giản. GV hướng dẫn HS biết chỉnh sửa nội dung chữ viết đơn giản như viết đúng tên riêng, viết hoa chữ cái đầu câu, thêm dấu câu, sửa lỗi chính tả. Nếu cần chia sẻ với bạn hoặc gửi cho cô, HS chỉ chia sẻ nội</w:t>
            </w:r>
            <w:r>
              <w:rPr>
                <w:color w:val="FF0000"/>
              </w:rPr>
              <w:t xml:space="preserve"> dung học tập phù hợp, không tự ý gửi hình ảnh, số điện thoại, địa chỉ nhà hoặc thông tin riêng của gia đình.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HS nêu lại: Em có thể nhờ người lớn hỗ trợ tìm thông tin, ghi lại 1 - 2 câu ngắn, sửa lỗi chính tả trước khi chia sẻ. Em không tự ý chia sẻ thôn</w:t>
            </w:r>
            <w:r>
              <w:rPr>
                <w:color w:val="FF0000"/>
              </w:rPr>
              <w:t>g tin cá nhân của mình và gia đình.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yêu cầu HS ghi nhớ những thông tin về người nổi tiếng.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ghi nhớ những thông tin đã đọc và tìm hiểu được về người nổi tiếng đó.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đánh giá tiết dạy.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bl>
    <w:p w:rsidR="008465D7" w:rsidRDefault="001D65D5">
      <w:r>
        <w:rPr>
          <w:b/>
        </w:rPr>
        <w:t>IV. Điều chỉnh sau bài dạ</w:t>
      </w:r>
      <w:r>
        <w:rPr>
          <w:b/>
        </w:rPr>
        <w:t>y:</w:t>
      </w:r>
    </w:p>
    <w:p w:rsidR="008465D7" w:rsidRDefault="001D65D5">
      <w:r>
        <w:t>.......................................................................................................................................</w:t>
      </w:r>
    </w:p>
    <w:p w:rsidR="008465D7" w:rsidRDefault="001D65D5">
      <w:r>
        <w:t>.......................................................................................................................................</w:t>
      </w:r>
    </w:p>
    <w:p w:rsidR="008465D7" w:rsidRDefault="001D65D5">
      <w:r>
        <w:t>........................................................................................................................</w:t>
      </w:r>
      <w:r>
        <w:t>...............</w:t>
      </w:r>
    </w:p>
    <w:p w:rsidR="008465D7" w:rsidRDefault="001D65D5">
      <w:r>
        <w:br w:type="page"/>
      </w:r>
    </w:p>
    <w:p w:rsidR="008465D7" w:rsidRDefault="001D65D5">
      <w:pPr>
        <w:jc w:val="center"/>
      </w:pPr>
      <w:r>
        <w:rPr>
          <w:b/>
        </w:rPr>
        <w:lastRenderedPageBreak/>
        <w:t>TIẾNG VIỆT</w:t>
      </w:r>
    </w:p>
    <w:p w:rsidR="008465D7" w:rsidRDefault="001D65D5">
      <w:pPr>
        <w:jc w:val="center"/>
      </w:pPr>
      <w:r>
        <w:rPr>
          <w:b/>
        </w:rPr>
        <w:t>CHỦ ĐIỂM: TRÁI ĐẤT CỦA CHÚNG MÌNH</w:t>
      </w:r>
    </w:p>
    <w:p w:rsidR="008465D7" w:rsidRDefault="001D65D5">
      <w:pPr>
        <w:jc w:val="center"/>
      </w:pPr>
      <w:r>
        <w:rPr>
          <w:b/>
        </w:rPr>
        <w:t>Bài 30: MỘT MÁI NHÀ CHUNG (T1+2)</w:t>
      </w:r>
    </w:p>
    <w:p w:rsidR="008465D7" w:rsidRDefault="001D65D5">
      <w:r>
        <w:rPr>
          <w:b/>
        </w:rPr>
        <w:t>I. YÊU CẦU CẦN ĐẠT:</w:t>
      </w:r>
    </w:p>
    <w:p w:rsidR="008465D7" w:rsidRDefault="001D65D5">
      <w:r>
        <w:rPr>
          <w:b/>
        </w:rPr>
        <w:t>1. Năng lực đặc thù:</w:t>
      </w:r>
    </w:p>
    <w:p w:rsidR="008465D7" w:rsidRDefault="001D65D5">
      <w:r>
        <w:t>- Học sinh đọc đúng, rõ ràng bài thơ “Một mái nhà chung”.</w:t>
      </w:r>
    </w:p>
    <w:p w:rsidR="008465D7" w:rsidRDefault="001D65D5">
      <w:r>
        <w:t xml:space="preserve">- Biết đọc bài thơ với ngữ điệu phù hợp với cảnh thiên nhiên </w:t>
      </w:r>
      <w:r>
        <w:t>sinh động.</w:t>
      </w:r>
    </w:p>
    <w:p w:rsidR="008465D7" w:rsidRDefault="001D65D5">
      <w:r>
        <w:t>- Biết nghỉ hơi sau mỗi dòng thơ, khổ thơ; bước đầu biết đọc diễn cảm bài thơ.</w:t>
      </w:r>
    </w:p>
    <w:p w:rsidR="008465D7" w:rsidRDefault="001D65D5">
      <w:r>
        <w:t>- Hiểu nội dung bài: Mọi vật đều có mái nhà riêng nhưng đều sống chung dưới bầu trời; vì thế cần bảo vệ và giữ gìn mái nhà chung đó.</w:t>
      </w:r>
    </w:p>
    <w:p w:rsidR="008465D7" w:rsidRDefault="001D65D5">
      <w:r>
        <w:t>- Ôn lại chữ viết hoa M, N, V kiể</w:t>
      </w:r>
      <w:r>
        <w:t>u 2 qua viết ứng dụng.</w:t>
      </w:r>
    </w:p>
    <w:p w:rsidR="008465D7" w:rsidRDefault="001D65D5">
      <w:r>
        <w:t>- Hình thành và phát triển năng lực văn học; có khả năng quan sát các sự vật xung quanh, có tình yêu với thiên nhiên, đất nước.</w:t>
      </w:r>
    </w:p>
    <w:p w:rsidR="008465D7" w:rsidRDefault="001D65D5">
      <w:r>
        <w:t>- Phát triển năng lực ngôn ngữ thông qua đọc, trả lời câu hỏi, luyện đọc thuộc lòng và luyện viết.</w:t>
      </w:r>
    </w:p>
    <w:p w:rsidR="008465D7" w:rsidRDefault="001D65D5">
      <w:r>
        <w:rPr>
          <w:b/>
        </w:rPr>
        <w:t>2. Năn</w:t>
      </w:r>
      <w:r>
        <w:rPr>
          <w:b/>
        </w:rPr>
        <w:t>g lực chung:</w:t>
      </w:r>
    </w:p>
    <w:p w:rsidR="008465D7" w:rsidRDefault="001D65D5">
      <w:r>
        <w:t>- Năng lực tự chủ, tự học: Lắng nghe, đọc bài và trả lời câu hỏi; nêu được nội dung bài.</w:t>
      </w:r>
    </w:p>
    <w:p w:rsidR="008465D7" w:rsidRDefault="001D65D5">
      <w:r>
        <w:t>- Năng lực giao tiếp và hợp tác: Tham gia đọc trong nhóm, trao đổi với bạn về nội dung bài thơ.</w:t>
      </w:r>
    </w:p>
    <w:p w:rsidR="008465D7" w:rsidRDefault="001D65D5">
      <w:r>
        <w:t>- Năng lực giải quyết vấn đề và sáng tạo: Liên hệ nội dung</w:t>
      </w:r>
      <w:r>
        <w:t xml:space="preserve"> bài thơ với việc bảo vệ môi trường sống xung quanh.</w:t>
      </w:r>
    </w:p>
    <w:p w:rsidR="008465D7" w:rsidRDefault="001D65D5">
      <w:r>
        <w:rPr>
          <w:b/>
        </w:rPr>
        <w:t>3. Phẩm chất:</w:t>
      </w:r>
    </w:p>
    <w:p w:rsidR="008465D7" w:rsidRDefault="001D65D5">
      <w:r>
        <w:t>- Phẩm chất yêu nước: Biết yêu quê hương, đất nước qua bài thơ.</w:t>
      </w:r>
    </w:p>
    <w:p w:rsidR="008465D7" w:rsidRDefault="001D65D5">
      <w:r>
        <w:t>- Phẩm chất nhân ái: Biết yêu quý con người, cây cối, loài vật cùng sống dưới mái nhà chung.</w:t>
      </w:r>
    </w:p>
    <w:p w:rsidR="008465D7" w:rsidRDefault="001D65D5">
      <w:r>
        <w:t>- Phẩm chất chăm chỉ: Chăm chỉ đ</w:t>
      </w:r>
      <w:r>
        <w:t>ọc bài, luyện viết, trả lời câu hỏi.</w:t>
      </w:r>
    </w:p>
    <w:p w:rsidR="008465D7" w:rsidRDefault="001D65D5">
      <w:r>
        <w:t>- Phẩm chất trách nhiệm: Có ý thức giữ trật tự, học tập nghiêm túc và bảo vệ môi trường sống.</w:t>
      </w:r>
    </w:p>
    <w:p w:rsidR="008465D7" w:rsidRDefault="001D65D5">
      <w:r>
        <w:rPr>
          <w:b/>
        </w:rPr>
        <w:t>4. Tích hợp:</w:t>
      </w:r>
    </w:p>
    <w:p w:rsidR="008465D7" w:rsidRDefault="001D65D5">
      <w:r>
        <w:rPr>
          <w:color w:val="FF0000"/>
        </w:rPr>
        <w:t xml:space="preserve">- Tích hợp bảo vệ môi trường: Giáo dục học sinh biết yêu quý bầu trời, cây xanh, nguồn nước, nơi ở của các loài </w:t>
      </w:r>
      <w:r>
        <w:rPr>
          <w:color w:val="FF0000"/>
        </w:rPr>
        <w:t>vật; biết thực hiện những việc làm vừa sức để bảo vệ mái nhà chung Trái Đất.</w:t>
      </w:r>
    </w:p>
    <w:p w:rsidR="008465D7" w:rsidRDefault="001D65D5">
      <w:r>
        <w:rPr>
          <w:b/>
        </w:rPr>
        <w:t>II. ĐỒ DÙNG DẠY HỌC:</w:t>
      </w:r>
    </w:p>
    <w:p w:rsidR="008465D7" w:rsidRDefault="001D65D5">
      <w:r>
        <w:t>- Kế hoạch bài dạy, bài giảng PowerPoint.</w:t>
      </w:r>
    </w:p>
    <w:p w:rsidR="008465D7" w:rsidRDefault="001D65D5">
      <w:r>
        <w:t>- SGK và các thiết bị, học liệu phục vụ cho tiết dạy.</w:t>
      </w:r>
    </w:p>
    <w:p w:rsidR="008465D7" w:rsidRDefault="001D65D5">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5102"/>
      </w:tblGrid>
      <w:tr w:rsidR="008465D7">
        <w:trPr>
          <w:jc w:val="center"/>
        </w:trPr>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giáo viên</w:t>
            </w:r>
          </w:p>
        </w:tc>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 xml:space="preserve">Hoạt động của </w:t>
            </w:r>
            <w:r>
              <w:rPr>
                <w:b/>
              </w:rPr>
              <w:t>học sinh</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- 1. Khởi động.</w:t>
            </w:r>
          </w:p>
          <w:p w:rsidR="008465D7" w:rsidRDefault="001D65D5">
            <w:r>
              <w:rPr>
                <w:b/>
              </w:rPr>
              <w:t>- Mục tiêu: Tạo không khí vui vẻ, khấn khởi trước giờ học.</w:t>
            </w:r>
          </w:p>
          <w:p w:rsidR="008465D7" w:rsidRDefault="001D65D5">
            <w:r>
              <w:rPr>
                <w:b/>
              </w:rPr>
              <w:t>- Mục tiêu: Kiểm tra kiến thức đã học của học sinh ở bài trước.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trò chơi để khởi động bài học.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trò chơi.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câu hỏi 1: Đọc đoạn 1 bài </w:t>
            </w:r>
            <w:r>
              <w:t>“Bác sĩ Y-éc-xanh” và trả lời câu hỏi: Y-éc-xanh là ai? Vì sao bà khách ao ước gặp ông?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đọc và trả lời: Y-éc-xanh là người đã tìm ra vi trùng dịch hạch. Bà khách ao ước gặp ông phần vì ngưỡng mộ, phần vì tò mò </w:t>
            </w:r>
            <w:r>
              <w:lastRenderedPageBreak/>
              <w:t>muốn biết điều gì khiến ông chọn cuộc sốn</w:t>
            </w:r>
            <w:r>
              <w:t>g nơi góc biển chân trời này để nghiên cứu những bệnh nhiệt đới.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2: Đọc đoạn 4 bài “Bác sĩ Y-éc-xanh” và nêu nội dung bài.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và trả lời: Bài văn cho biết vì trách nhiệm, bổn phận với ngô</w:t>
            </w:r>
            <w:r>
              <w:t>i nhà chung Trái Đất, bác sĩ Y-éc-xanh đã phải xa gia đình, Tổ quốc của mình đến giúp đỡ nhân dân Việt Nam.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dẫn dắt vào bài mới.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- 2. Khám phá.</w:t>
            </w:r>
          </w:p>
          <w:p w:rsidR="008465D7" w:rsidRDefault="001D65D5">
            <w:r>
              <w:rPr>
                <w:b/>
              </w:rPr>
              <w:t>- Mục tiêu: Đọc đúng bài thơ, hiểu nội</w:t>
            </w:r>
            <w:r>
              <w:rPr>
                <w:b/>
              </w:rPr>
              <w:t xml:space="preserve"> dung bài thơ, luyện đọc thuộc lòng và hình thành ý thức bảo vệ mái nhà chung của muôn loài.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- 2.1. Hoạt động 1: Đọc văn bản.</w:t>
            </w:r>
          </w:p>
          <w:p w:rsidR="008465D7" w:rsidRDefault="001D65D5">
            <w:r>
              <w:t>- GV giới thiệu bài đọc qua tranh minh họa: Tranh vẽ bầu trời cao xanh, ôm lấy vạn vật, từ con người đến cỏ cây, muôn loài.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w:t>
            </w:r>
            <w:r>
              <w:t>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đọc mẫu: Đọc diễn cảm, nhấn giọng ở những từ ngữ giàu sức gợi tả, gợi cảm; giọng đọc thể hiện cảm xúc tươi vui trước hình ảnh thiên nhiên.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cách đọc.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dừng ở khổ thơ thứ hai và hỏi: Còn mái nhà của em có đặc điểm gì?</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w:t>
            </w:r>
            <w:r>
              <w:t>S trả lời theo suy nghĩ riêng.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đọc: Đọc trôi chảy toàn bài, chú ý đọc đúng, rõ ràng các câu thơ; giữa các khổ thơ nghỉ hơi dài hơn; giọng đọc thể hiện thiên nhiên sinh động.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chia khổ thơ: Khổ 1 từ đầu đến “xanh rập rìn</w:t>
            </w:r>
            <w:r>
              <w:t>h”; khổ 2 tiếp theo đến “tròn vo bên mình”; khổ 3 tiếp theo đến “hoa giấy lợp hồng”; khổ 4 tiếp theo đến “xanh đến vô cùng”; khổ 5 tiếp theo đến “bảy sắc cầu vồng”; khổ 6 là phần còn lại.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và đánh dấu các khổ thơ nếu cần.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gọi HS đọc nối </w:t>
            </w:r>
            <w:r>
              <w:t>tiếp theo khổ thơ.</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nối tiếp theo khổ thơ.</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luyện đọc từ khó: dím, rập rình.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từ khó.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luyện đọc ngắt nhịp thơ.</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- 2 - 3 HS đọc câu thơ, chú ý ngắt nhịp.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giải thích thêm một số từ khó hiểu.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w:t>
            </w:r>
            <w:r>
              <w:t xml:space="preserve">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cho HS luyện đọc khổ thơ theo nhóm 4.</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luyện đọc theo nhóm 4.</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gọi 1 HS đọc toàn bài.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toàn bài.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các nhóm.</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- 2.2. Hoạt động 2: Trả lời câu hỏi.</w:t>
            </w:r>
          </w:p>
          <w:p w:rsidR="008465D7" w:rsidRDefault="001D65D5">
            <w:r>
              <w:t>- GV gọi HS đọc và trả lời lần lượ</w:t>
            </w:r>
            <w:r>
              <w:t>t 5 câu hỏi trong SGK.</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lần lượt các câu hỏi.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hỗ trợ HS gặp khó khăn, lưu ý rèn cách trả lời đầy đủ câu.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trả lời bằng câu đầy đủ.</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1: Bài thơ nhắc đến mái nhà riêng của những con vật nào?</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trả lời: Bài thơ </w:t>
            </w:r>
            <w:r>
              <w:t>nhắc đến mái nhà riêng của chim, cá, dím, ốc.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2: Ghép từ ngữ ở A với từ ngữ ở B để nói đúng đặc điểm ngôi nhà của từng con vật.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và thực hiện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880000" cy="7410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8"/>
                          <a:stretch>
                            <a:fillRect/>
                          </a:stretch>
                        </pic:blipFill>
                        <pic:spPr>
                          <a:xfrm>
                            <a:off x="0" y="0"/>
                            <a:ext cx="2880000" cy="741053"/>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Mái nhà của chim - lợp nghìn lá biếc; mái nhà của cá - só</w:t>
            </w:r>
            <w:r>
              <w:t>ng xanh rập rình; mái nhà của dím - sâu trong lòng đất; mái nhà của ốc - tròn vo bên mình.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thêm: Vì sao chúng lại được gọi là ngôi nhà của mỗi con vật?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Vì đó là nơi ở, nơi trú ẩn, nơi giúp các con vật được an toàn.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thêm: Đ</w:t>
            </w:r>
            <w:r>
              <w:t>iều gì xảy ra nếu các con vật đó không còn nơi để ở?</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Các con vật sẽ gặp nguy hiểm, khó kiếm ăn, khó sinh sống và có thể bị chết.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xml:space="preserve">- GV tích hợp bảo vệ môi trường: GV giúp HS hiểu mỗi con vật đều cần có nơi ở riêng để sinh sống an toàn. Nếu </w:t>
            </w:r>
            <w:r>
              <w:rPr>
                <w:color w:val="FF0000"/>
              </w:rPr>
              <w:t>con người chặt phá cây rừng, làm ô nhiễm sông hồ, vứt rác bừa bãi, phá tổ chim, bắt ốc, bắt cá tùy tiện thì mái nhà của các loài vật sẽ bị ảnh hưởng. Bảo vệ môi trường không phải là việc xa vời; HS có thể thực hiện từ những việc nhỏ như không bẻ cành, khôn</w:t>
            </w:r>
            <w:r>
              <w:rPr>
                <w:color w:val="FF0000"/>
              </w:rPr>
              <w:t>g hái hoa trong sân trường, bỏ rác đúng nơi quy định, tiết kiệm nước, chăm sóc cây xanh và nhắc bạn cùng giữ gìn cảnh quan lớp học, trường học.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xml:space="preserve">- HS lắng nghe và nêu lại: Em cần bảo vệ cây xanh, nguồn nước, không phá nơi ở của con vật, bỏ rác đúng nơi quy </w:t>
            </w:r>
            <w:r>
              <w:rPr>
                <w:color w:val="FF0000"/>
              </w:rPr>
              <w:t>định và cùng bạn giữ gìn mái nhà chung Trái Đất.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3: Giới thiệu về mái nhà riêng của các bạn nhỏ trong bài thơ.</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trả lời: Mái nhà của mỗi bạn nhỏ trong bài thơ rất khác nhau; có mái nhà rợp bóng </w:t>
            </w:r>
            <w:r>
              <w:lastRenderedPageBreak/>
              <w:t>cây xanh mát của giàn gấc lúc lỉu quả ch</w:t>
            </w:r>
            <w:r>
              <w:t>ín đỏ; có mái nhà được tô điểm bởi sắc hoa giấy rực rỡ.</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nêu câu hỏi 4: Mái nhà chung của muôn loài là gì?</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Mái nhà chung của muôn loài là bầu trời xanh, xanh đến vô cùng.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thêm: Tìm từ ngữ miêu tả bầu trời xanh - mái nhà chung c</w:t>
            </w:r>
            <w:r>
              <w:t>ủa muôn vật trong bài thơ “Một mái nhà chung”.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Các từ ngữ là xanh, xanh đến vô cùng, rực rỡ, bảy sắc cầu vồng.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thêm: Vì sao bầu trời là mái nhà chung?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trả lời: Vì từ con người đến muôn vật đều sống chung dưới một bầu trời. Bầu </w:t>
            </w:r>
            <w:r>
              <w:t>trời ôm ấp, che chở, cung cấp không khí cho con người, loài vật và cây cối.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5: Em muốn nói điều gì với những người bạn cùng chung sống dưới mái nhà chung?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nêu theo suy nghĩ riêng: Hãy chung tay bảo vệ bầu trời vì bầu trời là mái nhà </w:t>
            </w:r>
            <w:r>
              <w:t>chung che chở và bảo vệ muôn loài.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nêu nội dung bài thơ.</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nêu theo hiểu biết của mình.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chốt: Mọi vật đều có mái nhà riêng nhưng đều sống chung dưới bầu trời. Vì thế hãy bảo vệ và giữ gìn mái nhà chung đó.</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- 2 - 3 HS nhắc lại nội dung</w:t>
            </w:r>
            <w:r>
              <w:t xml:space="preserve"> bài thơ.</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- 2.3. Hoạt động 3: Luyện đọc thuộc lòng.</w:t>
            </w:r>
          </w:p>
          <w:p w:rsidR="008465D7" w:rsidRDefault="001D65D5">
            <w:r>
              <w:t>- GV cho HS chọn 4 khổ thơ mình thích và đọc một lượt.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chọn 4 khổ thơ và đọc lần lượt.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luyện đọc theo cặp.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luyện đọc theo cặp.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luyện đọc nối tiếp.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luyện đọc nối </w:t>
            </w:r>
            <w:r>
              <w:t>tiếp.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một số HS thi đọc thuộc lòng trước lớp.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Một số HS thi đọc thuộc lòng trước lớp.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- 3. Luyện viết.</w:t>
            </w:r>
          </w:p>
          <w:p w:rsidR="008465D7" w:rsidRDefault="001D65D5">
            <w:r>
              <w:rPr>
                <w:b/>
              </w:rPr>
              <w:t>- Mục tiêu: Ôn chữ viết hoa M, N, V kiểu 2; viết đúng tên riêng và câu ứng dụng; phát triển năn</w:t>
            </w:r>
            <w:r>
              <w:rPr>
                <w:b/>
              </w:rPr>
              <w:t>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- 3.1. Hoạt động 4: Ôn chữ viết hoa.</w:t>
            </w:r>
          </w:p>
          <w:p w:rsidR="008465D7" w:rsidRDefault="001D65D5">
            <w:r>
              <w:t>- GV dùng video giới thiệu lại cách viết chữ hoa M, N, V kiểu 2.</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video.</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viết mẫu lên bảng.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viết bảng con hoặc vở nháp.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viết bảng con.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w:t>
            </w:r>
            <w:r>
              <w:t xml:space="preserve"> sửa sai.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và sửa sai nếu có.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cho HS viết vào vở.</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viết vào vở chữ hoa M, N, V kiểu 2.</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chấm một số bài,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- 3.2. Hoạt động 5: Viết ứng dụng.</w:t>
            </w:r>
          </w:p>
          <w:p w:rsidR="008465D7" w:rsidRDefault="001D65D5">
            <w:r>
              <w:t>- GV mời HS đọc tên riêng.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đọc tên riêng: </w:t>
            </w:r>
            <w:r>
              <w:t>Việt Nam.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giới thiệu: Việt Nam là đất nước hình chữ S, thuộc khu vực Đông Nam Á.</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viết tên riêng vào vở.</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viết tên riêng Việt Nam vào vở.</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 bổ sung.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đọc c</w:t>
            </w:r>
            <w:r>
              <w:t>âu ứng dụng.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câu: “Tháp Mười đẹp nhất bông sen / Việt Nam đẹp nhất có tên Bác Hồ.”</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giới thiệu câu ứng dụng: Câu ca dao chứa chan tình cảm, tình yêu của người miền Nam kính dâng lên Bác; qua câu ca dao, hình ảnh Bác càng cao đẹp, gần gũi vớ</w:t>
            </w:r>
            <w:r>
              <w:t>i nhân dân.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nhắc HS viết hoa các chữ trong câu thơ: T, M, V, N, B, H; lưu ý cách viết thơ lục bát.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và ghi nhớ.</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viết vào vở.</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viết câu thơ vào vở.</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nhận xét chéo nhau trong bàn.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nhận</w:t>
            </w:r>
            <w:r>
              <w:t xml:space="preserve"> xét chéo nhau.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chấm một số bài,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- 4. Vận dụng.</w:t>
            </w:r>
          </w:p>
          <w:p w:rsidR="008465D7" w:rsidRDefault="001D65D5">
            <w:r>
              <w:rPr>
                <w:b/>
              </w:rPr>
              <w:t>- Mục tiêu: Củng cố kiến thức đã học; vận dụng vào thực tiễn; tạo không khí vui vẻ sau bài học;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vận dụng để củng cố ki</w:t>
            </w:r>
            <w:r>
              <w:t>ến thức và vận dụng bài học vào thực tiễn cho học sinh.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để vận dụng kiến thức đã học vào thực tiễn.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quan sát video cảnh đẹp một số nơi ở Việt Nam.</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video.</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câu hỏi: Em thấy có những cảnh đẹp nào mà em thích </w:t>
            </w:r>
            <w:r>
              <w:t>ở Việt Nam?</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các câu hỏi theo hiểu biết của bản thân.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Em cần làm gì để bảo vệ những cảnh đẹp đó?</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Em cần không xả rác, không bẻ cây, không vẽ bậy, biết nhắc người thân và bạn bè cùng giữ gìn cảnh đẹp.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hướng dẫn các</w:t>
            </w:r>
            <w:r>
              <w:t xml:space="preserve"> em có trách nhiệm bảo vệ môi trường và tuyên truyền với mọi người cùng nhau bảo vệ môi trường.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 và thực hiện.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rút kinh nghiệm.</w:t>
            </w:r>
          </w:p>
        </w:tc>
      </w:tr>
    </w:tbl>
    <w:p w:rsidR="008465D7" w:rsidRDefault="001D65D5">
      <w:r>
        <w:rPr>
          <w:b/>
        </w:rPr>
        <w:t>IV. Điều chỉnh sau bài dạy:</w:t>
      </w:r>
    </w:p>
    <w:p w:rsidR="008465D7" w:rsidRDefault="001D65D5">
      <w:r>
        <w:t>..................................</w:t>
      </w:r>
      <w:r>
        <w:t>.....................................................................................................</w:t>
      </w:r>
    </w:p>
    <w:p w:rsidR="008465D7" w:rsidRDefault="001D65D5">
      <w:r>
        <w:t>.......................................................................................................................................</w:t>
      </w:r>
    </w:p>
    <w:p w:rsidR="008465D7" w:rsidRDefault="001D65D5">
      <w:r>
        <w:t>..................</w:t>
      </w:r>
      <w:r>
        <w:t>.....................................................................................................................</w:t>
      </w:r>
    </w:p>
    <w:p w:rsidR="008465D7" w:rsidRDefault="001D65D5">
      <w:r>
        <w:br w:type="page"/>
      </w:r>
    </w:p>
    <w:p w:rsidR="008465D7" w:rsidRDefault="001D65D5">
      <w:pPr>
        <w:jc w:val="center"/>
      </w:pPr>
      <w:r>
        <w:rPr>
          <w:b/>
        </w:rPr>
        <w:lastRenderedPageBreak/>
        <w:t>TIẾNG VIỆT</w:t>
      </w:r>
    </w:p>
    <w:p w:rsidR="008465D7" w:rsidRDefault="001D65D5">
      <w:pPr>
        <w:jc w:val="center"/>
      </w:pPr>
      <w:r>
        <w:rPr>
          <w:b/>
        </w:rPr>
        <w:t>LUYỆN TỪ VÀ CÂU (Tiết 3)</w:t>
      </w:r>
    </w:p>
    <w:p w:rsidR="008465D7" w:rsidRDefault="001D65D5">
      <w:r>
        <w:rPr>
          <w:b/>
        </w:rPr>
        <w:t>I. YÊU CẦU CẦN ĐẠT:</w:t>
      </w:r>
    </w:p>
    <w:p w:rsidR="008465D7" w:rsidRDefault="001D65D5">
      <w:r>
        <w:rPr>
          <w:b/>
        </w:rPr>
        <w:t>1. Năng lực đặc thù:</w:t>
      </w:r>
    </w:p>
    <w:p w:rsidR="008465D7" w:rsidRDefault="001D65D5">
      <w:r>
        <w:t>- Mở rộng vốn từ về Trái Đất.</w:t>
      </w:r>
    </w:p>
    <w:p w:rsidR="008465D7" w:rsidRDefault="001D65D5">
      <w:r>
        <w:t xml:space="preserve">- Biết dựa vào tranh và mẫu </w:t>
      </w:r>
      <w:r>
        <w:t>gợi ý để tạo câu kể, câu hỏi.</w:t>
      </w:r>
    </w:p>
    <w:p w:rsidR="008465D7" w:rsidRDefault="001D65D5">
      <w:r>
        <w:t>- Biết dựa vào nội dung và hình thức của câu để phân biệt kiểu câu phân loại theo mục đích nói, chuyển câu đã cho thành câu cảm hoặc câu khiến.</w:t>
      </w:r>
    </w:p>
    <w:p w:rsidR="008465D7" w:rsidRDefault="001D65D5">
      <w:r>
        <w:t>- Nói được nội dung tranh về Trái Đất; bước đầu viết được câu, đoạn ngắn gắn với b</w:t>
      </w:r>
      <w:r>
        <w:t>ức tranh về Trái Đất.</w:t>
      </w:r>
    </w:p>
    <w:p w:rsidR="008465D7" w:rsidRDefault="001D65D5">
      <w:r>
        <w:t>- Hình thành và phát triển năng lực văn học; có khả năng quan sát các sự vật xung quanh; có tình yêu với thiên nhiên, đất nước.</w:t>
      </w:r>
    </w:p>
    <w:p w:rsidR="008465D7" w:rsidRDefault="001D65D5">
      <w:r>
        <w:t>- Phát triển năng lực ngôn ngữ thông qua luyện từ, đặt câu, hỏi - đáp và trình bày ý kiến.</w:t>
      </w:r>
    </w:p>
    <w:p w:rsidR="008465D7" w:rsidRDefault="001D65D5">
      <w:r>
        <w:rPr>
          <w:b/>
        </w:rPr>
        <w:t>2. Năng lực chu</w:t>
      </w:r>
      <w:r>
        <w:rPr>
          <w:b/>
        </w:rPr>
        <w:t>ng:</w:t>
      </w:r>
    </w:p>
    <w:p w:rsidR="008465D7" w:rsidRDefault="001D65D5">
      <w:r>
        <w:t>- Năng lực tự chủ, tự học: Lắng nghe, viết bài đúng, kịp thời và hoàn thành các nội dung trong SGK.</w:t>
      </w:r>
    </w:p>
    <w:p w:rsidR="008465D7" w:rsidRDefault="001D65D5">
      <w:r>
        <w:t>- Năng lực giao tiếp và hợp tác: Tham gia làm việc nhóm trong các hoạt động học tập.</w:t>
      </w:r>
    </w:p>
    <w:p w:rsidR="008465D7" w:rsidRDefault="001D65D5">
      <w:r>
        <w:t>- Năng lực giải quyết vấn đề và sáng tạo: Biết vận dụng từ ngữ đã h</w:t>
      </w:r>
      <w:r>
        <w:t>ọc để đặt câu, chuyển đổi kiểu câu phù hợp.</w:t>
      </w:r>
    </w:p>
    <w:p w:rsidR="008465D7" w:rsidRDefault="001D65D5">
      <w:r>
        <w:rPr>
          <w:b/>
        </w:rPr>
        <w:t>3. Phẩm chất:</w:t>
      </w:r>
    </w:p>
    <w:p w:rsidR="008465D7" w:rsidRDefault="001D65D5">
      <w:r>
        <w:t>- Phẩm chất yêu nước: Biết yêu quê hương, đất nước qua quan sát và tìm hiểu các hình ảnh trong bài.</w:t>
      </w:r>
    </w:p>
    <w:p w:rsidR="008465D7" w:rsidRDefault="001D65D5">
      <w:r>
        <w:t>- Phẩm chất nhân ái: Biết yêu quý và tôn trọng bạn trong làm việc nhóm.</w:t>
      </w:r>
    </w:p>
    <w:p w:rsidR="008465D7" w:rsidRDefault="001D65D5">
      <w:r>
        <w:t>- Phẩm chất chăm chỉ: Chăm</w:t>
      </w:r>
      <w:r>
        <w:t xml:space="preserve"> chỉ viết bài, trả lời câu hỏi.</w:t>
      </w:r>
    </w:p>
    <w:p w:rsidR="008465D7" w:rsidRDefault="001D65D5">
      <w:r>
        <w:t>- Phẩm chất trách nhiệm: Giữ trật tự, học tập nghiêm túc và có ý thức bảo vệ môi trường.</w:t>
      </w:r>
    </w:p>
    <w:p w:rsidR="008465D7" w:rsidRDefault="001D65D5">
      <w:r>
        <w:rPr>
          <w:b/>
        </w:rPr>
        <w:t>4. Tích hợp:</w:t>
      </w:r>
    </w:p>
    <w:p w:rsidR="008465D7" w:rsidRDefault="001D65D5">
      <w:r>
        <w:rPr>
          <w:color w:val="FF0000"/>
        </w:rPr>
        <w:t>- Tích hợp năng lực số 1.1.CB1a: Học sinh xác định được thông tin, tìm kiếm dữ liệu, thông tin và nội dung qua tìm kiếm đơ</w:t>
      </w:r>
      <w:r>
        <w:rPr>
          <w:color w:val="FF0000"/>
        </w:rPr>
        <w:t>n giản trong môi trường số; biết chọn lọc từ ngữ, hình ảnh phù hợp về Trái Đất, cảnh đẹp thiên nhiên và bảo vệ môi trường dưới sự hướng dẫn của GV.</w:t>
      </w:r>
    </w:p>
    <w:p w:rsidR="008465D7" w:rsidRDefault="001D65D5">
      <w:r>
        <w:rPr>
          <w:b/>
        </w:rPr>
        <w:t>II. ĐỒ DÙNG DẠY HỌC:</w:t>
      </w:r>
    </w:p>
    <w:p w:rsidR="008465D7" w:rsidRDefault="001D65D5">
      <w:r>
        <w:t>- Kế hoạch bài dạy, bài giảng PowerPoint.</w:t>
      </w:r>
    </w:p>
    <w:p w:rsidR="008465D7" w:rsidRDefault="001D65D5">
      <w:r>
        <w:t>- SGK và các thiết bị, học liệu phục vụ cho t</w:t>
      </w:r>
      <w:r>
        <w:t>iết dạy.</w:t>
      </w:r>
    </w:p>
    <w:p w:rsidR="008465D7" w:rsidRDefault="001D65D5">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5102"/>
      </w:tblGrid>
      <w:tr w:rsidR="008465D7">
        <w:trPr>
          <w:jc w:val="center"/>
        </w:trPr>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giáo viên</w:t>
            </w:r>
          </w:p>
        </w:tc>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học sinh</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- 1. Khởi động.</w:t>
            </w:r>
          </w:p>
          <w:p w:rsidR="008465D7" w:rsidRDefault="001D65D5">
            <w:r>
              <w:rPr>
                <w:b/>
              </w:rPr>
              <w:t>- Mục tiêu: Tạo không khí vui vẻ, khấn khởi trước giờ học.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trò chơi để khởi động bài học.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chơi.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câu hỏi 1: Đọc 2 khổ thơ </w:t>
            </w:r>
            <w:r>
              <w:t>đầu bài “Một mái nhà chung” và trả lời câu hỏi: Bài thơ nhắc đến những mái nhà riêng của những con vật nào?</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bài và trả lời: Bài thơ nhắc đến mái nhà của chim, cá, ốc, dím.</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câu hỏi 2: Đọc khổ thơ 4, 5 bài “Một mái nhà chung” và trả lời </w:t>
            </w:r>
            <w:r>
              <w:t xml:space="preserve">câu hỏi: </w:t>
            </w:r>
            <w:r>
              <w:lastRenderedPageBreak/>
              <w:t>Mái nhà chung của muôn loài là gì?</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HS trả lời: Mái nhà chung của muôn loài là bầu trời xanh, xanh đến vô cùng.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dẫn dắt vào bài mới.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- 2. Khám phá.</w:t>
            </w:r>
          </w:p>
          <w:p w:rsidR="008465D7" w:rsidRDefault="001D65D5">
            <w:r>
              <w:rPr>
                <w:b/>
              </w:rPr>
              <w:t xml:space="preserve">- Mục tiêu: Mở rộng vốn </w:t>
            </w:r>
            <w:r>
              <w:rPr>
                <w:b/>
              </w:rPr>
              <w:t>từ về Trái Đất; biết hỏi - đáp về nội dung tranh; biết chuyển câu kể thành câu cảm hoặc câu khiến;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- 2.1. Hoạt động 1: Luyện từ và câu.</w:t>
            </w:r>
          </w:p>
          <w:p w:rsidR="008465D7" w:rsidRDefault="001D65D5">
            <w:r>
              <w:rPr>
                <w:b/>
              </w:rPr>
              <w:t>- Bài 1: Xếp những từ ngữ dưới đây vào nhóm thích hợp.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bài tập 1.</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700000" cy="44844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9"/>
                          <a:stretch>
                            <a:fillRect/>
                          </a:stretch>
                        </pic:blipFill>
                        <pic:spPr>
                          <a:xfrm>
                            <a:off x="0" y="0"/>
                            <a:ext cx="2700000" cy="448443"/>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w:t>
            </w:r>
            <w:r>
              <w:t>đọc thầm các từ ngữ trong bài.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đọc yêu cầu bài 1.</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yêu cầu bài 1.</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giao nhiệm vụ cho các nhóm làm việc.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làm việc theo nhóm 2.</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đại diện nhóm trình bày.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Đại diện nhóm trình bày.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các nhóm nhận xét, bổ sun</w:t>
            </w:r>
            <w:r>
              <w:t>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nhận xét, bổ sung.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chốt đáp án.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bổ sung.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880000" cy="7507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0"/>
                          <a:stretch>
                            <a:fillRect/>
                          </a:stretch>
                        </pic:blipFill>
                        <pic:spPr>
                          <a:xfrm>
                            <a:off x="0" y="0"/>
                            <a:ext cx="2880000" cy="750732"/>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đối chiếu kết quả: Các dạng địa hình trên Trái Đất gồm biển, sông, núi, đồi, rừng, đại dương, sa mạc; hoạt động bảo vệ Trái Đất gồm tiết kiệm nước, bảo vệ động vậ</w:t>
            </w:r>
            <w:r>
              <w:t>t hoang dã, trồng rừng, tiết kiệm điện; hoạt động gây hại cho Trái Đất gồm phá rừng, sử dụng túi ni lông, lãng phí nước.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xml:space="preserve">- GV tích hợp năng lực số 1.1.CB1a: GV hướng dẫn HS khi cần tìm thêm từ ngữ hoặc hình ảnh về Trái Đất trên môi trường số, các em phải </w:t>
            </w:r>
            <w:r>
              <w:rPr>
                <w:color w:val="FF0000"/>
              </w:rPr>
              <w:t>biết xác định thông tin cần tìm, ví dụ: cảnh đẹp thiên nhiên, việc làm bảo vệ môi trường, việc làm gây hại cho Trái Đất. HS chỉ tìm kiếm đơn giản dưới sự hướng dẫn của GV hoặc cha mẹ, biết chọn thông tin, hình ảnh phù hợp với bài học, không chọn hình ảnh đ</w:t>
            </w:r>
            <w:r>
              <w:rPr>
                <w:color w:val="FF0000"/>
              </w:rPr>
              <w:t>áng sợ, không phù hợp lứa tuổi, không sao chép tùy tiện nội dung không rõ nguồn. GV nhấn mạnh: thông tin tìm được cần giúp em học tốt hơn và biết yêu, bảo vệ Trái Đất.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xml:space="preserve">- HS lắng nghe và nêu lại: Khi tìm thông tin về Trái Đất, em cần tìm đúng nội dung cô </w:t>
            </w:r>
            <w:r>
              <w:rPr>
                <w:color w:val="FF0000"/>
              </w:rPr>
              <w:t>giao, chọn thông tin phù hợp, hỏi người lớn khi chưa chắc chắn và không tự ý lấy, chia sẻ hình ảnh không phù hợp.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lastRenderedPageBreak/>
              <w:t>- Bài 2: Cùng bạn hỏi - đáp về nội dung tranh. Viết vào vở câu hỏi, câu trả lời của em và bạn.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yêu cầu bài 2.</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520000" cy="1730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png"/>
                          <pic:cNvPicPr/>
                        </pic:nvPicPr>
                        <pic:blipFill>
                          <a:blip r:embed="rId11"/>
                          <a:stretch>
                            <a:fillRect/>
                          </a:stretch>
                        </pic:blipFill>
                        <pic:spPr>
                          <a:xfrm>
                            <a:off x="0" y="0"/>
                            <a:ext cx="2520000" cy="1730769"/>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w:t>
            </w:r>
            <w:r>
              <w:t xml:space="preserve"> tranh và suy nghĩ nội dung tranh.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nêu yêu cầu bài tập 2.</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- 1 HS đọc yêu cầu bài tập 2.</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làm mẫu trước lớp: Cô công nhân đang làm gì? Cô ấy đang phát cỏ.</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làm mẫu trước lớp.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giao nhiệm vụ cho HS suy nghĩ, hỏi đáp về những</w:t>
            </w:r>
            <w:r>
              <w:t xml:space="preserve"> vật được vẽ trong tranh.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thảo luận và thực hành hỏi - đáp.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thực hành hỏi đáp theo câu đã đặt.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Một số HS trình bày kết quả.</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khác nhận xét.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nhận xét bạn.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 bổ sung.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nói </w:t>
            </w:r>
            <w:r>
              <w:t xml:space="preserve">thêm: Vừa rồi cả lớp đã nói cho nhau nghe về nội dung bức tranh. Những điều các em vừa trao đổi cho thấy đây là bức tranh rất đẹp, nội dung tranh vẽ về khung cảnh thiên nhiên xanh tươi và những việc làm của con người góp phần bảo vệ khung cảnh thiên nhiên </w:t>
            </w:r>
            <w:r>
              <w:t>ấy.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Bài 3: Chuyển câu kể thành câu cảm hoặc câu khiến.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bài tập 3.</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916000" cy="218472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ic:nvPicPr>
                        <pic:blipFill>
                          <a:blip r:embed="rId12"/>
                          <a:stretch>
                            <a:fillRect/>
                          </a:stretch>
                        </pic:blipFill>
                        <pic:spPr>
                          <a:xfrm>
                            <a:off x="0" y="0"/>
                            <a:ext cx="2916000" cy="2184729"/>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bảng gợi ý cách chuyển câu.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yêu cầu HS đọc yêu cầu bài 3.</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yêu cầu bài tập 3.</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làm mẫu.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gợi ý:</w:t>
            </w:r>
            <w:r>
              <w:t xml:space="preserve"> Câu cảm thường dùng những từ ôi, chao ôi, trời ơi ở đầu câu; thế, quá, lắm ở cuối câu; dấu chấm than khi kết thúc câu để bộc lộ cảm xúc.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giao nhiệm vụ làm việc theo nhóm 4, chuyển các câu kể a, b, c, d thành câu cảm hoặc câu </w:t>
            </w:r>
            <w:r>
              <w:t>khiến.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làm việc theo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các nhóm trình bày kết quả.</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Đại diện nhóm trình bày.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các nhóm khác nhận xét.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nhận xét chéo nhau.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thêm: Vì sao em cho đó là câu cảm hoặc câu khiến?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theo ý k</w:t>
            </w:r>
            <w:r>
              <w:t>iến cá nhân.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 chốt đáp án.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- 3. Củng cố - dặn dò.</w:t>
            </w:r>
          </w:p>
          <w:p w:rsidR="008465D7" w:rsidRDefault="001D65D5">
            <w:r>
              <w:rPr>
                <w:b/>
              </w:rPr>
              <w:t>- Mục tiêu: Củng cố nội dung luyện từ và câu, giúp HS vận dụng cách đặt câu vào giao tiếp hằng ngày.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nhắc lại một số từ ngữ thuộc chủ điểm</w:t>
            </w:r>
            <w:r>
              <w:t xml:space="preserve"> Trái Đất.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nhắc lại các từ ngữ: biển, sông, núi, rừng, tiết kiệm nước, trồng cây, bảo vệ động vật.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đặt một câu cảm hoặc câu khiến về bảo vệ môi trường.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đặt câu: Chúng ta hãy bỏ rác đúng nơi quy định! / Ôi, bầu trời hôm nay đẹp qu</w:t>
            </w:r>
            <w:r>
              <w:t>á!</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dặn HS về nhà luyện đặt thêm câu và chuẩn bị bài sau.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và thực hiện.</w:t>
            </w:r>
          </w:p>
        </w:tc>
      </w:tr>
    </w:tbl>
    <w:p w:rsidR="008465D7" w:rsidRDefault="001D65D5">
      <w:r>
        <w:rPr>
          <w:b/>
        </w:rPr>
        <w:t>IV. Điều chỉnh sau bài dạy:</w:t>
      </w:r>
    </w:p>
    <w:p w:rsidR="008465D7" w:rsidRDefault="001D65D5">
      <w:r>
        <w:t>.............................................................................................................................</w:t>
      </w:r>
      <w:r>
        <w:t>..........</w:t>
      </w:r>
    </w:p>
    <w:p w:rsidR="008465D7" w:rsidRDefault="001D65D5">
      <w:r>
        <w:t>.......................................................................................................................................</w:t>
      </w:r>
    </w:p>
    <w:p w:rsidR="008465D7" w:rsidRDefault="001D65D5">
      <w:r>
        <w:t>.............................................................................................................</w:t>
      </w:r>
      <w:r>
        <w:t>..........................</w:t>
      </w:r>
    </w:p>
    <w:p w:rsidR="008465D7" w:rsidRDefault="001D65D5">
      <w:r>
        <w:br w:type="page"/>
      </w:r>
    </w:p>
    <w:p w:rsidR="008465D7" w:rsidRDefault="001D65D5">
      <w:pPr>
        <w:jc w:val="center"/>
      </w:pPr>
      <w:r>
        <w:rPr>
          <w:b/>
        </w:rPr>
        <w:lastRenderedPageBreak/>
        <w:t>TIẾNG VIỆT</w:t>
      </w:r>
    </w:p>
    <w:p w:rsidR="008465D7" w:rsidRDefault="001D65D5">
      <w:pPr>
        <w:jc w:val="center"/>
      </w:pPr>
      <w:r>
        <w:rPr>
          <w:b/>
        </w:rPr>
        <w:t>TẬP LÀM VĂN (Tiết 4)</w:t>
      </w:r>
    </w:p>
    <w:p w:rsidR="008465D7" w:rsidRDefault="001D65D5">
      <w:r>
        <w:rPr>
          <w:b/>
        </w:rPr>
        <w:t>I. YÊU CẦU CẦN ĐẠT:</w:t>
      </w:r>
    </w:p>
    <w:p w:rsidR="008465D7" w:rsidRDefault="001D65D5">
      <w:r>
        <w:rPr>
          <w:b/>
        </w:rPr>
        <w:t>1. Năng lực đặc thù:</w:t>
      </w:r>
    </w:p>
    <w:p w:rsidR="008465D7" w:rsidRDefault="001D65D5">
      <w:r>
        <w:t>- Nói được nội dung tranh về Trái Đất.</w:t>
      </w:r>
    </w:p>
    <w:p w:rsidR="008465D7" w:rsidRDefault="001D65D5">
      <w:r>
        <w:t>- Viết được đoạn văn tả bức tranh về Trái Đất theo gợi ý.</w:t>
      </w:r>
    </w:p>
    <w:p w:rsidR="008465D7" w:rsidRDefault="001D65D5">
      <w:r>
        <w:t>- Biết trao đổi bài làm với bạn để góp ý, sửa lỗi và bình</w:t>
      </w:r>
      <w:r>
        <w:t xml:space="preserve"> chọn đoạn văn hay.</w:t>
      </w:r>
    </w:p>
    <w:p w:rsidR="008465D7" w:rsidRDefault="001D65D5">
      <w:r>
        <w:t>- Đọc mở rộng bài văn, bài thơ viết về hành tinh xanh như vẻ đẹp của bầu trời, Trái Đất, trách nhiệm bảo vệ hành tinh xanh, sống nhân ái, hòa thuận.</w:t>
      </w:r>
    </w:p>
    <w:p w:rsidR="008465D7" w:rsidRDefault="001D65D5">
      <w:r>
        <w:t>- Hình thành và phát triển năng lực văn học; có khả năng quan sát các sự vật xung quanh</w:t>
      </w:r>
      <w:r>
        <w:t>; có tình yêu với thiên nhiên, đất nước.</w:t>
      </w:r>
    </w:p>
    <w:p w:rsidR="008465D7" w:rsidRDefault="001D65D5">
      <w:r>
        <w:t>- Phát triển năng lực ngôn ngữ thông qua nói, viết, đọc mở rộng và chia sẻ phiếu đọc sách.</w:t>
      </w:r>
    </w:p>
    <w:p w:rsidR="008465D7" w:rsidRDefault="001D65D5">
      <w:r>
        <w:rPr>
          <w:b/>
        </w:rPr>
        <w:t>2. Năng lực chung:</w:t>
      </w:r>
    </w:p>
    <w:p w:rsidR="008465D7" w:rsidRDefault="001D65D5">
      <w:r>
        <w:t>- Năng lực tự chủ, tự học: Lắng nghe, viết bài đúng, kịp thời và hoàn thành các nội dung trong SGK.</w:t>
      </w:r>
    </w:p>
    <w:p w:rsidR="008465D7" w:rsidRDefault="001D65D5">
      <w:r>
        <w:t>- Năn</w:t>
      </w:r>
      <w:r>
        <w:t>g lực giao tiếp và hợp tác: Tham gia làm việc nhóm trong các hoạt động học tập, biết góp ý bài viết của bạn bằng lời nói phù hợp.</w:t>
      </w:r>
    </w:p>
    <w:p w:rsidR="008465D7" w:rsidRDefault="001D65D5">
      <w:r>
        <w:t>- Năng lực giải quyết vấn đề và sáng tạo: Biết lựa chọn chi tiết tiêu biểu trong tranh để viết đoạn văn rõ ý, có cảm xúc.</w:t>
      </w:r>
    </w:p>
    <w:p w:rsidR="008465D7" w:rsidRDefault="001D65D5">
      <w:r>
        <w:rPr>
          <w:b/>
        </w:rPr>
        <w:t>3. P</w:t>
      </w:r>
      <w:r>
        <w:rPr>
          <w:b/>
        </w:rPr>
        <w:t>hẩm chất:</w:t>
      </w:r>
    </w:p>
    <w:p w:rsidR="008465D7" w:rsidRDefault="001D65D5">
      <w:r>
        <w:t>- Phẩm chất yêu nước: Biết yêu quê hương, đất nước qua quan sát và tìm hiểu các hình ảnh trong bài.</w:t>
      </w:r>
    </w:p>
    <w:p w:rsidR="008465D7" w:rsidRDefault="001D65D5">
      <w:r>
        <w:t>- Phẩm chất nhân ái: Biết yêu quý và tôn trọng bạn trong làm việc nhóm, góp ý nhẹ nhàng, không chê bai bạn.</w:t>
      </w:r>
    </w:p>
    <w:p w:rsidR="008465D7" w:rsidRDefault="001D65D5">
      <w:r>
        <w:t>- Phẩm chất chăm chỉ: Chăm chỉ viết bà</w:t>
      </w:r>
      <w:r>
        <w:t>i, đọc bài mở rộng, hoàn thành phiếu đọc sách.</w:t>
      </w:r>
    </w:p>
    <w:p w:rsidR="008465D7" w:rsidRDefault="001D65D5">
      <w:r>
        <w:t>- Phẩm chất trách nhiệm: Giữ trật tự, học tập nghiêm túc; có ý thức giữ gìn hành tinh xanh.</w:t>
      </w:r>
    </w:p>
    <w:p w:rsidR="008465D7" w:rsidRDefault="001D65D5">
      <w:r>
        <w:rPr>
          <w:b/>
        </w:rPr>
        <w:t>4. Tích hợp:</w:t>
      </w:r>
    </w:p>
    <w:p w:rsidR="008465D7" w:rsidRDefault="001D65D5">
      <w:r>
        <w:rPr>
          <w:color w:val="FF0000"/>
        </w:rPr>
        <w:t>- Tích hợp năng lực số 4.2.CB1a: Học sinh lựa chọn được cách đơn giản để bảo vệ dữ liệu cá nhân và quyền</w:t>
      </w:r>
      <w:r>
        <w:rPr>
          <w:color w:val="FF0000"/>
        </w:rPr>
        <w:t xml:space="preserve"> riêng tư trong môi trường số khi sưu tầm, sử dụng, chia sẻ tranh ảnh về Trái Đất; không tự ý đăng ảnh có mặt bạn bè, người thân hoặc thông tin cá nhân lên mạng.</w:t>
      </w:r>
    </w:p>
    <w:p w:rsidR="008465D7" w:rsidRDefault="001D65D5">
      <w:r>
        <w:rPr>
          <w:b/>
        </w:rPr>
        <w:t>II. ĐỒ DÙNG DẠY HỌC:</w:t>
      </w:r>
    </w:p>
    <w:p w:rsidR="008465D7" w:rsidRDefault="001D65D5">
      <w:r>
        <w:t>- Kế hoạch bài dạy, bài giảng PowerPoint.</w:t>
      </w:r>
    </w:p>
    <w:p w:rsidR="008465D7" w:rsidRDefault="001D65D5">
      <w:r>
        <w:t>- SGK và các thiết bị, học liệu</w:t>
      </w:r>
      <w:r>
        <w:t xml:space="preserve"> phục vụ cho tiết dạy.</w:t>
      </w:r>
    </w:p>
    <w:p w:rsidR="008465D7" w:rsidRDefault="001D65D5">
      <w:r>
        <w:rPr>
          <w:b/>
        </w:rPr>
        <w:t>III. HOẠT ĐỘNG DẠY HỌC:</w:t>
      </w:r>
    </w:p>
    <w:tbl>
      <w:tblPr>
        <w:tblStyle w:val="TableGrid"/>
        <w:tblW w:w="0" w:type="auto"/>
        <w:jc w:val="center"/>
        <w:tblLayout w:type="fixed"/>
        <w:tblLook w:val="04A0" w:firstRow="1" w:lastRow="0" w:firstColumn="1" w:lastColumn="0" w:noHBand="0" w:noVBand="1"/>
      </w:tblPr>
      <w:tblGrid>
        <w:gridCol w:w="5102"/>
        <w:gridCol w:w="5102"/>
      </w:tblGrid>
      <w:tr w:rsidR="008465D7">
        <w:trPr>
          <w:jc w:val="center"/>
        </w:trPr>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giáo viên</w:t>
            </w:r>
          </w:p>
        </w:tc>
        <w:tc>
          <w:tcPr>
            <w:tcW w:w="5102" w:type="dxa"/>
            <w:tcBorders>
              <w:top w:val="single" w:sz="8" w:space="0" w:color="4F81BD"/>
              <w:left w:val="single" w:sz="8" w:space="0" w:color="4F81BD"/>
              <w:bottom w:val="single" w:sz="8" w:space="0" w:color="4F81BD"/>
              <w:right w:val="single" w:sz="8" w:space="0" w:color="4F81BD"/>
            </w:tcBorders>
            <w:shd w:val="clear" w:color="auto" w:fill="D9EAF7"/>
            <w:tcMar>
              <w:top w:w="80" w:type="dxa"/>
              <w:left w:w="80" w:type="dxa"/>
              <w:bottom w:w="80" w:type="dxa"/>
              <w:right w:w="80" w:type="dxa"/>
            </w:tcMar>
          </w:tcPr>
          <w:p w:rsidR="008465D7" w:rsidRDefault="001D65D5">
            <w:pPr>
              <w:jc w:val="center"/>
            </w:pPr>
            <w:r>
              <w:rPr>
                <w:b/>
              </w:rPr>
              <w:t>Hoạt động của học sinh</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- 1. Khởi động.</w:t>
            </w:r>
          </w:p>
          <w:p w:rsidR="008465D7" w:rsidRDefault="001D65D5">
            <w:r>
              <w:rPr>
                <w:b/>
              </w:rPr>
              <w:t>- Mục tiêu: Tạo không khí vui vẻ, khấn khởi trước giờ học.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trò chơi để khởi động bài học.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chơi.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nêu câu hỏi 1: </w:t>
            </w:r>
            <w:r>
              <w:t>Em hãy đặt một câu khiến để nói về trách nhiệm phải bảo vệ môi trường.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đặt câu theo yêu cầu, ví dụ: Chúng ta hãy bỏ rác đúng nơi quy định!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nêu câu hỏi 2: Em hãy đặt 1 câu cảm khi thấy một cảnh đẹp của đất nước.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đặt câu theo yêu cầu, ví dụ: </w:t>
            </w:r>
            <w:r>
              <w:t>Ôi, cảnh biển quê hương đẹp quá!</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nhận xét, tuyên dương.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dẫn dắt vào bài mới.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chú ý lắng nghe.</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- 2. Khám phá.</w:t>
            </w:r>
          </w:p>
          <w:p w:rsidR="008465D7" w:rsidRDefault="001D65D5">
            <w:r>
              <w:rPr>
                <w:b/>
              </w:rPr>
              <w:t xml:space="preserve">- Mục tiêu: Nói được nội dung tranh về Trái Đất; viết được đoạn văn tả bức tranh về Trái Đất; biết trao đổi, góp </w:t>
            </w:r>
            <w:r>
              <w:rPr>
                <w:b/>
              </w:rPr>
              <w:t>ý và sửa lỗi bài viết.</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- 2.1. Hoạt động 2: Luyện viết đoạn.</w:t>
            </w:r>
          </w:p>
          <w:p w:rsidR="008465D7" w:rsidRDefault="001D65D5">
            <w:r>
              <w:rPr>
                <w:b/>
              </w:rPr>
              <w:t>- Bài tập 1: Sưu tầm và chia sẻ với bạn tranh ảnh về Trái Đất.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nội dung hoạt động.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đọc yêu cầu bài 1.</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yêu cầu bài tập 1.</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kiểm tra sự chuẩn bị của HS</w:t>
            </w:r>
            <w:r>
              <w:t xml:space="preserve"> về nhà chuẩn bị bức tranh, ảnh về Trái Đất ở bài học trước.</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trình bày tranh, ảnh đã chuẩn bị.</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GV tích hợp năng lực số 4.2.CB1a: GV hướng dẫn HS khi sưu tầm tranh ảnh về Trái Đất từ thiết bị số hoặc internet cần biết bảo vệ dữ liệu cá nhân và quyền</w:t>
            </w:r>
            <w:r>
              <w:rPr>
                <w:color w:val="FF0000"/>
              </w:rPr>
              <w:t xml:space="preserve"> riêng tư. HS chỉ dùng tranh ảnh phù hợp với bài học như bầu trời, cây xanh, biển, rừng, Trái Đất; không tự ý sử dụng hoặc chia sẻ ảnh có rõ khuôn mặt bạn bè, người thân, địa chỉ nhà, số điện thoại, tên tài khoản cá nhân. Nếu muốn dùng ảnh có người, HS phả</w:t>
            </w:r>
            <w:r>
              <w:rPr>
                <w:color w:val="FF0000"/>
              </w:rPr>
              <w:t>i hỏi ý kiến người lớn và người trong ảnh. Khi chia sẻ trong lớp, HS chỉ nói nội dung học tập, không đưa thông tin riêng của gia đình lên môi trường số.</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color w:val="FF0000"/>
              </w:rPr>
              <w:t>- HS lắng nghe và nêu lại: Em chỉ chọn tranh ảnh phù hợp về Trái Đất, không tự ý chia sẻ ảnh có mặt ngư</w:t>
            </w:r>
            <w:r>
              <w:rPr>
                <w:color w:val="FF0000"/>
              </w:rPr>
              <w:t>ời khác hoặc thông tin riêng tư. Khi chưa chắc chắn, em hỏi thầy cô hoặc cha mẹ.</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tổ chức cho HS làm việc nhóm 2. Từng HS nói với bạn về nội dung tranh dựa theo gợi ý.</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suy nghĩ và nói với bạn về bức tranh, ảnh của mình.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gọi các nhóm trình b</w:t>
            </w:r>
            <w:r>
              <w:t>ày kết quả thảo luận trước lớp.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trình bày kết quả.</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khác nhận xét.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nhận xét phần trình bày của bạn.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 và chốt đáp án.</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Bài tập 2: Viết đoạn văn tả bức tranh về Trái Đất.</w:t>
            </w:r>
          </w:p>
          <w:p w:rsidR="008465D7" w:rsidRDefault="001D65D5">
            <w:r>
              <w:t xml:space="preserve">- GV mời HS đọc </w:t>
            </w:r>
            <w:r>
              <w:t>yêu cầu bài 2 và gợi ý.</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yêu cầu bài 2.</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giải đáp cho HS những thắc mắc hoặc điều chưa hiểu.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nêu thắc mắc nếu có.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giao nhiệm vụ cho HS suy nghĩ và </w:t>
            </w:r>
            <w:r>
              <w:lastRenderedPageBreak/>
              <w:t>viết đoạn văn theo gợi ý vào vở.</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HS suy nghĩ và viết đoạn văn vào vở.</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xml:space="preserve">- GV gợi ý </w:t>
            </w:r>
            <w:r>
              <w:t>HS viết đoạn văn gồm các ý: Bức tranh vẽ cảnh gì? Trong tranh có những sự vật nào? Màu sắc trong tranh ra sao? Em thích nhất hình ảnh nào? Em cần làm gì để bảo vệ Trái Đất?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dựa vào gợi ý để viết đoạn văn rõ ý, trình bày sạch đẹp.</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trìn</w:t>
            </w:r>
            <w:r>
              <w:t>h bày đoạn văn trước lớp.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trình bày kết quả.</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nhận xét.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nhận xét bạn trình bày.</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tuyên dương, bổ sung.</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Bài tập 3: Trao đổi bài làm với bạn để góp ý và sửa lỗi; bình chọn các đoạn văn hay.</w:t>
            </w:r>
          </w:p>
          <w:p w:rsidR="008465D7" w:rsidRDefault="001D65D5">
            <w:r>
              <w:t xml:space="preserve">- GV mời HS </w:t>
            </w:r>
            <w:r>
              <w:t>đọc yêu cầu bài 3.</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yêu cầu bài 3.</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HS đọc cho các bạn nghe đoạn văn vừa viết, góp ý cho nhau về nội dung, hình thức trình bày; sửa lỗi dùng từ ngữ, lỗi viết hoa, lỗi chính tả.</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Các nhóm làm việc theo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các nhóm trình</w:t>
            </w:r>
            <w:r>
              <w:t xml:space="preserve"> bày, đọc đoạn văn đã viết.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Đại diện các nhóm trình bày kết quả.</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mời các nhóm khác nhận xét.</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Nhóm khác nhận xét, bổ sung.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đánh giá.</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điều chỉnh.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và cả lớp bình chọn các đoạn văn hay. GV ghi nhận, khen ngợi nhữ</w:t>
            </w:r>
            <w:r>
              <w:t>ng đoạn văn rõ ràng về nội dung, sử dụng từ ngữ hay, viết câu chuẩn, trình bày đẹp.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tham gia bình chọn đoạn văn hay và học tập cách viết của bạn.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yêu cầu HS tiếp tục chỉnh sửa đoạn văn theo góp ý của GV và cả lớp.</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chỉnh sửa đoạn văn theo gó</w:t>
            </w:r>
            <w:r>
              <w:t>p ý.</w:t>
            </w:r>
          </w:p>
        </w:tc>
      </w:tr>
      <w:tr w:rsidR="008465D7">
        <w:trPr>
          <w:jc w:val="center"/>
        </w:trPr>
        <w:tc>
          <w:tcPr>
            <w:tcW w:w="5102" w:type="dxa"/>
            <w:gridSpan w:val="2"/>
            <w:tcBorders>
              <w:top w:val="single" w:sz="8" w:space="0" w:color="4F81BD"/>
              <w:left w:val="single" w:sz="8" w:space="0" w:color="4F81BD"/>
              <w:bottom w:val="single" w:sz="8" w:space="0" w:color="4F81BD"/>
              <w:right w:val="single" w:sz="8" w:space="0" w:color="4F81BD"/>
            </w:tcBorders>
            <w:shd w:val="clear" w:color="auto" w:fill="EAF4EA"/>
            <w:tcMar>
              <w:top w:w="80" w:type="dxa"/>
              <w:left w:w="80" w:type="dxa"/>
              <w:bottom w:w="80" w:type="dxa"/>
              <w:right w:w="80" w:type="dxa"/>
            </w:tcMar>
          </w:tcPr>
          <w:p w:rsidR="008465D7" w:rsidRDefault="001D65D5">
            <w:r>
              <w:rPr>
                <w:b/>
              </w:rPr>
              <w:t>- 3. Vận dụng.</w:t>
            </w:r>
          </w:p>
          <w:p w:rsidR="008465D7" w:rsidRDefault="001D65D5">
            <w:r>
              <w:rPr>
                <w:b/>
              </w:rPr>
              <w:t>- Mục tiêu: Củng cố kiến thức đã học; vận dụng vào đọc mở rộng; tạo không khí vui vẻ sau tiết học; phát triển năng lực ngôn ngữ.</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Bài tập 1: Tìm đọc sách báo viết về hành tinh xanh của chúng ta.</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yêu cầu.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kiểm tra</w:t>
            </w:r>
            <w:r>
              <w:t xml:space="preserve"> sự chuẩn bị của HS về nhà chuẩn bị sách báo viết về hành tinh xanh.</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giới thiệu sách báo đã chuẩn bị nếu có.</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cho HS đọc bài mở rộng “Ếch nhỏ và đầm lầy” trong SGK.</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đọc bài mở rộng.</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lastRenderedPageBreak/>
              <w:t>- GV trao đổi những thông tin về bài đọc: Tên bài đọc là g</w:t>
            </w:r>
            <w:r>
              <w:t>ì?</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tên bài đọc.</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Tác giả của bài đọc là ai?</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tên tác giả nếu bài đọc có ghi.</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hỏi: Nội dung bài đọc viết về điều gì?</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trả lời nội dung bài đọc theo hiểu biết của mình.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GV giao nhiệm vụ HS về nhà tìm đọc thêm </w:t>
            </w:r>
            <w:r>
              <w:t>những bài văn, bài thơ viết về hành tinh xanh của chúng ta.</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 về nhà thực hiện.</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rPr>
                <w:b/>
              </w:rPr>
              <w:t>- Bài tập 2: Viết phiếu đọc sách theo mẫu.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mẫu phiếu đọc sách.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pPr>
              <w:jc w:val="center"/>
            </w:pPr>
            <w:r>
              <w:rPr>
                <w:noProof/>
                <w:lang w:val="vi-VN" w:eastAsia="vi-VN"/>
              </w:rPr>
              <w:drawing>
                <wp:inline distT="0" distB="0" distL="0" distR="0">
                  <wp:extent cx="2880000" cy="1124384"/>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pic:nvPicPr>
                        <pic:blipFill>
                          <a:blip r:embed="rId13"/>
                          <a:stretch>
                            <a:fillRect/>
                          </a:stretch>
                        </pic:blipFill>
                        <pic:spPr>
                          <a:xfrm>
                            <a:off x="0" y="0"/>
                            <a:ext cx="2880000" cy="1124384"/>
                          </a:xfrm>
                          <a:prstGeom prst="rect">
                            <a:avLst/>
                          </a:prstGeom>
                        </pic:spPr>
                      </pic:pic>
                    </a:graphicData>
                  </a:graphic>
                </wp:inline>
              </w:drawing>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xml:space="preserve">- HS quan sát các mục trong phiếu đọc sách: ngày đọc, tên bài, tác giả, nội dung </w:t>
            </w:r>
            <w:r>
              <w:t>chính, điều em ấn tượng nhất, mức độ yêu thích.</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hướng dẫn HS viết những thông tin cơ bản vào phiếu đọc sách theo mẫu.</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quan sát và thực hiện theo mẫu.</w:t>
            </w:r>
          </w:p>
        </w:tc>
      </w:tr>
      <w:tr w:rsidR="008465D7">
        <w:trPr>
          <w:jc w:val="center"/>
        </w:trPr>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GV nhận xét, đánh giá tiết dạy.</w:t>
            </w:r>
          </w:p>
        </w:tc>
        <w:tc>
          <w:tcPr>
            <w:tcW w:w="5102" w:type="dxa"/>
            <w:tcBorders>
              <w:top w:val="single" w:sz="8" w:space="0" w:color="4F81BD"/>
              <w:left w:val="single" w:sz="8" w:space="0" w:color="4F81BD"/>
              <w:bottom w:val="single" w:sz="8" w:space="0" w:color="4F81BD"/>
              <w:right w:val="single" w:sz="8" w:space="0" w:color="4F81BD"/>
            </w:tcBorders>
            <w:tcMar>
              <w:top w:w="80" w:type="dxa"/>
              <w:left w:w="80" w:type="dxa"/>
              <w:bottom w:w="80" w:type="dxa"/>
              <w:right w:w="80" w:type="dxa"/>
            </w:tcMar>
          </w:tcPr>
          <w:p w:rsidR="008465D7" w:rsidRDefault="001D65D5">
            <w:r>
              <w:t>- HS lắng nghe.</w:t>
            </w:r>
          </w:p>
        </w:tc>
      </w:tr>
    </w:tbl>
    <w:p w:rsidR="008465D7" w:rsidRDefault="001D65D5">
      <w:r>
        <w:rPr>
          <w:b/>
        </w:rPr>
        <w:t>IV. Điều chỉnh sau bài dạy:</w:t>
      </w:r>
    </w:p>
    <w:p w:rsidR="008465D7" w:rsidRDefault="001D65D5">
      <w:r>
        <w:t>...............</w:t>
      </w:r>
      <w:r>
        <w:t>........................................................................................................................</w:t>
      </w:r>
    </w:p>
    <w:p w:rsidR="008465D7" w:rsidRDefault="001D65D5">
      <w:r>
        <w:t>.......................................................................................................................................</w:t>
      </w:r>
    </w:p>
    <w:p w:rsidR="008465D7" w:rsidRDefault="001D65D5">
      <w:r>
        <w:t>.......................................................................................................................................</w:t>
      </w:r>
    </w:p>
    <w:sectPr w:rsidR="008465D7" w:rsidSect="00034616">
      <w:pgSz w:w="11906" w:h="16838"/>
      <w:pgMar w:top="850" w:right="794" w:bottom="850" w:left="79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7"/>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D65D5"/>
    <w:rsid w:val="0029639D"/>
    <w:rsid w:val="00326F90"/>
    <w:rsid w:val="008465D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CC9642AA-3D92-4E87-A672-605955552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0" w:line="240" w:lineRule="auto"/>
    </w:pPr>
    <w:rPr>
      <w:rFonts w:ascii="Times New Roman" w:eastAsia="Times New Roman" w:hAnsi="Times New Roman"/>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3E10E-307C-4F3D-BF9A-53BAF6558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6226</Words>
  <Characters>35491</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dc:creator>
  <cp:keywords/>
  <dc:description>generated by python-docx</dc:description>
  <cp:lastModifiedBy>Tran</cp:lastModifiedBy>
  <cp:revision>2</cp:revision>
  <dcterms:created xsi:type="dcterms:W3CDTF">2026-05-02T10:17:00Z</dcterms:created>
  <dcterms:modified xsi:type="dcterms:W3CDTF">2026-05-02T10:17:00Z</dcterms:modified>
  <cp:category/>
</cp:coreProperties>
</file>