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C4FB0" w14:textId="77777777" w:rsidR="0076342C" w:rsidRDefault="006E6C0F" w:rsidP="005F1C81">
      <w:pPr>
        <w:shd w:val="clear" w:color="auto" w:fill="FFFFFF" w:themeFill="background1"/>
        <w:spacing w:after="0" w:line="240" w:lineRule="auto"/>
        <w:jc w:val="center"/>
      </w:pPr>
      <w:r>
        <w:rPr>
          <w:b/>
        </w:rPr>
        <w:t>KẾ HOẠCH BÀI DẠY MÔN TIẾNG VIỆT LỚP 2 – TUẦN 19</w:t>
      </w:r>
    </w:p>
    <w:p w14:paraId="4129D45A" w14:textId="77777777" w:rsidR="0076342C" w:rsidRDefault="006E6C0F" w:rsidP="005F1C81">
      <w:pPr>
        <w:shd w:val="clear" w:color="auto" w:fill="FFFFFF" w:themeFill="background1"/>
        <w:spacing w:after="0" w:line="240" w:lineRule="auto"/>
        <w:jc w:val="center"/>
      </w:pPr>
      <w:r>
        <w:rPr>
          <w:b/>
        </w:rPr>
        <w:t>CHỦ ĐỀ 5: VẺ ĐẸP QUANH EM</w:t>
      </w:r>
    </w:p>
    <w:p w14:paraId="7CC44A1F" w14:textId="77777777" w:rsidR="0076342C" w:rsidRDefault="006E6C0F" w:rsidP="005F1C81">
      <w:pPr>
        <w:shd w:val="clear" w:color="auto" w:fill="FFFFFF" w:themeFill="background1"/>
        <w:spacing w:after="0" w:line="240" w:lineRule="auto"/>
        <w:jc w:val="center"/>
      </w:pPr>
      <w:r>
        <w:rPr>
          <w:b/>
        </w:rPr>
        <w:t>BÀI 1: CHUYỆN BỐN MÙA</w:t>
      </w:r>
    </w:p>
    <w:p w14:paraId="115C87C4" w14:textId="77777777" w:rsidR="0076342C" w:rsidRDefault="006E6C0F" w:rsidP="005F1C81">
      <w:pPr>
        <w:shd w:val="clear" w:color="auto" w:fill="FFFFFF" w:themeFill="background1"/>
        <w:spacing w:after="0" w:line="240" w:lineRule="auto"/>
        <w:jc w:val="center"/>
      </w:pPr>
      <w:r>
        <w:rPr>
          <w:b/>
        </w:rPr>
        <w:t>TIẾT 1 – 2: ĐỌC: CHUYỆN BỐN MÙA</w:t>
      </w:r>
    </w:p>
    <w:p w14:paraId="25D13176" w14:textId="77777777" w:rsidR="0076342C" w:rsidRDefault="006E6C0F" w:rsidP="005F1C81">
      <w:pPr>
        <w:shd w:val="clear" w:color="auto" w:fill="FFFFFF" w:themeFill="background1"/>
        <w:spacing w:after="0" w:line="240" w:lineRule="auto"/>
        <w:jc w:val="both"/>
      </w:pPr>
      <w:r>
        <w:rPr>
          <w:b/>
        </w:rPr>
        <w:t>I. YÊU CẦU CẦN ĐẠT</w:t>
      </w:r>
    </w:p>
    <w:p w14:paraId="65634BBD" w14:textId="77777777" w:rsidR="0076342C" w:rsidRDefault="006E6C0F" w:rsidP="005F1C81">
      <w:pPr>
        <w:shd w:val="clear" w:color="auto" w:fill="FFFFFF" w:themeFill="background1"/>
        <w:spacing w:after="0" w:line="240" w:lineRule="auto"/>
        <w:jc w:val="both"/>
      </w:pPr>
      <w:r>
        <w:t>Sau bài học, HS sẽ:</w:t>
      </w:r>
    </w:p>
    <w:p w14:paraId="2D5D83A1" w14:textId="77777777" w:rsidR="0076342C" w:rsidRDefault="006E6C0F" w:rsidP="005F1C81">
      <w:pPr>
        <w:shd w:val="clear" w:color="auto" w:fill="FFFFFF" w:themeFill="background1"/>
        <w:spacing w:after="0" w:line="240" w:lineRule="auto"/>
        <w:jc w:val="both"/>
      </w:pPr>
      <w:r>
        <w:rPr>
          <w:b/>
        </w:rPr>
        <w:t>1. Năng lực đặc thù</w:t>
      </w:r>
    </w:p>
    <w:p w14:paraId="778F7587" w14:textId="77777777" w:rsidR="0076342C" w:rsidRDefault="006E6C0F" w:rsidP="005F1C81">
      <w:pPr>
        <w:shd w:val="clear" w:color="auto" w:fill="FFFFFF" w:themeFill="background1"/>
        <w:spacing w:after="0" w:line="240" w:lineRule="auto"/>
        <w:jc w:val="both"/>
      </w:pPr>
      <w:r>
        <w:t>- Đọc đúng, rõ ràng văn bản Chuyện bốn mùa; biết đọc lời người kể chuyện và lời các nhân vật Xuân, Hạ, Thu, Đông, Đất với giọng phù hợp.</w:t>
      </w:r>
    </w:p>
    <w:p w14:paraId="559CA52B" w14:textId="77777777" w:rsidR="0076342C" w:rsidRDefault="006E6C0F" w:rsidP="005F1C81">
      <w:pPr>
        <w:shd w:val="clear" w:color="auto" w:fill="FFFFFF" w:themeFill="background1"/>
        <w:spacing w:after="0" w:line="240" w:lineRule="auto"/>
        <w:jc w:val="both"/>
      </w:pPr>
      <w:r>
        <w:t>- Hiểu nghĩa các từ ngữ: đâm chồi, đơm; hiểu nội dung bài đọc: Mỗi mùa trong năm đều có vẻ đẹp, ích lợi riêng và đều đáng yêu.</w:t>
      </w:r>
    </w:p>
    <w:p w14:paraId="75793677" w14:textId="77777777" w:rsidR="0076342C" w:rsidRDefault="006E6C0F" w:rsidP="005F1C81">
      <w:pPr>
        <w:shd w:val="clear" w:color="auto" w:fill="FFFFFF" w:themeFill="background1"/>
        <w:spacing w:after="0" w:line="240" w:lineRule="auto"/>
        <w:jc w:val="both"/>
      </w:pPr>
      <w:r>
        <w:t>- Trả lời được các câu hỏi trong SGK; nhận biết được câu nêu đặc điểm; nói được đặc điểm của mùa xuân theo mẫu.</w:t>
      </w:r>
    </w:p>
    <w:p w14:paraId="462B56E3" w14:textId="77777777" w:rsidR="0076342C" w:rsidRDefault="006E6C0F" w:rsidP="005F1C81">
      <w:pPr>
        <w:shd w:val="clear" w:color="auto" w:fill="FFFFFF" w:themeFill="background1"/>
        <w:spacing w:after="0" w:line="240" w:lineRule="auto"/>
        <w:jc w:val="both"/>
      </w:pPr>
      <w:r>
        <w:rPr>
          <w:b/>
        </w:rPr>
        <w:t>2. Năng lực chung</w:t>
      </w:r>
    </w:p>
    <w:p w14:paraId="07B10C6C" w14:textId="77777777" w:rsidR="0076342C" w:rsidRDefault="006E6C0F" w:rsidP="005F1C81">
      <w:pPr>
        <w:shd w:val="clear" w:color="auto" w:fill="FFFFFF" w:themeFill="background1"/>
        <w:spacing w:after="0" w:line="240" w:lineRule="auto"/>
        <w:jc w:val="both"/>
      </w:pPr>
      <w:r>
        <w:t>- Tự chủ và tự học: chủ động luyện đọc, chuẩn bị câu trả lời.</w:t>
      </w:r>
    </w:p>
    <w:p w14:paraId="2E36496D" w14:textId="77777777" w:rsidR="0076342C" w:rsidRDefault="006E6C0F" w:rsidP="005F1C81">
      <w:pPr>
        <w:shd w:val="clear" w:color="auto" w:fill="FFFFFF" w:themeFill="background1"/>
        <w:spacing w:after="0" w:line="240" w:lineRule="auto"/>
        <w:jc w:val="both"/>
      </w:pPr>
      <w:r>
        <w:t>- Giao tiếp và hợp tác: trao đổi nhóm, phân vai đọc lời nhân vật, lắng nghe và nhận xét bạn.</w:t>
      </w:r>
    </w:p>
    <w:p w14:paraId="73ABAB4B" w14:textId="77777777" w:rsidR="0076342C" w:rsidRDefault="006E6C0F" w:rsidP="005F1C81">
      <w:pPr>
        <w:shd w:val="clear" w:color="auto" w:fill="FFFFFF" w:themeFill="background1"/>
        <w:spacing w:after="0" w:line="240" w:lineRule="auto"/>
        <w:jc w:val="both"/>
      </w:pPr>
      <w:r>
        <w:t>- Giải quyết vấn đề và sáng tạo: liên hệ đặc điểm các mùa với quan sát thực tế nơi em ở.</w:t>
      </w:r>
    </w:p>
    <w:p w14:paraId="1BD74E24" w14:textId="77777777" w:rsidR="0076342C" w:rsidRDefault="006E6C0F" w:rsidP="005F1C81">
      <w:pPr>
        <w:shd w:val="clear" w:color="auto" w:fill="FFFFFF" w:themeFill="background1"/>
        <w:spacing w:after="0" w:line="240" w:lineRule="auto"/>
        <w:jc w:val="both"/>
      </w:pPr>
      <w:r>
        <w:rPr>
          <w:b/>
        </w:rPr>
        <w:t>3. Phẩm chất</w:t>
      </w:r>
    </w:p>
    <w:p w14:paraId="2DDD7227" w14:textId="77777777" w:rsidR="0076342C" w:rsidRDefault="006E6C0F" w:rsidP="005F1C81">
      <w:pPr>
        <w:shd w:val="clear" w:color="auto" w:fill="FFFFFF" w:themeFill="background1"/>
        <w:spacing w:after="0" w:line="240" w:lineRule="auto"/>
        <w:jc w:val="both"/>
      </w:pPr>
      <w:r>
        <w:t>- Nhân ái: biết yêu thiên nhiên, yêu quý vẻ đẹp quanh em.</w:t>
      </w:r>
    </w:p>
    <w:p w14:paraId="2371090D" w14:textId="77777777" w:rsidR="0076342C" w:rsidRDefault="006E6C0F" w:rsidP="005F1C81">
      <w:pPr>
        <w:shd w:val="clear" w:color="auto" w:fill="FFFFFF" w:themeFill="background1"/>
        <w:spacing w:after="0" w:line="240" w:lineRule="auto"/>
        <w:jc w:val="both"/>
      </w:pPr>
      <w:r>
        <w:t>- Trách nhiệm: có ý thức bảo vệ cây xanh, giữ gìn môi trường sống.</w:t>
      </w:r>
    </w:p>
    <w:p w14:paraId="42750B1E" w14:textId="77777777" w:rsidR="0076342C" w:rsidRDefault="006E6C0F" w:rsidP="005F1C81">
      <w:pPr>
        <w:shd w:val="clear" w:color="auto" w:fill="FFFFFF" w:themeFill="background1"/>
        <w:spacing w:after="0" w:line="240" w:lineRule="auto"/>
        <w:jc w:val="both"/>
      </w:pPr>
      <w:r>
        <w:rPr>
          <w:b/>
          <w:color w:val="C00000"/>
        </w:rPr>
        <w:t>4. Tích hợp</w:t>
      </w:r>
    </w:p>
    <w:p w14:paraId="1F385E1C" w14:textId="77777777" w:rsidR="0076342C" w:rsidRDefault="006E6C0F" w:rsidP="005F1C81">
      <w:pPr>
        <w:shd w:val="clear" w:color="auto" w:fill="FFFFFF" w:themeFill="background1"/>
        <w:spacing w:after="0" w:line="240" w:lineRule="auto"/>
        <w:jc w:val="both"/>
      </w:pPr>
      <w:r>
        <w:rPr>
          <w:color w:val="C00000"/>
        </w:rPr>
        <w:t>- Tích hợp quyền con người: HS nhận biết trẻ em có quyền được sống trong môi trường tự nhiên an toàn, trong lành; có quyền vui chơi, bày tỏ ý kiến và biết tôn trọng sự đa dạng của cảnh vật, con người trong cuộc sống.</w:t>
      </w:r>
    </w:p>
    <w:p w14:paraId="507F1457" w14:textId="77777777" w:rsidR="0076342C" w:rsidRDefault="006E6C0F" w:rsidP="005F1C81">
      <w:pPr>
        <w:shd w:val="clear" w:color="auto" w:fill="FFFFFF" w:themeFill="background1"/>
        <w:spacing w:after="0" w:line="240" w:lineRule="auto"/>
        <w:jc w:val="both"/>
      </w:pPr>
      <w:r>
        <w:rPr>
          <w:b/>
        </w:rPr>
        <w:t>II. ĐỒ DÙNG DẠY HỌC</w:t>
      </w:r>
    </w:p>
    <w:p w14:paraId="363C21FA" w14:textId="77777777" w:rsidR="0076342C" w:rsidRDefault="006E6C0F" w:rsidP="005F1C81">
      <w:pPr>
        <w:shd w:val="clear" w:color="auto" w:fill="FFFFFF" w:themeFill="background1"/>
        <w:spacing w:after="0" w:line="240" w:lineRule="auto"/>
        <w:jc w:val="both"/>
      </w:pPr>
      <w:r>
        <w:rPr>
          <w:b/>
        </w:rPr>
        <w:t>1. Giáo viên</w:t>
      </w:r>
    </w:p>
    <w:p w14:paraId="3BF03B87" w14:textId="77777777" w:rsidR="0076342C" w:rsidRDefault="006E6C0F" w:rsidP="005F1C81">
      <w:pPr>
        <w:shd w:val="clear" w:color="auto" w:fill="FFFFFF" w:themeFill="background1"/>
        <w:spacing w:after="0" w:line="240" w:lineRule="auto"/>
        <w:jc w:val="both"/>
      </w:pPr>
      <w:r>
        <w:t>- SGK Tiếng Việt 2 tập hai; máy tính, máy chiếu; tranh bài đọc Chuyện bốn mùa; thẻ từ khó; phiếu thảo luận nhóm.</w:t>
      </w:r>
    </w:p>
    <w:p w14:paraId="0A287D5E" w14:textId="77777777" w:rsidR="0076342C" w:rsidRDefault="006E6C0F" w:rsidP="005F1C81">
      <w:pPr>
        <w:shd w:val="clear" w:color="auto" w:fill="FFFFFF" w:themeFill="background1"/>
        <w:spacing w:after="0" w:line="240" w:lineRule="auto"/>
        <w:jc w:val="both"/>
      </w:pPr>
      <w:r>
        <w:rPr>
          <w:b/>
        </w:rPr>
        <w:t>2. Học sinh</w:t>
      </w:r>
    </w:p>
    <w:p w14:paraId="4E5E3206" w14:textId="77777777" w:rsidR="0076342C" w:rsidRDefault="006E6C0F" w:rsidP="005F1C81">
      <w:pPr>
        <w:shd w:val="clear" w:color="auto" w:fill="FFFFFF" w:themeFill="background1"/>
        <w:spacing w:after="0" w:line="240" w:lineRule="auto"/>
        <w:jc w:val="both"/>
      </w:pPr>
      <w:r>
        <w:t>- SGK, vở ghi, bút chì; chuẩn bị một câu nói về thời tiết nơi em ở.</w:t>
      </w:r>
    </w:p>
    <w:p w14:paraId="0EB1F6D6" w14:textId="77777777" w:rsidR="0076342C" w:rsidRDefault="006E6C0F" w:rsidP="005F1C8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59"/>
        <w:gridCol w:w="5159"/>
      </w:tblGrid>
      <w:tr w:rsidR="0076342C" w14:paraId="7093485E" w14:textId="77777777" w:rsidTr="005F1C81">
        <w:trPr>
          <w:jc w:val="center"/>
        </w:trPr>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5C571D5F" w14:textId="77777777" w:rsidR="0076342C" w:rsidRDefault="006E6C0F" w:rsidP="005F1C81">
            <w:pPr>
              <w:shd w:val="clear" w:color="auto" w:fill="FFFFFF" w:themeFill="background1"/>
              <w:jc w:val="both"/>
            </w:pPr>
            <w:r>
              <w:rPr>
                <w:b/>
              </w:rPr>
              <w:t>Hoạt động của GV</w:t>
            </w:r>
          </w:p>
        </w:tc>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150EB71B" w14:textId="77777777" w:rsidR="0076342C" w:rsidRDefault="006E6C0F" w:rsidP="005F1C81">
            <w:pPr>
              <w:shd w:val="clear" w:color="auto" w:fill="FFFFFF" w:themeFill="background1"/>
              <w:jc w:val="both"/>
            </w:pPr>
            <w:r>
              <w:rPr>
                <w:b/>
              </w:rPr>
              <w:t>Hoạt động của HS</w:t>
            </w:r>
          </w:p>
        </w:tc>
      </w:tr>
      <w:tr w:rsidR="0076342C" w14:paraId="50A1F8C9"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5D4C3BE0" w14:textId="77777777" w:rsidR="0076342C" w:rsidRDefault="006E6C0F" w:rsidP="005F1C81">
            <w:pPr>
              <w:shd w:val="clear" w:color="auto" w:fill="FFFFFF" w:themeFill="background1"/>
            </w:pPr>
            <w:r>
              <w:rPr>
                <w:b/>
              </w:rPr>
              <w:t>TIẾT 1</w:t>
            </w:r>
          </w:p>
        </w:tc>
      </w:tr>
      <w:tr w:rsidR="0076342C" w14:paraId="45454073"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70D20CE2" w14:textId="77777777" w:rsidR="0076342C" w:rsidRDefault="006E6C0F" w:rsidP="005F1C81">
            <w:pPr>
              <w:shd w:val="clear" w:color="auto" w:fill="FFFFFF" w:themeFill="background1"/>
            </w:pPr>
            <w:r>
              <w:rPr>
                <w:b/>
              </w:rPr>
              <w:t>1. KHỞI ĐỘNG (5 phút)</w:t>
            </w:r>
            <w:r>
              <w:rPr>
                <w:b/>
              </w:rPr>
              <w:br/>
              <w:t>Mục tiêu: HS huy động trải nghiệm về thời tiết, tạo tâm thế vào bài đọc.</w:t>
            </w:r>
          </w:p>
        </w:tc>
      </w:tr>
      <w:tr w:rsidR="0076342C" w14:paraId="6D45DF61" w14:textId="77777777" w:rsidTr="005F1C81">
        <w:trPr>
          <w:jc w:val="center"/>
        </w:trPr>
        <w:tc>
          <w:tcPr>
            <w:tcW w:w="5159" w:type="dxa"/>
            <w:tcBorders>
              <w:top w:val="single" w:sz="4" w:space="0" w:color="000000"/>
              <w:bottom w:val="single" w:sz="4" w:space="0" w:color="000000"/>
            </w:tcBorders>
            <w:vAlign w:val="center"/>
          </w:tcPr>
          <w:p w14:paraId="0CC6497B" w14:textId="77777777" w:rsidR="0076342C" w:rsidRDefault="006E6C0F" w:rsidP="005F1C81">
            <w:pPr>
              <w:shd w:val="clear" w:color="auto" w:fill="FFFFFF" w:themeFill="background1"/>
              <w:jc w:val="both"/>
            </w:pPr>
            <w:r>
              <w:t>- GV yêu cầu HS trao đổi nhóm đôi: Nói về thời tiết ngày hôm nay tại nơi em ở.</w:t>
            </w:r>
          </w:p>
          <w:p w14:paraId="2DFDB506" w14:textId="77777777" w:rsidR="0076342C" w:rsidRDefault="006E6C0F" w:rsidP="005F1C81">
            <w:pPr>
              <w:shd w:val="clear" w:color="auto" w:fill="FFFFFF" w:themeFill="background1"/>
              <w:jc w:val="both"/>
            </w:pPr>
            <w:r>
              <w:t>- GV mời một số HS chia sẻ trước lớp.</w:t>
            </w:r>
          </w:p>
          <w:p w14:paraId="791669A3" w14:textId="77777777" w:rsidR="0076342C" w:rsidRDefault="006E6C0F" w:rsidP="005F1C81">
            <w:pPr>
              <w:shd w:val="clear" w:color="auto" w:fill="FFFFFF" w:themeFill="background1"/>
              <w:jc w:val="both"/>
            </w:pPr>
            <w:r>
              <w:t>- GV dẫn vào bài: Mỗi mùa có thời tiết, cảnh vật và niềm vui riêng. Bài đọc hôm nay giúp các em gặp bốn nàng tiên tượng trưng cho bốn mùa trong năm.</w:t>
            </w:r>
          </w:p>
        </w:tc>
        <w:tc>
          <w:tcPr>
            <w:tcW w:w="5159" w:type="dxa"/>
            <w:tcBorders>
              <w:top w:val="single" w:sz="4" w:space="0" w:color="000000"/>
              <w:bottom w:val="single" w:sz="4" w:space="0" w:color="000000"/>
            </w:tcBorders>
            <w:vAlign w:val="center"/>
          </w:tcPr>
          <w:p w14:paraId="6BDF96D6" w14:textId="77777777" w:rsidR="0076342C" w:rsidRDefault="006E6C0F" w:rsidP="005F1C81">
            <w:pPr>
              <w:shd w:val="clear" w:color="auto" w:fill="FFFFFF" w:themeFill="background1"/>
              <w:jc w:val="both"/>
            </w:pPr>
            <w:r>
              <w:t>- HS trao đổi nhóm đôi.</w:t>
            </w:r>
          </w:p>
          <w:p w14:paraId="7BAA7D0F" w14:textId="77777777" w:rsidR="0076342C" w:rsidRDefault="006E6C0F" w:rsidP="005F1C81">
            <w:pPr>
              <w:shd w:val="clear" w:color="auto" w:fill="FFFFFF" w:themeFill="background1"/>
              <w:jc w:val="both"/>
            </w:pPr>
            <w:r>
              <w:t>- HS chia sẻ: Hôm nay trời nắng/ trời mát/ có mưa nhẹ; em cảm thấy dễ chịu/ cần mặc áo khoác/ cần mang áo mưa.</w:t>
            </w:r>
          </w:p>
          <w:p w14:paraId="568CA940" w14:textId="77777777" w:rsidR="0076342C" w:rsidRDefault="006E6C0F" w:rsidP="005F1C81">
            <w:pPr>
              <w:shd w:val="clear" w:color="auto" w:fill="FFFFFF" w:themeFill="background1"/>
              <w:jc w:val="both"/>
            </w:pPr>
            <w:r>
              <w:t>- HS lắng nghe, ghi tên bài.</w:t>
            </w:r>
          </w:p>
        </w:tc>
      </w:tr>
      <w:tr w:rsidR="0076342C" w14:paraId="48FCEA86"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2C9771FE" w14:textId="77777777" w:rsidR="0076342C" w:rsidRDefault="006E6C0F" w:rsidP="005F1C81">
            <w:pPr>
              <w:shd w:val="clear" w:color="auto" w:fill="FFFFFF" w:themeFill="background1"/>
            </w:pPr>
            <w:r>
              <w:rPr>
                <w:b/>
              </w:rPr>
              <w:t>2. ĐỌC VĂN BẢN (30 phút)</w:t>
            </w:r>
            <w:r>
              <w:rPr>
                <w:b/>
              </w:rPr>
              <w:br/>
              <w:t>Mục tiêu: HS đọc đúng, rõ ràng toàn bài; hiểu nghĩa từ khó; bước đầu nắm nội dung câu chuyện.</w:t>
            </w:r>
          </w:p>
        </w:tc>
      </w:tr>
      <w:tr w:rsidR="0076342C" w14:paraId="5828EAB4" w14:textId="77777777" w:rsidTr="005F1C81">
        <w:trPr>
          <w:jc w:val="center"/>
        </w:trPr>
        <w:tc>
          <w:tcPr>
            <w:tcW w:w="5159" w:type="dxa"/>
            <w:tcBorders>
              <w:top w:val="single" w:sz="4" w:space="0" w:color="000000"/>
              <w:bottom w:val="nil"/>
            </w:tcBorders>
            <w:vAlign w:val="center"/>
          </w:tcPr>
          <w:p w14:paraId="29BDFAEF" w14:textId="77777777" w:rsidR="0076342C" w:rsidRDefault="006E6C0F" w:rsidP="005F1C81">
            <w:pPr>
              <w:shd w:val="clear" w:color="auto" w:fill="FFFFFF" w:themeFill="background1"/>
              <w:jc w:val="both"/>
            </w:pPr>
            <w:r>
              <w:t>- GV yêu cầu HS quan sát tranh minh họa bài đọc và trả lời: Tranh vẽ những ai? Các nhân vật đang làm gì?</w:t>
            </w:r>
          </w:p>
          <w:p w14:paraId="78507E02" w14:textId="54762AE7" w:rsidR="0076342C" w:rsidRDefault="0076342C" w:rsidP="005F1C81">
            <w:pPr>
              <w:shd w:val="clear" w:color="auto" w:fill="FFFFFF" w:themeFill="background1"/>
              <w:spacing w:before="20" w:after="20"/>
            </w:pPr>
          </w:p>
          <w:p w14:paraId="42FF151A" w14:textId="77777777" w:rsidR="0076342C" w:rsidRDefault="006E6C0F" w:rsidP="005F1C81">
            <w:pPr>
              <w:shd w:val="clear" w:color="auto" w:fill="FFFFFF" w:themeFill="background1"/>
              <w:jc w:val="both"/>
            </w:pPr>
            <w:r>
              <w:t xml:space="preserve">- GV giới thiệu: Bốn nàng tiên Xuân, Hạ, Thu, Đông gặp nhau và cùng trò chuyện xem ai </w:t>
            </w:r>
            <w:r>
              <w:lastRenderedPageBreak/>
              <w:t>được yêu quý nhất.</w:t>
            </w:r>
          </w:p>
          <w:p w14:paraId="4ED96262"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04A01E93" w14:textId="77777777" w:rsidR="0076342C" w:rsidRDefault="006E6C0F" w:rsidP="005F1C81">
            <w:pPr>
              <w:shd w:val="clear" w:color="auto" w:fill="FFFFFF" w:themeFill="background1"/>
              <w:jc w:val="both"/>
            </w:pPr>
            <w:r>
              <w:lastRenderedPageBreak/>
              <w:t>- HS quan sát tranh.</w:t>
            </w:r>
          </w:p>
          <w:p w14:paraId="0DC1A022" w14:textId="77777777" w:rsidR="0076342C" w:rsidRDefault="006E6C0F" w:rsidP="005F1C81">
            <w:pPr>
              <w:shd w:val="clear" w:color="auto" w:fill="FFFFFF" w:themeFill="background1"/>
              <w:jc w:val="both"/>
            </w:pPr>
            <w:r>
              <w:t>- HS trả lời: Tranh vẽ bốn nàng tiên mùa xuân, mùa hạ, mùa thu, mùa đông và bà Đất; các nàng tiên đang trò chuyện trong vườn hoa, cây cối xanh tươi.</w:t>
            </w:r>
          </w:p>
        </w:tc>
      </w:tr>
      <w:tr w:rsidR="0076342C" w14:paraId="465B0DB5" w14:textId="77777777" w:rsidTr="005F1C81">
        <w:trPr>
          <w:jc w:val="center"/>
        </w:trPr>
        <w:tc>
          <w:tcPr>
            <w:tcW w:w="5159" w:type="dxa"/>
            <w:tcBorders>
              <w:top w:val="nil"/>
              <w:bottom w:val="nil"/>
            </w:tcBorders>
            <w:vAlign w:val="center"/>
          </w:tcPr>
          <w:p w14:paraId="34C0D7A1" w14:textId="77777777" w:rsidR="0076342C" w:rsidRDefault="006E6C0F" w:rsidP="005F1C81">
            <w:pPr>
              <w:shd w:val="clear" w:color="auto" w:fill="FFFFFF" w:themeFill="background1"/>
              <w:jc w:val="both"/>
            </w:pPr>
            <w:r>
              <w:rPr>
                <w:b/>
              </w:rPr>
              <w:t>- a. GV đọc mẫu.</w:t>
            </w:r>
          </w:p>
          <w:p w14:paraId="651D05F7" w14:textId="77777777" w:rsidR="0076342C" w:rsidRDefault="006E6C0F" w:rsidP="005F1C81">
            <w:pPr>
              <w:shd w:val="clear" w:color="auto" w:fill="FFFFFF" w:themeFill="background1"/>
              <w:jc w:val="both"/>
            </w:pPr>
            <w:r>
              <w:t>- GV đọc mẫu toàn bài, giọng kể nhẹ nhàng; lời các nàng tiên thể hiện sự tự hào, vui tươi; lời bà Đất chậm rãi, hiền từ.</w:t>
            </w:r>
          </w:p>
          <w:p w14:paraId="257AC3B4" w14:textId="77777777" w:rsidR="0076342C" w:rsidRDefault="006E6C0F" w:rsidP="005F1C81">
            <w:pPr>
              <w:shd w:val="clear" w:color="auto" w:fill="FFFFFF" w:themeFill="background1"/>
              <w:jc w:val="both"/>
            </w:pPr>
            <w:r>
              <w:t>- GV nhắc HS đọc thầm theo và chú ý các lời thoại.</w:t>
            </w:r>
          </w:p>
        </w:tc>
        <w:tc>
          <w:tcPr>
            <w:tcW w:w="5159" w:type="dxa"/>
            <w:tcBorders>
              <w:top w:val="nil"/>
              <w:bottom w:val="nil"/>
            </w:tcBorders>
            <w:vAlign w:val="center"/>
          </w:tcPr>
          <w:p w14:paraId="71B2843D" w14:textId="77777777" w:rsidR="0076342C" w:rsidRDefault="006E6C0F" w:rsidP="005F1C81">
            <w:pPr>
              <w:shd w:val="clear" w:color="auto" w:fill="FFFFFF" w:themeFill="background1"/>
              <w:jc w:val="both"/>
            </w:pPr>
            <w:r>
              <w:t>- HS lắng nghe GV đọc mẫu.</w:t>
            </w:r>
          </w:p>
          <w:p w14:paraId="68880CAC" w14:textId="77777777" w:rsidR="0076342C" w:rsidRDefault="006E6C0F" w:rsidP="005F1C81">
            <w:pPr>
              <w:shd w:val="clear" w:color="auto" w:fill="FFFFFF" w:themeFill="background1"/>
              <w:jc w:val="both"/>
            </w:pPr>
            <w:r>
              <w:t>- HS đọc thầm theo, chú ý lời người kể chuyện và lời nhân vật.</w:t>
            </w:r>
          </w:p>
        </w:tc>
      </w:tr>
      <w:tr w:rsidR="0076342C" w14:paraId="3DA6402F" w14:textId="77777777" w:rsidTr="005F1C81">
        <w:trPr>
          <w:jc w:val="center"/>
        </w:trPr>
        <w:tc>
          <w:tcPr>
            <w:tcW w:w="5159" w:type="dxa"/>
            <w:tcBorders>
              <w:top w:val="nil"/>
              <w:bottom w:val="nil"/>
            </w:tcBorders>
            <w:vAlign w:val="center"/>
          </w:tcPr>
          <w:p w14:paraId="2E29AFD2" w14:textId="77777777" w:rsidR="0076342C" w:rsidRDefault="006E6C0F" w:rsidP="005F1C81">
            <w:pPr>
              <w:shd w:val="clear" w:color="auto" w:fill="FFFFFF" w:themeFill="background1"/>
              <w:jc w:val="both"/>
            </w:pPr>
            <w:r>
              <w:rPr>
                <w:b/>
              </w:rPr>
              <w:t>- b. HS luyện đọc từng đoạn, kết hợp đọc từ khó và giải nghĩa từ.</w:t>
            </w:r>
          </w:p>
          <w:p w14:paraId="104AE7AE" w14:textId="77777777" w:rsidR="0076342C" w:rsidRDefault="006E6C0F" w:rsidP="005F1C81">
            <w:pPr>
              <w:shd w:val="clear" w:color="auto" w:fill="FFFFFF" w:themeFill="background1"/>
              <w:jc w:val="both"/>
            </w:pPr>
            <w:r>
              <w:t>- GV hỏi: Bài đọc có thể chia làm mấy đoạn?</w:t>
            </w:r>
          </w:p>
          <w:p w14:paraId="24A6B044" w14:textId="77777777" w:rsidR="0076342C" w:rsidRDefault="006E6C0F" w:rsidP="005F1C81">
            <w:pPr>
              <w:shd w:val="clear" w:color="auto" w:fill="FFFFFF" w:themeFill="background1"/>
              <w:jc w:val="both"/>
            </w:pPr>
            <w:r>
              <w:t>- GV tổ chức HS đọc nối tiếp từng đoạn lần 1.</w:t>
            </w:r>
          </w:p>
        </w:tc>
        <w:tc>
          <w:tcPr>
            <w:tcW w:w="5159" w:type="dxa"/>
            <w:tcBorders>
              <w:top w:val="nil"/>
              <w:bottom w:val="nil"/>
            </w:tcBorders>
            <w:vAlign w:val="center"/>
          </w:tcPr>
          <w:p w14:paraId="29C4E111" w14:textId="77777777" w:rsidR="0076342C" w:rsidRDefault="006E6C0F" w:rsidP="005F1C81">
            <w:pPr>
              <w:shd w:val="clear" w:color="auto" w:fill="FFFFFF" w:themeFill="background1"/>
              <w:jc w:val="both"/>
            </w:pPr>
            <w:r>
              <w:t>- HS trả lời: Bài đọc có thể chia làm 3 đoạn: Đoạn 1 từ đầu đến “mọi người mới có giấc ngủ ấm trong chăn”; đoạn 2 từ “Bốn nàng tiên” đến “đều đáng yêu”; đoạn 3 còn lại.</w:t>
            </w:r>
          </w:p>
          <w:p w14:paraId="00FB2425" w14:textId="77777777" w:rsidR="0076342C" w:rsidRDefault="006E6C0F" w:rsidP="005F1C81">
            <w:pPr>
              <w:shd w:val="clear" w:color="auto" w:fill="FFFFFF" w:themeFill="background1"/>
              <w:jc w:val="both"/>
            </w:pPr>
            <w:r>
              <w:t>- HS đọc nối tiếp từng đoạn lần 1.</w:t>
            </w:r>
          </w:p>
        </w:tc>
      </w:tr>
      <w:tr w:rsidR="0076342C" w14:paraId="4C7A9D98" w14:textId="77777777" w:rsidTr="005F1C81">
        <w:trPr>
          <w:jc w:val="center"/>
        </w:trPr>
        <w:tc>
          <w:tcPr>
            <w:tcW w:w="5159" w:type="dxa"/>
            <w:tcBorders>
              <w:top w:val="nil"/>
              <w:bottom w:val="nil"/>
            </w:tcBorders>
            <w:vAlign w:val="center"/>
          </w:tcPr>
          <w:p w14:paraId="2DF93361" w14:textId="77777777" w:rsidR="0076342C" w:rsidRDefault="006E6C0F" w:rsidP="005F1C81">
            <w:pPr>
              <w:shd w:val="clear" w:color="auto" w:fill="FFFFFF" w:themeFill="background1"/>
              <w:jc w:val="both"/>
            </w:pPr>
            <w:r>
              <w:t>- GV yêu cầu HS tìm tiếng, từ khó đọc.</w:t>
            </w:r>
          </w:p>
          <w:p w14:paraId="4C34C92F" w14:textId="77777777" w:rsidR="0076342C" w:rsidRDefault="006E6C0F" w:rsidP="005F1C81">
            <w:pPr>
              <w:shd w:val="clear" w:color="auto" w:fill="FFFFFF" w:themeFill="background1"/>
              <w:jc w:val="both"/>
            </w:pPr>
            <w:r>
              <w:t>- GV hướng dẫn HS luyện đọc: Xuân, Hạ, Thu, Đông, sung sướng, đâm chồi, đơm, rước đèn, bập bùng.</w:t>
            </w:r>
          </w:p>
          <w:p w14:paraId="2016EBB7" w14:textId="77777777" w:rsidR="0076342C" w:rsidRDefault="006E6C0F" w:rsidP="005F1C81">
            <w:pPr>
              <w:shd w:val="clear" w:color="auto" w:fill="FFFFFF" w:themeFill="background1"/>
              <w:jc w:val="both"/>
            </w:pPr>
            <w:r>
              <w:t>- GV hướng dẫn đọc câu dài: “Có em mới có bập bùng bếp lửa nhà sàn, mọi người mới có giấc ngủ ấm trong chăn.”</w:t>
            </w:r>
          </w:p>
        </w:tc>
        <w:tc>
          <w:tcPr>
            <w:tcW w:w="5159" w:type="dxa"/>
            <w:tcBorders>
              <w:top w:val="nil"/>
              <w:bottom w:val="nil"/>
            </w:tcBorders>
            <w:vAlign w:val="center"/>
          </w:tcPr>
          <w:p w14:paraId="2A5D8494" w14:textId="77777777" w:rsidR="0076342C" w:rsidRDefault="006E6C0F" w:rsidP="005F1C81">
            <w:pPr>
              <w:shd w:val="clear" w:color="auto" w:fill="FFFFFF" w:themeFill="background1"/>
              <w:jc w:val="both"/>
            </w:pPr>
            <w:r>
              <w:t>- HS nêu từ khó: sung sướng, đâm chồi, đơm, rước đèn, bập bùng.</w:t>
            </w:r>
          </w:p>
          <w:p w14:paraId="60B3E4FA" w14:textId="77777777" w:rsidR="0076342C" w:rsidRDefault="006E6C0F" w:rsidP="005F1C81">
            <w:pPr>
              <w:shd w:val="clear" w:color="auto" w:fill="FFFFFF" w:themeFill="background1"/>
              <w:jc w:val="both"/>
            </w:pPr>
            <w:r>
              <w:t>- HS đọc cá nhân, nhóm, đồng thanh các từ khó.</w:t>
            </w:r>
          </w:p>
          <w:p w14:paraId="70642209" w14:textId="77777777" w:rsidR="0076342C" w:rsidRDefault="006E6C0F" w:rsidP="005F1C81">
            <w:pPr>
              <w:shd w:val="clear" w:color="auto" w:fill="FFFFFF" w:themeFill="background1"/>
              <w:jc w:val="both"/>
            </w:pPr>
            <w:r>
              <w:t>- HS luyện đọc câu dài, biết ngắt hơi sau cụm từ phù hợp.</w:t>
            </w:r>
          </w:p>
        </w:tc>
      </w:tr>
      <w:tr w:rsidR="0076342C" w14:paraId="6DFE5EA8" w14:textId="77777777" w:rsidTr="005F1C81">
        <w:trPr>
          <w:jc w:val="center"/>
        </w:trPr>
        <w:tc>
          <w:tcPr>
            <w:tcW w:w="5159" w:type="dxa"/>
            <w:tcBorders>
              <w:top w:val="nil"/>
              <w:bottom w:val="nil"/>
            </w:tcBorders>
            <w:vAlign w:val="center"/>
          </w:tcPr>
          <w:p w14:paraId="16FCA078" w14:textId="77777777" w:rsidR="0076342C" w:rsidRDefault="006E6C0F" w:rsidP="005F1C81">
            <w:pPr>
              <w:shd w:val="clear" w:color="auto" w:fill="FFFFFF" w:themeFill="background1"/>
              <w:jc w:val="both"/>
            </w:pPr>
            <w:r>
              <w:t>- GV cho HS đọc chú giải: đâm chồi, đơm.</w:t>
            </w:r>
          </w:p>
          <w:p w14:paraId="74A4E3AC" w14:textId="77777777" w:rsidR="0076342C" w:rsidRDefault="006E6C0F" w:rsidP="005F1C81">
            <w:pPr>
              <w:shd w:val="clear" w:color="auto" w:fill="FFFFFF" w:themeFill="background1"/>
              <w:jc w:val="both"/>
            </w:pPr>
            <w:r>
              <w:t>- GV yêu cầu HS đặt câu với một từ vừa giải nghĩa.</w:t>
            </w:r>
          </w:p>
        </w:tc>
        <w:tc>
          <w:tcPr>
            <w:tcW w:w="5159" w:type="dxa"/>
            <w:tcBorders>
              <w:top w:val="nil"/>
              <w:bottom w:val="nil"/>
            </w:tcBorders>
            <w:vAlign w:val="center"/>
          </w:tcPr>
          <w:p w14:paraId="74BF33A5" w14:textId="77777777" w:rsidR="0076342C" w:rsidRDefault="006E6C0F" w:rsidP="005F1C81">
            <w:pPr>
              <w:shd w:val="clear" w:color="auto" w:fill="FFFFFF" w:themeFill="background1"/>
              <w:jc w:val="both"/>
            </w:pPr>
            <w:r>
              <w:t>- HS đọc chú giải: Đâm chồi là mọc ra những mầm non; đơm là nảy ra.</w:t>
            </w:r>
          </w:p>
          <w:p w14:paraId="662D2C03" w14:textId="77777777" w:rsidR="0076342C" w:rsidRDefault="006E6C0F" w:rsidP="005F1C81">
            <w:pPr>
              <w:shd w:val="clear" w:color="auto" w:fill="FFFFFF" w:themeFill="background1"/>
              <w:jc w:val="both"/>
            </w:pPr>
            <w:r>
              <w:t>- HS đặt câu: Cây bàng đâm chồi non vào mùa xuân. Cây cam đơm hoa trắng.</w:t>
            </w:r>
          </w:p>
        </w:tc>
      </w:tr>
      <w:tr w:rsidR="0076342C" w14:paraId="7E113447" w14:textId="77777777" w:rsidTr="005F1C81">
        <w:trPr>
          <w:jc w:val="center"/>
        </w:trPr>
        <w:tc>
          <w:tcPr>
            <w:tcW w:w="5159" w:type="dxa"/>
            <w:tcBorders>
              <w:top w:val="nil"/>
              <w:bottom w:val="nil"/>
            </w:tcBorders>
            <w:vAlign w:val="center"/>
          </w:tcPr>
          <w:p w14:paraId="52823EA1" w14:textId="77777777" w:rsidR="0076342C" w:rsidRDefault="006E6C0F" w:rsidP="005F1C81">
            <w:pPr>
              <w:shd w:val="clear" w:color="auto" w:fill="FFFFFF" w:themeFill="background1"/>
              <w:jc w:val="both"/>
            </w:pPr>
            <w:r>
              <w:rPr>
                <w:b/>
              </w:rPr>
              <w:t>- c. HS luyện đọc trong nhóm.</w:t>
            </w:r>
          </w:p>
          <w:p w14:paraId="69A97A08" w14:textId="77777777" w:rsidR="0076342C" w:rsidRDefault="006E6C0F" w:rsidP="005F1C81">
            <w:pPr>
              <w:shd w:val="clear" w:color="auto" w:fill="FFFFFF" w:themeFill="background1"/>
              <w:jc w:val="both"/>
            </w:pPr>
            <w:r>
              <w:t>- GV tổ chức HS luyện đọc nhóm 4, mỗi bạn đọc một đoạn hoặc một lời nhân vật.</w:t>
            </w:r>
          </w:p>
          <w:p w14:paraId="25BB730E" w14:textId="77777777" w:rsidR="0076342C" w:rsidRDefault="006E6C0F" w:rsidP="005F1C81">
            <w:pPr>
              <w:shd w:val="clear" w:color="auto" w:fill="FFFFFF" w:themeFill="background1"/>
              <w:jc w:val="both"/>
            </w:pPr>
            <w:r>
              <w:t>- GV mời 2 nhóm thi đọc nối tiếp.</w:t>
            </w:r>
          </w:p>
        </w:tc>
        <w:tc>
          <w:tcPr>
            <w:tcW w:w="5159" w:type="dxa"/>
            <w:tcBorders>
              <w:top w:val="nil"/>
              <w:bottom w:val="nil"/>
            </w:tcBorders>
            <w:vAlign w:val="center"/>
          </w:tcPr>
          <w:p w14:paraId="23399403" w14:textId="77777777" w:rsidR="0076342C" w:rsidRDefault="006E6C0F" w:rsidP="005F1C81">
            <w:pPr>
              <w:shd w:val="clear" w:color="auto" w:fill="FFFFFF" w:themeFill="background1"/>
              <w:jc w:val="both"/>
            </w:pPr>
            <w:r>
              <w:t>- HS luyện đọc nhóm 4, góp ý cho bạn về phát âm, ngắt nghỉ.</w:t>
            </w:r>
          </w:p>
          <w:p w14:paraId="72F00C35" w14:textId="77777777" w:rsidR="0076342C" w:rsidRDefault="006E6C0F" w:rsidP="005F1C81">
            <w:pPr>
              <w:shd w:val="clear" w:color="auto" w:fill="FFFFFF" w:themeFill="background1"/>
              <w:jc w:val="both"/>
            </w:pPr>
            <w:r>
              <w:t>- 2 nhóm thi đọc nối tiếp; HS nhận xét nhóm đọc rõ ràng, đúng lời nhân vật.</w:t>
            </w:r>
          </w:p>
        </w:tc>
      </w:tr>
      <w:tr w:rsidR="0076342C" w14:paraId="14C73718" w14:textId="77777777" w:rsidTr="005F1C81">
        <w:trPr>
          <w:jc w:val="center"/>
        </w:trPr>
        <w:tc>
          <w:tcPr>
            <w:tcW w:w="5159" w:type="dxa"/>
            <w:tcBorders>
              <w:top w:val="nil"/>
              <w:bottom w:val="single" w:sz="4" w:space="0" w:color="000000"/>
            </w:tcBorders>
            <w:vAlign w:val="center"/>
          </w:tcPr>
          <w:p w14:paraId="750F7EB4" w14:textId="77777777" w:rsidR="0076342C" w:rsidRDefault="006E6C0F" w:rsidP="005F1C81">
            <w:pPr>
              <w:shd w:val="clear" w:color="auto" w:fill="FFFFFF" w:themeFill="background1"/>
              <w:jc w:val="both"/>
            </w:pPr>
            <w:r>
              <w:rPr>
                <w:b/>
              </w:rPr>
              <w:t>- d. Đọc toàn bài.</w:t>
            </w:r>
          </w:p>
          <w:p w14:paraId="6E7CA36B" w14:textId="77777777" w:rsidR="0076342C" w:rsidRDefault="006E6C0F" w:rsidP="005F1C81">
            <w:pPr>
              <w:shd w:val="clear" w:color="auto" w:fill="FFFFFF" w:themeFill="background1"/>
              <w:jc w:val="both"/>
            </w:pPr>
            <w:r>
              <w:t>- GV gọi 1 HS đọc toàn bài, nhận xét và tuyên dương HS đọc tiến bộ.</w:t>
            </w:r>
          </w:p>
        </w:tc>
        <w:tc>
          <w:tcPr>
            <w:tcW w:w="5159" w:type="dxa"/>
            <w:tcBorders>
              <w:top w:val="nil"/>
              <w:bottom w:val="single" w:sz="4" w:space="0" w:color="000000"/>
            </w:tcBorders>
            <w:vAlign w:val="center"/>
          </w:tcPr>
          <w:p w14:paraId="3E962C98" w14:textId="77777777" w:rsidR="0076342C" w:rsidRDefault="006E6C0F" w:rsidP="005F1C81">
            <w:pPr>
              <w:shd w:val="clear" w:color="auto" w:fill="FFFFFF" w:themeFill="background1"/>
              <w:jc w:val="both"/>
            </w:pPr>
            <w:r>
              <w:t>- 1 HS đọc toàn bài.</w:t>
            </w:r>
          </w:p>
          <w:p w14:paraId="22398C47" w14:textId="77777777" w:rsidR="0076342C" w:rsidRDefault="006E6C0F" w:rsidP="005F1C81">
            <w:pPr>
              <w:shd w:val="clear" w:color="auto" w:fill="FFFFFF" w:themeFill="background1"/>
              <w:jc w:val="both"/>
            </w:pPr>
            <w:r>
              <w:t>- HS khác theo dõi, nhận xét bạn đọc đúng, rõ, biết ngắt nghỉ.</w:t>
            </w:r>
          </w:p>
        </w:tc>
      </w:tr>
      <w:tr w:rsidR="0076342C" w14:paraId="4897D779"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39994925" w14:textId="77777777" w:rsidR="0076342C" w:rsidRDefault="006E6C0F" w:rsidP="005F1C81">
            <w:pPr>
              <w:shd w:val="clear" w:color="auto" w:fill="FFFFFF" w:themeFill="background1"/>
            </w:pPr>
            <w:r>
              <w:rPr>
                <w:b/>
              </w:rPr>
              <w:t>TIẾT 2</w:t>
            </w:r>
          </w:p>
        </w:tc>
      </w:tr>
      <w:tr w:rsidR="0076342C" w14:paraId="11C0D4DA"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04321E4B" w14:textId="77777777" w:rsidR="0076342C" w:rsidRDefault="006E6C0F" w:rsidP="005F1C81">
            <w:pPr>
              <w:shd w:val="clear" w:color="auto" w:fill="FFFFFF" w:themeFill="background1"/>
            </w:pPr>
            <w:r>
              <w:rPr>
                <w:b/>
              </w:rPr>
              <w:t>3. ĐỌC HIỂU (20 phút)</w:t>
            </w:r>
            <w:r>
              <w:rPr>
                <w:b/>
              </w:rPr>
              <w:br/>
              <w:t>Mục tiêu: HS trả lời được câu hỏi trong SGK; hiểu mỗi mùa đều có vẻ đẹp và ích lợi riêng; nhận biết quyền được sống trong môi trường tự nhiên an toàn, trong lành.</w:t>
            </w:r>
          </w:p>
        </w:tc>
      </w:tr>
      <w:tr w:rsidR="0076342C" w14:paraId="1B130283" w14:textId="77777777" w:rsidTr="005F1C81">
        <w:trPr>
          <w:jc w:val="center"/>
        </w:trPr>
        <w:tc>
          <w:tcPr>
            <w:tcW w:w="5159" w:type="dxa"/>
            <w:tcBorders>
              <w:top w:val="single" w:sz="4" w:space="0" w:color="000000"/>
              <w:bottom w:val="nil"/>
            </w:tcBorders>
            <w:vAlign w:val="center"/>
          </w:tcPr>
          <w:p w14:paraId="2DB26C1D" w14:textId="77777777" w:rsidR="0076342C" w:rsidRDefault="006E6C0F" w:rsidP="005F1C81">
            <w:pPr>
              <w:shd w:val="clear" w:color="auto" w:fill="FFFFFF" w:themeFill="background1"/>
              <w:jc w:val="both"/>
            </w:pPr>
            <w:r>
              <w:rPr>
                <w:b/>
              </w:rPr>
              <w:t>- Câu 1: Bốn nàng tiên tượng trưng cho những mùa nào trong năm?</w:t>
            </w:r>
          </w:p>
          <w:p w14:paraId="30EA61DD" w14:textId="77777777" w:rsidR="0076342C" w:rsidRDefault="006E6C0F" w:rsidP="005F1C81">
            <w:pPr>
              <w:shd w:val="clear" w:color="auto" w:fill="FFFFFF" w:themeFill="background1"/>
              <w:jc w:val="both"/>
            </w:pPr>
            <w:r>
              <w:t>- GV yêu cầu HS đọc thầm đoạn đầu và trả lời.</w:t>
            </w:r>
          </w:p>
        </w:tc>
        <w:tc>
          <w:tcPr>
            <w:tcW w:w="5159" w:type="dxa"/>
            <w:tcBorders>
              <w:top w:val="single" w:sz="4" w:space="0" w:color="000000"/>
              <w:bottom w:val="nil"/>
            </w:tcBorders>
            <w:vAlign w:val="center"/>
          </w:tcPr>
          <w:p w14:paraId="2AB92025" w14:textId="77777777" w:rsidR="0076342C" w:rsidRDefault="006E6C0F" w:rsidP="005F1C81">
            <w:pPr>
              <w:shd w:val="clear" w:color="auto" w:fill="FFFFFF" w:themeFill="background1"/>
              <w:jc w:val="both"/>
            </w:pPr>
            <w:r>
              <w:t>- HS đọc thầm và trả lời: Bốn nàng tiên tượng trưng cho mùa xuân, mùa hạ, mùa thu và mùa đông.</w:t>
            </w:r>
          </w:p>
        </w:tc>
      </w:tr>
      <w:tr w:rsidR="0076342C" w14:paraId="79BC75D3" w14:textId="77777777" w:rsidTr="005F1C81">
        <w:trPr>
          <w:jc w:val="center"/>
        </w:trPr>
        <w:tc>
          <w:tcPr>
            <w:tcW w:w="5159" w:type="dxa"/>
            <w:tcBorders>
              <w:top w:val="nil"/>
              <w:bottom w:val="nil"/>
            </w:tcBorders>
            <w:vAlign w:val="center"/>
          </w:tcPr>
          <w:p w14:paraId="4354119D" w14:textId="77777777" w:rsidR="0076342C" w:rsidRDefault="006E6C0F" w:rsidP="005F1C81">
            <w:pPr>
              <w:shd w:val="clear" w:color="auto" w:fill="FFFFFF" w:themeFill="background1"/>
              <w:jc w:val="both"/>
            </w:pPr>
            <w:r>
              <w:rPr>
                <w:b/>
              </w:rPr>
              <w:t>- Câu 2: Theo nàng tiên mùa hạ, vì sao thiếu nhi thích mùa thu?</w:t>
            </w:r>
          </w:p>
          <w:p w14:paraId="0B348C74" w14:textId="77777777" w:rsidR="0076342C" w:rsidRDefault="006E6C0F" w:rsidP="005F1C81">
            <w:pPr>
              <w:shd w:val="clear" w:color="auto" w:fill="FFFFFF" w:themeFill="background1"/>
              <w:jc w:val="both"/>
            </w:pPr>
            <w:r>
              <w:t>- GV hướng dẫn HS tìm lời của nàng tiên mùa hạ trong bài.</w:t>
            </w:r>
          </w:p>
        </w:tc>
        <w:tc>
          <w:tcPr>
            <w:tcW w:w="5159" w:type="dxa"/>
            <w:tcBorders>
              <w:top w:val="nil"/>
              <w:bottom w:val="nil"/>
            </w:tcBorders>
            <w:vAlign w:val="center"/>
          </w:tcPr>
          <w:p w14:paraId="79FCFE80" w14:textId="77777777" w:rsidR="0076342C" w:rsidRDefault="006E6C0F" w:rsidP="005F1C81">
            <w:pPr>
              <w:shd w:val="clear" w:color="auto" w:fill="FFFFFF" w:themeFill="background1"/>
              <w:jc w:val="both"/>
            </w:pPr>
            <w:r>
              <w:t>- HS trả lời: Thiếu nhi thích mùa thu vì mùa thu có đêm trăng rằm rước đèn, phá cỗ.</w:t>
            </w:r>
          </w:p>
        </w:tc>
      </w:tr>
      <w:tr w:rsidR="0076342C" w14:paraId="50E4313C" w14:textId="77777777" w:rsidTr="005F1C81">
        <w:trPr>
          <w:jc w:val="center"/>
        </w:trPr>
        <w:tc>
          <w:tcPr>
            <w:tcW w:w="5159" w:type="dxa"/>
            <w:tcBorders>
              <w:top w:val="nil"/>
              <w:bottom w:val="nil"/>
            </w:tcBorders>
            <w:vAlign w:val="center"/>
          </w:tcPr>
          <w:p w14:paraId="4E010D46" w14:textId="77777777" w:rsidR="0076342C" w:rsidRDefault="006E6C0F" w:rsidP="005F1C81">
            <w:pPr>
              <w:shd w:val="clear" w:color="auto" w:fill="FFFFFF" w:themeFill="background1"/>
              <w:jc w:val="both"/>
            </w:pPr>
            <w:r>
              <w:rPr>
                <w:b/>
              </w:rPr>
              <w:t>- Câu 3: Dựa vào bài đọc, nói tên mùa phù hợp với mỗi tranh.</w:t>
            </w:r>
          </w:p>
          <w:p w14:paraId="19670661" w14:textId="77777777" w:rsidR="0076342C" w:rsidRDefault="006E6C0F" w:rsidP="005F1C81">
            <w:pPr>
              <w:shd w:val="clear" w:color="auto" w:fill="FFFFFF" w:themeFill="background1"/>
              <w:jc w:val="both"/>
            </w:pPr>
            <w:r>
              <w:t>- GV cho HS quan sát 4 tranh nhỏ và thảo luận nhóm đôi.</w:t>
            </w:r>
          </w:p>
          <w:p w14:paraId="206C89D0" w14:textId="5458BC3B" w:rsidR="0076342C" w:rsidRDefault="0076342C" w:rsidP="005F1C81">
            <w:pPr>
              <w:shd w:val="clear" w:color="auto" w:fill="FFFFFF" w:themeFill="background1"/>
              <w:spacing w:before="20" w:after="20"/>
            </w:pPr>
          </w:p>
          <w:p w14:paraId="7EEFAA7B" w14:textId="77777777" w:rsidR="0076342C" w:rsidRDefault="0076342C" w:rsidP="005F1C81">
            <w:pPr>
              <w:shd w:val="clear" w:color="auto" w:fill="FFFFFF" w:themeFill="background1"/>
              <w:jc w:val="center"/>
            </w:pPr>
          </w:p>
        </w:tc>
        <w:tc>
          <w:tcPr>
            <w:tcW w:w="5159" w:type="dxa"/>
            <w:tcBorders>
              <w:top w:val="nil"/>
              <w:bottom w:val="nil"/>
            </w:tcBorders>
            <w:vAlign w:val="center"/>
          </w:tcPr>
          <w:p w14:paraId="4B6C1A2F" w14:textId="77777777" w:rsidR="0076342C" w:rsidRDefault="006E6C0F" w:rsidP="005F1C81">
            <w:pPr>
              <w:shd w:val="clear" w:color="auto" w:fill="FFFFFF" w:themeFill="background1"/>
              <w:jc w:val="both"/>
            </w:pPr>
            <w:r>
              <w:t>- HS quan sát tranh và thảo luận.</w:t>
            </w:r>
          </w:p>
          <w:p w14:paraId="0D354D53" w14:textId="77777777" w:rsidR="0076342C" w:rsidRDefault="006E6C0F" w:rsidP="005F1C81">
            <w:pPr>
              <w:shd w:val="clear" w:color="auto" w:fill="FFFFFF" w:themeFill="background1"/>
              <w:jc w:val="both"/>
            </w:pPr>
            <w:r>
              <w:t>- Đáp án: Tranh 1: mùa xuân; tranh 2: mùa đông; tranh 3: mùa hạ; tranh 4: mùa thu.</w:t>
            </w:r>
          </w:p>
        </w:tc>
      </w:tr>
      <w:tr w:rsidR="0076342C" w14:paraId="61D89153" w14:textId="77777777" w:rsidTr="005F1C81">
        <w:trPr>
          <w:jc w:val="center"/>
        </w:trPr>
        <w:tc>
          <w:tcPr>
            <w:tcW w:w="5159" w:type="dxa"/>
            <w:tcBorders>
              <w:top w:val="nil"/>
              <w:bottom w:val="nil"/>
            </w:tcBorders>
            <w:vAlign w:val="center"/>
          </w:tcPr>
          <w:p w14:paraId="5D419A98" w14:textId="77777777" w:rsidR="0076342C" w:rsidRDefault="006E6C0F" w:rsidP="005F1C81">
            <w:pPr>
              <w:shd w:val="clear" w:color="auto" w:fill="FFFFFF" w:themeFill="background1"/>
              <w:jc w:val="both"/>
            </w:pPr>
            <w:r>
              <w:rPr>
                <w:b/>
              </w:rPr>
              <w:t>- Câu 4: Vì sao bà Đất nói cả bốn nàng tiên đều có ích và đáng yêu?</w:t>
            </w:r>
          </w:p>
          <w:p w14:paraId="38D4A438" w14:textId="77777777" w:rsidR="0076342C" w:rsidRDefault="006E6C0F" w:rsidP="005F1C81">
            <w:pPr>
              <w:shd w:val="clear" w:color="auto" w:fill="FFFFFF" w:themeFill="background1"/>
              <w:jc w:val="both"/>
            </w:pPr>
            <w:r>
              <w:t xml:space="preserve">- GV tổ chức HS thảo luận nhóm 4, ghi ý chính </w:t>
            </w:r>
            <w:r>
              <w:lastRenderedPageBreak/>
              <w:t>ra phiếu.</w:t>
            </w:r>
          </w:p>
        </w:tc>
        <w:tc>
          <w:tcPr>
            <w:tcW w:w="5159" w:type="dxa"/>
            <w:tcBorders>
              <w:top w:val="nil"/>
              <w:bottom w:val="nil"/>
            </w:tcBorders>
            <w:vAlign w:val="center"/>
          </w:tcPr>
          <w:p w14:paraId="50ACBA81" w14:textId="77777777" w:rsidR="0076342C" w:rsidRDefault="006E6C0F" w:rsidP="005F1C81">
            <w:pPr>
              <w:shd w:val="clear" w:color="auto" w:fill="FFFFFF" w:themeFill="background1"/>
              <w:jc w:val="both"/>
            </w:pPr>
            <w:r>
              <w:lastRenderedPageBreak/>
              <w:t>- HS thảo luận nhóm 4.</w:t>
            </w:r>
          </w:p>
          <w:p w14:paraId="0D7BCF9E" w14:textId="77777777" w:rsidR="0076342C" w:rsidRDefault="006E6C0F" w:rsidP="005F1C81">
            <w:pPr>
              <w:shd w:val="clear" w:color="auto" w:fill="FFFFFF" w:themeFill="background1"/>
              <w:jc w:val="both"/>
            </w:pPr>
            <w:r>
              <w:t xml:space="preserve">- HS trả lời: Vì mỗi mùa đều có ích, đem đến cho cây cối, con người những điều tốt đẹp khác </w:t>
            </w:r>
            <w:r>
              <w:lastRenderedPageBreak/>
              <w:t>nhau: xuân làm cây tươi tốt, hạ cho trái ngọt, thu cho đêm rằm vui, đông ấp ủ mầm sống.</w:t>
            </w:r>
          </w:p>
        </w:tc>
      </w:tr>
      <w:tr w:rsidR="0076342C" w14:paraId="44207890" w14:textId="77777777" w:rsidTr="005F1C81">
        <w:trPr>
          <w:jc w:val="center"/>
        </w:trPr>
        <w:tc>
          <w:tcPr>
            <w:tcW w:w="5159" w:type="dxa"/>
            <w:tcBorders>
              <w:top w:val="nil"/>
              <w:bottom w:val="nil"/>
            </w:tcBorders>
            <w:vAlign w:val="center"/>
          </w:tcPr>
          <w:p w14:paraId="4C4C0E72" w14:textId="77777777" w:rsidR="0076342C" w:rsidRDefault="006E6C0F" w:rsidP="005F1C81">
            <w:pPr>
              <w:shd w:val="clear" w:color="auto" w:fill="FFFFFF" w:themeFill="background1"/>
              <w:jc w:val="both"/>
            </w:pPr>
            <w:r>
              <w:rPr>
                <w:color w:val="C00000"/>
              </w:rPr>
              <w:lastRenderedPageBreak/>
              <w:t>- GV hỏi dẫn tích hợp: Khi bà Đất lắng nghe ý kiến của bốn nàng tiên và kết luận mùa nào cũng đáng yêu, em học được điều gì về cách tôn trọng sự khác nhau?</w:t>
            </w:r>
          </w:p>
          <w:p w14:paraId="1CD2F778" w14:textId="77777777" w:rsidR="0076342C" w:rsidRDefault="006E6C0F" w:rsidP="005F1C81">
            <w:pPr>
              <w:shd w:val="clear" w:color="auto" w:fill="FFFFFF" w:themeFill="background1"/>
              <w:jc w:val="both"/>
            </w:pPr>
            <w:r>
              <w:rPr>
                <w:color w:val="C00000"/>
              </w:rPr>
              <w:t>- GV diễn giải tích hợp quyền con người: Mỗi người đều có quyền được bày tỏ ý kiến và được tôn trọng. Cũng như bốn mùa có vẻ đẹp riêng, mỗi bạn trong lớp có sở thích, khả năng và cách thể hiện khác nhau. Các em cần biết lắng nghe, không chê bai sự khác biệt; đồng thời biết giữ gìn cây xanh, nguồn nước, không khí trong lành để mọi người, nhất là trẻ em, được sống và vui chơi trong môi trường an toàn, tốt đẹp.</w:t>
            </w:r>
          </w:p>
        </w:tc>
        <w:tc>
          <w:tcPr>
            <w:tcW w:w="5159" w:type="dxa"/>
            <w:tcBorders>
              <w:top w:val="nil"/>
              <w:bottom w:val="nil"/>
            </w:tcBorders>
            <w:vAlign w:val="center"/>
          </w:tcPr>
          <w:p w14:paraId="646C7814" w14:textId="77777777" w:rsidR="0076342C" w:rsidRDefault="006E6C0F" w:rsidP="005F1C81">
            <w:pPr>
              <w:shd w:val="clear" w:color="auto" w:fill="FFFFFF" w:themeFill="background1"/>
              <w:jc w:val="both"/>
            </w:pPr>
            <w:r>
              <w:rPr>
                <w:color w:val="C00000"/>
              </w:rPr>
              <w:t>- HS trả lời: Em học được rằng cần lắng nghe bạn, tôn trọng ý kiến của bạn; mỗi bạn đều có điểm đáng quý.</w:t>
            </w:r>
          </w:p>
          <w:p w14:paraId="30478E07" w14:textId="77777777" w:rsidR="0076342C" w:rsidRDefault="006E6C0F" w:rsidP="005F1C81">
            <w:pPr>
              <w:shd w:val="clear" w:color="auto" w:fill="FFFFFF" w:themeFill="background1"/>
              <w:jc w:val="both"/>
            </w:pPr>
            <w:r>
              <w:rPr>
                <w:color w:val="C00000"/>
              </w:rPr>
              <w:t>- HS nêu việc làm: không bẻ cành, không xả rác, chăm sóc cây, giữ lớp học sạch đẹp.</w:t>
            </w:r>
          </w:p>
        </w:tc>
      </w:tr>
      <w:tr w:rsidR="0076342C" w14:paraId="008E3F2D" w14:textId="77777777" w:rsidTr="005F1C81">
        <w:trPr>
          <w:jc w:val="center"/>
        </w:trPr>
        <w:tc>
          <w:tcPr>
            <w:tcW w:w="5159" w:type="dxa"/>
            <w:tcBorders>
              <w:top w:val="nil"/>
              <w:bottom w:val="single" w:sz="4" w:space="0" w:color="000000"/>
            </w:tcBorders>
            <w:vAlign w:val="center"/>
          </w:tcPr>
          <w:p w14:paraId="2CBDF3DF" w14:textId="77777777" w:rsidR="0076342C" w:rsidRDefault="006E6C0F" w:rsidP="005F1C81">
            <w:pPr>
              <w:shd w:val="clear" w:color="auto" w:fill="FFFFFF" w:themeFill="background1"/>
              <w:jc w:val="both"/>
            </w:pPr>
            <w:r>
              <w:t>- GV kết luận: Câu chuyện cho thấy bốn mùa đều có vẻ đẹp, ích lợi riêng; biết yêu thiên nhiên là biết yêu vẻ đẹp quanh em.</w:t>
            </w:r>
          </w:p>
        </w:tc>
        <w:tc>
          <w:tcPr>
            <w:tcW w:w="5159" w:type="dxa"/>
            <w:tcBorders>
              <w:top w:val="nil"/>
              <w:bottom w:val="single" w:sz="4" w:space="0" w:color="000000"/>
            </w:tcBorders>
            <w:vAlign w:val="center"/>
          </w:tcPr>
          <w:p w14:paraId="0E417766" w14:textId="77777777" w:rsidR="0076342C" w:rsidRDefault="006E6C0F" w:rsidP="005F1C81">
            <w:pPr>
              <w:shd w:val="clear" w:color="auto" w:fill="FFFFFF" w:themeFill="background1"/>
              <w:jc w:val="both"/>
            </w:pPr>
            <w:r>
              <w:t>- HS lắng nghe và nhắc lại nội dung bài.</w:t>
            </w:r>
          </w:p>
        </w:tc>
      </w:tr>
      <w:tr w:rsidR="0076342C" w14:paraId="4B03BF81"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6C1A60E2" w14:textId="77777777" w:rsidR="0076342C" w:rsidRDefault="006E6C0F" w:rsidP="005F1C81">
            <w:pPr>
              <w:shd w:val="clear" w:color="auto" w:fill="FFFFFF" w:themeFill="background1"/>
            </w:pPr>
            <w:r>
              <w:rPr>
                <w:b/>
              </w:rPr>
              <w:t>4. LUYỆN TẬP (10 phút)</w:t>
            </w:r>
            <w:r>
              <w:rPr>
                <w:b/>
              </w:rPr>
              <w:br/>
              <w:t>Mục tiêu: HS nhận biết câu nêu đặc điểm và nói được đặc điểm của mùa xuân theo mẫu.</w:t>
            </w:r>
          </w:p>
        </w:tc>
      </w:tr>
      <w:tr w:rsidR="0076342C" w14:paraId="09F613B7" w14:textId="77777777" w:rsidTr="005F1C81">
        <w:trPr>
          <w:jc w:val="center"/>
        </w:trPr>
        <w:tc>
          <w:tcPr>
            <w:tcW w:w="5159" w:type="dxa"/>
            <w:tcBorders>
              <w:top w:val="single" w:sz="4" w:space="0" w:color="000000"/>
              <w:bottom w:val="nil"/>
            </w:tcBorders>
            <w:vAlign w:val="center"/>
          </w:tcPr>
          <w:p w14:paraId="69D6918D" w14:textId="77777777" w:rsidR="0076342C" w:rsidRDefault="006E6C0F" w:rsidP="005F1C81">
            <w:pPr>
              <w:shd w:val="clear" w:color="auto" w:fill="FFFFFF" w:themeFill="background1"/>
              <w:jc w:val="both"/>
            </w:pPr>
            <w:r>
              <w:rPr>
                <w:b/>
              </w:rPr>
              <w:t>- Hoạt động 1: Câu nào dưới đây là câu nêu đặc điểm?</w:t>
            </w:r>
          </w:p>
          <w:p w14:paraId="679AB852" w14:textId="77777777" w:rsidR="0076342C" w:rsidRDefault="006E6C0F" w:rsidP="005F1C81">
            <w:pPr>
              <w:shd w:val="clear" w:color="auto" w:fill="FFFFFF" w:themeFill="background1"/>
              <w:jc w:val="both"/>
            </w:pPr>
            <w:r>
              <w:t>- GV yêu cầu HS đọc hai câu a, b và chọn đáp án.</w:t>
            </w:r>
          </w:p>
        </w:tc>
        <w:tc>
          <w:tcPr>
            <w:tcW w:w="5159" w:type="dxa"/>
            <w:tcBorders>
              <w:top w:val="single" w:sz="4" w:space="0" w:color="000000"/>
              <w:bottom w:val="nil"/>
            </w:tcBorders>
            <w:vAlign w:val="center"/>
          </w:tcPr>
          <w:p w14:paraId="359E036C" w14:textId="77777777" w:rsidR="0076342C" w:rsidRDefault="006E6C0F" w:rsidP="005F1C81">
            <w:pPr>
              <w:shd w:val="clear" w:color="auto" w:fill="FFFFFF" w:themeFill="background1"/>
              <w:jc w:val="both"/>
            </w:pPr>
            <w:r>
              <w:t>- HS đọc và chọn đáp án b: “Các cháu đều có ích, đều đáng yêu.” vì câu này nêu đặc điểm của các mùa.</w:t>
            </w:r>
          </w:p>
        </w:tc>
      </w:tr>
      <w:tr w:rsidR="0076342C" w14:paraId="186AC09E" w14:textId="77777777" w:rsidTr="005F1C81">
        <w:trPr>
          <w:jc w:val="center"/>
        </w:trPr>
        <w:tc>
          <w:tcPr>
            <w:tcW w:w="5159" w:type="dxa"/>
            <w:tcBorders>
              <w:top w:val="nil"/>
              <w:bottom w:val="single" w:sz="4" w:space="0" w:color="000000"/>
            </w:tcBorders>
            <w:vAlign w:val="center"/>
          </w:tcPr>
          <w:p w14:paraId="405EFFEA" w14:textId="77777777" w:rsidR="0076342C" w:rsidRDefault="006E6C0F" w:rsidP="005F1C81">
            <w:pPr>
              <w:shd w:val="clear" w:color="auto" w:fill="FFFFFF" w:themeFill="background1"/>
              <w:jc w:val="both"/>
            </w:pPr>
            <w:r>
              <w:rPr>
                <w:b/>
              </w:rPr>
              <w:t>- Hoạt động 2: Trò chơi Hỏi nhanh đáp đúng.</w:t>
            </w:r>
          </w:p>
          <w:p w14:paraId="178C82D6" w14:textId="77777777" w:rsidR="0076342C" w:rsidRDefault="006E6C0F" w:rsidP="005F1C81">
            <w:pPr>
              <w:shd w:val="clear" w:color="auto" w:fill="FFFFFF" w:themeFill="background1"/>
              <w:jc w:val="both"/>
            </w:pPr>
            <w:r>
              <w:t>- GV nêu mẫu: “Mùa xuân có gì?” – “Mùa xuân có (...).”</w:t>
            </w:r>
          </w:p>
          <w:p w14:paraId="04840285" w14:textId="77777777" w:rsidR="0076342C" w:rsidRDefault="006E6C0F" w:rsidP="005F1C81">
            <w:pPr>
              <w:shd w:val="clear" w:color="auto" w:fill="FFFFFF" w:themeFill="background1"/>
              <w:jc w:val="both"/>
            </w:pPr>
            <w:r>
              <w:t>- GV tổ chức HS hỏi đáp theo nhóm đôi.</w:t>
            </w:r>
          </w:p>
        </w:tc>
        <w:tc>
          <w:tcPr>
            <w:tcW w:w="5159" w:type="dxa"/>
            <w:tcBorders>
              <w:top w:val="nil"/>
              <w:bottom w:val="single" w:sz="4" w:space="0" w:color="000000"/>
            </w:tcBorders>
            <w:vAlign w:val="center"/>
          </w:tcPr>
          <w:p w14:paraId="57615353" w14:textId="77777777" w:rsidR="0076342C" w:rsidRDefault="006E6C0F" w:rsidP="005F1C81">
            <w:pPr>
              <w:shd w:val="clear" w:color="auto" w:fill="FFFFFF" w:themeFill="background1"/>
              <w:jc w:val="both"/>
            </w:pPr>
            <w:r>
              <w:t>- HS hỏi đáp theo mẫu.</w:t>
            </w:r>
          </w:p>
          <w:p w14:paraId="4BC67B08" w14:textId="77777777" w:rsidR="0076342C" w:rsidRDefault="006E6C0F" w:rsidP="005F1C81">
            <w:pPr>
              <w:shd w:val="clear" w:color="auto" w:fill="FFFFFF" w:themeFill="background1"/>
              <w:jc w:val="both"/>
            </w:pPr>
            <w:r>
              <w:t>- Ví dụ: Mùa xuân có hoa đào, hoa mai, cây cối đâm chồi nảy lộc. Mùa hạ có nắng vàng và trái ngọt. Mùa thu có đêm rằm rước đèn. Mùa đông có bếp lửa ấm áp.</w:t>
            </w:r>
          </w:p>
        </w:tc>
      </w:tr>
      <w:tr w:rsidR="0076342C" w14:paraId="1C9FDBBC"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526C37A7" w14:textId="77777777" w:rsidR="0076342C" w:rsidRDefault="006E6C0F" w:rsidP="005F1C81">
            <w:pPr>
              <w:shd w:val="clear" w:color="auto" w:fill="FFFFFF" w:themeFill="background1"/>
            </w:pPr>
            <w:r>
              <w:rPr>
                <w:b/>
              </w:rPr>
              <w:t>5. VẬN DỤNG (5 phút)</w:t>
            </w:r>
            <w:r>
              <w:rPr>
                <w:b/>
              </w:rPr>
              <w:br/>
              <w:t>Mục tiêu: HS liên hệ bài học với cuộc sống.</w:t>
            </w:r>
          </w:p>
        </w:tc>
      </w:tr>
      <w:tr w:rsidR="0076342C" w14:paraId="501F4CF2" w14:textId="77777777" w:rsidTr="005F1C81">
        <w:trPr>
          <w:jc w:val="center"/>
        </w:trPr>
        <w:tc>
          <w:tcPr>
            <w:tcW w:w="5159" w:type="dxa"/>
            <w:tcBorders>
              <w:top w:val="single" w:sz="4" w:space="0" w:color="000000"/>
            </w:tcBorders>
            <w:vAlign w:val="center"/>
          </w:tcPr>
          <w:p w14:paraId="3BBD7B83" w14:textId="77777777" w:rsidR="0076342C" w:rsidRDefault="006E6C0F" w:rsidP="005F1C81">
            <w:pPr>
              <w:shd w:val="clear" w:color="auto" w:fill="FFFFFF" w:themeFill="background1"/>
              <w:jc w:val="both"/>
            </w:pPr>
            <w:r>
              <w:t>- GV yêu cầu HS nói một câu về mùa em thích nhất và lí do.</w:t>
            </w:r>
          </w:p>
          <w:p w14:paraId="6F381D9D" w14:textId="77777777" w:rsidR="0076342C" w:rsidRDefault="006E6C0F" w:rsidP="005F1C81">
            <w:pPr>
              <w:shd w:val="clear" w:color="auto" w:fill="FFFFFF" w:themeFill="background1"/>
              <w:jc w:val="both"/>
            </w:pPr>
            <w:r>
              <w:t>- GV dặn HS về nhà đọc lại bài, chuẩn bị tiết viết chữ hoa Q.</w:t>
            </w:r>
          </w:p>
        </w:tc>
        <w:tc>
          <w:tcPr>
            <w:tcW w:w="5159" w:type="dxa"/>
            <w:tcBorders>
              <w:top w:val="single" w:sz="4" w:space="0" w:color="000000"/>
            </w:tcBorders>
            <w:vAlign w:val="center"/>
          </w:tcPr>
          <w:p w14:paraId="56D505BF" w14:textId="77777777" w:rsidR="0076342C" w:rsidRDefault="006E6C0F" w:rsidP="005F1C81">
            <w:pPr>
              <w:shd w:val="clear" w:color="auto" w:fill="FFFFFF" w:themeFill="background1"/>
              <w:jc w:val="both"/>
            </w:pPr>
            <w:r>
              <w:t>- HS nói: Em thích mùa xuân vì mùa xuân có hoa đào và thời tiết ấm áp.</w:t>
            </w:r>
          </w:p>
          <w:p w14:paraId="454A5803" w14:textId="77777777" w:rsidR="0076342C" w:rsidRDefault="006E6C0F" w:rsidP="005F1C81">
            <w:pPr>
              <w:shd w:val="clear" w:color="auto" w:fill="FFFFFF" w:themeFill="background1"/>
              <w:jc w:val="both"/>
            </w:pPr>
            <w:r>
              <w:t>- HS ghi nhớ nhiệm vụ.</w:t>
            </w:r>
          </w:p>
        </w:tc>
      </w:tr>
    </w:tbl>
    <w:p w14:paraId="5BD7C24B" w14:textId="77777777" w:rsidR="0076342C" w:rsidRDefault="006E6C0F" w:rsidP="005F1C81">
      <w:pPr>
        <w:shd w:val="clear" w:color="auto" w:fill="FFFFFF" w:themeFill="background1"/>
        <w:spacing w:after="0" w:line="240" w:lineRule="auto"/>
      </w:pPr>
      <w:r>
        <w:rPr>
          <w:b/>
        </w:rPr>
        <w:t>IV. ĐIỀU CHỈNH SAU TIẾT HỌC (NẾU CÓ)</w:t>
      </w:r>
    </w:p>
    <w:p w14:paraId="7F45A40A" w14:textId="77777777" w:rsidR="0076342C" w:rsidRDefault="0076342C" w:rsidP="005F1C81">
      <w:pPr>
        <w:shd w:val="clear" w:color="auto" w:fill="FFFFFF" w:themeFill="background1"/>
        <w:spacing w:after="0" w:line="240" w:lineRule="auto"/>
        <w:jc w:val="both"/>
      </w:pPr>
    </w:p>
    <w:p w14:paraId="2DB309F2" w14:textId="77777777" w:rsidR="0076342C" w:rsidRDefault="006E6C0F" w:rsidP="005F1C81">
      <w:pPr>
        <w:shd w:val="clear" w:color="auto" w:fill="FFFFFF" w:themeFill="background1"/>
        <w:spacing w:after="0" w:line="240" w:lineRule="auto"/>
        <w:jc w:val="center"/>
      </w:pPr>
      <w:r>
        <w:rPr>
          <w:b/>
        </w:rPr>
        <w:t>KẾ HOẠCH BÀI DẠY MÔN TIẾNG VIỆT LỚP 2 – TUẦN 19</w:t>
      </w:r>
    </w:p>
    <w:p w14:paraId="48915B8F" w14:textId="77777777" w:rsidR="0076342C" w:rsidRDefault="006E6C0F" w:rsidP="005F1C81">
      <w:pPr>
        <w:shd w:val="clear" w:color="auto" w:fill="FFFFFF" w:themeFill="background1"/>
        <w:spacing w:after="0" w:line="240" w:lineRule="auto"/>
        <w:jc w:val="center"/>
      </w:pPr>
      <w:r>
        <w:rPr>
          <w:b/>
        </w:rPr>
        <w:t>CHỦ ĐỀ 5: VẺ ĐẸP QUANH EM</w:t>
      </w:r>
    </w:p>
    <w:p w14:paraId="0B726434" w14:textId="77777777" w:rsidR="0076342C" w:rsidRDefault="006E6C0F" w:rsidP="005F1C81">
      <w:pPr>
        <w:shd w:val="clear" w:color="auto" w:fill="FFFFFF" w:themeFill="background1"/>
        <w:spacing w:after="0" w:line="240" w:lineRule="auto"/>
        <w:jc w:val="center"/>
      </w:pPr>
      <w:r>
        <w:rPr>
          <w:b/>
        </w:rPr>
        <w:t>BÀI 1: CHUYỆN BỐN MÙA</w:t>
      </w:r>
    </w:p>
    <w:p w14:paraId="3E7ADDE8" w14:textId="77777777" w:rsidR="0076342C" w:rsidRDefault="006E6C0F" w:rsidP="005F1C81">
      <w:pPr>
        <w:shd w:val="clear" w:color="auto" w:fill="FFFFFF" w:themeFill="background1"/>
        <w:spacing w:after="0" w:line="240" w:lineRule="auto"/>
        <w:jc w:val="center"/>
      </w:pPr>
      <w:r>
        <w:rPr>
          <w:b/>
        </w:rPr>
        <w:t>TIẾT 3: VIẾT CHỮ HOA Q; TIẾT 4: NÓI VÀ NGHE</w:t>
      </w:r>
    </w:p>
    <w:p w14:paraId="0A9FDDE8" w14:textId="77777777" w:rsidR="0076342C" w:rsidRDefault="006E6C0F" w:rsidP="005F1C81">
      <w:pPr>
        <w:shd w:val="clear" w:color="auto" w:fill="FFFFFF" w:themeFill="background1"/>
        <w:spacing w:after="0" w:line="240" w:lineRule="auto"/>
        <w:jc w:val="both"/>
      </w:pPr>
      <w:r>
        <w:rPr>
          <w:b/>
        </w:rPr>
        <w:t>I. YÊU CẦU CẦN ĐẠT</w:t>
      </w:r>
    </w:p>
    <w:p w14:paraId="3210D1D8" w14:textId="77777777" w:rsidR="0076342C" w:rsidRDefault="006E6C0F" w:rsidP="005F1C81">
      <w:pPr>
        <w:shd w:val="clear" w:color="auto" w:fill="FFFFFF" w:themeFill="background1"/>
        <w:spacing w:after="0" w:line="240" w:lineRule="auto"/>
        <w:jc w:val="both"/>
      </w:pPr>
      <w:r>
        <w:t>Sau bài học, HS sẽ:</w:t>
      </w:r>
    </w:p>
    <w:p w14:paraId="4A4F06A9" w14:textId="77777777" w:rsidR="0076342C" w:rsidRDefault="006E6C0F" w:rsidP="005F1C81">
      <w:pPr>
        <w:shd w:val="clear" w:color="auto" w:fill="FFFFFF" w:themeFill="background1"/>
        <w:spacing w:after="0" w:line="240" w:lineRule="auto"/>
        <w:jc w:val="both"/>
      </w:pPr>
      <w:r>
        <w:rPr>
          <w:b/>
        </w:rPr>
        <w:t>1. Năng lực đặc thù</w:t>
      </w:r>
    </w:p>
    <w:p w14:paraId="54BF6E44" w14:textId="77777777" w:rsidR="0076342C" w:rsidRDefault="006E6C0F" w:rsidP="005F1C81">
      <w:pPr>
        <w:shd w:val="clear" w:color="auto" w:fill="FFFFFF" w:themeFill="background1"/>
        <w:spacing w:after="0" w:line="240" w:lineRule="auto"/>
        <w:jc w:val="both"/>
      </w:pPr>
      <w:r>
        <w:t>- Viết đúng chữ hoa Q cỡ vừa và cỡ nhỏ; viết đúng câu ứng dụng Quê hương em có đồng lúa xanh.</w:t>
      </w:r>
    </w:p>
    <w:p w14:paraId="4EF5FD9F" w14:textId="77777777" w:rsidR="0076342C" w:rsidRDefault="006E6C0F" w:rsidP="005F1C81">
      <w:pPr>
        <w:shd w:val="clear" w:color="auto" w:fill="FFFFFF" w:themeFill="background1"/>
        <w:spacing w:after="0" w:line="240" w:lineRule="auto"/>
        <w:jc w:val="both"/>
      </w:pPr>
      <w:r>
        <w:t>- Dựa vào tranh và câu hỏi gợi ý, kể lại được từng đoạn của câu chuyện Chuyện bốn mùa.</w:t>
      </w:r>
    </w:p>
    <w:p w14:paraId="4E0F8B36" w14:textId="77777777" w:rsidR="0076342C" w:rsidRDefault="006E6C0F" w:rsidP="005F1C81">
      <w:pPr>
        <w:shd w:val="clear" w:color="auto" w:fill="FFFFFF" w:themeFill="background1"/>
        <w:spacing w:after="0" w:line="240" w:lineRule="auto"/>
        <w:jc w:val="both"/>
      </w:pPr>
      <w:r>
        <w:t>- Biết nói với người thân về nàng tiên em thích nhất trong câu chuyện.</w:t>
      </w:r>
    </w:p>
    <w:p w14:paraId="455C7746" w14:textId="77777777" w:rsidR="0076342C" w:rsidRDefault="006E6C0F" w:rsidP="005F1C81">
      <w:pPr>
        <w:shd w:val="clear" w:color="auto" w:fill="FFFFFF" w:themeFill="background1"/>
        <w:spacing w:after="0" w:line="240" w:lineRule="auto"/>
        <w:jc w:val="both"/>
      </w:pPr>
      <w:r>
        <w:rPr>
          <w:b/>
        </w:rPr>
        <w:t>2. Năng lực chung</w:t>
      </w:r>
    </w:p>
    <w:p w14:paraId="07589E69" w14:textId="77777777" w:rsidR="0076342C" w:rsidRDefault="006E6C0F" w:rsidP="005F1C81">
      <w:pPr>
        <w:shd w:val="clear" w:color="auto" w:fill="FFFFFF" w:themeFill="background1"/>
        <w:spacing w:after="0" w:line="240" w:lineRule="auto"/>
        <w:jc w:val="both"/>
      </w:pPr>
      <w:r>
        <w:t>- Tự chủ và tự học: chủ động rèn chữ, chuẩn bị lời kể.</w:t>
      </w:r>
    </w:p>
    <w:p w14:paraId="6DC1DDC9" w14:textId="77777777" w:rsidR="0076342C" w:rsidRDefault="006E6C0F" w:rsidP="005F1C81">
      <w:pPr>
        <w:shd w:val="clear" w:color="auto" w:fill="FFFFFF" w:themeFill="background1"/>
        <w:spacing w:after="0" w:line="240" w:lineRule="auto"/>
        <w:jc w:val="both"/>
      </w:pPr>
      <w:r>
        <w:t>- Giao tiếp và hợp tác: trao đổi nhóm, kể chuyện theo tranh, lắng nghe và góp ý cho bạn.</w:t>
      </w:r>
    </w:p>
    <w:p w14:paraId="41665856" w14:textId="77777777" w:rsidR="0076342C" w:rsidRDefault="006E6C0F" w:rsidP="005F1C81">
      <w:pPr>
        <w:shd w:val="clear" w:color="auto" w:fill="FFFFFF" w:themeFill="background1"/>
        <w:spacing w:after="0" w:line="240" w:lineRule="auto"/>
        <w:jc w:val="both"/>
      </w:pPr>
      <w:r>
        <w:lastRenderedPageBreak/>
        <w:t>- Giải quyết vấn đề và sáng tạo: sắp xếp ý khi kể chuyện, kể bằng lời của mình.</w:t>
      </w:r>
    </w:p>
    <w:p w14:paraId="0E57BFE0" w14:textId="77777777" w:rsidR="0076342C" w:rsidRDefault="006E6C0F" w:rsidP="005F1C81">
      <w:pPr>
        <w:shd w:val="clear" w:color="auto" w:fill="FFFFFF" w:themeFill="background1"/>
        <w:spacing w:after="0" w:line="240" w:lineRule="auto"/>
        <w:jc w:val="both"/>
      </w:pPr>
      <w:r>
        <w:rPr>
          <w:b/>
        </w:rPr>
        <w:t>3. Phẩm chất</w:t>
      </w:r>
    </w:p>
    <w:p w14:paraId="5768A5AD" w14:textId="77777777" w:rsidR="0076342C" w:rsidRDefault="006E6C0F" w:rsidP="005F1C81">
      <w:pPr>
        <w:shd w:val="clear" w:color="auto" w:fill="FFFFFF" w:themeFill="background1"/>
        <w:spacing w:after="0" w:line="240" w:lineRule="auto"/>
        <w:jc w:val="both"/>
      </w:pPr>
      <w:r>
        <w:t>- Chăm chỉ: luyện viết cẩn thận, trình bày sạch đẹp.</w:t>
      </w:r>
    </w:p>
    <w:p w14:paraId="64A8CB9E" w14:textId="77777777" w:rsidR="0076342C" w:rsidRDefault="006E6C0F" w:rsidP="005F1C81">
      <w:pPr>
        <w:shd w:val="clear" w:color="auto" w:fill="FFFFFF" w:themeFill="background1"/>
        <w:spacing w:after="0" w:line="240" w:lineRule="auto"/>
        <w:jc w:val="both"/>
      </w:pPr>
      <w:r>
        <w:t>- Nhân ái: yêu quê hương, yêu thiên nhiên và trân trọng vẻ đẹp các mùa.</w:t>
      </w:r>
    </w:p>
    <w:p w14:paraId="3A984A36" w14:textId="77777777" w:rsidR="0076342C" w:rsidRDefault="006E6C0F" w:rsidP="005F1C81">
      <w:pPr>
        <w:shd w:val="clear" w:color="auto" w:fill="FFFFFF" w:themeFill="background1"/>
        <w:spacing w:after="0" w:line="240" w:lineRule="auto"/>
        <w:jc w:val="both"/>
      </w:pPr>
      <w:r>
        <w:rPr>
          <w:b/>
        </w:rPr>
        <w:t>II. ĐỒ DÙNG DẠY HỌC</w:t>
      </w:r>
    </w:p>
    <w:p w14:paraId="7F63BCF9" w14:textId="77777777" w:rsidR="0076342C" w:rsidRDefault="006E6C0F" w:rsidP="005F1C81">
      <w:pPr>
        <w:shd w:val="clear" w:color="auto" w:fill="FFFFFF" w:themeFill="background1"/>
        <w:spacing w:after="0" w:line="240" w:lineRule="auto"/>
        <w:jc w:val="both"/>
      </w:pPr>
      <w:r>
        <w:rPr>
          <w:b/>
        </w:rPr>
        <w:t>1. Giáo viên</w:t>
      </w:r>
    </w:p>
    <w:p w14:paraId="3055A7FA" w14:textId="77777777" w:rsidR="0076342C" w:rsidRDefault="006E6C0F" w:rsidP="005F1C81">
      <w:pPr>
        <w:shd w:val="clear" w:color="auto" w:fill="FFFFFF" w:themeFill="background1"/>
        <w:spacing w:after="0" w:line="240" w:lineRule="auto"/>
        <w:jc w:val="both"/>
      </w:pPr>
      <w:r>
        <w:t>- Mẫu chữ hoa Q; bảng phụ câu ứng dụng; tranh kể chuyện Chuyện bốn mùa.</w:t>
      </w:r>
    </w:p>
    <w:p w14:paraId="6119DDB0" w14:textId="77777777" w:rsidR="0076342C" w:rsidRDefault="006E6C0F" w:rsidP="005F1C81">
      <w:pPr>
        <w:shd w:val="clear" w:color="auto" w:fill="FFFFFF" w:themeFill="background1"/>
        <w:spacing w:after="0" w:line="240" w:lineRule="auto"/>
        <w:jc w:val="both"/>
      </w:pPr>
      <w:r>
        <w:rPr>
          <w:b/>
        </w:rPr>
        <w:t>2. Học sinh</w:t>
      </w:r>
    </w:p>
    <w:p w14:paraId="385A87CC" w14:textId="77777777" w:rsidR="0076342C" w:rsidRDefault="006E6C0F" w:rsidP="005F1C81">
      <w:pPr>
        <w:shd w:val="clear" w:color="auto" w:fill="FFFFFF" w:themeFill="background1"/>
        <w:spacing w:after="0" w:line="240" w:lineRule="auto"/>
        <w:jc w:val="both"/>
      </w:pPr>
      <w:r>
        <w:t>- Vở tập viết, bảng con, phấn/bút; SGK.</w:t>
      </w:r>
    </w:p>
    <w:p w14:paraId="0418754E" w14:textId="77777777" w:rsidR="0076342C" w:rsidRDefault="006E6C0F" w:rsidP="005F1C8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59"/>
        <w:gridCol w:w="5159"/>
      </w:tblGrid>
      <w:tr w:rsidR="0076342C" w14:paraId="2D4F81E3" w14:textId="77777777" w:rsidTr="005F1C81">
        <w:trPr>
          <w:jc w:val="center"/>
        </w:trPr>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3958DCCC" w14:textId="77777777" w:rsidR="0076342C" w:rsidRDefault="006E6C0F" w:rsidP="005F1C81">
            <w:pPr>
              <w:shd w:val="clear" w:color="auto" w:fill="FFFFFF" w:themeFill="background1"/>
              <w:jc w:val="both"/>
            </w:pPr>
            <w:r>
              <w:rPr>
                <w:b/>
              </w:rPr>
              <w:t>Hoạt động của GV</w:t>
            </w:r>
          </w:p>
        </w:tc>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211B3F13" w14:textId="77777777" w:rsidR="0076342C" w:rsidRDefault="006E6C0F" w:rsidP="005F1C81">
            <w:pPr>
              <w:shd w:val="clear" w:color="auto" w:fill="FFFFFF" w:themeFill="background1"/>
              <w:jc w:val="both"/>
            </w:pPr>
            <w:r>
              <w:rPr>
                <w:b/>
              </w:rPr>
              <w:t>Hoạt động của HS</w:t>
            </w:r>
          </w:p>
        </w:tc>
      </w:tr>
      <w:tr w:rsidR="0076342C" w14:paraId="72BCC806"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5E36ADF7" w14:textId="77777777" w:rsidR="0076342C" w:rsidRDefault="006E6C0F" w:rsidP="005F1C81">
            <w:pPr>
              <w:shd w:val="clear" w:color="auto" w:fill="FFFFFF" w:themeFill="background1"/>
            </w:pPr>
            <w:r>
              <w:rPr>
                <w:b/>
              </w:rPr>
              <w:t>TIẾT 3</w:t>
            </w:r>
          </w:p>
        </w:tc>
      </w:tr>
      <w:tr w:rsidR="0076342C" w14:paraId="2DCE101C"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4F529294" w14:textId="77777777" w:rsidR="0076342C" w:rsidRDefault="006E6C0F" w:rsidP="005F1C81">
            <w:pPr>
              <w:shd w:val="clear" w:color="auto" w:fill="FFFFFF" w:themeFill="background1"/>
            </w:pPr>
            <w:r>
              <w:rPr>
                <w:b/>
              </w:rPr>
              <w:t>1. KHỞI ĐỘNG (3 phút)</w:t>
            </w:r>
            <w:r>
              <w:rPr>
                <w:b/>
              </w:rPr>
              <w:br/>
              <w:t>Mục tiêu: HS nhận diện chữ hoa Q và tạo tâm thế luyện viết.</w:t>
            </w:r>
          </w:p>
        </w:tc>
      </w:tr>
      <w:tr w:rsidR="0076342C" w14:paraId="446CDB5F" w14:textId="77777777" w:rsidTr="005F1C81">
        <w:trPr>
          <w:jc w:val="center"/>
        </w:trPr>
        <w:tc>
          <w:tcPr>
            <w:tcW w:w="5159" w:type="dxa"/>
            <w:tcBorders>
              <w:top w:val="single" w:sz="4" w:space="0" w:color="000000"/>
              <w:bottom w:val="single" w:sz="4" w:space="0" w:color="000000"/>
            </w:tcBorders>
            <w:vAlign w:val="center"/>
          </w:tcPr>
          <w:p w14:paraId="554CBB91" w14:textId="77777777" w:rsidR="0076342C" w:rsidRDefault="006E6C0F" w:rsidP="005F1C81">
            <w:pPr>
              <w:shd w:val="clear" w:color="auto" w:fill="FFFFFF" w:themeFill="background1"/>
              <w:jc w:val="both"/>
            </w:pPr>
            <w:r>
              <w:t>- GV cho HS quan sát nhanh một số chữ cái đã học và hỏi: Chữ nào dùng để viết từ Quê trong câu ứng dụng hôm nay?</w:t>
            </w:r>
          </w:p>
          <w:p w14:paraId="7BC488C2" w14:textId="77777777" w:rsidR="0076342C" w:rsidRDefault="006E6C0F" w:rsidP="005F1C81">
            <w:pPr>
              <w:shd w:val="clear" w:color="auto" w:fill="FFFFFF" w:themeFill="background1"/>
              <w:jc w:val="both"/>
            </w:pPr>
            <w:r>
              <w:t>- GV giới thiệu tiết viết chữ hoa Q.</w:t>
            </w:r>
          </w:p>
        </w:tc>
        <w:tc>
          <w:tcPr>
            <w:tcW w:w="5159" w:type="dxa"/>
            <w:tcBorders>
              <w:top w:val="single" w:sz="4" w:space="0" w:color="000000"/>
              <w:bottom w:val="single" w:sz="4" w:space="0" w:color="000000"/>
            </w:tcBorders>
            <w:vAlign w:val="center"/>
          </w:tcPr>
          <w:p w14:paraId="3DBF6793" w14:textId="77777777" w:rsidR="0076342C" w:rsidRDefault="006E6C0F" w:rsidP="005F1C81">
            <w:pPr>
              <w:shd w:val="clear" w:color="auto" w:fill="FFFFFF" w:themeFill="background1"/>
              <w:jc w:val="both"/>
            </w:pPr>
            <w:r>
              <w:t>- HS trả lời: Chữ hoa Q dùng để viết từ Quê.</w:t>
            </w:r>
          </w:p>
          <w:p w14:paraId="72F537DC" w14:textId="77777777" w:rsidR="0076342C" w:rsidRDefault="006E6C0F" w:rsidP="005F1C81">
            <w:pPr>
              <w:shd w:val="clear" w:color="auto" w:fill="FFFFFF" w:themeFill="background1"/>
              <w:jc w:val="both"/>
            </w:pPr>
            <w:r>
              <w:t>- HS chuẩn bị bảng con, vở tập viết.</w:t>
            </w:r>
          </w:p>
        </w:tc>
      </w:tr>
      <w:tr w:rsidR="0076342C" w14:paraId="7692B166"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1F28AD72" w14:textId="77777777" w:rsidR="0076342C" w:rsidRDefault="006E6C0F" w:rsidP="005F1C81">
            <w:pPr>
              <w:shd w:val="clear" w:color="auto" w:fill="FFFFFF" w:themeFill="background1"/>
            </w:pPr>
            <w:r>
              <w:rPr>
                <w:b/>
              </w:rPr>
              <w:t>2. VIẾT CHỮ HOA Q (15 phút)</w:t>
            </w:r>
            <w:r>
              <w:rPr>
                <w:b/>
              </w:rPr>
              <w:br/>
              <w:t>Mục tiêu: HS nắm quy trình và viết đúng chữ hoa Q.</w:t>
            </w:r>
          </w:p>
        </w:tc>
      </w:tr>
      <w:tr w:rsidR="0076342C" w14:paraId="4AA0BE77" w14:textId="77777777" w:rsidTr="005F1C81">
        <w:trPr>
          <w:jc w:val="center"/>
        </w:trPr>
        <w:tc>
          <w:tcPr>
            <w:tcW w:w="5159" w:type="dxa"/>
            <w:tcBorders>
              <w:top w:val="single" w:sz="4" w:space="0" w:color="000000"/>
              <w:bottom w:val="nil"/>
            </w:tcBorders>
            <w:vAlign w:val="center"/>
          </w:tcPr>
          <w:p w14:paraId="74AC7EBA" w14:textId="77777777" w:rsidR="0076342C" w:rsidRDefault="006E6C0F" w:rsidP="005F1C81">
            <w:pPr>
              <w:shd w:val="clear" w:color="auto" w:fill="FFFFFF" w:themeFill="background1"/>
              <w:jc w:val="both"/>
            </w:pPr>
            <w:r>
              <w:rPr>
                <w:b/>
              </w:rPr>
              <w:t>- Hoạt động 1: Viết chữ hoa Q.</w:t>
            </w:r>
          </w:p>
          <w:p w14:paraId="18869C56" w14:textId="77777777" w:rsidR="0076342C" w:rsidRDefault="006E6C0F" w:rsidP="005F1C81">
            <w:pPr>
              <w:shd w:val="clear" w:color="auto" w:fill="FFFFFF" w:themeFill="background1"/>
              <w:jc w:val="both"/>
            </w:pPr>
            <w:r>
              <w:t>- GV cho HS quan sát chữ mẫu Q trong SGK, nhận xét độ cao, độ rộng và cấu tạo chữ.</w:t>
            </w:r>
          </w:p>
          <w:p w14:paraId="7F283EF8" w14:textId="6B39F4E1" w:rsidR="0076342C" w:rsidRDefault="0076342C" w:rsidP="005F1C81">
            <w:pPr>
              <w:shd w:val="clear" w:color="auto" w:fill="FFFFFF" w:themeFill="background1"/>
              <w:spacing w:before="20" w:after="20"/>
            </w:pPr>
          </w:p>
          <w:p w14:paraId="4604A4FB"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3B3A18CF" w14:textId="77777777" w:rsidR="0076342C" w:rsidRDefault="006E6C0F" w:rsidP="005F1C81">
            <w:pPr>
              <w:shd w:val="clear" w:color="auto" w:fill="FFFFFF" w:themeFill="background1"/>
              <w:jc w:val="both"/>
            </w:pPr>
            <w:r>
              <w:t>- HS quan sát chữ mẫu.</w:t>
            </w:r>
          </w:p>
          <w:p w14:paraId="3ED69F0E" w14:textId="77777777" w:rsidR="0076342C" w:rsidRDefault="006E6C0F" w:rsidP="005F1C81">
            <w:pPr>
              <w:shd w:val="clear" w:color="auto" w:fill="FFFFFF" w:themeFill="background1"/>
              <w:jc w:val="both"/>
            </w:pPr>
            <w:r>
              <w:t>- HS nêu: Chữ hoa Q cao 5 ô li, rộng khoảng 5 ô li; gồm nét cong kín giống chữ O và nét lượn nhỏ bên trong/phía dưới tạo thành chữ Q.</w:t>
            </w:r>
          </w:p>
        </w:tc>
      </w:tr>
      <w:tr w:rsidR="0076342C" w14:paraId="0B5E38C1" w14:textId="77777777" w:rsidTr="005F1C81">
        <w:trPr>
          <w:jc w:val="center"/>
        </w:trPr>
        <w:tc>
          <w:tcPr>
            <w:tcW w:w="5159" w:type="dxa"/>
            <w:tcBorders>
              <w:top w:val="nil"/>
              <w:bottom w:val="nil"/>
            </w:tcBorders>
            <w:vAlign w:val="center"/>
          </w:tcPr>
          <w:p w14:paraId="13B7C808" w14:textId="77777777" w:rsidR="0076342C" w:rsidRDefault="006E6C0F" w:rsidP="005F1C81">
            <w:pPr>
              <w:shd w:val="clear" w:color="auto" w:fill="FFFFFF" w:themeFill="background1"/>
              <w:jc w:val="both"/>
            </w:pPr>
            <w:r>
              <w:t>- GV hướng dẫn quy trình viết: Đặt bút trên đường kẻ 6, viết nét cong kín từ trái sang phải, tạo thân chữ tròn đều; lia bút viết nét lượn nhỏ ở phần dưới bên phải, dừng bút gần đường kẻ 2.</w:t>
            </w:r>
          </w:p>
          <w:p w14:paraId="0C81847F" w14:textId="77777777" w:rsidR="0076342C" w:rsidRDefault="006E6C0F" w:rsidP="005F1C81">
            <w:pPr>
              <w:shd w:val="clear" w:color="auto" w:fill="FFFFFF" w:themeFill="background1"/>
              <w:jc w:val="both"/>
            </w:pPr>
            <w:r>
              <w:t>- GV viết mẫu trên bảng.</w:t>
            </w:r>
          </w:p>
        </w:tc>
        <w:tc>
          <w:tcPr>
            <w:tcW w:w="5159" w:type="dxa"/>
            <w:tcBorders>
              <w:top w:val="nil"/>
              <w:bottom w:val="nil"/>
            </w:tcBorders>
            <w:vAlign w:val="center"/>
          </w:tcPr>
          <w:p w14:paraId="5FC4A858" w14:textId="77777777" w:rsidR="0076342C" w:rsidRDefault="006E6C0F" w:rsidP="005F1C81">
            <w:pPr>
              <w:shd w:val="clear" w:color="auto" w:fill="FFFFFF" w:themeFill="background1"/>
              <w:jc w:val="both"/>
            </w:pPr>
            <w:r>
              <w:t>- HS quan sát GV viết mẫu.</w:t>
            </w:r>
          </w:p>
          <w:p w14:paraId="167B1841" w14:textId="77777777" w:rsidR="0076342C" w:rsidRDefault="006E6C0F" w:rsidP="005F1C81">
            <w:pPr>
              <w:shd w:val="clear" w:color="auto" w:fill="FFFFFF" w:themeFill="background1"/>
              <w:jc w:val="both"/>
            </w:pPr>
            <w:r>
              <w:t>- HS viết chữ Q trên không, sau đó viết vào bảng con.</w:t>
            </w:r>
          </w:p>
        </w:tc>
      </w:tr>
      <w:tr w:rsidR="0076342C" w14:paraId="69D382BE" w14:textId="77777777" w:rsidTr="005F1C81">
        <w:trPr>
          <w:jc w:val="center"/>
        </w:trPr>
        <w:tc>
          <w:tcPr>
            <w:tcW w:w="5159" w:type="dxa"/>
            <w:tcBorders>
              <w:top w:val="nil"/>
              <w:bottom w:val="single" w:sz="4" w:space="0" w:color="000000"/>
            </w:tcBorders>
            <w:vAlign w:val="center"/>
          </w:tcPr>
          <w:p w14:paraId="38B3EE00" w14:textId="77777777" w:rsidR="0076342C" w:rsidRDefault="006E6C0F" w:rsidP="005F1C81">
            <w:pPr>
              <w:shd w:val="clear" w:color="auto" w:fill="FFFFFF" w:themeFill="background1"/>
              <w:jc w:val="both"/>
            </w:pPr>
            <w:r>
              <w:t>- GV nhận xét bảng con: độ cao, độ rộng, nét cong, nét lượn của chữ Q.</w:t>
            </w:r>
          </w:p>
          <w:p w14:paraId="69BE3E14" w14:textId="77777777" w:rsidR="0076342C" w:rsidRDefault="006E6C0F" w:rsidP="005F1C81">
            <w:pPr>
              <w:shd w:val="clear" w:color="auto" w:fill="FFFFFF" w:themeFill="background1"/>
              <w:jc w:val="both"/>
            </w:pPr>
            <w:r>
              <w:t>- GV yêu cầu HS viết chữ Q cỡ vừa, cỡ nhỏ vào vở.</w:t>
            </w:r>
          </w:p>
        </w:tc>
        <w:tc>
          <w:tcPr>
            <w:tcW w:w="5159" w:type="dxa"/>
            <w:tcBorders>
              <w:top w:val="nil"/>
              <w:bottom w:val="single" w:sz="4" w:space="0" w:color="000000"/>
            </w:tcBorders>
            <w:vAlign w:val="center"/>
          </w:tcPr>
          <w:p w14:paraId="42607B6D" w14:textId="77777777" w:rsidR="0076342C" w:rsidRDefault="006E6C0F" w:rsidP="005F1C81">
            <w:pPr>
              <w:shd w:val="clear" w:color="auto" w:fill="FFFFFF" w:themeFill="background1"/>
              <w:jc w:val="both"/>
            </w:pPr>
            <w:r>
              <w:t>- HS chỉnh sửa chữ trên bảng con.</w:t>
            </w:r>
          </w:p>
          <w:p w14:paraId="0A6BEF99" w14:textId="77777777" w:rsidR="0076342C" w:rsidRDefault="006E6C0F" w:rsidP="005F1C81">
            <w:pPr>
              <w:shd w:val="clear" w:color="auto" w:fill="FFFFFF" w:themeFill="background1"/>
              <w:jc w:val="both"/>
            </w:pPr>
            <w:r>
              <w:t>- HS viết chữ Q vào vở theo yêu cầu.</w:t>
            </w:r>
          </w:p>
        </w:tc>
      </w:tr>
      <w:tr w:rsidR="0076342C" w14:paraId="59A3D238"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724B9BC5" w14:textId="77777777" w:rsidR="0076342C" w:rsidRDefault="006E6C0F" w:rsidP="005F1C81">
            <w:pPr>
              <w:shd w:val="clear" w:color="auto" w:fill="FFFFFF" w:themeFill="background1"/>
            </w:pPr>
            <w:r>
              <w:rPr>
                <w:b/>
              </w:rPr>
              <w:t>3. VIẾT CÂU ỨNG DỤNG (14 phút)</w:t>
            </w:r>
            <w:r>
              <w:rPr>
                <w:b/>
              </w:rPr>
              <w:br/>
              <w:t>Mục tiêu: HS viết đúng câu ứng dụng, biết nối chữ hoa Q với chữ thường và đặt dấu thanh đúng vị trí.</w:t>
            </w:r>
          </w:p>
        </w:tc>
      </w:tr>
      <w:tr w:rsidR="0076342C" w14:paraId="363A8FEF" w14:textId="77777777" w:rsidTr="005F1C81">
        <w:trPr>
          <w:jc w:val="center"/>
        </w:trPr>
        <w:tc>
          <w:tcPr>
            <w:tcW w:w="5159" w:type="dxa"/>
            <w:tcBorders>
              <w:top w:val="single" w:sz="4" w:space="0" w:color="000000"/>
              <w:bottom w:val="nil"/>
            </w:tcBorders>
            <w:vAlign w:val="center"/>
          </w:tcPr>
          <w:p w14:paraId="7CC49FB5" w14:textId="77777777" w:rsidR="0076342C" w:rsidRDefault="006E6C0F" w:rsidP="005F1C81">
            <w:pPr>
              <w:shd w:val="clear" w:color="auto" w:fill="FFFFFF" w:themeFill="background1"/>
              <w:jc w:val="both"/>
            </w:pPr>
            <w:r>
              <w:rPr>
                <w:b/>
              </w:rPr>
              <w:t>- Hoạt động 2: Viết ứng dụng: Quê hương em có đồng lúa xanh.</w:t>
            </w:r>
          </w:p>
          <w:p w14:paraId="1E2FDC24" w14:textId="77777777" w:rsidR="0076342C" w:rsidRDefault="006E6C0F" w:rsidP="005F1C81">
            <w:pPr>
              <w:shd w:val="clear" w:color="auto" w:fill="FFFFFF" w:themeFill="background1"/>
              <w:jc w:val="both"/>
            </w:pPr>
            <w:r>
              <w:t>- GV yêu cầu HS đọc câu ứng dụng, nêu nghĩa của câu.</w:t>
            </w:r>
          </w:p>
        </w:tc>
        <w:tc>
          <w:tcPr>
            <w:tcW w:w="5159" w:type="dxa"/>
            <w:tcBorders>
              <w:top w:val="single" w:sz="4" w:space="0" w:color="000000"/>
              <w:bottom w:val="nil"/>
            </w:tcBorders>
            <w:vAlign w:val="center"/>
          </w:tcPr>
          <w:p w14:paraId="2D1D0E72" w14:textId="77777777" w:rsidR="0076342C" w:rsidRDefault="006E6C0F" w:rsidP="005F1C81">
            <w:pPr>
              <w:shd w:val="clear" w:color="auto" w:fill="FFFFFF" w:themeFill="background1"/>
              <w:jc w:val="both"/>
            </w:pPr>
            <w:r>
              <w:t>- HS đọc: Quê hương em có đồng lúa xanh.</w:t>
            </w:r>
          </w:p>
          <w:p w14:paraId="4EBFFC30" w14:textId="77777777" w:rsidR="0076342C" w:rsidRDefault="006E6C0F" w:rsidP="005F1C81">
            <w:pPr>
              <w:shd w:val="clear" w:color="auto" w:fill="FFFFFF" w:themeFill="background1"/>
              <w:jc w:val="both"/>
            </w:pPr>
            <w:r>
              <w:t>- HS nêu: Câu nói về vẻ đẹp của quê hương có cánh đồng lúa xanh.</w:t>
            </w:r>
          </w:p>
        </w:tc>
      </w:tr>
      <w:tr w:rsidR="0076342C" w14:paraId="2914F2F2" w14:textId="77777777" w:rsidTr="005F1C81">
        <w:trPr>
          <w:jc w:val="center"/>
        </w:trPr>
        <w:tc>
          <w:tcPr>
            <w:tcW w:w="5159" w:type="dxa"/>
            <w:tcBorders>
              <w:top w:val="nil"/>
              <w:bottom w:val="nil"/>
            </w:tcBorders>
            <w:vAlign w:val="center"/>
          </w:tcPr>
          <w:p w14:paraId="7FB09D23" w14:textId="77777777" w:rsidR="0076342C" w:rsidRDefault="006E6C0F" w:rsidP="005F1C81">
            <w:pPr>
              <w:shd w:val="clear" w:color="auto" w:fill="FFFFFF" w:themeFill="background1"/>
              <w:jc w:val="both"/>
            </w:pPr>
            <w:r>
              <w:t>- GV hướng dẫn: Viết chữ Q nối với u trong tiếng Quê; các chữ cách nhau một con chữ o; dấu sắc đặt trên ê trong Quê, dấu huyền đặt trên ô trong đồng, dấu sắc đặt trên u trong lúa; cuối câu có dấu chấm.</w:t>
            </w:r>
          </w:p>
          <w:p w14:paraId="35893556" w14:textId="77777777" w:rsidR="0076342C" w:rsidRDefault="006E6C0F" w:rsidP="005F1C81">
            <w:pPr>
              <w:shd w:val="clear" w:color="auto" w:fill="FFFFFF" w:themeFill="background1"/>
              <w:jc w:val="both"/>
            </w:pPr>
            <w:r>
              <w:t>- GV yêu cầu HS viết câu vào vở.</w:t>
            </w:r>
          </w:p>
        </w:tc>
        <w:tc>
          <w:tcPr>
            <w:tcW w:w="5159" w:type="dxa"/>
            <w:tcBorders>
              <w:top w:val="nil"/>
              <w:bottom w:val="nil"/>
            </w:tcBorders>
            <w:vAlign w:val="center"/>
          </w:tcPr>
          <w:p w14:paraId="6BCFF430" w14:textId="77777777" w:rsidR="0076342C" w:rsidRDefault="006E6C0F" w:rsidP="005F1C81">
            <w:pPr>
              <w:shd w:val="clear" w:color="auto" w:fill="FFFFFF" w:themeFill="background1"/>
              <w:jc w:val="both"/>
            </w:pPr>
            <w:r>
              <w:t>- HS lắng nghe cách viết.</w:t>
            </w:r>
          </w:p>
          <w:p w14:paraId="23D7CE60" w14:textId="77777777" w:rsidR="0076342C" w:rsidRDefault="006E6C0F" w:rsidP="005F1C81">
            <w:pPr>
              <w:shd w:val="clear" w:color="auto" w:fill="FFFFFF" w:themeFill="background1"/>
              <w:jc w:val="both"/>
            </w:pPr>
            <w:r>
              <w:t>- HS viết câu ứng dụng vào vở, chú ý khoảng cách, dấu thanh và dấu chấm cuối câu.</w:t>
            </w:r>
          </w:p>
        </w:tc>
      </w:tr>
      <w:tr w:rsidR="0076342C" w14:paraId="24A5BB34" w14:textId="77777777" w:rsidTr="005F1C81">
        <w:trPr>
          <w:jc w:val="center"/>
        </w:trPr>
        <w:tc>
          <w:tcPr>
            <w:tcW w:w="5159" w:type="dxa"/>
            <w:tcBorders>
              <w:top w:val="nil"/>
              <w:bottom w:val="single" w:sz="4" w:space="0" w:color="000000"/>
            </w:tcBorders>
            <w:vAlign w:val="center"/>
          </w:tcPr>
          <w:p w14:paraId="23B8FEFD" w14:textId="77777777" w:rsidR="0076342C" w:rsidRDefault="006E6C0F" w:rsidP="005F1C81">
            <w:pPr>
              <w:shd w:val="clear" w:color="auto" w:fill="FFFFFF" w:themeFill="background1"/>
              <w:jc w:val="both"/>
            </w:pPr>
            <w:r>
              <w:t>- GV thu nhanh một số vở, nhận xét chữ viết, cách trình bày.</w:t>
            </w:r>
          </w:p>
        </w:tc>
        <w:tc>
          <w:tcPr>
            <w:tcW w:w="5159" w:type="dxa"/>
            <w:tcBorders>
              <w:top w:val="nil"/>
              <w:bottom w:val="single" w:sz="4" w:space="0" w:color="000000"/>
            </w:tcBorders>
            <w:vAlign w:val="center"/>
          </w:tcPr>
          <w:p w14:paraId="0B1AF7EB" w14:textId="77777777" w:rsidR="0076342C" w:rsidRDefault="006E6C0F" w:rsidP="005F1C81">
            <w:pPr>
              <w:shd w:val="clear" w:color="auto" w:fill="FFFFFF" w:themeFill="background1"/>
              <w:jc w:val="both"/>
            </w:pPr>
            <w:r>
              <w:t>- HS lắng nghe, sửa lỗi nếu có.</w:t>
            </w:r>
          </w:p>
        </w:tc>
      </w:tr>
      <w:tr w:rsidR="0076342C" w14:paraId="259FDC18"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050B82A6" w14:textId="77777777" w:rsidR="0076342C" w:rsidRDefault="006E6C0F" w:rsidP="005F1C81">
            <w:pPr>
              <w:shd w:val="clear" w:color="auto" w:fill="FFFFFF" w:themeFill="background1"/>
            </w:pPr>
            <w:r>
              <w:rPr>
                <w:b/>
              </w:rPr>
              <w:t>4. VẬN DỤNG (3 phút)</w:t>
            </w:r>
            <w:r>
              <w:rPr>
                <w:b/>
              </w:rPr>
              <w:br/>
            </w:r>
            <w:r>
              <w:rPr>
                <w:b/>
              </w:rPr>
              <w:lastRenderedPageBreak/>
              <w:t>Mục tiêu: HS biết tự rèn chữ viết ở nhà.</w:t>
            </w:r>
          </w:p>
        </w:tc>
      </w:tr>
      <w:tr w:rsidR="0076342C" w14:paraId="5CD8573C" w14:textId="77777777" w:rsidTr="005F1C81">
        <w:trPr>
          <w:jc w:val="center"/>
        </w:trPr>
        <w:tc>
          <w:tcPr>
            <w:tcW w:w="5159" w:type="dxa"/>
            <w:tcBorders>
              <w:top w:val="single" w:sz="4" w:space="0" w:color="000000"/>
              <w:bottom w:val="single" w:sz="4" w:space="0" w:color="000000"/>
            </w:tcBorders>
            <w:vAlign w:val="center"/>
          </w:tcPr>
          <w:p w14:paraId="00CB4AA2" w14:textId="77777777" w:rsidR="0076342C" w:rsidRDefault="006E6C0F" w:rsidP="005F1C81">
            <w:pPr>
              <w:shd w:val="clear" w:color="auto" w:fill="FFFFFF" w:themeFill="background1"/>
              <w:jc w:val="both"/>
            </w:pPr>
            <w:r>
              <w:lastRenderedPageBreak/>
              <w:t>- GV dặn HS luyện viết thêm một dòng chữ Q và đọc trước phần Nói và nghe.</w:t>
            </w:r>
          </w:p>
        </w:tc>
        <w:tc>
          <w:tcPr>
            <w:tcW w:w="5159" w:type="dxa"/>
            <w:tcBorders>
              <w:top w:val="single" w:sz="4" w:space="0" w:color="000000"/>
              <w:bottom w:val="single" w:sz="4" w:space="0" w:color="000000"/>
            </w:tcBorders>
            <w:vAlign w:val="center"/>
          </w:tcPr>
          <w:p w14:paraId="11FAC806" w14:textId="77777777" w:rsidR="0076342C" w:rsidRDefault="006E6C0F" w:rsidP="005F1C81">
            <w:pPr>
              <w:shd w:val="clear" w:color="auto" w:fill="FFFFFF" w:themeFill="background1"/>
              <w:jc w:val="both"/>
            </w:pPr>
            <w:r>
              <w:t>- HS ghi nhớ nhiệm vụ.</w:t>
            </w:r>
          </w:p>
        </w:tc>
      </w:tr>
      <w:tr w:rsidR="0076342C" w14:paraId="39617E67" w14:textId="77777777" w:rsidTr="005F1C81">
        <w:trPr>
          <w:jc w:val="center"/>
        </w:trPr>
        <w:tc>
          <w:tcPr>
            <w:tcW w:w="10318" w:type="dxa"/>
            <w:gridSpan w:val="2"/>
            <w:tcBorders>
              <w:top w:val="single" w:sz="4" w:space="0" w:color="000000"/>
              <w:left w:val="single" w:sz="4" w:space="0" w:color="000000"/>
              <w:bottom w:val="nil"/>
              <w:right w:val="single" w:sz="4" w:space="0" w:color="000000"/>
            </w:tcBorders>
            <w:shd w:val="clear" w:color="auto" w:fill="E2F0D9"/>
            <w:vAlign w:val="center"/>
          </w:tcPr>
          <w:p w14:paraId="729781F5" w14:textId="77777777" w:rsidR="0076342C" w:rsidRDefault="006E6C0F" w:rsidP="005F1C81">
            <w:pPr>
              <w:shd w:val="clear" w:color="auto" w:fill="FFFFFF" w:themeFill="background1"/>
            </w:pPr>
            <w:r>
              <w:rPr>
                <w:b/>
              </w:rPr>
              <w:t>TIẾT 4</w:t>
            </w:r>
          </w:p>
        </w:tc>
      </w:tr>
      <w:tr w:rsidR="0076342C" w14:paraId="305DAD4E" w14:textId="77777777" w:rsidTr="005F1C81">
        <w:trPr>
          <w:jc w:val="center"/>
        </w:trPr>
        <w:tc>
          <w:tcPr>
            <w:tcW w:w="10318" w:type="dxa"/>
            <w:gridSpan w:val="2"/>
            <w:tcBorders>
              <w:top w:val="nil"/>
              <w:left w:val="single" w:sz="4" w:space="0" w:color="000000"/>
              <w:bottom w:val="single" w:sz="4" w:space="0" w:color="000000"/>
              <w:right w:val="single" w:sz="4" w:space="0" w:color="000000"/>
            </w:tcBorders>
            <w:shd w:val="clear" w:color="auto" w:fill="E2F0D9"/>
            <w:vAlign w:val="center"/>
          </w:tcPr>
          <w:p w14:paraId="6C3B0C8F" w14:textId="77777777" w:rsidR="0076342C" w:rsidRDefault="006E6C0F" w:rsidP="005F1C81">
            <w:pPr>
              <w:shd w:val="clear" w:color="auto" w:fill="FFFFFF" w:themeFill="background1"/>
            </w:pPr>
            <w:r>
              <w:rPr>
                <w:b/>
              </w:rPr>
              <w:t>1. KHỞI ĐỘNG (3 phút)</w:t>
            </w:r>
            <w:r>
              <w:rPr>
                <w:b/>
              </w:rPr>
              <w:br/>
              <w:t>Mục tiêu: HS nhớ lại nội dung câu chuyện Chuyện bốn mùa.</w:t>
            </w:r>
          </w:p>
        </w:tc>
      </w:tr>
      <w:tr w:rsidR="0076342C" w14:paraId="7D9DCEDD" w14:textId="77777777" w:rsidTr="005F1C81">
        <w:trPr>
          <w:jc w:val="center"/>
        </w:trPr>
        <w:tc>
          <w:tcPr>
            <w:tcW w:w="5159" w:type="dxa"/>
            <w:tcBorders>
              <w:top w:val="single" w:sz="4" w:space="0" w:color="000000"/>
              <w:bottom w:val="single" w:sz="4" w:space="0" w:color="000000"/>
            </w:tcBorders>
            <w:vAlign w:val="center"/>
          </w:tcPr>
          <w:p w14:paraId="14CE5DC8" w14:textId="77777777" w:rsidR="0076342C" w:rsidRDefault="006E6C0F" w:rsidP="005F1C81">
            <w:pPr>
              <w:shd w:val="clear" w:color="auto" w:fill="FFFFFF" w:themeFill="background1"/>
              <w:jc w:val="both"/>
            </w:pPr>
            <w:r>
              <w:t>- GV hỏi: Trong câu chuyện Chuyện bốn mùa có những nhân vật nào?</w:t>
            </w:r>
          </w:p>
          <w:p w14:paraId="4BF09055" w14:textId="77777777" w:rsidR="0076342C" w:rsidRDefault="006E6C0F" w:rsidP="005F1C81">
            <w:pPr>
              <w:shd w:val="clear" w:color="auto" w:fill="FFFFFF" w:themeFill="background1"/>
              <w:jc w:val="both"/>
            </w:pPr>
            <w:r>
              <w:t>- GV nhận xét, dẫn vào hoạt động kể chuyện theo tranh.</w:t>
            </w:r>
          </w:p>
        </w:tc>
        <w:tc>
          <w:tcPr>
            <w:tcW w:w="5159" w:type="dxa"/>
            <w:tcBorders>
              <w:top w:val="single" w:sz="4" w:space="0" w:color="000000"/>
              <w:bottom w:val="single" w:sz="4" w:space="0" w:color="000000"/>
            </w:tcBorders>
            <w:vAlign w:val="center"/>
          </w:tcPr>
          <w:p w14:paraId="66DDDC13" w14:textId="77777777" w:rsidR="0076342C" w:rsidRDefault="006E6C0F" w:rsidP="005F1C81">
            <w:pPr>
              <w:shd w:val="clear" w:color="auto" w:fill="FFFFFF" w:themeFill="background1"/>
              <w:jc w:val="both"/>
            </w:pPr>
            <w:r>
              <w:t>- HS trả lời: Có bốn nàng tiên Xuân, Hạ, Thu, Đông và bà Đất.</w:t>
            </w:r>
          </w:p>
          <w:p w14:paraId="6850C4E1" w14:textId="77777777" w:rsidR="0076342C" w:rsidRDefault="006E6C0F" w:rsidP="005F1C81">
            <w:pPr>
              <w:shd w:val="clear" w:color="auto" w:fill="FFFFFF" w:themeFill="background1"/>
              <w:jc w:val="both"/>
            </w:pPr>
            <w:r>
              <w:t>- HS lắng nghe.</w:t>
            </w:r>
          </w:p>
        </w:tc>
      </w:tr>
      <w:tr w:rsidR="0076342C" w14:paraId="291A3CAC"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2A160067" w14:textId="77777777" w:rsidR="0076342C" w:rsidRDefault="006E6C0F" w:rsidP="005F1C81">
            <w:pPr>
              <w:shd w:val="clear" w:color="auto" w:fill="FFFFFF" w:themeFill="background1"/>
            </w:pPr>
            <w:r>
              <w:rPr>
                <w:b/>
              </w:rPr>
              <w:t>2. NÓI NỘI DUNG TỪNG TRANH (12 phút)</w:t>
            </w:r>
            <w:r>
              <w:rPr>
                <w:b/>
              </w:rPr>
              <w:br/>
              <w:t>Mục tiêu: HS dựa vào tranh và câu hỏi gợi ý, nói được nội dung từng tranh.</w:t>
            </w:r>
          </w:p>
        </w:tc>
      </w:tr>
      <w:tr w:rsidR="0076342C" w14:paraId="4D0AEA1B" w14:textId="77777777" w:rsidTr="005F1C81">
        <w:trPr>
          <w:jc w:val="center"/>
        </w:trPr>
        <w:tc>
          <w:tcPr>
            <w:tcW w:w="5159" w:type="dxa"/>
            <w:tcBorders>
              <w:top w:val="single" w:sz="4" w:space="0" w:color="000000"/>
              <w:bottom w:val="nil"/>
            </w:tcBorders>
            <w:vAlign w:val="center"/>
          </w:tcPr>
          <w:p w14:paraId="6E96505F" w14:textId="77777777" w:rsidR="0076342C" w:rsidRDefault="006E6C0F" w:rsidP="005F1C81">
            <w:pPr>
              <w:shd w:val="clear" w:color="auto" w:fill="FFFFFF" w:themeFill="background1"/>
              <w:jc w:val="both"/>
            </w:pPr>
            <w:r>
              <w:rPr>
                <w:b/>
              </w:rPr>
              <w:t>- Hoạt động 1: Dựa vào tranh và câu hỏi gợi ý, nói về nội dung của từng tranh.</w:t>
            </w:r>
          </w:p>
          <w:p w14:paraId="17964E11" w14:textId="77777777" w:rsidR="0076342C" w:rsidRDefault="006E6C0F" w:rsidP="005F1C81">
            <w:pPr>
              <w:shd w:val="clear" w:color="auto" w:fill="FFFFFF" w:themeFill="background1"/>
              <w:jc w:val="both"/>
            </w:pPr>
            <w:r>
              <w:t>- GV yêu cầu HS quan sát 4 tranh, đọc câu hỏi dưới tranh.</w:t>
            </w:r>
          </w:p>
          <w:p w14:paraId="7C3D97E5" w14:textId="29744696" w:rsidR="0076342C" w:rsidRDefault="0076342C" w:rsidP="005F1C81">
            <w:pPr>
              <w:shd w:val="clear" w:color="auto" w:fill="FFFFFF" w:themeFill="background1"/>
              <w:spacing w:before="20" w:after="20"/>
            </w:pPr>
          </w:p>
          <w:p w14:paraId="61F93575"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3084C0B7" w14:textId="77777777" w:rsidR="0076342C" w:rsidRDefault="006E6C0F" w:rsidP="005F1C81">
            <w:pPr>
              <w:shd w:val="clear" w:color="auto" w:fill="FFFFFF" w:themeFill="background1"/>
              <w:jc w:val="both"/>
            </w:pPr>
            <w:r>
              <w:t>- HS quan sát tranh và đọc câu hỏi gợi ý.</w:t>
            </w:r>
          </w:p>
          <w:p w14:paraId="6FE205F1" w14:textId="77777777" w:rsidR="0076342C" w:rsidRDefault="006E6C0F" w:rsidP="005F1C81">
            <w:pPr>
              <w:shd w:val="clear" w:color="auto" w:fill="FFFFFF" w:themeFill="background1"/>
              <w:jc w:val="both"/>
            </w:pPr>
            <w:r>
              <w:t>- HS xác định: Tranh 1 nói về mùa đông gặp mùa xuân; tranh 2 nói về mùa xuân và mùa hạ; tranh 3 nói về mùa hạ nói với mùa thu; tranh 4 nói về mùa thu nói với mùa đông.</w:t>
            </w:r>
          </w:p>
        </w:tc>
      </w:tr>
      <w:tr w:rsidR="0076342C" w14:paraId="7DDB5CD9" w14:textId="77777777" w:rsidTr="005F1C81">
        <w:trPr>
          <w:jc w:val="center"/>
        </w:trPr>
        <w:tc>
          <w:tcPr>
            <w:tcW w:w="5159" w:type="dxa"/>
            <w:tcBorders>
              <w:top w:val="nil"/>
              <w:bottom w:val="single" w:sz="4" w:space="0" w:color="000000"/>
            </w:tcBorders>
            <w:vAlign w:val="center"/>
          </w:tcPr>
          <w:p w14:paraId="36C3FBE1" w14:textId="77777777" w:rsidR="0076342C" w:rsidRDefault="006E6C0F" w:rsidP="005F1C81">
            <w:pPr>
              <w:shd w:val="clear" w:color="auto" w:fill="FFFFFF" w:themeFill="background1"/>
              <w:jc w:val="both"/>
            </w:pPr>
            <w:r>
              <w:t>- GV tổ chức HS làm việc nhóm 4, mỗi bạn nói nội dung một tranh.</w:t>
            </w:r>
          </w:p>
          <w:p w14:paraId="17A2BA10" w14:textId="77777777" w:rsidR="0076342C" w:rsidRDefault="006E6C0F" w:rsidP="005F1C81">
            <w:pPr>
              <w:shd w:val="clear" w:color="auto" w:fill="FFFFFF" w:themeFill="background1"/>
              <w:jc w:val="both"/>
            </w:pPr>
            <w:r>
              <w:t>- GV mời từng nhóm trình bày.</w:t>
            </w:r>
          </w:p>
        </w:tc>
        <w:tc>
          <w:tcPr>
            <w:tcW w:w="5159" w:type="dxa"/>
            <w:tcBorders>
              <w:top w:val="nil"/>
              <w:bottom w:val="single" w:sz="4" w:space="0" w:color="000000"/>
            </w:tcBorders>
            <w:vAlign w:val="center"/>
          </w:tcPr>
          <w:p w14:paraId="58C8AAB0" w14:textId="77777777" w:rsidR="0076342C" w:rsidRDefault="006E6C0F" w:rsidP="005F1C81">
            <w:pPr>
              <w:shd w:val="clear" w:color="auto" w:fill="FFFFFF" w:themeFill="background1"/>
              <w:jc w:val="both"/>
            </w:pPr>
            <w:r>
              <w:t>- HS làm việc nhóm 4.</w:t>
            </w:r>
          </w:p>
          <w:p w14:paraId="25490897" w14:textId="77777777" w:rsidR="0076342C" w:rsidRDefault="006E6C0F" w:rsidP="005F1C81">
            <w:pPr>
              <w:shd w:val="clear" w:color="auto" w:fill="FFFFFF" w:themeFill="background1"/>
              <w:jc w:val="both"/>
            </w:pPr>
            <w:r>
              <w:t>- HS trình bày: Tranh 1: Nàng tiên mùa đông nói gì với nàng tiên mùa xuân? Tranh 2: Theo nàng tiên mùa xuân, vườn cây vào mùa hạ như thế nào? Tranh 3: Nàng tiên mùa hạ nói gì về nàng tiên mùa thu? Tranh 4: Nàng tiên mùa thu thủ thỉ với nàng tiên mùa đông điều gì?</w:t>
            </w:r>
          </w:p>
        </w:tc>
      </w:tr>
      <w:tr w:rsidR="0076342C" w14:paraId="224C3129"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6385E26C" w14:textId="77777777" w:rsidR="0076342C" w:rsidRDefault="006E6C0F" w:rsidP="005F1C81">
            <w:pPr>
              <w:shd w:val="clear" w:color="auto" w:fill="FFFFFF" w:themeFill="background1"/>
            </w:pPr>
            <w:r>
              <w:rPr>
                <w:b/>
              </w:rPr>
              <w:t>3. KỂ LẠI TỪNG ĐOẠN CỦA CÂU CHUYỆN (15 phút)</w:t>
            </w:r>
            <w:r>
              <w:rPr>
                <w:b/>
              </w:rPr>
              <w:br/>
              <w:t>Mục tiêu: HS kể lại được từng đoạn của câu chuyện theo tranh, lời kể rõ ràng, tự nhiên.</w:t>
            </w:r>
          </w:p>
        </w:tc>
      </w:tr>
      <w:tr w:rsidR="0076342C" w14:paraId="5C9D8401" w14:textId="77777777" w:rsidTr="005F1C81">
        <w:trPr>
          <w:jc w:val="center"/>
        </w:trPr>
        <w:tc>
          <w:tcPr>
            <w:tcW w:w="5159" w:type="dxa"/>
            <w:tcBorders>
              <w:top w:val="single" w:sz="4" w:space="0" w:color="000000"/>
              <w:bottom w:val="nil"/>
            </w:tcBorders>
            <w:vAlign w:val="center"/>
          </w:tcPr>
          <w:p w14:paraId="6006C942" w14:textId="77777777" w:rsidR="0076342C" w:rsidRDefault="006E6C0F" w:rsidP="005F1C81">
            <w:pPr>
              <w:shd w:val="clear" w:color="auto" w:fill="FFFFFF" w:themeFill="background1"/>
              <w:jc w:val="both"/>
            </w:pPr>
            <w:r>
              <w:rPr>
                <w:b/>
              </w:rPr>
              <w:t>- Hoạt động 2: Kể lại từng đoạn của câu chuyện theo tranh.</w:t>
            </w:r>
          </w:p>
          <w:p w14:paraId="7F63E13C" w14:textId="77777777" w:rsidR="0076342C" w:rsidRDefault="006E6C0F" w:rsidP="005F1C81">
            <w:pPr>
              <w:shd w:val="clear" w:color="auto" w:fill="FFFFFF" w:themeFill="background1"/>
              <w:jc w:val="both"/>
            </w:pPr>
            <w:r>
              <w:t>- GV hướng dẫn HS kể: nhìn tranh, nhớ nhân vật, nói sự việc chính, dùng lời kể của mình, không đọc nguyên văn.</w:t>
            </w:r>
          </w:p>
        </w:tc>
        <w:tc>
          <w:tcPr>
            <w:tcW w:w="5159" w:type="dxa"/>
            <w:tcBorders>
              <w:top w:val="single" w:sz="4" w:space="0" w:color="000000"/>
              <w:bottom w:val="nil"/>
            </w:tcBorders>
            <w:vAlign w:val="center"/>
          </w:tcPr>
          <w:p w14:paraId="35C4A918" w14:textId="77777777" w:rsidR="0076342C" w:rsidRDefault="006E6C0F" w:rsidP="005F1C81">
            <w:pPr>
              <w:shd w:val="clear" w:color="auto" w:fill="FFFFFF" w:themeFill="background1"/>
              <w:jc w:val="both"/>
            </w:pPr>
            <w:r>
              <w:t>- HS lắng nghe cách kể.</w:t>
            </w:r>
          </w:p>
          <w:p w14:paraId="5497BF94" w14:textId="77777777" w:rsidR="0076342C" w:rsidRDefault="006E6C0F" w:rsidP="005F1C81">
            <w:pPr>
              <w:shd w:val="clear" w:color="auto" w:fill="FFFFFF" w:themeFill="background1"/>
              <w:jc w:val="both"/>
            </w:pPr>
            <w:r>
              <w:t>- HS luyện kể từng đoạn trong nhóm.</w:t>
            </w:r>
          </w:p>
        </w:tc>
      </w:tr>
      <w:tr w:rsidR="0076342C" w14:paraId="0299E656" w14:textId="77777777" w:rsidTr="005F1C81">
        <w:trPr>
          <w:jc w:val="center"/>
        </w:trPr>
        <w:tc>
          <w:tcPr>
            <w:tcW w:w="5159" w:type="dxa"/>
            <w:tcBorders>
              <w:top w:val="nil"/>
              <w:bottom w:val="single" w:sz="4" w:space="0" w:color="000000"/>
            </w:tcBorders>
            <w:vAlign w:val="center"/>
          </w:tcPr>
          <w:p w14:paraId="21DE0224" w14:textId="77777777" w:rsidR="0076342C" w:rsidRDefault="006E6C0F" w:rsidP="005F1C81">
            <w:pPr>
              <w:shd w:val="clear" w:color="auto" w:fill="FFFFFF" w:themeFill="background1"/>
              <w:jc w:val="both"/>
            </w:pPr>
            <w:r>
              <w:t>- GV mời 2 – 3 HS kể trước lớp; yêu cầu HS khác nhận xét: kể đúng nội dung, đủ ý, giọng kể tự nhiên.</w:t>
            </w:r>
          </w:p>
        </w:tc>
        <w:tc>
          <w:tcPr>
            <w:tcW w:w="5159" w:type="dxa"/>
            <w:tcBorders>
              <w:top w:val="nil"/>
              <w:bottom w:val="single" w:sz="4" w:space="0" w:color="000000"/>
            </w:tcBorders>
            <w:vAlign w:val="center"/>
          </w:tcPr>
          <w:p w14:paraId="5D04E882" w14:textId="77777777" w:rsidR="0076342C" w:rsidRDefault="006E6C0F" w:rsidP="005F1C81">
            <w:pPr>
              <w:shd w:val="clear" w:color="auto" w:fill="FFFFFF" w:themeFill="background1"/>
              <w:jc w:val="both"/>
            </w:pPr>
            <w:r>
              <w:t>- HS kể trước lớp.</w:t>
            </w:r>
          </w:p>
          <w:p w14:paraId="20589D5E" w14:textId="77777777" w:rsidR="0076342C" w:rsidRDefault="006E6C0F" w:rsidP="005F1C81">
            <w:pPr>
              <w:shd w:val="clear" w:color="auto" w:fill="FFFFFF" w:themeFill="background1"/>
              <w:jc w:val="both"/>
            </w:pPr>
            <w:r>
              <w:t>- HS nhận xét: bạn kể đúng tranh, nói rõ nhân vật và sự việc.</w:t>
            </w:r>
          </w:p>
        </w:tc>
      </w:tr>
      <w:tr w:rsidR="0076342C" w14:paraId="00D1D5C0"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652613C8" w14:textId="77777777" w:rsidR="0076342C" w:rsidRDefault="006E6C0F" w:rsidP="005F1C81">
            <w:pPr>
              <w:shd w:val="clear" w:color="auto" w:fill="FFFFFF" w:themeFill="background1"/>
            </w:pPr>
            <w:r>
              <w:rPr>
                <w:b/>
              </w:rPr>
              <w:t>4. VẬN DỤNG (5 phút)</w:t>
            </w:r>
            <w:r>
              <w:rPr>
                <w:b/>
              </w:rPr>
              <w:br/>
              <w:t>Mục tiêu: HS chia sẻ cảm nhận về nhân vật và chuẩn bị bài sau.</w:t>
            </w:r>
          </w:p>
        </w:tc>
      </w:tr>
      <w:tr w:rsidR="0076342C" w14:paraId="27C33FCF" w14:textId="77777777" w:rsidTr="005F1C81">
        <w:trPr>
          <w:jc w:val="center"/>
        </w:trPr>
        <w:tc>
          <w:tcPr>
            <w:tcW w:w="5159" w:type="dxa"/>
            <w:tcBorders>
              <w:top w:val="single" w:sz="4" w:space="0" w:color="000000"/>
            </w:tcBorders>
            <w:vAlign w:val="center"/>
          </w:tcPr>
          <w:p w14:paraId="0D01D50F" w14:textId="77777777" w:rsidR="0076342C" w:rsidRDefault="006E6C0F" w:rsidP="005F1C81">
            <w:pPr>
              <w:shd w:val="clear" w:color="auto" w:fill="FFFFFF" w:themeFill="background1"/>
              <w:jc w:val="both"/>
            </w:pPr>
            <w:r>
              <w:t>- GV yêu cầu HS nói: Em thích nàng tiên nào nhất? Vì sao?</w:t>
            </w:r>
          </w:p>
          <w:p w14:paraId="1A575DAB" w14:textId="77777777" w:rsidR="0076342C" w:rsidRDefault="006E6C0F" w:rsidP="005F1C81">
            <w:pPr>
              <w:shd w:val="clear" w:color="auto" w:fill="FFFFFF" w:themeFill="background1"/>
              <w:jc w:val="both"/>
            </w:pPr>
            <w:r>
              <w:t>- GV dặn HS kể cho người thân nghe về nàng tiên em thích nhất trong câu chuyện; chuẩn bị bài Mùa nước nổi.</w:t>
            </w:r>
          </w:p>
        </w:tc>
        <w:tc>
          <w:tcPr>
            <w:tcW w:w="5159" w:type="dxa"/>
            <w:tcBorders>
              <w:top w:val="single" w:sz="4" w:space="0" w:color="000000"/>
            </w:tcBorders>
            <w:vAlign w:val="center"/>
          </w:tcPr>
          <w:p w14:paraId="24B13776" w14:textId="77777777" w:rsidR="0076342C" w:rsidRDefault="006E6C0F" w:rsidP="005F1C81">
            <w:pPr>
              <w:shd w:val="clear" w:color="auto" w:fill="FFFFFF" w:themeFill="background1"/>
              <w:jc w:val="both"/>
            </w:pPr>
            <w:r>
              <w:t>- HS trả lời: Em thích nàng tiên mùa xuân vì mùa xuân làm cây cối đâm chồi nảy lộc.</w:t>
            </w:r>
          </w:p>
          <w:p w14:paraId="3DA96CE4" w14:textId="77777777" w:rsidR="0076342C" w:rsidRDefault="006E6C0F" w:rsidP="005F1C81">
            <w:pPr>
              <w:shd w:val="clear" w:color="auto" w:fill="FFFFFF" w:themeFill="background1"/>
              <w:jc w:val="both"/>
            </w:pPr>
            <w:r>
              <w:t>- HS ghi nhớ nhiệm vụ.</w:t>
            </w:r>
          </w:p>
        </w:tc>
      </w:tr>
    </w:tbl>
    <w:p w14:paraId="0873A33F" w14:textId="77777777" w:rsidR="0076342C" w:rsidRDefault="006E6C0F" w:rsidP="005F1C81">
      <w:pPr>
        <w:shd w:val="clear" w:color="auto" w:fill="FFFFFF" w:themeFill="background1"/>
        <w:spacing w:after="0" w:line="240" w:lineRule="auto"/>
      </w:pPr>
      <w:r>
        <w:rPr>
          <w:b/>
        </w:rPr>
        <w:t>IV. ĐIỀU CHỈNH SAU TIẾT HỌC (NẾU CÓ)</w:t>
      </w:r>
    </w:p>
    <w:p w14:paraId="574A6075" w14:textId="77777777" w:rsidR="0076342C" w:rsidRDefault="0076342C" w:rsidP="005F1C81">
      <w:pPr>
        <w:shd w:val="clear" w:color="auto" w:fill="FFFFFF" w:themeFill="background1"/>
        <w:spacing w:after="0" w:line="240" w:lineRule="auto"/>
        <w:jc w:val="both"/>
      </w:pPr>
    </w:p>
    <w:p w14:paraId="5B6347A9" w14:textId="77777777" w:rsidR="0076342C" w:rsidRDefault="006E6C0F" w:rsidP="005F1C81">
      <w:pPr>
        <w:shd w:val="clear" w:color="auto" w:fill="FFFFFF" w:themeFill="background1"/>
        <w:spacing w:after="0" w:line="240" w:lineRule="auto"/>
        <w:jc w:val="center"/>
      </w:pPr>
      <w:r>
        <w:rPr>
          <w:b/>
        </w:rPr>
        <w:t>KẾ HOẠCH BÀI DẠY MÔN TIẾNG VIỆT LỚP 2 – TUẦN 19</w:t>
      </w:r>
    </w:p>
    <w:p w14:paraId="0AC11276" w14:textId="77777777" w:rsidR="0076342C" w:rsidRDefault="006E6C0F" w:rsidP="005F1C81">
      <w:pPr>
        <w:shd w:val="clear" w:color="auto" w:fill="FFFFFF" w:themeFill="background1"/>
        <w:spacing w:after="0" w:line="240" w:lineRule="auto"/>
        <w:jc w:val="center"/>
      </w:pPr>
      <w:r>
        <w:rPr>
          <w:b/>
        </w:rPr>
        <w:t>CHỦ ĐỀ 5: VẺ ĐẸP QUANH EM</w:t>
      </w:r>
    </w:p>
    <w:p w14:paraId="2BEDFA35" w14:textId="77777777" w:rsidR="0076342C" w:rsidRDefault="006E6C0F" w:rsidP="005F1C81">
      <w:pPr>
        <w:shd w:val="clear" w:color="auto" w:fill="FFFFFF" w:themeFill="background1"/>
        <w:spacing w:after="0" w:line="240" w:lineRule="auto"/>
        <w:jc w:val="center"/>
      </w:pPr>
      <w:r>
        <w:rPr>
          <w:b/>
        </w:rPr>
        <w:t>BÀI 2: MÙA NƯỚC NỔI</w:t>
      </w:r>
    </w:p>
    <w:p w14:paraId="63A485B7" w14:textId="77777777" w:rsidR="0076342C" w:rsidRDefault="006E6C0F" w:rsidP="005F1C81">
      <w:pPr>
        <w:shd w:val="clear" w:color="auto" w:fill="FFFFFF" w:themeFill="background1"/>
        <w:spacing w:after="0" w:line="240" w:lineRule="auto"/>
        <w:jc w:val="center"/>
      </w:pPr>
      <w:r>
        <w:rPr>
          <w:b/>
        </w:rPr>
        <w:t>TIẾT 1 – 2: ĐỌC: MÙA NƯỚC NỔI</w:t>
      </w:r>
    </w:p>
    <w:p w14:paraId="39AA9BBE" w14:textId="77777777" w:rsidR="0076342C" w:rsidRDefault="006E6C0F" w:rsidP="005F1C81">
      <w:pPr>
        <w:shd w:val="clear" w:color="auto" w:fill="FFFFFF" w:themeFill="background1"/>
        <w:spacing w:after="0" w:line="240" w:lineRule="auto"/>
        <w:jc w:val="both"/>
      </w:pPr>
      <w:r>
        <w:rPr>
          <w:b/>
        </w:rPr>
        <w:t>I. YÊU CẦU CẦN ĐẠT</w:t>
      </w:r>
    </w:p>
    <w:p w14:paraId="61258ED4" w14:textId="77777777" w:rsidR="0076342C" w:rsidRDefault="006E6C0F" w:rsidP="005F1C81">
      <w:pPr>
        <w:shd w:val="clear" w:color="auto" w:fill="FFFFFF" w:themeFill="background1"/>
        <w:spacing w:after="0" w:line="240" w:lineRule="auto"/>
        <w:jc w:val="both"/>
      </w:pPr>
      <w:r>
        <w:t>Sau bài học, HS sẽ:</w:t>
      </w:r>
    </w:p>
    <w:p w14:paraId="78E54DCD" w14:textId="77777777" w:rsidR="0076342C" w:rsidRDefault="006E6C0F" w:rsidP="005F1C81">
      <w:pPr>
        <w:shd w:val="clear" w:color="auto" w:fill="FFFFFF" w:themeFill="background1"/>
        <w:spacing w:after="0" w:line="240" w:lineRule="auto"/>
        <w:jc w:val="both"/>
      </w:pPr>
      <w:r>
        <w:rPr>
          <w:b/>
        </w:rPr>
        <w:t>1. Năng lực đặc thù</w:t>
      </w:r>
    </w:p>
    <w:p w14:paraId="0FE6BC2B" w14:textId="77777777" w:rsidR="0076342C" w:rsidRDefault="006E6C0F" w:rsidP="005F1C81">
      <w:pPr>
        <w:shd w:val="clear" w:color="auto" w:fill="FFFFFF" w:themeFill="background1"/>
        <w:spacing w:after="0" w:line="240" w:lineRule="auto"/>
        <w:jc w:val="both"/>
      </w:pPr>
      <w:r>
        <w:lastRenderedPageBreak/>
        <w:t>- Đọc đúng, rõ ràng văn bản Mùa nước nổi; biết ngắt nghỉ hơi ở câu dài, đọc với giọng chậm rãi, gợi tả cảnh mùa nước nổi.</w:t>
      </w:r>
    </w:p>
    <w:p w14:paraId="21CD797E" w14:textId="77777777" w:rsidR="0076342C" w:rsidRDefault="006E6C0F" w:rsidP="005F1C81">
      <w:pPr>
        <w:shd w:val="clear" w:color="auto" w:fill="FFFFFF" w:themeFill="background1"/>
        <w:spacing w:after="0" w:line="240" w:lineRule="auto"/>
        <w:jc w:val="both"/>
      </w:pPr>
      <w:r>
        <w:t>- Hiểu nghĩa các từ ngữ: cá ròng ròng, Cửu Long, phù sa; hiểu nội dung bài đọc: Cảnh mùa nước nổi ở miền Nam có nhiều nét riêng, gần gũi và giàu sức sống.</w:t>
      </w:r>
    </w:p>
    <w:p w14:paraId="62BA8F45" w14:textId="77777777" w:rsidR="0076342C" w:rsidRDefault="006E6C0F" w:rsidP="005F1C81">
      <w:pPr>
        <w:shd w:val="clear" w:color="auto" w:fill="FFFFFF" w:themeFill="background1"/>
        <w:spacing w:after="0" w:line="240" w:lineRule="auto"/>
        <w:jc w:val="both"/>
      </w:pPr>
      <w:r>
        <w:t>- Trả lời được câu hỏi trong SGK; tìm được từ chỉ đặc điểm của mưa, tìm thêm từ ngữ tả mưa.</w:t>
      </w:r>
    </w:p>
    <w:p w14:paraId="2A172242" w14:textId="77777777" w:rsidR="0076342C" w:rsidRDefault="006E6C0F" w:rsidP="005F1C81">
      <w:pPr>
        <w:shd w:val="clear" w:color="auto" w:fill="FFFFFF" w:themeFill="background1"/>
        <w:spacing w:after="0" w:line="240" w:lineRule="auto"/>
        <w:jc w:val="both"/>
      </w:pPr>
      <w:r>
        <w:rPr>
          <w:b/>
        </w:rPr>
        <w:t>2. Năng lực chung</w:t>
      </w:r>
    </w:p>
    <w:p w14:paraId="548A0FCC" w14:textId="77777777" w:rsidR="0076342C" w:rsidRDefault="006E6C0F" w:rsidP="005F1C81">
      <w:pPr>
        <w:shd w:val="clear" w:color="auto" w:fill="FFFFFF" w:themeFill="background1"/>
        <w:spacing w:after="0" w:line="240" w:lineRule="auto"/>
        <w:jc w:val="both"/>
      </w:pPr>
      <w:r>
        <w:t>- Tự chủ và tự học: chủ động luyện đọc, đọc thầm tìm thông tin.</w:t>
      </w:r>
    </w:p>
    <w:p w14:paraId="4F8CEC6F" w14:textId="77777777" w:rsidR="0076342C" w:rsidRDefault="006E6C0F" w:rsidP="005F1C81">
      <w:pPr>
        <w:shd w:val="clear" w:color="auto" w:fill="FFFFFF" w:themeFill="background1"/>
        <w:spacing w:after="0" w:line="240" w:lineRule="auto"/>
        <w:jc w:val="both"/>
      </w:pPr>
      <w:r>
        <w:t>- Giao tiếp và hợp tác: trao đổi nhóm để trả lời câu hỏi, nhận xét bạn đọc.</w:t>
      </w:r>
    </w:p>
    <w:p w14:paraId="6C574AAB" w14:textId="77777777" w:rsidR="0076342C" w:rsidRDefault="006E6C0F" w:rsidP="005F1C81">
      <w:pPr>
        <w:shd w:val="clear" w:color="auto" w:fill="FFFFFF" w:themeFill="background1"/>
        <w:spacing w:after="0" w:line="240" w:lineRule="auto"/>
        <w:jc w:val="both"/>
      </w:pPr>
      <w:r>
        <w:t>- Giải quyết vấn đề và sáng tạo: liên hệ đặc điểm mùa nước nổi với cuộc sống vùng sông nước.</w:t>
      </w:r>
    </w:p>
    <w:p w14:paraId="6BD874FC" w14:textId="77777777" w:rsidR="0076342C" w:rsidRDefault="006E6C0F" w:rsidP="005F1C81">
      <w:pPr>
        <w:shd w:val="clear" w:color="auto" w:fill="FFFFFF" w:themeFill="background1"/>
        <w:spacing w:after="0" w:line="240" w:lineRule="auto"/>
        <w:jc w:val="both"/>
      </w:pPr>
      <w:r>
        <w:rPr>
          <w:b/>
        </w:rPr>
        <w:t>3. Phẩm chất</w:t>
      </w:r>
    </w:p>
    <w:p w14:paraId="6A0CD2EB" w14:textId="77777777" w:rsidR="0076342C" w:rsidRDefault="006E6C0F" w:rsidP="005F1C81">
      <w:pPr>
        <w:shd w:val="clear" w:color="auto" w:fill="FFFFFF" w:themeFill="background1"/>
        <w:spacing w:after="0" w:line="240" w:lineRule="auto"/>
        <w:jc w:val="both"/>
      </w:pPr>
      <w:r>
        <w:t>- Nhân ái: yêu mến con người, cảnh vật các vùng miền của Tổ quốc.</w:t>
      </w:r>
    </w:p>
    <w:p w14:paraId="09046674" w14:textId="77777777" w:rsidR="0076342C" w:rsidRDefault="006E6C0F" w:rsidP="005F1C81">
      <w:pPr>
        <w:shd w:val="clear" w:color="auto" w:fill="FFFFFF" w:themeFill="background1"/>
        <w:spacing w:after="0" w:line="240" w:lineRule="auto"/>
        <w:jc w:val="both"/>
      </w:pPr>
      <w:r>
        <w:t>- Trách nhiệm: biết giữ gìn môi trường sông nước, không xả rác xuống ao hồ, kênh rạch.</w:t>
      </w:r>
    </w:p>
    <w:p w14:paraId="08DB24E5" w14:textId="77777777" w:rsidR="0076342C" w:rsidRDefault="006E6C0F" w:rsidP="005F1C81">
      <w:pPr>
        <w:shd w:val="clear" w:color="auto" w:fill="FFFFFF" w:themeFill="background1"/>
        <w:spacing w:after="0" w:line="240" w:lineRule="auto"/>
        <w:jc w:val="both"/>
      </w:pPr>
      <w:r>
        <w:rPr>
          <w:b/>
          <w:color w:val="C00000"/>
        </w:rPr>
        <w:t>4. Tích hợp</w:t>
      </w:r>
    </w:p>
    <w:p w14:paraId="5A2313DF" w14:textId="77777777" w:rsidR="0076342C" w:rsidRDefault="006E6C0F" w:rsidP="005F1C81">
      <w:pPr>
        <w:shd w:val="clear" w:color="auto" w:fill="FFFFFF" w:themeFill="background1"/>
        <w:spacing w:after="0" w:line="240" w:lineRule="auto"/>
        <w:jc w:val="both"/>
      </w:pPr>
      <w:r>
        <w:rPr>
          <w:color w:val="C00000"/>
        </w:rPr>
        <w:t>- Lý tưởng cách mạng, đạo đức, lối sống: HS thêm hiểu và yêu mến các vùng miền của Tổ quốc; biết trân trọng vẻ đẹp thiên nhiên, đời sống lao động của người dân miền Nam, từ đó hình thành tình cảm gắn bó với đất nước, con người Việt Nam.</w:t>
      </w:r>
    </w:p>
    <w:p w14:paraId="0EBE3213" w14:textId="77777777" w:rsidR="0076342C" w:rsidRDefault="006E6C0F" w:rsidP="005F1C81">
      <w:pPr>
        <w:shd w:val="clear" w:color="auto" w:fill="FFFFFF" w:themeFill="background1"/>
        <w:spacing w:after="0" w:line="240" w:lineRule="auto"/>
        <w:jc w:val="both"/>
      </w:pPr>
      <w:r>
        <w:rPr>
          <w:b/>
        </w:rPr>
        <w:t>II. ĐỒ DÙNG DẠY HỌC</w:t>
      </w:r>
    </w:p>
    <w:p w14:paraId="3193B122" w14:textId="77777777" w:rsidR="0076342C" w:rsidRDefault="006E6C0F" w:rsidP="005F1C81">
      <w:pPr>
        <w:shd w:val="clear" w:color="auto" w:fill="FFFFFF" w:themeFill="background1"/>
        <w:spacing w:after="0" w:line="240" w:lineRule="auto"/>
        <w:jc w:val="both"/>
      </w:pPr>
      <w:r>
        <w:rPr>
          <w:b/>
        </w:rPr>
        <w:t>1. Giáo viên</w:t>
      </w:r>
    </w:p>
    <w:p w14:paraId="09FF41F7" w14:textId="77777777" w:rsidR="0076342C" w:rsidRDefault="006E6C0F" w:rsidP="005F1C81">
      <w:pPr>
        <w:shd w:val="clear" w:color="auto" w:fill="FFFFFF" w:themeFill="background1"/>
        <w:spacing w:after="0" w:line="240" w:lineRule="auto"/>
        <w:jc w:val="both"/>
      </w:pPr>
      <w:r>
        <w:t>- SGK, máy chiếu; tranh minh họa Mùa nước nổi; thẻ từ khó; phiếu thảo luận câu hỏi.</w:t>
      </w:r>
    </w:p>
    <w:p w14:paraId="209267B1" w14:textId="77777777" w:rsidR="0076342C" w:rsidRDefault="006E6C0F" w:rsidP="005F1C81">
      <w:pPr>
        <w:shd w:val="clear" w:color="auto" w:fill="FFFFFF" w:themeFill="background1"/>
        <w:spacing w:after="0" w:line="240" w:lineRule="auto"/>
        <w:jc w:val="both"/>
      </w:pPr>
      <w:r>
        <w:rPr>
          <w:b/>
        </w:rPr>
        <w:t>2. Học sinh</w:t>
      </w:r>
    </w:p>
    <w:p w14:paraId="2BA0A54D" w14:textId="77777777" w:rsidR="0076342C" w:rsidRDefault="006E6C0F" w:rsidP="005F1C81">
      <w:pPr>
        <w:shd w:val="clear" w:color="auto" w:fill="FFFFFF" w:themeFill="background1"/>
        <w:spacing w:after="0" w:line="240" w:lineRule="auto"/>
        <w:jc w:val="both"/>
      </w:pPr>
      <w:r>
        <w:t>- SGK, vở ghi, bút; chuẩn bị một điều em biết về miền Nam hoặc mùa mưa.</w:t>
      </w:r>
    </w:p>
    <w:p w14:paraId="4CF2570F" w14:textId="77777777" w:rsidR="0076342C" w:rsidRDefault="006E6C0F" w:rsidP="005F1C8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59"/>
        <w:gridCol w:w="5159"/>
      </w:tblGrid>
      <w:tr w:rsidR="0076342C" w14:paraId="338CC9BF" w14:textId="77777777" w:rsidTr="005F1C81">
        <w:trPr>
          <w:jc w:val="center"/>
        </w:trPr>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0802BD5C" w14:textId="77777777" w:rsidR="0076342C" w:rsidRDefault="006E6C0F" w:rsidP="005F1C81">
            <w:pPr>
              <w:shd w:val="clear" w:color="auto" w:fill="FFFFFF" w:themeFill="background1"/>
              <w:jc w:val="both"/>
            </w:pPr>
            <w:r>
              <w:rPr>
                <w:b/>
              </w:rPr>
              <w:t>Hoạt động của GV</w:t>
            </w:r>
          </w:p>
        </w:tc>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6C271CE7" w14:textId="77777777" w:rsidR="0076342C" w:rsidRDefault="006E6C0F" w:rsidP="005F1C81">
            <w:pPr>
              <w:shd w:val="clear" w:color="auto" w:fill="FFFFFF" w:themeFill="background1"/>
              <w:jc w:val="both"/>
            </w:pPr>
            <w:r>
              <w:rPr>
                <w:b/>
              </w:rPr>
              <w:t>Hoạt động của HS</w:t>
            </w:r>
          </w:p>
        </w:tc>
      </w:tr>
      <w:tr w:rsidR="0076342C" w14:paraId="015ED081" w14:textId="77777777" w:rsidTr="005F1C81">
        <w:trPr>
          <w:jc w:val="center"/>
        </w:trPr>
        <w:tc>
          <w:tcPr>
            <w:tcW w:w="10318" w:type="dxa"/>
            <w:gridSpan w:val="2"/>
            <w:tcBorders>
              <w:top w:val="single" w:sz="4" w:space="0" w:color="000000"/>
              <w:left w:val="single" w:sz="4" w:space="0" w:color="000000"/>
              <w:bottom w:val="nil"/>
              <w:right w:val="single" w:sz="4" w:space="0" w:color="000000"/>
            </w:tcBorders>
            <w:shd w:val="clear" w:color="auto" w:fill="E2F0D9"/>
            <w:vAlign w:val="center"/>
          </w:tcPr>
          <w:p w14:paraId="3B2479BB" w14:textId="77777777" w:rsidR="0076342C" w:rsidRDefault="006E6C0F" w:rsidP="005F1C81">
            <w:pPr>
              <w:shd w:val="clear" w:color="auto" w:fill="FFFFFF" w:themeFill="background1"/>
            </w:pPr>
            <w:r>
              <w:rPr>
                <w:b/>
              </w:rPr>
              <w:t>TIẾT 1</w:t>
            </w:r>
          </w:p>
        </w:tc>
      </w:tr>
      <w:tr w:rsidR="0076342C" w14:paraId="7C6C3691" w14:textId="77777777" w:rsidTr="005F1C81">
        <w:trPr>
          <w:jc w:val="center"/>
        </w:trPr>
        <w:tc>
          <w:tcPr>
            <w:tcW w:w="10318" w:type="dxa"/>
            <w:gridSpan w:val="2"/>
            <w:tcBorders>
              <w:top w:val="nil"/>
              <w:left w:val="single" w:sz="4" w:space="0" w:color="000000"/>
              <w:bottom w:val="single" w:sz="4" w:space="0" w:color="000000"/>
              <w:right w:val="single" w:sz="4" w:space="0" w:color="000000"/>
            </w:tcBorders>
            <w:shd w:val="clear" w:color="auto" w:fill="E2F0D9"/>
            <w:vAlign w:val="center"/>
          </w:tcPr>
          <w:p w14:paraId="2D71A8F9" w14:textId="77777777" w:rsidR="0076342C" w:rsidRDefault="006E6C0F" w:rsidP="005F1C81">
            <w:pPr>
              <w:shd w:val="clear" w:color="auto" w:fill="FFFFFF" w:themeFill="background1"/>
            </w:pPr>
            <w:r>
              <w:rPr>
                <w:b/>
              </w:rPr>
              <w:t>1. KHỞI ĐỘNG (5 phút)</w:t>
            </w:r>
            <w:r>
              <w:rPr>
                <w:b/>
              </w:rPr>
              <w:br/>
              <w:t>Mục tiêu: HS quan sát tranh, nêu được cảm nhận ban đầu về cảnh mùa nước nổi.</w:t>
            </w:r>
          </w:p>
        </w:tc>
      </w:tr>
      <w:tr w:rsidR="0076342C" w14:paraId="1D68AF5E" w14:textId="77777777" w:rsidTr="005F1C81">
        <w:trPr>
          <w:jc w:val="center"/>
        </w:trPr>
        <w:tc>
          <w:tcPr>
            <w:tcW w:w="5159" w:type="dxa"/>
            <w:tcBorders>
              <w:top w:val="single" w:sz="4" w:space="0" w:color="000000"/>
              <w:bottom w:val="single" w:sz="4" w:space="0" w:color="000000"/>
            </w:tcBorders>
            <w:vAlign w:val="center"/>
          </w:tcPr>
          <w:p w14:paraId="5E764369" w14:textId="77777777" w:rsidR="0076342C" w:rsidRDefault="006E6C0F" w:rsidP="005F1C81">
            <w:pPr>
              <w:shd w:val="clear" w:color="auto" w:fill="FFFFFF" w:themeFill="background1"/>
              <w:jc w:val="both"/>
            </w:pPr>
            <w:r>
              <w:t>- GV yêu cầu HS quan sát tranh trong SGK và trả lời: Bức tranh vẽ cảnh gì?</w:t>
            </w:r>
          </w:p>
          <w:p w14:paraId="7A04F692" w14:textId="6CC4C33A" w:rsidR="0076342C" w:rsidRDefault="0076342C" w:rsidP="005F1C81">
            <w:pPr>
              <w:shd w:val="clear" w:color="auto" w:fill="FFFFFF" w:themeFill="background1"/>
              <w:spacing w:before="20" w:after="20"/>
            </w:pPr>
          </w:p>
          <w:p w14:paraId="2B7440AB" w14:textId="77777777" w:rsidR="0076342C" w:rsidRDefault="006E6C0F" w:rsidP="005F1C81">
            <w:pPr>
              <w:shd w:val="clear" w:color="auto" w:fill="FFFFFF" w:themeFill="background1"/>
              <w:jc w:val="both"/>
            </w:pPr>
            <w:r>
              <w:t>- GV dẫn vào bài: Ở miền Nam có mùa nước nổi rất đặc biệt. Bài đọc sẽ giúp các em hiểu thêm về cảnh vật và cuộc sống nơi đây.</w:t>
            </w:r>
          </w:p>
          <w:p w14:paraId="25E19CE4" w14:textId="77777777" w:rsidR="0076342C" w:rsidRDefault="0076342C" w:rsidP="005F1C81">
            <w:pPr>
              <w:shd w:val="clear" w:color="auto" w:fill="FFFFFF" w:themeFill="background1"/>
              <w:jc w:val="center"/>
            </w:pPr>
          </w:p>
        </w:tc>
        <w:tc>
          <w:tcPr>
            <w:tcW w:w="5159" w:type="dxa"/>
            <w:tcBorders>
              <w:top w:val="single" w:sz="4" w:space="0" w:color="000000"/>
              <w:bottom w:val="single" w:sz="4" w:space="0" w:color="000000"/>
            </w:tcBorders>
            <w:vAlign w:val="center"/>
          </w:tcPr>
          <w:p w14:paraId="5B4C9637" w14:textId="77777777" w:rsidR="0076342C" w:rsidRDefault="006E6C0F" w:rsidP="005F1C81">
            <w:pPr>
              <w:shd w:val="clear" w:color="auto" w:fill="FFFFFF" w:themeFill="background1"/>
              <w:jc w:val="both"/>
            </w:pPr>
            <w:r>
              <w:t>- HS quan sát tranh.</w:t>
            </w:r>
          </w:p>
          <w:p w14:paraId="242BAF72" w14:textId="77777777" w:rsidR="0076342C" w:rsidRDefault="006E6C0F" w:rsidP="005F1C81">
            <w:pPr>
              <w:shd w:val="clear" w:color="auto" w:fill="FFFFFF" w:themeFill="background1"/>
              <w:jc w:val="both"/>
            </w:pPr>
            <w:r>
              <w:t>- HS trả lời: Tranh vẽ nhà ven sông, nước dâng cao, người dân đi thuyền, trẻ em đứng trên sàn nhà nhìn ra sông.</w:t>
            </w:r>
          </w:p>
          <w:p w14:paraId="3AF67EBB" w14:textId="77777777" w:rsidR="0076342C" w:rsidRDefault="006E6C0F" w:rsidP="005F1C81">
            <w:pPr>
              <w:shd w:val="clear" w:color="auto" w:fill="FFFFFF" w:themeFill="background1"/>
              <w:jc w:val="both"/>
            </w:pPr>
            <w:r>
              <w:t>- HS lắng nghe, ghi tên bài.</w:t>
            </w:r>
          </w:p>
        </w:tc>
      </w:tr>
      <w:tr w:rsidR="0076342C" w14:paraId="5F50D557"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541C5E0C" w14:textId="77777777" w:rsidR="0076342C" w:rsidRDefault="006E6C0F" w:rsidP="005F1C81">
            <w:pPr>
              <w:shd w:val="clear" w:color="auto" w:fill="FFFFFF" w:themeFill="background1"/>
            </w:pPr>
            <w:r>
              <w:rPr>
                <w:b/>
              </w:rPr>
              <w:t>2. ĐỌC VĂN BẢN (30 phút)</w:t>
            </w:r>
            <w:r>
              <w:rPr>
                <w:b/>
              </w:rPr>
              <w:br/>
              <w:t>Mục tiêu: HS đọc đúng, rõ ràng văn bản; hiểu nghĩa từ khó; nắm được các hình ảnh chính trong bài.</w:t>
            </w:r>
          </w:p>
        </w:tc>
      </w:tr>
      <w:tr w:rsidR="0076342C" w14:paraId="0302FC13" w14:textId="77777777" w:rsidTr="005F1C81">
        <w:trPr>
          <w:jc w:val="center"/>
        </w:trPr>
        <w:tc>
          <w:tcPr>
            <w:tcW w:w="5159" w:type="dxa"/>
            <w:tcBorders>
              <w:top w:val="single" w:sz="4" w:space="0" w:color="000000"/>
              <w:bottom w:val="nil"/>
            </w:tcBorders>
            <w:vAlign w:val="center"/>
          </w:tcPr>
          <w:p w14:paraId="3B15426C" w14:textId="77777777" w:rsidR="0076342C" w:rsidRDefault="006E6C0F" w:rsidP="005F1C81">
            <w:pPr>
              <w:shd w:val="clear" w:color="auto" w:fill="FFFFFF" w:themeFill="background1"/>
              <w:jc w:val="both"/>
            </w:pPr>
            <w:r>
              <w:rPr>
                <w:b/>
              </w:rPr>
              <w:t>- a. GV đọc mẫu.</w:t>
            </w:r>
          </w:p>
          <w:p w14:paraId="39A1FE94" w14:textId="77777777" w:rsidR="0076342C" w:rsidRDefault="006E6C0F" w:rsidP="005F1C81">
            <w:pPr>
              <w:shd w:val="clear" w:color="auto" w:fill="FFFFFF" w:themeFill="background1"/>
              <w:jc w:val="both"/>
            </w:pPr>
            <w:r>
              <w:t>- GV đọc mẫu toàn bài, giọng thong thả, gợi tả; nhấn giọng ở các từ: hiền hòa, dầm dề, suốt mướt, ròng ròng, mênh mông, trắng xóa, đầy ắp.</w:t>
            </w:r>
          </w:p>
          <w:p w14:paraId="16B04956" w14:textId="77777777" w:rsidR="0076342C" w:rsidRDefault="006E6C0F" w:rsidP="005F1C81">
            <w:pPr>
              <w:shd w:val="clear" w:color="auto" w:fill="FFFFFF" w:themeFill="background1"/>
              <w:jc w:val="both"/>
            </w:pPr>
            <w:r>
              <w:t>- GV yêu cầu HS đọc thầm theo.</w:t>
            </w:r>
          </w:p>
        </w:tc>
        <w:tc>
          <w:tcPr>
            <w:tcW w:w="5159" w:type="dxa"/>
            <w:tcBorders>
              <w:top w:val="single" w:sz="4" w:space="0" w:color="000000"/>
              <w:bottom w:val="nil"/>
            </w:tcBorders>
            <w:vAlign w:val="center"/>
          </w:tcPr>
          <w:p w14:paraId="03FA2C5B" w14:textId="77777777" w:rsidR="0076342C" w:rsidRDefault="006E6C0F" w:rsidP="005F1C81">
            <w:pPr>
              <w:shd w:val="clear" w:color="auto" w:fill="FFFFFF" w:themeFill="background1"/>
              <w:jc w:val="both"/>
            </w:pPr>
            <w:r>
              <w:t>- HS lắng nghe GV đọc mẫu.</w:t>
            </w:r>
          </w:p>
          <w:p w14:paraId="2F8456CE" w14:textId="77777777" w:rsidR="0076342C" w:rsidRDefault="006E6C0F" w:rsidP="005F1C81">
            <w:pPr>
              <w:shd w:val="clear" w:color="auto" w:fill="FFFFFF" w:themeFill="background1"/>
              <w:jc w:val="both"/>
            </w:pPr>
            <w:r>
              <w:t>- HS đọc thầm theo, chú ý cách ngắt nghỉ ở câu dài.</w:t>
            </w:r>
          </w:p>
        </w:tc>
      </w:tr>
      <w:tr w:rsidR="0076342C" w14:paraId="75C4E882" w14:textId="77777777" w:rsidTr="005F1C81">
        <w:trPr>
          <w:jc w:val="center"/>
        </w:trPr>
        <w:tc>
          <w:tcPr>
            <w:tcW w:w="5159" w:type="dxa"/>
            <w:tcBorders>
              <w:top w:val="nil"/>
              <w:bottom w:val="nil"/>
            </w:tcBorders>
            <w:vAlign w:val="center"/>
          </w:tcPr>
          <w:p w14:paraId="248D1336" w14:textId="77777777" w:rsidR="0076342C" w:rsidRDefault="006E6C0F" w:rsidP="005F1C81">
            <w:pPr>
              <w:shd w:val="clear" w:color="auto" w:fill="FFFFFF" w:themeFill="background1"/>
              <w:jc w:val="both"/>
            </w:pPr>
            <w:r>
              <w:rPr>
                <w:b/>
              </w:rPr>
              <w:t>- b. HS luyện đọc từng đoạn, kết hợp đọc từ khó và giải nghĩa từ.</w:t>
            </w:r>
          </w:p>
          <w:p w14:paraId="5326BBD6" w14:textId="77777777" w:rsidR="0076342C" w:rsidRDefault="006E6C0F" w:rsidP="005F1C81">
            <w:pPr>
              <w:shd w:val="clear" w:color="auto" w:fill="FFFFFF" w:themeFill="background1"/>
              <w:jc w:val="both"/>
            </w:pPr>
            <w:r>
              <w:t>- GV hỏi: Bài đọc có thể chia làm mấy đoạn?</w:t>
            </w:r>
          </w:p>
          <w:p w14:paraId="1000DA96" w14:textId="77777777" w:rsidR="0076342C" w:rsidRDefault="006E6C0F" w:rsidP="005F1C81">
            <w:pPr>
              <w:shd w:val="clear" w:color="auto" w:fill="FFFFFF" w:themeFill="background1"/>
              <w:jc w:val="both"/>
            </w:pPr>
            <w:r>
              <w:t>- GV tổ chức HS đọc nối tiếp từng đoạn.</w:t>
            </w:r>
          </w:p>
        </w:tc>
        <w:tc>
          <w:tcPr>
            <w:tcW w:w="5159" w:type="dxa"/>
            <w:tcBorders>
              <w:top w:val="nil"/>
              <w:bottom w:val="nil"/>
            </w:tcBorders>
            <w:vAlign w:val="center"/>
          </w:tcPr>
          <w:p w14:paraId="0BCE57CE" w14:textId="77777777" w:rsidR="0076342C" w:rsidRDefault="006E6C0F" w:rsidP="005F1C81">
            <w:pPr>
              <w:shd w:val="clear" w:color="auto" w:fill="FFFFFF" w:themeFill="background1"/>
              <w:jc w:val="both"/>
            </w:pPr>
            <w:r>
              <w:t>- HS trả lời: Bài đọc có thể chia làm 4 đoạn: Đoạn 1 từ đầu đến “ngày nầy qua ngày khác”; đoạn 2 từ “Rồi đến Rằm tháng Bảy” đến “sông Cửu Long”; đoạn 3 từ “Đồng ruộng” đến “mỏi mòn”; đoạn 4 còn lại.</w:t>
            </w:r>
          </w:p>
          <w:p w14:paraId="060B2CDE" w14:textId="77777777" w:rsidR="0076342C" w:rsidRDefault="006E6C0F" w:rsidP="005F1C81">
            <w:pPr>
              <w:shd w:val="clear" w:color="auto" w:fill="FFFFFF" w:themeFill="background1"/>
              <w:jc w:val="both"/>
            </w:pPr>
            <w:r>
              <w:t>- HS đọc nối tiếp đoạn.</w:t>
            </w:r>
          </w:p>
        </w:tc>
      </w:tr>
      <w:tr w:rsidR="0076342C" w14:paraId="431B4456" w14:textId="77777777" w:rsidTr="005F1C81">
        <w:trPr>
          <w:jc w:val="center"/>
        </w:trPr>
        <w:tc>
          <w:tcPr>
            <w:tcW w:w="5159" w:type="dxa"/>
            <w:tcBorders>
              <w:top w:val="nil"/>
              <w:bottom w:val="nil"/>
            </w:tcBorders>
            <w:vAlign w:val="center"/>
          </w:tcPr>
          <w:p w14:paraId="1E18B558" w14:textId="77777777" w:rsidR="0076342C" w:rsidRDefault="006E6C0F" w:rsidP="005F1C81">
            <w:pPr>
              <w:shd w:val="clear" w:color="auto" w:fill="FFFFFF" w:themeFill="background1"/>
              <w:jc w:val="both"/>
            </w:pPr>
            <w:r>
              <w:t>- GV hướng dẫn HS luyện đọc từ khó: mùa nước nổi, hiền hòa, suốt mướt, Cửu Long, phù sa, ròng ròng, cá mè, cá rô, đầy ắp.</w:t>
            </w:r>
          </w:p>
          <w:p w14:paraId="34F1BD06" w14:textId="77777777" w:rsidR="0076342C" w:rsidRDefault="006E6C0F" w:rsidP="005F1C81">
            <w:pPr>
              <w:shd w:val="clear" w:color="auto" w:fill="FFFFFF" w:themeFill="background1"/>
              <w:jc w:val="both"/>
            </w:pPr>
            <w:r>
              <w:lastRenderedPageBreak/>
              <w:t>- GV hướng dẫn đọc câu dài: “Đồng ruộng, vườn tược và cây cỏ như biết giữ lại hạt phù sa ở quanh mình, nước lại trong dần.”</w:t>
            </w:r>
          </w:p>
        </w:tc>
        <w:tc>
          <w:tcPr>
            <w:tcW w:w="5159" w:type="dxa"/>
            <w:tcBorders>
              <w:top w:val="nil"/>
              <w:bottom w:val="nil"/>
            </w:tcBorders>
            <w:vAlign w:val="center"/>
          </w:tcPr>
          <w:p w14:paraId="38ED50AB" w14:textId="77777777" w:rsidR="0076342C" w:rsidRDefault="006E6C0F" w:rsidP="005F1C81">
            <w:pPr>
              <w:shd w:val="clear" w:color="auto" w:fill="FFFFFF" w:themeFill="background1"/>
              <w:jc w:val="both"/>
            </w:pPr>
            <w:r>
              <w:lastRenderedPageBreak/>
              <w:t>- HS luyện đọc từ khó cá nhân, nhóm, đồng thanh.</w:t>
            </w:r>
          </w:p>
          <w:p w14:paraId="033C8086" w14:textId="77777777" w:rsidR="0076342C" w:rsidRDefault="006E6C0F" w:rsidP="005F1C81">
            <w:pPr>
              <w:shd w:val="clear" w:color="auto" w:fill="FFFFFF" w:themeFill="background1"/>
              <w:jc w:val="both"/>
            </w:pPr>
            <w:r>
              <w:t xml:space="preserve">- HS luyện đọc câu dài, biết ngắt hơi sau các </w:t>
            </w:r>
            <w:r>
              <w:lastRenderedPageBreak/>
              <w:t>cụm từ.</w:t>
            </w:r>
          </w:p>
        </w:tc>
      </w:tr>
      <w:tr w:rsidR="0076342C" w14:paraId="41EFFC0F" w14:textId="77777777" w:rsidTr="005F1C81">
        <w:trPr>
          <w:jc w:val="center"/>
        </w:trPr>
        <w:tc>
          <w:tcPr>
            <w:tcW w:w="5159" w:type="dxa"/>
            <w:tcBorders>
              <w:top w:val="nil"/>
              <w:bottom w:val="nil"/>
            </w:tcBorders>
            <w:vAlign w:val="center"/>
          </w:tcPr>
          <w:p w14:paraId="08195ECE" w14:textId="77777777" w:rsidR="0076342C" w:rsidRDefault="006E6C0F" w:rsidP="005F1C81">
            <w:pPr>
              <w:shd w:val="clear" w:color="auto" w:fill="FFFFFF" w:themeFill="background1"/>
              <w:jc w:val="both"/>
            </w:pPr>
            <w:r>
              <w:lastRenderedPageBreak/>
              <w:t>- GV yêu cầu HS đọc phần từ ngữ: cá ròng ròng, Cửu Long, phù sa.</w:t>
            </w:r>
          </w:p>
          <w:p w14:paraId="5056BADC" w14:textId="77777777" w:rsidR="0076342C" w:rsidRDefault="006E6C0F" w:rsidP="005F1C81">
            <w:pPr>
              <w:shd w:val="clear" w:color="auto" w:fill="FFFFFF" w:themeFill="background1"/>
              <w:jc w:val="both"/>
            </w:pPr>
            <w:r>
              <w:t>- GV giải thích thêm bằng lời ngắn gọn và yêu cầu HS đặt câu với từ phù sa.</w:t>
            </w:r>
          </w:p>
        </w:tc>
        <w:tc>
          <w:tcPr>
            <w:tcW w:w="5159" w:type="dxa"/>
            <w:tcBorders>
              <w:top w:val="nil"/>
              <w:bottom w:val="nil"/>
            </w:tcBorders>
            <w:vAlign w:val="center"/>
          </w:tcPr>
          <w:p w14:paraId="2A4B6257" w14:textId="77777777" w:rsidR="0076342C" w:rsidRDefault="006E6C0F" w:rsidP="005F1C81">
            <w:pPr>
              <w:shd w:val="clear" w:color="auto" w:fill="FFFFFF" w:themeFill="background1"/>
              <w:jc w:val="both"/>
            </w:pPr>
            <w:r>
              <w:t>- HS đọc chú giải.</w:t>
            </w:r>
          </w:p>
          <w:p w14:paraId="290863F8" w14:textId="77777777" w:rsidR="0076342C" w:rsidRDefault="006E6C0F" w:rsidP="005F1C81">
            <w:pPr>
              <w:shd w:val="clear" w:color="auto" w:fill="FFFFFF" w:themeFill="background1"/>
              <w:jc w:val="both"/>
            </w:pPr>
            <w:r>
              <w:t>- HS đặt câu: Phù sa làm cho ruộng đồng thêm màu mỡ.</w:t>
            </w:r>
          </w:p>
        </w:tc>
      </w:tr>
      <w:tr w:rsidR="0076342C" w14:paraId="2086FBE8" w14:textId="77777777" w:rsidTr="005F1C81">
        <w:trPr>
          <w:jc w:val="center"/>
        </w:trPr>
        <w:tc>
          <w:tcPr>
            <w:tcW w:w="5159" w:type="dxa"/>
            <w:tcBorders>
              <w:top w:val="nil"/>
              <w:bottom w:val="nil"/>
            </w:tcBorders>
            <w:vAlign w:val="center"/>
          </w:tcPr>
          <w:p w14:paraId="2EA5928F" w14:textId="77777777" w:rsidR="0076342C" w:rsidRDefault="006E6C0F" w:rsidP="005F1C81">
            <w:pPr>
              <w:shd w:val="clear" w:color="auto" w:fill="FFFFFF" w:themeFill="background1"/>
              <w:jc w:val="both"/>
            </w:pPr>
            <w:r>
              <w:rPr>
                <w:b/>
              </w:rPr>
              <w:t>- c. HS luyện đọc trong nhóm.</w:t>
            </w:r>
          </w:p>
          <w:p w14:paraId="20F439E3" w14:textId="77777777" w:rsidR="0076342C" w:rsidRDefault="006E6C0F" w:rsidP="005F1C81">
            <w:pPr>
              <w:shd w:val="clear" w:color="auto" w:fill="FFFFFF" w:themeFill="background1"/>
              <w:jc w:val="both"/>
            </w:pPr>
            <w:r>
              <w:t>- GV tổ chức HS luyện đọc nhóm 4, góp ý cho nhau về phát âm, ngắt nghỉ.</w:t>
            </w:r>
          </w:p>
          <w:p w14:paraId="545D8D4F" w14:textId="77777777" w:rsidR="0076342C" w:rsidRDefault="006E6C0F" w:rsidP="005F1C81">
            <w:pPr>
              <w:shd w:val="clear" w:color="auto" w:fill="FFFFFF" w:themeFill="background1"/>
              <w:jc w:val="both"/>
            </w:pPr>
            <w:r>
              <w:t>- GV mời 2 nhóm thi đọc.</w:t>
            </w:r>
          </w:p>
        </w:tc>
        <w:tc>
          <w:tcPr>
            <w:tcW w:w="5159" w:type="dxa"/>
            <w:tcBorders>
              <w:top w:val="nil"/>
              <w:bottom w:val="nil"/>
            </w:tcBorders>
            <w:vAlign w:val="center"/>
          </w:tcPr>
          <w:p w14:paraId="2402F35B" w14:textId="77777777" w:rsidR="0076342C" w:rsidRDefault="006E6C0F" w:rsidP="005F1C81">
            <w:pPr>
              <w:shd w:val="clear" w:color="auto" w:fill="FFFFFF" w:themeFill="background1"/>
              <w:jc w:val="both"/>
            </w:pPr>
            <w:r>
              <w:t>- HS luyện đọc nhóm 4.</w:t>
            </w:r>
          </w:p>
          <w:p w14:paraId="203EB3DD" w14:textId="77777777" w:rsidR="0076342C" w:rsidRDefault="006E6C0F" w:rsidP="005F1C81">
            <w:pPr>
              <w:shd w:val="clear" w:color="auto" w:fill="FFFFFF" w:themeFill="background1"/>
              <w:jc w:val="both"/>
            </w:pPr>
            <w:r>
              <w:t>- 2 nhóm thi đọc; HS nhận xét bạn đọc rõ, đúng, diễn cảm.</w:t>
            </w:r>
          </w:p>
        </w:tc>
      </w:tr>
      <w:tr w:rsidR="0076342C" w14:paraId="58D41C4E" w14:textId="77777777" w:rsidTr="005F1C81">
        <w:trPr>
          <w:jc w:val="center"/>
        </w:trPr>
        <w:tc>
          <w:tcPr>
            <w:tcW w:w="5159" w:type="dxa"/>
            <w:tcBorders>
              <w:top w:val="nil"/>
              <w:bottom w:val="single" w:sz="4" w:space="0" w:color="000000"/>
            </w:tcBorders>
            <w:vAlign w:val="center"/>
          </w:tcPr>
          <w:p w14:paraId="757AA5DB" w14:textId="77777777" w:rsidR="0076342C" w:rsidRDefault="006E6C0F" w:rsidP="005F1C81">
            <w:pPr>
              <w:shd w:val="clear" w:color="auto" w:fill="FFFFFF" w:themeFill="background1"/>
              <w:jc w:val="both"/>
            </w:pPr>
            <w:r>
              <w:rPr>
                <w:b/>
              </w:rPr>
              <w:t>- d. Đọc toàn bài.</w:t>
            </w:r>
          </w:p>
          <w:p w14:paraId="7D39B3B2" w14:textId="77777777" w:rsidR="0076342C" w:rsidRDefault="006E6C0F" w:rsidP="005F1C81">
            <w:pPr>
              <w:shd w:val="clear" w:color="auto" w:fill="FFFFFF" w:themeFill="background1"/>
              <w:jc w:val="both"/>
            </w:pPr>
            <w:r>
              <w:t>- GV gọi 1 HS đọc toàn bài, nhận xét và chuyển sang tiết đọc hiểu.</w:t>
            </w:r>
          </w:p>
        </w:tc>
        <w:tc>
          <w:tcPr>
            <w:tcW w:w="5159" w:type="dxa"/>
            <w:tcBorders>
              <w:top w:val="nil"/>
              <w:bottom w:val="single" w:sz="4" w:space="0" w:color="000000"/>
            </w:tcBorders>
            <w:vAlign w:val="center"/>
          </w:tcPr>
          <w:p w14:paraId="29AFBEA8" w14:textId="77777777" w:rsidR="0076342C" w:rsidRDefault="006E6C0F" w:rsidP="005F1C81">
            <w:pPr>
              <w:shd w:val="clear" w:color="auto" w:fill="FFFFFF" w:themeFill="background1"/>
              <w:jc w:val="both"/>
            </w:pPr>
            <w:r>
              <w:t>- 1 HS đọc toàn bài.</w:t>
            </w:r>
          </w:p>
          <w:p w14:paraId="56320AC5" w14:textId="77777777" w:rsidR="0076342C" w:rsidRDefault="006E6C0F" w:rsidP="005F1C81">
            <w:pPr>
              <w:shd w:val="clear" w:color="auto" w:fill="FFFFFF" w:themeFill="background1"/>
              <w:jc w:val="both"/>
            </w:pPr>
            <w:r>
              <w:t>- HS khác theo dõi, nhận xét.</w:t>
            </w:r>
          </w:p>
        </w:tc>
      </w:tr>
      <w:tr w:rsidR="0076342C" w14:paraId="52A9EE47" w14:textId="77777777" w:rsidTr="005F1C81">
        <w:trPr>
          <w:jc w:val="center"/>
        </w:trPr>
        <w:tc>
          <w:tcPr>
            <w:tcW w:w="10318" w:type="dxa"/>
            <w:gridSpan w:val="2"/>
            <w:tcBorders>
              <w:top w:val="single" w:sz="4" w:space="0" w:color="000000"/>
              <w:left w:val="single" w:sz="4" w:space="0" w:color="000000"/>
              <w:bottom w:val="nil"/>
              <w:right w:val="single" w:sz="4" w:space="0" w:color="000000"/>
            </w:tcBorders>
            <w:shd w:val="clear" w:color="auto" w:fill="E2F0D9"/>
            <w:vAlign w:val="center"/>
          </w:tcPr>
          <w:p w14:paraId="5C4EB606" w14:textId="77777777" w:rsidR="0076342C" w:rsidRDefault="006E6C0F" w:rsidP="005F1C81">
            <w:pPr>
              <w:shd w:val="clear" w:color="auto" w:fill="FFFFFF" w:themeFill="background1"/>
            </w:pPr>
            <w:r>
              <w:rPr>
                <w:b/>
              </w:rPr>
              <w:t>TIẾT 2</w:t>
            </w:r>
          </w:p>
        </w:tc>
      </w:tr>
      <w:tr w:rsidR="0076342C" w14:paraId="5E885212" w14:textId="77777777" w:rsidTr="005F1C81">
        <w:trPr>
          <w:jc w:val="center"/>
        </w:trPr>
        <w:tc>
          <w:tcPr>
            <w:tcW w:w="10318" w:type="dxa"/>
            <w:gridSpan w:val="2"/>
            <w:tcBorders>
              <w:top w:val="nil"/>
              <w:left w:val="single" w:sz="4" w:space="0" w:color="000000"/>
              <w:bottom w:val="single" w:sz="4" w:space="0" w:color="000000"/>
              <w:right w:val="single" w:sz="4" w:space="0" w:color="000000"/>
            </w:tcBorders>
            <w:shd w:val="clear" w:color="auto" w:fill="E2F0D9"/>
            <w:vAlign w:val="center"/>
          </w:tcPr>
          <w:p w14:paraId="5C26FB6C" w14:textId="77777777" w:rsidR="0076342C" w:rsidRDefault="006E6C0F" w:rsidP="005F1C81">
            <w:pPr>
              <w:shd w:val="clear" w:color="auto" w:fill="FFFFFF" w:themeFill="background1"/>
            </w:pPr>
            <w:r>
              <w:rPr>
                <w:b/>
              </w:rPr>
              <w:t>3. ĐỌC HIỂU (20 phút)</w:t>
            </w:r>
            <w:r>
              <w:rPr>
                <w:b/>
              </w:rPr>
              <w:br/>
              <w:t>Mục tiêu: HS trả lời đúng câu hỏi trong SGK; hiểu vẻ đẹp mùa nước nổi và thêm yêu mến các vùng miền của đất nước.</w:t>
            </w:r>
          </w:p>
        </w:tc>
      </w:tr>
      <w:tr w:rsidR="0076342C" w14:paraId="6BFDA840" w14:textId="77777777" w:rsidTr="005F1C81">
        <w:trPr>
          <w:jc w:val="center"/>
        </w:trPr>
        <w:tc>
          <w:tcPr>
            <w:tcW w:w="5159" w:type="dxa"/>
            <w:tcBorders>
              <w:top w:val="single" w:sz="4" w:space="0" w:color="000000"/>
              <w:bottom w:val="nil"/>
            </w:tcBorders>
            <w:vAlign w:val="center"/>
          </w:tcPr>
          <w:p w14:paraId="2EC175B3" w14:textId="77777777" w:rsidR="0076342C" w:rsidRDefault="006E6C0F" w:rsidP="005F1C81">
            <w:pPr>
              <w:shd w:val="clear" w:color="auto" w:fill="FFFFFF" w:themeFill="background1"/>
              <w:jc w:val="both"/>
            </w:pPr>
            <w:r>
              <w:rPr>
                <w:b/>
              </w:rPr>
              <w:t>- Câu 1: Vì sao người ta gọi là mùa nước nổi mà không gọi là mùa nước lũ?</w:t>
            </w:r>
          </w:p>
          <w:p w14:paraId="4ECD22DA" w14:textId="77777777" w:rsidR="0076342C" w:rsidRDefault="006E6C0F" w:rsidP="005F1C81">
            <w:pPr>
              <w:shd w:val="clear" w:color="auto" w:fill="FFFFFF" w:themeFill="background1"/>
              <w:jc w:val="both"/>
            </w:pPr>
            <w:r>
              <w:t>- GV yêu cầu HS đọc thầm đoạn 1.</w:t>
            </w:r>
          </w:p>
        </w:tc>
        <w:tc>
          <w:tcPr>
            <w:tcW w:w="5159" w:type="dxa"/>
            <w:tcBorders>
              <w:top w:val="single" w:sz="4" w:space="0" w:color="000000"/>
              <w:bottom w:val="nil"/>
            </w:tcBorders>
            <w:vAlign w:val="center"/>
          </w:tcPr>
          <w:p w14:paraId="2EBEE255" w14:textId="77777777" w:rsidR="0076342C" w:rsidRDefault="006E6C0F" w:rsidP="005F1C81">
            <w:pPr>
              <w:shd w:val="clear" w:color="auto" w:fill="FFFFFF" w:themeFill="background1"/>
              <w:jc w:val="both"/>
            </w:pPr>
            <w:r>
              <w:t>- HS đọc thầm và trả lời: Vì nước lên hiền hòa, mỗi ngày một dâng lên, không dữ dội như lũ.</w:t>
            </w:r>
          </w:p>
        </w:tc>
      </w:tr>
      <w:tr w:rsidR="0076342C" w14:paraId="00643A9E" w14:textId="77777777" w:rsidTr="005F1C81">
        <w:trPr>
          <w:jc w:val="center"/>
        </w:trPr>
        <w:tc>
          <w:tcPr>
            <w:tcW w:w="5159" w:type="dxa"/>
            <w:tcBorders>
              <w:top w:val="nil"/>
              <w:bottom w:val="nil"/>
            </w:tcBorders>
            <w:vAlign w:val="center"/>
          </w:tcPr>
          <w:p w14:paraId="7D2C8320" w14:textId="77777777" w:rsidR="0076342C" w:rsidRDefault="006E6C0F" w:rsidP="005F1C81">
            <w:pPr>
              <w:shd w:val="clear" w:color="auto" w:fill="FFFFFF" w:themeFill="background1"/>
              <w:jc w:val="both"/>
            </w:pPr>
            <w:r>
              <w:rPr>
                <w:b/>
              </w:rPr>
              <w:t>- Câu 2: Cảnh vật trong mùa nước nổi thế nào?</w:t>
            </w:r>
          </w:p>
          <w:p w14:paraId="2FAF67C6" w14:textId="77777777" w:rsidR="0076342C" w:rsidRDefault="006E6C0F" w:rsidP="005F1C81">
            <w:pPr>
              <w:shd w:val="clear" w:color="auto" w:fill="FFFFFF" w:themeFill="background1"/>
              <w:jc w:val="both"/>
            </w:pPr>
            <w:r>
              <w:t>- GV giao nhiệm vụ nhóm 4: tìm chi tiết về sông nước; đồng ruộng, vườn tược, cây cỏ; đàn cá ròng ròng.</w:t>
            </w:r>
          </w:p>
        </w:tc>
        <w:tc>
          <w:tcPr>
            <w:tcW w:w="5159" w:type="dxa"/>
            <w:tcBorders>
              <w:top w:val="nil"/>
              <w:bottom w:val="nil"/>
            </w:tcBorders>
            <w:vAlign w:val="center"/>
          </w:tcPr>
          <w:p w14:paraId="772CE839" w14:textId="77777777" w:rsidR="0076342C" w:rsidRDefault="006E6C0F" w:rsidP="005F1C81">
            <w:pPr>
              <w:shd w:val="clear" w:color="auto" w:fill="FFFFFF" w:themeFill="background1"/>
              <w:jc w:val="both"/>
            </w:pPr>
            <w:r>
              <w:t>- HS thảo luận nhóm 4.</w:t>
            </w:r>
          </w:p>
          <w:p w14:paraId="10D5D5FC" w14:textId="77777777" w:rsidR="0076342C" w:rsidRDefault="006E6C0F" w:rsidP="005F1C81">
            <w:pPr>
              <w:shd w:val="clear" w:color="auto" w:fill="FFFFFF" w:themeFill="background1"/>
              <w:jc w:val="both"/>
            </w:pPr>
            <w:r>
              <w:t>- Sông nước: sông Cửu Long no đầy, tràn qua bờ.</w:t>
            </w:r>
          </w:p>
          <w:p w14:paraId="767EE103" w14:textId="77777777" w:rsidR="0076342C" w:rsidRDefault="006E6C0F" w:rsidP="005F1C81">
            <w:pPr>
              <w:shd w:val="clear" w:color="auto" w:fill="FFFFFF" w:themeFill="background1"/>
              <w:jc w:val="both"/>
            </w:pPr>
            <w:r>
              <w:t>- Đồng ruộng, vườn tược, cây cỏ: giữ lại phù sa, nước trong dần.</w:t>
            </w:r>
          </w:p>
          <w:p w14:paraId="7C8B2054" w14:textId="77777777" w:rsidR="0076342C" w:rsidRDefault="006E6C0F" w:rsidP="005F1C81">
            <w:pPr>
              <w:shd w:val="clear" w:color="auto" w:fill="FFFFFF" w:themeFill="background1"/>
              <w:jc w:val="both"/>
            </w:pPr>
            <w:r>
              <w:t>- Đàn cá ròng ròng: từng đàn, từng đàn theo cá mẹ xuôi dòng nước vào tận đồng sâu.</w:t>
            </w:r>
          </w:p>
        </w:tc>
      </w:tr>
      <w:tr w:rsidR="0076342C" w14:paraId="1548F98E" w14:textId="77777777" w:rsidTr="005F1C81">
        <w:trPr>
          <w:jc w:val="center"/>
        </w:trPr>
        <w:tc>
          <w:tcPr>
            <w:tcW w:w="5159" w:type="dxa"/>
            <w:tcBorders>
              <w:top w:val="nil"/>
              <w:bottom w:val="nil"/>
            </w:tcBorders>
            <w:vAlign w:val="center"/>
          </w:tcPr>
          <w:p w14:paraId="20297BDE" w14:textId="77777777" w:rsidR="0076342C" w:rsidRDefault="006E6C0F" w:rsidP="005F1C81">
            <w:pPr>
              <w:shd w:val="clear" w:color="auto" w:fill="FFFFFF" w:themeFill="background1"/>
              <w:jc w:val="both"/>
            </w:pPr>
            <w:r>
              <w:rPr>
                <w:b/>
              </w:rPr>
              <w:t>- Câu 3: Vì sao vào mùa nước nổi, người ta phải làm cầu từ cửa trước vào đến tận bếp?</w:t>
            </w:r>
          </w:p>
          <w:p w14:paraId="7281BD87" w14:textId="77777777" w:rsidR="0076342C" w:rsidRDefault="006E6C0F" w:rsidP="005F1C81">
            <w:pPr>
              <w:shd w:val="clear" w:color="auto" w:fill="FFFFFF" w:themeFill="background1"/>
              <w:jc w:val="both"/>
            </w:pPr>
            <w:r>
              <w:t>- GV yêu cầu HS đọc thầm đoạn có chi tiết chiếc cầu.</w:t>
            </w:r>
          </w:p>
        </w:tc>
        <w:tc>
          <w:tcPr>
            <w:tcW w:w="5159" w:type="dxa"/>
            <w:tcBorders>
              <w:top w:val="nil"/>
              <w:bottom w:val="nil"/>
            </w:tcBorders>
            <w:vAlign w:val="center"/>
          </w:tcPr>
          <w:p w14:paraId="7650D003" w14:textId="77777777" w:rsidR="0076342C" w:rsidRDefault="006E6C0F" w:rsidP="005F1C81">
            <w:pPr>
              <w:shd w:val="clear" w:color="auto" w:fill="FFFFFF" w:themeFill="background1"/>
              <w:jc w:val="both"/>
            </w:pPr>
            <w:r>
              <w:t>- HS trả lời: Vì nước ngập lên những viên gạch, người ta phải lấy ván, lấy tre làm cầu từ cửa trước vào đến tận bếp để đi lại thuận tiện.</w:t>
            </w:r>
          </w:p>
        </w:tc>
      </w:tr>
      <w:tr w:rsidR="0076342C" w14:paraId="1DC21E2A" w14:textId="77777777" w:rsidTr="005F1C81">
        <w:trPr>
          <w:jc w:val="center"/>
        </w:trPr>
        <w:tc>
          <w:tcPr>
            <w:tcW w:w="5159" w:type="dxa"/>
            <w:tcBorders>
              <w:top w:val="nil"/>
              <w:bottom w:val="nil"/>
            </w:tcBorders>
            <w:vAlign w:val="center"/>
          </w:tcPr>
          <w:p w14:paraId="2B9A76CF" w14:textId="77777777" w:rsidR="0076342C" w:rsidRDefault="006E6C0F" w:rsidP="005F1C81">
            <w:pPr>
              <w:shd w:val="clear" w:color="auto" w:fill="FFFFFF" w:themeFill="background1"/>
              <w:jc w:val="both"/>
            </w:pPr>
            <w:r>
              <w:rPr>
                <w:b/>
              </w:rPr>
              <w:t>- Câu 4: Em thích nhất hình ảnh nào trong bài?</w:t>
            </w:r>
          </w:p>
          <w:p w14:paraId="5FCC9BD8" w14:textId="77777777" w:rsidR="0076342C" w:rsidRDefault="006E6C0F" w:rsidP="005F1C81">
            <w:pPr>
              <w:shd w:val="clear" w:color="auto" w:fill="FFFFFF" w:themeFill="background1"/>
              <w:jc w:val="both"/>
            </w:pPr>
            <w:r>
              <w:t>- GV khuyến khích HS nêu ý kiến riêng và giải thích lí do.</w:t>
            </w:r>
          </w:p>
        </w:tc>
        <w:tc>
          <w:tcPr>
            <w:tcW w:w="5159" w:type="dxa"/>
            <w:tcBorders>
              <w:top w:val="nil"/>
              <w:bottom w:val="nil"/>
            </w:tcBorders>
            <w:vAlign w:val="center"/>
          </w:tcPr>
          <w:p w14:paraId="47839399" w14:textId="77777777" w:rsidR="0076342C" w:rsidRDefault="006E6C0F" w:rsidP="005F1C81">
            <w:pPr>
              <w:shd w:val="clear" w:color="auto" w:fill="FFFFFF" w:themeFill="background1"/>
              <w:jc w:val="both"/>
            </w:pPr>
            <w:r>
              <w:t>- HS trả lời theo cảm nhận. Ví dụ: Em thích hình ảnh đàn cá ròng ròng theo cá mẹ vào đồng sâu vì hình ảnh đó rất sinh động và gần gũi.</w:t>
            </w:r>
          </w:p>
        </w:tc>
      </w:tr>
      <w:tr w:rsidR="0076342C" w14:paraId="1EF1884B" w14:textId="77777777" w:rsidTr="005F1C81">
        <w:trPr>
          <w:jc w:val="center"/>
        </w:trPr>
        <w:tc>
          <w:tcPr>
            <w:tcW w:w="5159" w:type="dxa"/>
            <w:tcBorders>
              <w:top w:val="nil"/>
              <w:bottom w:val="nil"/>
            </w:tcBorders>
            <w:vAlign w:val="center"/>
          </w:tcPr>
          <w:p w14:paraId="3B0BF2F8" w14:textId="77777777" w:rsidR="0076342C" w:rsidRDefault="006E6C0F" w:rsidP="005F1C81">
            <w:pPr>
              <w:shd w:val="clear" w:color="auto" w:fill="FFFFFF" w:themeFill="background1"/>
              <w:jc w:val="both"/>
            </w:pPr>
            <w:r>
              <w:rPr>
                <w:color w:val="C00000"/>
              </w:rPr>
              <w:t>- GV hỏi dẫn tích hợp: Khi đọc bài Mùa nước nổi, em hiểu thêm điều gì về thiên nhiên và cuộc sống của người dân miền Nam?</w:t>
            </w:r>
          </w:p>
          <w:p w14:paraId="5474F965" w14:textId="77777777" w:rsidR="0076342C" w:rsidRDefault="006E6C0F" w:rsidP="005F1C81">
            <w:pPr>
              <w:shd w:val="clear" w:color="auto" w:fill="FFFFFF" w:themeFill="background1"/>
              <w:jc w:val="both"/>
            </w:pPr>
            <w:r>
              <w:rPr>
                <w:color w:val="C00000"/>
              </w:rPr>
              <w:t>- GV diễn giải tích hợp đạo đức, lối sống: Mỗi vùng miền của Tổ quốc có cảnh sắc, khí hậu và cách sinh hoạt riêng. Mùa nước nổi ở miền Nam vừa đặc biệt vừa gần gũi với cuộc sống người dân sông nước. Các em cần biết trân trọng vẻ đẹp quê hương, yêu quý con người ở mọi vùng miền; khi đến nơi có sông, kênh, rạch cần giữ vệ sinh môi trường, không xả rác xuống nước để bảo vệ cảnh quan và cuộc sống của mọi người.</w:t>
            </w:r>
          </w:p>
        </w:tc>
        <w:tc>
          <w:tcPr>
            <w:tcW w:w="5159" w:type="dxa"/>
            <w:tcBorders>
              <w:top w:val="nil"/>
              <w:bottom w:val="nil"/>
            </w:tcBorders>
            <w:vAlign w:val="center"/>
          </w:tcPr>
          <w:p w14:paraId="269087B6" w14:textId="77777777" w:rsidR="0076342C" w:rsidRDefault="006E6C0F" w:rsidP="005F1C81">
            <w:pPr>
              <w:shd w:val="clear" w:color="auto" w:fill="FFFFFF" w:themeFill="background1"/>
              <w:jc w:val="both"/>
            </w:pPr>
            <w:r>
              <w:rPr>
                <w:color w:val="C00000"/>
              </w:rPr>
              <w:t>- HS trả lời: Em hiểu miền Nam có mùa nước nổi, người dân đi lại bằng thuyền hoặc làm cầu trong nhà; cảnh vật có nhiều cá, nhiều phù sa.</w:t>
            </w:r>
          </w:p>
          <w:p w14:paraId="11B319CD" w14:textId="77777777" w:rsidR="0076342C" w:rsidRDefault="006E6C0F" w:rsidP="005F1C81">
            <w:pPr>
              <w:shd w:val="clear" w:color="auto" w:fill="FFFFFF" w:themeFill="background1"/>
              <w:jc w:val="both"/>
            </w:pPr>
            <w:r>
              <w:rPr>
                <w:color w:val="C00000"/>
              </w:rPr>
              <w:t>- HS nêu việc làm: không xả rác xuống sông, ao hồ; nhắc người thân bỏ rác đúng nơi quy định.</w:t>
            </w:r>
          </w:p>
        </w:tc>
      </w:tr>
      <w:tr w:rsidR="0076342C" w14:paraId="0D224C39" w14:textId="77777777" w:rsidTr="005F1C81">
        <w:trPr>
          <w:jc w:val="center"/>
        </w:trPr>
        <w:tc>
          <w:tcPr>
            <w:tcW w:w="5159" w:type="dxa"/>
            <w:tcBorders>
              <w:top w:val="nil"/>
              <w:bottom w:val="nil"/>
            </w:tcBorders>
            <w:vAlign w:val="center"/>
          </w:tcPr>
          <w:p w14:paraId="33066F47" w14:textId="77777777" w:rsidR="0076342C" w:rsidRDefault="006E6C0F" w:rsidP="005F1C81">
            <w:pPr>
              <w:shd w:val="clear" w:color="auto" w:fill="FFFFFF" w:themeFill="background1"/>
              <w:jc w:val="both"/>
            </w:pPr>
            <w:r>
              <w:t xml:space="preserve">- GV kết luận: Bài đọc giúp em hiểu mùa nước nổi là nét đẹp riêng của miền Nam, gắn với </w:t>
            </w:r>
            <w:r>
              <w:lastRenderedPageBreak/>
              <w:t>sông nước, phù sa, cá tôm và cuộc sống người dân.</w:t>
            </w:r>
          </w:p>
        </w:tc>
        <w:tc>
          <w:tcPr>
            <w:tcW w:w="5159" w:type="dxa"/>
            <w:tcBorders>
              <w:top w:val="nil"/>
              <w:bottom w:val="nil"/>
            </w:tcBorders>
            <w:vAlign w:val="center"/>
          </w:tcPr>
          <w:p w14:paraId="18E7BBF4" w14:textId="77777777" w:rsidR="0076342C" w:rsidRDefault="006E6C0F" w:rsidP="005F1C81">
            <w:pPr>
              <w:shd w:val="clear" w:color="auto" w:fill="FFFFFF" w:themeFill="background1"/>
              <w:jc w:val="both"/>
            </w:pPr>
            <w:r>
              <w:lastRenderedPageBreak/>
              <w:t>- HS lắng nghe và nhắc lại nội dung bài.</w:t>
            </w:r>
          </w:p>
        </w:tc>
      </w:tr>
      <w:tr w:rsidR="0076342C" w14:paraId="6CF266CC" w14:textId="77777777" w:rsidTr="005F1C81">
        <w:trPr>
          <w:jc w:val="center"/>
        </w:trPr>
        <w:tc>
          <w:tcPr>
            <w:tcW w:w="10318" w:type="dxa"/>
            <w:gridSpan w:val="2"/>
            <w:tcBorders>
              <w:top w:val="nil"/>
              <w:left w:val="nil"/>
              <w:bottom w:val="nil"/>
              <w:right w:val="nil"/>
            </w:tcBorders>
            <w:shd w:val="clear" w:color="auto" w:fill="E2F0D9"/>
            <w:vAlign w:val="center"/>
          </w:tcPr>
          <w:p w14:paraId="77D2CC3E" w14:textId="77777777" w:rsidR="0076342C" w:rsidRDefault="006E6C0F" w:rsidP="005F1C81">
            <w:pPr>
              <w:shd w:val="clear" w:color="auto" w:fill="FFFFFF" w:themeFill="background1"/>
            </w:pPr>
            <w:r>
              <w:rPr>
                <w:b/>
              </w:rPr>
              <w:t>4. LUYỆN TẬP (10 phút)</w:t>
            </w:r>
            <w:r>
              <w:rPr>
                <w:b/>
              </w:rPr>
              <w:br/>
              <w:t>Mục tiêu: HS tìm được từ chỉ đặc điểm của mưa và tìm thêm từ ngữ tả mưa.</w:t>
            </w:r>
          </w:p>
        </w:tc>
      </w:tr>
      <w:tr w:rsidR="0076342C" w14:paraId="15543A50" w14:textId="77777777" w:rsidTr="005F1C81">
        <w:trPr>
          <w:jc w:val="center"/>
        </w:trPr>
        <w:tc>
          <w:tcPr>
            <w:tcW w:w="5159" w:type="dxa"/>
            <w:tcBorders>
              <w:top w:val="nil"/>
              <w:bottom w:val="nil"/>
            </w:tcBorders>
            <w:vAlign w:val="center"/>
          </w:tcPr>
          <w:p w14:paraId="2A5E9F1D" w14:textId="77777777" w:rsidR="0076342C" w:rsidRDefault="006E6C0F" w:rsidP="005F1C81">
            <w:pPr>
              <w:shd w:val="clear" w:color="auto" w:fill="FFFFFF" w:themeFill="background1"/>
              <w:jc w:val="both"/>
            </w:pPr>
            <w:r>
              <w:rPr>
                <w:b/>
              </w:rPr>
              <w:t>- Hoạt động 1: Từ nào chỉ đặc điểm của mưa có trong bài đọc?</w:t>
            </w:r>
          </w:p>
          <w:p w14:paraId="0B0AF0E2" w14:textId="77777777" w:rsidR="0076342C" w:rsidRDefault="006E6C0F" w:rsidP="005F1C81">
            <w:pPr>
              <w:shd w:val="clear" w:color="auto" w:fill="FFFFFF" w:themeFill="background1"/>
              <w:jc w:val="both"/>
            </w:pPr>
            <w:r>
              <w:t>- GV yêu cầu HS đọc các thẻ từ: dầm dề, rả rích, suốt mướt, dai dẳng và chọn từ có trong bài.</w:t>
            </w:r>
          </w:p>
          <w:p w14:paraId="3DC7BD4F" w14:textId="538286FF" w:rsidR="0076342C" w:rsidRDefault="0076342C" w:rsidP="005F1C81">
            <w:pPr>
              <w:shd w:val="clear" w:color="auto" w:fill="FFFFFF" w:themeFill="background1"/>
              <w:spacing w:before="20" w:after="20"/>
            </w:pPr>
          </w:p>
        </w:tc>
        <w:tc>
          <w:tcPr>
            <w:tcW w:w="5159" w:type="dxa"/>
            <w:tcBorders>
              <w:top w:val="nil"/>
              <w:bottom w:val="nil"/>
            </w:tcBorders>
            <w:vAlign w:val="center"/>
          </w:tcPr>
          <w:p w14:paraId="32B643CF" w14:textId="77777777" w:rsidR="0076342C" w:rsidRDefault="006E6C0F" w:rsidP="005F1C81">
            <w:pPr>
              <w:shd w:val="clear" w:color="auto" w:fill="FFFFFF" w:themeFill="background1"/>
              <w:jc w:val="both"/>
            </w:pPr>
            <w:r>
              <w:t>- HS đọc các từ và chọn: dầm dề, suốt mướt.</w:t>
            </w:r>
          </w:p>
        </w:tc>
      </w:tr>
      <w:tr w:rsidR="0076342C" w14:paraId="1FC53807" w14:textId="77777777" w:rsidTr="005F1C81">
        <w:trPr>
          <w:jc w:val="center"/>
        </w:trPr>
        <w:tc>
          <w:tcPr>
            <w:tcW w:w="5159" w:type="dxa"/>
            <w:tcBorders>
              <w:top w:val="nil"/>
              <w:bottom w:val="single" w:sz="4" w:space="0" w:color="000000"/>
            </w:tcBorders>
            <w:vAlign w:val="center"/>
          </w:tcPr>
          <w:p w14:paraId="5B4DC7EF" w14:textId="77777777" w:rsidR="0076342C" w:rsidRDefault="006E6C0F" w:rsidP="005F1C81">
            <w:pPr>
              <w:shd w:val="clear" w:color="auto" w:fill="FFFFFF" w:themeFill="background1"/>
              <w:jc w:val="both"/>
            </w:pPr>
            <w:r>
              <w:rPr>
                <w:b/>
              </w:rPr>
              <w:t>- Hoạt động 2: Tìm thêm từ ngữ tả mưa.</w:t>
            </w:r>
          </w:p>
          <w:p w14:paraId="51FBF07E" w14:textId="77777777" w:rsidR="0076342C" w:rsidRDefault="006E6C0F" w:rsidP="005F1C81">
            <w:pPr>
              <w:shd w:val="clear" w:color="auto" w:fill="FFFFFF" w:themeFill="background1"/>
              <w:jc w:val="both"/>
            </w:pPr>
            <w:r>
              <w:t>- GV tổ chức trò chơi tiếp sức: mỗi nhóm viết từ ngữ tả mưa vào bảng nhóm.</w:t>
            </w:r>
          </w:p>
          <w:p w14:paraId="4945F55A" w14:textId="77777777" w:rsidR="0076342C" w:rsidRDefault="0076342C" w:rsidP="005F1C81">
            <w:pPr>
              <w:shd w:val="clear" w:color="auto" w:fill="FFFFFF" w:themeFill="background1"/>
              <w:jc w:val="center"/>
            </w:pPr>
          </w:p>
        </w:tc>
        <w:tc>
          <w:tcPr>
            <w:tcW w:w="5159" w:type="dxa"/>
            <w:tcBorders>
              <w:top w:val="nil"/>
              <w:bottom w:val="single" w:sz="4" w:space="0" w:color="000000"/>
            </w:tcBorders>
            <w:vAlign w:val="center"/>
          </w:tcPr>
          <w:p w14:paraId="1BE266E6" w14:textId="77777777" w:rsidR="0076342C" w:rsidRDefault="006E6C0F" w:rsidP="005F1C81">
            <w:pPr>
              <w:shd w:val="clear" w:color="auto" w:fill="FFFFFF" w:themeFill="background1"/>
              <w:jc w:val="both"/>
            </w:pPr>
            <w:r>
              <w:t>- HS chơi tiếp sức.</w:t>
            </w:r>
          </w:p>
          <w:p w14:paraId="579239EE" w14:textId="77777777" w:rsidR="0076342C" w:rsidRDefault="006E6C0F" w:rsidP="005F1C81">
            <w:pPr>
              <w:shd w:val="clear" w:color="auto" w:fill="FFFFFF" w:themeFill="background1"/>
              <w:jc w:val="both"/>
            </w:pPr>
            <w:r>
              <w:t>- HS nêu thêm từ ngữ: ào ào, lất phất, tí tách, rào rào, nặng hạt, lâm thâm.</w:t>
            </w:r>
          </w:p>
        </w:tc>
      </w:tr>
      <w:tr w:rsidR="0076342C" w14:paraId="51C25B30"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6C0332D7" w14:textId="77777777" w:rsidR="0076342C" w:rsidRDefault="006E6C0F" w:rsidP="005F1C81">
            <w:pPr>
              <w:shd w:val="clear" w:color="auto" w:fill="FFFFFF" w:themeFill="background1"/>
            </w:pPr>
            <w:r>
              <w:rPr>
                <w:b/>
              </w:rPr>
              <w:t>5. VẬN DỤNG (5 phút)</w:t>
            </w:r>
            <w:r>
              <w:rPr>
                <w:b/>
              </w:rPr>
              <w:br/>
              <w:t>Mục tiêu: HS liên hệ việc bảo vệ môi trường sông nước.</w:t>
            </w:r>
          </w:p>
        </w:tc>
      </w:tr>
      <w:tr w:rsidR="0076342C" w14:paraId="51423F08" w14:textId="77777777" w:rsidTr="005F1C81">
        <w:trPr>
          <w:jc w:val="center"/>
        </w:trPr>
        <w:tc>
          <w:tcPr>
            <w:tcW w:w="5159" w:type="dxa"/>
            <w:tcBorders>
              <w:top w:val="single" w:sz="4" w:space="0" w:color="000000"/>
            </w:tcBorders>
            <w:vAlign w:val="center"/>
          </w:tcPr>
          <w:p w14:paraId="28312EA9" w14:textId="77777777" w:rsidR="0076342C" w:rsidRDefault="006E6C0F" w:rsidP="005F1C81">
            <w:pPr>
              <w:shd w:val="clear" w:color="auto" w:fill="FFFFFF" w:themeFill="background1"/>
              <w:jc w:val="both"/>
            </w:pPr>
            <w:r>
              <w:t>- GV yêu cầu HS nói một việc em sẽ làm để bảo vệ nguồn nước nơi em sống.</w:t>
            </w:r>
          </w:p>
          <w:p w14:paraId="01D7C44B" w14:textId="77777777" w:rsidR="0076342C" w:rsidRDefault="006E6C0F" w:rsidP="005F1C81">
            <w:pPr>
              <w:shd w:val="clear" w:color="auto" w:fill="FFFFFF" w:themeFill="background1"/>
              <w:jc w:val="both"/>
            </w:pPr>
            <w:r>
              <w:t>- GV dặn HS đọc lại bài, chuẩn bị tiết viết.</w:t>
            </w:r>
          </w:p>
        </w:tc>
        <w:tc>
          <w:tcPr>
            <w:tcW w:w="5159" w:type="dxa"/>
            <w:tcBorders>
              <w:top w:val="single" w:sz="4" w:space="0" w:color="000000"/>
            </w:tcBorders>
            <w:vAlign w:val="center"/>
          </w:tcPr>
          <w:p w14:paraId="4D921BE1" w14:textId="77777777" w:rsidR="0076342C" w:rsidRDefault="006E6C0F" w:rsidP="005F1C81">
            <w:pPr>
              <w:shd w:val="clear" w:color="auto" w:fill="FFFFFF" w:themeFill="background1"/>
              <w:jc w:val="both"/>
            </w:pPr>
            <w:r>
              <w:t>- HS nói: Em sẽ không vứt rác xuống kênh, rạch; em sẽ bỏ rác đúng nơi quy định.</w:t>
            </w:r>
          </w:p>
          <w:p w14:paraId="79446E23" w14:textId="77777777" w:rsidR="0076342C" w:rsidRDefault="006E6C0F" w:rsidP="005F1C81">
            <w:pPr>
              <w:shd w:val="clear" w:color="auto" w:fill="FFFFFF" w:themeFill="background1"/>
              <w:jc w:val="both"/>
            </w:pPr>
            <w:r>
              <w:t>- HS ghi nhớ nhiệm vụ.</w:t>
            </w:r>
          </w:p>
        </w:tc>
      </w:tr>
    </w:tbl>
    <w:p w14:paraId="7578FBBB" w14:textId="77777777" w:rsidR="0076342C" w:rsidRDefault="006E6C0F" w:rsidP="005F1C81">
      <w:pPr>
        <w:shd w:val="clear" w:color="auto" w:fill="FFFFFF" w:themeFill="background1"/>
        <w:spacing w:after="0" w:line="240" w:lineRule="auto"/>
      </w:pPr>
      <w:r>
        <w:rPr>
          <w:b/>
        </w:rPr>
        <w:t>IV. ĐIỀU CHỈNH SAU TIẾT HỌC (NẾU CÓ)</w:t>
      </w:r>
    </w:p>
    <w:p w14:paraId="3D5E2F5E" w14:textId="77777777" w:rsidR="0076342C" w:rsidRDefault="0076342C" w:rsidP="005F1C81">
      <w:pPr>
        <w:shd w:val="clear" w:color="auto" w:fill="FFFFFF" w:themeFill="background1"/>
        <w:spacing w:after="0" w:line="240" w:lineRule="auto"/>
        <w:jc w:val="both"/>
      </w:pPr>
    </w:p>
    <w:p w14:paraId="614BFB7E" w14:textId="77777777" w:rsidR="0076342C" w:rsidRDefault="006E6C0F" w:rsidP="005F1C81">
      <w:pPr>
        <w:shd w:val="clear" w:color="auto" w:fill="FFFFFF" w:themeFill="background1"/>
        <w:spacing w:after="0" w:line="240" w:lineRule="auto"/>
        <w:jc w:val="center"/>
      </w:pPr>
      <w:r>
        <w:rPr>
          <w:b/>
        </w:rPr>
        <w:t>KẾ HOẠCH BÀI DẠY MÔN TIẾNG VIỆT LỚP 2 – TUẦN 19</w:t>
      </w:r>
    </w:p>
    <w:p w14:paraId="3AFC0284" w14:textId="77777777" w:rsidR="0076342C" w:rsidRDefault="006E6C0F" w:rsidP="005F1C81">
      <w:pPr>
        <w:shd w:val="clear" w:color="auto" w:fill="FFFFFF" w:themeFill="background1"/>
        <w:spacing w:after="0" w:line="240" w:lineRule="auto"/>
        <w:jc w:val="center"/>
      </w:pPr>
      <w:r>
        <w:rPr>
          <w:b/>
        </w:rPr>
        <w:t>CHỦ ĐỀ 5: VẺ ĐẸP QUANH EM</w:t>
      </w:r>
    </w:p>
    <w:p w14:paraId="70F95173" w14:textId="77777777" w:rsidR="0076342C" w:rsidRDefault="006E6C0F" w:rsidP="005F1C81">
      <w:pPr>
        <w:shd w:val="clear" w:color="auto" w:fill="FFFFFF" w:themeFill="background1"/>
        <w:spacing w:after="0" w:line="240" w:lineRule="auto"/>
        <w:jc w:val="center"/>
      </w:pPr>
      <w:r>
        <w:rPr>
          <w:b/>
        </w:rPr>
        <w:t>BÀI 2: MÙA NƯỚC NỔI</w:t>
      </w:r>
    </w:p>
    <w:p w14:paraId="27B69E44" w14:textId="77777777" w:rsidR="0076342C" w:rsidRDefault="006E6C0F" w:rsidP="005F1C81">
      <w:pPr>
        <w:shd w:val="clear" w:color="auto" w:fill="FFFFFF" w:themeFill="background1"/>
        <w:spacing w:after="0" w:line="240" w:lineRule="auto"/>
        <w:jc w:val="center"/>
      </w:pPr>
      <w:r>
        <w:rPr>
          <w:b/>
        </w:rPr>
        <w:t>TIẾT 3: VIẾT; TIẾT 4: LUYỆN TẬP</w:t>
      </w:r>
    </w:p>
    <w:p w14:paraId="23E2695A" w14:textId="77777777" w:rsidR="0076342C" w:rsidRDefault="006E6C0F" w:rsidP="005F1C81">
      <w:pPr>
        <w:shd w:val="clear" w:color="auto" w:fill="FFFFFF" w:themeFill="background1"/>
        <w:spacing w:after="0" w:line="240" w:lineRule="auto"/>
        <w:jc w:val="both"/>
      </w:pPr>
      <w:r>
        <w:rPr>
          <w:b/>
        </w:rPr>
        <w:t>I. YÊU CẦU CẦN ĐẠT</w:t>
      </w:r>
    </w:p>
    <w:p w14:paraId="3FF06295" w14:textId="77777777" w:rsidR="0076342C" w:rsidRDefault="006E6C0F" w:rsidP="005F1C81">
      <w:pPr>
        <w:shd w:val="clear" w:color="auto" w:fill="FFFFFF" w:themeFill="background1"/>
        <w:spacing w:after="0" w:line="240" w:lineRule="auto"/>
        <w:jc w:val="both"/>
      </w:pPr>
      <w:r>
        <w:t>Sau bài học, HS sẽ:</w:t>
      </w:r>
    </w:p>
    <w:p w14:paraId="0402D383" w14:textId="77777777" w:rsidR="0076342C" w:rsidRDefault="006E6C0F" w:rsidP="005F1C81">
      <w:pPr>
        <w:shd w:val="clear" w:color="auto" w:fill="FFFFFF" w:themeFill="background1"/>
        <w:spacing w:after="0" w:line="240" w:lineRule="auto"/>
        <w:jc w:val="both"/>
      </w:pPr>
      <w:r>
        <w:rPr>
          <w:b/>
        </w:rPr>
        <w:t>1. Năng lực đặc thù</w:t>
      </w:r>
    </w:p>
    <w:p w14:paraId="7B78F2D9" w14:textId="77777777" w:rsidR="0076342C" w:rsidRDefault="006E6C0F" w:rsidP="005F1C81">
      <w:pPr>
        <w:shd w:val="clear" w:color="auto" w:fill="FFFFFF" w:themeFill="background1"/>
        <w:spacing w:after="0" w:line="240" w:lineRule="auto"/>
        <w:jc w:val="both"/>
      </w:pPr>
      <w:r>
        <w:t>- Nghe – viết đúng đoạn trong bài Mùa nước nổi; trình bày sạch, đúng chính tả.</w:t>
      </w:r>
    </w:p>
    <w:p w14:paraId="6A0959C1" w14:textId="77777777" w:rsidR="0076342C" w:rsidRDefault="006E6C0F" w:rsidP="005F1C81">
      <w:pPr>
        <w:shd w:val="clear" w:color="auto" w:fill="FFFFFF" w:themeFill="background1"/>
        <w:spacing w:after="0" w:line="240" w:lineRule="auto"/>
        <w:jc w:val="both"/>
      </w:pPr>
      <w:r>
        <w:t>- Tìm được tên sự vật có tiếng bắt đầu bằng c hoặc k; chọn ch/tr, ac/at đúng theo yêu cầu.</w:t>
      </w:r>
    </w:p>
    <w:p w14:paraId="03C522C0" w14:textId="77777777" w:rsidR="0076342C" w:rsidRDefault="006E6C0F" w:rsidP="005F1C81">
      <w:pPr>
        <w:shd w:val="clear" w:color="auto" w:fill="FFFFFF" w:themeFill="background1"/>
        <w:spacing w:after="0" w:line="240" w:lineRule="auto"/>
        <w:jc w:val="both"/>
      </w:pPr>
      <w:r>
        <w:t>- Nói được tên mùa và đặc điểm của các mùa ở miền Bắc, miền Nam; biết đặt dấu chấm hoặc dấu chấm hỏi phù hợp.</w:t>
      </w:r>
    </w:p>
    <w:p w14:paraId="3CD2C6DD" w14:textId="77777777" w:rsidR="0076342C" w:rsidRDefault="006E6C0F" w:rsidP="005F1C81">
      <w:pPr>
        <w:shd w:val="clear" w:color="auto" w:fill="FFFFFF" w:themeFill="background1"/>
        <w:spacing w:after="0" w:line="240" w:lineRule="auto"/>
        <w:jc w:val="both"/>
      </w:pPr>
      <w:r>
        <w:rPr>
          <w:b/>
        </w:rPr>
        <w:t>2. Năng lực chung</w:t>
      </w:r>
    </w:p>
    <w:p w14:paraId="7D23DF14" w14:textId="77777777" w:rsidR="0076342C" w:rsidRDefault="006E6C0F" w:rsidP="005F1C81">
      <w:pPr>
        <w:shd w:val="clear" w:color="auto" w:fill="FFFFFF" w:themeFill="background1"/>
        <w:spacing w:after="0" w:line="240" w:lineRule="auto"/>
        <w:jc w:val="both"/>
      </w:pPr>
      <w:r>
        <w:t>- Tự chủ và tự học: chủ động soát lỗi chính tả, hoàn thành bài tập.</w:t>
      </w:r>
    </w:p>
    <w:p w14:paraId="6431F774" w14:textId="77777777" w:rsidR="0076342C" w:rsidRDefault="006E6C0F" w:rsidP="005F1C81">
      <w:pPr>
        <w:shd w:val="clear" w:color="auto" w:fill="FFFFFF" w:themeFill="background1"/>
        <w:spacing w:after="0" w:line="240" w:lineRule="auto"/>
        <w:jc w:val="both"/>
      </w:pPr>
      <w:r>
        <w:t>- Giao tiếp và hợp tác: trao đổi nhóm đôi, nhóm 4 khi luyện tập về mùa.</w:t>
      </w:r>
    </w:p>
    <w:p w14:paraId="6BEEFA46" w14:textId="77777777" w:rsidR="0076342C" w:rsidRDefault="006E6C0F" w:rsidP="005F1C81">
      <w:pPr>
        <w:shd w:val="clear" w:color="auto" w:fill="FFFFFF" w:themeFill="background1"/>
        <w:spacing w:after="0" w:line="240" w:lineRule="auto"/>
        <w:jc w:val="both"/>
      </w:pPr>
      <w:r>
        <w:t>- Giải quyết vấn đề và sáng tạo: lựa chọn đúng âm, vần, dấu câu theo ngữ cảnh.</w:t>
      </w:r>
    </w:p>
    <w:p w14:paraId="4A04472A" w14:textId="77777777" w:rsidR="0076342C" w:rsidRDefault="006E6C0F" w:rsidP="005F1C81">
      <w:pPr>
        <w:shd w:val="clear" w:color="auto" w:fill="FFFFFF" w:themeFill="background1"/>
        <w:spacing w:after="0" w:line="240" w:lineRule="auto"/>
        <w:jc w:val="both"/>
      </w:pPr>
      <w:r>
        <w:rPr>
          <w:b/>
        </w:rPr>
        <w:t>3. Phẩm chất</w:t>
      </w:r>
    </w:p>
    <w:p w14:paraId="212AFA4A" w14:textId="77777777" w:rsidR="0076342C" w:rsidRDefault="006E6C0F" w:rsidP="005F1C81">
      <w:pPr>
        <w:shd w:val="clear" w:color="auto" w:fill="FFFFFF" w:themeFill="background1"/>
        <w:spacing w:after="0" w:line="240" w:lineRule="auto"/>
        <w:jc w:val="both"/>
      </w:pPr>
      <w:r>
        <w:t>- Chăm chỉ: rèn chữ viết cẩn thận, trình bày bài sạch đẹp.</w:t>
      </w:r>
    </w:p>
    <w:p w14:paraId="08D0AF2B" w14:textId="77777777" w:rsidR="0076342C" w:rsidRDefault="006E6C0F" w:rsidP="005F1C81">
      <w:pPr>
        <w:shd w:val="clear" w:color="auto" w:fill="FFFFFF" w:themeFill="background1"/>
        <w:spacing w:after="0" w:line="240" w:lineRule="auto"/>
        <w:jc w:val="both"/>
      </w:pPr>
      <w:r>
        <w:t>- Trách nhiệm: có ý thức dùng từ, đặt câu và viết đúng chính tả.</w:t>
      </w:r>
    </w:p>
    <w:p w14:paraId="48DCC6A2" w14:textId="77777777" w:rsidR="0076342C" w:rsidRDefault="006E6C0F" w:rsidP="005F1C81">
      <w:pPr>
        <w:shd w:val="clear" w:color="auto" w:fill="FFFFFF" w:themeFill="background1"/>
        <w:spacing w:after="0" w:line="240" w:lineRule="auto"/>
        <w:jc w:val="both"/>
      </w:pPr>
      <w:r>
        <w:rPr>
          <w:b/>
        </w:rPr>
        <w:t>II. ĐỒ DÙNG DẠY HỌC</w:t>
      </w:r>
    </w:p>
    <w:p w14:paraId="58BD0FAA" w14:textId="77777777" w:rsidR="0076342C" w:rsidRDefault="006E6C0F" w:rsidP="005F1C81">
      <w:pPr>
        <w:shd w:val="clear" w:color="auto" w:fill="FFFFFF" w:themeFill="background1"/>
        <w:spacing w:after="0" w:line="240" w:lineRule="auto"/>
        <w:jc w:val="both"/>
      </w:pPr>
      <w:r>
        <w:rPr>
          <w:b/>
        </w:rPr>
        <w:t>1. Giáo viên</w:t>
      </w:r>
    </w:p>
    <w:p w14:paraId="680ECC4A" w14:textId="77777777" w:rsidR="0076342C" w:rsidRDefault="006E6C0F" w:rsidP="005F1C81">
      <w:pPr>
        <w:shd w:val="clear" w:color="auto" w:fill="FFFFFF" w:themeFill="background1"/>
        <w:spacing w:after="0" w:line="240" w:lineRule="auto"/>
        <w:jc w:val="both"/>
      </w:pPr>
      <w:r>
        <w:t>- SGK, máy chiếu; tranh bài tập chính tả; tranh luyện tập về các mùa; bảng phụ bài điền dấu.</w:t>
      </w:r>
    </w:p>
    <w:p w14:paraId="1AC0236D" w14:textId="77777777" w:rsidR="0076342C" w:rsidRDefault="006E6C0F" w:rsidP="005F1C81">
      <w:pPr>
        <w:shd w:val="clear" w:color="auto" w:fill="FFFFFF" w:themeFill="background1"/>
        <w:spacing w:after="0" w:line="240" w:lineRule="auto"/>
        <w:jc w:val="both"/>
      </w:pPr>
      <w:r>
        <w:rPr>
          <w:b/>
        </w:rPr>
        <w:t>2. Học sinh</w:t>
      </w:r>
    </w:p>
    <w:p w14:paraId="581BDFB1" w14:textId="77777777" w:rsidR="0076342C" w:rsidRDefault="006E6C0F" w:rsidP="005F1C81">
      <w:pPr>
        <w:shd w:val="clear" w:color="auto" w:fill="FFFFFF" w:themeFill="background1"/>
        <w:spacing w:after="0" w:line="240" w:lineRule="auto"/>
        <w:jc w:val="both"/>
      </w:pPr>
      <w:r>
        <w:t>- Vở ô li, bảng con, SGK, bút chì.</w:t>
      </w:r>
    </w:p>
    <w:p w14:paraId="40617400" w14:textId="77777777" w:rsidR="0076342C" w:rsidRDefault="006E6C0F" w:rsidP="005F1C8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59"/>
        <w:gridCol w:w="5159"/>
      </w:tblGrid>
      <w:tr w:rsidR="0076342C" w14:paraId="7A46C913" w14:textId="77777777" w:rsidTr="005F1C81">
        <w:trPr>
          <w:jc w:val="center"/>
        </w:trPr>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75ABF0A6" w14:textId="77777777" w:rsidR="0076342C" w:rsidRDefault="006E6C0F" w:rsidP="005F1C81">
            <w:pPr>
              <w:shd w:val="clear" w:color="auto" w:fill="FFFFFF" w:themeFill="background1"/>
              <w:jc w:val="both"/>
            </w:pPr>
            <w:r>
              <w:rPr>
                <w:b/>
              </w:rPr>
              <w:t>Hoạt động của GV</w:t>
            </w:r>
          </w:p>
        </w:tc>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603C0989" w14:textId="77777777" w:rsidR="0076342C" w:rsidRDefault="006E6C0F" w:rsidP="005F1C81">
            <w:pPr>
              <w:shd w:val="clear" w:color="auto" w:fill="FFFFFF" w:themeFill="background1"/>
              <w:jc w:val="both"/>
            </w:pPr>
            <w:r>
              <w:rPr>
                <w:b/>
              </w:rPr>
              <w:t>Hoạt động của HS</w:t>
            </w:r>
          </w:p>
        </w:tc>
      </w:tr>
      <w:tr w:rsidR="0076342C" w14:paraId="0138CF38"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089CC4DC" w14:textId="77777777" w:rsidR="0076342C" w:rsidRDefault="006E6C0F" w:rsidP="005F1C81">
            <w:pPr>
              <w:shd w:val="clear" w:color="auto" w:fill="FFFFFF" w:themeFill="background1"/>
            </w:pPr>
            <w:r>
              <w:rPr>
                <w:b/>
              </w:rPr>
              <w:t>TIẾT 3</w:t>
            </w:r>
          </w:p>
        </w:tc>
      </w:tr>
      <w:tr w:rsidR="0076342C" w14:paraId="681AE993"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7B7239A8" w14:textId="77777777" w:rsidR="0076342C" w:rsidRDefault="006E6C0F" w:rsidP="005F1C81">
            <w:pPr>
              <w:shd w:val="clear" w:color="auto" w:fill="FFFFFF" w:themeFill="background1"/>
            </w:pPr>
            <w:r>
              <w:rPr>
                <w:b/>
              </w:rPr>
              <w:t>1. KHỞI ĐỘNG (3 phút)</w:t>
            </w:r>
            <w:r>
              <w:rPr>
                <w:b/>
              </w:rPr>
              <w:br/>
              <w:t>Mục tiêu: HS ôn lại một số từ khó trong bài Mùa nước nổi.</w:t>
            </w:r>
          </w:p>
        </w:tc>
      </w:tr>
      <w:tr w:rsidR="0076342C" w14:paraId="14404D5D" w14:textId="77777777" w:rsidTr="005F1C81">
        <w:trPr>
          <w:jc w:val="center"/>
        </w:trPr>
        <w:tc>
          <w:tcPr>
            <w:tcW w:w="5159" w:type="dxa"/>
            <w:tcBorders>
              <w:top w:val="single" w:sz="4" w:space="0" w:color="000000"/>
              <w:bottom w:val="single" w:sz="4" w:space="0" w:color="000000"/>
            </w:tcBorders>
            <w:vAlign w:val="center"/>
          </w:tcPr>
          <w:p w14:paraId="6B7FA868" w14:textId="77777777" w:rsidR="0076342C" w:rsidRDefault="006E6C0F" w:rsidP="005F1C81">
            <w:pPr>
              <w:shd w:val="clear" w:color="auto" w:fill="FFFFFF" w:themeFill="background1"/>
              <w:jc w:val="both"/>
            </w:pPr>
            <w:r>
              <w:t>- GV tổ chức HS viết nhanh vào bảng con 2 từ: Cửu Long, phù sa.</w:t>
            </w:r>
          </w:p>
          <w:p w14:paraId="1B6C8F3A" w14:textId="77777777" w:rsidR="0076342C" w:rsidRDefault="006E6C0F" w:rsidP="005F1C81">
            <w:pPr>
              <w:shd w:val="clear" w:color="auto" w:fill="FFFFFF" w:themeFill="background1"/>
              <w:jc w:val="both"/>
            </w:pPr>
            <w:r>
              <w:lastRenderedPageBreak/>
              <w:t>- GV nhận xét, dẫn vào tiết nghe – viết.</w:t>
            </w:r>
          </w:p>
        </w:tc>
        <w:tc>
          <w:tcPr>
            <w:tcW w:w="5159" w:type="dxa"/>
            <w:tcBorders>
              <w:top w:val="single" w:sz="4" w:space="0" w:color="000000"/>
              <w:bottom w:val="single" w:sz="4" w:space="0" w:color="000000"/>
            </w:tcBorders>
            <w:vAlign w:val="center"/>
          </w:tcPr>
          <w:p w14:paraId="2EBF57D9" w14:textId="77777777" w:rsidR="0076342C" w:rsidRDefault="006E6C0F" w:rsidP="005F1C81">
            <w:pPr>
              <w:shd w:val="clear" w:color="auto" w:fill="FFFFFF" w:themeFill="background1"/>
              <w:jc w:val="both"/>
            </w:pPr>
            <w:r>
              <w:lastRenderedPageBreak/>
              <w:t>- HS viết bảng con: Cửu Long, phù sa.</w:t>
            </w:r>
          </w:p>
          <w:p w14:paraId="7D99E703" w14:textId="77777777" w:rsidR="0076342C" w:rsidRDefault="006E6C0F" w:rsidP="005F1C81">
            <w:pPr>
              <w:shd w:val="clear" w:color="auto" w:fill="FFFFFF" w:themeFill="background1"/>
              <w:jc w:val="both"/>
            </w:pPr>
            <w:r>
              <w:t>- HS lắng nghe, sửa lỗi nếu có.</w:t>
            </w:r>
          </w:p>
        </w:tc>
      </w:tr>
      <w:tr w:rsidR="0076342C" w14:paraId="38CA5958"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01E4923A" w14:textId="77777777" w:rsidR="0076342C" w:rsidRDefault="006E6C0F" w:rsidP="005F1C81">
            <w:pPr>
              <w:shd w:val="clear" w:color="auto" w:fill="FFFFFF" w:themeFill="background1"/>
            </w:pPr>
            <w:r>
              <w:rPr>
                <w:b/>
              </w:rPr>
              <w:t>2. NGHE – VIẾT (17 phút)</w:t>
            </w:r>
            <w:r>
              <w:rPr>
                <w:b/>
              </w:rPr>
              <w:br/>
              <w:t>Mục tiêu: HS nghe – viết đúng đoạn trong bài Mùa nước nổi; biết tự soát lỗi.</w:t>
            </w:r>
          </w:p>
        </w:tc>
      </w:tr>
      <w:tr w:rsidR="0076342C" w14:paraId="34935457" w14:textId="77777777" w:rsidTr="005F1C81">
        <w:trPr>
          <w:jc w:val="center"/>
        </w:trPr>
        <w:tc>
          <w:tcPr>
            <w:tcW w:w="5159" w:type="dxa"/>
            <w:tcBorders>
              <w:top w:val="single" w:sz="4" w:space="0" w:color="000000"/>
              <w:bottom w:val="nil"/>
            </w:tcBorders>
            <w:vAlign w:val="center"/>
          </w:tcPr>
          <w:p w14:paraId="45D24722" w14:textId="77777777" w:rsidR="0076342C" w:rsidRDefault="006E6C0F" w:rsidP="005F1C81">
            <w:pPr>
              <w:shd w:val="clear" w:color="auto" w:fill="FFFFFF" w:themeFill="background1"/>
              <w:jc w:val="both"/>
            </w:pPr>
            <w:r>
              <w:rPr>
                <w:b/>
              </w:rPr>
              <w:t>- Hoạt động 1: Nghe – viết: Mùa nước nổi (từ Đồng ruộng đến đồng sâu).</w:t>
            </w:r>
          </w:p>
          <w:p w14:paraId="2EFFBCBE" w14:textId="5181D973" w:rsidR="0076342C" w:rsidRDefault="0076342C" w:rsidP="005F1C81">
            <w:pPr>
              <w:shd w:val="clear" w:color="auto" w:fill="FFFFFF" w:themeFill="background1"/>
              <w:spacing w:before="20" w:after="20"/>
            </w:pPr>
          </w:p>
          <w:p w14:paraId="23F89340" w14:textId="77777777" w:rsidR="0076342C" w:rsidRDefault="006E6C0F" w:rsidP="005F1C81">
            <w:pPr>
              <w:shd w:val="clear" w:color="auto" w:fill="FFFFFF" w:themeFill="background1"/>
              <w:jc w:val="both"/>
            </w:pPr>
            <w:r>
              <w:t>- GV đọc đoạn viết một lượt, yêu cầu HS đọc thầm theo.</w:t>
            </w:r>
          </w:p>
        </w:tc>
        <w:tc>
          <w:tcPr>
            <w:tcW w:w="5159" w:type="dxa"/>
            <w:tcBorders>
              <w:top w:val="single" w:sz="4" w:space="0" w:color="000000"/>
              <w:bottom w:val="nil"/>
            </w:tcBorders>
            <w:vAlign w:val="center"/>
          </w:tcPr>
          <w:p w14:paraId="1235CA01" w14:textId="77777777" w:rsidR="0076342C" w:rsidRDefault="006E6C0F" w:rsidP="005F1C81">
            <w:pPr>
              <w:shd w:val="clear" w:color="auto" w:fill="FFFFFF" w:themeFill="background1"/>
              <w:jc w:val="both"/>
            </w:pPr>
            <w:r>
              <w:t>- HS lắng nghe, đọc thầm theo đoạn viết.</w:t>
            </w:r>
          </w:p>
        </w:tc>
      </w:tr>
      <w:tr w:rsidR="0076342C" w14:paraId="675DB574" w14:textId="77777777" w:rsidTr="005F1C81">
        <w:trPr>
          <w:jc w:val="center"/>
        </w:trPr>
        <w:tc>
          <w:tcPr>
            <w:tcW w:w="5159" w:type="dxa"/>
            <w:tcBorders>
              <w:top w:val="nil"/>
              <w:bottom w:val="nil"/>
            </w:tcBorders>
            <w:vAlign w:val="center"/>
          </w:tcPr>
          <w:p w14:paraId="13176E7E" w14:textId="77777777" w:rsidR="0076342C" w:rsidRDefault="006E6C0F" w:rsidP="005F1C81">
            <w:pPr>
              <w:shd w:val="clear" w:color="auto" w:fill="FFFFFF" w:themeFill="background1"/>
              <w:jc w:val="both"/>
            </w:pPr>
            <w:r>
              <w:t>- GV hỏi: Đoạn viết có những từ nào dễ viết sai?</w:t>
            </w:r>
          </w:p>
          <w:p w14:paraId="04F685EF" w14:textId="77777777" w:rsidR="0076342C" w:rsidRDefault="006E6C0F" w:rsidP="005F1C81">
            <w:pPr>
              <w:shd w:val="clear" w:color="auto" w:fill="FFFFFF" w:themeFill="background1"/>
              <w:jc w:val="both"/>
            </w:pPr>
            <w:r>
              <w:t>- GV hướng dẫn HS viết từ khó vào bảng con: đồng ruộng, vườn tược, phù sa, trong dần, cá ròng ròng, xuôi dòng, đồng sâu.</w:t>
            </w:r>
          </w:p>
        </w:tc>
        <w:tc>
          <w:tcPr>
            <w:tcW w:w="5159" w:type="dxa"/>
            <w:tcBorders>
              <w:top w:val="nil"/>
              <w:bottom w:val="nil"/>
            </w:tcBorders>
            <w:vAlign w:val="center"/>
          </w:tcPr>
          <w:p w14:paraId="007CD11C" w14:textId="77777777" w:rsidR="0076342C" w:rsidRDefault="006E6C0F" w:rsidP="005F1C81">
            <w:pPr>
              <w:shd w:val="clear" w:color="auto" w:fill="FFFFFF" w:themeFill="background1"/>
              <w:jc w:val="both"/>
            </w:pPr>
            <w:r>
              <w:t>- HS nêu từ khó.</w:t>
            </w:r>
          </w:p>
          <w:p w14:paraId="4F6EC3E3" w14:textId="77777777" w:rsidR="0076342C" w:rsidRDefault="006E6C0F" w:rsidP="005F1C81">
            <w:pPr>
              <w:shd w:val="clear" w:color="auto" w:fill="FFFFFF" w:themeFill="background1"/>
              <w:jc w:val="both"/>
            </w:pPr>
            <w:r>
              <w:t>- HS viết bảng con các từ khó và sửa lỗi.</w:t>
            </w:r>
          </w:p>
        </w:tc>
      </w:tr>
      <w:tr w:rsidR="0076342C" w14:paraId="7C1699DB" w14:textId="77777777" w:rsidTr="005F1C81">
        <w:trPr>
          <w:jc w:val="center"/>
        </w:trPr>
        <w:tc>
          <w:tcPr>
            <w:tcW w:w="5159" w:type="dxa"/>
            <w:tcBorders>
              <w:top w:val="nil"/>
              <w:bottom w:val="single" w:sz="4" w:space="0" w:color="000000"/>
            </w:tcBorders>
            <w:vAlign w:val="center"/>
          </w:tcPr>
          <w:p w14:paraId="11070E37" w14:textId="77777777" w:rsidR="0076342C" w:rsidRDefault="006E6C0F" w:rsidP="005F1C81">
            <w:pPr>
              <w:shd w:val="clear" w:color="auto" w:fill="FFFFFF" w:themeFill="background1"/>
              <w:jc w:val="both"/>
            </w:pPr>
            <w:r>
              <w:t>- GV đọc từng cụm từ cho HS viết vào vở; đọc lại toàn đoạn để HS soát lỗi.</w:t>
            </w:r>
          </w:p>
          <w:p w14:paraId="56B91D1C" w14:textId="77777777" w:rsidR="0076342C" w:rsidRDefault="006E6C0F" w:rsidP="005F1C81">
            <w:pPr>
              <w:shd w:val="clear" w:color="auto" w:fill="FFFFFF" w:themeFill="background1"/>
              <w:jc w:val="both"/>
            </w:pPr>
            <w:r>
              <w:t>- GV nhận xét nhanh một số vở.</w:t>
            </w:r>
          </w:p>
        </w:tc>
        <w:tc>
          <w:tcPr>
            <w:tcW w:w="5159" w:type="dxa"/>
            <w:tcBorders>
              <w:top w:val="nil"/>
              <w:bottom w:val="single" w:sz="4" w:space="0" w:color="000000"/>
            </w:tcBorders>
            <w:vAlign w:val="center"/>
          </w:tcPr>
          <w:p w14:paraId="169E9FCE" w14:textId="77777777" w:rsidR="0076342C" w:rsidRDefault="006E6C0F" w:rsidP="005F1C81">
            <w:pPr>
              <w:shd w:val="clear" w:color="auto" w:fill="FFFFFF" w:themeFill="background1"/>
              <w:jc w:val="both"/>
            </w:pPr>
            <w:r>
              <w:t>- HS nghe – viết vào vở.</w:t>
            </w:r>
          </w:p>
          <w:p w14:paraId="5E655323" w14:textId="77777777" w:rsidR="0076342C" w:rsidRDefault="006E6C0F" w:rsidP="005F1C81">
            <w:pPr>
              <w:shd w:val="clear" w:color="auto" w:fill="FFFFFF" w:themeFill="background1"/>
              <w:jc w:val="both"/>
            </w:pPr>
            <w:r>
              <w:t>- HS đổi vở hoặc tự soát lỗi bằng bút chì.</w:t>
            </w:r>
          </w:p>
          <w:p w14:paraId="7033537B" w14:textId="77777777" w:rsidR="0076342C" w:rsidRDefault="006E6C0F" w:rsidP="005F1C81">
            <w:pPr>
              <w:shd w:val="clear" w:color="auto" w:fill="FFFFFF" w:themeFill="background1"/>
              <w:jc w:val="both"/>
            </w:pPr>
            <w:r>
              <w:t>- HS lắng nghe nhận xét.</w:t>
            </w:r>
          </w:p>
        </w:tc>
      </w:tr>
      <w:tr w:rsidR="0076342C" w14:paraId="0829BF63"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0A195049" w14:textId="77777777" w:rsidR="0076342C" w:rsidRDefault="006E6C0F" w:rsidP="005F1C81">
            <w:pPr>
              <w:shd w:val="clear" w:color="auto" w:fill="FFFFFF" w:themeFill="background1"/>
            </w:pPr>
            <w:r>
              <w:rPr>
                <w:b/>
              </w:rPr>
              <w:t>3. BÀI TẬP CHÍNH TẢ (12 phút)</w:t>
            </w:r>
            <w:r>
              <w:rPr>
                <w:b/>
              </w:rPr>
              <w:br/>
              <w:t>Mục tiêu: HS phân biệt c/k, ch/tr, ac/at qua bài tập trong SGK.</w:t>
            </w:r>
          </w:p>
        </w:tc>
      </w:tr>
      <w:tr w:rsidR="0076342C" w14:paraId="4BB64EA3" w14:textId="77777777" w:rsidTr="005F1C81">
        <w:trPr>
          <w:jc w:val="center"/>
        </w:trPr>
        <w:tc>
          <w:tcPr>
            <w:tcW w:w="5159" w:type="dxa"/>
            <w:tcBorders>
              <w:top w:val="single" w:sz="4" w:space="0" w:color="000000"/>
              <w:bottom w:val="nil"/>
            </w:tcBorders>
            <w:vAlign w:val="center"/>
          </w:tcPr>
          <w:p w14:paraId="449FFBA7" w14:textId="77777777" w:rsidR="0076342C" w:rsidRDefault="006E6C0F" w:rsidP="005F1C81">
            <w:pPr>
              <w:shd w:val="clear" w:color="auto" w:fill="FFFFFF" w:themeFill="background1"/>
              <w:jc w:val="both"/>
            </w:pPr>
            <w:r>
              <w:rPr>
                <w:b/>
              </w:rPr>
              <w:t>- Hoạt động 2: Tìm tên sự vật có tiếng bắt đầu bằng c hoặc k.</w:t>
            </w:r>
          </w:p>
          <w:p w14:paraId="48860278" w14:textId="77777777" w:rsidR="0076342C" w:rsidRDefault="006E6C0F" w:rsidP="005F1C81">
            <w:pPr>
              <w:shd w:val="clear" w:color="auto" w:fill="FFFFFF" w:themeFill="background1"/>
              <w:jc w:val="both"/>
            </w:pPr>
            <w:r>
              <w:t>- GV yêu cầu HS quan sát tranh, gọi tên sự vật.</w:t>
            </w:r>
          </w:p>
          <w:p w14:paraId="58199666" w14:textId="24640D0E" w:rsidR="0076342C" w:rsidRDefault="0076342C" w:rsidP="005F1C81">
            <w:pPr>
              <w:shd w:val="clear" w:color="auto" w:fill="FFFFFF" w:themeFill="background1"/>
              <w:spacing w:before="20" w:after="20"/>
            </w:pPr>
          </w:p>
          <w:p w14:paraId="68ABBAF7"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1F3095DC" w14:textId="77777777" w:rsidR="0076342C" w:rsidRDefault="006E6C0F" w:rsidP="005F1C81">
            <w:pPr>
              <w:shd w:val="clear" w:color="auto" w:fill="FFFFFF" w:themeFill="background1"/>
              <w:jc w:val="both"/>
            </w:pPr>
            <w:r>
              <w:t>- HS quan sát tranh và nêu: cầu, cá, kiến.</w:t>
            </w:r>
          </w:p>
          <w:p w14:paraId="25F1E3A1" w14:textId="77777777" w:rsidR="0076342C" w:rsidRDefault="006E6C0F" w:rsidP="005F1C81">
            <w:pPr>
              <w:shd w:val="clear" w:color="auto" w:fill="FFFFFF" w:themeFill="background1"/>
              <w:jc w:val="both"/>
            </w:pPr>
            <w:r>
              <w:t>- HS xác định: cầu, cá bắt đầu bằng c; kiến bắt đầu bằng k.</w:t>
            </w:r>
          </w:p>
        </w:tc>
      </w:tr>
      <w:tr w:rsidR="0076342C" w14:paraId="0B7F00E5" w14:textId="77777777" w:rsidTr="005F1C81">
        <w:trPr>
          <w:jc w:val="center"/>
        </w:trPr>
        <w:tc>
          <w:tcPr>
            <w:tcW w:w="5159" w:type="dxa"/>
            <w:tcBorders>
              <w:top w:val="nil"/>
              <w:bottom w:val="single" w:sz="4" w:space="0" w:color="000000"/>
            </w:tcBorders>
            <w:vAlign w:val="center"/>
          </w:tcPr>
          <w:p w14:paraId="2BF39111" w14:textId="77777777" w:rsidR="0076342C" w:rsidRDefault="006E6C0F" w:rsidP="005F1C81">
            <w:pPr>
              <w:shd w:val="clear" w:color="auto" w:fill="FFFFFF" w:themeFill="background1"/>
              <w:jc w:val="both"/>
            </w:pPr>
            <w:r>
              <w:rPr>
                <w:b/>
              </w:rPr>
              <w:t>- Hoạt động 3: Chọn a hoặc b.</w:t>
            </w:r>
          </w:p>
          <w:p w14:paraId="3A110873" w14:textId="77777777" w:rsidR="0076342C" w:rsidRDefault="006E6C0F" w:rsidP="005F1C81">
            <w:pPr>
              <w:shd w:val="clear" w:color="auto" w:fill="FFFFFF" w:themeFill="background1"/>
              <w:jc w:val="both"/>
            </w:pPr>
            <w:r>
              <w:rPr>
                <w:b/>
              </w:rPr>
              <w:t>- a. Chọn ch hoặc tr thay cho ô vuông: cây tre, mái tóc, quả chanh, che mưa, trải nghiệm, bức tranh.</w:t>
            </w:r>
          </w:p>
          <w:p w14:paraId="3A7E045C" w14:textId="77777777" w:rsidR="0076342C" w:rsidRDefault="006E6C0F" w:rsidP="005F1C81">
            <w:pPr>
              <w:shd w:val="clear" w:color="auto" w:fill="FFFFFF" w:themeFill="background1"/>
              <w:spacing w:before="20" w:after="20"/>
            </w:pPr>
            <w:r>
              <w:rPr>
                <w:noProof/>
                <w:lang w:val="vi-VN" w:eastAsia="vi-VN"/>
              </w:rPr>
              <w:drawing>
                <wp:inline distT="0" distB="0" distL="0" distR="0" wp14:anchorId="03A98379" wp14:editId="192579C6">
                  <wp:extent cx="2514600" cy="1269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2514600" cy="1269050"/>
                          </a:xfrm>
                          <a:prstGeom prst="rect">
                            <a:avLst/>
                          </a:prstGeom>
                        </pic:spPr>
                      </pic:pic>
                    </a:graphicData>
                  </a:graphic>
                </wp:inline>
              </w:drawing>
            </w:r>
          </w:p>
          <w:p w14:paraId="0F7A1C6F" w14:textId="77777777" w:rsidR="0076342C" w:rsidRDefault="006E6C0F" w:rsidP="005F1C81">
            <w:pPr>
              <w:shd w:val="clear" w:color="auto" w:fill="FFFFFF" w:themeFill="background1"/>
              <w:jc w:val="both"/>
            </w:pPr>
            <w:r>
              <w:rPr>
                <w:b/>
              </w:rPr>
              <w:t>- b. Tìm từ ngữ có tiếng chứa ac hoặc at.</w:t>
            </w:r>
          </w:p>
          <w:p w14:paraId="5AA18E16" w14:textId="77777777" w:rsidR="0076342C" w:rsidRDefault="006E6C0F" w:rsidP="005F1C81">
            <w:pPr>
              <w:shd w:val="clear" w:color="auto" w:fill="FFFFFF" w:themeFill="background1"/>
              <w:jc w:val="both"/>
            </w:pPr>
            <w:r>
              <w:t>- GV tổ chức HS làm bài cá nhân rồi chia sẻ nhóm đôi.</w:t>
            </w:r>
          </w:p>
          <w:p w14:paraId="02D4D1F0" w14:textId="77777777" w:rsidR="0076342C" w:rsidRDefault="0076342C" w:rsidP="005F1C81">
            <w:pPr>
              <w:shd w:val="clear" w:color="auto" w:fill="FFFFFF" w:themeFill="background1"/>
              <w:jc w:val="center"/>
            </w:pPr>
          </w:p>
        </w:tc>
        <w:tc>
          <w:tcPr>
            <w:tcW w:w="5159" w:type="dxa"/>
            <w:tcBorders>
              <w:top w:val="nil"/>
              <w:bottom w:val="single" w:sz="4" w:space="0" w:color="000000"/>
            </w:tcBorders>
            <w:vAlign w:val="center"/>
          </w:tcPr>
          <w:p w14:paraId="3986A5E6" w14:textId="77777777" w:rsidR="0076342C" w:rsidRDefault="006E6C0F" w:rsidP="005F1C81">
            <w:pPr>
              <w:shd w:val="clear" w:color="auto" w:fill="FFFFFF" w:themeFill="background1"/>
              <w:jc w:val="both"/>
            </w:pPr>
            <w:r>
              <w:t>- HS làm bài cá nhân, sau đó chia sẻ nhóm đôi.</w:t>
            </w:r>
          </w:p>
          <w:p w14:paraId="7D974DDB" w14:textId="77777777" w:rsidR="0076342C" w:rsidRDefault="006E6C0F" w:rsidP="005F1C81">
            <w:pPr>
              <w:shd w:val="clear" w:color="auto" w:fill="FFFFFF" w:themeFill="background1"/>
              <w:jc w:val="both"/>
            </w:pPr>
            <w:r>
              <w:t>- Đáp án a: cây tre; mái tóc; quả chanh; che mưa; trải nghiệm; bức tranh.</w:t>
            </w:r>
          </w:p>
          <w:p w14:paraId="3092D195" w14:textId="77777777" w:rsidR="0076342C" w:rsidRDefault="006E6C0F" w:rsidP="005F1C81">
            <w:pPr>
              <w:shd w:val="clear" w:color="auto" w:fill="FFFFFF" w:themeFill="background1"/>
              <w:jc w:val="both"/>
            </w:pPr>
            <w:r>
              <w:t>- Đáp án b: ac: thác nước; at: hạt cát.</w:t>
            </w:r>
          </w:p>
        </w:tc>
      </w:tr>
      <w:tr w:rsidR="0076342C" w14:paraId="42D9DFA4"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22521AC6" w14:textId="77777777" w:rsidR="0076342C" w:rsidRDefault="006E6C0F" w:rsidP="005F1C81">
            <w:pPr>
              <w:shd w:val="clear" w:color="auto" w:fill="FFFFFF" w:themeFill="background1"/>
            </w:pPr>
            <w:r>
              <w:rPr>
                <w:b/>
              </w:rPr>
              <w:t>4. VẬN DỤNG (3 phút)</w:t>
            </w:r>
            <w:r>
              <w:rPr>
                <w:b/>
              </w:rPr>
              <w:br/>
              <w:t>Mục tiêu: HS ghi nhớ quy tắc viết c/k đơn giản.</w:t>
            </w:r>
          </w:p>
        </w:tc>
      </w:tr>
      <w:tr w:rsidR="0076342C" w14:paraId="2F60DA83" w14:textId="77777777" w:rsidTr="005F1C81">
        <w:trPr>
          <w:jc w:val="center"/>
        </w:trPr>
        <w:tc>
          <w:tcPr>
            <w:tcW w:w="5159" w:type="dxa"/>
            <w:tcBorders>
              <w:top w:val="single" w:sz="4" w:space="0" w:color="000000"/>
              <w:bottom w:val="single" w:sz="4" w:space="0" w:color="000000"/>
            </w:tcBorders>
            <w:vAlign w:val="center"/>
          </w:tcPr>
          <w:p w14:paraId="3B657BE2" w14:textId="77777777" w:rsidR="0076342C" w:rsidRDefault="006E6C0F" w:rsidP="005F1C81">
            <w:pPr>
              <w:shd w:val="clear" w:color="auto" w:fill="FFFFFF" w:themeFill="background1"/>
              <w:jc w:val="both"/>
            </w:pPr>
            <w:r>
              <w:t>- GV hỏi: Khi nào thường viết k? Khi nào thường viết c?</w:t>
            </w:r>
          </w:p>
          <w:p w14:paraId="3F4E56C2" w14:textId="77777777" w:rsidR="0076342C" w:rsidRDefault="006E6C0F" w:rsidP="005F1C81">
            <w:pPr>
              <w:shd w:val="clear" w:color="auto" w:fill="FFFFFF" w:themeFill="background1"/>
              <w:jc w:val="both"/>
            </w:pPr>
            <w:r>
              <w:t>- GV dặn HS tìm thêm 2 tiếng bắt đầu bằng c hoặc k ở nhà.</w:t>
            </w:r>
          </w:p>
        </w:tc>
        <w:tc>
          <w:tcPr>
            <w:tcW w:w="5159" w:type="dxa"/>
            <w:tcBorders>
              <w:top w:val="single" w:sz="4" w:space="0" w:color="000000"/>
              <w:bottom w:val="single" w:sz="4" w:space="0" w:color="000000"/>
            </w:tcBorders>
            <w:vAlign w:val="center"/>
          </w:tcPr>
          <w:p w14:paraId="3B631928" w14:textId="77777777" w:rsidR="0076342C" w:rsidRDefault="006E6C0F" w:rsidP="005F1C81">
            <w:pPr>
              <w:shd w:val="clear" w:color="auto" w:fill="FFFFFF" w:themeFill="background1"/>
              <w:jc w:val="both"/>
            </w:pPr>
            <w:r>
              <w:t>- HS trả lời: k thường đi với e, ê, i; c đi với a, o, ô, ơ, u, ư.</w:t>
            </w:r>
          </w:p>
          <w:p w14:paraId="63C8F4B6" w14:textId="77777777" w:rsidR="0076342C" w:rsidRDefault="006E6C0F" w:rsidP="005F1C81">
            <w:pPr>
              <w:shd w:val="clear" w:color="auto" w:fill="FFFFFF" w:themeFill="background1"/>
              <w:jc w:val="both"/>
            </w:pPr>
            <w:r>
              <w:t>- HS ghi nhớ nhiệm vụ.</w:t>
            </w:r>
          </w:p>
        </w:tc>
      </w:tr>
      <w:tr w:rsidR="0076342C" w14:paraId="1F0FCA54"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31AB98C0" w14:textId="77777777" w:rsidR="0076342C" w:rsidRDefault="006E6C0F" w:rsidP="005F1C81">
            <w:pPr>
              <w:shd w:val="clear" w:color="auto" w:fill="FFFFFF" w:themeFill="background1"/>
            </w:pPr>
            <w:r>
              <w:rPr>
                <w:b/>
              </w:rPr>
              <w:t>TIẾT 4</w:t>
            </w:r>
          </w:p>
        </w:tc>
      </w:tr>
      <w:tr w:rsidR="0076342C" w14:paraId="796916C8"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3BD1C46B" w14:textId="77777777" w:rsidR="0076342C" w:rsidRDefault="006E6C0F" w:rsidP="005F1C81">
            <w:pPr>
              <w:shd w:val="clear" w:color="auto" w:fill="FFFFFF" w:themeFill="background1"/>
            </w:pPr>
            <w:r>
              <w:rPr>
                <w:b/>
              </w:rPr>
              <w:t>1. KHỞI ĐỘNG (3 phút)</w:t>
            </w:r>
            <w:r>
              <w:rPr>
                <w:b/>
              </w:rPr>
              <w:br/>
              <w:t>Mục tiêu: HS nhớ lại tên các mùa và đặc điểm thời tiết.</w:t>
            </w:r>
          </w:p>
        </w:tc>
      </w:tr>
      <w:tr w:rsidR="0076342C" w14:paraId="61BA369B" w14:textId="77777777" w:rsidTr="005F1C81">
        <w:trPr>
          <w:jc w:val="center"/>
        </w:trPr>
        <w:tc>
          <w:tcPr>
            <w:tcW w:w="5159" w:type="dxa"/>
            <w:tcBorders>
              <w:top w:val="single" w:sz="4" w:space="0" w:color="000000"/>
              <w:bottom w:val="single" w:sz="4" w:space="0" w:color="000000"/>
            </w:tcBorders>
            <w:vAlign w:val="center"/>
          </w:tcPr>
          <w:p w14:paraId="4F9BF5A9" w14:textId="77777777" w:rsidR="0076342C" w:rsidRDefault="006E6C0F" w:rsidP="005F1C81">
            <w:pPr>
              <w:shd w:val="clear" w:color="auto" w:fill="FFFFFF" w:themeFill="background1"/>
              <w:jc w:val="both"/>
            </w:pPr>
            <w:r>
              <w:t>- GV hỏi nhanh: Ở miền Bắc có những mùa nào? Ở miền Nam thường có những mùa nào?</w:t>
            </w:r>
          </w:p>
          <w:p w14:paraId="2D2C29BD" w14:textId="77777777" w:rsidR="0076342C" w:rsidRDefault="006E6C0F" w:rsidP="005F1C81">
            <w:pPr>
              <w:shd w:val="clear" w:color="auto" w:fill="FFFFFF" w:themeFill="background1"/>
              <w:jc w:val="both"/>
            </w:pPr>
            <w:r>
              <w:t>- GV nhận xét, kết nối vào bài luyện tập.</w:t>
            </w:r>
          </w:p>
        </w:tc>
        <w:tc>
          <w:tcPr>
            <w:tcW w:w="5159" w:type="dxa"/>
            <w:tcBorders>
              <w:top w:val="single" w:sz="4" w:space="0" w:color="000000"/>
              <w:bottom w:val="single" w:sz="4" w:space="0" w:color="000000"/>
            </w:tcBorders>
            <w:vAlign w:val="center"/>
          </w:tcPr>
          <w:p w14:paraId="124A0D3B" w14:textId="77777777" w:rsidR="0076342C" w:rsidRDefault="006E6C0F" w:rsidP="005F1C81">
            <w:pPr>
              <w:shd w:val="clear" w:color="auto" w:fill="FFFFFF" w:themeFill="background1"/>
              <w:jc w:val="both"/>
            </w:pPr>
            <w:r>
              <w:t>- HS trả lời: Miền Bắc có bốn mùa: xuân, hạ, thu, đông. Miền Nam thường có mùa mưa và mùa khô.</w:t>
            </w:r>
          </w:p>
          <w:p w14:paraId="3DEA548B" w14:textId="77777777" w:rsidR="0076342C" w:rsidRDefault="006E6C0F" w:rsidP="005F1C81">
            <w:pPr>
              <w:shd w:val="clear" w:color="auto" w:fill="FFFFFF" w:themeFill="background1"/>
              <w:jc w:val="both"/>
            </w:pPr>
            <w:r>
              <w:t>- HS lắng nghe.</w:t>
            </w:r>
          </w:p>
        </w:tc>
      </w:tr>
      <w:tr w:rsidR="0076342C" w14:paraId="5207242A"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3FCDB78B" w14:textId="77777777" w:rsidR="0076342C" w:rsidRDefault="006E6C0F" w:rsidP="005F1C81">
            <w:pPr>
              <w:shd w:val="clear" w:color="auto" w:fill="FFFFFF" w:themeFill="background1"/>
            </w:pPr>
            <w:r>
              <w:rPr>
                <w:b/>
              </w:rPr>
              <w:lastRenderedPageBreak/>
              <w:t>2. MỞ RỘNG VỐN TỪ VỀ CÁC MÙA (18 phút)</w:t>
            </w:r>
            <w:r>
              <w:rPr>
                <w:b/>
              </w:rPr>
              <w:br/>
              <w:t>Mục tiêu: HS nói được tên mùa và đặc điểm của các mùa ở miền Bắc, miền Nam.</w:t>
            </w:r>
          </w:p>
        </w:tc>
      </w:tr>
      <w:tr w:rsidR="0076342C" w14:paraId="000E7FC5" w14:textId="77777777" w:rsidTr="005F1C81">
        <w:trPr>
          <w:jc w:val="center"/>
        </w:trPr>
        <w:tc>
          <w:tcPr>
            <w:tcW w:w="5159" w:type="dxa"/>
            <w:tcBorders>
              <w:top w:val="single" w:sz="4" w:space="0" w:color="000000"/>
              <w:bottom w:val="nil"/>
            </w:tcBorders>
            <w:vAlign w:val="center"/>
          </w:tcPr>
          <w:p w14:paraId="770342D6" w14:textId="77777777" w:rsidR="0076342C" w:rsidRDefault="006E6C0F" w:rsidP="005F1C81">
            <w:pPr>
              <w:shd w:val="clear" w:color="auto" w:fill="FFFFFF" w:themeFill="background1"/>
              <w:jc w:val="both"/>
            </w:pPr>
            <w:r>
              <w:rPr>
                <w:b/>
              </w:rPr>
              <w:t>- Hoạt động 1: Nói tên mùa và đặc điểm của các mùa ở miền Bắc.</w:t>
            </w:r>
          </w:p>
          <w:p w14:paraId="5327F4F1" w14:textId="77777777" w:rsidR="0076342C" w:rsidRDefault="006E6C0F" w:rsidP="005F1C81">
            <w:pPr>
              <w:shd w:val="clear" w:color="auto" w:fill="FFFFFF" w:themeFill="background1"/>
              <w:jc w:val="both"/>
            </w:pPr>
            <w:r>
              <w:t>- GV yêu cầu HS quan sát 4 tranh, thảo luận nhóm đôi và nói mùa nào, đặc điểm gì.</w:t>
            </w:r>
          </w:p>
          <w:p w14:paraId="3EEC9C4A" w14:textId="7D7FF16E" w:rsidR="0076342C" w:rsidRDefault="0076342C" w:rsidP="005F1C81">
            <w:pPr>
              <w:shd w:val="clear" w:color="auto" w:fill="FFFFFF" w:themeFill="background1"/>
              <w:spacing w:before="20" w:after="20"/>
            </w:pPr>
          </w:p>
          <w:p w14:paraId="16349B73"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7B3C5913" w14:textId="77777777" w:rsidR="0076342C" w:rsidRDefault="006E6C0F" w:rsidP="005F1C81">
            <w:pPr>
              <w:shd w:val="clear" w:color="auto" w:fill="FFFFFF" w:themeFill="background1"/>
              <w:jc w:val="both"/>
            </w:pPr>
            <w:r>
              <w:t>- HS quan sát tranh, thảo luận nhóm đôi.</w:t>
            </w:r>
          </w:p>
          <w:p w14:paraId="553226FC" w14:textId="77777777" w:rsidR="0076342C" w:rsidRDefault="006E6C0F" w:rsidP="005F1C81">
            <w:pPr>
              <w:shd w:val="clear" w:color="auto" w:fill="FFFFFF" w:themeFill="background1"/>
              <w:jc w:val="both"/>
            </w:pPr>
            <w:r>
              <w:t>- HS nêu: Tranh 1: mùa xuân, cây cối đâm chồi, hoa nở. Tranh 2: mùa hạ, trời nắng, hoa phượng nở. Tranh 3: mùa thu, lá vàng, thời tiết mát. Tranh 4: mùa đông, cây trụi lá, trời lạnh.</w:t>
            </w:r>
          </w:p>
        </w:tc>
      </w:tr>
      <w:tr w:rsidR="0076342C" w14:paraId="51C361D8" w14:textId="77777777" w:rsidTr="005F1C81">
        <w:trPr>
          <w:jc w:val="center"/>
        </w:trPr>
        <w:tc>
          <w:tcPr>
            <w:tcW w:w="5159" w:type="dxa"/>
            <w:tcBorders>
              <w:top w:val="nil"/>
              <w:bottom w:val="single" w:sz="4" w:space="0" w:color="000000"/>
            </w:tcBorders>
            <w:vAlign w:val="center"/>
          </w:tcPr>
          <w:p w14:paraId="47486376" w14:textId="77777777" w:rsidR="0076342C" w:rsidRDefault="006E6C0F" w:rsidP="005F1C81">
            <w:pPr>
              <w:shd w:val="clear" w:color="auto" w:fill="FFFFFF" w:themeFill="background1"/>
              <w:jc w:val="both"/>
            </w:pPr>
            <w:r>
              <w:rPr>
                <w:b/>
              </w:rPr>
              <w:t>- Hoạt động 2: Nói tên mùa và đặc điểm của các mùa ở miền Nam.</w:t>
            </w:r>
          </w:p>
          <w:p w14:paraId="3F1C76DE" w14:textId="77777777" w:rsidR="0076342C" w:rsidRDefault="006E6C0F" w:rsidP="005F1C81">
            <w:pPr>
              <w:shd w:val="clear" w:color="auto" w:fill="FFFFFF" w:themeFill="background1"/>
              <w:jc w:val="both"/>
            </w:pPr>
            <w:r>
              <w:t>- GV yêu cầu HS quan sát 2 tranh và trả lời.</w:t>
            </w:r>
          </w:p>
          <w:p w14:paraId="4208F153" w14:textId="305E154E" w:rsidR="0076342C" w:rsidRDefault="0076342C" w:rsidP="005F1C81">
            <w:pPr>
              <w:shd w:val="clear" w:color="auto" w:fill="FFFFFF" w:themeFill="background1"/>
              <w:spacing w:before="20" w:after="20"/>
            </w:pPr>
          </w:p>
          <w:p w14:paraId="6C1ECC59" w14:textId="77777777" w:rsidR="0076342C" w:rsidRDefault="0076342C" w:rsidP="005F1C81">
            <w:pPr>
              <w:shd w:val="clear" w:color="auto" w:fill="FFFFFF" w:themeFill="background1"/>
              <w:jc w:val="center"/>
            </w:pPr>
          </w:p>
        </w:tc>
        <w:tc>
          <w:tcPr>
            <w:tcW w:w="5159" w:type="dxa"/>
            <w:tcBorders>
              <w:top w:val="nil"/>
              <w:bottom w:val="single" w:sz="4" w:space="0" w:color="000000"/>
            </w:tcBorders>
            <w:vAlign w:val="center"/>
          </w:tcPr>
          <w:p w14:paraId="7492724F" w14:textId="77777777" w:rsidR="0076342C" w:rsidRDefault="006E6C0F" w:rsidP="005F1C81">
            <w:pPr>
              <w:shd w:val="clear" w:color="auto" w:fill="FFFFFF" w:themeFill="background1"/>
              <w:jc w:val="both"/>
            </w:pPr>
            <w:r>
              <w:t>- HS quan sát tranh.</w:t>
            </w:r>
          </w:p>
          <w:p w14:paraId="313823D5" w14:textId="77777777" w:rsidR="0076342C" w:rsidRDefault="006E6C0F" w:rsidP="005F1C81">
            <w:pPr>
              <w:shd w:val="clear" w:color="auto" w:fill="FFFFFF" w:themeFill="background1"/>
              <w:jc w:val="both"/>
            </w:pPr>
            <w:r>
              <w:t>- HS nêu: Tranh 1: mùa mưa, trời có mưa, cây cối xanh tốt. Tranh 2: mùa khô, trời nắng nhiều, đất khô, cây cối thiếu nước.</w:t>
            </w:r>
          </w:p>
        </w:tc>
      </w:tr>
      <w:tr w:rsidR="0076342C" w14:paraId="7FFCD353"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4F8D6F8A" w14:textId="77777777" w:rsidR="0076342C" w:rsidRDefault="006E6C0F" w:rsidP="005F1C81">
            <w:pPr>
              <w:shd w:val="clear" w:color="auto" w:fill="FFFFFF" w:themeFill="background1"/>
            </w:pPr>
            <w:r>
              <w:rPr>
                <w:b/>
              </w:rPr>
              <w:t>3. LUYỆN DẤU CHẤM, DẤU CHẤM HỎI (11 phút)</w:t>
            </w:r>
            <w:r>
              <w:rPr>
                <w:b/>
              </w:rPr>
              <w:br/>
              <w:t>Mục tiêu: HS chọn dấu chấm hoặc dấu chấm hỏi phù hợp với câu.</w:t>
            </w:r>
          </w:p>
        </w:tc>
      </w:tr>
      <w:tr w:rsidR="0076342C" w14:paraId="40C0E111" w14:textId="77777777" w:rsidTr="005F1C81">
        <w:trPr>
          <w:jc w:val="center"/>
        </w:trPr>
        <w:tc>
          <w:tcPr>
            <w:tcW w:w="5159" w:type="dxa"/>
            <w:tcBorders>
              <w:top w:val="single" w:sz="4" w:space="0" w:color="000000"/>
              <w:bottom w:val="nil"/>
            </w:tcBorders>
            <w:vAlign w:val="center"/>
          </w:tcPr>
          <w:p w14:paraId="21442153" w14:textId="77777777" w:rsidR="0076342C" w:rsidRDefault="006E6C0F" w:rsidP="005F1C81">
            <w:pPr>
              <w:shd w:val="clear" w:color="auto" w:fill="FFFFFF" w:themeFill="background1"/>
              <w:jc w:val="both"/>
            </w:pPr>
            <w:r>
              <w:rPr>
                <w:b/>
              </w:rPr>
              <w:t>- Hoạt động 3: Chọn dấu chấm hoặc dấu chấm hỏi thay cho ô vuông.</w:t>
            </w:r>
          </w:p>
          <w:p w14:paraId="4DBF1E88" w14:textId="77777777" w:rsidR="0076342C" w:rsidRDefault="006E6C0F" w:rsidP="005F1C81">
            <w:pPr>
              <w:shd w:val="clear" w:color="auto" w:fill="FFFFFF" w:themeFill="background1"/>
              <w:jc w:val="both"/>
            </w:pPr>
            <w:r>
              <w:t>- GV yêu cầu HS đọc từng câu, xác định câu kể hay câu hỏi.</w:t>
            </w:r>
          </w:p>
        </w:tc>
        <w:tc>
          <w:tcPr>
            <w:tcW w:w="5159" w:type="dxa"/>
            <w:tcBorders>
              <w:top w:val="single" w:sz="4" w:space="0" w:color="000000"/>
              <w:bottom w:val="nil"/>
            </w:tcBorders>
            <w:vAlign w:val="center"/>
          </w:tcPr>
          <w:p w14:paraId="380315C8" w14:textId="77777777" w:rsidR="0076342C" w:rsidRDefault="006E6C0F" w:rsidP="005F1C81">
            <w:pPr>
              <w:shd w:val="clear" w:color="auto" w:fill="FFFFFF" w:themeFill="background1"/>
              <w:jc w:val="both"/>
            </w:pPr>
            <w:r>
              <w:t>- HS đọc câu, làm bài.</w:t>
            </w:r>
          </w:p>
          <w:p w14:paraId="69677358" w14:textId="77777777" w:rsidR="0076342C" w:rsidRDefault="006E6C0F" w:rsidP="005F1C81">
            <w:pPr>
              <w:shd w:val="clear" w:color="auto" w:fill="FFFFFF" w:themeFill="background1"/>
              <w:jc w:val="both"/>
            </w:pPr>
            <w:r>
              <w:t>- Đáp án: Ở miền Bắc, mùa nào trời lạnh? Ở miền Bắc, mùa đông trời lạnh. Ở miền Nam, nắng nhiều vào mùa nào? Ở miền Nam, nắng nhiều vào mùa khô. Sau cơn mưa, cây cối như thế nào? Sau cơn mưa, cây cối tốt tươi.</w:t>
            </w:r>
          </w:p>
        </w:tc>
      </w:tr>
      <w:tr w:rsidR="0076342C" w14:paraId="576003A4" w14:textId="77777777" w:rsidTr="005F1C81">
        <w:trPr>
          <w:jc w:val="center"/>
        </w:trPr>
        <w:tc>
          <w:tcPr>
            <w:tcW w:w="5159" w:type="dxa"/>
            <w:tcBorders>
              <w:top w:val="nil"/>
              <w:bottom w:val="single" w:sz="4" w:space="0" w:color="000000"/>
            </w:tcBorders>
            <w:vAlign w:val="center"/>
          </w:tcPr>
          <w:p w14:paraId="42872ACF" w14:textId="77777777" w:rsidR="0076342C" w:rsidRDefault="006E6C0F" w:rsidP="005F1C81">
            <w:pPr>
              <w:shd w:val="clear" w:color="auto" w:fill="FFFFFF" w:themeFill="background1"/>
              <w:jc w:val="both"/>
            </w:pPr>
            <w:r>
              <w:t>- GV kết luận: Câu hỏi cần dùng dấu chấm hỏi; câu kể, câu trả lời dùng dấu chấm.</w:t>
            </w:r>
          </w:p>
        </w:tc>
        <w:tc>
          <w:tcPr>
            <w:tcW w:w="5159" w:type="dxa"/>
            <w:tcBorders>
              <w:top w:val="nil"/>
              <w:bottom w:val="single" w:sz="4" w:space="0" w:color="000000"/>
            </w:tcBorders>
            <w:vAlign w:val="center"/>
          </w:tcPr>
          <w:p w14:paraId="568214AD" w14:textId="77777777" w:rsidR="0076342C" w:rsidRDefault="006E6C0F" w:rsidP="005F1C81">
            <w:pPr>
              <w:shd w:val="clear" w:color="auto" w:fill="FFFFFF" w:themeFill="background1"/>
              <w:jc w:val="both"/>
            </w:pPr>
            <w:r>
              <w:t>- HS nhắc lại: Câu hỏi dùng dấu chấm hỏi; câu kể dùng dấu chấm.</w:t>
            </w:r>
          </w:p>
        </w:tc>
      </w:tr>
      <w:tr w:rsidR="0076342C" w14:paraId="4395FF57"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19789FC5" w14:textId="77777777" w:rsidR="0076342C" w:rsidRDefault="006E6C0F" w:rsidP="005F1C81">
            <w:pPr>
              <w:shd w:val="clear" w:color="auto" w:fill="FFFFFF" w:themeFill="background1"/>
            </w:pPr>
            <w:r>
              <w:rPr>
                <w:b/>
              </w:rPr>
              <w:t>4. VẬN DỤNG (3 phút)</w:t>
            </w:r>
            <w:r>
              <w:rPr>
                <w:b/>
              </w:rPr>
              <w:br/>
              <w:t>Mục tiêu: HS đặt được một câu hỏi và một câu kể về thời tiết.</w:t>
            </w:r>
          </w:p>
        </w:tc>
      </w:tr>
      <w:tr w:rsidR="0076342C" w14:paraId="0EA248F7" w14:textId="77777777" w:rsidTr="005F1C81">
        <w:trPr>
          <w:jc w:val="center"/>
        </w:trPr>
        <w:tc>
          <w:tcPr>
            <w:tcW w:w="5159" w:type="dxa"/>
            <w:tcBorders>
              <w:top w:val="single" w:sz="4" w:space="0" w:color="000000"/>
            </w:tcBorders>
            <w:vAlign w:val="center"/>
          </w:tcPr>
          <w:p w14:paraId="6C717DFA" w14:textId="77777777" w:rsidR="0076342C" w:rsidRDefault="006E6C0F" w:rsidP="005F1C81">
            <w:pPr>
              <w:shd w:val="clear" w:color="auto" w:fill="FFFFFF" w:themeFill="background1"/>
              <w:jc w:val="both"/>
            </w:pPr>
            <w:r>
              <w:t>- GV yêu cầu HS đặt một câu hỏi và một câu kể về thời tiết hôm nay.</w:t>
            </w:r>
          </w:p>
          <w:p w14:paraId="58FAC3B3" w14:textId="77777777" w:rsidR="0076342C" w:rsidRDefault="006E6C0F" w:rsidP="005F1C81">
            <w:pPr>
              <w:shd w:val="clear" w:color="auto" w:fill="FFFFFF" w:themeFill="background1"/>
              <w:jc w:val="both"/>
            </w:pPr>
            <w:r>
              <w:t>- GV dặn HS chuẩn bị tiết viết đoạn tả đồ vật.</w:t>
            </w:r>
          </w:p>
        </w:tc>
        <w:tc>
          <w:tcPr>
            <w:tcW w:w="5159" w:type="dxa"/>
            <w:tcBorders>
              <w:top w:val="single" w:sz="4" w:space="0" w:color="000000"/>
            </w:tcBorders>
            <w:vAlign w:val="center"/>
          </w:tcPr>
          <w:p w14:paraId="273288D0" w14:textId="77777777" w:rsidR="0076342C" w:rsidRDefault="006E6C0F" w:rsidP="005F1C81">
            <w:pPr>
              <w:shd w:val="clear" w:color="auto" w:fill="FFFFFF" w:themeFill="background1"/>
              <w:jc w:val="both"/>
            </w:pPr>
            <w:r>
              <w:t>- HS đặt câu: Hôm nay trời có mưa không? Hôm nay trời nắng nhẹ.</w:t>
            </w:r>
          </w:p>
          <w:p w14:paraId="58B764C9" w14:textId="77777777" w:rsidR="0076342C" w:rsidRDefault="006E6C0F" w:rsidP="005F1C81">
            <w:pPr>
              <w:shd w:val="clear" w:color="auto" w:fill="FFFFFF" w:themeFill="background1"/>
              <w:jc w:val="both"/>
            </w:pPr>
            <w:r>
              <w:t>- HS ghi nhớ nhiệm vụ.</w:t>
            </w:r>
          </w:p>
        </w:tc>
      </w:tr>
    </w:tbl>
    <w:p w14:paraId="02D5EC53" w14:textId="77777777" w:rsidR="0076342C" w:rsidRDefault="006E6C0F" w:rsidP="005F1C81">
      <w:pPr>
        <w:shd w:val="clear" w:color="auto" w:fill="FFFFFF" w:themeFill="background1"/>
        <w:spacing w:after="0" w:line="240" w:lineRule="auto"/>
      </w:pPr>
      <w:r>
        <w:rPr>
          <w:b/>
        </w:rPr>
        <w:t>IV. ĐIỀU CHỈNH SAU TIẾT HỌC (NẾU CÓ)</w:t>
      </w:r>
    </w:p>
    <w:p w14:paraId="63D7CF4B" w14:textId="77777777" w:rsidR="0076342C" w:rsidRDefault="0076342C" w:rsidP="005F1C81">
      <w:pPr>
        <w:shd w:val="clear" w:color="auto" w:fill="FFFFFF" w:themeFill="background1"/>
        <w:spacing w:after="0" w:line="240" w:lineRule="auto"/>
        <w:jc w:val="both"/>
      </w:pPr>
    </w:p>
    <w:p w14:paraId="6938515A" w14:textId="77777777" w:rsidR="0076342C" w:rsidRDefault="006E6C0F" w:rsidP="005F1C81">
      <w:pPr>
        <w:shd w:val="clear" w:color="auto" w:fill="FFFFFF" w:themeFill="background1"/>
        <w:spacing w:after="0" w:line="240" w:lineRule="auto"/>
        <w:jc w:val="center"/>
      </w:pPr>
      <w:r>
        <w:rPr>
          <w:b/>
        </w:rPr>
        <w:t>KẾ HOẠCH BÀI DẠY MÔN TIẾNG VIỆT LỚP 2 – TUẦN 19</w:t>
      </w:r>
    </w:p>
    <w:p w14:paraId="3095EA20" w14:textId="77777777" w:rsidR="0076342C" w:rsidRDefault="006E6C0F" w:rsidP="005F1C81">
      <w:pPr>
        <w:shd w:val="clear" w:color="auto" w:fill="FFFFFF" w:themeFill="background1"/>
        <w:spacing w:after="0" w:line="240" w:lineRule="auto"/>
        <w:jc w:val="center"/>
      </w:pPr>
      <w:r>
        <w:rPr>
          <w:b/>
        </w:rPr>
        <w:t>CHỦ ĐỀ 5: VẺ ĐẸP QUANH EM</w:t>
      </w:r>
    </w:p>
    <w:p w14:paraId="02438DD8" w14:textId="77777777" w:rsidR="0076342C" w:rsidRDefault="006E6C0F" w:rsidP="005F1C81">
      <w:pPr>
        <w:shd w:val="clear" w:color="auto" w:fill="FFFFFF" w:themeFill="background1"/>
        <w:spacing w:after="0" w:line="240" w:lineRule="auto"/>
        <w:jc w:val="center"/>
      </w:pPr>
      <w:r>
        <w:rPr>
          <w:b/>
        </w:rPr>
        <w:t>BÀI 2: MÙA NƯỚC NỔI</w:t>
      </w:r>
    </w:p>
    <w:p w14:paraId="74A53E21" w14:textId="77777777" w:rsidR="0076342C" w:rsidRDefault="006E6C0F" w:rsidP="005F1C81">
      <w:pPr>
        <w:shd w:val="clear" w:color="auto" w:fill="FFFFFF" w:themeFill="background1"/>
        <w:spacing w:after="0" w:line="240" w:lineRule="auto"/>
        <w:jc w:val="center"/>
      </w:pPr>
      <w:r>
        <w:rPr>
          <w:b/>
        </w:rPr>
        <w:t>TIẾT 5 – 6: VIẾT ĐOẠN VĂN TẢ ĐỒ VẬT; ĐỌC MỞ RỘNG</w:t>
      </w:r>
    </w:p>
    <w:p w14:paraId="024D6DB5" w14:textId="77777777" w:rsidR="0076342C" w:rsidRDefault="006E6C0F" w:rsidP="005F1C81">
      <w:pPr>
        <w:shd w:val="clear" w:color="auto" w:fill="FFFFFF" w:themeFill="background1"/>
        <w:spacing w:after="0" w:line="240" w:lineRule="auto"/>
        <w:jc w:val="both"/>
      </w:pPr>
      <w:r>
        <w:rPr>
          <w:b/>
        </w:rPr>
        <w:t>I. YÊU CẦU CẦN ĐẠT</w:t>
      </w:r>
    </w:p>
    <w:p w14:paraId="6F766A94" w14:textId="77777777" w:rsidR="0076342C" w:rsidRDefault="006E6C0F" w:rsidP="005F1C81">
      <w:pPr>
        <w:shd w:val="clear" w:color="auto" w:fill="FFFFFF" w:themeFill="background1"/>
        <w:spacing w:after="0" w:line="240" w:lineRule="auto"/>
        <w:jc w:val="both"/>
      </w:pPr>
      <w:r>
        <w:t>Sau bài học, HS sẽ:</w:t>
      </w:r>
    </w:p>
    <w:p w14:paraId="2CE3A7F4" w14:textId="77777777" w:rsidR="0076342C" w:rsidRDefault="006E6C0F" w:rsidP="005F1C81">
      <w:pPr>
        <w:shd w:val="clear" w:color="auto" w:fill="FFFFFF" w:themeFill="background1"/>
        <w:spacing w:after="0" w:line="240" w:lineRule="auto"/>
        <w:jc w:val="both"/>
      </w:pPr>
      <w:r>
        <w:rPr>
          <w:b/>
        </w:rPr>
        <w:t>1. Năng lực đặc thù</w:t>
      </w:r>
    </w:p>
    <w:p w14:paraId="34AF13AF" w14:textId="77777777" w:rsidR="0076342C" w:rsidRDefault="006E6C0F" w:rsidP="005F1C81">
      <w:pPr>
        <w:shd w:val="clear" w:color="auto" w:fill="FFFFFF" w:themeFill="background1"/>
        <w:spacing w:after="0" w:line="240" w:lineRule="auto"/>
        <w:jc w:val="both"/>
      </w:pPr>
      <w:r>
        <w:t>- Quan sát tranh, kể tên đồ vật; nói được đặc điểm, công dụng của 1 – 2 đồ vật dùng để tránh nắng hoặc tránh mưa.</w:t>
      </w:r>
    </w:p>
    <w:p w14:paraId="3B92E476" w14:textId="77777777" w:rsidR="0076342C" w:rsidRDefault="006E6C0F" w:rsidP="005F1C81">
      <w:pPr>
        <w:shd w:val="clear" w:color="auto" w:fill="FFFFFF" w:themeFill="background1"/>
        <w:spacing w:after="0" w:line="240" w:lineRule="auto"/>
        <w:jc w:val="both"/>
      </w:pPr>
      <w:r>
        <w:t>- Viết được 3 – 5 câu tả một đồ vật theo gợi ý; câu văn rõ ý, dùng dấu câu phù hợp.</w:t>
      </w:r>
    </w:p>
    <w:p w14:paraId="0D534C13" w14:textId="77777777" w:rsidR="0076342C" w:rsidRDefault="006E6C0F" w:rsidP="005F1C81">
      <w:pPr>
        <w:shd w:val="clear" w:color="auto" w:fill="FFFFFF" w:themeFill="background1"/>
        <w:spacing w:after="0" w:line="240" w:lineRule="auto"/>
        <w:jc w:val="both"/>
      </w:pPr>
      <w:r>
        <w:t>- Tìm đọc được một câu chuyện, bài thơ viết về các mùa trong năm; chia sẻ được điều em thích nhất trong câu chuyện, bài thơ đã đọc.</w:t>
      </w:r>
    </w:p>
    <w:p w14:paraId="4F9A3A23" w14:textId="77777777" w:rsidR="0076342C" w:rsidRDefault="006E6C0F" w:rsidP="005F1C81">
      <w:pPr>
        <w:shd w:val="clear" w:color="auto" w:fill="FFFFFF" w:themeFill="background1"/>
        <w:spacing w:after="0" w:line="240" w:lineRule="auto"/>
        <w:jc w:val="both"/>
      </w:pPr>
      <w:r>
        <w:rPr>
          <w:b/>
        </w:rPr>
        <w:t>2. Năng lực chung</w:t>
      </w:r>
    </w:p>
    <w:p w14:paraId="6AB52442" w14:textId="77777777" w:rsidR="0076342C" w:rsidRDefault="006E6C0F" w:rsidP="005F1C81">
      <w:pPr>
        <w:shd w:val="clear" w:color="auto" w:fill="FFFFFF" w:themeFill="background1"/>
        <w:spacing w:after="0" w:line="240" w:lineRule="auto"/>
        <w:jc w:val="both"/>
      </w:pPr>
      <w:r>
        <w:t>- Tự chủ và tự học: chủ động quan sát, lập ý, viết và tự soát câu.</w:t>
      </w:r>
    </w:p>
    <w:p w14:paraId="423CE61F" w14:textId="77777777" w:rsidR="0076342C" w:rsidRDefault="006E6C0F" w:rsidP="005F1C81">
      <w:pPr>
        <w:shd w:val="clear" w:color="auto" w:fill="FFFFFF" w:themeFill="background1"/>
        <w:spacing w:after="0" w:line="240" w:lineRule="auto"/>
        <w:jc w:val="both"/>
      </w:pPr>
      <w:r>
        <w:t>- Giao tiếp và hợp tác: trao đổi nhóm, chia sẻ bài đọc mở rộng, nhận xét bạn.</w:t>
      </w:r>
    </w:p>
    <w:p w14:paraId="35550D8D" w14:textId="77777777" w:rsidR="0076342C" w:rsidRDefault="006E6C0F" w:rsidP="005F1C81">
      <w:pPr>
        <w:shd w:val="clear" w:color="auto" w:fill="FFFFFF" w:themeFill="background1"/>
        <w:spacing w:after="0" w:line="240" w:lineRule="auto"/>
        <w:jc w:val="both"/>
      </w:pPr>
      <w:r>
        <w:t>- Giải quyết vấn đề và sáng tạo: chọn từ ngữ phù hợp để tả đồ vật; biết chọn nguồn đọc phù hợp.</w:t>
      </w:r>
    </w:p>
    <w:p w14:paraId="1AF5AF58" w14:textId="77777777" w:rsidR="0076342C" w:rsidRDefault="006E6C0F" w:rsidP="005F1C81">
      <w:pPr>
        <w:shd w:val="clear" w:color="auto" w:fill="FFFFFF" w:themeFill="background1"/>
        <w:spacing w:after="0" w:line="240" w:lineRule="auto"/>
        <w:jc w:val="both"/>
      </w:pPr>
      <w:r>
        <w:rPr>
          <w:b/>
        </w:rPr>
        <w:t>3. Phẩm chất</w:t>
      </w:r>
    </w:p>
    <w:p w14:paraId="5E5483A1" w14:textId="77777777" w:rsidR="0076342C" w:rsidRDefault="006E6C0F" w:rsidP="005F1C81">
      <w:pPr>
        <w:shd w:val="clear" w:color="auto" w:fill="FFFFFF" w:themeFill="background1"/>
        <w:spacing w:after="0" w:line="240" w:lineRule="auto"/>
        <w:jc w:val="both"/>
      </w:pPr>
      <w:r>
        <w:t>- Chăm chỉ: tích cực luyện viết đoạn văn, đọc mở rộng.</w:t>
      </w:r>
    </w:p>
    <w:p w14:paraId="6B4AAE52" w14:textId="77777777" w:rsidR="0076342C" w:rsidRDefault="006E6C0F" w:rsidP="005F1C81">
      <w:pPr>
        <w:shd w:val="clear" w:color="auto" w:fill="FFFFFF" w:themeFill="background1"/>
        <w:spacing w:after="0" w:line="240" w:lineRule="auto"/>
        <w:jc w:val="both"/>
      </w:pPr>
      <w:r>
        <w:t>- Trách nhiệm: sử dụng công cụ số/AI đúng mục đích, không sao chép và không chia sẻ thông tin riêng tư.</w:t>
      </w:r>
    </w:p>
    <w:p w14:paraId="2B0E8324" w14:textId="77777777" w:rsidR="0076342C" w:rsidRDefault="006E6C0F" w:rsidP="005F1C81">
      <w:pPr>
        <w:shd w:val="clear" w:color="auto" w:fill="FFFFFF" w:themeFill="background1"/>
        <w:spacing w:after="0" w:line="240" w:lineRule="auto"/>
        <w:jc w:val="both"/>
      </w:pPr>
      <w:r>
        <w:rPr>
          <w:b/>
          <w:color w:val="C00000"/>
        </w:rPr>
        <w:t>4. Tích hợp</w:t>
      </w:r>
    </w:p>
    <w:p w14:paraId="66C9BF96" w14:textId="77777777" w:rsidR="0076342C" w:rsidRDefault="006E6C0F" w:rsidP="005F1C81">
      <w:pPr>
        <w:shd w:val="clear" w:color="auto" w:fill="FFFFFF" w:themeFill="background1"/>
        <w:spacing w:after="0" w:line="240" w:lineRule="auto"/>
        <w:jc w:val="both"/>
      </w:pPr>
      <w:r>
        <w:rPr>
          <w:color w:val="C00000"/>
        </w:rPr>
        <w:lastRenderedPageBreak/>
        <w:t>- Tích hợp AI 2.A1.2: HS nhận biết công cụ AI có thể hỗ trợ gợi ý từ ngữ hoặc dàn ý khi viết đoạn văn tả đồ vật, nhưng chỉ dùng để tham khảo; HS tự viết bằng lời của mình, không sao chép nguyên văn và không nhập thông tin riêng tư.</w:t>
      </w:r>
    </w:p>
    <w:p w14:paraId="64C7D095" w14:textId="77777777" w:rsidR="0076342C" w:rsidRDefault="006E6C0F" w:rsidP="005F1C81">
      <w:pPr>
        <w:shd w:val="clear" w:color="auto" w:fill="FFFFFF" w:themeFill="background1"/>
        <w:spacing w:after="0" w:line="240" w:lineRule="auto"/>
        <w:jc w:val="both"/>
      </w:pPr>
      <w:r>
        <w:rPr>
          <w:color w:val="C00000"/>
        </w:rPr>
        <w:t>- Tích hợp NLS 1.1.CB1a: HS biết tìm kiếm thông tin, dữ liệu và nội dung đơn giản trong môi trường số; biết tìm đọc câu chuyện, bài thơ về các mùa trên thư viện số hoặc nguồn do GV cung cấp, chọn kết quả phù hợp và không bấm vào liên kết lạ.</w:t>
      </w:r>
    </w:p>
    <w:p w14:paraId="6099BDF7" w14:textId="77777777" w:rsidR="0076342C" w:rsidRDefault="006E6C0F" w:rsidP="005F1C81">
      <w:pPr>
        <w:shd w:val="clear" w:color="auto" w:fill="FFFFFF" w:themeFill="background1"/>
        <w:spacing w:after="0" w:line="240" w:lineRule="auto"/>
        <w:jc w:val="both"/>
      </w:pPr>
      <w:r>
        <w:rPr>
          <w:b/>
        </w:rPr>
        <w:t>II. ĐỒ DÙNG DẠY HỌC</w:t>
      </w:r>
    </w:p>
    <w:p w14:paraId="0519A4C5" w14:textId="77777777" w:rsidR="0076342C" w:rsidRDefault="006E6C0F" w:rsidP="005F1C81">
      <w:pPr>
        <w:shd w:val="clear" w:color="auto" w:fill="FFFFFF" w:themeFill="background1"/>
        <w:spacing w:after="0" w:line="240" w:lineRule="auto"/>
        <w:jc w:val="both"/>
      </w:pPr>
      <w:r>
        <w:rPr>
          <w:b/>
        </w:rPr>
        <w:t>1. Giáo viên</w:t>
      </w:r>
    </w:p>
    <w:p w14:paraId="43D2CC98" w14:textId="77777777" w:rsidR="0076342C" w:rsidRDefault="006E6C0F" w:rsidP="005F1C81">
      <w:pPr>
        <w:shd w:val="clear" w:color="auto" w:fill="FFFFFF" w:themeFill="background1"/>
        <w:spacing w:after="0" w:line="240" w:lineRule="auto"/>
        <w:jc w:val="both"/>
      </w:pPr>
      <w:r>
        <w:t>- SGK, máy chiếu; tranh đồ vật tránh nắng/tránh mưa; sơ đồ gợi ý tả đồ vật; máy tính của GV có thể trình chiếu ví dụ gợi ý từ ngữ bằng công cụ AI; danh mục đường dẫn/thư viện số an toàn do GV chọn.</w:t>
      </w:r>
    </w:p>
    <w:p w14:paraId="08FFB173" w14:textId="77777777" w:rsidR="0076342C" w:rsidRDefault="006E6C0F" w:rsidP="005F1C81">
      <w:pPr>
        <w:shd w:val="clear" w:color="auto" w:fill="FFFFFF" w:themeFill="background1"/>
        <w:spacing w:after="0" w:line="240" w:lineRule="auto"/>
        <w:jc w:val="both"/>
      </w:pPr>
      <w:r>
        <w:rPr>
          <w:b/>
        </w:rPr>
        <w:t>2. Học sinh</w:t>
      </w:r>
    </w:p>
    <w:p w14:paraId="54472E2A" w14:textId="77777777" w:rsidR="0076342C" w:rsidRDefault="006E6C0F" w:rsidP="005F1C81">
      <w:pPr>
        <w:shd w:val="clear" w:color="auto" w:fill="FFFFFF" w:themeFill="background1"/>
        <w:spacing w:after="0" w:line="240" w:lineRule="auto"/>
        <w:jc w:val="both"/>
      </w:pPr>
      <w:r>
        <w:t>- SGK, vở viết, bút; một câu chuyện/bài thơ về các mùa đã tìm đọc nếu có.</w:t>
      </w:r>
    </w:p>
    <w:p w14:paraId="49C2F399" w14:textId="77777777" w:rsidR="0076342C" w:rsidRDefault="006E6C0F" w:rsidP="005F1C81">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59"/>
        <w:gridCol w:w="5159"/>
      </w:tblGrid>
      <w:tr w:rsidR="0076342C" w14:paraId="7A3C7D64" w14:textId="77777777" w:rsidTr="005F1C81">
        <w:trPr>
          <w:jc w:val="center"/>
        </w:trPr>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57081577" w14:textId="77777777" w:rsidR="0076342C" w:rsidRDefault="006E6C0F" w:rsidP="005F1C81">
            <w:pPr>
              <w:shd w:val="clear" w:color="auto" w:fill="FFFFFF" w:themeFill="background1"/>
              <w:jc w:val="both"/>
            </w:pPr>
            <w:r>
              <w:rPr>
                <w:b/>
              </w:rPr>
              <w:t>Hoạt động của GV</w:t>
            </w:r>
          </w:p>
        </w:tc>
        <w:tc>
          <w:tcPr>
            <w:tcW w:w="5159" w:type="dxa"/>
            <w:tcBorders>
              <w:top w:val="single" w:sz="6" w:space="0" w:color="000000"/>
              <w:left w:val="single" w:sz="6" w:space="0" w:color="000000"/>
              <w:bottom w:val="single" w:sz="4" w:space="0" w:color="000000"/>
              <w:right w:val="single" w:sz="6" w:space="0" w:color="000000"/>
            </w:tcBorders>
            <w:shd w:val="clear" w:color="auto" w:fill="D9EAF7"/>
            <w:vAlign w:val="center"/>
          </w:tcPr>
          <w:p w14:paraId="6C2C4ABF" w14:textId="77777777" w:rsidR="0076342C" w:rsidRDefault="006E6C0F" w:rsidP="005F1C81">
            <w:pPr>
              <w:shd w:val="clear" w:color="auto" w:fill="FFFFFF" w:themeFill="background1"/>
              <w:jc w:val="both"/>
            </w:pPr>
            <w:r>
              <w:rPr>
                <w:b/>
              </w:rPr>
              <w:t>Hoạt động của HS</w:t>
            </w:r>
          </w:p>
        </w:tc>
      </w:tr>
      <w:tr w:rsidR="0076342C" w14:paraId="7E477D7F"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7DA356D7" w14:textId="77777777" w:rsidR="0076342C" w:rsidRDefault="006E6C0F" w:rsidP="005F1C81">
            <w:pPr>
              <w:shd w:val="clear" w:color="auto" w:fill="FFFFFF" w:themeFill="background1"/>
            </w:pPr>
            <w:r>
              <w:rPr>
                <w:b/>
              </w:rPr>
              <w:t>TIẾT 5</w:t>
            </w:r>
          </w:p>
        </w:tc>
      </w:tr>
      <w:tr w:rsidR="0076342C" w14:paraId="68A45959"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17A67A09" w14:textId="77777777" w:rsidR="0076342C" w:rsidRDefault="006E6C0F" w:rsidP="005F1C81">
            <w:pPr>
              <w:shd w:val="clear" w:color="auto" w:fill="FFFFFF" w:themeFill="background1"/>
            </w:pPr>
            <w:r>
              <w:rPr>
                <w:b/>
              </w:rPr>
              <w:t>1. KHỞI ĐỘNG (3 phút)</w:t>
            </w:r>
            <w:r>
              <w:rPr>
                <w:b/>
              </w:rPr>
              <w:br/>
              <w:t>Mục tiêu: HS kể được đồ vật thường dùng khi trời nắng hoặc trời mưa.</w:t>
            </w:r>
          </w:p>
        </w:tc>
      </w:tr>
      <w:tr w:rsidR="0076342C" w14:paraId="7B2B1E90" w14:textId="77777777" w:rsidTr="005F1C81">
        <w:trPr>
          <w:jc w:val="center"/>
        </w:trPr>
        <w:tc>
          <w:tcPr>
            <w:tcW w:w="5159" w:type="dxa"/>
            <w:tcBorders>
              <w:top w:val="single" w:sz="4" w:space="0" w:color="000000"/>
              <w:bottom w:val="single" w:sz="4" w:space="0" w:color="000000"/>
            </w:tcBorders>
            <w:vAlign w:val="center"/>
          </w:tcPr>
          <w:p w14:paraId="0404A060" w14:textId="77777777" w:rsidR="0076342C" w:rsidRDefault="006E6C0F" w:rsidP="005F1C81">
            <w:pPr>
              <w:shd w:val="clear" w:color="auto" w:fill="FFFFFF" w:themeFill="background1"/>
              <w:jc w:val="both"/>
            </w:pPr>
            <w:r>
              <w:t>- GV hỏi: Khi trời nắng hoặc trời mưa, em thường dùng đồ vật gì để bảo vệ cơ thể?</w:t>
            </w:r>
          </w:p>
          <w:p w14:paraId="40892BB6" w14:textId="77777777" w:rsidR="0076342C" w:rsidRDefault="006E6C0F" w:rsidP="005F1C81">
            <w:pPr>
              <w:shd w:val="clear" w:color="auto" w:fill="FFFFFF" w:themeFill="background1"/>
              <w:jc w:val="both"/>
            </w:pPr>
            <w:r>
              <w:t>- GV dẫn vào bài viết đoạn văn tả đồ vật.</w:t>
            </w:r>
          </w:p>
        </w:tc>
        <w:tc>
          <w:tcPr>
            <w:tcW w:w="5159" w:type="dxa"/>
            <w:tcBorders>
              <w:top w:val="single" w:sz="4" w:space="0" w:color="000000"/>
              <w:bottom w:val="single" w:sz="4" w:space="0" w:color="000000"/>
            </w:tcBorders>
            <w:vAlign w:val="center"/>
          </w:tcPr>
          <w:p w14:paraId="695EBEBB" w14:textId="77777777" w:rsidR="0076342C" w:rsidRDefault="006E6C0F" w:rsidP="005F1C81">
            <w:pPr>
              <w:shd w:val="clear" w:color="auto" w:fill="FFFFFF" w:themeFill="background1"/>
              <w:jc w:val="both"/>
            </w:pPr>
            <w:r>
              <w:t>- HS trả lời: Khi trời nắng em dùng nón, mũ, quạt; khi trời mưa em dùng ô, áo mưa.</w:t>
            </w:r>
          </w:p>
          <w:p w14:paraId="72C7EF10" w14:textId="77777777" w:rsidR="0076342C" w:rsidRDefault="006E6C0F" w:rsidP="005F1C81">
            <w:pPr>
              <w:shd w:val="clear" w:color="auto" w:fill="FFFFFF" w:themeFill="background1"/>
              <w:jc w:val="both"/>
            </w:pPr>
            <w:r>
              <w:t>- HS lắng nghe.</w:t>
            </w:r>
          </w:p>
        </w:tc>
      </w:tr>
      <w:tr w:rsidR="0076342C" w14:paraId="02C6016E"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40406DED" w14:textId="77777777" w:rsidR="0076342C" w:rsidRDefault="006E6C0F" w:rsidP="005F1C81">
            <w:pPr>
              <w:shd w:val="clear" w:color="auto" w:fill="FFFFFF" w:themeFill="background1"/>
            </w:pPr>
            <w:r>
              <w:rPr>
                <w:b/>
              </w:rPr>
              <w:t>2. QUAN SÁT ĐỒ VẬT VÀ NÓI ĐẶC ĐIỂM, CÔNG DỤNG (12 phút)</w:t>
            </w:r>
            <w:r>
              <w:rPr>
                <w:b/>
              </w:rPr>
              <w:br/>
              <w:t>Mục tiêu: HS kể tên đồ vật, nêu đặc điểm và công dụng của 1 – 2 đồ vật.</w:t>
            </w:r>
          </w:p>
        </w:tc>
      </w:tr>
      <w:tr w:rsidR="0076342C" w14:paraId="4870B90F" w14:textId="77777777" w:rsidTr="005F1C81">
        <w:trPr>
          <w:jc w:val="center"/>
        </w:trPr>
        <w:tc>
          <w:tcPr>
            <w:tcW w:w="5159" w:type="dxa"/>
            <w:tcBorders>
              <w:top w:val="single" w:sz="4" w:space="0" w:color="000000"/>
              <w:bottom w:val="single" w:sz="4" w:space="0" w:color="000000"/>
            </w:tcBorders>
            <w:vAlign w:val="center"/>
          </w:tcPr>
          <w:p w14:paraId="013194C2" w14:textId="77777777" w:rsidR="0076342C" w:rsidRDefault="006E6C0F" w:rsidP="005F1C81">
            <w:pPr>
              <w:shd w:val="clear" w:color="auto" w:fill="FFFFFF" w:themeFill="background1"/>
              <w:jc w:val="both"/>
            </w:pPr>
            <w:r>
              <w:rPr>
                <w:b/>
              </w:rPr>
              <w:t>- Hoạt động 1: Quan sát các hình dưới đây.</w:t>
            </w:r>
          </w:p>
          <w:p w14:paraId="66248801" w14:textId="495B6429" w:rsidR="0076342C" w:rsidRDefault="0076342C" w:rsidP="005F1C81">
            <w:pPr>
              <w:shd w:val="clear" w:color="auto" w:fill="FFFFFF" w:themeFill="background1"/>
              <w:spacing w:before="20" w:after="20"/>
            </w:pPr>
          </w:p>
          <w:p w14:paraId="228281AD" w14:textId="77777777" w:rsidR="0076342C" w:rsidRDefault="006E6C0F" w:rsidP="005F1C81">
            <w:pPr>
              <w:shd w:val="clear" w:color="auto" w:fill="FFFFFF" w:themeFill="background1"/>
              <w:jc w:val="both"/>
            </w:pPr>
            <w:r>
              <w:rPr>
                <w:b/>
              </w:rPr>
              <w:t>- a. Kể tên các đồ vật.</w:t>
            </w:r>
          </w:p>
          <w:p w14:paraId="03B57F20" w14:textId="77777777" w:rsidR="0076342C" w:rsidRDefault="006E6C0F" w:rsidP="005F1C81">
            <w:pPr>
              <w:shd w:val="clear" w:color="auto" w:fill="FFFFFF" w:themeFill="background1"/>
              <w:jc w:val="both"/>
            </w:pPr>
            <w:r>
              <w:rPr>
                <w:b/>
              </w:rPr>
              <w:t>- b. Chọn 1 – 2 đồ vật yêu thích và nói về đặc điểm, công dụng của chúng.</w:t>
            </w:r>
          </w:p>
          <w:p w14:paraId="64DAA7B8" w14:textId="77777777" w:rsidR="0076342C" w:rsidRDefault="006E6C0F" w:rsidP="005F1C81">
            <w:pPr>
              <w:shd w:val="clear" w:color="auto" w:fill="FFFFFF" w:themeFill="background1"/>
              <w:jc w:val="both"/>
            </w:pPr>
            <w:r>
              <w:t>- GV yêu cầu HS quan sát tranh và làm việc nhóm đôi.</w:t>
            </w:r>
          </w:p>
          <w:p w14:paraId="3361276B" w14:textId="77777777" w:rsidR="0076342C" w:rsidRDefault="0076342C" w:rsidP="005F1C81">
            <w:pPr>
              <w:shd w:val="clear" w:color="auto" w:fill="FFFFFF" w:themeFill="background1"/>
              <w:jc w:val="center"/>
            </w:pPr>
          </w:p>
        </w:tc>
        <w:tc>
          <w:tcPr>
            <w:tcW w:w="5159" w:type="dxa"/>
            <w:tcBorders>
              <w:top w:val="single" w:sz="4" w:space="0" w:color="000000"/>
              <w:bottom w:val="single" w:sz="4" w:space="0" w:color="000000"/>
            </w:tcBorders>
            <w:vAlign w:val="center"/>
          </w:tcPr>
          <w:p w14:paraId="31320B17" w14:textId="77777777" w:rsidR="0076342C" w:rsidRDefault="006E6C0F" w:rsidP="005F1C81">
            <w:pPr>
              <w:shd w:val="clear" w:color="auto" w:fill="FFFFFF" w:themeFill="background1"/>
              <w:jc w:val="both"/>
            </w:pPr>
            <w:r>
              <w:t>- HS quan sát tranh.</w:t>
            </w:r>
          </w:p>
          <w:p w14:paraId="67E03550" w14:textId="77777777" w:rsidR="0076342C" w:rsidRDefault="006E6C0F" w:rsidP="005F1C81">
            <w:pPr>
              <w:shd w:val="clear" w:color="auto" w:fill="FFFFFF" w:themeFill="background1"/>
              <w:jc w:val="both"/>
            </w:pPr>
            <w:r>
              <w:t>- HS kể tên: nón, ô, khăn len, áo mưa, quạt điện, quạt giấy.</w:t>
            </w:r>
          </w:p>
          <w:p w14:paraId="1F6A349A" w14:textId="77777777" w:rsidR="0076342C" w:rsidRDefault="006E6C0F" w:rsidP="005F1C81">
            <w:pPr>
              <w:shd w:val="clear" w:color="auto" w:fill="FFFFFF" w:themeFill="background1"/>
              <w:jc w:val="both"/>
            </w:pPr>
            <w:r>
              <w:t>- HS nói: Chiếc ô có cán dài, tán ô rộng, dùng để che mưa hoặc che nắng. Áo mưa màu hồng, có mũ, dùng để mặc khi đi dưới trời mưa.</w:t>
            </w:r>
          </w:p>
        </w:tc>
      </w:tr>
      <w:tr w:rsidR="0076342C" w14:paraId="4C7D28C5"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2778485F" w14:textId="77777777" w:rsidR="0076342C" w:rsidRDefault="006E6C0F" w:rsidP="005F1C81">
            <w:pPr>
              <w:shd w:val="clear" w:color="auto" w:fill="FFFFFF" w:themeFill="background1"/>
            </w:pPr>
            <w:r>
              <w:rPr>
                <w:b/>
              </w:rPr>
              <w:t>3. VIẾT 3 – 5 CÂU TẢ MỘT ĐỒ VẬT (17 phút)</w:t>
            </w:r>
            <w:r>
              <w:rPr>
                <w:b/>
              </w:rPr>
              <w:br/>
              <w:t>Mục tiêu: HS viết được đoạn văn ngắn tả đồ vật theo gợi ý; biết sử dụng AI đúng cách ở mức tham khảo.</w:t>
            </w:r>
          </w:p>
        </w:tc>
      </w:tr>
      <w:tr w:rsidR="0076342C" w14:paraId="72725E4D" w14:textId="77777777" w:rsidTr="005F1C81">
        <w:trPr>
          <w:jc w:val="center"/>
        </w:trPr>
        <w:tc>
          <w:tcPr>
            <w:tcW w:w="5159" w:type="dxa"/>
            <w:tcBorders>
              <w:top w:val="single" w:sz="4" w:space="0" w:color="000000"/>
              <w:bottom w:val="nil"/>
            </w:tcBorders>
            <w:vAlign w:val="center"/>
          </w:tcPr>
          <w:p w14:paraId="7891F99C" w14:textId="77777777" w:rsidR="0076342C" w:rsidRDefault="006E6C0F" w:rsidP="005F1C81">
            <w:pPr>
              <w:shd w:val="clear" w:color="auto" w:fill="FFFFFF" w:themeFill="background1"/>
              <w:jc w:val="both"/>
            </w:pPr>
            <w:r>
              <w:rPr>
                <w:b/>
              </w:rPr>
              <w:t>- Hoạt động 2: Viết 3 – 5 câu tả một đồ vật em cần dùng để tránh nắng hoặc tránh mưa.</w:t>
            </w:r>
          </w:p>
          <w:p w14:paraId="1321D308" w14:textId="77777777" w:rsidR="0076342C" w:rsidRDefault="006E6C0F" w:rsidP="005F1C81">
            <w:pPr>
              <w:shd w:val="clear" w:color="auto" w:fill="FFFFFF" w:themeFill="background1"/>
              <w:jc w:val="both"/>
            </w:pPr>
            <w:r>
              <w:t>- GV yêu cầu HS đọc sơ đồ gợi ý: Em muốn tả đồ vật gì? Đồ vật đó có gì nổi bật về hình dạng, màu sắc? Em thường dùng đồ vật đó vào lúc nào? Tình cảm của em đối với đồ vật đó như thế nào?</w:t>
            </w:r>
          </w:p>
          <w:p w14:paraId="13A9890A" w14:textId="2D55A303" w:rsidR="0076342C" w:rsidRDefault="0076342C" w:rsidP="005F1C81">
            <w:pPr>
              <w:shd w:val="clear" w:color="auto" w:fill="FFFFFF" w:themeFill="background1"/>
              <w:spacing w:before="20" w:after="20"/>
            </w:pPr>
          </w:p>
          <w:p w14:paraId="69FB01C6"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5D7FEB29" w14:textId="77777777" w:rsidR="0076342C" w:rsidRDefault="006E6C0F" w:rsidP="005F1C81">
            <w:pPr>
              <w:shd w:val="clear" w:color="auto" w:fill="FFFFFF" w:themeFill="background1"/>
              <w:jc w:val="both"/>
            </w:pPr>
            <w:r>
              <w:t>- HS đọc yêu cầu và gợi ý.</w:t>
            </w:r>
          </w:p>
          <w:p w14:paraId="0F6D62C2" w14:textId="77777777" w:rsidR="0076342C" w:rsidRDefault="006E6C0F" w:rsidP="005F1C81">
            <w:pPr>
              <w:shd w:val="clear" w:color="auto" w:fill="FFFFFF" w:themeFill="background1"/>
              <w:jc w:val="both"/>
            </w:pPr>
            <w:r>
              <w:t>- HS chọn đồ vật sẽ tả: ô, nón, áo mưa, quạt giấy, quạt điện.</w:t>
            </w:r>
          </w:p>
        </w:tc>
      </w:tr>
      <w:tr w:rsidR="0076342C" w14:paraId="42C439F4" w14:textId="77777777" w:rsidTr="005F1C81">
        <w:trPr>
          <w:jc w:val="center"/>
        </w:trPr>
        <w:tc>
          <w:tcPr>
            <w:tcW w:w="5159" w:type="dxa"/>
            <w:tcBorders>
              <w:top w:val="nil"/>
              <w:bottom w:val="nil"/>
            </w:tcBorders>
            <w:vAlign w:val="center"/>
          </w:tcPr>
          <w:p w14:paraId="2898A829" w14:textId="77777777" w:rsidR="0076342C" w:rsidRDefault="006E6C0F" w:rsidP="005F1C81">
            <w:pPr>
              <w:shd w:val="clear" w:color="auto" w:fill="FFFFFF" w:themeFill="background1"/>
              <w:jc w:val="both"/>
            </w:pPr>
            <w:r>
              <w:rPr>
                <w:color w:val="C00000"/>
              </w:rPr>
              <w:t>- GV hỏi dẫn tích hợp AI: Khi muốn viết đoạn văn tả chiếc ô hoặc chiếc áo mưa, em có thể dùng công cụ AI để hỗ trợ điều gì?</w:t>
            </w:r>
          </w:p>
          <w:p w14:paraId="0377EDDD" w14:textId="77777777" w:rsidR="0076342C" w:rsidRDefault="006E6C0F" w:rsidP="005F1C81">
            <w:pPr>
              <w:shd w:val="clear" w:color="auto" w:fill="FFFFFF" w:themeFill="background1"/>
              <w:jc w:val="both"/>
            </w:pPr>
            <w:r>
              <w:rPr>
                <w:color w:val="C00000"/>
              </w:rPr>
              <w:t xml:space="preserve">- GV diễn giải tích hợp AI: Công cụ AI như ChatGPT hoặc Gemini trên máy của giáo viên có thể gợi ý một số từ ngữ, ví dụ: “tròn xoe”, “tán rộng”, “màu xanh”, “che mưa”, “gấp </w:t>
            </w:r>
            <w:r>
              <w:rPr>
                <w:color w:val="C00000"/>
              </w:rPr>
              <w:lastRenderedPageBreak/>
              <w:t>gọn”, hoặc gợi ý dàn ý gồm giới thiệu đồ vật, đặc điểm, công dụng, tình cảm. Tuy nhiên, AI không viết thay các em. Các em chỉ tham khảo từ ngữ, phải tự viết bằng quan sát và cảm xúc thật của mình, không chép nguyên văn, không nhập họ tên, địa chỉ, số điện thoại hay thông tin riêng tư của gia đình vào công cụ AI.</w:t>
            </w:r>
          </w:p>
        </w:tc>
        <w:tc>
          <w:tcPr>
            <w:tcW w:w="5159" w:type="dxa"/>
            <w:tcBorders>
              <w:top w:val="nil"/>
              <w:bottom w:val="nil"/>
            </w:tcBorders>
            <w:vAlign w:val="center"/>
          </w:tcPr>
          <w:p w14:paraId="2AECD6E8" w14:textId="77777777" w:rsidR="0076342C" w:rsidRDefault="006E6C0F" w:rsidP="005F1C81">
            <w:pPr>
              <w:shd w:val="clear" w:color="auto" w:fill="FFFFFF" w:themeFill="background1"/>
              <w:jc w:val="both"/>
            </w:pPr>
            <w:r>
              <w:rPr>
                <w:color w:val="C00000"/>
              </w:rPr>
              <w:lastRenderedPageBreak/>
              <w:t>- HS trả lời: AI có thể gợi ý từ ngữ tả màu sắc, hình dáng, công dụng hoặc gợi ý dàn ý.</w:t>
            </w:r>
          </w:p>
          <w:p w14:paraId="5AFD4EC8" w14:textId="77777777" w:rsidR="0076342C" w:rsidRDefault="006E6C0F" w:rsidP="005F1C81">
            <w:pPr>
              <w:shd w:val="clear" w:color="auto" w:fill="FFFFFF" w:themeFill="background1"/>
              <w:jc w:val="both"/>
            </w:pPr>
            <w:r>
              <w:rPr>
                <w:color w:val="C00000"/>
              </w:rPr>
              <w:t>- HS nhắc lại: Em chỉ tham khảo, tự viết bằng lời của mình, không sao chép và không nhập thông tin riêng tư.</w:t>
            </w:r>
          </w:p>
        </w:tc>
      </w:tr>
      <w:tr w:rsidR="0076342C" w14:paraId="41A46F90" w14:textId="77777777" w:rsidTr="005F1C81">
        <w:trPr>
          <w:jc w:val="center"/>
        </w:trPr>
        <w:tc>
          <w:tcPr>
            <w:tcW w:w="5159" w:type="dxa"/>
            <w:tcBorders>
              <w:top w:val="nil"/>
              <w:bottom w:val="nil"/>
            </w:tcBorders>
            <w:vAlign w:val="center"/>
          </w:tcPr>
          <w:p w14:paraId="7CF023AC" w14:textId="77777777" w:rsidR="0076342C" w:rsidRDefault="006E6C0F" w:rsidP="005F1C81">
            <w:pPr>
              <w:shd w:val="clear" w:color="auto" w:fill="FFFFFF" w:themeFill="background1"/>
              <w:jc w:val="both"/>
            </w:pPr>
            <w:r>
              <w:lastRenderedPageBreak/>
              <w:t>- GV yêu cầu HS viết 3 – 5 câu vào vở; sau đó đổi vở cho bạn soát: đủ số câu, đầu câu viết hoa, cuối câu có dấu chấm.</w:t>
            </w:r>
          </w:p>
        </w:tc>
        <w:tc>
          <w:tcPr>
            <w:tcW w:w="5159" w:type="dxa"/>
            <w:tcBorders>
              <w:top w:val="nil"/>
              <w:bottom w:val="nil"/>
            </w:tcBorders>
            <w:vAlign w:val="center"/>
          </w:tcPr>
          <w:p w14:paraId="23957C1E" w14:textId="77777777" w:rsidR="0076342C" w:rsidRDefault="006E6C0F" w:rsidP="005F1C81">
            <w:pPr>
              <w:shd w:val="clear" w:color="auto" w:fill="FFFFFF" w:themeFill="background1"/>
              <w:jc w:val="both"/>
            </w:pPr>
            <w:r>
              <w:t>- HS viết bài.</w:t>
            </w:r>
          </w:p>
          <w:p w14:paraId="38C73D7A" w14:textId="77777777" w:rsidR="0076342C" w:rsidRDefault="006E6C0F" w:rsidP="005F1C81">
            <w:pPr>
              <w:shd w:val="clear" w:color="auto" w:fill="FFFFFF" w:themeFill="background1"/>
              <w:jc w:val="both"/>
            </w:pPr>
            <w:r>
              <w:t>- Ví dụ: Em có một chiếc ô màu xanh. Tán ô rộng và tròn xoe. Khi trời mưa, em dùng ô để che cho khỏi ướt. Em rất thích chiếc ô vì nó luôn theo em đến trường trong những ngày mưa.</w:t>
            </w:r>
          </w:p>
          <w:p w14:paraId="4E8E3C19" w14:textId="77777777" w:rsidR="0076342C" w:rsidRDefault="006E6C0F" w:rsidP="005F1C81">
            <w:pPr>
              <w:shd w:val="clear" w:color="auto" w:fill="FFFFFF" w:themeFill="background1"/>
              <w:jc w:val="both"/>
            </w:pPr>
            <w:r>
              <w:t>- HS đổi vở, soát lỗi cùng bạn.</w:t>
            </w:r>
          </w:p>
        </w:tc>
      </w:tr>
      <w:tr w:rsidR="0076342C" w14:paraId="3CDD1DC5" w14:textId="77777777" w:rsidTr="005F1C81">
        <w:trPr>
          <w:jc w:val="center"/>
        </w:trPr>
        <w:tc>
          <w:tcPr>
            <w:tcW w:w="5159" w:type="dxa"/>
            <w:tcBorders>
              <w:top w:val="nil"/>
              <w:bottom w:val="single" w:sz="4" w:space="0" w:color="000000"/>
            </w:tcBorders>
            <w:vAlign w:val="center"/>
          </w:tcPr>
          <w:p w14:paraId="5C58B10A" w14:textId="77777777" w:rsidR="0076342C" w:rsidRDefault="006E6C0F" w:rsidP="005F1C81">
            <w:pPr>
              <w:shd w:val="clear" w:color="auto" w:fill="FFFFFF" w:themeFill="background1"/>
              <w:jc w:val="both"/>
            </w:pPr>
            <w:r>
              <w:t>- GV mời 2 – 3 HS đọc bài; nhận xét cách dùng từ, dấu câu và nội dung tả.</w:t>
            </w:r>
          </w:p>
        </w:tc>
        <w:tc>
          <w:tcPr>
            <w:tcW w:w="5159" w:type="dxa"/>
            <w:tcBorders>
              <w:top w:val="nil"/>
              <w:bottom w:val="single" w:sz="4" w:space="0" w:color="000000"/>
            </w:tcBorders>
            <w:vAlign w:val="center"/>
          </w:tcPr>
          <w:p w14:paraId="518CC2A5" w14:textId="77777777" w:rsidR="0076342C" w:rsidRDefault="006E6C0F" w:rsidP="005F1C81">
            <w:pPr>
              <w:shd w:val="clear" w:color="auto" w:fill="FFFFFF" w:themeFill="background1"/>
              <w:jc w:val="both"/>
            </w:pPr>
            <w:r>
              <w:t>- HS đọc bài viết.</w:t>
            </w:r>
          </w:p>
          <w:p w14:paraId="20141101" w14:textId="77777777" w:rsidR="0076342C" w:rsidRDefault="006E6C0F" w:rsidP="005F1C81">
            <w:pPr>
              <w:shd w:val="clear" w:color="auto" w:fill="FFFFFF" w:themeFill="background1"/>
              <w:jc w:val="both"/>
            </w:pPr>
            <w:r>
              <w:t>- HS khác nhận xét: bài đủ 3 – 5 câu, tả rõ đồ vật, có tình cảm với đồ vật.</w:t>
            </w:r>
          </w:p>
        </w:tc>
      </w:tr>
      <w:tr w:rsidR="0076342C" w14:paraId="6AFF3939"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09CBD035" w14:textId="77777777" w:rsidR="0076342C" w:rsidRDefault="006E6C0F" w:rsidP="005F1C81">
            <w:pPr>
              <w:shd w:val="clear" w:color="auto" w:fill="FFFFFF" w:themeFill="background1"/>
            </w:pPr>
            <w:r>
              <w:rPr>
                <w:b/>
              </w:rPr>
              <w:t>4. VẬN DỤNG (3 phút)</w:t>
            </w:r>
            <w:r>
              <w:rPr>
                <w:b/>
              </w:rPr>
              <w:br/>
              <w:t>Mục tiêu: HS tự hoàn thiện đoạn văn ở nhà.</w:t>
            </w:r>
          </w:p>
        </w:tc>
      </w:tr>
      <w:tr w:rsidR="0076342C" w14:paraId="4E64E729" w14:textId="77777777" w:rsidTr="005F1C81">
        <w:trPr>
          <w:jc w:val="center"/>
        </w:trPr>
        <w:tc>
          <w:tcPr>
            <w:tcW w:w="5159" w:type="dxa"/>
            <w:tcBorders>
              <w:top w:val="single" w:sz="4" w:space="0" w:color="000000"/>
              <w:bottom w:val="single" w:sz="4" w:space="0" w:color="000000"/>
            </w:tcBorders>
            <w:vAlign w:val="center"/>
          </w:tcPr>
          <w:p w14:paraId="5C4333D8" w14:textId="77777777" w:rsidR="0076342C" w:rsidRDefault="006E6C0F" w:rsidP="005F1C81">
            <w:pPr>
              <w:shd w:val="clear" w:color="auto" w:fill="FFFFFF" w:themeFill="background1"/>
              <w:jc w:val="both"/>
            </w:pPr>
            <w:r>
              <w:t>- GV dặn HS hoàn thiện đoạn văn, chuẩn bị chia sẻ bài đọc mở rộng về các mùa.</w:t>
            </w:r>
          </w:p>
        </w:tc>
        <w:tc>
          <w:tcPr>
            <w:tcW w:w="5159" w:type="dxa"/>
            <w:tcBorders>
              <w:top w:val="single" w:sz="4" w:space="0" w:color="000000"/>
              <w:bottom w:val="single" w:sz="4" w:space="0" w:color="000000"/>
            </w:tcBorders>
            <w:vAlign w:val="center"/>
          </w:tcPr>
          <w:p w14:paraId="1928D44A" w14:textId="77777777" w:rsidR="0076342C" w:rsidRDefault="006E6C0F" w:rsidP="005F1C81">
            <w:pPr>
              <w:shd w:val="clear" w:color="auto" w:fill="FFFFFF" w:themeFill="background1"/>
              <w:jc w:val="both"/>
            </w:pPr>
            <w:r>
              <w:t>- HS ghi nhớ nhiệm vụ.</w:t>
            </w:r>
          </w:p>
        </w:tc>
      </w:tr>
      <w:tr w:rsidR="0076342C" w14:paraId="270368EB"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1004E64A" w14:textId="77777777" w:rsidR="0076342C" w:rsidRDefault="006E6C0F" w:rsidP="005F1C81">
            <w:pPr>
              <w:shd w:val="clear" w:color="auto" w:fill="FFFFFF" w:themeFill="background1"/>
            </w:pPr>
            <w:r>
              <w:rPr>
                <w:b/>
              </w:rPr>
              <w:t>TIẾT 6</w:t>
            </w:r>
          </w:p>
        </w:tc>
      </w:tr>
      <w:tr w:rsidR="0076342C" w14:paraId="5B1E42F2"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48DCD683" w14:textId="77777777" w:rsidR="0076342C" w:rsidRDefault="006E6C0F" w:rsidP="005F1C81">
            <w:pPr>
              <w:shd w:val="clear" w:color="auto" w:fill="FFFFFF" w:themeFill="background1"/>
            </w:pPr>
            <w:r>
              <w:rPr>
                <w:b/>
              </w:rPr>
              <w:t>1. KHỞI ĐỘNG (3 phút)</w:t>
            </w:r>
            <w:r>
              <w:rPr>
                <w:b/>
              </w:rPr>
              <w:br/>
              <w:t>Mục tiêu: HS nhớ lại yêu cầu đọc mở rộng.</w:t>
            </w:r>
          </w:p>
        </w:tc>
      </w:tr>
      <w:tr w:rsidR="0076342C" w14:paraId="4C0318F5" w14:textId="77777777" w:rsidTr="005F1C81">
        <w:trPr>
          <w:jc w:val="center"/>
        </w:trPr>
        <w:tc>
          <w:tcPr>
            <w:tcW w:w="5159" w:type="dxa"/>
            <w:tcBorders>
              <w:top w:val="single" w:sz="4" w:space="0" w:color="000000"/>
              <w:bottom w:val="single" w:sz="4" w:space="0" w:color="000000"/>
            </w:tcBorders>
            <w:vAlign w:val="center"/>
          </w:tcPr>
          <w:p w14:paraId="32FB1236" w14:textId="77777777" w:rsidR="0076342C" w:rsidRDefault="006E6C0F" w:rsidP="005F1C81">
            <w:pPr>
              <w:shd w:val="clear" w:color="auto" w:fill="FFFFFF" w:themeFill="background1"/>
              <w:jc w:val="both"/>
            </w:pPr>
            <w:r>
              <w:t>- GV hỏi: Em biết những câu chuyện hoặc bài thơ nào nói về các mùa trong năm?</w:t>
            </w:r>
          </w:p>
          <w:p w14:paraId="64F6625A" w14:textId="77777777" w:rsidR="0076342C" w:rsidRDefault="006E6C0F" w:rsidP="005F1C81">
            <w:pPr>
              <w:shd w:val="clear" w:color="auto" w:fill="FFFFFF" w:themeFill="background1"/>
              <w:jc w:val="both"/>
            </w:pPr>
            <w:r>
              <w:t>- GV dẫn vào hoạt động Đọc mở rộng.</w:t>
            </w:r>
          </w:p>
        </w:tc>
        <w:tc>
          <w:tcPr>
            <w:tcW w:w="5159" w:type="dxa"/>
            <w:tcBorders>
              <w:top w:val="single" w:sz="4" w:space="0" w:color="000000"/>
              <w:bottom w:val="single" w:sz="4" w:space="0" w:color="000000"/>
            </w:tcBorders>
            <w:vAlign w:val="center"/>
          </w:tcPr>
          <w:p w14:paraId="5B281480" w14:textId="77777777" w:rsidR="0076342C" w:rsidRDefault="006E6C0F" w:rsidP="005F1C81">
            <w:pPr>
              <w:shd w:val="clear" w:color="auto" w:fill="FFFFFF" w:themeFill="background1"/>
              <w:jc w:val="both"/>
            </w:pPr>
            <w:r>
              <w:t>- HS nêu: Chuyện bốn mùa, bài thơ về mùa xuân, mùa hè, mùa thu, mùa đông.</w:t>
            </w:r>
          </w:p>
          <w:p w14:paraId="2BA74B5E" w14:textId="77777777" w:rsidR="0076342C" w:rsidRDefault="006E6C0F" w:rsidP="005F1C81">
            <w:pPr>
              <w:shd w:val="clear" w:color="auto" w:fill="FFFFFF" w:themeFill="background1"/>
              <w:jc w:val="both"/>
            </w:pPr>
            <w:r>
              <w:t>- HS lắng nghe.</w:t>
            </w:r>
          </w:p>
        </w:tc>
      </w:tr>
      <w:tr w:rsidR="0076342C" w14:paraId="38EA9EAA"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2DE1579B" w14:textId="77777777" w:rsidR="0076342C" w:rsidRDefault="006E6C0F" w:rsidP="005F1C81">
            <w:pPr>
              <w:shd w:val="clear" w:color="auto" w:fill="FFFFFF" w:themeFill="background1"/>
            </w:pPr>
            <w:r>
              <w:rPr>
                <w:b/>
              </w:rPr>
              <w:t>2. ĐỌC MỞ RỘNG (25 phút)</w:t>
            </w:r>
            <w:r>
              <w:rPr>
                <w:b/>
              </w:rPr>
              <w:br/>
              <w:t>Mục tiêu: HS tìm đọc và chia sẻ được một câu chuyện, bài thơ về các mùa; biết tìm kiếm nội dung đơn giản trong môi trường số an toàn.</w:t>
            </w:r>
          </w:p>
        </w:tc>
      </w:tr>
      <w:tr w:rsidR="0076342C" w14:paraId="18C4AA71" w14:textId="77777777" w:rsidTr="005F1C81">
        <w:trPr>
          <w:jc w:val="center"/>
        </w:trPr>
        <w:tc>
          <w:tcPr>
            <w:tcW w:w="5159" w:type="dxa"/>
            <w:tcBorders>
              <w:top w:val="single" w:sz="4" w:space="0" w:color="000000"/>
              <w:bottom w:val="nil"/>
            </w:tcBorders>
            <w:vAlign w:val="center"/>
          </w:tcPr>
          <w:p w14:paraId="1BD5B2EE" w14:textId="77777777" w:rsidR="0076342C" w:rsidRDefault="006E6C0F" w:rsidP="005F1C81">
            <w:pPr>
              <w:shd w:val="clear" w:color="auto" w:fill="FFFFFF" w:themeFill="background1"/>
              <w:jc w:val="both"/>
            </w:pPr>
            <w:r>
              <w:rPr>
                <w:b/>
              </w:rPr>
              <w:t>- Hoạt động 1: Tìm đọc một câu chuyện, bài thơ viết về các mùa trong năm.</w:t>
            </w:r>
          </w:p>
          <w:p w14:paraId="703E1FC3" w14:textId="521E49F7" w:rsidR="0076342C" w:rsidRDefault="0076342C" w:rsidP="005F1C81">
            <w:pPr>
              <w:shd w:val="clear" w:color="auto" w:fill="FFFFFF" w:themeFill="background1"/>
              <w:spacing w:before="20" w:after="20"/>
            </w:pPr>
          </w:p>
          <w:p w14:paraId="1A556ABD" w14:textId="77777777" w:rsidR="0076342C" w:rsidRDefault="006E6C0F" w:rsidP="005F1C81">
            <w:pPr>
              <w:shd w:val="clear" w:color="auto" w:fill="FFFFFF" w:themeFill="background1"/>
              <w:jc w:val="both"/>
            </w:pPr>
            <w:r>
              <w:t>- GV yêu cầu HS đọc nhiệm vụ trong SGK, nêu tên câu chuyện/bài thơ đã chuẩn bị hoặc sẽ tìm đọc.</w:t>
            </w:r>
          </w:p>
          <w:p w14:paraId="59EC818A" w14:textId="77777777" w:rsidR="0076342C" w:rsidRDefault="0076342C" w:rsidP="005F1C81">
            <w:pPr>
              <w:shd w:val="clear" w:color="auto" w:fill="FFFFFF" w:themeFill="background1"/>
              <w:jc w:val="center"/>
            </w:pPr>
          </w:p>
        </w:tc>
        <w:tc>
          <w:tcPr>
            <w:tcW w:w="5159" w:type="dxa"/>
            <w:tcBorders>
              <w:top w:val="single" w:sz="4" w:space="0" w:color="000000"/>
              <w:bottom w:val="nil"/>
            </w:tcBorders>
            <w:vAlign w:val="center"/>
          </w:tcPr>
          <w:p w14:paraId="613283C4" w14:textId="77777777" w:rsidR="0076342C" w:rsidRDefault="006E6C0F" w:rsidP="005F1C81">
            <w:pPr>
              <w:shd w:val="clear" w:color="auto" w:fill="FFFFFF" w:themeFill="background1"/>
              <w:jc w:val="both"/>
            </w:pPr>
            <w:r>
              <w:t>- HS đọc nhiệm vụ.</w:t>
            </w:r>
          </w:p>
          <w:p w14:paraId="69F5E0F9" w14:textId="77777777" w:rsidR="0076342C" w:rsidRDefault="006E6C0F" w:rsidP="005F1C81">
            <w:pPr>
              <w:shd w:val="clear" w:color="auto" w:fill="FFFFFF" w:themeFill="background1"/>
              <w:jc w:val="both"/>
            </w:pPr>
            <w:r>
              <w:t>- HS nêu tên bài đọc đã chuẩn bị: Chuyện bốn mùa, Mùa xuân nho nhỏ, bài thơ về mùa hè, bài thơ về mùa thu.</w:t>
            </w:r>
          </w:p>
        </w:tc>
      </w:tr>
      <w:tr w:rsidR="0076342C" w14:paraId="3FE5EC3A" w14:textId="77777777" w:rsidTr="005F1C81">
        <w:trPr>
          <w:jc w:val="center"/>
        </w:trPr>
        <w:tc>
          <w:tcPr>
            <w:tcW w:w="5159" w:type="dxa"/>
            <w:tcBorders>
              <w:top w:val="nil"/>
              <w:bottom w:val="nil"/>
            </w:tcBorders>
            <w:vAlign w:val="center"/>
          </w:tcPr>
          <w:p w14:paraId="4BCB7FCD" w14:textId="77777777" w:rsidR="0076342C" w:rsidRDefault="006E6C0F" w:rsidP="005F1C81">
            <w:pPr>
              <w:shd w:val="clear" w:color="auto" w:fill="FFFFFF" w:themeFill="background1"/>
              <w:jc w:val="both"/>
            </w:pPr>
            <w:r>
              <w:rPr>
                <w:color w:val="C00000"/>
              </w:rPr>
              <w:t>- GV hỏi dẫn tích hợp NLS: Khi muốn tìm đọc một bài thơ về mùa xuân hoặc mùa hè trên thiết bị số, em cần làm gì để tìm đúng và an toàn?</w:t>
            </w:r>
          </w:p>
          <w:p w14:paraId="58F2B1A4" w14:textId="77777777" w:rsidR="0076342C" w:rsidRDefault="006E6C0F" w:rsidP="005F1C81">
            <w:pPr>
              <w:shd w:val="clear" w:color="auto" w:fill="FFFFFF" w:themeFill="background1"/>
              <w:jc w:val="both"/>
            </w:pPr>
            <w:r>
              <w:rPr>
                <w:color w:val="C00000"/>
              </w:rPr>
              <w:t>- GV diễn giải tích hợp NLS: Dưới sự hướng dẫn của thầy cô hoặc cha mẹ, các em có thể mở thư viện số/website học tập do giáo viên cung cấp, gõ từ khóa đơn giản như “bài thơ về mùa xuân cho thiếu nhi”, “câu chuyện về bốn mùa”. Sau khi có kết quả, các em đọc tên bài, xem nội dung có phù hợp lứa tuổi không, không bấm vào quảng cáo hay liên kết lạ, không tự tải tệp lạ. Nếu chưa chắc chắn, cần hỏi người lớn trước khi đọc tiếp.</w:t>
            </w:r>
          </w:p>
        </w:tc>
        <w:tc>
          <w:tcPr>
            <w:tcW w:w="5159" w:type="dxa"/>
            <w:tcBorders>
              <w:top w:val="nil"/>
              <w:bottom w:val="nil"/>
            </w:tcBorders>
            <w:vAlign w:val="center"/>
          </w:tcPr>
          <w:p w14:paraId="7195B612" w14:textId="77777777" w:rsidR="0076342C" w:rsidRDefault="006E6C0F" w:rsidP="005F1C81">
            <w:pPr>
              <w:shd w:val="clear" w:color="auto" w:fill="FFFFFF" w:themeFill="background1"/>
              <w:jc w:val="both"/>
            </w:pPr>
            <w:r>
              <w:rPr>
                <w:color w:val="C00000"/>
              </w:rPr>
              <w:t>- HS trả lời: Em vào nguồn do GV hoặc cha mẹ cho phép, gõ từ khóa, chọn bài phù hợp và không bấm liên kết lạ.</w:t>
            </w:r>
          </w:p>
          <w:p w14:paraId="1776B40C" w14:textId="77777777" w:rsidR="0076342C" w:rsidRDefault="006E6C0F" w:rsidP="005F1C81">
            <w:pPr>
              <w:shd w:val="clear" w:color="auto" w:fill="FFFFFF" w:themeFill="background1"/>
              <w:jc w:val="both"/>
            </w:pPr>
            <w:r>
              <w:rPr>
                <w:color w:val="C00000"/>
              </w:rPr>
              <w:t>- HS nhắc lại thao tác an toàn: tìm đúng từ khóa, chọn nguồn tin cậy, hỏi người lớn khi chưa chắc chắn.</w:t>
            </w:r>
          </w:p>
        </w:tc>
      </w:tr>
      <w:tr w:rsidR="0076342C" w14:paraId="24F8B989" w14:textId="77777777" w:rsidTr="005F1C81">
        <w:trPr>
          <w:jc w:val="center"/>
        </w:trPr>
        <w:tc>
          <w:tcPr>
            <w:tcW w:w="5159" w:type="dxa"/>
            <w:tcBorders>
              <w:top w:val="nil"/>
              <w:bottom w:val="nil"/>
            </w:tcBorders>
            <w:vAlign w:val="center"/>
          </w:tcPr>
          <w:p w14:paraId="72A44BED" w14:textId="77777777" w:rsidR="0076342C" w:rsidRDefault="006E6C0F" w:rsidP="005F1C81">
            <w:pPr>
              <w:shd w:val="clear" w:color="auto" w:fill="FFFFFF" w:themeFill="background1"/>
              <w:jc w:val="both"/>
            </w:pPr>
            <w:r>
              <w:rPr>
                <w:b/>
              </w:rPr>
              <w:lastRenderedPageBreak/>
              <w:t>- Hoạt động 2: Chia sẻ với các bạn điều em thích nhất trong câu chuyện, bài thơ đã đọc.</w:t>
            </w:r>
          </w:p>
          <w:p w14:paraId="2401C1A7" w14:textId="77777777" w:rsidR="0076342C" w:rsidRDefault="006E6C0F" w:rsidP="005F1C81">
            <w:pPr>
              <w:shd w:val="clear" w:color="auto" w:fill="FFFFFF" w:themeFill="background1"/>
              <w:jc w:val="both"/>
            </w:pPr>
            <w:r>
              <w:t>- GV tổ chức HS chia sẻ nhóm 4 theo gợi ý: Tên câu chuyện/bài thơ; điều em thích nhất trong câu chuyện/bài thơ đó.</w:t>
            </w:r>
          </w:p>
        </w:tc>
        <w:tc>
          <w:tcPr>
            <w:tcW w:w="5159" w:type="dxa"/>
            <w:tcBorders>
              <w:top w:val="nil"/>
              <w:bottom w:val="nil"/>
            </w:tcBorders>
            <w:vAlign w:val="center"/>
          </w:tcPr>
          <w:p w14:paraId="726EF590" w14:textId="77777777" w:rsidR="0076342C" w:rsidRDefault="006E6C0F" w:rsidP="005F1C81">
            <w:pPr>
              <w:shd w:val="clear" w:color="auto" w:fill="FFFFFF" w:themeFill="background1"/>
              <w:jc w:val="both"/>
            </w:pPr>
            <w:r>
              <w:t>- HS chia sẻ nhóm 4.</w:t>
            </w:r>
          </w:p>
          <w:p w14:paraId="25CF839C" w14:textId="77777777" w:rsidR="0076342C" w:rsidRDefault="006E6C0F" w:rsidP="005F1C81">
            <w:pPr>
              <w:shd w:val="clear" w:color="auto" w:fill="FFFFFF" w:themeFill="background1"/>
              <w:jc w:val="both"/>
            </w:pPr>
            <w:r>
              <w:t>- Ví dụ: Em đọc bài thơ về mùa xuân. Em thích hình ảnh cây cối đâm chồi, hoa nở vì làm cho cảnh vật tươi đẹp.</w:t>
            </w:r>
          </w:p>
        </w:tc>
      </w:tr>
      <w:tr w:rsidR="0076342C" w14:paraId="5C98B970" w14:textId="77777777" w:rsidTr="005F1C81">
        <w:trPr>
          <w:jc w:val="center"/>
        </w:trPr>
        <w:tc>
          <w:tcPr>
            <w:tcW w:w="5159" w:type="dxa"/>
            <w:tcBorders>
              <w:top w:val="nil"/>
              <w:bottom w:val="single" w:sz="4" w:space="0" w:color="000000"/>
            </w:tcBorders>
            <w:vAlign w:val="center"/>
          </w:tcPr>
          <w:p w14:paraId="74F289A5" w14:textId="77777777" w:rsidR="0076342C" w:rsidRDefault="006E6C0F" w:rsidP="005F1C81">
            <w:pPr>
              <w:shd w:val="clear" w:color="auto" w:fill="FFFFFF" w:themeFill="background1"/>
              <w:jc w:val="both"/>
            </w:pPr>
            <w:r>
              <w:t>- GV mời 2 – 3 HS chia sẻ trước lớp; nhận xét cách trình bày, khen HS biết đọc mở rộng.</w:t>
            </w:r>
          </w:p>
        </w:tc>
        <w:tc>
          <w:tcPr>
            <w:tcW w:w="5159" w:type="dxa"/>
            <w:tcBorders>
              <w:top w:val="nil"/>
              <w:bottom w:val="single" w:sz="4" w:space="0" w:color="000000"/>
            </w:tcBorders>
            <w:vAlign w:val="center"/>
          </w:tcPr>
          <w:p w14:paraId="179766B8" w14:textId="77777777" w:rsidR="0076342C" w:rsidRDefault="006E6C0F" w:rsidP="005F1C81">
            <w:pPr>
              <w:shd w:val="clear" w:color="auto" w:fill="FFFFFF" w:themeFill="background1"/>
              <w:jc w:val="both"/>
            </w:pPr>
            <w:r>
              <w:t>- HS trình bày trước lớp.</w:t>
            </w:r>
          </w:p>
          <w:p w14:paraId="264C6A5A" w14:textId="77777777" w:rsidR="0076342C" w:rsidRDefault="006E6C0F" w:rsidP="005F1C81">
            <w:pPr>
              <w:shd w:val="clear" w:color="auto" w:fill="FFFFFF" w:themeFill="background1"/>
              <w:jc w:val="both"/>
            </w:pPr>
            <w:r>
              <w:t>- HS khác nhận xét: bạn nói rõ tên bài và điều yêu thích.</w:t>
            </w:r>
          </w:p>
        </w:tc>
      </w:tr>
      <w:tr w:rsidR="0076342C" w14:paraId="58C50CD0" w14:textId="77777777" w:rsidTr="005F1C81">
        <w:trPr>
          <w:jc w:val="center"/>
        </w:trPr>
        <w:tc>
          <w:tcPr>
            <w:tcW w:w="10318" w:type="dxa"/>
            <w:gridSpan w:val="2"/>
            <w:tcBorders>
              <w:top w:val="single" w:sz="4" w:space="0" w:color="000000"/>
              <w:left w:val="single" w:sz="4" w:space="0" w:color="000000"/>
              <w:bottom w:val="single" w:sz="4" w:space="0" w:color="000000"/>
              <w:right w:val="single" w:sz="4" w:space="0" w:color="000000"/>
            </w:tcBorders>
            <w:shd w:val="clear" w:color="auto" w:fill="E2F0D9"/>
            <w:vAlign w:val="center"/>
          </w:tcPr>
          <w:p w14:paraId="6A0EE71C" w14:textId="77777777" w:rsidR="0076342C" w:rsidRDefault="006E6C0F" w:rsidP="005F1C81">
            <w:pPr>
              <w:shd w:val="clear" w:color="auto" w:fill="FFFFFF" w:themeFill="background1"/>
            </w:pPr>
            <w:r>
              <w:rPr>
                <w:b/>
              </w:rPr>
              <w:t>3. VẬN DỤNG (7 phút)</w:t>
            </w:r>
            <w:r>
              <w:rPr>
                <w:b/>
              </w:rPr>
              <w:br/>
              <w:t>Mục tiêu: HS hình thành thói quen đọc mở rộng và chia sẻ với người thân.</w:t>
            </w:r>
          </w:p>
        </w:tc>
      </w:tr>
      <w:tr w:rsidR="0076342C" w14:paraId="2462E4B5" w14:textId="77777777" w:rsidTr="005F1C81">
        <w:trPr>
          <w:jc w:val="center"/>
        </w:trPr>
        <w:tc>
          <w:tcPr>
            <w:tcW w:w="5159" w:type="dxa"/>
            <w:tcBorders>
              <w:top w:val="single" w:sz="4" w:space="0" w:color="000000"/>
            </w:tcBorders>
            <w:vAlign w:val="center"/>
          </w:tcPr>
          <w:p w14:paraId="1A897A21" w14:textId="77777777" w:rsidR="0076342C" w:rsidRDefault="006E6C0F" w:rsidP="005F1C81">
            <w:pPr>
              <w:shd w:val="clear" w:color="auto" w:fill="FFFFFF" w:themeFill="background1"/>
              <w:jc w:val="both"/>
            </w:pPr>
            <w:r>
              <w:t>- GV yêu cầu HS ghi lại tên một câu chuyện/bài thơ về mùa em muốn đọc thêm.</w:t>
            </w:r>
          </w:p>
          <w:p w14:paraId="271F136A" w14:textId="77777777" w:rsidR="0076342C" w:rsidRDefault="006E6C0F" w:rsidP="005F1C81">
            <w:pPr>
              <w:shd w:val="clear" w:color="auto" w:fill="FFFFFF" w:themeFill="background1"/>
              <w:jc w:val="both"/>
            </w:pPr>
            <w:r>
              <w:t>- GV dặn HS đọc cho người thân nghe đoạn em thích; chuẩn bị bài học tuần sau.</w:t>
            </w:r>
          </w:p>
        </w:tc>
        <w:tc>
          <w:tcPr>
            <w:tcW w:w="5159" w:type="dxa"/>
            <w:tcBorders>
              <w:top w:val="single" w:sz="4" w:space="0" w:color="000000"/>
            </w:tcBorders>
            <w:vAlign w:val="center"/>
          </w:tcPr>
          <w:p w14:paraId="6E3891A9" w14:textId="77777777" w:rsidR="0076342C" w:rsidRDefault="006E6C0F" w:rsidP="005F1C81">
            <w:pPr>
              <w:shd w:val="clear" w:color="auto" w:fill="FFFFFF" w:themeFill="background1"/>
              <w:jc w:val="both"/>
            </w:pPr>
            <w:r>
              <w:t>- HS ghi tên bài muốn đọc thêm.</w:t>
            </w:r>
          </w:p>
          <w:p w14:paraId="0B38FD87" w14:textId="77777777" w:rsidR="0076342C" w:rsidRDefault="006E6C0F" w:rsidP="005F1C81">
            <w:pPr>
              <w:shd w:val="clear" w:color="auto" w:fill="FFFFFF" w:themeFill="background1"/>
              <w:jc w:val="both"/>
            </w:pPr>
            <w:r>
              <w:t>- HS ghi nhớ: về nhà đọc và chia sẻ với người thân.</w:t>
            </w:r>
          </w:p>
        </w:tc>
      </w:tr>
    </w:tbl>
    <w:p w14:paraId="00ECC43B" w14:textId="77777777" w:rsidR="0076342C" w:rsidRDefault="006E6C0F" w:rsidP="005F1C81">
      <w:pPr>
        <w:shd w:val="clear" w:color="auto" w:fill="FFFFFF" w:themeFill="background1"/>
        <w:spacing w:after="0" w:line="240" w:lineRule="auto"/>
      </w:pPr>
      <w:r>
        <w:rPr>
          <w:b/>
        </w:rPr>
        <w:t>IV. ĐIỀU CHỈNH SAU TIẾT HỌC (NẾU CÓ)</w:t>
      </w:r>
    </w:p>
    <w:sectPr w:rsidR="0076342C" w:rsidSect="00034616">
      <w:pgSz w:w="11906" w:h="16838"/>
      <w:pgMar w:top="680"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2791963">
    <w:abstractNumId w:val="8"/>
  </w:num>
  <w:num w:numId="2" w16cid:durableId="548035619">
    <w:abstractNumId w:val="6"/>
  </w:num>
  <w:num w:numId="3" w16cid:durableId="1469711397">
    <w:abstractNumId w:val="5"/>
  </w:num>
  <w:num w:numId="4" w16cid:durableId="749740721">
    <w:abstractNumId w:val="4"/>
  </w:num>
  <w:num w:numId="5" w16cid:durableId="2069837419">
    <w:abstractNumId w:val="7"/>
  </w:num>
  <w:num w:numId="6" w16cid:durableId="1515723984">
    <w:abstractNumId w:val="3"/>
  </w:num>
  <w:num w:numId="7" w16cid:durableId="281352101">
    <w:abstractNumId w:val="2"/>
  </w:num>
  <w:num w:numId="8" w16cid:durableId="777600285">
    <w:abstractNumId w:val="1"/>
  </w:num>
  <w:num w:numId="9" w16cid:durableId="112029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F1C81"/>
    <w:rsid w:val="006E6C0F"/>
    <w:rsid w:val="0076342C"/>
    <w:rsid w:val="00A374A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994CD"/>
  <w14:defaultImageDpi w14:val="300"/>
  <w15:docId w15:val="{AB0D1B48-C96A-458F-9662-7350B23F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D6B3E-D5D3-4A6F-90C5-C1027E64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4679</Words>
  <Characters>26671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2026-06-08T02:25:00Z</dcterms:created>
  <dcterms:modified xsi:type="dcterms:W3CDTF">2026-08-17T14:09:00Z</dcterms:modified>
  <cp:category/>
</cp:coreProperties>
</file>