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B61" w:rsidRPr="006347EC" w:rsidRDefault="00E34FE6">
      <w:pPr>
        <w:jc w:val="center"/>
      </w:pPr>
      <w:r w:rsidRPr="006347EC">
        <w:rPr>
          <w:b/>
          <w:sz w:val="28"/>
        </w:rPr>
        <w:t>TUẦN 20</w:t>
      </w:r>
    </w:p>
    <w:p w:rsidR="00854B61" w:rsidRPr="006347EC" w:rsidRDefault="00E34FE6">
      <w:pPr>
        <w:jc w:val="center"/>
      </w:pPr>
      <w:r w:rsidRPr="006347EC">
        <w:rPr>
          <w:b/>
          <w:sz w:val="28"/>
        </w:rPr>
        <w:t>KẾ HOẠCH BÀI DẠY MÔN TOÁN 3</w:t>
      </w:r>
    </w:p>
    <w:p w:rsidR="00854B61" w:rsidRPr="006347EC" w:rsidRDefault="00E34FE6">
      <w:pPr>
        <w:jc w:val="center"/>
      </w:pPr>
      <w:r w:rsidRPr="006347EC">
        <w:rPr>
          <w:b/>
        </w:rPr>
        <w:t>CHỦ ĐỀ 8: CÁC SỐ ĐẾN 10 000</w:t>
      </w:r>
    </w:p>
    <w:p w:rsidR="00854B61" w:rsidRPr="006347EC" w:rsidRDefault="00E34FE6">
      <w:pPr>
        <w:jc w:val="center"/>
      </w:pPr>
      <w:r w:rsidRPr="006347EC">
        <w:rPr>
          <w:b/>
        </w:rPr>
        <w:t>Bài 47: LÀM QUEN VỚI CHỮ SỐ LA MÃ (Tiết 1) - Trang 12, 13</w:t>
      </w:r>
    </w:p>
    <w:p w:rsidR="00854B61" w:rsidRPr="006347EC" w:rsidRDefault="00E34FE6">
      <w:r w:rsidRPr="006347EC">
        <w:rPr>
          <w:b/>
        </w:rPr>
        <w:t>I. YÊU CẦU CẦN ĐẠT:</w:t>
      </w:r>
    </w:p>
    <w:p w:rsidR="00854B61" w:rsidRPr="006347EC" w:rsidRDefault="00E34FE6">
      <w:r w:rsidRPr="006347EC">
        <w:rPr>
          <w:b/>
        </w:rPr>
        <w:t>1. Năng lực đặc thù:</w:t>
      </w:r>
    </w:p>
    <w:p w:rsidR="00854B61" w:rsidRPr="006347EC" w:rsidRDefault="00E34FE6">
      <w:r w:rsidRPr="006347EC">
        <w:t>- Nhận biết được các chữ số La Mã I, V, X và một số chữ số La Mã từ I đến XX.</w:t>
      </w:r>
    </w:p>
    <w:p w:rsidR="00854B61" w:rsidRPr="006347EC" w:rsidRDefault="00E34FE6">
      <w:r w:rsidRPr="006347EC">
        <w:t>- Đọc được một số giờ đúng trên đồng hồ có ghi chữ số La Mã.</w:t>
      </w:r>
    </w:p>
    <w:p w:rsidR="00854B61" w:rsidRPr="006347EC" w:rsidRDefault="00E34FE6">
      <w:r w:rsidRPr="006347EC">
        <w:t>- Ghép được số tự nhiên với chữ số La Mã tương ứng.</w:t>
      </w:r>
    </w:p>
    <w:p w:rsidR="00854B61" w:rsidRPr="006347EC" w:rsidRDefault="00E34FE6">
      <w:r w:rsidRPr="006347EC">
        <w:t>- Bước đầu nhận xét được cách sắp xếp các chữ số La Mã trên mặt đồng hồ.</w:t>
      </w:r>
    </w:p>
    <w:p w:rsidR="00854B61" w:rsidRPr="006347EC" w:rsidRDefault="00E34FE6">
      <w:r w:rsidRPr="006347EC">
        <w:rPr>
          <w:b/>
        </w:rPr>
        <w:t>2. Năng lực chung:</w:t>
      </w:r>
    </w:p>
    <w:p w:rsidR="00854B61" w:rsidRPr="006347EC" w:rsidRDefault="00E34FE6">
      <w:r w:rsidRPr="006347EC">
        <w:t>- Tự chủ, tự học: tự quan sát bảng chữ số La Mã, đọc số và kiểm tra kết quả.</w:t>
      </w:r>
    </w:p>
    <w:p w:rsidR="00854B61" w:rsidRPr="006347EC" w:rsidRDefault="00E34FE6">
      <w:r w:rsidRPr="006347EC">
        <w:t>- Giao tiếp và hợp tác: trao đổi nhóm đôi khi ghép số tự nhiên với số La Mã.</w:t>
      </w:r>
    </w:p>
    <w:p w:rsidR="00854B61" w:rsidRPr="006347EC" w:rsidRDefault="00E34FE6">
      <w:r w:rsidRPr="006347EC">
        <w:t>- Giải quyết vấn đề và sáng tạo: nhận biết quy luật tạo số La Mã và phác thảo mặt đồng hồ.</w:t>
      </w:r>
    </w:p>
    <w:p w:rsidR="00854B61" w:rsidRPr="006347EC" w:rsidRDefault="00E34FE6">
      <w:r w:rsidRPr="006347EC">
        <w:rPr>
          <w:b/>
        </w:rPr>
        <w:t>3. Phẩm chất:</w:t>
      </w:r>
    </w:p>
    <w:p w:rsidR="00854B61" w:rsidRPr="006347EC" w:rsidRDefault="00E34FE6">
      <w:r w:rsidRPr="006347EC">
        <w:t>- Chăm chỉ: tích cực đọc, viết, ghép chữ số La Mã.</w:t>
      </w:r>
    </w:p>
    <w:p w:rsidR="00854B61" w:rsidRPr="006347EC" w:rsidRDefault="00E34FE6">
      <w:r w:rsidRPr="006347EC">
        <w:t>- Trung thực: nêu đúng kết quả quan sát, không đoán khi chưa đối chiếu bảng số.</w:t>
      </w:r>
    </w:p>
    <w:p w:rsidR="00854B61" w:rsidRPr="006347EC" w:rsidRDefault="00E34FE6">
      <w:r w:rsidRPr="006347EC">
        <w:t>- Trách nhiệm: sử dụng thiết bị số và vật liệu phác thảo theo hướng dẫn.</w:t>
      </w:r>
    </w:p>
    <w:p w:rsidR="00854B61" w:rsidRPr="006347EC" w:rsidRDefault="00E34FE6">
      <w:r w:rsidRPr="006347EC">
        <w:rPr>
          <w:b/>
        </w:rPr>
        <w:t>4. Tích hợp:</w:t>
      </w:r>
    </w:p>
    <w:p w:rsidR="00854B61" w:rsidRPr="006347EC" w:rsidRDefault="00E34FE6">
      <w:r w:rsidRPr="006347EC">
        <w:t>- Tích hợp NLS 1.1.CB1a: HS quan sát hình ảnh đồng hồ La Mã do GV chọn từ Google Search, đối chiếu vị trí các chữ số La Mã I đến XII trên mặt đồng hồ và ghi nhanh cách sắp xếp vào phiếu học tập hoặc PowerPoint.</w:t>
      </w:r>
    </w:p>
    <w:p w:rsidR="00854B61" w:rsidRPr="006347EC" w:rsidRDefault="00E34FE6">
      <w:r w:rsidRPr="006347EC">
        <w:t>- Tích hợp AI (Khung 3439) - 3.C5.2: Nhận biết AI hỗ trợ nhận dạng các ký tự ngôn ngữ hoặc ký hiệu đặc biệt.</w:t>
      </w:r>
    </w:p>
    <w:p w:rsidR="00854B61" w:rsidRPr="006347EC" w:rsidRDefault="00E34FE6">
      <w:r w:rsidRPr="006347EC">
        <w:rPr>
          <w:b/>
        </w:rPr>
        <w:t>II. ĐỒ DÙNG DẠY HỌC</w:t>
      </w:r>
    </w:p>
    <w:p w:rsidR="00854B61" w:rsidRPr="006347EC" w:rsidRDefault="00E34FE6">
      <w:r w:rsidRPr="006347EC">
        <w:t>- Kế hoạch bài dạy, SGK Toán 3 tập hai, bài giảng PowerPoint.</w:t>
      </w:r>
    </w:p>
    <w:p w:rsidR="00854B61" w:rsidRPr="006347EC" w:rsidRDefault="00E34FE6">
      <w:r w:rsidRPr="006347EC">
        <w:t>- Hình ảnh đồng hồ La Mã, Google Search an toàn, phiếu học tập hoặc PowerPoint để ghi nhanh vị trí chữ số La Mã.</w:t>
      </w:r>
    </w:p>
    <w:p w:rsidR="00854B61" w:rsidRPr="006347EC" w:rsidRDefault="00E34FE6">
      <w:r w:rsidRPr="006347EC">
        <w:t>- Hình cắt từ SGK trang 12, 13.</w:t>
      </w:r>
    </w:p>
    <w:p w:rsidR="00854B61" w:rsidRPr="006347EC" w:rsidRDefault="00E34FE6">
      <w:r w:rsidRPr="006347EC">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6347EC" w:rsidRPr="006347EC" w:rsidTr="006347EC">
        <w:trPr>
          <w:jc w:val="center"/>
        </w:trPr>
        <w:tc>
          <w:tcPr>
            <w:tcW w:w="5040" w:type="dxa"/>
            <w:tcBorders>
              <w:bottom w:val="single" w:sz="8" w:space="0" w:color="000000"/>
            </w:tcBorders>
            <w:shd w:val="clear" w:color="auto" w:fill="auto"/>
          </w:tcPr>
          <w:p w:rsidR="00854B61" w:rsidRPr="006347EC" w:rsidRDefault="00E34FE6">
            <w:r w:rsidRPr="006347EC">
              <w:rPr>
                <w:b/>
              </w:rPr>
              <w:t>Hoạt động của giáo viên</w:t>
            </w:r>
          </w:p>
        </w:tc>
        <w:tc>
          <w:tcPr>
            <w:tcW w:w="5040" w:type="dxa"/>
            <w:tcBorders>
              <w:bottom w:val="single" w:sz="8" w:space="0" w:color="000000"/>
            </w:tcBorders>
            <w:shd w:val="clear" w:color="auto" w:fill="auto"/>
          </w:tcPr>
          <w:p w:rsidR="00854B61" w:rsidRPr="006347EC" w:rsidRDefault="00E34FE6">
            <w:r w:rsidRPr="006347EC">
              <w:rPr>
                <w:b/>
              </w:rPr>
              <w:t>Hoạt động của học sinh</w:t>
            </w:r>
          </w:p>
        </w:tc>
      </w:tr>
      <w:tr w:rsidR="006347EC" w:rsidRPr="006347EC" w:rsidTr="006347EC">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1. Khởi động (5 phút):</w:t>
            </w:r>
          </w:p>
          <w:p w:rsidR="00854B61" w:rsidRPr="006347EC" w:rsidRDefault="00E34FE6">
            <w:r w:rsidRPr="006347EC">
              <w:t>- Mục tiêu: Gợi nhớ cách đọc đồng hồ và tạo hứng thú với chữ số La Mã.</w:t>
            </w:r>
          </w:p>
          <w:p w:rsidR="00854B61" w:rsidRPr="006347EC" w:rsidRDefault="00E34FE6">
            <w:r w:rsidRPr="006347EC">
              <w:t>*Cách tiến hành:</w:t>
            </w:r>
          </w:p>
        </w:tc>
      </w:tr>
      <w:tr w:rsidR="006347EC" w:rsidRPr="006347EC" w:rsidTr="006347EC">
        <w:trPr>
          <w:jc w:val="center"/>
        </w:trPr>
        <w:tc>
          <w:tcPr>
            <w:tcW w:w="5000" w:type="dxa"/>
            <w:tcBorders>
              <w:top w:val="single" w:sz="8" w:space="0" w:color="000000"/>
            </w:tcBorders>
            <w:shd w:val="clear" w:color="auto" w:fill="auto"/>
          </w:tcPr>
          <w:p w:rsidR="00854B61" w:rsidRPr="006347EC" w:rsidRDefault="00E34FE6">
            <w:r w:rsidRPr="006347EC">
              <w:t>- GV tổ chức trò chơi “Đồng hồ bí mật”, chiếu một đồng hồ thường và yêu cầu HS đọc giờ.</w:t>
            </w:r>
          </w:p>
        </w:tc>
        <w:tc>
          <w:tcPr>
            <w:tcW w:w="5000" w:type="dxa"/>
            <w:tcBorders>
              <w:top w:val="single" w:sz="8" w:space="0" w:color="000000"/>
            </w:tcBorders>
            <w:shd w:val="clear" w:color="auto" w:fill="auto"/>
          </w:tcPr>
          <w:p w:rsidR="00854B61" w:rsidRPr="006347EC" w:rsidRDefault="00E34FE6">
            <w:r w:rsidRPr="006347EC">
              <w:t>- HS tham gia trò chơi và đọc giờ đúng.</w:t>
            </w:r>
          </w:p>
        </w:tc>
      </w:tr>
      <w:tr w:rsidR="006347EC" w:rsidRPr="006347EC" w:rsidTr="006347EC">
        <w:trPr>
          <w:jc w:val="center"/>
        </w:trPr>
        <w:tc>
          <w:tcPr>
            <w:tcW w:w="5000" w:type="dxa"/>
            <w:shd w:val="clear" w:color="auto" w:fill="auto"/>
          </w:tcPr>
          <w:p w:rsidR="00854B61" w:rsidRPr="006347EC" w:rsidRDefault="00E34FE6">
            <w:r w:rsidRPr="006347EC">
              <w:t>- GV hỏi: Trên mặt đồng hồ, các số thường được ghi bằng chữ số nào?</w:t>
            </w:r>
          </w:p>
        </w:tc>
        <w:tc>
          <w:tcPr>
            <w:tcW w:w="5000" w:type="dxa"/>
            <w:shd w:val="clear" w:color="auto" w:fill="auto"/>
          </w:tcPr>
          <w:p w:rsidR="00854B61" w:rsidRPr="006347EC" w:rsidRDefault="00E34FE6">
            <w:r w:rsidRPr="006347EC">
              <w:t>- HS trả lời: Thường ghi bằng chữ số Ả Rập như 1, 2, 3, 4,...</w:t>
            </w:r>
          </w:p>
        </w:tc>
      </w:tr>
      <w:tr w:rsidR="006347EC" w:rsidRPr="006347EC" w:rsidTr="006347EC">
        <w:trPr>
          <w:jc w:val="center"/>
        </w:trPr>
        <w:tc>
          <w:tcPr>
            <w:tcW w:w="5000" w:type="dxa"/>
            <w:shd w:val="clear" w:color="auto" w:fill="auto"/>
          </w:tcPr>
          <w:p w:rsidR="00854B61" w:rsidRPr="006347EC" w:rsidRDefault="00E34FE6">
            <w:r w:rsidRPr="006347EC">
              <w:t>- GV giới thiệu: Một số đồng hồ dùng chữ số La Mã để ghi số.</w:t>
            </w:r>
          </w:p>
        </w:tc>
        <w:tc>
          <w:tcPr>
            <w:tcW w:w="5000" w:type="dxa"/>
            <w:shd w:val="clear" w:color="auto" w:fill="auto"/>
          </w:tcPr>
          <w:p w:rsidR="00854B61" w:rsidRPr="006347EC" w:rsidRDefault="00E34FE6">
            <w:r w:rsidRPr="006347EC">
              <w:t>- HS lắng nghe và quan sát hình minh họa.</w:t>
            </w:r>
          </w:p>
        </w:tc>
      </w:tr>
      <w:tr w:rsidR="006347EC" w:rsidRPr="006347EC" w:rsidTr="006347EC">
        <w:trPr>
          <w:jc w:val="center"/>
        </w:trPr>
        <w:tc>
          <w:tcPr>
            <w:tcW w:w="5000" w:type="dxa"/>
            <w:shd w:val="clear" w:color="auto" w:fill="auto"/>
          </w:tcPr>
          <w:p w:rsidR="00854B61" w:rsidRPr="006347EC" w:rsidRDefault="00E34FE6">
            <w:r w:rsidRPr="006347EC">
              <w:t>- GV dẫn dắt vào bài học “Làm quen với chữ số La Mã”.</w:t>
            </w:r>
          </w:p>
        </w:tc>
        <w:tc>
          <w:tcPr>
            <w:tcW w:w="5000" w:type="dxa"/>
            <w:shd w:val="clear" w:color="auto" w:fill="auto"/>
          </w:tcPr>
          <w:p w:rsidR="00854B61" w:rsidRPr="006347EC" w:rsidRDefault="00E34FE6">
            <w:r w:rsidRPr="006347EC">
              <w:t>- HS ghi tên bài vào vở.</w:t>
            </w:r>
          </w:p>
        </w:tc>
      </w:tr>
      <w:tr w:rsidR="006347EC" w:rsidRPr="006347EC" w:rsidTr="006347EC">
        <w:trPr>
          <w:jc w:val="center"/>
        </w:trPr>
        <w:tc>
          <w:tcPr>
            <w:tcW w:w="10080" w:type="dxa"/>
            <w:gridSpan w:val="2"/>
            <w:shd w:val="clear" w:color="auto" w:fill="auto"/>
          </w:tcPr>
          <w:p w:rsidR="00854B61" w:rsidRPr="006347EC" w:rsidRDefault="00E34FE6">
            <w:r w:rsidRPr="006347EC">
              <w:rPr>
                <w:b/>
              </w:rPr>
              <w:t>2. Khám phá (10 phút):</w:t>
            </w:r>
          </w:p>
          <w:p w:rsidR="00854B61" w:rsidRPr="006347EC" w:rsidRDefault="00E34FE6">
            <w:r w:rsidRPr="006347EC">
              <w:t>- Mục tiêu: Nhận biết các chữ số La Mã I, V, X và bảng chữ số La Mã từ 1 đến 20.</w:t>
            </w:r>
          </w:p>
          <w:p w:rsidR="00854B61" w:rsidRPr="006347EC" w:rsidRDefault="00E34FE6">
            <w:r w:rsidRPr="006347EC">
              <w:t xml:space="preserve">- Mục tiêu tích hợp AI 3.C5.2: HS nhận biết AI có thể hỗ trợ nhận dạng ký hiệu nhưng cần </w:t>
            </w:r>
            <w:r w:rsidRPr="006347EC">
              <w:lastRenderedPageBreak/>
              <w:t>con người kiểm tra lại.</w:t>
            </w:r>
          </w:p>
          <w:p w:rsidR="00854B61" w:rsidRPr="006347EC" w:rsidRDefault="00E34FE6">
            <w:r w:rsidRPr="006347EC">
              <w:t>*Cách tiến hành:</w:t>
            </w:r>
          </w:p>
        </w:tc>
      </w:tr>
      <w:tr w:rsidR="006347EC" w:rsidRPr="006347EC" w:rsidTr="006347EC">
        <w:trPr>
          <w:jc w:val="center"/>
        </w:trPr>
        <w:tc>
          <w:tcPr>
            <w:tcW w:w="5000" w:type="dxa"/>
            <w:shd w:val="clear" w:color="auto" w:fill="auto"/>
          </w:tcPr>
          <w:p w:rsidR="00854B61" w:rsidRPr="006347EC" w:rsidRDefault="00E34FE6">
            <w:r w:rsidRPr="006347EC">
              <w:lastRenderedPageBreak/>
              <w:t>Khám phá. Làm quen với chữ số La Mã.</w:t>
            </w:r>
          </w:p>
          <w:p w:rsidR="00854B61" w:rsidRPr="006347EC" w:rsidRDefault="00E34FE6" w:rsidP="006347EC">
            <w:r w:rsidRPr="006347EC">
              <w:t>- HS quan sát hình trong SGK.</w:t>
            </w:r>
          </w:p>
        </w:tc>
        <w:tc>
          <w:tcPr>
            <w:tcW w:w="5000" w:type="dxa"/>
            <w:shd w:val="clear" w:color="auto" w:fill="auto"/>
          </w:tcPr>
          <w:p w:rsidR="00854B61" w:rsidRPr="006347EC" w:rsidRDefault="00E34FE6">
            <w:r w:rsidRPr="006347EC">
              <w:t>- HS quan sát tranh khám phá.</w:t>
            </w:r>
          </w:p>
        </w:tc>
      </w:tr>
      <w:tr w:rsidR="006347EC" w:rsidRPr="006347EC" w:rsidTr="006347EC">
        <w:trPr>
          <w:jc w:val="center"/>
        </w:trPr>
        <w:tc>
          <w:tcPr>
            <w:tcW w:w="5000" w:type="dxa"/>
            <w:shd w:val="clear" w:color="auto" w:fill="auto"/>
          </w:tcPr>
          <w:p w:rsidR="00854B61" w:rsidRPr="006347EC" w:rsidRDefault="00E34FE6">
            <w:r w:rsidRPr="006347EC">
              <w:t>- GV yêu cầu HS đọc lời thoại của bạn nhỏ và Rô-bốt trong tranh.</w:t>
            </w:r>
          </w:p>
        </w:tc>
        <w:tc>
          <w:tcPr>
            <w:tcW w:w="5000" w:type="dxa"/>
            <w:shd w:val="clear" w:color="auto" w:fill="auto"/>
          </w:tcPr>
          <w:p w:rsidR="00854B61" w:rsidRPr="006347EC" w:rsidRDefault="00E34FE6">
            <w:r w:rsidRPr="006347EC">
              <w:t>- HS đọc: “Tớ không biết xem đồng hồ này!”; “Đồng hồ dùng chữ số La Mã để ghi số đấy.”</w:t>
            </w:r>
          </w:p>
        </w:tc>
      </w:tr>
      <w:tr w:rsidR="006347EC" w:rsidRPr="006347EC" w:rsidTr="006347EC">
        <w:trPr>
          <w:jc w:val="center"/>
        </w:trPr>
        <w:tc>
          <w:tcPr>
            <w:tcW w:w="5000" w:type="dxa"/>
            <w:shd w:val="clear" w:color="auto" w:fill="auto"/>
          </w:tcPr>
          <w:p w:rsidR="00854B61" w:rsidRPr="006347EC" w:rsidRDefault="00E34FE6">
            <w:r w:rsidRPr="006347EC">
              <w:t>- GV giới thiệu: Chữ số La Mã thường dùng I là một, V là năm, X là mười.</w:t>
            </w:r>
          </w:p>
        </w:tc>
        <w:tc>
          <w:tcPr>
            <w:tcW w:w="5000" w:type="dxa"/>
            <w:shd w:val="clear" w:color="auto" w:fill="auto"/>
          </w:tcPr>
          <w:p w:rsidR="00854B61" w:rsidRPr="006347EC" w:rsidRDefault="00E34FE6">
            <w:r w:rsidRPr="006347EC">
              <w:t>- HS nhắc lại: I: một; V: năm; X: mười.</w:t>
            </w:r>
          </w:p>
        </w:tc>
      </w:tr>
      <w:tr w:rsidR="006347EC" w:rsidRPr="006347EC" w:rsidTr="006347EC">
        <w:trPr>
          <w:jc w:val="center"/>
        </w:trPr>
        <w:tc>
          <w:tcPr>
            <w:tcW w:w="5000" w:type="dxa"/>
            <w:shd w:val="clear" w:color="auto" w:fill="auto"/>
          </w:tcPr>
          <w:p w:rsidR="00854B61" w:rsidRPr="006347EC" w:rsidRDefault="00E34FE6">
            <w:r w:rsidRPr="006347EC">
              <w:t>- GV hướng dẫn HS quan sát bảng số La Mã từ 1 đến 20 và đọc theo từng hàng.</w:t>
            </w:r>
          </w:p>
        </w:tc>
        <w:tc>
          <w:tcPr>
            <w:tcW w:w="5000" w:type="dxa"/>
            <w:shd w:val="clear" w:color="auto" w:fill="auto"/>
          </w:tcPr>
          <w:p w:rsidR="00854B61" w:rsidRPr="006347EC" w:rsidRDefault="00E34FE6">
            <w:r w:rsidRPr="006347EC">
              <w:t>- HS đọc: I, II, III, IV, V, VI, VII, VIII, IX, X; XI, XII, XIII, XIV, XV, XVI, XVII, XVIII, XIX, XX.</w:t>
            </w:r>
          </w:p>
        </w:tc>
      </w:tr>
      <w:tr w:rsidR="006347EC" w:rsidRPr="006347EC" w:rsidTr="006347EC">
        <w:trPr>
          <w:jc w:val="center"/>
        </w:trPr>
        <w:tc>
          <w:tcPr>
            <w:tcW w:w="5000" w:type="dxa"/>
            <w:shd w:val="clear" w:color="auto" w:fill="auto"/>
          </w:tcPr>
          <w:p w:rsidR="00854B61" w:rsidRPr="006347EC" w:rsidRDefault="00E34FE6">
            <w:r w:rsidRPr="006347EC">
              <w:t>- Tích hợp AI: GV trình chiếu một hình có chữ số XII hoặc XIV và dùng công cụ nhận dạng hình ảnh/OCR để minh họa cách AI nhận diện ký hiệu.</w:t>
            </w:r>
          </w:p>
        </w:tc>
        <w:tc>
          <w:tcPr>
            <w:tcW w:w="5000" w:type="dxa"/>
            <w:shd w:val="clear" w:color="auto" w:fill="auto"/>
          </w:tcPr>
          <w:p w:rsidR="00854B61" w:rsidRPr="006347EC" w:rsidRDefault="00E34FE6">
            <w:r w:rsidRPr="006347EC">
              <w:t>- HS quan sát, nêu: AI có thể nhận dạng ký hiệu nhưng em vẫn cần đối chiếu với bảng chữ số La Mã.</w:t>
            </w:r>
          </w:p>
        </w:tc>
      </w:tr>
      <w:tr w:rsidR="006347EC" w:rsidRPr="006347EC" w:rsidTr="006347EC">
        <w:trPr>
          <w:jc w:val="center"/>
        </w:trPr>
        <w:tc>
          <w:tcPr>
            <w:tcW w:w="5000" w:type="dxa"/>
            <w:shd w:val="clear" w:color="auto" w:fill="auto"/>
          </w:tcPr>
          <w:p w:rsidR="00854B61" w:rsidRPr="006347EC" w:rsidRDefault="00E34FE6">
            <w:r w:rsidRPr="006347EC">
              <w:t>- GV hỏi: Vì sao khi dùng AI nhận dạng chữ số La Mã, em không nên tin ngay kết quả?</w:t>
            </w:r>
          </w:p>
        </w:tc>
        <w:tc>
          <w:tcPr>
            <w:tcW w:w="5000" w:type="dxa"/>
            <w:shd w:val="clear" w:color="auto" w:fill="auto"/>
          </w:tcPr>
          <w:p w:rsidR="00854B61" w:rsidRPr="006347EC" w:rsidRDefault="00E34FE6">
            <w:r w:rsidRPr="006347EC">
              <w:t>- HS trả lời: Vì nếu ảnh mờ hoặc chữ viết chưa rõ, AI có thể nhận sai.</w:t>
            </w:r>
          </w:p>
        </w:tc>
      </w:tr>
      <w:tr w:rsidR="006347EC" w:rsidRPr="006347EC" w:rsidTr="006347EC">
        <w:trPr>
          <w:jc w:val="center"/>
        </w:trPr>
        <w:tc>
          <w:tcPr>
            <w:tcW w:w="5000" w:type="dxa"/>
            <w:tcBorders>
              <w:bottom w:val="single" w:sz="8" w:space="0" w:color="000000"/>
            </w:tcBorders>
            <w:shd w:val="clear" w:color="auto" w:fill="auto"/>
          </w:tcPr>
          <w:p w:rsidR="00854B61" w:rsidRPr="006347EC" w:rsidRDefault="00E34FE6">
            <w:r w:rsidRPr="006347EC">
              <w:t>- GV kết luận: Muốn đọc đúng số La Mã, cần nhớ các kí hiệu I, V, X và đối chiếu cẩn thận với bảng số.</w:t>
            </w:r>
          </w:p>
        </w:tc>
        <w:tc>
          <w:tcPr>
            <w:tcW w:w="5000" w:type="dxa"/>
            <w:tcBorders>
              <w:bottom w:val="single" w:sz="8" w:space="0" w:color="000000"/>
            </w:tcBorders>
            <w:shd w:val="clear" w:color="auto" w:fill="auto"/>
          </w:tcPr>
          <w:p w:rsidR="00854B61" w:rsidRPr="006347EC" w:rsidRDefault="00E34FE6">
            <w:r w:rsidRPr="006347EC">
              <w:t>- HS lắng nghe và ghi nhớ.</w:t>
            </w:r>
          </w:p>
        </w:tc>
      </w:tr>
      <w:tr w:rsidR="006347EC" w:rsidRPr="006347EC" w:rsidTr="006347EC">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3. Hoạt động (15 phút):</w:t>
            </w:r>
          </w:p>
          <w:p w:rsidR="00854B61" w:rsidRPr="006347EC" w:rsidRDefault="00E34FE6">
            <w:r w:rsidRPr="006347EC">
              <w:t>- Mục tiêu: Đọc giờ trên đồng hồ La Mã, ghép số tự nhiên với số La Mã và viết số La Mã.</w:t>
            </w:r>
          </w:p>
          <w:p w:rsidR="00854B61" w:rsidRPr="006347EC" w:rsidRDefault="00E34FE6">
            <w:r w:rsidRPr="006347EC">
              <w:t>- Mục tiêu tích hợp NLS 1.1.CB1a: HS quan sát đồng hồ La Mã trên Google Search và phác thảo mặt đồng hồ bằng Canva hoặc PowerPoint.</w:t>
            </w:r>
          </w:p>
          <w:p w:rsidR="00854B61" w:rsidRPr="006347EC" w:rsidRDefault="00E34FE6">
            <w:r w:rsidRPr="006347EC">
              <w:t>*Cách tiến hành:</w:t>
            </w:r>
          </w:p>
        </w:tc>
      </w:tr>
      <w:tr w:rsidR="006347EC" w:rsidRPr="006347EC" w:rsidTr="006347EC">
        <w:trPr>
          <w:jc w:val="center"/>
        </w:trPr>
        <w:tc>
          <w:tcPr>
            <w:tcW w:w="5000" w:type="dxa"/>
            <w:tcBorders>
              <w:top w:val="single" w:sz="8" w:space="0" w:color="000000"/>
            </w:tcBorders>
            <w:shd w:val="clear" w:color="auto" w:fill="auto"/>
          </w:tcPr>
          <w:p w:rsidR="00854B61" w:rsidRPr="006347EC" w:rsidRDefault="00E34FE6">
            <w:r w:rsidRPr="006347EC">
              <w:rPr>
                <w:b/>
              </w:rPr>
              <w:t>Bài 1. Mỗi đồng hồ chỉ mấy giờ? (Làm việc cá nhân)</w:t>
            </w:r>
          </w:p>
          <w:p w:rsidR="00854B61" w:rsidRPr="006347EC" w:rsidRDefault="00E34FE6">
            <w:r w:rsidRPr="006347EC">
              <w:t>- HS quan sát hình Bài 1.</w:t>
            </w:r>
          </w:p>
          <w:p w:rsidR="00854B61" w:rsidRPr="006347EC" w:rsidRDefault="00854B61" w:rsidP="006347EC"/>
        </w:tc>
        <w:tc>
          <w:tcPr>
            <w:tcW w:w="5000" w:type="dxa"/>
            <w:tcBorders>
              <w:top w:val="single" w:sz="8" w:space="0" w:color="000000"/>
            </w:tcBorders>
            <w:shd w:val="clear" w:color="auto" w:fill="auto"/>
          </w:tcPr>
          <w:p w:rsidR="00854B61" w:rsidRPr="006347EC" w:rsidRDefault="00E34FE6">
            <w:r w:rsidRPr="006347EC">
              <w:t>- HS quan sát các đồng hồ A, B, C, D.</w:t>
            </w:r>
          </w:p>
        </w:tc>
      </w:tr>
      <w:tr w:rsidR="006347EC" w:rsidRPr="006347EC" w:rsidTr="006347EC">
        <w:trPr>
          <w:jc w:val="center"/>
        </w:trPr>
        <w:tc>
          <w:tcPr>
            <w:tcW w:w="5000" w:type="dxa"/>
            <w:shd w:val="clear" w:color="auto" w:fill="auto"/>
          </w:tcPr>
          <w:p w:rsidR="00854B61" w:rsidRPr="006347EC" w:rsidRDefault="00E34FE6">
            <w:r w:rsidRPr="006347EC">
              <w:t>- GV yêu cầu HS đọc yêu cầu Bài 1.</w:t>
            </w:r>
          </w:p>
        </w:tc>
        <w:tc>
          <w:tcPr>
            <w:tcW w:w="5000" w:type="dxa"/>
            <w:shd w:val="clear" w:color="auto" w:fill="auto"/>
          </w:tcPr>
          <w:p w:rsidR="00854B61" w:rsidRPr="006347EC" w:rsidRDefault="00E34FE6">
            <w:r w:rsidRPr="006347EC">
              <w:t>- HS đọc: Mỗi đồng hồ chỉ mấy giờ?</w:t>
            </w:r>
          </w:p>
        </w:tc>
      </w:tr>
      <w:tr w:rsidR="006347EC" w:rsidRPr="006347EC" w:rsidTr="006347EC">
        <w:trPr>
          <w:jc w:val="center"/>
        </w:trPr>
        <w:tc>
          <w:tcPr>
            <w:tcW w:w="5000" w:type="dxa"/>
            <w:shd w:val="clear" w:color="auto" w:fill="auto"/>
          </w:tcPr>
          <w:p w:rsidR="00854B61" w:rsidRPr="006347EC" w:rsidRDefault="00E34FE6">
            <w:r w:rsidRPr="006347EC">
              <w:t>- GV hỏi: Đồng hồ A có kim phút chỉ số nào, kim giờ chỉ số nào?</w:t>
            </w:r>
          </w:p>
        </w:tc>
        <w:tc>
          <w:tcPr>
            <w:tcW w:w="5000" w:type="dxa"/>
            <w:shd w:val="clear" w:color="auto" w:fill="auto"/>
          </w:tcPr>
          <w:p w:rsidR="00854B61" w:rsidRPr="006347EC" w:rsidRDefault="00E34FE6">
            <w:r w:rsidRPr="006347EC">
              <w:t>- HS trả lời: Kim phút chỉ XII, kim giờ chỉ I nên đồng hồ A chỉ 1 giờ.</w:t>
            </w:r>
          </w:p>
        </w:tc>
      </w:tr>
      <w:tr w:rsidR="006347EC" w:rsidRPr="006347EC" w:rsidTr="006347EC">
        <w:trPr>
          <w:jc w:val="center"/>
        </w:trPr>
        <w:tc>
          <w:tcPr>
            <w:tcW w:w="5000" w:type="dxa"/>
            <w:shd w:val="clear" w:color="auto" w:fill="auto"/>
          </w:tcPr>
          <w:p w:rsidR="00854B61" w:rsidRPr="006347EC" w:rsidRDefault="00E34FE6">
            <w:r w:rsidRPr="006347EC">
              <w:t>- GV yêu cầu HS đọc các đồng hồ còn lại.</w:t>
            </w:r>
          </w:p>
        </w:tc>
        <w:tc>
          <w:tcPr>
            <w:tcW w:w="5000" w:type="dxa"/>
            <w:shd w:val="clear" w:color="auto" w:fill="auto"/>
          </w:tcPr>
          <w:p w:rsidR="00854B61" w:rsidRPr="006347EC" w:rsidRDefault="00E34FE6">
            <w:r w:rsidRPr="006347EC">
              <w:t>- HS nêu: B chỉ 5 giờ; C chỉ 9 giờ; D chỉ 10 giờ.</w:t>
            </w:r>
          </w:p>
        </w:tc>
      </w:tr>
      <w:tr w:rsidR="006347EC" w:rsidRPr="006347EC" w:rsidTr="006347EC">
        <w:trPr>
          <w:jc w:val="center"/>
        </w:trPr>
        <w:tc>
          <w:tcPr>
            <w:tcW w:w="5000" w:type="dxa"/>
            <w:shd w:val="clear" w:color="auto" w:fill="auto"/>
          </w:tcPr>
          <w:p w:rsidR="00854B61" w:rsidRPr="006347EC" w:rsidRDefault="00E34FE6">
            <w:r w:rsidRPr="006347EC">
              <w:t>- GV cho HS làm bài vào vở, sau đó đổi vở kiểm tra.</w:t>
            </w:r>
          </w:p>
        </w:tc>
        <w:tc>
          <w:tcPr>
            <w:tcW w:w="5000" w:type="dxa"/>
            <w:shd w:val="clear" w:color="auto" w:fill="auto"/>
          </w:tcPr>
          <w:p w:rsidR="00854B61" w:rsidRPr="006347EC" w:rsidRDefault="00E34FE6">
            <w:r w:rsidRPr="006347EC">
              <w:t>- HS ghi đáp án: A: 1 giờ; B: 5 giờ; C: 9 giờ; D: 10 giờ.</w:t>
            </w:r>
          </w:p>
        </w:tc>
      </w:tr>
      <w:tr w:rsidR="006347EC" w:rsidRPr="006347EC" w:rsidTr="006347EC">
        <w:trPr>
          <w:jc w:val="center"/>
        </w:trPr>
        <w:tc>
          <w:tcPr>
            <w:tcW w:w="5000" w:type="dxa"/>
            <w:shd w:val="clear" w:color="auto" w:fill="auto"/>
          </w:tcPr>
          <w:p w:rsidR="00854B61" w:rsidRPr="006347EC" w:rsidRDefault="00E34FE6">
            <w:r w:rsidRPr="006347EC">
              <w:t>- GV kết luận: Khi đọc đồng hồ La Mã, cần nhận biết vị trí các số I đến XII trên mặt đồng hồ.</w:t>
            </w:r>
          </w:p>
        </w:tc>
        <w:tc>
          <w:tcPr>
            <w:tcW w:w="5000" w:type="dxa"/>
            <w:shd w:val="clear" w:color="auto" w:fill="auto"/>
          </w:tcPr>
          <w:p w:rsidR="00854B61" w:rsidRPr="006347EC" w:rsidRDefault="00E34FE6">
            <w:r w:rsidRPr="006347EC">
              <w:t>- HS lắng nghe và sửa bài nếu cần.</w:t>
            </w:r>
          </w:p>
        </w:tc>
      </w:tr>
      <w:tr w:rsidR="006347EC" w:rsidRPr="006347EC" w:rsidTr="006347EC">
        <w:trPr>
          <w:jc w:val="center"/>
        </w:trPr>
        <w:tc>
          <w:tcPr>
            <w:tcW w:w="5000" w:type="dxa"/>
            <w:shd w:val="clear" w:color="auto" w:fill="auto"/>
          </w:tcPr>
          <w:p w:rsidR="00854B61" w:rsidRPr="006347EC" w:rsidRDefault="00E34FE6">
            <w:r w:rsidRPr="006347EC">
              <w:rPr>
                <w:b/>
              </w:rPr>
              <w:t>Bài 2. Chọn cặp số và số La Mã thích hợp. (Làm việc nhóm 2)</w:t>
            </w:r>
          </w:p>
          <w:p w:rsidR="00854B61" w:rsidRPr="006347EC" w:rsidRDefault="00E34FE6">
            <w:r w:rsidRPr="006347EC">
              <w:t>- HS quan sát hình Bài 2.</w:t>
            </w:r>
          </w:p>
          <w:p w:rsidR="00854B61" w:rsidRPr="006347EC" w:rsidRDefault="00854B61" w:rsidP="006347EC"/>
        </w:tc>
        <w:tc>
          <w:tcPr>
            <w:tcW w:w="5000" w:type="dxa"/>
            <w:shd w:val="clear" w:color="auto" w:fill="auto"/>
          </w:tcPr>
          <w:p w:rsidR="00854B61" w:rsidRPr="006347EC" w:rsidRDefault="00E34FE6">
            <w:r w:rsidRPr="006347EC">
              <w:t>- HS quan sát số tự nhiên và số La Mã trong bài.</w:t>
            </w:r>
          </w:p>
        </w:tc>
      </w:tr>
      <w:tr w:rsidR="006347EC" w:rsidRPr="006347EC" w:rsidTr="006347EC">
        <w:trPr>
          <w:jc w:val="center"/>
        </w:trPr>
        <w:tc>
          <w:tcPr>
            <w:tcW w:w="5000" w:type="dxa"/>
            <w:shd w:val="clear" w:color="auto" w:fill="auto"/>
          </w:tcPr>
          <w:p w:rsidR="00854B61" w:rsidRPr="006347EC" w:rsidRDefault="00E34FE6">
            <w:r w:rsidRPr="006347EC">
              <w:t xml:space="preserve">- Tích hợp NLS: GV mở Google Search ở chế độ trình chiếu, chọn hình đồng hồ La Mã rõ nét, yêu cầu HS quan sát vị trí XII, III, VI, IX </w:t>
            </w:r>
            <w:r w:rsidRPr="006347EC">
              <w:lastRenderedPageBreak/>
              <w:t>trước khi ghép số.</w:t>
            </w:r>
          </w:p>
        </w:tc>
        <w:tc>
          <w:tcPr>
            <w:tcW w:w="5000" w:type="dxa"/>
            <w:shd w:val="clear" w:color="auto" w:fill="auto"/>
          </w:tcPr>
          <w:p w:rsidR="00854B61" w:rsidRPr="006347EC" w:rsidRDefault="00E34FE6">
            <w:r w:rsidRPr="006347EC">
              <w:lastRenderedPageBreak/>
              <w:t>- HS quan sát hình đồng hồ La Mã, chỉ được vị trí XII, III, VI, IX theo hướng dẫn.</w:t>
            </w:r>
          </w:p>
        </w:tc>
      </w:tr>
      <w:tr w:rsidR="006347EC" w:rsidRPr="006347EC" w:rsidTr="006347EC">
        <w:trPr>
          <w:jc w:val="center"/>
        </w:trPr>
        <w:tc>
          <w:tcPr>
            <w:tcW w:w="5000" w:type="dxa"/>
            <w:shd w:val="clear" w:color="auto" w:fill="auto"/>
          </w:tcPr>
          <w:p w:rsidR="00854B61" w:rsidRPr="006347EC" w:rsidRDefault="00E34FE6">
            <w:r w:rsidRPr="006347EC">
              <w:lastRenderedPageBreak/>
              <w:t>- GV yêu cầu HS đọc yêu cầu Bài 2.</w:t>
            </w:r>
          </w:p>
        </w:tc>
        <w:tc>
          <w:tcPr>
            <w:tcW w:w="5000" w:type="dxa"/>
            <w:shd w:val="clear" w:color="auto" w:fill="auto"/>
          </w:tcPr>
          <w:p w:rsidR="00854B61" w:rsidRPr="006347EC" w:rsidRDefault="00E34FE6">
            <w:r w:rsidRPr="006347EC">
              <w:t>- HS đọc: Chọn cặp số và số La Mã thích hợp.</w:t>
            </w:r>
          </w:p>
        </w:tc>
      </w:tr>
      <w:tr w:rsidR="006347EC" w:rsidRPr="006347EC" w:rsidTr="006347EC">
        <w:trPr>
          <w:jc w:val="center"/>
        </w:trPr>
        <w:tc>
          <w:tcPr>
            <w:tcW w:w="5000" w:type="dxa"/>
            <w:shd w:val="clear" w:color="auto" w:fill="auto"/>
          </w:tcPr>
          <w:p w:rsidR="00854B61" w:rsidRPr="006347EC" w:rsidRDefault="00E34FE6">
            <w:r w:rsidRPr="006347EC">
              <w:t>- GV hỏi: Số 13 viết bằng chữ số La Mã là gì?</w:t>
            </w:r>
          </w:p>
        </w:tc>
        <w:tc>
          <w:tcPr>
            <w:tcW w:w="5000" w:type="dxa"/>
            <w:shd w:val="clear" w:color="auto" w:fill="auto"/>
          </w:tcPr>
          <w:p w:rsidR="00854B61" w:rsidRPr="006347EC" w:rsidRDefault="00E34FE6">
            <w:r w:rsidRPr="006347EC">
              <w:t>- HS trả lời: 13 viết là XIII.</w:t>
            </w:r>
          </w:p>
        </w:tc>
      </w:tr>
      <w:tr w:rsidR="006347EC" w:rsidRPr="006347EC" w:rsidTr="006347EC">
        <w:trPr>
          <w:jc w:val="center"/>
        </w:trPr>
        <w:tc>
          <w:tcPr>
            <w:tcW w:w="5000" w:type="dxa"/>
            <w:shd w:val="clear" w:color="auto" w:fill="auto"/>
          </w:tcPr>
          <w:p w:rsidR="00854B61" w:rsidRPr="006347EC" w:rsidRDefault="00E34FE6">
            <w:r w:rsidRPr="006347EC">
              <w:t>- GV cho HS thảo luận nhóm 2 và nối các cặp còn lại.</w:t>
            </w:r>
          </w:p>
        </w:tc>
        <w:tc>
          <w:tcPr>
            <w:tcW w:w="5000" w:type="dxa"/>
            <w:shd w:val="clear" w:color="auto" w:fill="auto"/>
          </w:tcPr>
          <w:p w:rsidR="00854B61" w:rsidRPr="006347EC" w:rsidRDefault="00E34FE6">
            <w:r w:rsidRPr="006347EC">
              <w:t>- HS thảo luận: 15 - XV; 11 - XI; 17 - XVII.</w:t>
            </w:r>
          </w:p>
        </w:tc>
      </w:tr>
      <w:tr w:rsidR="006347EC" w:rsidRPr="006347EC" w:rsidTr="006347EC">
        <w:trPr>
          <w:jc w:val="center"/>
        </w:trPr>
        <w:tc>
          <w:tcPr>
            <w:tcW w:w="5000" w:type="dxa"/>
            <w:shd w:val="clear" w:color="auto" w:fill="auto"/>
          </w:tcPr>
          <w:p w:rsidR="00854B61" w:rsidRPr="006347EC" w:rsidRDefault="00E34FE6">
            <w:r w:rsidRPr="006347EC">
              <w:t>- GV mời đại diện nhóm trình bày kết quả.</w:t>
            </w:r>
          </w:p>
        </w:tc>
        <w:tc>
          <w:tcPr>
            <w:tcW w:w="5000" w:type="dxa"/>
            <w:shd w:val="clear" w:color="auto" w:fill="auto"/>
          </w:tcPr>
          <w:p w:rsidR="00854B61" w:rsidRPr="006347EC" w:rsidRDefault="00E34FE6">
            <w:r w:rsidRPr="006347EC">
              <w:t>- HS trình bày: 13 - XIII; 15 - XV; 11 - XI; 17 - XVII.</w:t>
            </w:r>
          </w:p>
        </w:tc>
      </w:tr>
      <w:tr w:rsidR="006347EC" w:rsidRPr="006347EC" w:rsidTr="006347EC">
        <w:trPr>
          <w:jc w:val="center"/>
        </w:trPr>
        <w:tc>
          <w:tcPr>
            <w:tcW w:w="5000" w:type="dxa"/>
            <w:shd w:val="clear" w:color="auto" w:fill="auto"/>
          </w:tcPr>
          <w:p w:rsidR="00854B61" w:rsidRPr="006347EC" w:rsidRDefault="00E34FE6">
            <w:r w:rsidRPr="006347EC">
              <w:t>- GV kết luận: Khi ghép số, cần đọc kĩ từng kí hiệu và nhớ X là 10, V là 5, I là 1.</w:t>
            </w:r>
          </w:p>
        </w:tc>
        <w:tc>
          <w:tcPr>
            <w:tcW w:w="5000" w:type="dxa"/>
            <w:shd w:val="clear" w:color="auto" w:fill="auto"/>
          </w:tcPr>
          <w:p w:rsidR="00854B61" w:rsidRPr="006347EC" w:rsidRDefault="00E34FE6">
            <w:r w:rsidRPr="006347EC">
              <w:t>- HS lắng nghe và hoàn thiện bài.</w:t>
            </w:r>
          </w:p>
        </w:tc>
      </w:tr>
      <w:tr w:rsidR="006347EC" w:rsidRPr="006347EC" w:rsidTr="006347EC">
        <w:trPr>
          <w:jc w:val="center"/>
        </w:trPr>
        <w:tc>
          <w:tcPr>
            <w:tcW w:w="5000" w:type="dxa"/>
            <w:shd w:val="clear" w:color="auto" w:fill="auto"/>
          </w:tcPr>
          <w:p w:rsidR="00854B61" w:rsidRPr="006347EC" w:rsidRDefault="00E34FE6">
            <w:r w:rsidRPr="006347EC">
              <w:rPr>
                <w:b/>
              </w:rPr>
              <w:t>Bài 3. Đọc và viết chữ số La Mã. (Làm việc cá nhân)</w:t>
            </w:r>
          </w:p>
          <w:p w:rsidR="00854B61" w:rsidRPr="006347EC" w:rsidRDefault="00E34FE6">
            <w:r w:rsidRPr="006347EC">
              <w:t>- HS quan sát hình Bài 3.</w:t>
            </w:r>
          </w:p>
          <w:p w:rsidR="00854B61" w:rsidRPr="006347EC" w:rsidRDefault="00854B61" w:rsidP="006347EC"/>
        </w:tc>
        <w:tc>
          <w:tcPr>
            <w:tcW w:w="5000" w:type="dxa"/>
            <w:shd w:val="clear" w:color="auto" w:fill="auto"/>
          </w:tcPr>
          <w:p w:rsidR="00854B61" w:rsidRPr="006347EC" w:rsidRDefault="00E34FE6">
            <w:r w:rsidRPr="006347EC">
              <w:t>- HS quan sát phần a và b.</w:t>
            </w:r>
          </w:p>
        </w:tc>
      </w:tr>
      <w:tr w:rsidR="006347EC" w:rsidRPr="006347EC" w:rsidTr="006347EC">
        <w:trPr>
          <w:jc w:val="center"/>
        </w:trPr>
        <w:tc>
          <w:tcPr>
            <w:tcW w:w="5000" w:type="dxa"/>
            <w:shd w:val="clear" w:color="auto" w:fill="auto"/>
          </w:tcPr>
          <w:p w:rsidR="00854B61" w:rsidRPr="006347EC" w:rsidRDefault="00E34FE6">
            <w:r w:rsidRPr="006347EC">
              <w:t>- GV yêu cầu HS đọc các chữ số La Mã ở câu a.</w:t>
            </w:r>
          </w:p>
        </w:tc>
        <w:tc>
          <w:tcPr>
            <w:tcW w:w="5000" w:type="dxa"/>
            <w:shd w:val="clear" w:color="auto" w:fill="auto"/>
          </w:tcPr>
          <w:p w:rsidR="00854B61" w:rsidRPr="006347EC" w:rsidRDefault="00E34FE6">
            <w:r w:rsidRPr="006347EC">
              <w:t>- HS đọc: VI, V, VIII, II, XI, IX.</w:t>
            </w:r>
          </w:p>
        </w:tc>
      </w:tr>
      <w:tr w:rsidR="006347EC" w:rsidRPr="006347EC" w:rsidTr="006347EC">
        <w:trPr>
          <w:jc w:val="center"/>
        </w:trPr>
        <w:tc>
          <w:tcPr>
            <w:tcW w:w="5000" w:type="dxa"/>
            <w:shd w:val="clear" w:color="auto" w:fill="auto"/>
          </w:tcPr>
          <w:p w:rsidR="00854B61" w:rsidRPr="006347EC" w:rsidRDefault="00E34FE6">
            <w:r w:rsidRPr="006347EC">
              <w:t>- GV hỏi: VI, V, VIII, II, XI, IX lần lượt là những số nào?</w:t>
            </w:r>
          </w:p>
        </w:tc>
        <w:tc>
          <w:tcPr>
            <w:tcW w:w="5000" w:type="dxa"/>
            <w:shd w:val="clear" w:color="auto" w:fill="auto"/>
          </w:tcPr>
          <w:p w:rsidR="00854B61" w:rsidRPr="006347EC" w:rsidRDefault="00E34FE6">
            <w:r w:rsidRPr="006347EC">
              <w:t>- HS trả lời: 6, 5, 8, 2, 11, 9.</w:t>
            </w:r>
          </w:p>
        </w:tc>
      </w:tr>
      <w:tr w:rsidR="006347EC" w:rsidRPr="006347EC" w:rsidTr="006347EC">
        <w:trPr>
          <w:jc w:val="center"/>
        </w:trPr>
        <w:tc>
          <w:tcPr>
            <w:tcW w:w="5000" w:type="dxa"/>
            <w:shd w:val="clear" w:color="auto" w:fill="auto"/>
          </w:tcPr>
          <w:p w:rsidR="00854B61" w:rsidRPr="006347EC" w:rsidRDefault="00E34FE6">
            <w:r w:rsidRPr="006347EC">
              <w:t>- GV yêu cầu HS viết các số từ 1 đến 15 bằng chữ số La Mã.</w:t>
            </w:r>
          </w:p>
        </w:tc>
        <w:tc>
          <w:tcPr>
            <w:tcW w:w="5000" w:type="dxa"/>
            <w:shd w:val="clear" w:color="auto" w:fill="auto"/>
          </w:tcPr>
          <w:p w:rsidR="00854B61" w:rsidRPr="006347EC" w:rsidRDefault="00E34FE6">
            <w:r w:rsidRPr="006347EC">
              <w:t>- HS viết: I, II, III, IV, V, VI, VII, VIII, IX, X, XI, XII, XIII, XIV, XV.</w:t>
            </w:r>
          </w:p>
        </w:tc>
      </w:tr>
      <w:tr w:rsidR="006347EC" w:rsidRPr="006347EC" w:rsidTr="006347EC">
        <w:trPr>
          <w:jc w:val="center"/>
        </w:trPr>
        <w:tc>
          <w:tcPr>
            <w:tcW w:w="5000" w:type="dxa"/>
            <w:shd w:val="clear" w:color="auto" w:fill="auto"/>
          </w:tcPr>
          <w:p w:rsidR="00854B61" w:rsidRPr="006347EC" w:rsidRDefault="00E34FE6">
            <w:r w:rsidRPr="006347EC">
              <w:t>- GV nhận xét, sửa lỗi khi HS nhầm IV, VI, IX, XI.</w:t>
            </w:r>
          </w:p>
        </w:tc>
        <w:tc>
          <w:tcPr>
            <w:tcW w:w="5000" w:type="dxa"/>
            <w:shd w:val="clear" w:color="auto" w:fill="auto"/>
          </w:tcPr>
          <w:p w:rsidR="00854B61" w:rsidRPr="006347EC" w:rsidRDefault="00E34FE6">
            <w:r w:rsidRPr="006347EC">
              <w:t>- HS đối chiếu bảng số và sửa lỗi nếu có.</w:t>
            </w:r>
          </w:p>
        </w:tc>
      </w:tr>
      <w:tr w:rsidR="006347EC" w:rsidRPr="006347EC" w:rsidTr="006347EC">
        <w:trPr>
          <w:jc w:val="center"/>
        </w:trPr>
        <w:tc>
          <w:tcPr>
            <w:tcW w:w="5000" w:type="dxa"/>
            <w:tcBorders>
              <w:bottom w:val="single" w:sz="8" w:space="0" w:color="000000"/>
            </w:tcBorders>
            <w:shd w:val="clear" w:color="auto" w:fill="auto"/>
          </w:tcPr>
          <w:p w:rsidR="00854B61" w:rsidRPr="006347EC" w:rsidRDefault="00E34FE6">
            <w:r w:rsidRPr="006347EC">
              <w:t>- GV kết luận: Khi viết số La Mã, vị trí của I trước hoặc sau V, X làm thay đổi giá trị của số.</w:t>
            </w:r>
          </w:p>
        </w:tc>
        <w:tc>
          <w:tcPr>
            <w:tcW w:w="5000" w:type="dxa"/>
            <w:tcBorders>
              <w:bottom w:val="single" w:sz="8" w:space="0" w:color="000000"/>
            </w:tcBorders>
            <w:shd w:val="clear" w:color="auto" w:fill="auto"/>
          </w:tcPr>
          <w:p w:rsidR="00854B61" w:rsidRPr="006347EC" w:rsidRDefault="00E34FE6">
            <w:r w:rsidRPr="006347EC">
              <w:t>- HS lắng nghe và ghi nhớ.</w:t>
            </w:r>
          </w:p>
        </w:tc>
      </w:tr>
      <w:tr w:rsidR="006347EC" w:rsidRPr="006347EC" w:rsidTr="006347EC">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4. Vận dụng (5 phút):</w:t>
            </w:r>
          </w:p>
          <w:p w:rsidR="00854B61" w:rsidRPr="006347EC" w:rsidRDefault="00E34FE6">
            <w:r w:rsidRPr="006347EC">
              <w:t>- Mục tiêu: Phác thảo ý tưởng đồng hồ sử dụng chữ số La Mã.</w:t>
            </w:r>
          </w:p>
          <w:p w:rsidR="00854B61" w:rsidRPr="006347EC" w:rsidRDefault="00E34FE6">
            <w:r w:rsidRPr="006347EC">
              <w:t>*Cách tiến hành:</w:t>
            </w:r>
          </w:p>
        </w:tc>
      </w:tr>
      <w:tr w:rsidR="006347EC" w:rsidRPr="006347EC" w:rsidTr="006347EC">
        <w:trPr>
          <w:jc w:val="center"/>
        </w:trPr>
        <w:tc>
          <w:tcPr>
            <w:tcW w:w="5000" w:type="dxa"/>
            <w:tcBorders>
              <w:top w:val="single" w:sz="8" w:space="0" w:color="000000"/>
            </w:tcBorders>
            <w:shd w:val="clear" w:color="auto" w:fill="auto"/>
          </w:tcPr>
          <w:p w:rsidR="00854B61" w:rsidRPr="006347EC" w:rsidRDefault="00E34FE6">
            <w:r w:rsidRPr="006347EC">
              <w:t>- Tích hợp NLS: GV hướng dẫn HS quan sát mẫu mặt đồng hồ La Mã trên Google Search hoặc PowerPoint, xác định vị trí XII, III, VI, IX và ghi nhanh vị trí các chữ số I đến XII vào phiếu học tập.</w:t>
            </w:r>
          </w:p>
        </w:tc>
        <w:tc>
          <w:tcPr>
            <w:tcW w:w="5000" w:type="dxa"/>
            <w:tcBorders>
              <w:top w:val="single" w:sz="8" w:space="0" w:color="000000"/>
            </w:tcBorders>
            <w:shd w:val="clear" w:color="auto" w:fill="auto"/>
          </w:tcPr>
          <w:p w:rsidR="00854B61" w:rsidRPr="006347EC" w:rsidRDefault="00E34FE6">
            <w:r w:rsidRPr="006347EC">
              <w:t>- HS quan sát mẫu, xác định các vị trí chính trên mặt đồng hồ và ghi nhanh cách sắp xếp chữ số La Mã theo hướng dẫn.</w:t>
            </w:r>
          </w:p>
        </w:tc>
      </w:tr>
      <w:tr w:rsidR="006347EC" w:rsidRPr="006347EC" w:rsidTr="006347EC">
        <w:trPr>
          <w:jc w:val="center"/>
        </w:trPr>
        <w:tc>
          <w:tcPr>
            <w:tcW w:w="5000" w:type="dxa"/>
            <w:shd w:val="clear" w:color="auto" w:fill="auto"/>
          </w:tcPr>
          <w:p w:rsidR="00854B61" w:rsidRPr="006347EC" w:rsidRDefault="00E34FE6">
            <w:r w:rsidRPr="006347EC">
              <w:t>- GV yêu cầu HS hoàn thiện phiếu ghi vị trí các chữ số La Mã, chuẩn bị cho tiết học STEM ở tiết 2.</w:t>
            </w:r>
          </w:p>
        </w:tc>
        <w:tc>
          <w:tcPr>
            <w:tcW w:w="5000" w:type="dxa"/>
            <w:shd w:val="clear" w:color="auto" w:fill="auto"/>
          </w:tcPr>
          <w:p w:rsidR="00854B61" w:rsidRPr="006347EC" w:rsidRDefault="00E34FE6">
            <w:r w:rsidRPr="006347EC">
              <w:t>- HS hoàn thiện phiếu, kiểm tra lại thứ tự I đến XII và chuẩn bị vật liệu cho tiết sau.</w:t>
            </w:r>
          </w:p>
        </w:tc>
      </w:tr>
      <w:tr w:rsidR="006347EC" w:rsidRPr="006347EC" w:rsidTr="006347EC">
        <w:trPr>
          <w:jc w:val="center"/>
        </w:trPr>
        <w:tc>
          <w:tcPr>
            <w:tcW w:w="5000" w:type="dxa"/>
            <w:shd w:val="clear" w:color="auto" w:fill="auto"/>
          </w:tcPr>
          <w:p w:rsidR="00854B61" w:rsidRPr="006347EC" w:rsidRDefault="00E34FE6">
            <w:r w:rsidRPr="006347EC">
              <w:t>- GV kết luận: Đồng hồ La Mã là sản phẩm vừa giúp đọc giờ vừa giúp luyện nhớ chữ số La Mã.</w:t>
            </w:r>
          </w:p>
        </w:tc>
        <w:tc>
          <w:tcPr>
            <w:tcW w:w="5000" w:type="dxa"/>
            <w:shd w:val="clear" w:color="auto" w:fill="auto"/>
          </w:tcPr>
          <w:p w:rsidR="00854B61" w:rsidRPr="006347EC" w:rsidRDefault="00E34FE6">
            <w:r w:rsidRPr="006347EC">
              <w:t>- HS lắng nghe.</w:t>
            </w:r>
          </w:p>
        </w:tc>
      </w:tr>
    </w:tbl>
    <w:p w:rsidR="00854B61" w:rsidRPr="006347EC" w:rsidRDefault="00E34FE6">
      <w:r w:rsidRPr="006347EC">
        <w:rPr>
          <w:b/>
        </w:rPr>
        <w:t>IV. ĐIỀU CHỈNH SAU BÀI DẠY:</w:t>
      </w:r>
    </w:p>
    <w:p w:rsidR="00854B61" w:rsidRPr="006347EC" w:rsidRDefault="00E34FE6">
      <w:r w:rsidRPr="006347EC">
        <w:t>.......................................................................................................................................</w:t>
      </w:r>
    </w:p>
    <w:p w:rsidR="00854B61" w:rsidRPr="006347EC" w:rsidRDefault="00E34FE6">
      <w:r w:rsidRPr="006347EC">
        <w:t>.......................................................................................................................................</w:t>
      </w:r>
    </w:p>
    <w:p w:rsidR="00854B61" w:rsidRPr="006347EC" w:rsidRDefault="00E34FE6">
      <w:r w:rsidRPr="006347EC">
        <w:br w:type="page"/>
      </w:r>
    </w:p>
    <w:p w:rsidR="00854B61" w:rsidRPr="006347EC" w:rsidRDefault="00E34FE6">
      <w:pPr>
        <w:jc w:val="center"/>
      </w:pPr>
      <w:r w:rsidRPr="006347EC">
        <w:rPr>
          <w:b/>
          <w:sz w:val="28"/>
        </w:rPr>
        <w:lastRenderedPageBreak/>
        <w:t>TUẦN 20</w:t>
      </w:r>
    </w:p>
    <w:p w:rsidR="00854B61" w:rsidRPr="006347EC" w:rsidRDefault="00E34FE6">
      <w:pPr>
        <w:jc w:val="center"/>
      </w:pPr>
      <w:r w:rsidRPr="006347EC">
        <w:rPr>
          <w:b/>
          <w:sz w:val="28"/>
        </w:rPr>
        <w:t>KẾ HOẠCH BÀI DẠY MÔN TOÁN 3</w:t>
      </w:r>
    </w:p>
    <w:p w:rsidR="00854B61" w:rsidRPr="006347EC" w:rsidRDefault="00E34FE6">
      <w:pPr>
        <w:jc w:val="center"/>
      </w:pPr>
      <w:r w:rsidRPr="006347EC">
        <w:rPr>
          <w:b/>
        </w:rPr>
        <w:t>CHỦ ĐỀ 8: CÁC SỐ ĐẾN 10 000</w:t>
      </w:r>
    </w:p>
    <w:p w:rsidR="00854B61" w:rsidRPr="006347EC" w:rsidRDefault="00E34FE6">
      <w:pPr>
        <w:jc w:val="center"/>
      </w:pPr>
      <w:r w:rsidRPr="006347EC">
        <w:rPr>
          <w:b/>
        </w:rPr>
        <w:t>Bài học STEM: ĐỒNG HỒ SỬ DỤNG SỐ LA MÃ (Tiết 2)</w:t>
      </w:r>
    </w:p>
    <w:p w:rsidR="00854B61" w:rsidRPr="006347EC" w:rsidRDefault="00E34FE6">
      <w:r w:rsidRPr="006347EC">
        <w:t>- Bìa/đĩa giấy, thước kẻ, kéo thủ công, bút màu, hồ dán, dập ghim hoặc ghim mũ.</w:t>
      </w:r>
    </w:p>
    <w:p w:rsidR="00854B61" w:rsidRPr="006347EC" w:rsidRDefault="00E34FE6">
      <w:r w:rsidRPr="006347EC">
        <w:t>- Phiếu học tập STEM, tiêu chí đánh giá sản phẩm, mẫu đồng hồ sử dụng số La Mã.</w:t>
      </w:r>
    </w:p>
    <w:p w:rsidR="00854B61" w:rsidRPr="006347EC" w:rsidRDefault="00E34FE6">
      <w:r w:rsidRPr="006347EC">
        <w:t>- Kế hoạch bài dạy, SGK Toán 3 tập hai, bài giảng PowerPoint.</w:t>
      </w:r>
    </w:p>
    <w:p w:rsidR="00854B61" w:rsidRPr="006347EC" w:rsidRDefault="00E34FE6">
      <w:r w:rsidRPr="006347EC">
        <w:rPr>
          <w:b/>
        </w:rPr>
        <w:t>II. ĐỒ DÙNG DẠY HỌC</w:t>
      </w:r>
    </w:p>
    <w:p w:rsidR="00854B61" w:rsidRPr="006347EC" w:rsidRDefault="00E34FE6">
      <w:r w:rsidRPr="006347EC">
        <w:t>- Tích hợp AI (Khung 3439) - 3.C5.2: HS nhận biết AI hỗ trợ nhận dạng ký hiệu đặc biệt nhưng cần kiểm chứng khi chữ viết mờ, lệch hoặc khó đọc.</w:t>
      </w:r>
    </w:p>
    <w:p w:rsidR="00854B61" w:rsidRPr="006347EC" w:rsidRDefault="00E34FE6">
      <w:r w:rsidRPr="006347EC">
        <w:t>- Tích hợp NLS 1.1.CB1a: HS dùng Canva for Education hoặc PowerPoint để đối chiếu bản phác thảo, kiểm tra vị trí các chữ số La Mã từ I đến XII trước khi làm sản phẩm thật.</w:t>
      </w:r>
    </w:p>
    <w:p w:rsidR="00854B61" w:rsidRPr="006347EC" w:rsidRDefault="00E34FE6">
      <w:r w:rsidRPr="006347EC">
        <w:t>- Bài học STEM: Đồng hồ sử dụng số La Mã. HS phối hợp kiến thức Toán và kĩ năng Mĩ thuật để làm đồ dùng học tập “Đồng hồ sử dụng số La Mã”.</w:t>
      </w:r>
    </w:p>
    <w:p w:rsidR="00854B61" w:rsidRPr="006347EC" w:rsidRDefault="00E34FE6">
      <w:r w:rsidRPr="006347EC">
        <w:rPr>
          <w:b/>
        </w:rPr>
        <w:t>4. Tích hợp:</w:t>
      </w:r>
    </w:p>
    <w:p w:rsidR="00854B61" w:rsidRPr="006347EC" w:rsidRDefault="00E34FE6">
      <w:r w:rsidRPr="006347EC">
        <w:t>- Trách nhiệm: sử dụng kéo, ghim, hồ dán an toàn và thu dọn sau khi làm việc nhóm.</w:t>
      </w:r>
    </w:p>
    <w:p w:rsidR="00854B61" w:rsidRPr="006347EC" w:rsidRDefault="00E34FE6">
      <w:r w:rsidRPr="006347EC">
        <w:t>- Trung thực: tự đánh giá sản phẩm theo tiêu chí, sửa lỗi số La Mã nếu có.</w:t>
      </w:r>
    </w:p>
    <w:p w:rsidR="00854B61" w:rsidRPr="006347EC" w:rsidRDefault="00E34FE6">
      <w:r w:rsidRPr="006347EC">
        <w:t>- Chăm chỉ: tích cực cắt, dán, trang trí và hoàn thiện sản phẩm.</w:t>
      </w:r>
    </w:p>
    <w:p w:rsidR="00854B61" w:rsidRPr="006347EC" w:rsidRDefault="00E34FE6">
      <w:r w:rsidRPr="006347EC">
        <w:rPr>
          <w:b/>
        </w:rPr>
        <w:t>3. Phẩm chất:</w:t>
      </w:r>
    </w:p>
    <w:p w:rsidR="00854B61" w:rsidRPr="006347EC" w:rsidRDefault="00E34FE6">
      <w:r w:rsidRPr="006347EC">
        <w:t>- Giải quyết vấn đề và sáng tạo: điều chỉnh cách gắn kim, sắp xếp số La Mã đúng vị trí.</w:t>
      </w:r>
    </w:p>
    <w:p w:rsidR="00854B61" w:rsidRPr="006347EC" w:rsidRDefault="00E34FE6">
      <w:r w:rsidRPr="006347EC">
        <w:t>- Giao tiếp và hợp tác: thảo luận nhóm, phân công nhiệm vụ, giới thiệu sản phẩm.</w:t>
      </w:r>
    </w:p>
    <w:p w:rsidR="00854B61" w:rsidRPr="006347EC" w:rsidRDefault="00E34FE6">
      <w:r w:rsidRPr="006347EC">
        <w:t>- Tự chủ, tự học: lựa chọn vật liệu, thực hiện từng bước làm đồng hồ và tự kiểm tra sản phẩm.</w:t>
      </w:r>
    </w:p>
    <w:p w:rsidR="00854B61" w:rsidRPr="006347EC" w:rsidRDefault="00E34FE6">
      <w:r w:rsidRPr="006347EC">
        <w:rPr>
          <w:b/>
        </w:rPr>
        <w:t>2. Năng lực chung:</w:t>
      </w:r>
    </w:p>
    <w:p w:rsidR="00854B61" w:rsidRPr="006347EC" w:rsidRDefault="00E34FE6">
      <w:r w:rsidRPr="006347EC">
        <w:t>- Đọc giờ trên đồng hồ sử dụng số La Mã và sử dụng sản phẩm để luyện đọc giờ.</w:t>
      </w:r>
    </w:p>
    <w:p w:rsidR="00854B61" w:rsidRPr="006347EC" w:rsidRDefault="00E34FE6">
      <w:r w:rsidRPr="006347EC">
        <w:t>- Thực hành sử dụng vật liệu đơn giản để làm “Đồng hồ sử dụng số La Mã”.</w:t>
      </w:r>
    </w:p>
    <w:p w:rsidR="00854B61" w:rsidRPr="006347EC" w:rsidRDefault="00E34FE6">
      <w:r w:rsidRPr="006347EC">
        <w:t>- Nhận biết được chữ số La Mã và viết được các số trong phạm vi 20 bằng cách sử dụng chữ số La Mã.</w:t>
      </w:r>
    </w:p>
    <w:p w:rsidR="00854B61" w:rsidRPr="006347EC" w:rsidRDefault="00E34FE6">
      <w:r w:rsidRPr="006347EC">
        <w:rPr>
          <w:b/>
        </w:rPr>
        <w:t>1. Năng lực đặc thù:</w:t>
      </w:r>
    </w:p>
    <w:p w:rsidR="00854B61" w:rsidRPr="006347EC" w:rsidRDefault="00E34FE6">
      <w:r w:rsidRPr="006347EC">
        <w:rPr>
          <w:b/>
        </w:rPr>
        <w:t>I. YÊU CẦU CẦN ĐẠT:</w:t>
      </w:r>
    </w:p>
    <w:p w:rsidR="00854B61" w:rsidRPr="006347EC" w:rsidRDefault="00E34FE6">
      <w:r w:rsidRPr="006347EC">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6347EC" w:rsidRPr="006347EC" w:rsidTr="00F30940">
        <w:trPr>
          <w:jc w:val="center"/>
        </w:trPr>
        <w:tc>
          <w:tcPr>
            <w:tcW w:w="5040" w:type="dxa"/>
            <w:tcBorders>
              <w:bottom w:val="single" w:sz="8" w:space="0" w:color="000000"/>
            </w:tcBorders>
            <w:shd w:val="clear" w:color="auto" w:fill="auto"/>
          </w:tcPr>
          <w:p w:rsidR="00854B61" w:rsidRPr="006347EC" w:rsidRDefault="00E34FE6">
            <w:pPr>
              <w:jc w:val="center"/>
            </w:pPr>
            <w:r w:rsidRPr="006347EC">
              <w:rPr>
                <w:b/>
              </w:rPr>
              <w:t>Hoạt động của giáo viên</w:t>
            </w:r>
          </w:p>
        </w:tc>
        <w:tc>
          <w:tcPr>
            <w:tcW w:w="5040" w:type="dxa"/>
            <w:tcBorders>
              <w:bottom w:val="single" w:sz="8" w:space="0" w:color="000000"/>
            </w:tcBorders>
            <w:shd w:val="clear" w:color="auto" w:fill="auto"/>
          </w:tcPr>
          <w:p w:rsidR="00854B61" w:rsidRPr="006347EC" w:rsidRDefault="00E34FE6">
            <w:pPr>
              <w:jc w:val="center"/>
            </w:pPr>
            <w:r w:rsidRPr="006347EC">
              <w:rPr>
                <w:b/>
              </w:rPr>
              <w:t>Hoạt động của học sinh</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1. Khởi động (5 phút):</w:t>
            </w:r>
          </w:p>
          <w:p w:rsidR="00854B61" w:rsidRPr="006347EC" w:rsidRDefault="00E34FE6">
            <w:r w:rsidRPr="006347EC">
              <w:t>- Mục tiêu: Ôn đọc giờ, nhắc lại chữ số La Mã trên mặt đồng hồ và chuẩn bị tâm thế làm sản phẩm.</w:t>
            </w:r>
          </w:p>
          <w:p w:rsidR="00854B61" w:rsidRPr="006347EC" w:rsidRDefault="00E34FE6">
            <w:r w:rsidRPr="006347EC">
              <w:t>*Cách tiến hành:</w:t>
            </w:r>
          </w:p>
        </w:tc>
      </w:tr>
      <w:tr w:rsidR="006347EC" w:rsidRPr="006347EC" w:rsidTr="00F30940">
        <w:trPr>
          <w:jc w:val="center"/>
        </w:trPr>
        <w:tc>
          <w:tcPr>
            <w:tcW w:w="5040" w:type="dxa"/>
            <w:tcBorders>
              <w:top w:val="single" w:sz="8" w:space="0" w:color="000000"/>
            </w:tcBorders>
            <w:shd w:val="clear" w:color="auto" w:fill="auto"/>
          </w:tcPr>
          <w:p w:rsidR="00854B61" w:rsidRPr="006347EC" w:rsidRDefault="00E34FE6">
            <w:r w:rsidRPr="006347EC">
              <w:t>- GV mời HS chơi trò chơi “Xem giờ”, chiếu đồng hồ thường và hỏi: Đồng hồ chỉ mấy giờ?</w:t>
            </w:r>
          </w:p>
        </w:tc>
        <w:tc>
          <w:tcPr>
            <w:tcW w:w="5040" w:type="dxa"/>
            <w:tcBorders>
              <w:top w:val="single" w:sz="8" w:space="0" w:color="000000"/>
            </w:tcBorders>
            <w:shd w:val="clear" w:color="auto" w:fill="auto"/>
          </w:tcPr>
          <w:p w:rsidR="00854B61" w:rsidRPr="006347EC" w:rsidRDefault="00E34FE6">
            <w:r w:rsidRPr="006347EC">
              <w:t>- HS quan sát, trả lời nhanh giờ trên đồng hồ.</w:t>
            </w:r>
          </w:p>
        </w:tc>
      </w:tr>
      <w:tr w:rsidR="006347EC" w:rsidRPr="006347EC" w:rsidTr="00F30940">
        <w:trPr>
          <w:jc w:val="center"/>
        </w:trPr>
        <w:tc>
          <w:tcPr>
            <w:tcW w:w="5040" w:type="dxa"/>
            <w:shd w:val="clear" w:color="auto" w:fill="auto"/>
          </w:tcPr>
          <w:p w:rsidR="00854B61" w:rsidRPr="006347EC" w:rsidRDefault="00E34FE6">
            <w:r w:rsidRPr="006347EC">
              <w:t>- GV giơ nhanh các thẻ số La Mã I, III, VI, IX, XII và yêu cầu HS đọc.</w:t>
            </w:r>
          </w:p>
        </w:tc>
        <w:tc>
          <w:tcPr>
            <w:tcW w:w="5040" w:type="dxa"/>
            <w:shd w:val="clear" w:color="auto" w:fill="auto"/>
          </w:tcPr>
          <w:p w:rsidR="00854B61" w:rsidRPr="006347EC" w:rsidRDefault="00E34FE6">
            <w:r w:rsidRPr="006347EC">
              <w:t>- HS đọc: I là 1, III là 3, VI là 6, IX là 9, XII là 12.</w:t>
            </w:r>
          </w:p>
        </w:tc>
      </w:tr>
      <w:tr w:rsidR="006347EC" w:rsidRPr="006347EC" w:rsidTr="00F30940">
        <w:trPr>
          <w:jc w:val="center"/>
        </w:trPr>
        <w:tc>
          <w:tcPr>
            <w:tcW w:w="5040" w:type="dxa"/>
            <w:shd w:val="clear" w:color="auto" w:fill="auto"/>
          </w:tcPr>
          <w:p w:rsidR="00854B61" w:rsidRPr="006347EC" w:rsidRDefault="00E34FE6">
            <w:r w:rsidRPr="006347EC">
              <w:t>- GV hỏi: Trên đồng hồ dùng số La Mã, số XII, III, VI, IX thường nằm ở vị trí nào?</w:t>
            </w:r>
          </w:p>
        </w:tc>
        <w:tc>
          <w:tcPr>
            <w:tcW w:w="5040" w:type="dxa"/>
            <w:shd w:val="clear" w:color="auto" w:fill="auto"/>
          </w:tcPr>
          <w:p w:rsidR="00854B61" w:rsidRPr="006347EC" w:rsidRDefault="00E34FE6">
            <w:r w:rsidRPr="006347EC">
              <w:t>- HS trả lời: XII ở trên cùng, III bên phải, VI phía dưới, IX bên trái.</w:t>
            </w:r>
          </w:p>
        </w:tc>
      </w:tr>
      <w:tr w:rsidR="006347EC" w:rsidRPr="006347EC" w:rsidTr="00F30940">
        <w:trPr>
          <w:jc w:val="center"/>
        </w:trPr>
        <w:tc>
          <w:tcPr>
            <w:tcW w:w="5040" w:type="dxa"/>
            <w:tcBorders>
              <w:bottom w:val="single" w:sz="8" w:space="0" w:color="000000"/>
            </w:tcBorders>
            <w:shd w:val="clear" w:color="auto" w:fill="auto"/>
          </w:tcPr>
          <w:p w:rsidR="00854B61" w:rsidRPr="006347EC" w:rsidRDefault="00E34FE6">
            <w:r w:rsidRPr="006347EC">
              <w:t>- GV dẫn dắt: Tiết này các em sẽ làm Bài học STEM “Đồng hồ sử dụng số La Mã”.</w:t>
            </w:r>
          </w:p>
        </w:tc>
        <w:tc>
          <w:tcPr>
            <w:tcW w:w="5040" w:type="dxa"/>
            <w:tcBorders>
              <w:bottom w:val="single" w:sz="8" w:space="0" w:color="000000"/>
            </w:tcBorders>
            <w:shd w:val="clear" w:color="auto" w:fill="auto"/>
          </w:tcPr>
          <w:p w:rsidR="00854B61" w:rsidRPr="006347EC" w:rsidRDefault="00E34FE6">
            <w:r w:rsidRPr="006347EC">
              <w:t>- HS lắng nghe và chuẩn bị vật liệu.</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2. Đề xuất ý tưởng và cách làm đồng hồ sử dụng số La Mã (8 phút):</w:t>
            </w:r>
          </w:p>
          <w:p w:rsidR="00854B61" w:rsidRPr="006347EC" w:rsidRDefault="00E34FE6">
            <w:r w:rsidRPr="006347EC">
              <w:t>- Mục tiêu: HS nêu được vật liệu, bộ phận, tiêu chí và các bước làm đồng hồ.</w:t>
            </w:r>
          </w:p>
          <w:p w:rsidR="00854B61" w:rsidRPr="006347EC" w:rsidRDefault="00E34FE6">
            <w:r w:rsidRPr="006347EC">
              <w:t xml:space="preserve">- Mục tiêu tích hợp NLS 1.1.CB1a: HS dùng Canva/PowerPoint để đối chiếu bản phác thảo, </w:t>
            </w:r>
            <w:r w:rsidRPr="006347EC">
              <w:lastRenderedPageBreak/>
              <w:t>kiểm tra vị trí I đến XII trước khi làm sản phẩm thật.</w:t>
            </w:r>
          </w:p>
          <w:p w:rsidR="00854B61" w:rsidRPr="006347EC" w:rsidRDefault="00E34FE6">
            <w:r w:rsidRPr="006347EC">
              <w:t>*Cách tiến hành:</w:t>
            </w:r>
          </w:p>
        </w:tc>
      </w:tr>
      <w:tr w:rsidR="006347EC" w:rsidRPr="006347EC" w:rsidTr="00F30940">
        <w:trPr>
          <w:jc w:val="center"/>
        </w:trPr>
        <w:tc>
          <w:tcPr>
            <w:tcW w:w="5040" w:type="dxa"/>
            <w:tcBorders>
              <w:top w:val="single" w:sz="8" w:space="0" w:color="000000"/>
            </w:tcBorders>
            <w:shd w:val="clear" w:color="auto" w:fill="auto"/>
          </w:tcPr>
          <w:p w:rsidR="00854B61" w:rsidRPr="006347EC" w:rsidRDefault="00E34FE6">
            <w:r w:rsidRPr="006347EC">
              <w:lastRenderedPageBreak/>
              <w:t>- GV chia lớp thành các nhóm 4 - 6 HS và nêu tiêu chí sản phẩm: đồng hồ sử dụng số La Mã từ I đến XII, có kim giờ và kim phút quay được, chắc chắn, đẹp, dùng được nhiều lần.</w:t>
            </w:r>
          </w:p>
        </w:tc>
        <w:tc>
          <w:tcPr>
            <w:tcW w:w="5040" w:type="dxa"/>
            <w:tcBorders>
              <w:top w:val="single" w:sz="8" w:space="0" w:color="000000"/>
            </w:tcBorders>
            <w:shd w:val="clear" w:color="auto" w:fill="auto"/>
          </w:tcPr>
          <w:p w:rsidR="00854B61" w:rsidRPr="006347EC" w:rsidRDefault="00E34FE6">
            <w:r w:rsidRPr="006347EC">
              <w:t>- HS lập nhóm, lắng nghe tiêu chí sản phẩm.</w:t>
            </w:r>
          </w:p>
        </w:tc>
      </w:tr>
      <w:tr w:rsidR="006347EC" w:rsidRPr="006347EC" w:rsidTr="00F30940">
        <w:trPr>
          <w:jc w:val="center"/>
        </w:trPr>
        <w:tc>
          <w:tcPr>
            <w:tcW w:w="5040" w:type="dxa"/>
            <w:shd w:val="clear" w:color="auto" w:fill="auto"/>
          </w:tcPr>
          <w:p w:rsidR="00854B61" w:rsidRPr="006347EC" w:rsidRDefault="00E34FE6">
            <w:r w:rsidRPr="006347EC">
              <w:t>- Tích hợp NLS: GV yêu cầu HS mở hoặc quan sát bản phác thảo đồng hồ trên Canva/PowerPoint, kiểm tra các vị trí XII, III, VI, IX rồi mới thống nhất ý tưởng làm sản phẩm.</w:t>
            </w:r>
          </w:p>
        </w:tc>
        <w:tc>
          <w:tcPr>
            <w:tcW w:w="5040" w:type="dxa"/>
            <w:shd w:val="clear" w:color="auto" w:fill="auto"/>
          </w:tcPr>
          <w:p w:rsidR="00854B61" w:rsidRPr="006347EC" w:rsidRDefault="00E34FE6">
            <w:r w:rsidRPr="006347EC">
              <w:t>- HS quan sát bản phác thảo, chỉ vị trí các số La Mã và điều chỉnh nếu số đặt chưa đúng.</w:t>
            </w:r>
          </w:p>
        </w:tc>
      </w:tr>
      <w:tr w:rsidR="006347EC" w:rsidRPr="006347EC" w:rsidTr="00F30940">
        <w:trPr>
          <w:jc w:val="center"/>
        </w:trPr>
        <w:tc>
          <w:tcPr>
            <w:tcW w:w="5040" w:type="dxa"/>
            <w:shd w:val="clear" w:color="auto" w:fill="auto"/>
          </w:tcPr>
          <w:p w:rsidR="00854B61" w:rsidRPr="006347EC" w:rsidRDefault="00E34FE6">
            <w:r w:rsidRPr="006347EC">
              <w:t>- GV đặt câu hỏi: Nhóm dùng vật liệu gì để làm mặt đồng hồ? Mặt đồng hồ có dạng hình gì? Gắn hai kim như thế nào để quay được?</w:t>
            </w:r>
          </w:p>
        </w:tc>
        <w:tc>
          <w:tcPr>
            <w:tcW w:w="5040" w:type="dxa"/>
            <w:shd w:val="clear" w:color="auto" w:fill="auto"/>
          </w:tcPr>
          <w:p w:rsidR="00854B61" w:rsidRPr="006347EC" w:rsidRDefault="00E34FE6">
            <w:r w:rsidRPr="006347EC">
              <w:t>- HS thảo luận, nêu ý tưởng: dùng đĩa giấy/bìa làm mặt đồng hồ, dùng giấy màu làm kim, gắn kim bằng ghim mũ hoặc dập ghim.</w:t>
            </w:r>
          </w:p>
        </w:tc>
      </w:tr>
      <w:tr w:rsidR="006347EC" w:rsidRPr="006347EC" w:rsidTr="00F30940">
        <w:trPr>
          <w:jc w:val="center"/>
        </w:trPr>
        <w:tc>
          <w:tcPr>
            <w:tcW w:w="5040" w:type="dxa"/>
            <w:shd w:val="clear" w:color="auto" w:fill="auto"/>
          </w:tcPr>
          <w:p w:rsidR="00854B61" w:rsidRPr="006347EC" w:rsidRDefault="00E34FE6">
            <w:r w:rsidRPr="006347EC">
              <w:t>- GV phát phiếu học tập, yêu cầu nhóm ghi: bộ phận của đồng hồ, vật liệu, các bước làm.</w:t>
            </w:r>
          </w:p>
        </w:tc>
        <w:tc>
          <w:tcPr>
            <w:tcW w:w="5040" w:type="dxa"/>
            <w:shd w:val="clear" w:color="auto" w:fill="auto"/>
          </w:tcPr>
          <w:p w:rsidR="00854B61" w:rsidRPr="006347EC" w:rsidRDefault="00E34FE6">
            <w:r w:rsidRPr="006347EC">
              <w:t>- HS hoàn thành phiếu: mặt đồng hồ, số La Mã, kim giờ, kim phút; vật liệu; các bước thực hiện.</w:t>
            </w:r>
          </w:p>
        </w:tc>
      </w:tr>
      <w:tr w:rsidR="006347EC" w:rsidRPr="006347EC" w:rsidTr="00F30940">
        <w:trPr>
          <w:jc w:val="center"/>
        </w:trPr>
        <w:tc>
          <w:tcPr>
            <w:tcW w:w="5040" w:type="dxa"/>
            <w:tcBorders>
              <w:bottom w:val="single" w:sz="8" w:space="0" w:color="000000"/>
            </w:tcBorders>
            <w:shd w:val="clear" w:color="auto" w:fill="auto"/>
          </w:tcPr>
          <w:p w:rsidR="00854B61" w:rsidRPr="006347EC" w:rsidRDefault="00E34FE6">
            <w:r w:rsidRPr="006347EC">
              <w:t>- GV mời đại diện nhóm trình bày ý tưởng và nhận xét góp ý.</w:t>
            </w:r>
          </w:p>
        </w:tc>
        <w:tc>
          <w:tcPr>
            <w:tcW w:w="5040" w:type="dxa"/>
            <w:tcBorders>
              <w:bottom w:val="single" w:sz="8" w:space="0" w:color="000000"/>
            </w:tcBorders>
            <w:shd w:val="clear" w:color="auto" w:fill="auto"/>
          </w:tcPr>
          <w:p w:rsidR="00854B61" w:rsidRPr="006347EC" w:rsidRDefault="00E34FE6">
            <w:r w:rsidRPr="006347EC">
              <w:t>- Đại diện nhóm trình bày, nhóm khác nhận xét và bổ sung.</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3. Làm đồng hồ sử dụng số La Mã (12 phút):</w:t>
            </w:r>
          </w:p>
          <w:p w:rsidR="00854B61" w:rsidRPr="006347EC" w:rsidRDefault="00E34FE6">
            <w:r w:rsidRPr="006347EC">
              <w:t>- Mục tiêu: HS làm được sản phẩm đồng hồ La Mã theo tiêu chí.</w:t>
            </w:r>
          </w:p>
          <w:p w:rsidR="00854B61" w:rsidRPr="006347EC" w:rsidRDefault="00E34FE6">
            <w:r w:rsidRPr="006347EC">
              <w:t>- Mục tiêu tích hợp AI 3.C5.2: HS biết AI có thể nhận dạng sai kí hiệu nếu chữ viết mờ, lệch; vì vậy cần viết số La Mã rõ, đúng vị trí.</w:t>
            </w:r>
          </w:p>
          <w:p w:rsidR="00854B61" w:rsidRPr="006347EC" w:rsidRDefault="00E34FE6">
            <w:r w:rsidRPr="006347EC">
              <w:t>*Cách tiến hành:</w:t>
            </w:r>
          </w:p>
        </w:tc>
      </w:tr>
      <w:tr w:rsidR="006347EC" w:rsidRPr="006347EC" w:rsidTr="00F30940">
        <w:trPr>
          <w:jc w:val="center"/>
        </w:trPr>
        <w:tc>
          <w:tcPr>
            <w:tcW w:w="5040" w:type="dxa"/>
            <w:tcBorders>
              <w:top w:val="single" w:sz="8" w:space="0" w:color="000000"/>
            </w:tcBorders>
            <w:shd w:val="clear" w:color="auto" w:fill="auto"/>
          </w:tcPr>
          <w:p w:rsidR="00854B61" w:rsidRPr="006347EC" w:rsidRDefault="00E34FE6">
            <w:r w:rsidRPr="006347EC">
              <w:t>- GV yêu cầu các nhóm lựa chọn dụng cụ, vật liệu phù hợp với phương án đã thống nhất.</w:t>
            </w:r>
          </w:p>
        </w:tc>
        <w:tc>
          <w:tcPr>
            <w:tcW w:w="5040" w:type="dxa"/>
            <w:tcBorders>
              <w:top w:val="single" w:sz="8" w:space="0" w:color="000000"/>
            </w:tcBorders>
            <w:shd w:val="clear" w:color="auto" w:fill="auto"/>
          </w:tcPr>
          <w:p w:rsidR="00854B61" w:rsidRPr="006347EC" w:rsidRDefault="00E34FE6">
            <w:r w:rsidRPr="006347EC">
              <w:t>- HS chọn bìa/đĩa giấy, bút màu, kéo, hồ dán, ghim và kiểm tra đủ vật liệu.</w:t>
            </w:r>
          </w:p>
        </w:tc>
      </w:tr>
      <w:tr w:rsidR="006347EC" w:rsidRPr="006347EC" w:rsidTr="00F30940">
        <w:trPr>
          <w:jc w:val="center"/>
        </w:trPr>
        <w:tc>
          <w:tcPr>
            <w:tcW w:w="5040" w:type="dxa"/>
            <w:shd w:val="clear" w:color="auto" w:fill="auto"/>
          </w:tcPr>
          <w:p w:rsidR="00854B61" w:rsidRPr="006347EC" w:rsidRDefault="00E34FE6">
            <w:r w:rsidRPr="006347EC">
              <w:t>- GV chiếu gợi ý các bước: Bước 1 tạo mặt đồng hồ; Bước 2 viết hoặc gắn số La Mã I đến XII; Bước 3 trang trí; Bước 4 gắn kim giờ và kim phút.</w:t>
            </w:r>
          </w:p>
        </w:tc>
        <w:tc>
          <w:tcPr>
            <w:tcW w:w="5040" w:type="dxa"/>
            <w:shd w:val="clear" w:color="auto" w:fill="auto"/>
          </w:tcPr>
          <w:p w:rsidR="00854B61" w:rsidRPr="006347EC" w:rsidRDefault="00E34FE6">
            <w:r w:rsidRPr="006347EC">
              <w:t>- HS theo dõi các bước làm sản phẩm.</w:t>
            </w:r>
          </w:p>
        </w:tc>
      </w:tr>
      <w:tr w:rsidR="006347EC" w:rsidRPr="006347EC" w:rsidTr="00F30940">
        <w:trPr>
          <w:jc w:val="center"/>
        </w:trPr>
        <w:tc>
          <w:tcPr>
            <w:tcW w:w="5040" w:type="dxa"/>
            <w:shd w:val="clear" w:color="auto" w:fill="auto"/>
          </w:tcPr>
          <w:p w:rsidR="00854B61" w:rsidRPr="006347EC" w:rsidRDefault="00E34FE6">
            <w:r w:rsidRPr="006347EC">
              <w:t>- Tích hợp AI: GV chiếu ví dụ số La Mã viết mờ hoặc lệch, hỏi: Nếu đưa hình này cho AI nhận dạng, máy có thể sai ở điểm nào?</w:t>
            </w:r>
          </w:p>
        </w:tc>
        <w:tc>
          <w:tcPr>
            <w:tcW w:w="5040" w:type="dxa"/>
            <w:shd w:val="clear" w:color="auto" w:fill="auto"/>
          </w:tcPr>
          <w:p w:rsidR="00854B61" w:rsidRPr="006347EC" w:rsidRDefault="00E34FE6">
            <w:r w:rsidRPr="006347EC">
              <w:t>- HS trả lời: Máy có thể nhầm IV, VI, IX, XI hoặc nhận sai nếu nét chữ mờ, không đúng vị trí.</w:t>
            </w:r>
          </w:p>
        </w:tc>
      </w:tr>
      <w:tr w:rsidR="006347EC" w:rsidRPr="006347EC" w:rsidTr="00F30940">
        <w:trPr>
          <w:jc w:val="center"/>
        </w:trPr>
        <w:tc>
          <w:tcPr>
            <w:tcW w:w="5040" w:type="dxa"/>
            <w:shd w:val="clear" w:color="auto" w:fill="auto"/>
          </w:tcPr>
          <w:p w:rsidR="00854B61" w:rsidRPr="006347EC" w:rsidRDefault="00E34FE6">
            <w:r w:rsidRPr="006347EC">
              <w:t>- GV nhắc HS viết số La Mã rõ nét, đặt XII ở trên cùng, III bên phải, VI phía dưới, IX bên trái; các số còn lại chia đều quanh mặt đồng hồ.</w:t>
            </w:r>
          </w:p>
        </w:tc>
        <w:tc>
          <w:tcPr>
            <w:tcW w:w="5040" w:type="dxa"/>
            <w:shd w:val="clear" w:color="auto" w:fill="auto"/>
          </w:tcPr>
          <w:p w:rsidR="00854B61" w:rsidRPr="006347EC" w:rsidRDefault="00E34FE6">
            <w:r w:rsidRPr="006347EC">
              <w:t>- HS viết/gắn số La Mã rõ nét, kiểm tra thứ tự và vị trí trước khi dán cố định.</w:t>
            </w:r>
          </w:p>
        </w:tc>
      </w:tr>
      <w:tr w:rsidR="006347EC" w:rsidRPr="006347EC" w:rsidTr="00F30940">
        <w:trPr>
          <w:jc w:val="center"/>
        </w:trPr>
        <w:tc>
          <w:tcPr>
            <w:tcW w:w="5040" w:type="dxa"/>
            <w:shd w:val="clear" w:color="auto" w:fill="auto"/>
          </w:tcPr>
          <w:p w:rsidR="00854B61" w:rsidRPr="006347EC" w:rsidRDefault="00E34FE6">
            <w:r w:rsidRPr="006347EC">
              <w:t>- GV cho HS thực hành làm sản phẩm, quan sát và hỗ trợ nhóm gặp khó khăn.</w:t>
            </w:r>
          </w:p>
        </w:tc>
        <w:tc>
          <w:tcPr>
            <w:tcW w:w="5040" w:type="dxa"/>
            <w:shd w:val="clear" w:color="auto" w:fill="auto"/>
          </w:tcPr>
          <w:p w:rsidR="00854B61" w:rsidRPr="006347EC" w:rsidRDefault="00E34FE6">
            <w:r w:rsidRPr="006347EC">
              <w:t>- HS phân công nhiệm vụ: bạn cắt mặt đồng hồ, bạn viết số, bạn làm kim, bạn trang trí, bạn kiểm tra tiêu chí.</w:t>
            </w:r>
          </w:p>
        </w:tc>
      </w:tr>
      <w:tr w:rsidR="006347EC" w:rsidRPr="006347EC" w:rsidTr="00F30940">
        <w:trPr>
          <w:jc w:val="center"/>
        </w:trPr>
        <w:tc>
          <w:tcPr>
            <w:tcW w:w="5040" w:type="dxa"/>
            <w:tcBorders>
              <w:bottom w:val="single" w:sz="8" w:space="0" w:color="000000"/>
            </w:tcBorders>
            <w:shd w:val="clear" w:color="auto" w:fill="auto"/>
          </w:tcPr>
          <w:p w:rsidR="00854B61" w:rsidRPr="006347EC" w:rsidRDefault="00E34FE6">
            <w:r w:rsidRPr="006347EC">
              <w:t>- GV yêu cầu nhóm tự đối chiếu tiêu chí: đủ I đến XII, kim quay được, sản phẩm chắc chắn, đẹp, sử dụng được.</w:t>
            </w:r>
          </w:p>
        </w:tc>
        <w:tc>
          <w:tcPr>
            <w:tcW w:w="5040" w:type="dxa"/>
            <w:tcBorders>
              <w:bottom w:val="single" w:sz="8" w:space="0" w:color="000000"/>
            </w:tcBorders>
            <w:shd w:val="clear" w:color="auto" w:fill="auto"/>
          </w:tcPr>
          <w:p w:rsidR="00854B61" w:rsidRPr="006347EC" w:rsidRDefault="00E34FE6">
            <w:r w:rsidRPr="006347EC">
              <w:t>- HS tự kiểm tra, sửa lỗi nếu thiếu số, sai vị trí hoặc kim chưa quay được.</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4. Trưng bày, giới thiệu sản phẩm và chơi trò chơi “Thi quay nhanh kim đồng hồ sử dụng số La Mã” (5 phút):</w:t>
            </w:r>
          </w:p>
          <w:p w:rsidR="00854B61" w:rsidRPr="006347EC" w:rsidRDefault="00E34FE6">
            <w:r w:rsidRPr="006347EC">
              <w:t>- Mục tiêu: HS giới thiệu được sản phẩm, sử dụng đồng hồ để đọc giờ và tự đánh giá.</w:t>
            </w:r>
          </w:p>
          <w:p w:rsidR="00854B61" w:rsidRPr="006347EC" w:rsidRDefault="00E34FE6">
            <w:r w:rsidRPr="006347EC">
              <w:lastRenderedPageBreak/>
              <w:t>*Cách tiến hành:</w:t>
            </w:r>
          </w:p>
        </w:tc>
      </w:tr>
      <w:tr w:rsidR="006347EC" w:rsidRPr="006347EC" w:rsidTr="00F30940">
        <w:trPr>
          <w:jc w:val="center"/>
        </w:trPr>
        <w:tc>
          <w:tcPr>
            <w:tcW w:w="5040" w:type="dxa"/>
            <w:tcBorders>
              <w:top w:val="single" w:sz="8" w:space="0" w:color="000000"/>
            </w:tcBorders>
            <w:shd w:val="clear" w:color="auto" w:fill="auto"/>
          </w:tcPr>
          <w:p w:rsidR="00854B61" w:rsidRPr="006347EC" w:rsidRDefault="00E34FE6">
            <w:r w:rsidRPr="006347EC">
              <w:lastRenderedPageBreak/>
              <w:t>- GV tổ chức cho các nhóm trưng bày sản phẩm.</w:t>
            </w:r>
          </w:p>
        </w:tc>
        <w:tc>
          <w:tcPr>
            <w:tcW w:w="5040" w:type="dxa"/>
            <w:tcBorders>
              <w:top w:val="single" w:sz="8" w:space="0" w:color="000000"/>
            </w:tcBorders>
            <w:shd w:val="clear" w:color="auto" w:fill="auto"/>
          </w:tcPr>
          <w:p w:rsidR="00854B61" w:rsidRPr="006347EC" w:rsidRDefault="00E34FE6">
            <w:r w:rsidRPr="006347EC">
              <w:t>- HS trưng bày sản phẩm và quan sát sản phẩm của nhóm bạn.</w:t>
            </w:r>
          </w:p>
        </w:tc>
      </w:tr>
      <w:tr w:rsidR="006347EC" w:rsidRPr="006347EC" w:rsidTr="00F30940">
        <w:trPr>
          <w:jc w:val="center"/>
        </w:trPr>
        <w:tc>
          <w:tcPr>
            <w:tcW w:w="5040" w:type="dxa"/>
            <w:shd w:val="clear" w:color="auto" w:fill="auto"/>
          </w:tcPr>
          <w:p w:rsidR="00854B61" w:rsidRPr="006347EC" w:rsidRDefault="00E34FE6">
            <w:r w:rsidRPr="006347EC">
              <w:t>- GV mời đại diện nhóm giới thiệu: đồng hồ gồm những bộ phận nào, vật liệu gì, cách gắn kim ra sao, khó khăn và cách khắc phục.</w:t>
            </w:r>
          </w:p>
        </w:tc>
        <w:tc>
          <w:tcPr>
            <w:tcW w:w="5040" w:type="dxa"/>
            <w:shd w:val="clear" w:color="auto" w:fill="auto"/>
          </w:tcPr>
          <w:p w:rsidR="00854B61" w:rsidRPr="006347EC" w:rsidRDefault="00E34FE6">
            <w:r w:rsidRPr="006347EC">
              <w:t>- Đại diện nhóm giới thiệu sản phẩm theo gợi ý của GV.</w:t>
            </w:r>
          </w:p>
        </w:tc>
      </w:tr>
      <w:tr w:rsidR="006347EC" w:rsidRPr="006347EC" w:rsidTr="00F30940">
        <w:trPr>
          <w:jc w:val="center"/>
        </w:trPr>
        <w:tc>
          <w:tcPr>
            <w:tcW w:w="5040" w:type="dxa"/>
            <w:shd w:val="clear" w:color="auto" w:fill="auto"/>
          </w:tcPr>
          <w:p w:rsidR="00854B61" w:rsidRPr="006347EC" w:rsidRDefault="00E34FE6">
            <w:r w:rsidRPr="006347EC">
              <w:t>- GV mời các nhóm nhận xét theo tiêu chí: đúng số La Mã, đúng vị trí, kim quay được, sản phẩm chắc chắn và đẹp.</w:t>
            </w:r>
          </w:p>
        </w:tc>
        <w:tc>
          <w:tcPr>
            <w:tcW w:w="5040" w:type="dxa"/>
            <w:shd w:val="clear" w:color="auto" w:fill="auto"/>
          </w:tcPr>
          <w:p w:rsidR="00854B61" w:rsidRPr="006347EC" w:rsidRDefault="00E34FE6">
            <w:r w:rsidRPr="006347EC">
              <w:t>- HS nhận xét, góp ý lịch sự cho nhóm bạn.</w:t>
            </w:r>
          </w:p>
        </w:tc>
      </w:tr>
      <w:tr w:rsidR="006347EC" w:rsidRPr="006347EC" w:rsidTr="00F30940">
        <w:trPr>
          <w:jc w:val="center"/>
        </w:trPr>
        <w:tc>
          <w:tcPr>
            <w:tcW w:w="5040" w:type="dxa"/>
            <w:shd w:val="clear" w:color="auto" w:fill="auto"/>
          </w:tcPr>
          <w:p w:rsidR="00854B61" w:rsidRPr="006347EC" w:rsidRDefault="00E34FE6">
            <w:r w:rsidRPr="006347EC">
              <w:t>- GV giới thiệu trò chơi: Quản trò hô giờ, các nhóm quay kim chỉ đúng giờ; nhóm quay đúng và nhanh được điểm.</w:t>
            </w:r>
          </w:p>
        </w:tc>
        <w:tc>
          <w:tcPr>
            <w:tcW w:w="5040" w:type="dxa"/>
            <w:shd w:val="clear" w:color="auto" w:fill="auto"/>
          </w:tcPr>
          <w:p w:rsidR="00854B61" w:rsidRPr="006347EC" w:rsidRDefault="00E34FE6">
            <w:r w:rsidRPr="006347EC">
              <w:t>- HS lắng nghe luật chơi.</w:t>
            </w:r>
          </w:p>
        </w:tc>
      </w:tr>
      <w:tr w:rsidR="006347EC" w:rsidRPr="006347EC" w:rsidTr="00F30940">
        <w:trPr>
          <w:jc w:val="center"/>
        </w:trPr>
        <w:tc>
          <w:tcPr>
            <w:tcW w:w="5040" w:type="dxa"/>
            <w:shd w:val="clear" w:color="auto" w:fill="auto"/>
          </w:tcPr>
          <w:p w:rsidR="00854B61" w:rsidRPr="006347EC" w:rsidRDefault="00E34FE6">
            <w:r w:rsidRPr="006347EC">
              <w:t>- GV hô lần lượt: 3 giờ, 6 giờ, 9 giờ, 10 giờ 30 phút, 12 giờ 15 phút.</w:t>
            </w:r>
          </w:p>
        </w:tc>
        <w:tc>
          <w:tcPr>
            <w:tcW w:w="5040" w:type="dxa"/>
            <w:shd w:val="clear" w:color="auto" w:fill="auto"/>
          </w:tcPr>
          <w:p w:rsidR="00854B61" w:rsidRPr="006347EC" w:rsidRDefault="00E34FE6">
            <w:r w:rsidRPr="006347EC">
              <w:t>- HS dùng đồng hồ La Mã của nhóm để quay kim đúng giờ được hô.</w:t>
            </w:r>
          </w:p>
        </w:tc>
      </w:tr>
      <w:tr w:rsidR="006347EC" w:rsidRPr="006347EC" w:rsidTr="00F30940">
        <w:trPr>
          <w:jc w:val="center"/>
        </w:trPr>
        <w:tc>
          <w:tcPr>
            <w:tcW w:w="5040" w:type="dxa"/>
            <w:shd w:val="clear" w:color="auto" w:fill="auto"/>
          </w:tcPr>
          <w:p w:rsidR="00854B61" w:rsidRPr="006347EC" w:rsidRDefault="00E34FE6">
            <w:r w:rsidRPr="006347EC">
              <w:t>- GV yêu cầu HS tự đánh giá sản phẩm bằng phiếu/khuôn mặt cảm xúc.</w:t>
            </w:r>
          </w:p>
        </w:tc>
        <w:tc>
          <w:tcPr>
            <w:tcW w:w="5040" w:type="dxa"/>
            <w:shd w:val="clear" w:color="auto" w:fill="auto"/>
          </w:tcPr>
          <w:p w:rsidR="00854B61" w:rsidRPr="006347EC" w:rsidRDefault="00E34FE6">
            <w:r w:rsidRPr="006347EC">
              <w:t>- HS tự đánh giá sản phẩm của nhóm và nêu điều cần điều chỉnh nếu có.</w:t>
            </w:r>
          </w:p>
        </w:tc>
      </w:tr>
      <w:tr w:rsidR="006347EC" w:rsidRPr="006347EC" w:rsidTr="00F30940">
        <w:trPr>
          <w:jc w:val="center"/>
        </w:trPr>
        <w:tc>
          <w:tcPr>
            <w:tcW w:w="5040" w:type="dxa"/>
            <w:shd w:val="clear" w:color="auto" w:fill="auto"/>
          </w:tcPr>
          <w:p w:rsidR="00854B61" w:rsidRPr="006347EC" w:rsidRDefault="00E34FE6">
            <w:r w:rsidRPr="006347EC">
              <w:t>- GV kết luận: Đồng hồ sử dụng số La Mã giúp các em vận dụng chữ số La Mã, kĩ năng đọc giờ và kĩ năng cắt, dán, trang trí để tạo đồ dùng học tập.</w:t>
            </w:r>
          </w:p>
        </w:tc>
        <w:tc>
          <w:tcPr>
            <w:tcW w:w="5040" w:type="dxa"/>
            <w:shd w:val="clear" w:color="auto" w:fill="auto"/>
          </w:tcPr>
          <w:p w:rsidR="00854B61" w:rsidRPr="006347EC" w:rsidRDefault="00E34FE6">
            <w:r w:rsidRPr="006347EC">
              <w:t>- HS lắng nghe, thu dọn dụng cụ và hoàn thiện sản phẩm nếu cần.</w:t>
            </w:r>
          </w:p>
        </w:tc>
      </w:tr>
    </w:tbl>
    <w:p w:rsidR="00854B61" w:rsidRPr="006347EC" w:rsidRDefault="00E34FE6">
      <w:r w:rsidRPr="006347EC">
        <w:rPr>
          <w:b/>
        </w:rPr>
        <w:t>IV. ĐIỀU CHỈNH SAU BÀI DẠY:</w:t>
      </w:r>
    </w:p>
    <w:p w:rsidR="00854B61" w:rsidRPr="006347EC" w:rsidRDefault="00E34FE6">
      <w:r w:rsidRPr="006347EC">
        <w:t>.......................................................................................................................................</w:t>
      </w:r>
    </w:p>
    <w:p w:rsidR="00854B61" w:rsidRPr="006347EC" w:rsidRDefault="00E34FE6">
      <w:r w:rsidRPr="006347EC">
        <w:t>.......................................................................................................................................</w:t>
      </w:r>
    </w:p>
    <w:p w:rsidR="00854B61" w:rsidRPr="006347EC" w:rsidRDefault="00E34FE6">
      <w:pPr>
        <w:jc w:val="center"/>
      </w:pPr>
      <w:r w:rsidRPr="006347EC">
        <w:rPr>
          <w:b/>
          <w:sz w:val="28"/>
        </w:rPr>
        <w:t>TUẦN 20</w:t>
      </w:r>
    </w:p>
    <w:p w:rsidR="00854B61" w:rsidRPr="006347EC" w:rsidRDefault="00E34FE6">
      <w:pPr>
        <w:jc w:val="center"/>
      </w:pPr>
      <w:r w:rsidRPr="006347EC">
        <w:rPr>
          <w:b/>
          <w:sz w:val="28"/>
        </w:rPr>
        <w:t>KẾ HOẠCH BÀI DẠY MÔN TOÁN 3</w:t>
      </w:r>
    </w:p>
    <w:p w:rsidR="00854B61" w:rsidRPr="006347EC" w:rsidRDefault="00E34FE6">
      <w:pPr>
        <w:jc w:val="center"/>
      </w:pPr>
      <w:r w:rsidRPr="006347EC">
        <w:rPr>
          <w:b/>
        </w:rPr>
        <w:t>CHỦ ĐỀ 8: CÁC SỐ ĐẾN 10 000</w:t>
      </w:r>
    </w:p>
    <w:p w:rsidR="00854B61" w:rsidRPr="006347EC" w:rsidRDefault="00E34FE6">
      <w:pPr>
        <w:jc w:val="center"/>
      </w:pPr>
      <w:r w:rsidRPr="006347EC">
        <w:rPr>
          <w:b/>
        </w:rPr>
        <w:t>Bài 48: LÀM TRÒN SỐ ĐẾN HÀNG CHỤC, HÀNG TRĂM - Trang 15, 16</w:t>
      </w:r>
    </w:p>
    <w:p w:rsidR="00854B61" w:rsidRPr="006347EC" w:rsidRDefault="00E34FE6">
      <w:r w:rsidRPr="006347EC">
        <w:rPr>
          <w:b/>
        </w:rPr>
        <w:t>I. YÊU CẦU CẦN ĐẠT:</w:t>
      </w:r>
    </w:p>
    <w:p w:rsidR="00854B61" w:rsidRPr="006347EC" w:rsidRDefault="00E34FE6">
      <w:r w:rsidRPr="006347EC">
        <w:rPr>
          <w:b/>
        </w:rPr>
        <w:t>1. Năng lực đặc thù:</w:t>
      </w:r>
    </w:p>
    <w:p w:rsidR="00854B61" w:rsidRPr="006347EC" w:rsidRDefault="00E34FE6">
      <w:r w:rsidRPr="006347EC">
        <w:t>- Biết cách làm tròn số đến hàng chục và hàng trăm.</w:t>
      </w:r>
    </w:p>
    <w:p w:rsidR="00854B61" w:rsidRPr="006347EC" w:rsidRDefault="00E34FE6">
      <w:r w:rsidRPr="006347EC">
        <w:t>- Làm tròn được các số có bốn chữ số đến hàng chục, hàng trăm.</w:t>
      </w:r>
    </w:p>
    <w:p w:rsidR="00854B61" w:rsidRPr="006347EC" w:rsidRDefault="00E34FE6">
      <w:r w:rsidRPr="006347EC">
        <w:t>- Giải thích được vì sao làm tròn lên hoặc làm tròn xuống.</w:t>
      </w:r>
    </w:p>
    <w:p w:rsidR="00854B61" w:rsidRPr="006347EC" w:rsidRDefault="00E34FE6">
      <w:r w:rsidRPr="006347EC">
        <w:t>- Vận dụng làm tròn số trong tình huống thực tế.</w:t>
      </w:r>
    </w:p>
    <w:p w:rsidR="00854B61" w:rsidRPr="006347EC" w:rsidRDefault="00E34FE6">
      <w:r w:rsidRPr="006347EC">
        <w:rPr>
          <w:b/>
        </w:rPr>
        <w:t>2. Năng lực chung:</w:t>
      </w:r>
    </w:p>
    <w:p w:rsidR="00854B61" w:rsidRPr="006347EC" w:rsidRDefault="00E34FE6">
      <w:r w:rsidRPr="006347EC">
        <w:t>- Tự chủ, tự học: tự xác định chữ số cần xét và làm tròn số.</w:t>
      </w:r>
    </w:p>
    <w:p w:rsidR="00854B61" w:rsidRPr="006347EC" w:rsidRDefault="00E34FE6">
      <w:r w:rsidRPr="006347EC">
        <w:t>- Giao tiếp và hợp tác: thảo luận khi chọn số làm tròn phù hợp.</w:t>
      </w:r>
    </w:p>
    <w:p w:rsidR="00854B61" w:rsidRPr="006347EC" w:rsidRDefault="00E34FE6">
      <w:r w:rsidRPr="006347EC">
        <w:t>- Giải quyết vấn đề và sáng tạo: biết phân biệt kết quả ước lượng và số chính xác.</w:t>
      </w:r>
    </w:p>
    <w:p w:rsidR="00854B61" w:rsidRPr="006347EC" w:rsidRDefault="00E34FE6">
      <w:r w:rsidRPr="006347EC">
        <w:rPr>
          <w:b/>
        </w:rPr>
        <w:t>3. Phẩm chất:</w:t>
      </w:r>
    </w:p>
    <w:p w:rsidR="00854B61" w:rsidRPr="006347EC" w:rsidRDefault="00E34FE6">
      <w:r w:rsidRPr="006347EC">
        <w:t>- Chăm chỉ: luyện tập làm tròn số cẩn thận.</w:t>
      </w:r>
    </w:p>
    <w:p w:rsidR="00854B61" w:rsidRPr="006347EC" w:rsidRDefault="00E34FE6">
      <w:r w:rsidRPr="006347EC">
        <w:t>- Trung thực: nêu đúng cách làm, không đoán kết quả.</w:t>
      </w:r>
    </w:p>
    <w:p w:rsidR="00854B61" w:rsidRPr="006347EC" w:rsidRDefault="00E34FE6">
      <w:r w:rsidRPr="006347EC">
        <w:t>- Trách nhiệm: kiểm tra kết quả khi dùng công cụ số.</w:t>
      </w:r>
    </w:p>
    <w:p w:rsidR="00854B61" w:rsidRPr="006347EC" w:rsidRDefault="00E34FE6">
      <w:r w:rsidRPr="006347EC">
        <w:rPr>
          <w:b/>
        </w:rPr>
        <w:t>4. Tích hợp:</w:t>
      </w:r>
    </w:p>
    <w:p w:rsidR="00854B61" w:rsidRPr="006347EC" w:rsidRDefault="00E34FE6">
      <w:r w:rsidRPr="006347EC">
        <w:t>- Tích hợp NLS 1.1.CB1a: GV dùng Wordwall dạng chọn nhanh số làm tròn; HS xác định chữ số cần xét, chọn số làm tròn phù hợp và giải thích vì sao làm tròn lên hoặc làm tròn xuống.</w:t>
      </w:r>
    </w:p>
    <w:p w:rsidR="00854B61" w:rsidRPr="006347EC" w:rsidRDefault="00E34FE6">
      <w:r w:rsidRPr="006347EC">
        <w:t>- Tích hợp AI (Khung 3439) - 3.A3.1: Hiểu AI thường đưa ra kết quả dự báo mang tính ước lượng, cần con người kiểm chứng.</w:t>
      </w:r>
    </w:p>
    <w:p w:rsidR="00854B61" w:rsidRPr="006347EC" w:rsidRDefault="00E34FE6">
      <w:r w:rsidRPr="006347EC">
        <w:rPr>
          <w:b/>
        </w:rPr>
        <w:lastRenderedPageBreak/>
        <w:t>II. ĐỒ DÙNG DẠY HỌC</w:t>
      </w:r>
    </w:p>
    <w:p w:rsidR="00854B61" w:rsidRPr="006347EC" w:rsidRDefault="00E34FE6">
      <w:r w:rsidRPr="006347EC">
        <w:t>- Kế hoạch bài dạy, SGK Toán 3 tập hai, bài giảng PowerPoint.</w:t>
      </w:r>
    </w:p>
    <w:p w:rsidR="00854B61" w:rsidRPr="006347EC" w:rsidRDefault="00E34FE6">
      <w:r w:rsidRPr="006347EC">
        <w:t>- Wordwall dạng chọn nhanh số làm tròn, ví dụ dự báo/ước lượng do AI tạo ra.</w:t>
      </w:r>
    </w:p>
    <w:p w:rsidR="00854B61" w:rsidRPr="006347EC" w:rsidRDefault="00E34FE6">
      <w:r w:rsidRPr="006347EC">
        <w:t>- Hình cắt từ SGK trang 15, 16.</w:t>
      </w:r>
    </w:p>
    <w:p w:rsidR="00854B61" w:rsidRPr="006347EC" w:rsidRDefault="00E34FE6">
      <w:r w:rsidRPr="006347EC">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6347EC" w:rsidRPr="006347EC" w:rsidTr="00F30940">
        <w:trPr>
          <w:jc w:val="center"/>
        </w:trPr>
        <w:tc>
          <w:tcPr>
            <w:tcW w:w="5040" w:type="dxa"/>
            <w:tcBorders>
              <w:bottom w:val="single" w:sz="8" w:space="0" w:color="000000"/>
            </w:tcBorders>
            <w:shd w:val="clear" w:color="auto" w:fill="auto"/>
          </w:tcPr>
          <w:p w:rsidR="00854B61" w:rsidRPr="006347EC" w:rsidRDefault="00E34FE6">
            <w:r w:rsidRPr="006347EC">
              <w:rPr>
                <w:b/>
              </w:rPr>
              <w:t>Hoạt động của giáo viên</w:t>
            </w:r>
          </w:p>
        </w:tc>
        <w:tc>
          <w:tcPr>
            <w:tcW w:w="5040" w:type="dxa"/>
            <w:tcBorders>
              <w:bottom w:val="single" w:sz="8" w:space="0" w:color="000000"/>
            </w:tcBorders>
            <w:shd w:val="clear" w:color="auto" w:fill="auto"/>
          </w:tcPr>
          <w:p w:rsidR="00854B61" w:rsidRPr="006347EC" w:rsidRDefault="00E34FE6">
            <w:r w:rsidRPr="006347EC">
              <w:rPr>
                <w:b/>
              </w:rPr>
              <w:t>Hoạt động của học sinh</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1. Khởi động (5 phút):</w:t>
            </w:r>
          </w:p>
          <w:p w:rsidR="00854B61" w:rsidRPr="006347EC" w:rsidRDefault="00E34FE6">
            <w:r w:rsidRPr="006347EC">
              <w:t>- Mục tiêu: Ôn so sánh số và tạo tình huống cần làm tròn số.</w:t>
            </w:r>
          </w:p>
          <w:p w:rsidR="00854B61" w:rsidRPr="006347EC" w:rsidRDefault="00E34FE6">
            <w:r w:rsidRPr="006347EC">
              <w:t>*Cách tiến hành:</w:t>
            </w:r>
          </w:p>
        </w:tc>
      </w:tr>
      <w:tr w:rsidR="006347EC" w:rsidRPr="006347EC" w:rsidTr="00F30940">
        <w:trPr>
          <w:jc w:val="center"/>
        </w:trPr>
        <w:tc>
          <w:tcPr>
            <w:tcW w:w="5000" w:type="dxa"/>
            <w:tcBorders>
              <w:top w:val="single" w:sz="8" w:space="0" w:color="000000"/>
            </w:tcBorders>
            <w:shd w:val="clear" w:color="auto" w:fill="auto"/>
          </w:tcPr>
          <w:p w:rsidR="00854B61" w:rsidRPr="006347EC" w:rsidRDefault="00E34FE6">
            <w:r w:rsidRPr="006347EC">
              <w:t>- GV hỏi: Số 1 726 gần 1 700 hơn hay gần 1 800 hơn?</w:t>
            </w:r>
          </w:p>
        </w:tc>
        <w:tc>
          <w:tcPr>
            <w:tcW w:w="5000" w:type="dxa"/>
            <w:tcBorders>
              <w:top w:val="single" w:sz="8" w:space="0" w:color="000000"/>
            </w:tcBorders>
            <w:shd w:val="clear" w:color="auto" w:fill="auto"/>
          </w:tcPr>
          <w:p w:rsidR="00854B61" w:rsidRPr="006347EC" w:rsidRDefault="00E34FE6">
            <w:r w:rsidRPr="006347EC">
              <w:t>- HS trả lời theo suy nghĩ ban đầu.</w:t>
            </w:r>
          </w:p>
        </w:tc>
      </w:tr>
      <w:tr w:rsidR="006347EC" w:rsidRPr="006347EC" w:rsidTr="00F30940">
        <w:trPr>
          <w:jc w:val="center"/>
        </w:trPr>
        <w:tc>
          <w:tcPr>
            <w:tcW w:w="5000" w:type="dxa"/>
            <w:shd w:val="clear" w:color="auto" w:fill="auto"/>
          </w:tcPr>
          <w:p w:rsidR="00854B61" w:rsidRPr="006347EC" w:rsidRDefault="00E34FE6">
            <w:r w:rsidRPr="006347EC">
              <w:t>- GV nêu tình huống trong tranh: Tuyến đường sắt dài chính xác 1 726 km, có thể nói khoảng 1 700 km.</w:t>
            </w:r>
          </w:p>
        </w:tc>
        <w:tc>
          <w:tcPr>
            <w:tcW w:w="5000" w:type="dxa"/>
            <w:shd w:val="clear" w:color="auto" w:fill="auto"/>
          </w:tcPr>
          <w:p w:rsidR="00854B61" w:rsidRPr="006347EC" w:rsidRDefault="00E34FE6">
            <w:r w:rsidRPr="006347EC">
              <w:t>- HS lắng nghe tình huống.</w:t>
            </w:r>
          </w:p>
        </w:tc>
      </w:tr>
      <w:tr w:rsidR="006347EC" w:rsidRPr="006347EC" w:rsidTr="00F30940">
        <w:trPr>
          <w:jc w:val="center"/>
        </w:trPr>
        <w:tc>
          <w:tcPr>
            <w:tcW w:w="5000" w:type="dxa"/>
            <w:tcBorders>
              <w:bottom w:val="single" w:sz="8" w:space="0" w:color="000000"/>
            </w:tcBorders>
            <w:shd w:val="clear" w:color="auto" w:fill="auto"/>
          </w:tcPr>
          <w:p w:rsidR="00854B61" w:rsidRPr="006347EC" w:rsidRDefault="00E34FE6">
            <w:r w:rsidRPr="006347EC">
              <w:t>- GV dẫn dắt: Hôm nay các em học cách làm tròn số đến hàng chục, hàng trăm.</w:t>
            </w:r>
          </w:p>
        </w:tc>
        <w:tc>
          <w:tcPr>
            <w:tcW w:w="5000" w:type="dxa"/>
            <w:tcBorders>
              <w:bottom w:val="single" w:sz="8" w:space="0" w:color="000000"/>
            </w:tcBorders>
            <w:shd w:val="clear" w:color="auto" w:fill="auto"/>
          </w:tcPr>
          <w:p w:rsidR="00854B61" w:rsidRPr="006347EC" w:rsidRDefault="00E34FE6">
            <w:r w:rsidRPr="006347EC">
              <w:t>- HS ghi tên bài vào vở.</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2. Khám phá (8 phút):</w:t>
            </w:r>
          </w:p>
          <w:p w:rsidR="00854B61" w:rsidRPr="006347EC" w:rsidRDefault="00E34FE6">
            <w:r w:rsidRPr="006347EC">
              <w:t>- Mục tiêu: Biết quy tắc làm tròn số đến hàng chục, hàng trăm.</w:t>
            </w:r>
          </w:p>
          <w:p w:rsidR="00854B61" w:rsidRPr="006347EC" w:rsidRDefault="00E34FE6">
            <w:r w:rsidRPr="006347EC">
              <w:t>*Cách tiến hành:</w:t>
            </w:r>
          </w:p>
        </w:tc>
      </w:tr>
      <w:tr w:rsidR="006347EC" w:rsidRPr="006347EC" w:rsidTr="00F30940">
        <w:trPr>
          <w:jc w:val="center"/>
        </w:trPr>
        <w:tc>
          <w:tcPr>
            <w:tcW w:w="5000" w:type="dxa"/>
            <w:tcBorders>
              <w:top w:val="single" w:sz="8" w:space="0" w:color="000000"/>
            </w:tcBorders>
            <w:shd w:val="clear" w:color="auto" w:fill="auto"/>
          </w:tcPr>
          <w:p w:rsidR="00854B61" w:rsidRPr="006347EC" w:rsidRDefault="00E34FE6">
            <w:r w:rsidRPr="006347EC">
              <w:t>Khám phá a. Làm tròn số đến hàng chục.</w:t>
            </w:r>
          </w:p>
          <w:p w:rsidR="00854B61" w:rsidRPr="006347EC" w:rsidRDefault="00E34FE6">
            <w:r w:rsidRPr="006347EC">
              <w:t>- HS quan sát hình trong SGK.</w:t>
            </w:r>
          </w:p>
          <w:p w:rsidR="00854B61" w:rsidRPr="006347EC" w:rsidRDefault="00854B61">
            <w:pPr>
              <w:jc w:val="center"/>
            </w:pPr>
          </w:p>
        </w:tc>
        <w:tc>
          <w:tcPr>
            <w:tcW w:w="5000" w:type="dxa"/>
            <w:tcBorders>
              <w:top w:val="single" w:sz="8" w:space="0" w:color="000000"/>
            </w:tcBorders>
            <w:shd w:val="clear" w:color="auto" w:fill="auto"/>
          </w:tcPr>
          <w:p w:rsidR="00854B61" w:rsidRPr="006347EC" w:rsidRDefault="00E34FE6">
            <w:r w:rsidRPr="006347EC">
              <w:t>- HS quan sát tình huống và quy tắc làm tròn đến hàng chục.</w:t>
            </w:r>
          </w:p>
        </w:tc>
      </w:tr>
      <w:tr w:rsidR="006347EC" w:rsidRPr="006347EC" w:rsidTr="00F30940">
        <w:trPr>
          <w:jc w:val="center"/>
        </w:trPr>
        <w:tc>
          <w:tcPr>
            <w:tcW w:w="5000" w:type="dxa"/>
            <w:shd w:val="clear" w:color="auto" w:fill="auto"/>
          </w:tcPr>
          <w:p w:rsidR="00854B61" w:rsidRPr="006347EC" w:rsidRDefault="00E34FE6">
            <w:r w:rsidRPr="006347EC">
              <w:t>- GV yêu cầu HS đọc tình huống ở nhà ga.</w:t>
            </w:r>
          </w:p>
        </w:tc>
        <w:tc>
          <w:tcPr>
            <w:tcW w:w="5000" w:type="dxa"/>
            <w:shd w:val="clear" w:color="auto" w:fill="auto"/>
          </w:tcPr>
          <w:p w:rsidR="00854B61" w:rsidRPr="006347EC" w:rsidRDefault="00E34FE6">
            <w:r w:rsidRPr="006347EC">
              <w:t>- HS đọc: Tuyến đường sắt từ Hà Nội vào Thành phố Hồ Chí Minh dài chính xác 1 726 km.</w:t>
            </w:r>
          </w:p>
        </w:tc>
      </w:tr>
      <w:tr w:rsidR="006347EC" w:rsidRPr="006347EC" w:rsidTr="00F30940">
        <w:trPr>
          <w:jc w:val="center"/>
        </w:trPr>
        <w:tc>
          <w:tcPr>
            <w:tcW w:w="5000" w:type="dxa"/>
            <w:shd w:val="clear" w:color="auto" w:fill="auto"/>
          </w:tcPr>
          <w:p w:rsidR="00854B61" w:rsidRPr="006347EC" w:rsidRDefault="00E34FE6">
            <w:r w:rsidRPr="006347EC">
              <w:t>- GV hỏi: Khi làm tròn 1 726 đến hàng chục, ta xét chữ số hàng nào?</w:t>
            </w:r>
          </w:p>
        </w:tc>
        <w:tc>
          <w:tcPr>
            <w:tcW w:w="5000" w:type="dxa"/>
            <w:shd w:val="clear" w:color="auto" w:fill="auto"/>
          </w:tcPr>
          <w:p w:rsidR="00854B61" w:rsidRPr="006347EC" w:rsidRDefault="00E34FE6">
            <w:r w:rsidRPr="006347EC">
              <w:t>- HS trả lời: Xét chữ số hàng đơn vị là 6.</w:t>
            </w:r>
          </w:p>
        </w:tc>
      </w:tr>
      <w:tr w:rsidR="006347EC" w:rsidRPr="006347EC" w:rsidTr="00F30940">
        <w:trPr>
          <w:jc w:val="center"/>
        </w:trPr>
        <w:tc>
          <w:tcPr>
            <w:tcW w:w="5000" w:type="dxa"/>
            <w:shd w:val="clear" w:color="auto" w:fill="auto"/>
          </w:tcPr>
          <w:p w:rsidR="00854B61" w:rsidRPr="006347EC" w:rsidRDefault="00E34FE6">
            <w:r w:rsidRPr="006347EC">
              <w:t>- GV hỏi: Vì 6 lớn hơn 5 nên 1 726 làm tròn đến hàng chục được bao nhiêu?</w:t>
            </w:r>
          </w:p>
        </w:tc>
        <w:tc>
          <w:tcPr>
            <w:tcW w:w="5000" w:type="dxa"/>
            <w:shd w:val="clear" w:color="auto" w:fill="auto"/>
          </w:tcPr>
          <w:p w:rsidR="00854B61" w:rsidRPr="006347EC" w:rsidRDefault="00E34FE6">
            <w:r w:rsidRPr="006347EC">
              <w:t>- HS trả lời: Được 1 730.</w:t>
            </w:r>
          </w:p>
        </w:tc>
      </w:tr>
      <w:tr w:rsidR="006347EC" w:rsidRPr="006347EC" w:rsidTr="00F30940">
        <w:trPr>
          <w:jc w:val="center"/>
        </w:trPr>
        <w:tc>
          <w:tcPr>
            <w:tcW w:w="5000" w:type="dxa"/>
            <w:shd w:val="clear" w:color="auto" w:fill="auto"/>
          </w:tcPr>
          <w:p w:rsidR="00854B61" w:rsidRPr="006347EC" w:rsidRDefault="00E34FE6">
            <w:r w:rsidRPr="006347EC">
              <w:t>- GV yêu cầu HS nêu quy tắc làm tròn đến hàng chục.</w:t>
            </w:r>
          </w:p>
        </w:tc>
        <w:tc>
          <w:tcPr>
            <w:tcW w:w="5000" w:type="dxa"/>
            <w:shd w:val="clear" w:color="auto" w:fill="auto"/>
          </w:tcPr>
          <w:p w:rsidR="00854B61" w:rsidRPr="006347EC" w:rsidRDefault="00E34FE6">
            <w:r w:rsidRPr="006347EC">
              <w:t>- HS nêu: So sánh chữ số hàng đơn vị với 5; bé hơn 5 thì làm tròn xuống, còn lại thì làm tròn lên.</w:t>
            </w:r>
          </w:p>
        </w:tc>
      </w:tr>
      <w:tr w:rsidR="006347EC" w:rsidRPr="006347EC" w:rsidTr="00F30940">
        <w:trPr>
          <w:jc w:val="center"/>
        </w:trPr>
        <w:tc>
          <w:tcPr>
            <w:tcW w:w="5000" w:type="dxa"/>
            <w:shd w:val="clear" w:color="auto" w:fill="auto"/>
          </w:tcPr>
          <w:p w:rsidR="00854B61" w:rsidRPr="006347EC" w:rsidRDefault="00E34FE6">
            <w:r w:rsidRPr="006347EC">
              <w:t>Khám phá b. Làm tròn số đến hàng trăm.</w:t>
            </w:r>
          </w:p>
          <w:p w:rsidR="00854B61" w:rsidRPr="006347EC" w:rsidRDefault="00E34FE6">
            <w:r w:rsidRPr="006347EC">
              <w:t>- HS quan sát hình trong SGK.</w:t>
            </w:r>
          </w:p>
          <w:p w:rsidR="00854B61" w:rsidRPr="006347EC" w:rsidRDefault="00854B61" w:rsidP="00F30940"/>
        </w:tc>
        <w:tc>
          <w:tcPr>
            <w:tcW w:w="5000" w:type="dxa"/>
            <w:shd w:val="clear" w:color="auto" w:fill="auto"/>
          </w:tcPr>
          <w:p w:rsidR="00854B61" w:rsidRPr="006347EC" w:rsidRDefault="00E34FE6">
            <w:r w:rsidRPr="006347EC">
              <w:t>- HS quan sát quy tắc làm tròn đến hàng trăm.</w:t>
            </w:r>
          </w:p>
        </w:tc>
      </w:tr>
      <w:tr w:rsidR="006347EC" w:rsidRPr="006347EC" w:rsidTr="00F30940">
        <w:trPr>
          <w:jc w:val="center"/>
        </w:trPr>
        <w:tc>
          <w:tcPr>
            <w:tcW w:w="5000" w:type="dxa"/>
            <w:shd w:val="clear" w:color="auto" w:fill="auto"/>
          </w:tcPr>
          <w:p w:rsidR="00854B61" w:rsidRPr="006347EC" w:rsidRDefault="00E34FE6">
            <w:r w:rsidRPr="006347EC">
              <w:t>- GV hỏi: Khi làm tròn số đến hàng trăm, ta xét chữ số hàng nào?</w:t>
            </w:r>
          </w:p>
        </w:tc>
        <w:tc>
          <w:tcPr>
            <w:tcW w:w="5000" w:type="dxa"/>
            <w:shd w:val="clear" w:color="auto" w:fill="auto"/>
          </w:tcPr>
          <w:p w:rsidR="00854B61" w:rsidRPr="006347EC" w:rsidRDefault="00E34FE6">
            <w:r w:rsidRPr="006347EC">
              <w:t>- HS trả lời: Xét chữ số hàng chục.</w:t>
            </w:r>
          </w:p>
        </w:tc>
      </w:tr>
      <w:tr w:rsidR="006347EC" w:rsidRPr="006347EC" w:rsidTr="00F30940">
        <w:trPr>
          <w:jc w:val="center"/>
        </w:trPr>
        <w:tc>
          <w:tcPr>
            <w:tcW w:w="5000" w:type="dxa"/>
            <w:shd w:val="clear" w:color="auto" w:fill="auto"/>
          </w:tcPr>
          <w:p w:rsidR="00854B61" w:rsidRPr="006347EC" w:rsidRDefault="00E34FE6">
            <w:r w:rsidRPr="006347EC">
              <w:t>- GV hỏi: 1 786 làm tròn đến hàng trăm được bao nhiêu? Vì sao?</w:t>
            </w:r>
          </w:p>
        </w:tc>
        <w:tc>
          <w:tcPr>
            <w:tcW w:w="5000" w:type="dxa"/>
            <w:shd w:val="clear" w:color="auto" w:fill="auto"/>
          </w:tcPr>
          <w:p w:rsidR="00854B61" w:rsidRPr="006347EC" w:rsidRDefault="00E34FE6">
            <w:r w:rsidRPr="006347EC">
              <w:t>- HS trả lời: Được 1 800 vì chữ số hàng chục là 8 lớn hơn 5.</w:t>
            </w:r>
          </w:p>
        </w:tc>
      </w:tr>
      <w:tr w:rsidR="006347EC" w:rsidRPr="006347EC" w:rsidTr="00F30940">
        <w:trPr>
          <w:jc w:val="center"/>
        </w:trPr>
        <w:tc>
          <w:tcPr>
            <w:tcW w:w="5000" w:type="dxa"/>
            <w:shd w:val="clear" w:color="auto" w:fill="auto"/>
          </w:tcPr>
          <w:p w:rsidR="00854B61" w:rsidRPr="006347EC" w:rsidRDefault="00E34FE6">
            <w:r w:rsidRPr="006347EC">
              <w:t>- GV hỏi: 1 726 làm tròn đến hàng trăm được bao nhiêu? Vì sao?</w:t>
            </w:r>
          </w:p>
        </w:tc>
        <w:tc>
          <w:tcPr>
            <w:tcW w:w="5000" w:type="dxa"/>
            <w:shd w:val="clear" w:color="auto" w:fill="auto"/>
          </w:tcPr>
          <w:p w:rsidR="00854B61" w:rsidRPr="006347EC" w:rsidRDefault="00E34FE6">
            <w:r w:rsidRPr="006347EC">
              <w:t>- HS trả lời: Được 1 700 vì chữ số hàng chục là 2 bé hơn 5.</w:t>
            </w:r>
          </w:p>
        </w:tc>
      </w:tr>
      <w:tr w:rsidR="006347EC" w:rsidRPr="006347EC" w:rsidTr="00F30940">
        <w:trPr>
          <w:jc w:val="center"/>
        </w:trPr>
        <w:tc>
          <w:tcPr>
            <w:tcW w:w="5000" w:type="dxa"/>
            <w:shd w:val="clear" w:color="auto" w:fill="auto"/>
          </w:tcPr>
          <w:p w:rsidR="00854B61" w:rsidRPr="006347EC" w:rsidRDefault="00E34FE6">
            <w:r w:rsidRPr="006347EC">
              <w:t>- GV kết luận: Làm tròn số đến hàng trăm thì so sánh chữ số hàng chục với 5.</w:t>
            </w:r>
          </w:p>
        </w:tc>
        <w:tc>
          <w:tcPr>
            <w:tcW w:w="5000" w:type="dxa"/>
            <w:shd w:val="clear" w:color="auto" w:fill="auto"/>
          </w:tcPr>
          <w:p w:rsidR="00854B61" w:rsidRPr="006347EC" w:rsidRDefault="00E34FE6">
            <w:r w:rsidRPr="006347EC">
              <w:t>- HS lắng nghe và ghi nhớ.</w:t>
            </w:r>
          </w:p>
        </w:tc>
      </w:tr>
      <w:tr w:rsidR="006347EC" w:rsidRPr="006347EC" w:rsidTr="00F30940">
        <w:trPr>
          <w:jc w:val="center"/>
        </w:trPr>
        <w:tc>
          <w:tcPr>
            <w:tcW w:w="10080" w:type="dxa"/>
            <w:gridSpan w:val="2"/>
            <w:shd w:val="clear" w:color="auto" w:fill="auto"/>
          </w:tcPr>
          <w:p w:rsidR="00854B61" w:rsidRPr="006347EC" w:rsidRDefault="00E34FE6">
            <w:r w:rsidRPr="006347EC">
              <w:rPr>
                <w:b/>
              </w:rPr>
              <w:t>3. Hoạt động (12 phút):</w:t>
            </w:r>
          </w:p>
          <w:p w:rsidR="00854B61" w:rsidRPr="006347EC" w:rsidRDefault="00E34FE6">
            <w:r w:rsidRPr="006347EC">
              <w:t>- Mục tiêu: Thực hành làm tròn số đến hàng chục, hàng trăm.</w:t>
            </w:r>
          </w:p>
          <w:p w:rsidR="00854B61" w:rsidRPr="006347EC" w:rsidRDefault="00E34FE6">
            <w:r w:rsidRPr="006347EC">
              <w:t xml:space="preserve">- Mục tiêu tích hợp NLS 1.1.CB1a: HS làm Wordwall chọn nhanh số làm tròn và giải thích </w:t>
            </w:r>
            <w:r w:rsidRPr="006347EC">
              <w:lastRenderedPageBreak/>
              <w:t>cách làm.</w:t>
            </w:r>
          </w:p>
          <w:p w:rsidR="00854B61" w:rsidRPr="006347EC" w:rsidRDefault="00E34FE6">
            <w:r w:rsidRPr="006347EC">
              <w:t>*Cách tiến hành:</w:t>
            </w:r>
          </w:p>
        </w:tc>
      </w:tr>
      <w:tr w:rsidR="006347EC" w:rsidRPr="006347EC" w:rsidTr="00F30940">
        <w:trPr>
          <w:jc w:val="center"/>
        </w:trPr>
        <w:tc>
          <w:tcPr>
            <w:tcW w:w="5000" w:type="dxa"/>
            <w:shd w:val="clear" w:color="auto" w:fill="auto"/>
          </w:tcPr>
          <w:p w:rsidR="00854B61" w:rsidRPr="006347EC" w:rsidRDefault="00E34FE6">
            <w:r w:rsidRPr="006347EC">
              <w:rPr>
                <w:b/>
              </w:rPr>
              <w:lastRenderedPageBreak/>
              <w:t>Bài 1. Làm tròn các số 2 864, 3 058 và 4 315 đến hàng chục, hàng trăm. (Làm việc cá nhân)</w:t>
            </w:r>
          </w:p>
          <w:p w:rsidR="00854B61" w:rsidRPr="006347EC" w:rsidRDefault="00E34FE6">
            <w:r w:rsidRPr="006347EC">
              <w:t>- HS quan sát hình Bài 1.</w:t>
            </w:r>
          </w:p>
          <w:p w:rsidR="00854B61" w:rsidRPr="006347EC" w:rsidRDefault="00854B61">
            <w:pPr>
              <w:jc w:val="center"/>
            </w:pPr>
          </w:p>
        </w:tc>
        <w:tc>
          <w:tcPr>
            <w:tcW w:w="5000" w:type="dxa"/>
            <w:shd w:val="clear" w:color="auto" w:fill="auto"/>
          </w:tcPr>
          <w:p w:rsidR="00854B61" w:rsidRPr="006347EC" w:rsidRDefault="00E34FE6">
            <w:r w:rsidRPr="006347EC">
              <w:t>- HS quan sát đề bài.</w:t>
            </w:r>
          </w:p>
        </w:tc>
      </w:tr>
      <w:tr w:rsidR="006347EC" w:rsidRPr="006347EC" w:rsidTr="00F30940">
        <w:trPr>
          <w:jc w:val="center"/>
        </w:trPr>
        <w:tc>
          <w:tcPr>
            <w:tcW w:w="5000" w:type="dxa"/>
            <w:shd w:val="clear" w:color="auto" w:fill="auto"/>
          </w:tcPr>
          <w:p w:rsidR="00854B61" w:rsidRPr="006347EC" w:rsidRDefault="00E34FE6">
            <w:r w:rsidRPr="006347EC">
              <w:t>- Tích hợp NLS: GV mở Wordwall “Làm tròn số”, hướng dẫn HS đọc số, xác định hàng cần làm tròn, chọn kết quả và bấm nộp.</w:t>
            </w:r>
          </w:p>
        </w:tc>
        <w:tc>
          <w:tcPr>
            <w:tcW w:w="5000" w:type="dxa"/>
            <w:shd w:val="clear" w:color="auto" w:fill="auto"/>
          </w:tcPr>
          <w:p w:rsidR="00854B61" w:rsidRPr="006347EC" w:rsidRDefault="00E34FE6">
            <w:r w:rsidRPr="006347EC">
              <w:t>- HS làm theo hướng dẫn: đọc số, xét chữ số cần xét, chọn đáp án, xem phản hồi.</w:t>
            </w:r>
          </w:p>
        </w:tc>
      </w:tr>
      <w:tr w:rsidR="006347EC" w:rsidRPr="006347EC" w:rsidTr="00F30940">
        <w:trPr>
          <w:jc w:val="center"/>
        </w:trPr>
        <w:tc>
          <w:tcPr>
            <w:tcW w:w="5000" w:type="dxa"/>
            <w:shd w:val="clear" w:color="auto" w:fill="auto"/>
          </w:tcPr>
          <w:p w:rsidR="00854B61" w:rsidRPr="006347EC" w:rsidRDefault="00E34FE6">
            <w:r w:rsidRPr="006347EC">
              <w:t>- GV yêu cầu HS đọc yêu cầu Bài 1.</w:t>
            </w:r>
          </w:p>
        </w:tc>
        <w:tc>
          <w:tcPr>
            <w:tcW w:w="5000" w:type="dxa"/>
            <w:shd w:val="clear" w:color="auto" w:fill="auto"/>
          </w:tcPr>
          <w:p w:rsidR="00854B61" w:rsidRPr="006347EC" w:rsidRDefault="00E34FE6">
            <w:r w:rsidRPr="006347EC">
              <w:t>- HS đọc: Làm tròn các số 2 864, 3 058 và 4 315 đến hàng chục, hàng trăm.</w:t>
            </w:r>
          </w:p>
        </w:tc>
      </w:tr>
      <w:tr w:rsidR="006347EC" w:rsidRPr="006347EC" w:rsidTr="00F30940">
        <w:trPr>
          <w:jc w:val="center"/>
        </w:trPr>
        <w:tc>
          <w:tcPr>
            <w:tcW w:w="5000" w:type="dxa"/>
            <w:shd w:val="clear" w:color="auto" w:fill="auto"/>
          </w:tcPr>
          <w:p w:rsidR="00854B61" w:rsidRPr="006347EC" w:rsidRDefault="00E34FE6">
            <w:r w:rsidRPr="006347EC">
              <w:t>- GV hỏi: 2 864 làm tròn đến hàng chục và hàng trăm là bao nhiêu?</w:t>
            </w:r>
          </w:p>
        </w:tc>
        <w:tc>
          <w:tcPr>
            <w:tcW w:w="5000" w:type="dxa"/>
            <w:shd w:val="clear" w:color="auto" w:fill="auto"/>
          </w:tcPr>
          <w:p w:rsidR="00854B61" w:rsidRPr="006347EC" w:rsidRDefault="00E34FE6">
            <w:r w:rsidRPr="006347EC">
              <w:t>- HS trả lời: Đến hàng chục là 2 860; đến hàng trăm là 2 900.</w:t>
            </w:r>
          </w:p>
        </w:tc>
      </w:tr>
      <w:tr w:rsidR="006347EC" w:rsidRPr="006347EC" w:rsidTr="00F30940">
        <w:trPr>
          <w:jc w:val="center"/>
        </w:trPr>
        <w:tc>
          <w:tcPr>
            <w:tcW w:w="5000" w:type="dxa"/>
            <w:shd w:val="clear" w:color="auto" w:fill="auto"/>
          </w:tcPr>
          <w:p w:rsidR="00854B61" w:rsidRPr="006347EC" w:rsidRDefault="00E34FE6">
            <w:r w:rsidRPr="006347EC">
              <w:t>- GV yêu cầu HS làm hai số còn lại vào vở.</w:t>
            </w:r>
          </w:p>
        </w:tc>
        <w:tc>
          <w:tcPr>
            <w:tcW w:w="5000" w:type="dxa"/>
            <w:shd w:val="clear" w:color="auto" w:fill="auto"/>
          </w:tcPr>
          <w:p w:rsidR="00854B61" w:rsidRPr="006347EC" w:rsidRDefault="00E34FE6">
            <w:r w:rsidRPr="006347EC">
              <w:t>- HS làm: 3 058 đến chục là 3 060, đến trăm là 3 100; 4 315 đến chục là 4 320, đến trăm là 4 300.</w:t>
            </w:r>
          </w:p>
        </w:tc>
      </w:tr>
      <w:tr w:rsidR="006347EC" w:rsidRPr="006347EC" w:rsidTr="00F30940">
        <w:trPr>
          <w:jc w:val="center"/>
        </w:trPr>
        <w:tc>
          <w:tcPr>
            <w:tcW w:w="5000" w:type="dxa"/>
            <w:shd w:val="clear" w:color="auto" w:fill="auto"/>
          </w:tcPr>
          <w:p w:rsidR="00854B61" w:rsidRPr="006347EC" w:rsidRDefault="00E34FE6">
            <w:r w:rsidRPr="006347EC">
              <w:t>- GV mời HS trình bày và giải thích một kết quả.</w:t>
            </w:r>
          </w:p>
        </w:tc>
        <w:tc>
          <w:tcPr>
            <w:tcW w:w="5000" w:type="dxa"/>
            <w:shd w:val="clear" w:color="auto" w:fill="auto"/>
          </w:tcPr>
          <w:p w:rsidR="00854B61" w:rsidRPr="006347EC" w:rsidRDefault="00E34FE6">
            <w:r w:rsidRPr="006347EC">
              <w:t>- HS trình bày và nêu chữ số đã xét để làm tròn.</w:t>
            </w:r>
          </w:p>
        </w:tc>
      </w:tr>
      <w:tr w:rsidR="006347EC" w:rsidRPr="006347EC" w:rsidTr="00F30940">
        <w:trPr>
          <w:jc w:val="center"/>
        </w:trPr>
        <w:tc>
          <w:tcPr>
            <w:tcW w:w="5000" w:type="dxa"/>
            <w:shd w:val="clear" w:color="auto" w:fill="auto"/>
          </w:tcPr>
          <w:p w:rsidR="00854B61" w:rsidRPr="006347EC" w:rsidRDefault="00E34FE6">
            <w:r w:rsidRPr="006347EC">
              <w:t>- GV kết luận: Cần xác định đúng hàng làm tròn và chữ số phải xét trước khi chọn kết quả.</w:t>
            </w:r>
          </w:p>
        </w:tc>
        <w:tc>
          <w:tcPr>
            <w:tcW w:w="5000" w:type="dxa"/>
            <w:shd w:val="clear" w:color="auto" w:fill="auto"/>
          </w:tcPr>
          <w:p w:rsidR="00854B61" w:rsidRPr="006347EC" w:rsidRDefault="00E34FE6">
            <w:r w:rsidRPr="006347EC">
              <w:t>- HS lắng nghe và sửa bài nếu cần.</w:t>
            </w:r>
          </w:p>
        </w:tc>
      </w:tr>
      <w:tr w:rsidR="006347EC" w:rsidRPr="006347EC" w:rsidTr="00F30940">
        <w:trPr>
          <w:jc w:val="center"/>
        </w:trPr>
        <w:tc>
          <w:tcPr>
            <w:tcW w:w="5000" w:type="dxa"/>
            <w:shd w:val="clear" w:color="auto" w:fill="auto"/>
          </w:tcPr>
          <w:p w:rsidR="00854B61" w:rsidRPr="006347EC" w:rsidRDefault="00E34FE6">
            <w:r w:rsidRPr="006347EC">
              <w:rPr>
                <w:b/>
              </w:rPr>
              <w:t>Bài 2. Theo em, bạn nào nói đúng? (Làm việc nhóm 2)</w:t>
            </w:r>
          </w:p>
          <w:p w:rsidR="00854B61" w:rsidRPr="006347EC" w:rsidRDefault="00E34FE6">
            <w:r w:rsidRPr="006347EC">
              <w:t>- HS quan sát hình Bài 2.</w:t>
            </w:r>
          </w:p>
          <w:p w:rsidR="00854B61" w:rsidRPr="006347EC" w:rsidRDefault="00854B61">
            <w:pPr>
              <w:jc w:val="center"/>
            </w:pPr>
          </w:p>
        </w:tc>
        <w:tc>
          <w:tcPr>
            <w:tcW w:w="5000" w:type="dxa"/>
            <w:shd w:val="clear" w:color="auto" w:fill="auto"/>
          </w:tcPr>
          <w:p w:rsidR="00854B61" w:rsidRPr="006347EC" w:rsidRDefault="00E34FE6">
            <w:r w:rsidRPr="006347EC">
              <w:t>- HS quan sát tình huống trang trại.</w:t>
            </w:r>
          </w:p>
        </w:tc>
      </w:tr>
      <w:tr w:rsidR="006347EC" w:rsidRPr="006347EC" w:rsidTr="00F30940">
        <w:trPr>
          <w:jc w:val="center"/>
        </w:trPr>
        <w:tc>
          <w:tcPr>
            <w:tcW w:w="5000" w:type="dxa"/>
            <w:shd w:val="clear" w:color="auto" w:fill="auto"/>
          </w:tcPr>
          <w:p w:rsidR="00854B61" w:rsidRPr="006347EC" w:rsidRDefault="00E34FE6">
            <w:r w:rsidRPr="006347EC">
              <w:t>- GV yêu cầu HS đọc đề Bài 2.</w:t>
            </w:r>
          </w:p>
        </w:tc>
        <w:tc>
          <w:tcPr>
            <w:tcW w:w="5000" w:type="dxa"/>
            <w:shd w:val="clear" w:color="auto" w:fill="auto"/>
          </w:tcPr>
          <w:p w:rsidR="00854B61" w:rsidRPr="006347EC" w:rsidRDefault="00E34FE6">
            <w:r w:rsidRPr="006347EC">
              <w:t>- HS đọc đề: Rô-bốt đếm được 1 242 con gà, làm tròn số đến hàng chục.</w:t>
            </w:r>
          </w:p>
        </w:tc>
      </w:tr>
      <w:tr w:rsidR="006347EC" w:rsidRPr="006347EC" w:rsidTr="00F30940">
        <w:trPr>
          <w:jc w:val="center"/>
        </w:trPr>
        <w:tc>
          <w:tcPr>
            <w:tcW w:w="5000" w:type="dxa"/>
            <w:shd w:val="clear" w:color="auto" w:fill="auto"/>
          </w:tcPr>
          <w:p w:rsidR="00854B61" w:rsidRPr="006347EC" w:rsidRDefault="00E34FE6">
            <w:r w:rsidRPr="006347EC">
              <w:t>- GV hỏi: 1 242 làm tròn đến hàng chục được bao nhiêu?</w:t>
            </w:r>
          </w:p>
        </w:tc>
        <w:tc>
          <w:tcPr>
            <w:tcW w:w="5000" w:type="dxa"/>
            <w:shd w:val="clear" w:color="auto" w:fill="auto"/>
          </w:tcPr>
          <w:p w:rsidR="00854B61" w:rsidRPr="006347EC" w:rsidRDefault="00E34FE6">
            <w:r w:rsidRPr="006347EC">
              <w:t>- HS trả lời: Được 1 240.</w:t>
            </w:r>
          </w:p>
        </w:tc>
      </w:tr>
      <w:tr w:rsidR="006347EC" w:rsidRPr="006347EC" w:rsidTr="00F30940">
        <w:trPr>
          <w:jc w:val="center"/>
        </w:trPr>
        <w:tc>
          <w:tcPr>
            <w:tcW w:w="5000" w:type="dxa"/>
            <w:shd w:val="clear" w:color="auto" w:fill="auto"/>
          </w:tcPr>
          <w:p w:rsidR="00854B61" w:rsidRPr="006347EC" w:rsidRDefault="00E34FE6">
            <w:r w:rsidRPr="006347EC">
              <w:t>- GV hỏi: Mai nói khoảng 1 240 con gà, Việt nói khoảng 1 250 con gà. Ai đúng?</w:t>
            </w:r>
          </w:p>
        </w:tc>
        <w:tc>
          <w:tcPr>
            <w:tcW w:w="5000" w:type="dxa"/>
            <w:shd w:val="clear" w:color="auto" w:fill="auto"/>
          </w:tcPr>
          <w:p w:rsidR="00854B61" w:rsidRPr="006347EC" w:rsidRDefault="00E34FE6">
            <w:r w:rsidRPr="006347EC">
              <w:t>- HS trả lời: Mai nói đúng.</w:t>
            </w:r>
          </w:p>
        </w:tc>
      </w:tr>
      <w:tr w:rsidR="006347EC" w:rsidRPr="006347EC" w:rsidTr="00F30940">
        <w:trPr>
          <w:jc w:val="center"/>
        </w:trPr>
        <w:tc>
          <w:tcPr>
            <w:tcW w:w="5000" w:type="dxa"/>
            <w:shd w:val="clear" w:color="auto" w:fill="auto"/>
          </w:tcPr>
          <w:p w:rsidR="00854B61" w:rsidRPr="006347EC" w:rsidRDefault="00E34FE6">
            <w:r w:rsidRPr="006347EC">
              <w:t>- Tích hợp AI: GV nêu ví dụ AI dự báo “khoảng 1 250 con gà” và yêu cầu HS kiểm chứng bằng quy tắc làm tròn.</w:t>
            </w:r>
          </w:p>
        </w:tc>
        <w:tc>
          <w:tcPr>
            <w:tcW w:w="5000" w:type="dxa"/>
            <w:shd w:val="clear" w:color="auto" w:fill="auto"/>
          </w:tcPr>
          <w:p w:rsidR="00854B61" w:rsidRPr="006347EC" w:rsidRDefault="00E34FE6">
            <w:r w:rsidRPr="006347EC">
              <w:t>- HS kiểm tra lại: 1 242 làm tròn đến hàng chục là 1 240, nên cần kiểm chứng kết quả dự báo.</w:t>
            </w:r>
          </w:p>
        </w:tc>
      </w:tr>
      <w:tr w:rsidR="006347EC" w:rsidRPr="006347EC" w:rsidTr="00F30940">
        <w:trPr>
          <w:jc w:val="center"/>
        </w:trPr>
        <w:tc>
          <w:tcPr>
            <w:tcW w:w="5000" w:type="dxa"/>
            <w:tcBorders>
              <w:bottom w:val="single" w:sz="8" w:space="0" w:color="000000"/>
            </w:tcBorders>
            <w:shd w:val="clear" w:color="auto" w:fill="auto"/>
          </w:tcPr>
          <w:p w:rsidR="00854B61" w:rsidRPr="006347EC" w:rsidRDefault="00E34FE6">
            <w:r w:rsidRPr="006347EC">
              <w:t>- GV kết luận: Kết quả dự báo/ước lượng cần được kiểm tra bằng kiến thức Toán.</w:t>
            </w:r>
          </w:p>
        </w:tc>
        <w:tc>
          <w:tcPr>
            <w:tcW w:w="5000" w:type="dxa"/>
            <w:tcBorders>
              <w:bottom w:val="single" w:sz="8" w:space="0" w:color="000000"/>
            </w:tcBorders>
            <w:shd w:val="clear" w:color="auto" w:fill="auto"/>
          </w:tcPr>
          <w:p w:rsidR="00854B61" w:rsidRPr="006347EC" w:rsidRDefault="00E34FE6">
            <w:r w:rsidRPr="006347EC">
              <w:t>- HS lắng nghe.</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4. Luyện tập (5 phút):</w:t>
            </w:r>
          </w:p>
          <w:p w:rsidR="00854B61" w:rsidRPr="006347EC" w:rsidRDefault="00E34FE6">
            <w:r w:rsidRPr="006347EC">
              <w:t>- Mục tiêu: Luyện làm tròn số trong tình huống số sách và ghép máy làm tròn số.</w:t>
            </w:r>
          </w:p>
          <w:p w:rsidR="00854B61" w:rsidRPr="006347EC" w:rsidRDefault="00E34FE6">
            <w:r w:rsidRPr="006347EC">
              <w:t>*Cách tiến hành:</w:t>
            </w:r>
          </w:p>
        </w:tc>
      </w:tr>
      <w:tr w:rsidR="006347EC" w:rsidRPr="006347EC" w:rsidTr="00F30940">
        <w:trPr>
          <w:jc w:val="center"/>
        </w:trPr>
        <w:tc>
          <w:tcPr>
            <w:tcW w:w="5000" w:type="dxa"/>
            <w:tcBorders>
              <w:top w:val="single" w:sz="8" w:space="0" w:color="000000"/>
            </w:tcBorders>
            <w:shd w:val="clear" w:color="auto" w:fill="auto"/>
          </w:tcPr>
          <w:p w:rsidR="00854B61" w:rsidRPr="006347EC" w:rsidRDefault="00E34FE6">
            <w:r w:rsidRPr="006347EC">
              <w:rPr>
                <w:b/>
              </w:rPr>
              <w:t>Bài 1. Trong thư viện có 6 745 cuốn sách. Mỗi bạn đã làm tròn số sách đó đến hàng nào? (Làm việc nhóm 2)</w:t>
            </w:r>
          </w:p>
          <w:p w:rsidR="00854B61" w:rsidRPr="006347EC" w:rsidRDefault="00E34FE6" w:rsidP="00F30940">
            <w:r w:rsidRPr="006347EC">
              <w:t>- HS quan sát Bài 1.</w:t>
            </w:r>
          </w:p>
        </w:tc>
        <w:tc>
          <w:tcPr>
            <w:tcW w:w="5000" w:type="dxa"/>
            <w:tcBorders>
              <w:top w:val="single" w:sz="8" w:space="0" w:color="000000"/>
            </w:tcBorders>
            <w:shd w:val="clear" w:color="auto" w:fill="auto"/>
          </w:tcPr>
          <w:p w:rsidR="00854B61" w:rsidRPr="006347EC" w:rsidRDefault="00E34FE6">
            <w:r w:rsidRPr="006347EC">
              <w:t>- HS quan sát lời thoại của hai bạn.</w:t>
            </w:r>
          </w:p>
        </w:tc>
      </w:tr>
      <w:tr w:rsidR="006347EC" w:rsidRPr="006347EC" w:rsidTr="00F30940">
        <w:trPr>
          <w:jc w:val="center"/>
        </w:trPr>
        <w:tc>
          <w:tcPr>
            <w:tcW w:w="5000" w:type="dxa"/>
            <w:shd w:val="clear" w:color="auto" w:fill="auto"/>
          </w:tcPr>
          <w:p w:rsidR="00854B61" w:rsidRPr="006347EC" w:rsidRDefault="00E34FE6">
            <w:r w:rsidRPr="006347EC">
              <w:t>- GV yêu cầu HS đọc đề Bài 1.</w:t>
            </w:r>
          </w:p>
        </w:tc>
        <w:tc>
          <w:tcPr>
            <w:tcW w:w="5000" w:type="dxa"/>
            <w:shd w:val="clear" w:color="auto" w:fill="auto"/>
          </w:tcPr>
          <w:p w:rsidR="00854B61" w:rsidRPr="006347EC" w:rsidRDefault="00E34FE6">
            <w:r w:rsidRPr="006347EC">
              <w:t xml:space="preserve">- HS đọc: Trong thư viện có 6 745 cuốn sách. Hỏi mỗi bạn đã làm tròn số sách đó đến hàng </w:t>
            </w:r>
            <w:r w:rsidRPr="006347EC">
              <w:lastRenderedPageBreak/>
              <w:t>nào?</w:t>
            </w:r>
          </w:p>
        </w:tc>
      </w:tr>
      <w:tr w:rsidR="006347EC" w:rsidRPr="006347EC" w:rsidTr="00F30940">
        <w:trPr>
          <w:jc w:val="center"/>
        </w:trPr>
        <w:tc>
          <w:tcPr>
            <w:tcW w:w="5000" w:type="dxa"/>
            <w:shd w:val="clear" w:color="auto" w:fill="auto"/>
          </w:tcPr>
          <w:p w:rsidR="00854B61" w:rsidRPr="006347EC" w:rsidRDefault="00E34FE6">
            <w:r w:rsidRPr="006347EC">
              <w:lastRenderedPageBreak/>
              <w:t>- GV hỏi: 6 745 làm tròn đến hàng chục được bao nhiêu?</w:t>
            </w:r>
          </w:p>
        </w:tc>
        <w:tc>
          <w:tcPr>
            <w:tcW w:w="5000" w:type="dxa"/>
            <w:shd w:val="clear" w:color="auto" w:fill="auto"/>
          </w:tcPr>
          <w:p w:rsidR="00854B61" w:rsidRPr="006347EC" w:rsidRDefault="00E34FE6">
            <w:r w:rsidRPr="006347EC">
              <w:t>- HS trả lời: 6 745 làm tròn đến hàng chục được 6 750.</w:t>
            </w:r>
          </w:p>
        </w:tc>
      </w:tr>
      <w:tr w:rsidR="006347EC" w:rsidRPr="006347EC" w:rsidTr="00F30940">
        <w:trPr>
          <w:jc w:val="center"/>
        </w:trPr>
        <w:tc>
          <w:tcPr>
            <w:tcW w:w="5000" w:type="dxa"/>
            <w:shd w:val="clear" w:color="auto" w:fill="auto"/>
          </w:tcPr>
          <w:p w:rsidR="00854B61" w:rsidRPr="006347EC" w:rsidRDefault="00E34FE6">
            <w:r w:rsidRPr="006347EC">
              <w:t>- GV hỏi: 6 745 làm tròn đến hàng trăm được bao nhiêu?</w:t>
            </w:r>
          </w:p>
        </w:tc>
        <w:tc>
          <w:tcPr>
            <w:tcW w:w="5000" w:type="dxa"/>
            <w:shd w:val="clear" w:color="auto" w:fill="auto"/>
          </w:tcPr>
          <w:p w:rsidR="00854B61" w:rsidRPr="006347EC" w:rsidRDefault="00E34FE6">
            <w:r w:rsidRPr="006347EC">
              <w:t>- HS trả lời: 6 745 làm tròn đến hàng trăm được 6 700.</w:t>
            </w:r>
          </w:p>
        </w:tc>
      </w:tr>
      <w:tr w:rsidR="006347EC" w:rsidRPr="006347EC" w:rsidTr="00F30940">
        <w:trPr>
          <w:jc w:val="center"/>
        </w:trPr>
        <w:tc>
          <w:tcPr>
            <w:tcW w:w="5000" w:type="dxa"/>
            <w:shd w:val="clear" w:color="auto" w:fill="auto"/>
          </w:tcPr>
          <w:p w:rsidR="00854B61" w:rsidRPr="006347EC" w:rsidRDefault="00E34FE6">
            <w:r w:rsidRPr="006347EC">
              <w:t>- GV yêu cầu HS kết luận từng bạn đã làm tròn đến hàng nào.</w:t>
            </w:r>
          </w:p>
        </w:tc>
        <w:tc>
          <w:tcPr>
            <w:tcW w:w="5000" w:type="dxa"/>
            <w:shd w:val="clear" w:color="auto" w:fill="auto"/>
          </w:tcPr>
          <w:p w:rsidR="00854B61" w:rsidRPr="006347EC" w:rsidRDefault="00E34FE6">
            <w:r w:rsidRPr="006347EC">
              <w:t>- HS nêu: Bạn nói 6 750 làm tròn đến hàng chục; bạn nói 6 700 làm tròn đến hàng trăm.</w:t>
            </w:r>
          </w:p>
        </w:tc>
      </w:tr>
      <w:tr w:rsidR="006347EC" w:rsidRPr="006347EC" w:rsidTr="00F30940">
        <w:trPr>
          <w:jc w:val="center"/>
        </w:trPr>
        <w:tc>
          <w:tcPr>
            <w:tcW w:w="5000" w:type="dxa"/>
            <w:shd w:val="clear" w:color="auto" w:fill="auto"/>
          </w:tcPr>
          <w:p w:rsidR="00854B61" w:rsidRPr="006347EC" w:rsidRDefault="00E34FE6">
            <w:r w:rsidRPr="006347EC">
              <w:t>- GV kết luận: Cùng một số, làm tròn đến hàng khác nhau có thể cho kết quả khác nhau.</w:t>
            </w:r>
          </w:p>
        </w:tc>
        <w:tc>
          <w:tcPr>
            <w:tcW w:w="5000" w:type="dxa"/>
            <w:shd w:val="clear" w:color="auto" w:fill="auto"/>
          </w:tcPr>
          <w:p w:rsidR="00854B61" w:rsidRPr="006347EC" w:rsidRDefault="00E34FE6">
            <w:r w:rsidRPr="006347EC">
              <w:t>- HS lắng nghe.</w:t>
            </w:r>
          </w:p>
        </w:tc>
      </w:tr>
      <w:tr w:rsidR="006347EC" w:rsidRPr="006347EC" w:rsidTr="00F30940">
        <w:trPr>
          <w:jc w:val="center"/>
        </w:trPr>
        <w:tc>
          <w:tcPr>
            <w:tcW w:w="5000" w:type="dxa"/>
            <w:shd w:val="clear" w:color="auto" w:fill="auto"/>
          </w:tcPr>
          <w:p w:rsidR="00854B61" w:rsidRPr="006347EC" w:rsidRDefault="00E34FE6">
            <w:r w:rsidRPr="006347EC">
              <w:rPr>
                <w:b/>
              </w:rPr>
              <w:t>Bài 2. Quan sát các máy làm tròn số rồi tìm số thích hợp với máy cuối cùng. (Làm việc cá nhân)</w:t>
            </w:r>
          </w:p>
          <w:p w:rsidR="00854B61" w:rsidRPr="006347EC" w:rsidRDefault="00E34FE6">
            <w:r w:rsidRPr="006347EC">
              <w:t>- HS quan sát hình Bài 2.</w:t>
            </w:r>
          </w:p>
          <w:p w:rsidR="00854B61" w:rsidRPr="006347EC" w:rsidRDefault="00854B61" w:rsidP="00F30940"/>
        </w:tc>
        <w:tc>
          <w:tcPr>
            <w:tcW w:w="5000" w:type="dxa"/>
            <w:shd w:val="clear" w:color="auto" w:fill="auto"/>
          </w:tcPr>
          <w:p w:rsidR="00854B61" w:rsidRPr="006347EC" w:rsidRDefault="00E34FE6">
            <w:r w:rsidRPr="006347EC">
              <w:t>- HS quan sát các máy làm tròn số.</w:t>
            </w:r>
          </w:p>
        </w:tc>
      </w:tr>
      <w:tr w:rsidR="006347EC" w:rsidRPr="006347EC" w:rsidTr="00F30940">
        <w:trPr>
          <w:jc w:val="center"/>
        </w:trPr>
        <w:tc>
          <w:tcPr>
            <w:tcW w:w="5000" w:type="dxa"/>
            <w:shd w:val="clear" w:color="auto" w:fill="auto"/>
          </w:tcPr>
          <w:p w:rsidR="00854B61" w:rsidRPr="006347EC" w:rsidRDefault="00E34FE6">
            <w:r w:rsidRPr="006347EC">
              <w:t>- GV yêu cầu HS đọc yêu cầu Bài 2.</w:t>
            </w:r>
          </w:p>
        </w:tc>
        <w:tc>
          <w:tcPr>
            <w:tcW w:w="5000" w:type="dxa"/>
            <w:shd w:val="clear" w:color="auto" w:fill="auto"/>
          </w:tcPr>
          <w:p w:rsidR="00854B61" w:rsidRPr="006347EC" w:rsidRDefault="00E34FE6">
            <w:r w:rsidRPr="006347EC">
              <w:t>- HS đọc: Quan sát các máy “làm tròn số” rồi tìm số thích hợp với máy cuối cùng.</w:t>
            </w:r>
          </w:p>
        </w:tc>
      </w:tr>
      <w:tr w:rsidR="006347EC" w:rsidRPr="006347EC" w:rsidTr="00F30940">
        <w:trPr>
          <w:jc w:val="center"/>
        </w:trPr>
        <w:tc>
          <w:tcPr>
            <w:tcW w:w="5000" w:type="dxa"/>
            <w:shd w:val="clear" w:color="auto" w:fill="auto"/>
          </w:tcPr>
          <w:p w:rsidR="00854B61" w:rsidRPr="006347EC" w:rsidRDefault="00E34FE6">
            <w:r w:rsidRPr="006347EC">
              <w:t>- GV hỏi: Máy 3 254 cho ra 3 300, máy đó làm tròn đến hàng nào?</w:t>
            </w:r>
          </w:p>
        </w:tc>
        <w:tc>
          <w:tcPr>
            <w:tcW w:w="5000" w:type="dxa"/>
            <w:shd w:val="clear" w:color="auto" w:fill="auto"/>
          </w:tcPr>
          <w:p w:rsidR="00854B61" w:rsidRPr="006347EC" w:rsidRDefault="00E34FE6">
            <w:r w:rsidRPr="006347EC">
              <w:t>- HS trả lời: Làm tròn đến hàng trăm.</w:t>
            </w:r>
          </w:p>
        </w:tc>
      </w:tr>
      <w:tr w:rsidR="006347EC" w:rsidRPr="006347EC" w:rsidTr="00F30940">
        <w:trPr>
          <w:jc w:val="center"/>
        </w:trPr>
        <w:tc>
          <w:tcPr>
            <w:tcW w:w="5000" w:type="dxa"/>
            <w:shd w:val="clear" w:color="auto" w:fill="auto"/>
          </w:tcPr>
          <w:p w:rsidR="00854B61" w:rsidRPr="006347EC" w:rsidRDefault="00E34FE6">
            <w:r w:rsidRPr="006347EC">
              <w:t>- GV hỏi: 4 516 nếu làm tròn đến hàng trăm thì được bao nhiêu?</w:t>
            </w:r>
          </w:p>
        </w:tc>
        <w:tc>
          <w:tcPr>
            <w:tcW w:w="5000" w:type="dxa"/>
            <w:shd w:val="clear" w:color="auto" w:fill="auto"/>
          </w:tcPr>
          <w:p w:rsidR="00854B61" w:rsidRPr="006347EC" w:rsidRDefault="00E34FE6">
            <w:r w:rsidRPr="006347EC">
              <w:t>- HS trả lời: 4 516 làm tròn đến hàng trăm được 4 500.</w:t>
            </w:r>
          </w:p>
        </w:tc>
      </w:tr>
      <w:tr w:rsidR="006347EC" w:rsidRPr="006347EC" w:rsidTr="00F30940">
        <w:trPr>
          <w:jc w:val="center"/>
        </w:trPr>
        <w:tc>
          <w:tcPr>
            <w:tcW w:w="5000" w:type="dxa"/>
            <w:shd w:val="clear" w:color="auto" w:fill="auto"/>
          </w:tcPr>
          <w:p w:rsidR="00854B61" w:rsidRPr="006347EC" w:rsidRDefault="00E34FE6">
            <w:r w:rsidRPr="006347EC">
              <w:t>- GV cho HS ghi kết quả vào vở.</w:t>
            </w:r>
          </w:p>
        </w:tc>
        <w:tc>
          <w:tcPr>
            <w:tcW w:w="5000" w:type="dxa"/>
            <w:shd w:val="clear" w:color="auto" w:fill="auto"/>
          </w:tcPr>
          <w:p w:rsidR="00854B61" w:rsidRPr="006347EC" w:rsidRDefault="00E34FE6">
            <w:r w:rsidRPr="006347EC">
              <w:t>- HS ghi: Máy cuối cùng cho ra 4 500.</w:t>
            </w:r>
          </w:p>
        </w:tc>
      </w:tr>
      <w:tr w:rsidR="006347EC" w:rsidRPr="006347EC" w:rsidTr="00F30940">
        <w:trPr>
          <w:jc w:val="center"/>
        </w:trPr>
        <w:tc>
          <w:tcPr>
            <w:tcW w:w="5000" w:type="dxa"/>
            <w:shd w:val="clear" w:color="auto" w:fill="auto"/>
          </w:tcPr>
          <w:p w:rsidR="00854B61" w:rsidRPr="006347EC" w:rsidRDefault="00E34FE6">
            <w:r w:rsidRPr="006347EC">
              <w:t>- GV kết luận: Quan sát kết quả của các máy trước giúp nhận ra quy tắc làm tròn.</w:t>
            </w:r>
          </w:p>
        </w:tc>
        <w:tc>
          <w:tcPr>
            <w:tcW w:w="5000" w:type="dxa"/>
            <w:shd w:val="clear" w:color="auto" w:fill="auto"/>
          </w:tcPr>
          <w:p w:rsidR="00854B61" w:rsidRPr="006347EC" w:rsidRDefault="00E34FE6">
            <w:r w:rsidRPr="006347EC">
              <w:t>- HS lắng nghe.</w:t>
            </w:r>
          </w:p>
        </w:tc>
      </w:tr>
      <w:tr w:rsidR="006347EC" w:rsidRPr="006347EC" w:rsidTr="00F30940">
        <w:trPr>
          <w:jc w:val="center"/>
        </w:trPr>
        <w:tc>
          <w:tcPr>
            <w:tcW w:w="10080" w:type="dxa"/>
            <w:gridSpan w:val="2"/>
            <w:shd w:val="clear" w:color="auto" w:fill="auto"/>
          </w:tcPr>
          <w:p w:rsidR="00854B61" w:rsidRPr="006347EC" w:rsidRDefault="00E34FE6">
            <w:r w:rsidRPr="006347EC">
              <w:rPr>
                <w:b/>
              </w:rPr>
              <w:t>5. Vận dụng - Trải nghiệm (5 phút):</w:t>
            </w:r>
          </w:p>
          <w:p w:rsidR="00854B61" w:rsidRPr="006347EC" w:rsidRDefault="00E34FE6">
            <w:r w:rsidRPr="006347EC">
              <w:t>- Mục tiêu: Củng cố kiến thức của tiết học, liên hệ thực tế, nhận xét kết quả học tập và giao nhiệm vụ về nhà.</w:t>
            </w:r>
          </w:p>
          <w:p w:rsidR="00854B61" w:rsidRPr="006347EC" w:rsidRDefault="00E34FE6">
            <w:r w:rsidRPr="006347EC">
              <w:t>*Cách tiến hành:</w:t>
            </w:r>
          </w:p>
        </w:tc>
      </w:tr>
      <w:tr w:rsidR="006347EC" w:rsidRPr="006347EC" w:rsidTr="00F30940">
        <w:trPr>
          <w:jc w:val="center"/>
        </w:trPr>
        <w:tc>
          <w:tcPr>
            <w:tcW w:w="5040" w:type="dxa"/>
            <w:shd w:val="clear" w:color="auto" w:fill="auto"/>
          </w:tcPr>
          <w:p w:rsidR="00854B61" w:rsidRPr="006347EC" w:rsidRDefault="00E34FE6">
            <w:r w:rsidRPr="006347EC">
              <w:t>- GV hỏi: Khi làm tròn số đến hàng chục, em cần xét chữ số ở hàng nào?</w:t>
            </w:r>
          </w:p>
        </w:tc>
        <w:tc>
          <w:tcPr>
            <w:tcW w:w="5040" w:type="dxa"/>
            <w:shd w:val="clear" w:color="auto" w:fill="auto"/>
          </w:tcPr>
          <w:p w:rsidR="00854B61" w:rsidRPr="006347EC" w:rsidRDefault="00E34FE6">
            <w:r w:rsidRPr="006347EC">
              <w:t>- HS trả lời: Em xét chữ số hàng đơn vị; nếu chữ số hàng đơn vị bé hơn 5 thì làm tròn xuống, còn lại thì làm tròn lên.</w:t>
            </w:r>
          </w:p>
        </w:tc>
      </w:tr>
      <w:tr w:rsidR="006347EC" w:rsidRPr="006347EC" w:rsidTr="00F30940">
        <w:trPr>
          <w:jc w:val="center"/>
        </w:trPr>
        <w:tc>
          <w:tcPr>
            <w:tcW w:w="5040" w:type="dxa"/>
            <w:shd w:val="clear" w:color="auto" w:fill="auto"/>
          </w:tcPr>
          <w:p w:rsidR="00854B61" w:rsidRPr="006347EC" w:rsidRDefault="00E34FE6">
            <w:r w:rsidRPr="006347EC">
              <w:t>- GV hỏi: Khi làm tròn số đến hàng trăm, em cần xét chữ số ở hàng nào?</w:t>
            </w:r>
          </w:p>
        </w:tc>
        <w:tc>
          <w:tcPr>
            <w:tcW w:w="5040" w:type="dxa"/>
            <w:shd w:val="clear" w:color="auto" w:fill="auto"/>
          </w:tcPr>
          <w:p w:rsidR="00854B61" w:rsidRPr="006347EC" w:rsidRDefault="00E34FE6">
            <w:r w:rsidRPr="006347EC">
              <w:t>- HS trả lời: Em xét chữ số hàng chục; nếu chữ số hàng chục bé hơn 5 thì làm tròn xuống, còn lại thì làm tròn lên.</w:t>
            </w:r>
          </w:p>
        </w:tc>
      </w:tr>
      <w:tr w:rsidR="006347EC" w:rsidRPr="006347EC" w:rsidTr="00F30940">
        <w:trPr>
          <w:jc w:val="center"/>
        </w:trPr>
        <w:tc>
          <w:tcPr>
            <w:tcW w:w="5040" w:type="dxa"/>
            <w:shd w:val="clear" w:color="auto" w:fill="auto"/>
          </w:tcPr>
          <w:p w:rsidR="00854B61" w:rsidRPr="006347EC" w:rsidRDefault="00E34FE6">
            <w:r w:rsidRPr="006347EC">
              <w:t>- GV liên hệ: Khi nói thư viện có khoảng 6 700 cuốn sách hoặc khoảng 6 750 cuốn sách, vì sao kết quả có thể khác nhau?</w:t>
            </w:r>
          </w:p>
        </w:tc>
        <w:tc>
          <w:tcPr>
            <w:tcW w:w="5040" w:type="dxa"/>
            <w:shd w:val="clear" w:color="auto" w:fill="auto"/>
          </w:tcPr>
          <w:p w:rsidR="00854B61" w:rsidRPr="006347EC" w:rsidRDefault="00E34FE6">
            <w:r w:rsidRPr="006347EC">
              <w:t>- HS trả lời: Vì làm tròn đến hàng khác nhau thì kết quả ước lượng có thể khác nhau.</w:t>
            </w:r>
          </w:p>
        </w:tc>
      </w:tr>
      <w:tr w:rsidR="006347EC" w:rsidRPr="006347EC" w:rsidTr="00F30940">
        <w:trPr>
          <w:jc w:val="center"/>
        </w:trPr>
        <w:tc>
          <w:tcPr>
            <w:tcW w:w="5040" w:type="dxa"/>
            <w:shd w:val="clear" w:color="auto" w:fill="auto"/>
          </w:tcPr>
          <w:p w:rsidR="00854B61" w:rsidRPr="006347EC" w:rsidRDefault="00E34FE6">
            <w:r w:rsidRPr="006347EC">
              <w:t>- GV nhận xét tiết học, tuyên dương HS biết xác định hàng cần làm tròn và giải thích được cách làm.</w:t>
            </w:r>
          </w:p>
        </w:tc>
        <w:tc>
          <w:tcPr>
            <w:tcW w:w="5040" w:type="dxa"/>
            <w:shd w:val="clear" w:color="auto" w:fill="auto"/>
          </w:tcPr>
          <w:p w:rsidR="00854B61" w:rsidRPr="006347EC" w:rsidRDefault="00E34FE6">
            <w:r w:rsidRPr="006347EC">
              <w:t>- HS lắng nghe, tự đánh giá điều mình đã làm tốt trong tiết học.</w:t>
            </w:r>
          </w:p>
        </w:tc>
      </w:tr>
      <w:tr w:rsidR="006347EC" w:rsidRPr="006347EC" w:rsidTr="00F30940">
        <w:trPr>
          <w:jc w:val="center"/>
        </w:trPr>
        <w:tc>
          <w:tcPr>
            <w:tcW w:w="5040" w:type="dxa"/>
            <w:shd w:val="clear" w:color="auto" w:fill="auto"/>
          </w:tcPr>
          <w:p w:rsidR="00854B61" w:rsidRPr="006347EC" w:rsidRDefault="00E34FE6">
            <w:r w:rsidRPr="006347EC">
              <w:t>- GV dặn dò HS về nhà luyện thêm 3 số làm tròn đến hàng chục, hàng trăm và chuẩn bị tiết Luyện tập chung.</w:t>
            </w:r>
          </w:p>
        </w:tc>
        <w:tc>
          <w:tcPr>
            <w:tcW w:w="5040" w:type="dxa"/>
            <w:shd w:val="clear" w:color="auto" w:fill="auto"/>
          </w:tcPr>
          <w:p w:rsidR="00854B61" w:rsidRPr="006347EC" w:rsidRDefault="00E34FE6">
            <w:r w:rsidRPr="006347EC">
              <w:t>- HS ghi nhớ nhiệm vụ về nhà.</w:t>
            </w:r>
          </w:p>
        </w:tc>
      </w:tr>
    </w:tbl>
    <w:p w:rsidR="00854B61" w:rsidRPr="006347EC" w:rsidRDefault="00E34FE6">
      <w:r w:rsidRPr="006347EC">
        <w:rPr>
          <w:b/>
        </w:rPr>
        <w:t>IV. ĐIỀU CHỈNH SAU BÀI DẠY:</w:t>
      </w:r>
    </w:p>
    <w:p w:rsidR="00854B61" w:rsidRPr="006347EC" w:rsidRDefault="00E34FE6">
      <w:r w:rsidRPr="006347EC">
        <w:t>.......................................................................................................................................</w:t>
      </w:r>
    </w:p>
    <w:p w:rsidR="00854B61" w:rsidRPr="006347EC" w:rsidRDefault="00E34FE6">
      <w:r w:rsidRPr="006347EC">
        <w:t>.......................................................................................................................................</w:t>
      </w:r>
    </w:p>
    <w:p w:rsidR="00854B61" w:rsidRPr="006347EC" w:rsidRDefault="00E34FE6">
      <w:r w:rsidRPr="006347EC">
        <w:br w:type="page"/>
      </w:r>
    </w:p>
    <w:p w:rsidR="00854B61" w:rsidRPr="006347EC" w:rsidRDefault="00E34FE6">
      <w:pPr>
        <w:jc w:val="center"/>
      </w:pPr>
      <w:r w:rsidRPr="006347EC">
        <w:rPr>
          <w:b/>
          <w:sz w:val="28"/>
        </w:rPr>
        <w:lastRenderedPageBreak/>
        <w:t>TUẦN 20</w:t>
      </w:r>
    </w:p>
    <w:p w:rsidR="00854B61" w:rsidRPr="006347EC" w:rsidRDefault="00E34FE6">
      <w:pPr>
        <w:jc w:val="center"/>
      </w:pPr>
      <w:r w:rsidRPr="006347EC">
        <w:rPr>
          <w:b/>
          <w:sz w:val="28"/>
        </w:rPr>
        <w:t>KẾ HOẠCH BÀI DẠY MÔN TOÁN 3</w:t>
      </w:r>
    </w:p>
    <w:p w:rsidR="00854B61" w:rsidRPr="006347EC" w:rsidRDefault="00E34FE6">
      <w:pPr>
        <w:jc w:val="center"/>
      </w:pPr>
      <w:r w:rsidRPr="006347EC">
        <w:rPr>
          <w:b/>
        </w:rPr>
        <w:t>CHỦ ĐỀ 8: CÁC SỐ ĐẾN 10 000</w:t>
      </w:r>
    </w:p>
    <w:p w:rsidR="00854B61" w:rsidRPr="006347EC" w:rsidRDefault="00E34FE6">
      <w:pPr>
        <w:jc w:val="center"/>
      </w:pPr>
      <w:r w:rsidRPr="006347EC">
        <w:rPr>
          <w:b/>
        </w:rPr>
        <w:t>Bài 49: LUYỆN TẬP CHUNG (Tiết 1) - Trang 17, 18</w:t>
      </w:r>
    </w:p>
    <w:p w:rsidR="00854B61" w:rsidRPr="006347EC" w:rsidRDefault="00E34FE6">
      <w:r w:rsidRPr="006347EC">
        <w:rPr>
          <w:b/>
        </w:rPr>
        <w:t>I. YÊU CẦU CẦN ĐẠT:</w:t>
      </w:r>
    </w:p>
    <w:p w:rsidR="00854B61" w:rsidRPr="006347EC" w:rsidRDefault="00E34FE6">
      <w:r w:rsidRPr="006347EC">
        <w:rPr>
          <w:b/>
        </w:rPr>
        <w:t>1. Năng lực đặc thù:</w:t>
      </w:r>
    </w:p>
    <w:p w:rsidR="00854B61" w:rsidRPr="006347EC" w:rsidRDefault="00E34FE6">
      <w:r w:rsidRPr="006347EC">
        <w:t>- Củng cố đọc, viết, phân tích cấu tạo số trong phạm vi 10 000.</w:t>
      </w:r>
    </w:p>
    <w:p w:rsidR="00854B61" w:rsidRPr="006347EC" w:rsidRDefault="00E34FE6">
      <w:r w:rsidRPr="006347EC">
        <w:t>- Điền được số còn thiếu trên tia số.</w:t>
      </w:r>
    </w:p>
    <w:p w:rsidR="00854B61" w:rsidRPr="006347EC" w:rsidRDefault="00E34FE6">
      <w:r w:rsidRPr="006347EC">
        <w:t>- Chọn được chữ số hàng chục và số làm tròn đến hàng chục.</w:t>
      </w:r>
    </w:p>
    <w:p w:rsidR="00854B61" w:rsidRPr="006347EC" w:rsidRDefault="00E34FE6">
      <w:r w:rsidRPr="006347EC">
        <w:t>- Giải được tình huống so sánh điểm và đọc số La Mã.</w:t>
      </w:r>
    </w:p>
    <w:p w:rsidR="00854B61" w:rsidRPr="006347EC" w:rsidRDefault="00E34FE6">
      <w:r w:rsidRPr="006347EC">
        <w:rPr>
          <w:b/>
        </w:rPr>
        <w:t>2. Năng lực chung:</w:t>
      </w:r>
    </w:p>
    <w:p w:rsidR="00854B61" w:rsidRPr="006347EC" w:rsidRDefault="00E34FE6">
      <w:r w:rsidRPr="006347EC">
        <w:t>- Tự chủ, tự học: tự làm bài và tự kiểm tra lỗi sai.</w:t>
      </w:r>
    </w:p>
    <w:p w:rsidR="00854B61" w:rsidRPr="006347EC" w:rsidRDefault="00E34FE6">
      <w:r w:rsidRPr="006347EC">
        <w:t>- Giao tiếp và hợp tác: trao đổi nhóm khi đọc số, so sánh điểm và tìm sách.</w:t>
      </w:r>
    </w:p>
    <w:p w:rsidR="00854B61" w:rsidRPr="006347EC" w:rsidRDefault="00E34FE6">
      <w:r w:rsidRPr="006347EC">
        <w:t>- Giải quyết vấn đề và sáng tạo: phân tích dữ kiện để chọn đáp án đúng.</w:t>
      </w:r>
    </w:p>
    <w:p w:rsidR="00854B61" w:rsidRPr="006347EC" w:rsidRDefault="00E34FE6">
      <w:r w:rsidRPr="006347EC">
        <w:rPr>
          <w:b/>
        </w:rPr>
        <w:t>3. Phẩm chất:</w:t>
      </w:r>
    </w:p>
    <w:p w:rsidR="00854B61" w:rsidRPr="006347EC" w:rsidRDefault="00E34FE6">
      <w:r w:rsidRPr="006347EC">
        <w:t>- Chăm chỉ: tích cực luyện tập các dạng bài đã học.</w:t>
      </w:r>
    </w:p>
    <w:p w:rsidR="00854B61" w:rsidRPr="006347EC" w:rsidRDefault="00E34FE6">
      <w:r w:rsidRPr="006347EC">
        <w:t>- Trung thực: tự đối chiếu đáp án sau khi làm Quizizz.</w:t>
      </w:r>
    </w:p>
    <w:p w:rsidR="00854B61" w:rsidRPr="006347EC" w:rsidRDefault="00E34FE6">
      <w:r w:rsidRPr="006347EC">
        <w:t>- Trách nhiệm: ghi lại dạng bài còn sai để luyện thêm.</w:t>
      </w:r>
    </w:p>
    <w:p w:rsidR="00854B61" w:rsidRPr="006347EC" w:rsidRDefault="00E34FE6">
      <w:r w:rsidRPr="006347EC">
        <w:rPr>
          <w:b/>
        </w:rPr>
        <w:t>4. Tích hợp:</w:t>
      </w:r>
    </w:p>
    <w:p w:rsidR="00854B61" w:rsidRPr="006347EC" w:rsidRDefault="00E34FE6">
      <w:r w:rsidRPr="006347EC">
        <w:t>- Tích hợp NLS 5.2.CB1a: GV tổ chức Quizizz ngắn từ các câu chọn đáp án trong SGK về làm tròn số, chọn số lớn nhất hoặc số bé nhất và cấu tạo số; HS xem bảng kết quả, ghi lại dạng còn sai để luyện thêm.</w:t>
      </w:r>
    </w:p>
    <w:p w:rsidR="00854B61" w:rsidRPr="006347EC" w:rsidRDefault="00E34FE6">
      <w:r w:rsidRPr="006347EC">
        <w:rPr>
          <w:b/>
        </w:rPr>
        <w:t>II. ĐỒ DÙNG DẠY HỌC</w:t>
      </w:r>
    </w:p>
    <w:p w:rsidR="00854B61" w:rsidRPr="006347EC" w:rsidRDefault="00E34FE6">
      <w:r w:rsidRPr="006347EC">
        <w:t>- Kế hoạch bài dạy, SGK Toán 3 tập hai, bài giảng PowerPoint.</w:t>
      </w:r>
    </w:p>
    <w:p w:rsidR="00854B61" w:rsidRPr="006347EC" w:rsidRDefault="00E34FE6">
      <w:r w:rsidRPr="006347EC">
        <w:t>- Quizizz các câu hỏi chọn đáp án, phiếu ghi lỗi sai sau phản hồi.</w:t>
      </w:r>
    </w:p>
    <w:p w:rsidR="00854B61" w:rsidRPr="006347EC" w:rsidRDefault="00E34FE6">
      <w:r w:rsidRPr="006347EC">
        <w:t>- Hình cắt từ SGK trang 17, 18.</w:t>
      </w:r>
    </w:p>
    <w:p w:rsidR="00854B61" w:rsidRPr="006347EC" w:rsidRDefault="00E34FE6">
      <w:r w:rsidRPr="006347EC">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6347EC" w:rsidRPr="006347EC" w:rsidTr="00F30940">
        <w:trPr>
          <w:jc w:val="center"/>
        </w:trPr>
        <w:tc>
          <w:tcPr>
            <w:tcW w:w="5040" w:type="dxa"/>
            <w:tcBorders>
              <w:bottom w:val="single" w:sz="8" w:space="0" w:color="000000"/>
            </w:tcBorders>
            <w:shd w:val="clear" w:color="auto" w:fill="auto"/>
          </w:tcPr>
          <w:p w:rsidR="00854B61" w:rsidRPr="006347EC" w:rsidRDefault="00E34FE6">
            <w:r w:rsidRPr="006347EC">
              <w:rPr>
                <w:b/>
              </w:rPr>
              <w:t>Hoạt động của giáo viên</w:t>
            </w:r>
          </w:p>
        </w:tc>
        <w:tc>
          <w:tcPr>
            <w:tcW w:w="5040" w:type="dxa"/>
            <w:tcBorders>
              <w:bottom w:val="single" w:sz="8" w:space="0" w:color="000000"/>
            </w:tcBorders>
            <w:shd w:val="clear" w:color="auto" w:fill="auto"/>
          </w:tcPr>
          <w:p w:rsidR="00854B61" w:rsidRPr="006347EC" w:rsidRDefault="00E34FE6">
            <w:r w:rsidRPr="006347EC">
              <w:rPr>
                <w:b/>
              </w:rPr>
              <w:t>Hoạt động của học sinh</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1. Khởi động (5 phút):</w:t>
            </w:r>
          </w:p>
          <w:p w:rsidR="00854B61" w:rsidRPr="006347EC" w:rsidRDefault="00E34FE6">
            <w:r w:rsidRPr="006347EC">
              <w:t>- Mục tiêu: Ôn đọc số, viết số và làm tròn số.</w:t>
            </w:r>
          </w:p>
          <w:p w:rsidR="00854B61" w:rsidRPr="006347EC" w:rsidRDefault="00E34FE6">
            <w:r w:rsidRPr="006347EC">
              <w:t>*Cách tiến hành:</w:t>
            </w:r>
          </w:p>
        </w:tc>
      </w:tr>
      <w:tr w:rsidR="006347EC" w:rsidRPr="006347EC" w:rsidTr="00F30940">
        <w:trPr>
          <w:jc w:val="center"/>
        </w:trPr>
        <w:tc>
          <w:tcPr>
            <w:tcW w:w="5000" w:type="dxa"/>
            <w:tcBorders>
              <w:top w:val="single" w:sz="8" w:space="0" w:color="000000"/>
            </w:tcBorders>
            <w:shd w:val="clear" w:color="auto" w:fill="auto"/>
          </w:tcPr>
          <w:p w:rsidR="00854B61" w:rsidRPr="006347EC" w:rsidRDefault="00E34FE6">
            <w:r w:rsidRPr="006347EC">
              <w:t>- GV tổ chức trò chơi “Số nào biến mất?”.</w:t>
            </w:r>
          </w:p>
        </w:tc>
        <w:tc>
          <w:tcPr>
            <w:tcW w:w="5000" w:type="dxa"/>
            <w:tcBorders>
              <w:top w:val="single" w:sz="8" w:space="0" w:color="000000"/>
            </w:tcBorders>
            <w:shd w:val="clear" w:color="auto" w:fill="auto"/>
          </w:tcPr>
          <w:p w:rsidR="00854B61" w:rsidRPr="006347EC" w:rsidRDefault="00E34FE6">
            <w:r w:rsidRPr="006347EC">
              <w:t>- HS tham gia trò chơi.</w:t>
            </w:r>
          </w:p>
        </w:tc>
      </w:tr>
      <w:tr w:rsidR="006347EC" w:rsidRPr="006347EC" w:rsidTr="00F30940">
        <w:trPr>
          <w:jc w:val="center"/>
        </w:trPr>
        <w:tc>
          <w:tcPr>
            <w:tcW w:w="5000" w:type="dxa"/>
            <w:shd w:val="clear" w:color="auto" w:fill="auto"/>
          </w:tcPr>
          <w:p w:rsidR="00854B61" w:rsidRPr="006347EC" w:rsidRDefault="00E34FE6">
            <w:r w:rsidRPr="006347EC">
              <w:t>- GV nêu: Viết số “ba nghìn chín trăm chín mươi hai”.</w:t>
            </w:r>
          </w:p>
        </w:tc>
        <w:tc>
          <w:tcPr>
            <w:tcW w:w="5000" w:type="dxa"/>
            <w:shd w:val="clear" w:color="auto" w:fill="auto"/>
          </w:tcPr>
          <w:p w:rsidR="00854B61" w:rsidRPr="006347EC" w:rsidRDefault="00E34FE6">
            <w:r w:rsidRPr="006347EC">
              <w:t>- HS viết: 3 992.</w:t>
            </w:r>
          </w:p>
        </w:tc>
      </w:tr>
      <w:tr w:rsidR="006347EC" w:rsidRPr="006347EC" w:rsidTr="00F30940">
        <w:trPr>
          <w:jc w:val="center"/>
        </w:trPr>
        <w:tc>
          <w:tcPr>
            <w:tcW w:w="5000" w:type="dxa"/>
            <w:shd w:val="clear" w:color="auto" w:fill="auto"/>
          </w:tcPr>
          <w:p w:rsidR="00854B61" w:rsidRPr="006347EC" w:rsidRDefault="00E34FE6">
            <w:r w:rsidRPr="006347EC">
              <w:t>- GV hỏi: 2 846 làm tròn đến hàng chục là bao nhiêu?</w:t>
            </w:r>
          </w:p>
        </w:tc>
        <w:tc>
          <w:tcPr>
            <w:tcW w:w="5000" w:type="dxa"/>
            <w:shd w:val="clear" w:color="auto" w:fill="auto"/>
          </w:tcPr>
          <w:p w:rsidR="00854B61" w:rsidRPr="006347EC" w:rsidRDefault="00E34FE6">
            <w:r w:rsidRPr="006347EC">
              <w:t>- HS trả lời: 2 850.</w:t>
            </w:r>
          </w:p>
        </w:tc>
      </w:tr>
      <w:tr w:rsidR="006347EC" w:rsidRPr="006347EC" w:rsidTr="00F30940">
        <w:trPr>
          <w:jc w:val="center"/>
        </w:trPr>
        <w:tc>
          <w:tcPr>
            <w:tcW w:w="5000" w:type="dxa"/>
            <w:tcBorders>
              <w:bottom w:val="single" w:sz="8" w:space="0" w:color="000000"/>
            </w:tcBorders>
            <w:shd w:val="clear" w:color="auto" w:fill="auto"/>
          </w:tcPr>
          <w:p w:rsidR="00854B61" w:rsidRPr="006347EC" w:rsidRDefault="00E34FE6">
            <w:r w:rsidRPr="006347EC">
              <w:t>- GV nhận xét, dẫn dắt vào bài luyện tập chung.</w:t>
            </w:r>
          </w:p>
        </w:tc>
        <w:tc>
          <w:tcPr>
            <w:tcW w:w="5000" w:type="dxa"/>
            <w:tcBorders>
              <w:bottom w:val="single" w:sz="8" w:space="0" w:color="000000"/>
            </w:tcBorders>
            <w:shd w:val="clear" w:color="auto" w:fill="auto"/>
          </w:tcPr>
          <w:p w:rsidR="00854B61" w:rsidRPr="006347EC" w:rsidRDefault="00E34FE6">
            <w:r w:rsidRPr="006347EC">
              <w:t>- HS lắng nghe.</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2. Luyện tập (25 phút):</w:t>
            </w:r>
          </w:p>
          <w:p w:rsidR="00854B61" w:rsidRPr="006347EC" w:rsidRDefault="00E34FE6">
            <w:r w:rsidRPr="006347EC">
              <w:t>- Mục tiêu: Ôn đọc số, viết số, điền số trên tia số, chọn đáp án và so sánh số.</w:t>
            </w:r>
          </w:p>
          <w:p w:rsidR="00854B61" w:rsidRPr="006347EC" w:rsidRDefault="00E34FE6">
            <w:r w:rsidRPr="006347EC">
              <w:t>- Mục tiêu tích hợp NLS 5.2.CB1a: HS làm Quizizz, xem phản hồi và ghi lỗi sai để luyện thêm.</w:t>
            </w:r>
          </w:p>
          <w:p w:rsidR="00854B61" w:rsidRPr="006347EC" w:rsidRDefault="00E34FE6">
            <w:r w:rsidRPr="006347EC">
              <w:t>*Cách tiến hành:</w:t>
            </w:r>
          </w:p>
        </w:tc>
      </w:tr>
      <w:tr w:rsidR="006347EC" w:rsidRPr="006347EC" w:rsidTr="00F30940">
        <w:trPr>
          <w:jc w:val="center"/>
        </w:trPr>
        <w:tc>
          <w:tcPr>
            <w:tcW w:w="5000" w:type="dxa"/>
            <w:tcBorders>
              <w:top w:val="single" w:sz="8" w:space="0" w:color="000000"/>
            </w:tcBorders>
            <w:shd w:val="clear" w:color="auto" w:fill="auto"/>
          </w:tcPr>
          <w:p w:rsidR="00854B61" w:rsidRPr="006347EC" w:rsidRDefault="00E34FE6">
            <w:r w:rsidRPr="006347EC">
              <w:rPr>
                <w:b/>
              </w:rPr>
              <w:t>Bài 1. Số? (Làm việc nhóm 2)</w:t>
            </w:r>
          </w:p>
          <w:p w:rsidR="00854B61" w:rsidRPr="006347EC" w:rsidRDefault="00E34FE6">
            <w:r w:rsidRPr="006347EC">
              <w:t>- HS quan sát hình Bài 1.</w:t>
            </w:r>
          </w:p>
          <w:p w:rsidR="00854B61" w:rsidRPr="006347EC" w:rsidRDefault="00854B61">
            <w:pPr>
              <w:jc w:val="center"/>
            </w:pPr>
          </w:p>
        </w:tc>
        <w:tc>
          <w:tcPr>
            <w:tcW w:w="5000" w:type="dxa"/>
            <w:tcBorders>
              <w:top w:val="single" w:sz="8" w:space="0" w:color="000000"/>
            </w:tcBorders>
            <w:shd w:val="clear" w:color="auto" w:fill="auto"/>
          </w:tcPr>
          <w:p w:rsidR="00854B61" w:rsidRPr="006347EC" w:rsidRDefault="00E34FE6">
            <w:r w:rsidRPr="006347EC">
              <w:t>- HS quan sát các cuộn dây và ô đáp án.</w:t>
            </w:r>
          </w:p>
        </w:tc>
      </w:tr>
      <w:tr w:rsidR="006347EC" w:rsidRPr="006347EC" w:rsidTr="00F30940">
        <w:trPr>
          <w:jc w:val="center"/>
        </w:trPr>
        <w:tc>
          <w:tcPr>
            <w:tcW w:w="5000" w:type="dxa"/>
            <w:shd w:val="clear" w:color="auto" w:fill="auto"/>
          </w:tcPr>
          <w:p w:rsidR="00854B61" w:rsidRPr="006347EC" w:rsidRDefault="00E34FE6">
            <w:r w:rsidRPr="006347EC">
              <w:lastRenderedPageBreak/>
              <w:t>- GV yêu cầu HS đọc yêu cầu Bài 1.</w:t>
            </w:r>
          </w:p>
        </w:tc>
        <w:tc>
          <w:tcPr>
            <w:tcW w:w="5000" w:type="dxa"/>
            <w:shd w:val="clear" w:color="auto" w:fill="auto"/>
          </w:tcPr>
          <w:p w:rsidR="00854B61" w:rsidRPr="006347EC" w:rsidRDefault="00E34FE6">
            <w:r w:rsidRPr="006347EC">
              <w:t>- HS đọc: Số?</w:t>
            </w:r>
          </w:p>
        </w:tc>
      </w:tr>
      <w:tr w:rsidR="006347EC" w:rsidRPr="006347EC" w:rsidTr="00F30940">
        <w:trPr>
          <w:jc w:val="center"/>
        </w:trPr>
        <w:tc>
          <w:tcPr>
            <w:tcW w:w="5000" w:type="dxa"/>
            <w:shd w:val="clear" w:color="auto" w:fill="auto"/>
          </w:tcPr>
          <w:p w:rsidR="00854B61" w:rsidRPr="006347EC" w:rsidRDefault="00E34FE6">
            <w:r w:rsidRPr="006347EC">
              <w:t>- GV hỏi: “Ba nghìn chín trăm chín mươi hai” viết là số nào?</w:t>
            </w:r>
          </w:p>
        </w:tc>
        <w:tc>
          <w:tcPr>
            <w:tcW w:w="5000" w:type="dxa"/>
            <w:shd w:val="clear" w:color="auto" w:fill="auto"/>
          </w:tcPr>
          <w:p w:rsidR="00854B61" w:rsidRPr="006347EC" w:rsidRDefault="00E34FE6">
            <w:r w:rsidRPr="006347EC">
              <w:t>- HS trả lời: 3 992.</w:t>
            </w:r>
          </w:p>
        </w:tc>
      </w:tr>
      <w:tr w:rsidR="006347EC" w:rsidRPr="006347EC" w:rsidTr="00F30940">
        <w:trPr>
          <w:jc w:val="center"/>
        </w:trPr>
        <w:tc>
          <w:tcPr>
            <w:tcW w:w="5000" w:type="dxa"/>
            <w:shd w:val="clear" w:color="auto" w:fill="auto"/>
          </w:tcPr>
          <w:p w:rsidR="00854B61" w:rsidRPr="006347EC" w:rsidRDefault="00E34FE6">
            <w:r w:rsidRPr="006347EC">
              <w:t>- GV yêu cầu HS đọc và viết các số còn lại.</w:t>
            </w:r>
          </w:p>
        </w:tc>
        <w:tc>
          <w:tcPr>
            <w:tcW w:w="5000" w:type="dxa"/>
            <w:shd w:val="clear" w:color="auto" w:fill="auto"/>
          </w:tcPr>
          <w:p w:rsidR="00854B61" w:rsidRPr="006347EC" w:rsidRDefault="00E34FE6">
            <w:r w:rsidRPr="006347EC">
              <w:t>- HS viết: Mười nghìn là 10 000; Tám nghìn năm trăm linh tư là 8 504; Bảy nghìn không trăm linh sáu là 7 006.</w:t>
            </w:r>
          </w:p>
        </w:tc>
      </w:tr>
      <w:tr w:rsidR="006347EC" w:rsidRPr="006347EC" w:rsidTr="00F30940">
        <w:trPr>
          <w:jc w:val="center"/>
        </w:trPr>
        <w:tc>
          <w:tcPr>
            <w:tcW w:w="5000" w:type="dxa"/>
            <w:shd w:val="clear" w:color="auto" w:fill="auto"/>
          </w:tcPr>
          <w:p w:rsidR="00854B61" w:rsidRPr="006347EC" w:rsidRDefault="00E34FE6">
            <w:r w:rsidRPr="006347EC">
              <w:t>- GV cho HS thảo luận nhóm 2 để nối mỗi lời đọc với số đúng.</w:t>
            </w:r>
          </w:p>
        </w:tc>
        <w:tc>
          <w:tcPr>
            <w:tcW w:w="5000" w:type="dxa"/>
            <w:shd w:val="clear" w:color="auto" w:fill="auto"/>
          </w:tcPr>
          <w:p w:rsidR="00854B61" w:rsidRPr="006347EC" w:rsidRDefault="00E34FE6">
            <w:r w:rsidRPr="006347EC">
              <w:t>- HS thảo luận, nối đúng các dây với số tương ứng.</w:t>
            </w:r>
          </w:p>
        </w:tc>
      </w:tr>
      <w:tr w:rsidR="006347EC" w:rsidRPr="006347EC" w:rsidTr="00F30940">
        <w:trPr>
          <w:jc w:val="center"/>
        </w:trPr>
        <w:tc>
          <w:tcPr>
            <w:tcW w:w="5000" w:type="dxa"/>
            <w:shd w:val="clear" w:color="auto" w:fill="auto"/>
          </w:tcPr>
          <w:p w:rsidR="00854B61" w:rsidRPr="006347EC" w:rsidRDefault="00E34FE6">
            <w:r w:rsidRPr="006347EC">
              <w:t>- GV kết luận: Khi viết số, cần xác định đúng hàng nghìn, hàng trăm, hàng chục, hàng đơn vị.</w:t>
            </w:r>
          </w:p>
        </w:tc>
        <w:tc>
          <w:tcPr>
            <w:tcW w:w="5000" w:type="dxa"/>
            <w:shd w:val="clear" w:color="auto" w:fill="auto"/>
          </w:tcPr>
          <w:p w:rsidR="00854B61" w:rsidRPr="006347EC" w:rsidRDefault="00E34FE6">
            <w:r w:rsidRPr="006347EC">
              <w:t>- HS lắng nghe và sửa bài.</w:t>
            </w:r>
          </w:p>
        </w:tc>
      </w:tr>
      <w:tr w:rsidR="006347EC" w:rsidRPr="006347EC" w:rsidTr="00F30940">
        <w:trPr>
          <w:jc w:val="center"/>
        </w:trPr>
        <w:tc>
          <w:tcPr>
            <w:tcW w:w="5000" w:type="dxa"/>
            <w:shd w:val="clear" w:color="auto" w:fill="auto"/>
          </w:tcPr>
          <w:p w:rsidR="00854B61" w:rsidRPr="006347EC" w:rsidRDefault="00E34FE6">
            <w:r w:rsidRPr="006347EC">
              <w:rPr>
                <w:b/>
              </w:rPr>
              <w:t>Bài 2. Số? (Làm việc cá nhân)</w:t>
            </w:r>
          </w:p>
          <w:p w:rsidR="00854B61" w:rsidRPr="006347EC" w:rsidRDefault="00E34FE6">
            <w:r w:rsidRPr="006347EC">
              <w:t>- HS quan sát hình Bài 2.</w:t>
            </w:r>
          </w:p>
          <w:p w:rsidR="00854B61" w:rsidRPr="006347EC" w:rsidRDefault="00854B61">
            <w:pPr>
              <w:jc w:val="center"/>
            </w:pPr>
          </w:p>
        </w:tc>
        <w:tc>
          <w:tcPr>
            <w:tcW w:w="5000" w:type="dxa"/>
            <w:shd w:val="clear" w:color="auto" w:fill="auto"/>
          </w:tcPr>
          <w:p w:rsidR="00854B61" w:rsidRPr="006347EC" w:rsidRDefault="00E34FE6">
            <w:r w:rsidRPr="006347EC">
              <w:t>- HS quan sát hai tia số.</w:t>
            </w:r>
          </w:p>
        </w:tc>
      </w:tr>
      <w:tr w:rsidR="006347EC" w:rsidRPr="006347EC" w:rsidTr="00F30940">
        <w:trPr>
          <w:jc w:val="center"/>
        </w:trPr>
        <w:tc>
          <w:tcPr>
            <w:tcW w:w="5000" w:type="dxa"/>
            <w:shd w:val="clear" w:color="auto" w:fill="auto"/>
          </w:tcPr>
          <w:p w:rsidR="00854B61" w:rsidRPr="006347EC" w:rsidRDefault="00E34FE6">
            <w:r w:rsidRPr="006347EC">
              <w:t>- GV yêu cầu HS đọc yêu cầu Bài 2.</w:t>
            </w:r>
          </w:p>
        </w:tc>
        <w:tc>
          <w:tcPr>
            <w:tcW w:w="5000" w:type="dxa"/>
            <w:shd w:val="clear" w:color="auto" w:fill="auto"/>
          </w:tcPr>
          <w:p w:rsidR="00854B61" w:rsidRPr="006347EC" w:rsidRDefault="00E34FE6">
            <w:r w:rsidRPr="006347EC">
              <w:t>- HS đọc: Số?</w:t>
            </w:r>
          </w:p>
        </w:tc>
      </w:tr>
      <w:tr w:rsidR="006347EC" w:rsidRPr="006347EC" w:rsidTr="00F30940">
        <w:trPr>
          <w:jc w:val="center"/>
        </w:trPr>
        <w:tc>
          <w:tcPr>
            <w:tcW w:w="5000" w:type="dxa"/>
            <w:shd w:val="clear" w:color="auto" w:fill="auto"/>
          </w:tcPr>
          <w:p w:rsidR="00854B61" w:rsidRPr="006347EC" w:rsidRDefault="00E34FE6">
            <w:r w:rsidRPr="006347EC">
              <w:t>- GV hỏi: Ở tia số a, các số tăng theo quy luật nào?</w:t>
            </w:r>
          </w:p>
        </w:tc>
        <w:tc>
          <w:tcPr>
            <w:tcW w:w="5000" w:type="dxa"/>
            <w:shd w:val="clear" w:color="auto" w:fill="auto"/>
          </w:tcPr>
          <w:p w:rsidR="00854B61" w:rsidRPr="006347EC" w:rsidRDefault="00E34FE6">
            <w:r w:rsidRPr="006347EC">
              <w:t>- HS trả lời: Tăng thêm 1 đơn vị.</w:t>
            </w:r>
          </w:p>
        </w:tc>
      </w:tr>
      <w:tr w:rsidR="006347EC" w:rsidRPr="006347EC" w:rsidTr="00F30940">
        <w:trPr>
          <w:jc w:val="center"/>
        </w:trPr>
        <w:tc>
          <w:tcPr>
            <w:tcW w:w="5000" w:type="dxa"/>
            <w:shd w:val="clear" w:color="auto" w:fill="auto"/>
          </w:tcPr>
          <w:p w:rsidR="00854B61" w:rsidRPr="006347EC" w:rsidRDefault="00E34FE6">
            <w:r w:rsidRPr="006347EC">
              <w:t>- GV yêu cầu HS điền các số còn thiếu ở câu a.</w:t>
            </w:r>
          </w:p>
        </w:tc>
        <w:tc>
          <w:tcPr>
            <w:tcW w:w="5000" w:type="dxa"/>
            <w:shd w:val="clear" w:color="auto" w:fill="auto"/>
          </w:tcPr>
          <w:p w:rsidR="00854B61" w:rsidRPr="006347EC" w:rsidRDefault="00E34FE6">
            <w:r w:rsidRPr="006347EC">
              <w:t>- HS điền: 3 499 và 3 501.</w:t>
            </w:r>
          </w:p>
        </w:tc>
      </w:tr>
      <w:tr w:rsidR="006347EC" w:rsidRPr="006347EC" w:rsidTr="00F30940">
        <w:trPr>
          <w:jc w:val="center"/>
        </w:trPr>
        <w:tc>
          <w:tcPr>
            <w:tcW w:w="5000" w:type="dxa"/>
            <w:shd w:val="clear" w:color="auto" w:fill="auto"/>
          </w:tcPr>
          <w:p w:rsidR="00854B61" w:rsidRPr="006347EC" w:rsidRDefault="00E34FE6">
            <w:r w:rsidRPr="006347EC">
              <w:t>- GV yêu cầu HS điền các số còn thiếu ở câu b.</w:t>
            </w:r>
          </w:p>
        </w:tc>
        <w:tc>
          <w:tcPr>
            <w:tcW w:w="5000" w:type="dxa"/>
            <w:shd w:val="clear" w:color="auto" w:fill="auto"/>
          </w:tcPr>
          <w:p w:rsidR="00854B61" w:rsidRPr="006347EC" w:rsidRDefault="00E34FE6">
            <w:r w:rsidRPr="006347EC">
              <w:t>- HS điền: 9 993, 9 996 và 10 000.</w:t>
            </w:r>
          </w:p>
        </w:tc>
      </w:tr>
      <w:tr w:rsidR="006347EC" w:rsidRPr="006347EC" w:rsidTr="00F30940">
        <w:trPr>
          <w:jc w:val="center"/>
        </w:trPr>
        <w:tc>
          <w:tcPr>
            <w:tcW w:w="5000" w:type="dxa"/>
            <w:shd w:val="clear" w:color="auto" w:fill="auto"/>
          </w:tcPr>
          <w:p w:rsidR="00854B61" w:rsidRPr="006347EC" w:rsidRDefault="00E34FE6">
            <w:r w:rsidRPr="006347EC">
              <w:t>- GV kết luận: Trên tia số, các số liên tiếp cách nhau 1 đơn vị nếu các vạch chia đều.</w:t>
            </w:r>
          </w:p>
        </w:tc>
        <w:tc>
          <w:tcPr>
            <w:tcW w:w="5000" w:type="dxa"/>
            <w:shd w:val="clear" w:color="auto" w:fill="auto"/>
          </w:tcPr>
          <w:p w:rsidR="00854B61" w:rsidRPr="006347EC" w:rsidRDefault="00E34FE6">
            <w:r w:rsidRPr="006347EC">
              <w:t>- HS lắng nghe.</w:t>
            </w:r>
          </w:p>
        </w:tc>
      </w:tr>
      <w:tr w:rsidR="006347EC" w:rsidRPr="006347EC" w:rsidTr="00F30940">
        <w:trPr>
          <w:jc w:val="center"/>
        </w:trPr>
        <w:tc>
          <w:tcPr>
            <w:tcW w:w="5000" w:type="dxa"/>
            <w:shd w:val="clear" w:color="auto" w:fill="auto"/>
          </w:tcPr>
          <w:p w:rsidR="00854B61" w:rsidRPr="006347EC" w:rsidRDefault="00E34FE6">
            <w:r w:rsidRPr="006347EC">
              <w:rPr>
                <w:b/>
              </w:rPr>
              <w:t>Bài 3. Chọn câu trả lời đúng. (Làm việc cá nhân trên Quizizz)</w:t>
            </w:r>
          </w:p>
          <w:p w:rsidR="00854B61" w:rsidRPr="006347EC" w:rsidRDefault="00E34FE6">
            <w:r w:rsidRPr="006347EC">
              <w:t>- HS quan sát hình Bài 3.</w:t>
            </w:r>
          </w:p>
          <w:p w:rsidR="00854B61" w:rsidRPr="006347EC" w:rsidRDefault="00854B61">
            <w:pPr>
              <w:jc w:val="center"/>
            </w:pPr>
          </w:p>
        </w:tc>
        <w:tc>
          <w:tcPr>
            <w:tcW w:w="5000" w:type="dxa"/>
            <w:shd w:val="clear" w:color="auto" w:fill="auto"/>
          </w:tcPr>
          <w:p w:rsidR="00854B61" w:rsidRPr="006347EC" w:rsidRDefault="00E34FE6">
            <w:r w:rsidRPr="006347EC">
              <w:t>- HS quan sát câu hỏi và các đáp án.</w:t>
            </w:r>
          </w:p>
        </w:tc>
      </w:tr>
      <w:tr w:rsidR="006347EC" w:rsidRPr="006347EC" w:rsidTr="00F30940">
        <w:trPr>
          <w:jc w:val="center"/>
        </w:trPr>
        <w:tc>
          <w:tcPr>
            <w:tcW w:w="5000" w:type="dxa"/>
            <w:shd w:val="clear" w:color="auto" w:fill="auto"/>
          </w:tcPr>
          <w:p w:rsidR="00854B61" w:rsidRPr="006347EC" w:rsidRDefault="00E34FE6">
            <w:r w:rsidRPr="006347EC">
              <w:t>- Tích hợp NLS: GV mở Quizizz gồm câu a và b, hướng dẫn HS đọc số, xác định chữ số hàng chục, làm tròn đến hàng chục rồi mới bấm chọn.</w:t>
            </w:r>
          </w:p>
        </w:tc>
        <w:tc>
          <w:tcPr>
            <w:tcW w:w="5000" w:type="dxa"/>
            <w:shd w:val="clear" w:color="auto" w:fill="auto"/>
          </w:tcPr>
          <w:p w:rsidR="00854B61" w:rsidRPr="006347EC" w:rsidRDefault="00E34FE6">
            <w:r w:rsidRPr="006347EC">
              <w:t>- HS làm Quizizz, xem phản hồi đúng/sai và ghi lỗi nếu có.</w:t>
            </w:r>
          </w:p>
        </w:tc>
      </w:tr>
      <w:tr w:rsidR="006347EC" w:rsidRPr="006347EC" w:rsidTr="00F30940">
        <w:trPr>
          <w:jc w:val="center"/>
        </w:trPr>
        <w:tc>
          <w:tcPr>
            <w:tcW w:w="5000" w:type="dxa"/>
            <w:shd w:val="clear" w:color="auto" w:fill="auto"/>
          </w:tcPr>
          <w:p w:rsidR="00854B61" w:rsidRPr="006347EC" w:rsidRDefault="00E34FE6">
            <w:r w:rsidRPr="006347EC">
              <w:t>- GV yêu cầu HS đọc câu a.</w:t>
            </w:r>
          </w:p>
        </w:tc>
        <w:tc>
          <w:tcPr>
            <w:tcW w:w="5000" w:type="dxa"/>
            <w:shd w:val="clear" w:color="auto" w:fill="auto"/>
          </w:tcPr>
          <w:p w:rsidR="00854B61" w:rsidRPr="006347EC" w:rsidRDefault="00E34FE6">
            <w:r w:rsidRPr="006347EC">
              <w:t>- HS đọc: Số 2 846 có chữ số hàng chục là gì?</w:t>
            </w:r>
          </w:p>
        </w:tc>
      </w:tr>
      <w:tr w:rsidR="006347EC" w:rsidRPr="006347EC" w:rsidTr="00F30940">
        <w:trPr>
          <w:jc w:val="center"/>
        </w:trPr>
        <w:tc>
          <w:tcPr>
            <w:tcW w:w="5000" w:type="dxa"/>
            <w:shd w:val="clear" w:color="auto" w:fill="auto"/>
          </w:tcPr>
          <w:p w:rsidR="00854B61" w:rsidRPr="006347EC" w:rsidRDefault="00E34FE6">
            <w:r w:rsidRPr="006347EC">
              <w:t>- GV hỏi: Chữ số hàng chục của 2 846 là số nào?</w:t>
            </w:r>
          </w:p>
        </w:tc>
        <w:tc>
          <w:tcPr>
            <w:tcW w:w="5000" w:type="dxa"/>
            <w:shd w:val="clear" w:color="auto" w:fill="auto"/>
          </w:tcPr>
          <w:p w:rsidR="00854B61" w:rsidRPr="006347EC" w:rsidRDefault="00E34FE6">
            <w:r w:rsidRPr="006347EC">
              <w:t>- HS trả lời: Là 4, chọn C.</w:t>
            </w:r>
          </w:p>
        </w:tc>
      </w:tr>
      <w:tr w:rsidR="006347EC" w:rsidRPr="006347EC" w:rsidTr="00F30940">
        <w:trPr>
          <w:jc w:val="center"/>
        </w:trPr>
        <w:tc>
          <w:tcPr>
            <w:tcW w:w="5000" w:type="dxa"/>
            <w:shd w:val="clear" w:color="auto" w:fill="auto"/>
          </w:tcPr>
          <w:p w:rsidR="00854B61" w:rsidRPr="006347EC" w:rsidRDefault="00E34FE6">
            <w:r w:rsidRPr="006347EC">
              <w:t>- GV yêu cầu HS làm câu b.</w:t>
            </w:r>
          </w:p>
        </w:tc>
        <w:tc>
          <w:tcPr>
            <w:tcW w:w="5000" w:type="dxa"/>
            <w:shd w:val="clear" w:color="auto" w:fill="auto"/>
          </w:tcPr>
          <w:p w:rsidR="00854B61" w:rsidRPr="006347EC" w:rsidRDefault="00E34FE6">
            <w:r w:rsidRPr="006347EC">
              <w:t>- HS trả lời: 2 846 làm tròn đến hàng chục là 2 850, chọn B.</w:t>
            </w:r>
          </w:p>
        </w:tc>
      </w:tr>
      <w:tr w:rsidR="006347EC" w:rsidRPr="006347EC" w:rsidTr="00F30940">
        <w:trPr>
          <w:jc w:val="center"/>
        </w:trPr>
        <w:tc>
          <w:tcPr>
            <w:tcW w:w="5000" w:type="dxa"/>
            <w:shd w:val="clear" w:color="auto" w:fill="auto"/>
          </w:tcPr>
          <w:p w:rsidR="00854B61" w:rsidRPr="006347EC" w:rsidRDefault="00E34FE6">
            <w:r w:rsidRPr="006347EC">
              <w:t>- GV kết luận: Cần phân biệt chữ số hàng chục với kết quả làm tròn đến hàng chục.</w:t>
            </w:r>
          </w:p>
        </w:tc>
        <w:tc>
          <w:tcPr>
            <w:tcW w:w="5000" w:type="dxa"/>
            <w:shd w:val="clear" w:color="auto" w:fill="auto"/>
          </w:tcPr>
          <w:p w:rsidR="00854B61" w:rsidRPr="006347EC" w:rsidRDefault="00E34FE6">
            <w:r w:rsidRPr="006347EC">
              <w:t>- HS lắng nghe và sửa bài.</w:t>
            </w:r>
          </w:p>
        </w:tc>
      </w:tr>
      <w:tr w:rsidR="006347EC" w:rsidRPr="006347EC" w:rsidTr="00F30940">
        <w:trPr>
          <w:jc w:val="center"/>
        </w:trPr>
        <w:tc>
          <w:tcPr>
            <w:tcW w:w="5000" w:type="dxa"/>
            <w:shd w:val="clear" w:color="auto" w:fill="auto"/>
          </w:tcPr>
          <w:p w:rsidR="00854B61" w:rsidRPr="006347EC" w:rsidRDefault="00E34FE6">
            <w:r w:rsidRPr="006347EC">
              <w:rPr>
                <w:b/>
              </w:rPr>
              <w:t>Bài 4. Đuổi hình bắt chữ. (Làm việc nhóm 4)</w:t>
            </w:r>
          </w:p>
          <w:p w:rsidR="00854B61" w:rsidRPr="006347EC" w:rsidRDefault="00E34FE6">
            <w:r w:rsidRPr="006347EC">
              <w:t>- HS quan sát đề Bài 4.</w:t>
            </w:r>
          </w:p>
          <w:p w:rsidR="00854B61" w:rsidRPr="006347EC" w:rsidRDefault="00854B61">
            <w:pPr>
              <w:jc w:val="center"/>
            </w:pPr>
          </w:p>
        </w:tc>
        <w:tc>
          <w:tcPr>
            <w:tcW w:w="5000" w:type="dxa"/>
            <w:shd w:val="clear" w:color="auto" w:fill="auto"/>
          </w:tcPr>
          <w:p w:rsidR="00854B61" w:rsidRPr="006347EC" w:rsidRDefault="00E34FE6">
            <w:r w:rsidRPr="006347EC">
              <w:t>- HS đọc đề bài.</w:t>
            </w:r>
          </w:p>
        </w:tc>
      </w:tr>
      <w:tr w:rsidR="006347EC" w:rsidRPr="006347EC" w:rsidTr="00F30940">
        <w:trPr>
          <w:jc w:val="center"/>
        </w:trPr>
        <w:tc>
          <w:tcPr>
            <w:tcW w:w="5000" w:type="dxa"/>
            <w:shd w:val="clear" w:color="auto" w:fill="auto"/>
          </w:tcPr>
          <w:p w:rsidR="00854B61" w:rsidRPr="006347EC" w:rsidRDefault="00E34FE6">
            <w:r w:rsidRPr="006347EC">
              <w:t>- GV yêu cầu HS đọc các số điểm của Mai, Nam, Việt và Rô-bốt.</w:t>
            </w:r>
          </w:p>
        </w:tc>
        <w:tc>
          <w:tcPr>
            <w:tcW w:w="5000" w:type="dxa"/>
            <w:shd w:val="clear" w:color="auto" w:fill="auto"/>
          </w:tcPr>
          <w:p w:rsidR="00854B61" w:rsidRPr="006347EC" w:rsidRDefault="00E34FE6">
            <w:r w:rsidRPr="006347EC">
              <w:t>- HS đọc: 2 150 điểm, 1 650 điểm, 2 300 điểm và 1 850 điểm.</w:t>
            </w:r>
          </w:p>
        </w:tc>
      </w:tr>
      <w:tr w:rsidR="006347EC" w:rsidRPr="006347EC" w:rsidTr="00F30940">
        <w:trPr>
          <w:jc w:val="center"/>
        </w:trPr>
        <w:tc>
          <w:tcPr>
            <w:tcW w:w="5000" w:type="dxa"/>
            <w:shd w:val="clear" w:color="auto" w:fill="auto"/>
          </w:tcPr>
          <w:p w:rsidR="00854B61" w:rsidRPr="006347EC" w:rsidRDefault="00E34FE6">
            <w:r w:rsidRPr="006347EC">
              <w:t>- GV hỏi: Bạn nào nhận được số điểm cao nhất?</w:t>
            </w:r>
          </w:p>
        </w:tc>
        <w:tc>
          <w:tcPr>
            <w:tcW w:w="5000" w:type="dxa"/>
            <w:shd w:val="clear" w:color="auto" w:fill="auto"/>
          </w:tcPr>
          <w:p w:rsidR="00854B61" w:rsidRPr="006347EC" w:rsidRDefault="00E34FE6">
            <w:r w:rsidRPr="006347EC">
              <w:t>- HS trả lời: Việt cao nhất vì có 2 300 điểm.</w:t>
            </w:r>
          </w:p>
        </w:tc>
      </w:tr>
      <w:tr w:rsidR="006347EC" w:rsidRPr="006347EC" w:rsidTr="00F30940">
        <w:trPr>
          <w:jc w:val="center"/>
        </w:trPr>
        <w:tc>
          <w:tcPr>
            <w:tcW w:w="5000" w:type="dxa"/>
            <w:shd w:val="clear" w:color="auto" w:fill="auto"/>
          </w:tcPr>
          <w:p w:rsidR="00854B61" w:rsidRPr="006347EC" w:rsidRDefault="00E34FE6">
            <w:r w:rsidRPr="006347EC">
              <w:lastRenderedPageBreak/>
              <w:t>- GV hỏi: Những bạn nào được nhiều hơn 2 000 điểm?</w:t>
            </w:r>
          </w:p>
        </w:tc>
        <w:tc>
          <w:tcPr>
            <w:tcW w:w="5000" w:type="dxa"/>
            <w:shd w:val="clear" w:color="auto" w:fill="auto"/>
          </w:tcPr>
          <w:p w:rsidR="00854B61" w:rsidRPr="006347EC" w:rsidRDefault="00E34FE6">
            <w:r w:rsidRPr="006347EC">
              <w:t>- HS trả lời: Mai và Việt.</w:t>
            </w:r>
          </w:p>
        </w:tc>
      </w:tr>
      <w:tr w:rsidR="006347EC" w:rsidRPr="006347EC" w:rsidTr="00F30940">
        <w:trPr>
          <w:jc w:val="center"/>
        </w:trPr>
        <w:tc>
          <w:tcPr>
            <w:tcW w:w="5000" w:type="dxa"/>
            <w:shd w:val="clear" w:color="auto" w:fill="auto"/>
          </w:tcPr>
          <w:p w:rsidR="00854B61" w:rsidRPr="006347EC" w:rsidRDefault="00E34FE6">
            <w:r w:rsidRPr="006347EC">
              <w:t>- GV hỏi: Những bạn nào nhận được ít hơn 2 000 điểm?</w:t>
            </w:r>
          </w:p>
        </w:tc>
        <w:tc>
          <w:tcPr>
            <w:tcW w:w="5000" w:type="dxa"/>
            <w:shd w:val="clear" w:color="auto" w:fill="auto"/>
          </w:tcPr>
          <w:p w:rsidR="00854B61" w:rsidRPr="006347EC" w:rsidRDefault="00E34FE6">
            <w:r w:rsidRPr="006347EC">
              <w:t>- HS trả lời: Nam và Rô-bốt.</w:t>
            </w:r>
          </w:p>
        </w:tc>
      </w:tr>
      <w:tr w:rsidR="006347EC" w:rsidRPr="006347EC" w:rsidTr="00F30940">
        <w:trPr>
          <w:jc w:val="center"/>
        </w:trPr>
        <w:tc>
          <w:tcPr>
            <w:tcW w:w="5000" w:type="dxa"/>
            <w:shd w:val="clear" w:color="auto" w:fill="auto"/>
          </w:tcPr>
          <w:p w:rsidR="00854B61" w:rsidRPr="006347EC" w:rsidRDefault="00E34FE6">
            <w:r w:rsidRPr="006347EC">
              <w:t>- GV kết luận: So sánh điểm cần so sánh theo hàng nghìn, hàng trăm, hàng chục, hàng đơn vị.</w:t>
            </w:r>
          </w:p>
        </w:tc>
        <w:tc>
          <w:tcPr>
            <w:tcW w:w="5000" w:type="dxa"/>
            <w:shd w:val="clear" w:color="auto" w:fill="auto"/>
          </w:tcPr>
          <w:p w:rsidR="00854B61" w:rsidRPr="006347EC" w:rsidRDefault="00E34FE6">
            <w:r w:rsidRPr="006347EC">
              <w:t>- HS lắng nghe.</w:t>
            </w:r>
          </w:p>
        </w:tc>
      </w:tr>
      <w:tr w:rsidR="006347EC" w:rsidRPr="006347EC" w:rsidTr="00F30940">
        <w:trPr>
          <w:jc w:val="center"/>
        </w:trPr>
        <w:tc>
          <w:tcPr>
            <w:tcW w:w="5000" w:type="dxa"/>
            <w:shd w:val="clear" w:color="auto" w:fill="auto"/>
          </w:tcPr>
          <w:p w:rsidR="00854B61" w:rsidRPr="006347EC" w:rsidRDefault="00E34FE6">
            <w:r w:rsidRPr="006347EC">
              <w:rPr>
                <w:b/>
              </w:rPr>
              <w:t>Bài 5. Sách được đánh số La Mã. (Làm việc nhóm 2)</w:t>
            </w:r>
          </w:p>
          <w:p w:rsidR="00854B61" w:rsidRPr="006347EC" w:rsidRDefault="00E34FE6">
            <w:r w:rsidRPr="006347EC">
              <w:t>- HS quan sát hình Bài 5.</w:t>
            </w:r>
          </w:p>
          <w:p w:rsidR="00854B61" w:rsidRPr="006347EC" w:rsidRDefault="00854B61" w:rsidP="00F30940"/>
        </w:tc>
        <w:tc>
          <w:tcPr>
            <w:tcW w:w="5000" w:type="dxa"/>
            <w:shd w:val="clear" w:color="auto" w:fill="auto"/>
          </w:tcPr>
          <w:p w:rsidR="00854B61" w:rsidRPr="006347EC" w:rsidRDefault="00E34FE6">
            <w:r w:rsidRPr="006347EC">
              <w:t>- HS quan sát giá sách.</w:t>
            </w:r>
          </w:p>
        </w:tc>
      </w:tr>
      <w:tr w:rsidR="006347EC" w:rsidRPr="006347EC" w:rsidTr="00F30940">
        <w:trPr>
          <w:jc w:val="center"/>
        </w:trPr>
        <w:tc>
          <w:tcPr>
            <w:tcW w:w="5000" w:type="dxa"/>
            <w:shd w:val="clear" w:color="auto" w:fill="auto"/>
          </w:tcPr>
          <w:p w:rsidR="00854B61" w:rsidRPr="006347EC" w:rsidRDefault="00E34FE6">
            <w:r w:rsidRPr="006347EC">
              <w:t>- GV yêu cầu HS đọc đề Bài 5.</w:t>
            </w:r>
          </w:p>
        </w:tc>
        <w:tc>
          <w:tcPr>
            <w:tcW w:w="5000" w:type="dxa"/>
            <w:shd w:val="clear" w:color="auto" w:fill="auto"/>
          </w:tcPr>
          <w:p w:rsidR="00854B61" w:rsidRPr="006347EC" w:rsidRDefault="00E34FE6">
            <w:r w:rsidRPr="006347EC">
              <w:t>- HS đọc: Trên giá sách có một bộ sách gồm 8 cuốn đánh số từ I đến VIII; bố Mai đã lấy 2 cuốn.</w:t>
            </w:r>
          </w:p>
        </w:tc>
      </w:tr>
      <w:tr w:rsidR="006347EC" w:rsidRPr="006347EC" w:rsidTr="00F30940">
        <w:trPr>
          <w:jc w:val="center"/>
        </w:trPr>
        <w:tc>
          <w:tcPr>
            <w:tcW w:w="5000" w:type="dxa"/>
            <w:shd w:val="clear" w:color="auto" w:fill="auto"/>
          </w:tcPr>
          <w:p w:rsidR="00854B61" w:rsidRPr="006347EC" w:rsidRDefault="00E34FE6">
            <w:r w:rsidRPr="006347EC">
              <w:t>- GV hỏi: Trên giá còn nhìn thấy những số La Mã nào?</w:t>
            </w:r>
          </w:p>
        </w:tc>
        <w:tc>
          <w:tcPr>
            <w:tcW w:w="5000" w:type="dxa"/>
            <w:shd w:val="clear" w:color="auto" w:fill="auto"/>
          </w:tcPr>
          <w:p w:rsidR="00854B61" w:rsidRPr="006347EC" w:rsidRDefault="00E34FE6">
            <w:r w:rsidRPr="006347EC">
              <w:t>- HS trả lời: I, II, IV, V, VI, VIII.</w:t>
            </w:r>
          </w:p>
        </w:tc>
      </w:tr>
      <w:tr w:rsidR="006347EC" w:rsidRPr="006347EC" w:rsidTr="00F30940">
        <w:trPr>
          <w:jc w:val="center"/>
        </w:trPr>
        <w:tc>
          <w:tcPr>
            <w:tcW w:w="5000" w:type="dxa"/>
            <w:shd w:val="clear" w:color="auto" w:fill="auto"/>
          </w:tcPr>
          <w:p w:rsidR="00854B61" w:rsidRPr="006347EC" w:rsidRDefault="00E34FE6">
            <w:r w:rsidRPr="006347EC">
              <w:t>- GV hỏi: Hai số còn thiếu từ I đến VIII là những số nào?</w:t>
            </w:r>
          </w:p>
        </w:tc>
        <w:tc>
          <w:tcPr>
            <w:tcW w:w="5000" w:type="dxa"/>
            <w:shd w:val="clear" w:color="auto" w:fill="auto"/>
          </w:tcPr>
          <w:p w:rsidR="00854B61" w:rsidRPr="006347EC" w:rsidRDefault="00E34FE6">
            <w:r w:rsidRPr="006347EC">
              <w:t>- HS trả lời: III và VII.</w:t>
            </w:r>
          </w:p>
        </w:tc>
      </w:tr>
      <w:tr w:rsidR="006347EC" w:rsidRPr="006347EC" w:rsidTr="00F30940">
        <w:trPr>
          <w:jc w:val="center"/>
        </w:trPr>
        <w:tc>
          <w:tcPr>
            <w:tcW w:w="5000" w:type="dxa"/>
            <w:shd w:val="clear" w:color="auto" w:fill="auto"/>
          </w:tcPr>
          <w:p w:rsidR="00854B61" w:rsidRPr="006347EC" w:rsidRDefault="00E34FE6">
            <w:r w:rsidRPr="006347EC">
              <w:t>- GV yêu cầu HS kết luận bố Mai đã lấy những cuốn nào.</w:t>
            </w:r>
          </w:p>
        </w:tc>
        <w:tc>
          <w:tcPr>
            <w:tcW w:w="5000" w:type="dxa"/>
            <w:shd w:val="clear" w:color="auto" w:fill="auto"/>
          </w:tcPr>
          <w:p w:rsidR="00854B61" w:rsidRPr="006347EC" w:rsidRDefault="00E34FE6">
            <w:r w:rsidRPr="006347EC">
              <w:t>- HS trả lời: Bố Mai đã lấy cuốn III và cuốn VII.</w:t>
            </w:r>
          </w:p>
        </w:tc>
      </w:tr>
      <w:tr w:rsidR="006347EC" w:rsidRPr="006347EC" w:rsidTr="00F30940">
        <w:trPr>
          <w:jc w:val="center"/>
        </w:trPr>
        <w:tc>
          <w:tcPr>
            <w:tcW w:w="5000" w:type="dxa"/>
            <w:tcBorders>
              <w:bottom w:val="single" w:sz="8" w:space="0" w:color="000000"/>
            </w:tcBorders>
            <w:shd w:val="clear" w:color="auto" w:fill="auto"/>
          </w:tcPr>
          <w:p w:rsidR="00854B61" w:rsidRPr="006347EC" w:rsidRDefault="00E34FE6">
            <w:r w:rsidRPr="006347EC">
              <w:t>- GV kết luận: Khi tìm số còn thiếu trong dãy La Mã, cần viết đủ dãy từ I đến VIII rồi đối chiếu.</w:t>
            </w:r>
          </w:p>
        </w:tc>
        <w:tc>
          <w:tcPr>
            <w:tcW w:w="5000" w:type="dxa"/>
            <w:tcBorders>
              <w:bottom w:val="single" w:sz="8" w:space="0" w:color="000000"/>
            </w:tcBorders>
            <w:shd w:val="clear" w:color="auto" w:fill="auto"/>
          </w:tcPr>
          <w:p w:rsidR="00854B61" w:rsidRPr="006347EC" w:rsidRDefault="00E34FE6">
            <w:r w:rsidRPr="006347EC">
              <w:t>- HS lắng nghe.</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3. Vận dụng - Trải nghiệm (5 phút):</w:t>
            </w:r>
          </w:p>
          <w:p w:rsidR="00854B61" w:rsidRPr="006347EC" w:rsidRDefault="00E34FE6">
            <w:r w:rsidRPr="006347EC">
              <w:t>- Mục tiêu: Củng cố kiến thức của tiết học, liên hệ thực tế, nhận xét kết quả học tập và giao nhiệm vụ về nhà.</w:t>
            </w:r>
          </w:p>
          <w:p w:rsidR="00854B61" w:rsidRPr="006347EC" w:rsidRDefault="00E34FE6">
            <w:r w:rsidRPr="006347EC">
              <w:t>*Cách tiến hành:</w:t>
            </w:r>
          </w:p>
        </w:tc>
      </w:tr>
      <w:tr w:rsidR="006347EC" w:rsidRPr="006347EC" w:rsidTr="00F30940">
        <w:trPr>
          <w:jc w:val="center"/>
        </w:trPr>
        <w:tc>
          <w:tcPr>
            <w:tcW w:w="5040" w:type="dxa"/>
            <w:tcBorders>
              <w:top w:val="single" w:sz="8" w:space="0" w:color="000000"/>
            </w:tcBorders>
            <w:shd w:val="clear" w:color="auto" w:fill="auto"/>
          </w:tcPr>
          <w:p w:rsidR="00854B61" w:rsidRPr="006347EC" w:rsidRDefault="00E34FE6">
            <w:r w:rsidRPr="006347EC">
              <w:t>- GV hỏi: Khi viết số có bốn chữ số, em cần xác định những hàng nào?</w:t>
            </w:r>
          </w:p>
        </w:tc>
        <w:tc>
          <w:tcPr>
            <w:tcW w:w="5040" w:type="dxa"/>
            <w:tcBorders>
              <w:top w:val="single" w:sz="8" w:space="0" w:color="000000"/>
            </w:tcBorders>
            <w:shd w:val="clear" w:color="auto" w:fill="auto"/>
          </w:tcPr>
          <w:p w:rsidR="00854B61" w:rsidRPr="006347EC" w:rsidRDefault="00E34FE6">
            <w:r w:rsidRPr="006347EC">
              <w:t>- HS trả lời: Em cần xác định hàng nghìn, hàng trăm, hàng chục và hàng đơn vị.</w:t>
            </w:r>
          </w:p>
        </w:tc>
      </w:tr>
      <w:tr w:rsidR="006347EC" w:rsidRPr="006347EC" w:rsidTr="00F30940">
        <w:trPr>
          <w:jc w:val="center"/>
        </w:trPr>
        <w:tc>
          <w:tcPr>
            <w:tcW w:w="5040" w:type="dxa"/>
            <w:shd w:val="clear" w:color="auto" w:fill="auto"/>
          </w:tcPr>
          <w:p w:rsidR="00854B61" w:rsidRPr="006347EC" w:rsidRDefault="00E34FE6">
            <w:r w:rsidRPr="006347EC">
              <w:t>- GV hỏi: Muốn tìm số còn thiếu trên tia số, em làm thế nào?</w:t>
            </w:r>
          </w:p>
        </w:tc>
        <w:tc>
          <w:tcPr>
            <w:tcW w:w="5040" w:type="dxa"/>
            <w:shd w:val="clear" w:color="auto" w:fill="auto"/>
          </w:tcPr>
          <w:p w:rsidR="00854B61" w:rsidRPr="006347EC" w:rsidRDefault="00E34FE6">
            <w:r w:rsidRPr="006347EC">
              <w:t>- HS trả lời: Em quan sát quy luật tăng hoặc giảm của các vạch trên tia số rồi điền số thích hợp.</w:t>
            </w:r>
          </w:p>
        </w:tc>
      </w:tr>
      <w:tr w:rsidR="006347EC" w:rsidRPr="006347EC" w:rsidTr="00F30940">
        <w:trPr>
          <w:jc w:val="center"/>
        </w:trPr>
        <w:tc>
          <w:tcPr>
            <w:tcW w:w="5040" w:type="dxa"/>
            <w:shd w:val="clear" w:color="auto" w:fill="auto"/>
          </w:tcPr>
          <w:p w:rsidR="00854B61" w:rsidRPr="006347EC" w:rsidRDefault="00E34FE6">
            <w:r w:rsidRPr="006347EC">
              <w:t>- GV hỏi: Khi so sánh các số điểm trong trò chơi, em so sánh từ hàng nào trước?</w:t>
            </w:r>
          </w:p>
        </w:tc>
        <w:tc>
          <w:tcPr>
            <w:tcW w:w="5040" w:type="dxa"/>
            <w:shd w:val="clear" w:color="auto" w:fill="auto"/>
          </w:tcPr>
          <w:p w:rsidR="00854B61" w:rsidRPr="006347EC" w:rsidRDefault="00E34FE6">
            <w:r w:rsidRPr="006347EC">
              <w:t>- HS trả lời: Em so sánh từ hàng nghìn, rồi đến hàng trăm, hàng chục và hàng đơn vị.</w:t>
            </w:r>
          </w:p>
        </w:tc>
      </w:tr>
      <w:tr w:rsidR="006347EC" w:rsidRPr="006347EC" w:rsidTr="00F30940">
        <w:trPr>
          <w:jc w:val="center"/>
        </w:trPr>
        <w:tc>
          <w:tcPr>
            <w:tcW w:w="5040" w:type="dxa"/>
            <w:shd w:val="clear" w:color="auto" w:fill="auto"/>
          </w:tcPr>
          <w:p w:rsidR="00854B61" w:rsidRPr="006347EC" w:rsidRDefault="00E34FE6">
            <w:r w:rsidRPr="006347EC">
              <w:t>- GV nhận xét tiết học, tuyên dương HS làm Quizizz nghiêm túc, biết ghi lỗi sai để luyện thêm.</w:t>
            </w:r>
          </w:p>
        </w:tc>
        <w:tc>
          <w:tcPr>
            <w:tcW w:w="5040" w:type="dxa"/>
            <w:shd w:val="clear" w:color="auto" w:fill="auto"/>
          </w:tcPr>
          <w:p w:rsidR="00854B61" w:rsidRPr="006347EC" w:rsidRDefault="00E34FE6">
            <w:r w:rsidRPr="006347EC">
              <w:t>- HS lắng nghe, nêu một dạng bài mình cần luyện thêm.</w:t>
            </w:r>
          </w:p>
        </w:tc>
      </w:tr>
      <w:tr w:rsidR="006347EC" w:rsidRPr="006347EC" w:rsidTr="00F30940">
        <w:trPr>
          <w:jc w:val="center"/>
        </w:trPr>
        <w:tc>
          <w:tcPr>
            <w:tcW w:w="5040" w:type="dxa"/>
            <w:shd w:val="clear" w:color="auto" w:fill="auto"/>
          </w:tcPr>
          <w:p w:rsidR="00854B61" w:rsidRPr="006347EC" w:rsidRDefault="00E34FE6">
            <w:r w:rsidRPr="006347EC">
              <w:t>- GV dặn dò HS ôn đọc, viết số, so sánh số và chuẩn bị Bài 49 tiết 2.</w:t>
            </w:r>
          </w:p>
        </w:tc>
        <w:tc>
          <w:tcPr>
            <w:tcW w:w="5040" w:type="dxa"/>
            <w:shd w:val="clear" w:color="auto" w:fill="auto"/>
          </w:tcPr>
          <w:p w:rsidR="00854B61" w:rsidRPr="006347EC" w:rsidRDefault="00E34FE6">
            <w:r w:rsidRPr="006347EC">
              <w:t>- HS ghi nhớ nhiệm vụ về nhà.</w:t>
            </w:r>
          </w:p>
        </w:tc>
      </w:tr>
    </w:tbl>
    <w:p w:rsidR="00854B61" w:rsidRPr="006347EC" w:rsidRDefault="00E34FE6">
      <w:r w:rsidRPr="006347EC">
        <w:rPr>
          <w:b/>
        </w:rPr>
        <w:t>IV. ĐIỀU CHỈNH SAU BÀI DẠY:</w:t>
      </w:r>
    </w:p>
    <w:p w:rsidR="00854B61" w:rsidRPr="006347EC" w:rsidRDefault="00E34FE6">
      <w:r w:rsidRPr="006347EC">
        <w:t>.......................................................................................................................................</w:t>
      </w:r>
    </w:p>
    <w:p w:rsidR="00854B61" w:rsidRPr="006347EC" w:rsidRDefault="00E34FE6">
      <w:r w:rsidRPr="006347EC">
        <w:t>.......................................................................................................................................</w:t>
      </w:r>
    </w:p>
    <w:p w:rsidR="00854B61" w:rsidRPr="006347EC" w:rsidRDefault="00E34FE6">
      <w:r w:rsidRPr="006347EC">
        <w:br w:type="page"/>
      </w:r>
    </w:p>
    <w:p w:rsidR="00854B61" w:rsidRPr="006347EC" w:rsidRDefault="00E34FE6">
      <w:pPr>
        <w:jc w:val="center"/>
      </w:pPr>
      <w:r w:rsidRPr="006347EC">
        <w:rPr>
          <w:b/>
          <w:sz w:val="28"/>
        </w:rPr>
        <w:lastRenderedPageBreak/>
        <w:t>TUẦN 20</w:t>
      </w:r>
    </w:p>
    <w:p w:rsidR="00854B61" w:rsidRPr="006347EC" w:rsidRDefault="00E34FE6">
      <w:pPr>
        <w:jc w:val="center"/>
      </w:pPr>
      <w:r w:rsidRPr="006347EC">
        <w:rPr>
          <w:b/>
          <w:sz w:val="28"/>
        </w:rPr>
        <w:t>KẾ HOẠCH BÀI DẠY MÔN TOÁN 3</w:t>
      </w:r>
    </w:p>
    <w:p w:rsidR="00854B61" w:rsidRPr="006347EC" w:rsidRDefault="00E34FE6">
      <w:pPr>
        <w:jc w:val="center"/>
      </w:pPr>
      <w:r w:rsidRPr="006347EC">
        <w:rPr>
          <w:b/>
        </w:rPr>
        <w:t>CHỦ ĐỀ 8: CÁC SỐ ĐẾN 10 000</w:t>
      </w:r>
    </w:p>
    <w:p w:rsidR="00854B61" w:rsidRPr="006347EC" w:rsidRDefault="00E34FE6">
      <w:pPr>
        <w:jc w:val="center"/>
      </w:pPr>
      <w:r w:rsidRPr="006347EC">
        <w:rPr>
          <w:b/>
        </w:rPr>
        <w:t>Bài 49: LUYỆN TẬP CHUNG (Tiết 2) - Trang 18, 19</w:t>
      </w:r>
    </w:p>
    <w:p w:rsidR="00854B61" w:rsidRPr="006347EC" w:rsidRDefault="00E34FE6">
      <w:r w:rsidRPr="006347EC">
        <w:rPr>
          <w:b/>
        </w:rPr>
        <w:t>I. YÊU CẦU CẦN ĐẠT:</w:t>
      </w:r>
    </w:p>
    <w:p w:rsidR="00854B61" w:rsidRPr="006347EC" w:rsidRDefault="00E34FE6">
      <w:r w:rsidRPr="006347EC">
        <w:rPr>
          <w:b/>
        </w:rPr>
        <w:t>1. Năng lực đặc thù:</w:t>
      </w:r>
    </w:p>
    <w:p w:rsidR="00854B61" w:rsidRPr="006347EC" w:rsidRDefault="00E34FE6">
      <w:r w:rsidRPr="006347EC">
        <w:t>- Củng cố phân tích cấu tạo số, làm tròn số đến hàng trăm.</w:t>
      </w:r>
    </w:p>
    <w:p w:rsidR="00854B61" w:rsidRPr="006347EC" w:rsidRDefault="00E34FE6">
      <w:r w:rsidRPr="006347EC">
        <w:t>- So sánh, tìm số lớn nhất, số bé nhất trong nhóm số.</w:t>
      </w:r>
    </w:p>
    <w:p w:rsidR="00854B61" w:rsidRPr="006347EC" w:rsidRDefault="00E34FE6">
      <w:r w:rsidRPr="006347EC">
        <w:t>- Tìm được số La Mã còn thiếu và giải bài toán so sánh khối lượng.</w:t>
      </w:r>
    </w:p>
    <w:p w:rsidR="00854B61" w:rsidRPr="006347EC" w:rsidRDefault="00E34FE6">
      <w:r w:rsidRPr="006347EC">
        <w:t>- Vận dụng kiến thức số đến 10 000 vào bài tập tổng hợp.</w:t>
      </w:r>
    </w:p>
    <w:p w:rsidR="00854B61" w:rsidRPr="006347EC" w:rsidRDefault="00E34FE6">
      <w:r w:rsidRPr="006347EC">
        <w:rPr>
          <w:b/>
        </w:rPr>
        <w:t>2. Năng lực chung:</w:t>
      </w:r>
    </w:p>
    <w:p w:rsidR="00854B61" w:rsidRPr="006347EC" w:rsidRDefault="00E34FE6">
      <w:r w:rsidRPr="006347EC">
        <w:t>- Tự chủ, tự học: tự đọc bảng số, làm tròn và kiểm tra kết quả.</w:t>
      </w:r>
    </w:p>
    <w:p w:rsidR="00854B61" w:rsidRPr="006347EC" w:rsidRDefault="00E34FE6">
      <w:r w:rsidRPr="006347EC">
        <w:t>- Giao tiếp và hợp tác: thảo luận nhóm khi giải bài toán động vật.</w:t>
      </w:r>
    </w:p>
    <w:p w:rsidR="00854B61" w:rsidRPr="006347EC" w:rsidRDefault="00E34FE6">
      <w:r w:rsidRPr="006347EC">
        <w:t>- Giải quyết vấn đề và sáng tạo: phân tích dữ kiện so sánh để tìm khối lượng từng con vật.</w:t>
      </w:r>
    </w:p>
    <w:p w:rsidR="00854B61" w:rsidRPr="006347EC" w:rsidRDefault="00E34FE6">
      <w:r w:rsidRPr="006347EC">
        <w:rPr>
          <w:b/>
        </w:rPr>
        <w:t>3. Phẩm chất:</w:t>
      </w:r>
    </w:p>
    <w:p w:rsidR="00854B61" w:rsidRPr="006347EC" w:rsidRDefault="00E34FE6">
      <w:r w:rsidRPr="006347EC">
        <w:t>- Chăm chỉ: hoàn thành đủ bài luyện tập.</w:t>
      </w:r>
    </w:p>
    <w:p w:rsidR="00854B61" w:rsidRPr="006347EC" w:rsidRDefault="00E34FE6">
      <w:r w:rsidRPr="006347EC">
        <w:t>- Trung thực: trình bày đúng kết quả và sửa sai sau khi được góp ý.</w:t>
      </w:r>
    </w:p>
    <w:p w:rsidR="00854B61" w:rsidRPr="006347EC" w:rsidRDefault="00E34FE6">
      <w:r w:rsidRPr="006347EC">
        <w:t>- Trách nhiệm: biết yêu quý, bảo vệ động vật hoang dã qua tình huống bài toán.</w:t>
      </w:r>
    </w:p>
    <w:p w:rsidR="00854B61" w:rsidRPr="006347EC" w:rsidRDefault="00E34FE6">
      <w:r w:rsidRPr="006347EC">
        <w:rPr>
          <w:b/>
        </w:rPr>
        <w:t>4. Tích hợp:</w:t>
      </w:r>
    </w:p>
    <w:p w:rsidR="00854B61" w:rsidRPr="006347EC" w:rsidRDefault="00E34FE6">
      <w:r w:rsidRPr="006347EC">
        <w:t>- Tích hợp GDBVMT: HS biết yêu quý, bảo vệ động vật hoang dã; không săn bắt, mua bán, làm hại các loài vật quý hiếm.</w:t>
      </w:r>
    </w:p>
    <w:p w:rsidR="00854B61" w:rsidRPr="006347EC" w:rsidRDefault="00E34FE6">
      <w:r w:rsidRPr="006347EC">
        <w:rPr>
          <w:b/>
        </w:rPr>
        <w:t>II. ĐỒ DÙNG DẠY HỌC</w:t>
      </w:r>
    </w:p>
    <w:p w:rsidR="00854B61" w:rsidRPr="006347EC" w:rsidRDefault="00E34FE6">
      <w:r w:rsidRPr="006347EC">
        <w:t>- Kế hoạch bài dạy, SGK Toán 3 tập hai, bài giảng PowerPoint.</w:t>
      </w:r>
    </w:p>
    <w:p w:rsidR="00854B61" w:rsidRPr="006347EC" w:rsidRDefault="00E34FE6">
      <w:r w:rsidRPr="006347EC">
        <w:t>- Phiếu nhóm, bảng con, hình ảnh động vật hoang dã dùng để giáo dục bảo vệ môi trường.</w:t>
      </w:r>
    </w:p>
    <w:p w:rsidR="00854B61" w:rsidRPr="006347EC" w:rsidRDefault="00E34FE6">
      <w:r w:rsidRPr="006347EC">
        <w:t>- Hình cắt từ SGK trang 18, 19.</w:t>
      </w:r>
    </w:p>
    <w:p w:rsidR="00854B61" w:rsidRPr="006347EC" w:rsidRDefault="00E34FE6">
      <w:r w:rsidRPr="006347EC">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6347EC" w:rsidRPr="006347EC" w:rsidTr="00F30940">
        <w:trPr>
          <w:jc w:val="center"/>
        </w:trPr>
        <w:tc>
          <w:tcPr>
            <w:tcW w:w="5040" w:type="dxa"/>
            <w:tcBorders>
              <w:bottom w:val="single" w:sz="8" w:space="0" w:color="000000"/>
            </w:tcBorders>
            <w:shd w:val="clear" w:color="auto" w:fill="auto"/>
          </w:tcPr>
          <w:p w:rsidR="00854B61" w:rsidRPr="006347EC" w:rsidRDefault="00E34FE6">
            <w:r w:rsidRPr="006347EC">
              <w:rPr>
                <w:b/>
              </w:rPr>
              <w:t>Hoạt động của giáo viên</w:t>
            </w:r>
          </w:p>
        </w:tc>
        <w:tc>
          <w:tcPr>
            <w:tcW w:w="5040" w:type="dxa"/>
            <w:tcBorders>
              <w:bottom w:val="single" w:sz="8" w:space="0" w:color="000000"/>
            </w:tcBorders>
            <w:shd w:val="clear" w:color="auto" w:fill="auto"/>
          </w:tcPr>
          <w:p w:rsidR="00854B61" w:rsidRPr="006347EC" w:rsidRDefault="00E34FE6">
            <w:r w:rsidRPr="006347EC">
              <w:rPr>
                <w:b/>
              </w:rPr>
              <w:t>Hoạt động của học sinh</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1. Khởi động (5 phút):</w:t>
            </w:r>
          </w:p>
          <w:p w:rsidR="00854B61" w:rsidRPr="006347EC" w:rsidRDefault="00E34FE6">
            <w:r w:rsidRPr="006347EC">
              <w:t>- Mục tiêu: Ôn cấu tạo số, so sánh số và chữ số La Mã.</w:t>
            </w:r>
          </w:p>
          <w:p w:rsidR="00854B61" w:rsidRPr="006347EC" w:rsidRDefault="00E34FE6">
            <w:r w:rsidRPr="006347EC">
              <w:t>*Cách tiến hành:</w:t>
            </w:r>
          </w:p>
        </w:tc>
      </w:tr>
      <w:tr w:rsidR="006347EC" w:rsidRPr="006347EC" w:rsidTr="00F30940">
        <w:trPr>
          <w:jc w:val="center"/>
        </w:trPr>
        <w:tc>
          <w:tcPr>
            <w:tcW w:w="5000" w:type="dxa"/>
            <w:tcBorders>
              <w:top w:val="single" w:sz="8" w:space="0" w:color="000000"/>
            </w:tcBorders>
            <w:shd w:val="clear" w:color="auto" w:fill="auto"/>
          </w:tcPr>
          <w:p w:rsidR="00854B61" w:rsidRPr="006347EC" w:rsidRDefault="00E34FE6">
            <w:r w:rsidRPr="006347EC">
              <w:t>- GV tổ chức trò chơi “Ai nhớ nhanh”.</w:t>
            </w:r>
          </w:p>
        </w:tc>
        <w:tc>
          <w:tcPr>
            <w:tcW w:w="5000" w:type="dxa"/>
            <w:tcBorders>
              <w:top w:val="single" w:sz="8" w:space="0" w:color="000000"/>
            </w:tcBorders>
            <w:shd w:val="clear" w:color="auto" w:fill="auto"/>
          </w:tcPr>
          <w:p w:rsidR="00854B61" w:rsidRPr="006347EC" w:rsidRDefault="00E34FE6">
            <w:r w:rsidRPr="006347EC">
              <w:t>- HS tham gia trò chơi.</w:t>
            </w:r>
          </w:p>
        </w:tc>
      </w:tr>
      <w:tr w:rsidR="006347EC" w:rsidRPr="006347EC" w:rsidTr="00F30940">
        <w:trPr>
          <w:jc w:val="center"/>
        </w:trPr>
        <w:tc>
          <w:tcPr>
            <w:tcW w:w="5000" w:type="dxa"/>
            <w:shd w:val="clear" w:color="auto" w:fill="auto"/>
          </w:tcPr>
          <w:p w:rsidR="00854B61" w:rsidRPr="006347EC" w:rsidRDefault="00E34FE6">
            <w:r w:rsidRPr="006347EC">
              <w:t>- GV hỏi: Số 6 704 có chữ số hàng trăm là mấy?</w:t>
            </w:r>
          </w:p>
        </w:tc>
        <w:tc>
          <w:tcPr>
            <w:tcW w:w="5000" w:type="dxa"/>
            <w:shd w:val="clear" w:color="auto" w:fill="auto"/>
          </w:tcPr>
          <w:p w:rsidR="00854B61" w:rsidRPr="006347EC" w:rsidRDefault="00E34FE6">
            <w:r w:rsidRPr="006347EC">
              <w:t>- HS trả lời: Chữ số hàng trăm là 7.</w:t>
            </w:r>
          </w:p>
        </w:tc>
      </w:tr>
      <w:tr w:rsidR="006347EC" w:rsidRPr="006347EC" w:rsidTr="00F30940">
        <w:trPr>
          <w:jc w:val="center"/>
        </w:trPr>
        <w:tc>
          <w:tcPr>
            <w:tcW w:w="5000" w:type="dxa"/>
            <w:shd w:val="clear" w:color="auto" w:fill="auto"/>
          </w:tcPr>
          <w:p w:rsidR="00854B61" w:rsidRPr="006347EC" w:rsidRDefault="00E34FE6">
            <w:r w:rsidRPr="006347EC">
              <w:t>- GV hỏi: Số XIV là số nào?</w:t>
            </w:r>
          </w:p>
        </w:tc>
        <w:tc>
          <w:tcPr>
            <w:tcW w:w="5000" w:type="dxa"/>
            <w:shd w:val="clear" w:color="auto" w:fill="auto"/>
          </w:tcPr>
          <w:p w:rsidR="00854B61" w:rsidRPr="006347EC" w:rsidRDefault="00E34FE6">
            <w:r w:rsidRPr="006347EC">
              <w:t>- HS trả lời: XIV là 14.</w:t>
            </w:r>
          </w:p>
        </w:tc>
      </w:tr>
      <w:tr w:rsidR="006347EC" w:rsidRPr="006347EC" w:rsidTr="00F30940">
        <w:trPr>
          <w:jc w:val="center"/>
        </w:trPr>
        <w:tc>
          <w:tcPr>
            <w:tcW w:w="5000" w:type="dxa"/>
            <w:tcBorders>
              <w:bottom w:val="single" w:sz="8" w:space="0" w:color="000000"/>
            </w:tcBorders>
            <w:shd w:val="clear" w:color="auto" w:fill="auto"/>
          </w:tcPr>
          <w:p w:rsidR="00854B61" w:rsidRPr="006347EC" w:rsidRDefault="00E34FE6">
            <w:r w:rsidRPr="006347EC">
              <w:t>- GV nhận xét và dẫn dắt vào tiết luyện tập chung.</w:t>
            </w:r>
          </w:p>
        </w:tc>
        <w:tc>
          <w:tcPr>
            <w:tcW w:w="5000" w:type="dxa"/>
            <w:tcBorders>
              <w:bottom w:val="single" w:sz="8" w:space="0" w:color="000000"/>
            </w:tcBorders>
            <w:shd w:val="clear" w:color="auto" w:fill="auto"/>
          </w:tcPr>
          <w:p w:rsidR="00854B61" w:rsidRPr="006347EC" w:rsidRDefault="00E34FE6">
            <w:r w:rsidRPr="006347EC">
              <w:t>- HS lắng nghe.</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2. Luyện tập (25 phút):</w:t>
            </w:r>
          </w:p>
          <w:p w:rsidR="00854B61" w:rsidRPr="006347EC" w:rsidRDefault="00E34FE6">
            <w:r w:rsidRPr="006347EC">
              <w:t>- Mục tiêu: Phân tích số, làm tròn số, so sánh số, tìm số La Mã và giải bài toán thực tế.</w:t>
            </w:r>
          </w:p>
          <w:p w:rsidR="00854B61" w:rsidRPr="006347EC" w:rsidRDefault="00E34FE6">
            <w:r w:rsidRPr="006347EC">
              <w:t>*Cách tiến hành:</w:t>
            </w:r>
          </w:p>
        </w:tc>
      </w:tr>
      <w:tr w:rsidR="006347EC" w:rsidRPr="006347EC" w:rsidTr="00F30940">
        <w:trPr>
          <w:jc w:val="center"/>
        </w:trPr>
        <w:tc>
          <w:tcPr>
            <w:tcW w:w="5000" w:type="dxa"/>
            <w:tcBorders>
              <w:top w:val="single" w:sz="8" w:space="0" w:color="000000"/>
            </w:tcBorders>
            <w:shd w:val="clear" w:color="auto" w:fill="auto"/>
          </w:tcPr>
          <w:p w:rsidR="00854B61" w:rsidRPr="006347EC" w:rsidRDefault="00E34FE6">
            <w:r w:rsidRPr="006347EC">
              <w:rPr>
                <w:b/>
              </w:rPr>
              <w:t>Bài 1. Số? Làm tròn đến hàng trăm. (Làm việc cá nhân)</w:t>
            </w:r>
          </w:p>
          <w:p w:rsidR="00854B61" w:rsidRPr="006347EC" w:rsidRDefault="00E34FE6" w:rsidP="00F30940">
            <w:r w:rsidRPr="006347EC">
              <w:t>- HS quan sát hình Bài 1.</w:t>
            </w:r>
          </w:p>
        </w:tc>
        <w:tc>
          <w:tcPr>
            <w:tcW w:w="5000" w:type="dxa"/>
            <w:tcBorders>
              <w:top w:val="single" w:sz="8" w:space="0" w:color="000000"/>
            </w:tcBorders>
            <w:shd w:val="clear" w:color="auto" w:fill="auto"/>
          </w:tcPr>
          <w:p w:rsidR="00854B61" w:rsidRPr="006347EC" w:rsidRDefault="00E34FE6">
            <w:r w:rsidRPr="006347EC">
              <w:t>- HS quan sát bảng số.</w:t>
            </w:r>
          </w:p>
        </w:tc>
      </w:tr>
      <w:tr w:rsidR="006347EC" w:rsidRPr="006347EC" w:rsidTr="00F30940">
        <w:trPr>
          <w:jc w:val="center"/>
        </w:trPr>
        <w:tc>
          <w:tcPr>
            <w:tcW w:w="5000" w:type="dxa"/>
            <w:shd w:val="clear" w:color="auto" w:fill="auto"/>
          </w:tcPr>
          <w:p w:rsidR="00854B61" w:rsidRPr="006347EC" w:rsidRDefault="00E34FE6">
            <w:r w:rsidRPr="006347EC">
              <w:t>- GV yêu cầu HS đọc yêu cầu Bài 1.</w:t>
            </w:r>
          </w:p>
        </w:tc>
        <w:tc>
          <w:tcPr>
            <w:tcW w:w="5000" w:type="dxa"/>
            <w:shd w:val="clear" w:color="auto" w:fill="auto"/>
          </w:tcPr>
          <w:p w:rsidR="00854B61" w:rsidRPr="006347EC" w:rsidRDefault="00E34FE6">
            <w:r w:rsidRPr="006347EC">
              <w:t>- HS đọc: Số? và làm tròn các số đến hàng trăm.</w:t>
            </w:r>
          </w:p>
        </w:tc>
      </w:tr>
      <w:tr w:rsidR="006347EC" w:rsidRPr="006347EC" w:rsidTr="00F30940">
        <w:trPr>
          <w:jc w:val="center"/>
        </w:trPr>
        <w:tc>
          <w:tcPr>
            <w:tcW w:w="5000" w:type="dxa"/>
            <w:shd w:val="clear" w:color="auto" w:fill="auto"/>
          </w:tcPr>
          <w:p w:rsidR="00854B61" w:rsidRPr="006347EC" w:rsidRDefault="00E34FE6">
            <w:r w:rsidRPr="006347EC">
              <w:t>- GV hướng dẫn HS phân tích số 4 128.</w:t>
            </w:r>
          </w:p>
        </w:tc>
        <w:tc>
          <w:tcPr>
            <w:tcW w:w="5000" w:type="dxa"/>
            <w:shd w:val="clear" w:color="auto" w:fill="auto"/>
          </w:tcPr>
          <w:p w:rsidR="00854B61" w:rsidRPr="006347EC" w:rsidRDefault="00E34FE6">
            <w:r w:rsidRPr="006347EC">
              <w:t xml:space="preserve">- HS nêu: 4 128 có hàng nghìn 4, hàng trăm 1, hàng chục 2, hàng đơn vị 8; làm tròn đến </w:t>
            </w:r>
            <w:r w:rsidRPr="006347EC">
              <w:lastRenderedPageBreak/>
              <w:t>hàng trăm là 4 100.</w:t>
            </w:r>
          </w:p>
        </w:tc>
      </w:tr>
      <w:tr w:rsidR="006347EC" w:rsidRPr="006347EC" w:rsidTr="00F30940">
        <w:trPr>
          <w:jc w:val="center"/>
        </w:trPr>
        <w:tc>
          <w:tcPr>
            <w:tcW w:w="5000" w:type="dxa"/>
            <w:shd w:val="clear" w:color="auto" w:fill="auto"/>
          </w:tcPr>
          <w:p w:rsidR="00854B61" w:rsidRPr="006347EC" w:rsidRDefault="00E34FE6">
            <w:r w:rsidRPr="006347EC">
              <w:lastRenderedPageBreak/>
              <w:t>- GV yêu cầu HS hoàn thành các dòng còn lại.</w:t>
            </w:r>
          </w:p>
        </w:tc>
        <w:tc>
          <w:tcPr>
            <w:tcW w:w="5000" w:type="dxa"/>
            <w:shd w:val="clear" w:color="auto" w:fill="auto"/>
          </w:tcPr>
          <w:p w:rsidR="00854B61" w:rsidRPr="006347EC" w:rsidRDefault="00E34FE6">
            <w:r w:rsidRPr="006347EC">
              <w:t>- HS làm: 5 062 có 5 nghìn, 0 trăm, 6 chục, 2 đơn vị; 6 704 có 6 nghìn, 7 trăm, 0 chục, 4 đơn vị; 7 053 có 7 nghìn, 0 trăm, 5 chục, 3 đơn vị.</w:t>
            </w:r>
          </w:p>
        </w:tc>
      </w:tr>
      <w:tr w:rsidR="006347EC" w:rsidRPr="006347EC" w:rsidTr="00F30940">
        <w:trPr>
          <w:jc w:val="center"/>
        </w:trPr>
        <w:tc>
          <w:tcPr>
            <w:tcW w:w="5000" w:type="dxa"/>
            <w:shd w:val="clear" w:color="auto" w:fill="auto"/>
          </w:tcPr>
          <w:p w:rsidR="00854B61" w:rsidRPr="006347EC" w:rsidRDefault="00E34FE6">
            <w:r w:rsidRPr="006347EC">
              <w:t>- GV hỏi: Các số 5 062, 6 704, 7 053 làm tròn đến hàng trăm được bao nhiêu?</w:t>
            </w:r>
          </w:p>
        </w:tc>
        <w:tc>
          <w:tcPr>
            <w:tcW w:w="5000" w:type="dxa"/>
            <w:shd w:val="clear" w:color="auto" w:fill="auto"/>
          </w:tcPr>
          <w:p w:rsidR="00854B61" w:rsidRPr="006347EC" w:rsidRDefault="00E34FE6">
            <w:r w:rsidRPr="006347EC">
              <w:t>- HS trả lời: 5 100; 6 700; 7 100.</w:t>
            </w:r>
          </w:p>
        </w:tc>
      </w:tr>
      <w:tr w:rsidR="006347EC" w:rsidRPr="006347EC" w:rsidTr="00F30940">
        <w:trPr>
          <w:jc w:val="center"/>
        </w:trPr>
        <w:tc>
          <w:tcPr>
            <w:tcW w:w="5000" w:type="dxa"/>
            <w:shd w:val="clear" w:color="auto" w:fill="auto"/>
          </w:tcPr>
          <w:p w:rsidR="00854B61" w:rsidRPr="006347EC" w:rsidRDefault="00E34FE6">
            <w:r w:rsidRPr="006347EC">
              <w:t>- GV kết luận: Khi làm tròn đến hàng trăm, xét chữ số hàng chục rồi quyết định làm tròn lên hoặc xuống.</w:t>
            </w:r>
          </w:p>
        </w:tc>
        <w:tc>
          <w:tcPr>
            <w:tcW w:w="5000" w:type="dxa"/>
            <w:shd w:val="clear" w:color="auto" w:fill="auto"/>
          </w:tcPr>
          <w:p w:rsidR="00854B61" w:rsidRPr="006347EC" w:rsidRDefault="00E34FE6">
            <w:r w:rsidRPr="006347EC">
              <w:t>- HS lắng nghe và sửa bài.</w:t>
            </w:r>
          </w:p>
        </w:tc>
      </w:tr>
      <w:tr w:rsidR="006347EC" w:rsidRPr="006347EC" w:rsidTr="00F30940">
        <w:trPr>
          <w:jc w:val="center"/>
        </w:trPr>
        <w:tc>
          <w:tcPr>
            <w:tcW w:w="5000" w:type="dxa"/>
            <w:shd w:val="clear" w:color="auto" w:fill="auto"/>
          </w:tcPr>
          <w:p w:rsidR="00854B61" w:rsidRPr="006347EC" w:rsidRDefault="00E34FE6">
            <w:r w:rsidRPr="006347EC">
              <w:rPr>
                <w:b/>
              </w:rPr>
              <w:t>Bài 2. Chọn câu trả lời đúng. (Làm việc cá nhân)</w:t>
            </w:r>
          </w:p>
          <w:p w:rsidR="00854B61" w:rsidRPr="006347EC" w:rsidRDefault="00E34FE6">
            <w:r w:rsidRPr="006347EC">
              <w:t>- HS quan sát hình Bài 2.</w:t>
            </w:r>
          </w:p>
          <w:p w:rsidR="00854B61" w:rsidRPr="006347EC" w:rsidRDefault="00854B61" w:rsidP="00F30940"/>
        </w:tc>
        <w:tc>
          <w:tcPr>
            <w:tcW w:w="5000" w:type="dxa"/>
            <w:shd w:val="clear" w:color="auto" w:fill="auto"/>
          </w:tcPr>
          <w:p w:rsidR="00854B61" w:rsidRPr="006347EC" w:rsidRDefault="00E34FE6">
            <w:r w:rsidRPr="006347EC">
              <w:t>- HS quan sát các số và đáp án.</w:t>
            </w:r>
          </w:p>
        </w:tc>
      </w:tr>
      <w:tr w:rsidR="006347EC" w:rsidRPr="006347EC" w:rsidTr="00F30940">
        <w:trPr>
          <w:jc w:val="center"/>
        </w:trPr>
        <w:tc>
          <w:tcPr>
            <w:tcW w:w="5000" w:type="dxa"/>
            <w:shd w:val="clear" w:color="auto" w:fill="auto"/>
          </w:tcPr>
          <w:p w:rsidR="00854B61" w:rsidRPr="006347EC" w:rsidRDefault="00E34FE6">
            <w:r w:rsidRPr="006347EC">
              <w:t>- GV yêu cầu HS đọc câu a.</w:t>
            </w:r>
          </w:p>
        </w:tc>
        <w:tc>
          <w:tcPr>
            <w:tcW w:w="5000" w:type="dxa"/>
            <w:shd w:val="clear" w:color="auto" w:fill="auto"/>
          </w:tcPr>
          <w:p w:rsidR="00854B61" w:rsidRPr="006347EC" w:rsidRDefault="00E34FE6">
            <w:r w:rsidRPr="006347EC">
              <w:t>- HS đọc: Trong các số 3 768, 6 783, 3 687, 6 738, số lớn nhất là gì?</w:t>
            </w:r>
          </w:p>
        </w:tc>
      </w:tr>
      <w:tr w:rsidR="006347EC" w:rsidRPr="006347EC" w:rsidTr="00F30940">
        <w:trPr>
          <w:jc w:val="center"/>
        </w:trPr>
        <w:tc>
          <w:tcPr>
            <w:tcW w:w="5000" w:type="dxa"/>
            <w:shd w:val="clear" w:color="auto" w:fill="auto"/>
          </w:tcPr>
          <w:p w:rsidR="00854B61" w:rsidRPr="006347EC" w:rsidRDefault="00E34FE6">
            <w:r w:rsidRPr="006347EC">
              <w:t>- GV hỏi: Số lớn nhất là số nào?</w:t>
            </w:r>
          </w:p>
        </w:tc>
        <w:tc>
          <w:tcPr>
            <w:tcW w:w="5000" w:type="dxa"/>
            <w:shd w:val="clear" w:color="auto" w:fill="auto"/>
          </w:tcPr>
          <w:p w:rsidR="00854B61" w:rsidRPr="006347EC" w:rsidRDefault="00E34FE6">
            <w:r w:rsidRPr="006347EC">
              <w:t>- HS trả lời: 6 783, chọn B.</w:t>
            </w:r>
          </w:p>
        </w:tc>
      </w:tr>
      <w:tr w:rsidR="006347EC" w:rsidRPr="006347EC" w:rsidTr="00F30940">
        <w:trPr>
          <w:jc w:val="center"/>
        </w:trPr>
        <w:tc>
          <w:tcPr>
            <w:tcW w:w="5000" w:type="dxa"/>
            <w:shd w:val="clear" w:color="auto" w:fill="auto"/>
          </w:tcPr>
          <w:p w:rsidR="00854B61" w:rsidRPr="006347EC" w:rsidRDefault="00E34FE6">
            <w:r w:rsidRPr="006347EC">
              <w:t>- GV yêu cầu HS đọc câu b và chọn số bé nhất.</w:t>
            </w:r>
          </w:p>
        </w:tc>
        <w:tc>
          <w:tcPr>
            <w:tcW w:w="5000" w:type="dxa"/>
            <w:shd w:val="clear" w:color="auto" w:fill="auto"/>
          </w:tcPr>
          <w:p w:rsidR="00854B61" w:rsidRPr="006347EC" w:rsidRDefault="00E34FE6">
            <w:r w:rsidRPr="006347EC">
              <w:t>- HS trả lời: 3 687, chọn C.</w:t>
            </w:r>
          </w:p>
        </w:tc>
      </w:tr>
      <w:tr w:rsidR="006347EC" w:rsidRPr="006347EC" w:rsidTr="00F30940">
        <w:trPr>
          <w:jc w:val="center"/>
        </w:trPr>
        <w:tc>
          <w:tcPr>
            <w:tcW w:w="5000" w:type="dxa"/>
            <w:shd w:val="clear" w:color="auto" w:fill="auto"/>
          </w:tcPr>
          <w:p w:rsidR="00854B61" w:rsidRPr="006347EC" w:rsidRDefault="00E34FE6">
            <w:r w:rsidRPr="006347EC">
              <w:t>- GV yêu cầu HS giải thích cách so sánh.</w:t>
            </w:r>
          </w:p>
        </w:tc>
        <w:tc>
          <w:tcPr>
            <w:tcW w:w="5000" w:type="dxa"/>
            <w:shd w:val="clear" w:color="auto" w:fill="auto"/>
          </w:tcPr>
          <w:p w:rsidR="00854B61" w:rsidRPr="006347EC" w:rsidRDefault="00E34FE6">
            <w:r w:rsidRPr="006347EC">
              <w:t>- HS giải thích: So sánh hàng nghìn trước, nếu bằng nhau thì so sánh hàng trăm, hàng chục, hàng đơn vị.</w:t>
            </w:r>
          </w:p>
        </w:tc>
      </w:tr>
      <w:tr w:rsidR="006347EC" w:rsidRPr="006347EC" w:rsidTr="00F30940">
        <w:trPr>
          <w:jc w:val="center"/>
        </w:trPr>
        <w:tc>
          <w:tcPr>
            <w:tcW w:w="5000" w:type="dxa"/>
            <w:shd w:val="clear" w:color="auto" w:fill="auto"/>
          </w:tcPr>
          <w:p w:rsidR="00854B61" w:rsidRPr="006347EC" w:rsidRDefault="00E34FE6">
            <w:r w:rsidRPr="006347EC">
              <w:t>- GV kết luận: So sánh số có bốn chữ số cần xét lần lượt từng hàng từ trái sang phải.</w:t>
            </w:r>
          </w:p>
        </w:tc>
        <w:tc>
          <w:tcPr>
            <w:tcW w:w="5000" w:type="dxa"/>
            <w:shd w:val="clear" w:color="auto" w:fill="auto"/>
          </w:tcPr>
          <w:p w:rsidR="00854B61" w:rsidRPr="006347EC" w:rsidRDefault="00E34FE6">
            <w:r w:rsidRPr="006347EC">
              <w:t>- HS lắng nghe.</w:t>
            </w:r>
          </w:p>
        </w:tc>
      </w:tr>
      <w:tr w:rsidR="006347EC" w:rsidRPr="006347EC" w:rsidTr="00F30940">
        <w:trPr>
          <w:jc w:val="center"/>
        </w:trPr>
        <w:tc>
          <w:tcPr>
            <w:tcW w:w="5000" w:type="dxa"/>
            <w:shd w:val="clear" w:color="auto" w:fill="auto"/>
          </w:tcPr>
          <w:p w:rsidR="00854B61" w:rsidRPr="006347EC" w:rsidRDefault="00E34FE6">
            <w:r w:rsidRPr="006347EC">
              <w:rPr>
                <w:b/>
              </w:rPr>
              <w:t>Bài 3. Bình bị vỡ ghi số nào? (Làm việc nhóm 2)</w:t>
            </w:r>
          </w:p>
          <w:p w:rsidR="00854B61" w:rsidRPr="006347EC" w:rsidRDefault="00E34FE6" w:rsidP="00F30940">
            <w:r w:rsidRPr="006347EC">
              <w:t>- HS quan sát hình Bài 3.</w:t>
            </w:r>
          </w:p>
        </w:tc>
        <w:tc>
          <w:tcPr>
            <w:tcW w:w="5000" w:type="dxa"/>
            <w:shd w:val="clear" w:color="auto" w:fill="auto"/>
          </w:tcPr>
          <w:p w:rsidR="00854B61" w:rsidRPr="006347EC" w:rsidRDefault="00E34FE6">
            <w:r w:rsidRPr="006347EC">
              <w:t>- HS quan sát các bình ghi số La Mã.</w:t>
            </w:r>
          </w:p>
        </w:tc>
      </w:tr>
      <w:tr w:rsidR="006347EC" w:rsidRPr="006347EC" w:rsidTr="00F30940">
        <w:trPr>
          <w:jc w:val="center"/>
        </w:trPr>
        <w:tc>
          <w:tcPr>
            <w:tcW w:w="5000" w:type="dxa"/>
            <w:shd w:val="clear" w:color="auto" w:fill="auto"/>
          </w:tcPr>
          <w:p w:rsidR="00854B61" w:rsidRPr="006347EC" w:rsidRDefault="00E34FE6">
            <w:r w:rsidRPr="006347EC">
              <w:t>- GV yêu cầu HS đọc đề Bài 3.</w:t>
            </w:r>
          </w:p>
        </w:tc>
        <w:tc>
          <w:tcPr>
            <w:tcW w:w="5000" w:type="dxa"/>
            <w:shd w:val="clear" w:color="auto" w:fill="auto"/>
          </w:tcPr>
          <w:p w:rsidR="00854B61" w:rsidRPr="006347EC" w:rsidRDefault="00E34FE6">
            <w:r w:rsidRPr="006347EC">
              <w:t>- HS đọc: Mỗi bình ghi một trong các số từ XII đến XV. Hỏi bình bị vỡ ghi số nào?</w:t>
            </w:r>
          </w:p>
        </w:tc>
      </w:tr>
      <w:tr w:rsidR="006347EC" w:rsidRPr="006347EC" w:rsidTr="00F30940">
        <w:trPr>
          <w:jc w:val="center"/>
        </w:trPr>
        <w:tc>
          <w:tcPr>
            <w:tcW w:w="5000" w:type="dxa"/>
            <w:shd w:val="clear" w:color="auto" w:fill="auto"/>
          </w:tcPr>
          <w:p w:rsidR="00854B61" w:rsidRPr="006347EC" w:rsidRDefault="00E34FE6">
            <w:r w:rsidRPr="006347EC">
              <w:t>- GV hỏi: Các số từ XII đến XV gồm những số nào?</w:t>
            </w:r>
          </w:p>
        </w:tc>
        <w:tc>
          <w:tcPr>
            <w:tcW w:w="5000" w:type="dxa"/>
            <w:shd w:val="clear" w:color="auto" w:fill="auto"/>
          </w:tcPr>
          <w:p w:rsidR="00854B61" w:rsidRPr="006347EC" w:rsidRDefault="00E34FE6">
            <w:r w:rsidRPr="006347EC">
              <w:t>- HS trả lời: XII, XIII, XIV, XV.</w:t>
            </w:r>
          </w:p>
        </w:tc>
      </w:tr>
      <w:tr w:rsidR="006347EC" w:rsidRPr="006347EC" w:rsidTr="00F30940">
        <w:trPr>
          <w:jc w:val="center"/>
        </w:trPr>
        <w:tc>
          <w:tcPr>
            <w:tcW w:w="5000" w:type="dxa"/>
            <w:shd w:val="clear" w:color="auto" w:fill="auto"/>
          </w:tcPr>
          <w:p w:rsidR="00854B61" w:rsidRPr="006347EC" w:rsidRDefault="00E34FE6">
            <w:r w:rsidRPr="006347EC">
              <w:t>- GV hỏi: Trong hình còn nhìn thấy những số nào?</w:t>
            </w:r>
          </w:p>
        </w:tc>
        <w:tc>
          <w:tcPr>
            <w:tcW w:w="5000" w:type="dxa"/>
            <w:shd w:val="clear" w:color="auto" w:fill="auto"/>
          </w:tcPr>
          <w:p w:rsidR="00854B61" w:rsidRPr="006347EC" w:rsidRDefault="00E34FE6">
            <w:r w:rsidRPr="006347EC">
              <w:t>- HS trả lời: XII, XIII và XV.</w:t>
            </w:r>
          </w:p>
        </w:tc>
      </w:tr>
      <w:tr w:rsidR="006347EC" w:rsidRPr="006347EC" w:rsidTr="00F30940">
        <w:trPr>
          <w:jc w:val="center"/>
        </w:trPr>
        <w:tc>
          <w:tcPr>
            <w:tcW w:w="5000" w:type="dxa"/>
            <w:shd w:val="clear" w:color="auto" w:fill="auto"/>
          </w:tcPr>
          <w:p w:rsidR="00854B61" w:rsidRPr="006347EC" w:rsidRDefault="00E34FE6">
            <w:r w:rsidRPr="006347EC">
              <w:t>- GV yêu cầu HS tìm số còn thiếu.</w:t>
            </w:r>
          </w:p>
        </w:tc>
        <w:tc>
          <w:tcPr>
            <w:tcW w:w="5000" w:type="dxa"/>
            <w:shd w:val="clear" w:color="auto" w:fill="auto"/>
          </w:tcPr>
          <w:p w:rsidR="00854B61" w:rsidRPr="006347EC" w:rsidRDefault="00E34FE6">
            <w:r w:rsidRPr="006347EC">
              <w:t>- HS trả lời: Số còn thiếu là XIV.</w:t>
            </w:r>
          </w:p>
        </w:tc>
      </w:tr>
      <w:tr w:rsidR="006347EC" w:rsidRPr="006347EC" w:rsidTr="00F30940">
        <w:trPr>
          <w:jc w:val="center"/>
        </w:trPr>
        <w:tc>
          <w:tcPr>
            <w:tcW w:w="5000" w:type="dxa"/>
            <w:shd w:val="clear" w:color="auto" w:fill="auto"/>
          </w:tcPr>
          <w:p w:rsidR="00854B61" w:rsidRPr="006347EC" w:rsidRDefault="00E34FE6">
            <w:r w:rsidRPr="006347EC">
              <w:t>- GV kết luận: Muốn tìm số La Mã bị thiếu, cần viết đủ dãy số liên tiếp rồi đối chiếu.</w:t>
            </w:r>
          </w:p>
        </w:tc>
        <w:tc>
          <w:tcPr>
            <w:tcW w:w="5000" w:type="dxa"/>
            <w:shd w:val="clear" w:color="auto" w:fill="auto"/>
          </w:tcPr>
          <w:p w:rsidR="00854B61" w:rsidRPr="006347EC" w:rsidRDefault="00E34FE6">
            <w:r w:rsidRPr="006347EC">
              <w:t>- HS lắng nghe.</w:t>
            </w:r>
          </w:p>
        </w:tc>
      </w:tr>
      <w:tr w:rsidR="006347EC" w:rsidRPr="006347EC" w:rsidTr="00F30940">
        <w:trPr>
          <w:jc w:val="center"/>
        </w:trPr>
        <w:tc>
          <w:tcPr>
            <w:tcW w:w="5000" w:type="dxa"/>
            <w:shd w:val="clear" w:color="auto" w:fill="auto"/>
          </w:tcPr>
          <w:p w:rsidR="00854B61" w:rsidRPr="006347EC" w:rsidRDefault="00E34FE6">
            <w:r w:rsidRPr="006347EC">
              <w:rPr>
                <w:b/>
              </w:rPr>
              <w:t>Bài 4. Bài toán khối lượng ba con vật. (Làm việc nhóm 4)</w:t>
            </w:r>
          </w:p>
          <w:p w:rsidR="00854B61" w:rsidRPr="006347EC" w:rsidRDefault="00E34FE6" w:rsidP="00F30940">
            <w:r w:rsidRPr="006347EC">
              <w:t>- HS quan sát hình Bài 4.</w:t>
            </w:r>
          </w:p>
        </w:tc>
        <w:tc>
          <w:tcPr>
            <w:tcW w:w="5000" w:type="dxa"/>
            <w:shd w:val="clear" w:color="auto" w:fill="auto"/>
          </w:tcPr>
          <w:p w:rsidR="00854B61" w:rsidRPr="006347EC" w:rsidRDefault="00E34FE6">
            <w:r w:rsidRPr="006347EC">
              <w:t>- HS quan sát đề bài.</w:t>
            </w:r>
          </w:p>
        </w:tc>
      </w:tr>
      <w:tr w:rsidR="006347EC" w:rsidRPr="006347EC" w:rsidTr="00F30940">
        <w:trPr>
          <w:jc w:val="center"/>
        </w:trPr>
        <w:tc>
          <w:tcPr>
            <w:tcW w:w="5000" w:type="dxa"/>
            <w:shd w:val="clear" w:color="auto" w:fill="auto"/>
          </w:tcPr>
          <w:p w:rsidR="00854B61" w:rsidRPr="006347EC" w:rsidRDefault="00E34FE6">
            <w:r w:rsidRPr="006347EC">
              <w:t>- GV yêu cầu HS đọc bài toán.</w:t>
            </w:r>
          </w:p>
        </w:tc>
        <w:tc>
          <w:tcPr>
            <w:tcW w:w="5000" w:type="dxa"/>
            <w:shd w:val="clear" w:color="auto" w:fill="auto"/>
          </w:tcPr>
          <w:p w:rsidR="00854B61" w:rsidRPr="006347EC" w:rsidRDefault="00E34FE6">
            <w:r w:rsidRPr="006347EC">
              <w:t>- HS đọc: Có ba con vật là voi châu Phi, hươu cao cổ và tê giác trắng; cân nặng là 2 287 kg, 6 125 kg, 1 687 kg.</w:t>
            </w:r>
          </w:p>
        </w:tc>
      </w:tr>
      <w:tr w:rsidR="006347EC" w:rsidRPr="006347EC" w:rsidTr="00F30940">
        <w:trPr>
          <w:jc w:val="center"/>
        </w:trPr>
        <w:tc>
          <w:tcPr>
            <w:tcW w:w="5000" w:type="dxa"/>
            <w:shd w:val="clear" w:color="auto" w:fill="auto"/>
          </w:tcPr>
          <w:p w:rsidR="00854B61" w:rsidRPr="006347EC" w:rsidRDefault="00E34FE6">
            <w:r w:rsidRPr="006347EC">
              <w:t>- Tích hợp GDBVMT: GV hỏi: Khi học bài toán về voi, hươu cao cổ, tê giác trắng, em cần làm gì để bảo vệ động vật hoang dã?</w:t>
            </w:r>
          </w:p>
        </w:tc>
        <w:tc>
          <w:tcPr>
            <w:tcW w:w="5000" w:type="dxa"/>
            <w:shd w:val="clear" w:color="auto" w:fill="auto"/>
          </w:tcPr>
          <w:p w:rsidR="00854B61" w:rsidRPr="006347EC" w:rsidRDefault="00E34FE6">
            <w:r w:rsidRPr="006347EC">
              <w:t>- HS trả lời: Không săn bắt, mua bán, làm hại động vật hoang dã; tuyên truyền bảo vệ môi trường sống của chúng.</w:t>
            </w:r>
          </w:p>
        </w:tc>
      </w:tr>
      <w:tr w:rsidR="006347EC" w:rsidRPr="006347EC" w:rsidTr="00F30940">
        <w:trPr>
          <w:jc w:val="center"/>
        </w:trPr>
        <w:tc>
          <w:tcPr>
            <w:tcW w:w="5000" w:type="dxa"/>
            <w:shd w:val="clear" w:color="auto" w:fill="auto"/>
          </w:tcPr>
          <w:p w:rsidR="00854B61" w:rsidRPr="006347EC" w:rsidRDefault="00E34FE6">
            <w:r w:rsidRPr="006347EC">
              <w:t xml:space="preserve">- GV hỏi: Voi châu Phi nặng nhất nên voi </w:t>
            </w:r>
            <w:r w:rsidRPr="006347EC">
              <w:lastRenderedPageBreak/>
              <w:t>nặng bao nhiêu ki-lô-gam?</w:t>
            </w:r>
          </w:p>
        </w:tc>
        <w:tc>
          <w:tcPr>
            <w:tcW w:w="5000" w:type="dxa"/>
            <w:shd w:val="clear" w:color="auto" w:fill="auto"/>
          </w:tcPr>
          <w:p w:rsidR="00854B61" w:rsidRPr="006347EC" w:rsidRDefault="00E34FE6">
            <w:r w:rsidRPr="006347EC">
              <w:lastRenderedPageBreak/>
              <w:t>- HS trả lời: Voi châu Phi nặng 6 125 kg.</w:t>
            </w:r>
          </w:p>
        </w:tc>
      </w:tr>
      <w:tr w:rsidR="006347EC" w:rsidRPr="006347EC" w:rsidTr="00F30940">
        <w:trPr>
          <w:jc w:val="center"/>
        </w:trPr>
        <w:tc>
          <w:tcPr>
            <w:tcW w:w="5000" w:type="dxa"/>
            <w:shd w:val="clear" w:color="auto" w:fill="auto"/>
          </w:tcPr>
          <w:p w:rsidR="00854B61" w:rsidRPr="006347EC" w:rsidRDefault="00E34FE6">
            <w:r w:rsidRPr="006347EC">
              <w:lastRenderedPageBreak/>
              <w:t>- GV hỏi: Hươu cao cổ nhẹ hơn tê giác trắng, vậy hai con còn lại có cân nặng thế nào?</w:t>
            </w:r>
          </w:p>
        </w:tc>
        <w:tc>
          <w:tcPr>
            <w:tcW w:w="5000" w:type="dxa"/>
            <w:shd w:val="clear" w:color="auto" w:fill="auto"/>
          </w:tcPr>
          <w:p w:rsidR="00854B61" w:rsidRPr="006347EC" w:rsidRDefault="00E34FE6">
            <w:r w:rsidRPr="006347EC">
              <w:t>- HS trả lời: Hươu cao cổ nặng 1 687 kg, tê giác trắng nặng 2 287 kg.</w:t>
            </w:r>
          </w:p>
        </w:tc>
      </w:tr>
      <w:tr w:rsidR="006347EC" w:rsidRPr="006347EC" w:rsidTr="00F30940">
        <w:trPr>
          <w:jc w:val="center"/>
        </w:trPr>
        <w:tc>
          <w:tcPr>
            <w:tcW w:w="5000" w:type="dxa"/>
            <w:shd w:val="clear" w:color="auto" w:fill="auto"/>
          </w:tcPr>
          <w:p w:rsidR="00854B61" w:rsidRPr="006347EC" w:rsidRDefault="00E34FE6">
            <w:r w:rsidRPr="006347EC">
              <w:t>- GV mời đại diện nhóm trình bày kết quả.</w:t>
            </w:r>
          </w:p>
        </w:tc>
        <w:tc>
          <w:tcPr>
            <w:tcW w:w="5000" w:type="dxa"/>
            <w:shd w:val="clear" w:color="auto" w:fill="auto"/>
          </w:tcPr>
          <w:p w:rsidR="00854B61" w:rsidRPr="006347EC" w:rsidRDefault="00E34FE6">
            <w:r w:rsidRPr="006347EC">
              <w:t>- HS trình bày: Voi châu Phi 6 125 kg; tê giác trắng 2 287 kg; hươu cao cổ 1 687 kg.</w:t>
            </w:r>
          </w:p>
        </w:tc>
      </w:tr>
      <w:tr w:rsidR="006347EC" w:rsidRPr="006347EC" w:rsidTr="00F30940">
        <w:trPr>
          <w:jc w:val="center"/>
        </w:trPr>
        <w:tc>
          <w:tcPr>
            <w:tcW w:w="5000" w:type="dxa"/>
            <w:tcBorders>
              <w:bottom w:val="single" w:sz="8" w:space="0" w:color="000000"/>
            </w:tcBorders>
            <w:shd w:val="clear" w:color="auto" w:fill="auto"/>
          </w:tcPr>
          <w:p w:rsidR="00854B61" w:rsidRPr="006347EC" w:rsidRDefault="00E34FE6">
            <w:r w:rsidRPr="006347EC">
              <w:t>- GV kết luận: Bài toán có dữ kiện so sánh cần xác định số lớn nhất, số nhỏ hơn rồi gắn với từng đối tượng.</w:t>
            </w:r>
          </w:p>
        </w:tc>
        <w:tc>
          <w:tcPr>
            <w:tcW w:w="5000" w:type="dxa"/>
            <w:tcBorders>
              <w:bottom w:val="single" w:sz="8" w:space="0" w:color="000000"/>
            </w:tcBorders>
            <w:shd w:val="clear" w:color="auto" w:fill="auto"/>
          </w:tcPr>
          <w:p w:rsidR="00854B61" w:rsidRPr="006347EC" w:rsidRDefault="00E34FE6">
            <w:r w:rsidRPr="006347EC">
              <w:t>- HS lắng nghe và sửa bài.</w:t>
            </w:r>
          </w:p>
        </w:tc>
      </w:tr>
      <w:tr w:rsidR="006347EC" w:rsidRPr="006347EC" w:rsidTr="00F30940">
        <w:trPr>
          <w:jc w:val="center"/>
        </w:trPr>
        <w:tc>
          <w:tcPr>
            <w:tcW w:w="10080" w:type="dxa"/>
            <w:gridSpan w:val="2"/>
            <w:tcBorders>
              <w:top w:val="single" w:sz="8" w:space="0" w:color="000000"/>
              <w:bottom w:val="single" w:sz="8" w:space="0" w:color="000000"/>
            </w:tcBorders>
            <w:shd w:val="clear" w:color="auto" w:fill="auto"/>
          </w:tcPr>
          <w:p w:rsidR="00854B61" w:rsidRPr="006347EC" w:rsidRDefault="00E34FE6">
            <w:r w:rsidRPr="006347EC">
              <w:rPr>
                <w:b/>
              </w:rPr>
              <w:t>3. Vận dụng (5 phút):</w:t>
            </w:r>
          </w:p>
          <w:p w:rsidR="00854B61" w:rsidRPr="006347EC" w:rsidRDefault="00E34FE6">
            <w:r w:rsidRPr="006347EC">
              <w:t>- Mục tiêu: Củng cố cấu tạo số, so sánh số và làm tròn số.</w:t>
            </w:r>
          </w:p>
          <w:p w:rsidR="00854B61" w:rsidRPr="006347EC" w:rsidRDefault="00E34FE6">
            <w:r w:rsidRPr="006347EC">
              <w:t>*Cách tiến hành:</w:t>
            </w:r>
          </w:p>
        </w:tc>
      </w:tr>
      <w:tr w:rsidR="006347EC" w:rsidRPr="006347EC" w:rsidTr="00F30940">
        <w:trPr>
          <w:jc w:val="center"/>
        </w:trPr>
        <w:tc>
          <w:tcPr>
            <w:tcW w:w="5000" w:type="dxa"/>
            <w:tcBorders>
              <w:top w:val="single" w:sz="8" w:space="0" w:color="000000"/>
            </w:tcBorders>
            <w:shd w:val="clear" w:color="auto" w:fill="auto"/>
          </w:tcPr>
          <w:p w:rsidR="00854B61" w:rsidRPr="006347EC" w:rsidRDefault="00E34FE6">
            <w:r w:rsidRPr="006347EC">
              <w:rPr>
                <w:b/>
              </w:rPr>
              <w:t>Bài 1. Số? (Làm việc cá nhân)</w:t>
            </w:r>
          </w:p>
          <w:p w:rsidR="00854B61" w:rsidRPr="006347EC" w:rsidRDefault="00E34FE6">
            <w:r w:rsidRPr="006347EC">
              <w:t>- HS quan sát hình luyện tập Bài 1.</w:t>
            </w:r>
          </w:p>
          <w:p w:rsidR="00854B61" w:rsidRPr="006347EC" w:rsidRDefault="00854B61">
            <w:pPr>
              <w:jc w:val="center"/>
            </w:pPr>
          </w:p>
        </w:tc>
        <w:tc>
          <w:tcPr>
            <w:tcW w:w="5000" w:type="dxa"/>
            <w:tcBorders>
              <w:top w:val="single" w:sz="8" w:space="0" w:color="000000"/>
            </w:tcBorders>
            <w:shd w:val="clear" w:color="auto" w:fill="auto"/>
          </w:tcPr>
          <w:p w:rsidR="00854B61" w:rsidRPr="006347EC" w:rsidRDefault="00E34FE6">
            <w:r w:rsidRPr="006347EC">
              <w:t>- HS quan sát các biểu thức phân tích số.</w:t>
            </w:r>
          </w:p>
        </w:tc>
      </w:tr>
      <w:tr w:rsidR="006347EC" w:rsidRPr="006347EC" w:rsidTr="00F30940">
        <w:trPr>
          <w:jc w:val="center"/>
        </w:trPr>
        <w:tc>
          <w:tcPr>
            <w:tcW w:w="5000" w:type="dxa"/>
            <w:shd w:val="clear" w:color="auto" w:fill="auto"/>
          </w:tcPr>
          <w:p w:rsidR="00854B61" w:rsidRPr="006347EC" w:rsidRDefault="00E34FE6">
            <w:r w:rsidRPr="006347EC">
              <w:t>- GV yêu cầu HS điền số thích hợp vào các ô trống.</w:t>
            </w:r>
          </w:p>
        </w:tc>
        <w:tc>
          <w:tcPr>
            <w:tcW w:w="5000" w:type="dxa"/>
            <w:shd w:val="clear" w:color="auto" w:fill="auto"/>
          </w:tcPr>
          <w:p w:rsidR="00854B61" w:rsidRPr="006347EC" w:rsidRDefault="00E34FE6">
            <w:r w:rsidRPr="006347EC">
              <w:t>- HS điền: 6 409 = 6 000 + 400 + 0 + 9; 6 410 = 6 000 + 400 + 10; 6 411 = 6 000 + 400 + 10 + 1; 6 412 = 6 000 + 400 + 10 + 2.</w:t>
            </w:r>
          </w:p>
        </w:tc>
      </w:tr>
      <w:tr w:rsidR="006347EC" w:rsidRPr="006347EC" w:rsidTr="00F30940">
        <w:trPr>
          <w:jc w:val="center"/>
        </w:trPr>
        <w:tc>
          <w:tcPr>
            <w:tcW w:w="5000" w:type="dxa"/>
            <w:shd w:val="clear" w:color="auto" w:fill="auto"/>
          </w:tcPr>
          <w:p w:rsidR="00854B61" w:rsidRPr="006347EC" w:rsidRDefault="00E34FE6">
            <w:r w:rsidRPr="006347EC">
              <w:rPr>
                <w:b/>
              </w:rPr>
              <w:t>Bài 2. Chọn thẻ số phù hợp. (Làm việc nhóm 2)</w:t>
            </w:r>
          </w:p>
          <w:p w:rsidR="00854B61" w:rsidRPr="006347EC" w:rsidRDefault="00E34FE6" w:rsidP="00F30940">
            <w:r w:rsidRPr="006347EC">
              <w:t>- HS quan sát hình luyện tập Bài 2.</w:t>
            </w:r>
          </w:p>
        </w:tc>
        <w:tc>
          <w:tcPr>
            <w:tcW w:w="5000" w:type="dxa"/>
            <w:shd w:val="clear" w:color="auto" w:fill="auto"/>
          </w:tcPr>
          <w:p w:rsidR="00854B61" w:rsidRPr="006347EC" w:rsidRDefault="00E34FE6">
            <w:r w:rsidRPr="006347EC">
              <w:t>- HS quan sát các thẻ số.</w:t>
            </w:r>
          </w:p>
        </w:tc>
      </w:tr>
      <w:tr w:rsidR="006347EC" w:rsidRPr="006347EC" w:rsidTr="00F30940">
        <w:trPr>
          <w:jc w:val="center"/>
        </w:trPr>
        <w:tc>
          <w:tcPr>
            <w:tcW w:w="5000" w:type="dxa"/>
            <w:shd w:val="clear" w:color="auto" w:fill="auto"/>
          </w:tcPr>
          <w:p w:rsidR="00854B61" w:rsidRPr="006347EC" w:rsidRDefault="00E34FE6">
            <w:r w:rsidRPr="006347EC">
              <w:t>- GV yêu cầu HS đọc đề: Chọn thẻ số đặt vào vị trí dấu “?” để được phép so sánh đúng.</w:t>
            </w:r>
          </w:p>
        </w:tc>
        <w:tc>
          <w:tcPr>
            <w:tcW w:w="5000" w:type="dxa"/>
            <w:shd w:val="clear" w:color="auto" w:fill="auto"/>
          </w:tcPr>
          <w:p w:rsidR="00854B61" w:rsidRPr="006347EC" w:rsidRDefault="00E34FE6">
            <w:r w:rsidRPr="006347EC">
              <w:t>- HS đọc đề.</w:t>
            </w:r>
          </w:p>
        </w:tc>
      </w:tr>
      <w:tr w:rsidR="006347EC" w:rsidRPr="006347EC" w:rsidTr="00F30940">
        <w:trPr>
          <w:jc w:val="center"/>
        </w:trPr>
        <w:tc>
          <w:tcPr>
            <w:tcW w:w="5000" w:type="dxa"/>
            <w:shd w:val="clear" w:color="auto" w:fill="auto"/>
          </w:tcPr>
          <w:p w:rsidR="00854B61" w:rsidRPr="006347EC" w:rsidRDefault="00E34FE6">
            <w:r w:rsidRPr="006347EC">
              <w:t>- GV hỏi: Số 5?01 muốn lớn hơn 5 799 thì chữ số hàng trăm cần là những số nào?</w:t>
            </w:r>
          </w:p>
        </w:tc>
        <w:tc>
          <w:tcPr>
            <w:tcW w:w="5000" w:type="dxa"/>
            <w:shd w:val="clear" w:color="auto" w:fill="auto"/>
          </w:tcPr>
          <w:p w:rsidR="00854B61" w:rsidRPr="006347EC" w:rsidRDefault="00E34FE6">
            <w:r w:rsidRPr="006347EC">
              <w:t>- HS trả lời: Cần là 8 hoặc 9.</w:t>
            </w:r>
          </w:p>
        </w:tc>
      </w:tr>
      <w:tr w:rsidR="006347EC" w:rsidRPr="006347EC" w:rsidTr="00F30940">
        <w:trPr>
          <w:jc w:val="center"/>
        </w:trPr>
        <w:tc>
          <w:tcPr>
            <w:tcW w:w="5000" w:type="dxa"/>
            <w:shd w:val="clear" w:color="auto" w:fill="auto"/>
          </w:tcPr>
          <w:p w:rsidR="00854B61" w:rsidRPr="006347EC" w:rsidRDefault="00E34FE6">
            <w:r w:rsidRPr="006347EC">
              <w:t>- GV hỏi: Có tất cả bao nhiêu cách chọn thẻ số phù hợp?</w:t>
            </w:r>
          </w:p>
        </w:tc>
        <w:tc>
          <w:tcPr>
            <w:tcW w:w="5000" w:type="dxa"/>
            <w:shd w:val="clear" w:color="auto" w:fill="auto"/>
          </w:tcPr>
          <w:p w:rsidR="00854B61" w:rsidRPr="006347EC" w:rsidRDefault="00E34FE6">
            <w:r w:rsidRPr="006347EC">
              <w:t>- HS trả lời: Có 2 cách chọn.</w:t>
            </w:r>
          </w:p>
        </w:tc>
      </w:tr>
      <w:tr w:rsidR="006347EC" w:rsidRPr="006347EC" w:rsidTr="00F30940">
        <w:trPr>
          <w:jc w:val="center"/>
        </w:trPr>
        <w:tc>
          <w:tcPr>
            <w:tcW w:w="5000" w:type="dxa"/>
            <w:shd w:val="clear" w:color="auto" w:fill="auto"/>
          </w:tcPr>
          <w:p w:rsidR="00854B61" w:rsidRPr="006347EC" w:rsidRDefault="00E34FE6">
            <w:r w:rsidRPr="006347EC">
              <w:rPr>
                <w:b/>
              </w:rPr>
              <w:t>Bài 3. Chọn câu trả lời đúng. (Làm việc cá nhân)</w:t>
            </w:r>
          </w:p>
          <w:p w:rsidR="00854B61" w:rsidRPr="006347EC" w:rsidRDefault="00E34FE6">
            <w:r w:rsidRPr="006347EC">
              <w:t>- HS quan sát hình luyện tập Bài 3.</w:t>
            </w:r>
          </w:p>
          <w:p w:rsidR="00854B61" w:rsidRPr="006347EC" w:rsidRDefault="00854B61" w:rsidP="00F30940">
            <w:bookmarkStart w:id="0" w:name="_GoBack"/>
            <w:bookmarkEnd w:id="0"/>
          </w:p>
        </w:tc>
        <w:tc>
          <w:tcPr>
            <w:tcW w:w="5000" w:type="dxa"/>
            <w:shd w:val="clear" w:color="auto" w:fill="auto"/>
          </w:tcPr>
          <w:p w:rsidR="00854B61" w:rsidRPr="006347EC" w:rsidRDefault="00E34FE6">
            <w:r w:rsidRPr="006347EC">
              <w:t>- HS quan sát câu hỏi và đáp án.</w:t>
            </w:r>
          </w:p>
        </w:tc>
      </w:tr>
      <w:tr w:rsidR="006347EC" w:rsidRPr="006347EC" w:rsidTr="00F30940">
        <w:trPr>
          <w:jc w:val="center"/>
        </w:trPr>
        <w:tc>
          <w:tcPr>
            <w:tcW w:w="5000" w:type="dxa"/>
            <w:shd w:val="clear" w:color="auto" w:fill="auto"/>
          </w:tcPr>
          <w:p w:rsidR="00854B61" w:rsidRPr="006347EC" w:rsidRDefault="00E34FE6">
            <w:r w:rsidRPr="006347EC">
              <w:t>- GV yêu cầu HS làm tròn số 1 992 đến hàng trăm.</w:t>
            </w:r>
          </w:p>
        </w:tc>
        <w:tc>
          <w:tcPr>
            <w:tcW w:w="5000" w:type="dxa"/>
            <w:shd w:val="clear" w:color="auto" w:fill="auto"/>
          </w:tcPr>
          <w:p w:rsidR="00854B61" w:rsidRPr="006347EC" w:rsidRDefault="00E34FE6">
            <w:r w:rsidRPr="006347EC">
              <w:t>- HS làm: 1 992 làm tròn đến hàng trăm là 2 000.</w:t>
            </w:r>
          </w:p>
        </w:tc>
      </w:tr>
      <w:tr w:rsidR="006347EC" w:rsidRPr="006347EC" w:rsidTr="00F30940">
        <w:trPr>
          <w:jc w:val="center"/>
        </w:trPr>
        <w:tc>
          <w:tcPr>
            <w:tcW w:w="5000" w:type="dxa"/>
            <w:shd w:val="clear" w:color="auto" w:fill="auto"/>
          </w:tcPr>
          <w:p w:rsidR="00854B61" w:rsidRPr="006347EC" w:rsidRDefault="00E34FE6">
            <w:r w:rsidRPr="006347EC">
              <w:t>- GV yêu cầu HS chọn đáp án đúng.</w:t>
            </w:r>
          </w:p>
        </w:tc>
        <w:tc>
          <w:tcPr>
            <w:tcW w:w="5000" w:type="dxa"/>
            <w:shd w:val="clear" w:color="auto" w:fill="auto"/>
          </w:tcPr>
          <w:p w:rsidR="00854B61" w:rsidRPr="006347EC" w:rsidRDefault="00E34FE6">
            <w:r w:rsidRPr="006347EC">
              <w:t>- HS chọn A. 2 000 học sinh.</w:t>
            </w:r>
          </w:p>
        </w:tc>
      </w:tr>
      <w:tr w:rsidR="006347EC" w:rsidRPr="006347EC" w:rsidTr="00F30940">
        <w:trPr>
          <w:jc w:val="center"/>
        </w:trPr>
        <w:tc>
          <w:tcPr>
            <w:tcW w:w="5000" w:type="dxa"/>
            <w:shd w:val="clear" w:color="auto" w:fill="auto"/>
          </w:tcPr>
          <w:p w:rsidR="00854B61" w:rsidRPr="006347EC" w:rsidRDefault="00E34FE6">
            <w:r w:rsidRPr="006347EC">
              <w:t>- GV nhận xét, tuyên dương HS hoàn thành bài luyện tập.</w:t>
            </w:r>
          </w:p>
        </w:tc>
        <w:tc>
          <w:tcPr>
            <w:tcW w:w="5000" w:type="dxa"/>
            <w:shd w:val="clear" w:color="auto" w:fill="auto"/>
          </w:tcPr>
          <w:p w:rsidR="00854B61" w:rsidRPr="006347EC" w:rsidRDefault="00E34FE6">
            <w:r w:rsidRPr="006347EC">
              <w:t>- HS lắng nghe.</w:t>
            </w:r>
          </w:p>
        </w:tc>
      </w:tr>
    </w:tbl>
    <w:p w:rsidR="00854B61" w:rsidRPr="006347EC" w:rsidRDefault="00E34FE6">
      <w:r w:rsidRPr="006347EC">
        <w:rPr>
          <w:b/>
        </w:rPr>
        <w:t>IV. ĐIỀU CHỈNH SAU BÀI DẠY:</w:t>
      </w:r>
    </w:p>
    <w:p w:rsidR="00854B61" w:rsidRPr="006347EC" w:rsidRDefault="00E34FE6">
      <w:r w:rsidRPr="006347EC">
        <w:t>.......................................................................................................................................</w:t>
      </w:r>
    </w:p>
    <w:p w:rsidR="00854B61" w:rsidRPr="006347EC" w:rsidRDefault="00E34FE6">
      <w:r w:rsidRPr="006347EC">
        <w:t>.......................................................................................................................................</w:t>
      </w:r>
    </w:p>
    <w:sectPr w:rsidR="00854B61" w:rsidRPr="006347EC" w:rsidSect="00034616">
      <w:pgSz w:w="12240" w:h="15840"/>
      <w:pgMar w:top="936" w:right="936" w:bottom="864"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347EC"/>
    <w:rsid w:val="00854B61"/>
    <w:rsid w:val="00AA1D8D"/>
    <w:rsid w:val="00B47730"/>
    <w:rsid w:val="00CB0664"/>
    <w:rsid w:val="00E34FE6"/>
    <w:rsid w:val="00F309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347EC"/>
    <w:rPr>
      <w:rFonts w:ascii="Tahoma" w:hAnsi="Tahoma" w:cs="Tahoma"/>
      <w:sz w:val="16"/>
      <w:szCs w:val="16"/>
    </w:rPr>
  </w:style>
  <w:style w:type="character" w:customStyle="1" w:styleId="BalloonTextChar">
    <w:name w:val="Balloon Text Char"/>
    <w:basedOn w:val="DefaultParagraphFont"/>
    <w:link w:val="BalloonText"/>
    <w:uiPriority w:val="99"/>
    <w:semiHidden/>
    <w:rsid w:val="006347E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347EC"/>
    <w:rPr>
      <w:rFonts w:ascii="Tahoma" w:hAnsi="Tahoma" w:cs="Tahoma"/>
      <w:sz w:val="16"/>
      <w:szCs w:val="16"/>
    </w:rPr>
  </w:style>
  <w:style w:type="character" w:customStyle="1" w:styleId="BalloonTextChar">
    <w:name w:val="Balloon Text Char"/>
    <w:basedOn w:val="DefaultParagraphFont"/>
    <w:link w:val="BalloonText"/>
    <w:uiPriority w:val="99"/>
    <w:semiHidden/>
    <w:rsid w:val="006347E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09C0A-3288-4C59-925C-F46ECFBF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4992</Words>
  <Characters>28461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2026-06-19T01:04:00Z</dcterms:created>
  <dcterms:modified xsi:type="dcterms:W3CDTF">2026-08-15T04:17:00Z</dcterms:modified>
  <cp:category/>
</cp:coreProperties>
</file>