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7A1" w:rsidRDefault="00BB72D7">
      <w:pPr>
        <w:spacing w:after="20" w:line="240" w:lineRule="auto"/>
        <w:jc w:val="center"/>
      </w:pPr>
      <w:r>
        <w:rPr>
          <w:b/>
          <w:sz w:val="28"/>
        </w:rPr>
        <w:t>KẾ HOẠCH BÀI DẠY</w:t>
      </w:r>
    </w:p>
    <w:p w:rsidR="009377A1" w:rsidRDefault="00BB72D7">
      <w:pPr>
        <w:spacing w:after="20" w:line="240" w:lineRule="auto"/>
        <w:jc w:val="center"/>
      </w:pPr>
      <w:r>
        <w:rPr>
          <w:b/>
        </w:rPr>
        <w:t>MÔN: ĐẠO ĐỨC - LỚP 1</w:t>
      </w:r>
    </w:p>
    <w:p w:rsidR="009377A1" w:rsidRDefault="00BB72D7">
      <w:pPr>
        <w:spacing w:after="60" w:line="240" w:lineRule="auto"/>
        <w:jc w:val="center"/>
      </w:pPr>
      <w:r>
        <w:rPr>
          <w:b/>
        </w:rPr>
        <w:t>BỘ SÁCH: KẾT NỐI TRI THỨC VỚI CUỘC SỐNG</w:t>
      </w:r>
    </w:p>
    <w:p w:rsidR="009377A1" w:rsidRDefault="00BB72D7">
      <w:pPr>
        <w:spacing w:after="20" w:line="240" w:lineRule="auto"/>
        <w:jc w:val="center"/>
      </w:pPr>
      <w:r>
        <w:rPr>
          <w:b/>
        </w:rPr>
        <w:t>TUẦN 16 - CHỦ ĐỀ 4: THỰC HIỆN NỘI QUY TRƯỜNG, LỚP</w:t>
      </w:r>
    </w:p>
    <w:p w:rsidR="009377A1" w:rsidRDefault="00BB72D7">
      <w:pPr>
        <w:spacing w:after="20" w:line="240" w:lineRule="auto"/>
        <w:jc w:val="center"/>
      </w:pPr>
      <w:r>
        <w:rPr>
          <w:b/>
          <w:sz w:val="28"/>
        </w:rPr>
        <w:t>BÀI 14: GIỮ VỆ SINH TRƯỜNG, LỚP</w:t>
      </w:r>
    </w:p>
    <w:p w:rsidR="009377A1" w:rsidRDefault="00BB72D7">
      <w:pPr>
        <w:spacing w:after="80" w:line="240" w:lineRule="auto"/>
        <w:jc w:val="center"/>
      </w:pPr>
      <w:r>
        <w:t>Thời lượng: 01 tiết</w:t>
      </w:r>
    </w:p>
    <w:p w:rsidR="009377A1" w:rsidRDefault="00BB72D7">
      <w:pPr>
        <w:spacing w:after="20" w:line="240" w:lineRule="auto"/>
      </w:pPr>
      <w:r>
        <w:rPr>
          <w:b/>
        </w:rPr>
        <w:t>I. YÊU CẦU CẦN ĐẠT</w:t>
      </w:r>
    </w:p>
    <w:p w:rsidR="009377A1" w:rsidRDefault="00BB72D7">
      <w:pPr>
        <w:spacing w:after="20" w:line="240" w:lineRule="auto"/>
      </w:pPr>
      <w:r>
        <w:rPr>
          <w:b/>
        </w:rPr>
        <w:t>1. Năng lực đặc thù</w:t>
      </w:r>
    </w:p>
    <w:p w:rsidR="009377A1" w:rsidRDefault="00BB72D7">
      <w:pPr>
        <w:spacing w:after="20" w:line="240" w:lineRule="auto"/>
        <w:jc w:val="both"/>
      </w:pPr>
      <w:r>
        <w:t>- Nêu được ý nghĩa và những việc cần làm để giữ vệ sinh trường, lớp.</w:t>
      </w:r>
    </w:p>
    <w:p w:rsidR="009377A1" w:rsidRDefault="00BB72D7">
      <w:pPr>
        <w:spacing w:after="20" w:line="240" w:lineRule="auto"/>
        <w:jc w:val="both"/>
      </w:pPr>
      <w:r>
        <w:t>- Thực hiện được một số việc giữ vệ sinh phù hợp với khả năng.</w:t>
      </w:r>
    </w:p>
    <w:p w:rsidR="009377A1" w:rsidRDefault="00BB72D7">
      <w:pPr>
        <w:spacing w:after="20" w:line="240" w:lineRule="auto"/>
        <w:jc w:val="both"/>
      </w:pPr>
      <w:r>
        <w:t>- Biết nhắc nhở bạn cùng giữ vệ sinh trường, lớp.</w:t>
      </w:r>
    </w:p>
    <w:p w:rsidR="009377A1" w:rsidRDefault="00BB72D7">
      <w:pPr>
        <w:spacing w:after="20" w:line="240" w:lineRule="auto"/>
      </w:pPr>
      <w:r>
        <w:rPr>
          <w:b/>
        </w:rPr>
        <w:t>2. Năng lực chung</w:t>
      </w:r>
    </w:p>
    <w:p w:rsidR="009377A1" w:rsidRDefault="00BB72D7">
      <w:pPr>
        <w:spacing w:after="20" w:line="240" w:lineRule="auto"/>
        <w:jc w:val="both"/>
      </w:pPr>
      <w:r>
        <w:t>- Tự chủ và tự học: Chủ động giữ sạch chỗ ngồi, khu vực học tập.</w:t>
      </w:r>
    </w:p>
    <w:p w:rsidR="009377A1" w:rsidRDefault="00BB72D7">
      <w:pPr>
        <w:spacing w:after="20" w:line="240" w:lineRule="auto"/>
        <w:jc w:val="both"/>
      </w:pPr>
      <w:r>
        <w:t>- Giao tiếp và hợp tác: Biết cùng bạn phân công việc vệ sinh phù hợp.</w:t>
      </w:r>
    </w:p>
    <w:p w:rsidR="009377A1" w:rsidRDefault="00BB72D7">
      <w:pPr>
        <w:spacing w:after="20" w:line="240" w:lineRule="auto"/>
        <w:jc w:val="both"/>
      </w:pPr>
      <w:r>
        <w:t>- Giải quyết vấn đề: Lựa chọn cách xử lí khi thấy rác hoặc hành vi gây bẩn trường lớp.</w:t>
      </w:r>
    </w:p>
    <w:p w:rsidR="009377A1" w:rsidRDefault="00BB72D7">
      <w:pPr>
        <w:spacing w:after="20" w:line="240" w:lineRule="auto"/>
      </w:pPr>
      <w:r>
        <w:rPr>
          <w:b/>
        </w:rPr>
        <w:t>3. Phẩm chất</w:t>
      </w:r>
    </w:p>
    <w:p w:rsidR="009377A1" w:rsidRDefault="00BB72D7">
      <w:pPr>
        <w:spacing w:after="20" w:line="240" w:lineRule="auto"/>
        <w:jc w:val="both"/>
      </w:pPr>
      <w:r>
        <w:t>- Trách nhiệm: Có ý thức giữ vệ sinh môi trường học tập.</w:t>
      </w:r>
    </w:p>
    <w:p w:rsidR="009377A1" w:rsidRDefault="00BB72D7">
      <w:pPr>
        <w:spacing w:after="20" w:line="240" w:lineRule="auto"/>
        <w:jc w:val="both"/>
      </w:pPr>
      <w:r>
        <w:t>- Chăm chỉ: Tích cực tham gia hoạt động vệ sinh phù hợp.</w:t>
      </w:r>
    </w:p>
    <w:p w:rsidR="009377A1" w:rsidRDefault="00BB72D7">
      <w:pPr>
        <w:spacing w:after="20" w:line="240" w:lineRule="auto"/>
      </w:pPr>
      <w:r>
        <w:rPr>
          <w:b/>
          <w:color w:val="C00000"/>
        </w:rPr>
        <w:t>4. Tích hợp</w:t>
      </w:r>
    </w:p>
    <w:p w:rsidR="009377A1" w:rsidRDefault="00BB72D7">
      <w:pPr>
        <w:spacing w:after="20" w:line="240" w:lineRule="auto"/>
        <w:jc w:val="both"/>
      </w:pPr>
      <w:r>
        <w:rPr>
          <w:color w:val="C00000"/>
        </w:rPr>
        <w:t>- Tích hợp giáo dục bảo vệ môi trường: Hình thành cho học sinh ý thức giữ gìn vệ sinh trường, lớp và bảo vệ môi trường học tập chung.</w:t>
      </w:r>
    </w:p>
    <w:p w:rsidR="009377A1" w:rsidRDefault="00BB72D7">
      <w:pPr>
        <w:spacing w:after="20" w:line="240" w:lineRule="auto"/>
      </w:pPr>
      <w:r>
        <w:rPr>
          <w:b/>
        </w:rPr>
        <w:t>II. ĐỒ DÙNG DẠY HỌC</w:t>
      </w:r>
    </w:p>
    <w:p w:rsidR="009377A1" w:rsidRDefault="00BB72D7">
      <w:pPr>
        <w:spacing w:after="20" w:line="240" w:lineRule="auto"/>
        <w:jc w:val="both"/>
      </w:pPr>
      <w:r>
        <w:t>- Giáo viên: SGK, SGV; tranh cắt từ SGK; bài hát “Không xả rác”; thùng rác phân loại minh họa; khăn lau/bảng giao việc.</w:t>
      </w:r>
    </w:p>
    <w:p w:rsidR="009377A1" w:rsidRDefault="00BB72D7">
      <w:pPr>
        <w:spacing w:after="20" w:line="240" w:lineRule="auto"/>
        <w:jc w:val="both"/>
      </w:pPr>
      <w:r>
        <w:t>- Học sinh: SGK, vở bài tập; đồ dùng học tập.</w:t>
      </w:r>
    </w:p>
    <w:p w:rsidR="009377A1" w:rsidRDefault="00BB72D7">
      <w:pPr>
        <w:spacing w:after="20" w:line="240" w:lineRule="auto"/>
      </w:pPr>
      <w:r>
        <w:rPr>
          <w:b/>
        </w:rPr>
        <w:t>III. CÁC HOẠT ĐỘNG DẠY HỌC CHỦ YẾU</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16"/>
        <w:gridCol w:w="5216"/>
      </w:tblGrid>
      <w:tr w:rsidR="009377A1" w:rsidTr="00F35103">
        <w:trPr>
          <w:jc w:val="center"/>
        </w:trPr>
        <w:tc>
          <w:tcPr>
            <w:tcW w:w="5159" w:type="dxa"/>
            <w:tcBorders>
              <w:bottom w:val="single" w:sz="4" w:space="0" w:color="auto"/>
            </w:tcBorders>
            <w:shd w:val="clear" w:color="auto" w:fill="auto"/>
            <w:tcMar>
              <w:top w:w="60" w:type="dxa"/>
              <w:left w:w="75" w:type="dxa"/>
              <w:bottom w:w="60" w:type="dxa"/>
              <w:right w:w="75" w:type="dxa"/>
            </w:tcMar>
            <w:vAlign w:val="center"/>
          </w:tcPr>
          <w:p w:rsidR="009377A1" w:rsidRDefault="00BB72D7">
            <w:pPr>
              <w:spacing w:after="20"/>
              <w:jc w:val="center"/>
            </w:pPr>
            <w:r>
              <w:rPr>
                <w:b/>
              </w:rPr>
              <w:t>HOẠT ĐỘNG CỦA GIÁO VIÊN</w:t>
            </w:r>
          </w:p>
        </w:tc>
        <w:tc>
          <w:tcPr>
            <w:tcW w:w="4677" w:type="dxa"/>
            <w:tcBorders>
              <w:bottom w:val="single" w:sz="4" w:space="0" w:color="auto"/>
            </w:tcBorders>
            <w:shd w:val="clear" w:color="auto" w:fill="auto"/>
            <w:tcMar>
              <w:top w:w="60" w:type="dxa"/>
              <w:left w:w="75" w:type="dxa"/>
              <w:bottom w:w="60" w:type="dxa"/>
              <w:right w:w="75" w:type="dxa"/>
            </w:tcMar>
            <w:vAlign w:val="center"/>
          </w:tcPr>
          <w:p w:rsidR="009377A1" w:rsidRDefault="00BB72D7">
            <w:pPr>
              <w:spacing w:after="20"/>
              <w:jc w:val="center"/>
            </w:pPr>
            <w:r>
              <w:rPr>
                <w:b/>
              </w:rPr>
              <w:t>HOẠT ĐỘNG CỦA HỌC SINH</w:t>
            </w:r>
          </w:p>
        </w:tc>
      </w:tr>
      <w:tr w:rsidR="009377A1" w:rsidTr="00F35103">
        <w:trPr>
          <w:jc w:val="center"/>
        </w:trPr>
        <w:tc>
          <w:tcPr>
            <w:tcW w:w="10432" w:type="dxa"/>
            <w:gridSpan w:val="2"/>
            <w:tcBorders>
              <w:top w:val="single" w:sz="4" w:space="0" w:color="auto"/>
              <w:bottom w:val="single" w:sz="4" w:space="0" w:color="auto"/>
            </w:tcBorders>
            <w:shd w:val="clear" w:color="auto" w:fill="auto"/>
            <w:tcMar>
              <w:top w:w="75" w:type="dxa"/>
              <w:left w:w="75" w:type="dxa"/>
              <w:bottom w:w="75" w:type="dxa"/>
              <w:right w:w="75" w:type="dxa"/>
            </w:tcMar>
          </w:tcPr>
          <w:p w:rsidR="009377A1" w:rsidRDefault="00BB72D7">
            <w:pPr>
              <w:spacing w:after="20"/>
            </w:pPr>
            <w:r>
              <w:rPr>
                <w:b/>
              </w:rPr>
              <w:t>1. Khởi động</w:t>
            </w:r>
          </w:p>
          <w:p w:rsidR="009377A1" w:rsidRDefault="00BB72D7">
            <w:pPr>
              <w:spacing w:after="20"/>
              <w:jc w:val="both"/>
            </w:pPr>
            <w:r>
              <w:rPr>
                <w:b/>
              </w:rPr>
              <w:t xml:space="preserve">Mục tiêu: </w:t>
            </w:r>
            <w:r>
              <w:t>Tạo hứng thú và định hướng ý thức không xả rác.</w:t>
            </w:r>
          </w:p>
        </w:tc>
      </w:tr>
      <w:tr w:rsidR="009377A1" w:rsidTr="00F35103">
        <w:trPr>
          <w:jc w:val="center"/>
        </w:trPr>
        <w:tc>
          <w:tcPr>
            <w:tcW w:w="5216" w:type="dxa"/>
            <w:tcBorders>
              <w:top w:val="single" w:sz="4" w:space="0" w:color="auto"/>
            </w:tcBorders>
            <w:shd w:val="clear" w:color="auto" w:fill="auto"/>
            <w:tcMar>
              <w:top w:w="60" w:type="dxa"/>
              <w:left w:w="75" w:type="dxa"/>
              <w:bottom w:w="60" w:type="dxa"/>
              <w:right w:w="75" w:type="dxa"/>
            </w:tcMar>
          </w:tcPr>
          <w:p w:rsidR="009377A1" w:rsidRDefault="00BB72D7">
            <w:pPr>
              <w:spacing w:after="20"/>
              <w:jc w:val="both"/>
            </w:pPr>
            <w:r>
              <w:t>- GV tổ chức cho HS hát bài “Không xả rác”.</w:t>
            </w:r>
          </w:p>
        </w:tc>
        <w:tc>
          <w:tcPr>
            <w:tcW w:w="5216" w:type="dxa"/>
            <w:tcBorders>
              <w:top w:val="single" w:sz="4" w:space="0" w:color="auto"/>
            </w:tcBorders>
            <w:shd w:val="clear" w:color="auto" w:fill="auto"/>
            <w:tcMar>
              <w:top w:w="60" w:type="dxa"/>
              <w:left w:w="75" w:type="dxa"/>
              <w:bottom w:w="60" w:type="dxa"/>
              <w:right w:w="75" w:type="dxa"/>
            </w:tcMar>
          </w:tcPr>
          <w:p w:rsidR="009377A1" w:rsidRDefault="00BB72D7">
            <w:pPr>
              <w:spacing w:after="20"/>
              <w:jc w:val="both"/>
            </w:pPr>
            <w:r>
              <w:t>- HS hát tập thể.</w:t>
            </w:r>
          </w:p>
        </w:tc>
      </w:tr>
      <w:tr w:rsidR="009377A1" w:rsidTr="00F35103">
        <w:trPr>
          <w:jc w:val="center"/>
        </w:trPr>
        <w:tc>
          <w:tcPr>
            <w:tcW w:w="5216" w:type="dxa"/>
            <w:shd w:val="clear" w:color="auto" w:fill="auto"/>
            <w:tcMar>
              <w:top w:w="60" w:type="dxa"/>
              <w:left w:w="75" w:type="dxa"/>
              <w:bottom w:w="60" w:type="dxa"/>
              <w:right w:w="75" w:type="dxa"/>
            </w:tcMar>
          </w:tcPr>
          <w:p w:rsidR="009377A1" w:rsidRDefault="00BB72D7">
            <w:pPr>
              <w:spacing w:after="20"/>
              <w:jc w:val="both"/>
            </w:pPr>
            <w:r>
              <w:t>- GV hỏi: “Bài hát nhắc chúng ta việc gì để môi trường sạch đẹp?”</w:t>
            </w:r>
          </w:p>
        </w:tc>
        <w:tc>
          <w:tcPr>
            <w:tcW w:w="5216" w:type="dxa"/>
            <w:shd w:val="clear" w:color="auto" w:fill="auto"/>
            <w:tcMar>
              <w:top w:w="60" w:type="dxa"/>
              <w:left w:w="75" w:type="dxa"/>
              <w:bottom w:w="60" w:type="dxa"/>
              <w:right w:w="75" w:type="dxa"/>
            </w:tcMar>
          </w:tcPr>
          <w:p w:rsidR="009377A1" w:rsidRDefault="00BB72D7">
            <w:pPr>
              <w:spacing w:after="20"/>
              <w:jc w:val="both"/>
            </w:pPr>
            <w:r>
              <w:t>- HS trả lời: Không xả rác bừa bãi, bỏ rác đúng nơi quy định.</w:t>
            </w:r>
          </w:p>
        </w:tc>
      </w:tr>
      <w:tr w:rsidR="009377A1" w:rsidTr="00F35103">
        <w:trPr>
          <w:jc w:val="center"/>
        </w:trPr>
        <w:tc>
          <w:tcPr>
            <w:tcW w:w="5216" w:type="dxa"/>
            <w:tcBorders>
              <w:bottom w:val="single" w:sz="4" w:space="0" w:color="auto"/>
            </w:tcBorders>
            <w:shd w:val="clear" w:color="auto" w:fill="auto"/>
            <w:tcMar>
              <w:top w:w="60" w:type="dxa"/>
              <w:left w:w="75" w:type="dxa"/>
              <w:bottom w:w="60" w:type="dxa"/>
              <w:right w:w="75" w:type="dxa"/>
            </w:tcMar>
          </w:tcPr>
          <w:p w:rsidR="009377A1" w:rsidRDefault="00BB72D7">
            <w:pPr>
              <w:spacing w:after="20"/>
              <w:jc w:val="both"/>
            </w:pPr>
            <w:r>
              <w:t>- GV giới thiệu bài học.</w:t>
            </w:r>
          </w:p>
        </w:tc>
        <w:tc>
          <w:tcPr>
            <w:tcW w:w="5216" w:type="dxa"/>
            <w:tcBorders>
              <w:bottom w:val="single" w:sz="4" w:space="0" w:color="auto"/>
            </w:tcBorders>
            <w:shd w:val="clear" w:color="auto" w:fill="auto"/>
            <w:tcMar>
              <w:top w:w="60" w:type="dxa"/>
              <w:left w:w="75" w:type="dxa"/>
              <w:bottom w:w="60" w:type="dxa"/>
              <w:right w:w="75" w:type="dxa"/>
            </w:tcMar>
          </w:tcPr>
          <w:p w:rsidR="009377A1" w:rsidRDefault="00BB72D7">
            <w:pPr>
              <w:spacing w:after="20"/>
              <w:jc w:val="both"/>
            </w:pPr>
            <w:r>
              <w:t>- HS nhắc lại tên bài.</w:t>
            </w:r>
          </w:p>
        </w:tc>
      </w:tr>
      <w:tr w:rsidR="009377A1" w:rsidTr="00F35103">
        <w:trPr>
          <w:jc w:val="center"/>
        </w:trPr>
        <w:tc>
          <w:tcPr>
            <w:tcW w:w="10432" w:type="dxa"/>
            <w:gridSpan w:val="2"/>
            <w:tcBorders>
              <w:top w:val="single" w:sz="4" w:space="0" w:color="auto"/>
              <w:bottom w:val="single" w:sz="4" w:space="0" w:color="auto"/>
            </w:tcBorders>
            <w:shd w:val="clear" w:color="auto" w:fill="auto"/>
            <w:tcMar>
              <w:top w:w="75" w:type="dxa"/>
              <w:left w:w="75" w:type="dxa"/>
              <w:bottom w:w="75" w:type="dxa"/>
              <w:right w:w="75" w:type="dxa"/>
            </w:tcMar>
          </w:tcPr>
          <w:p w:rsidR="009377A1" w:rsidRDefault="00BB72D7">
            <w:pPr>
              <w:spacing w:after="20"/>
            </w:pPr>
            <w:r>
              <w:rPr>
                <w:b/>
              </w:rPr>
              <w:t>2. Khám phá - Việc làm giữ vệ sinh trường, lớp</w:t>
            </w:r>
          </w:p>
          <w:p w:rsidR="009377A1" w:rsidRDefault="00BB72D7">
            <w:pPr>
              <w:spacing w:after="20"/>
              <w:jc w:val="both"/>
            </w:pPr>
            <w:r>
              <w:rPr>
                <w:b/>
              </w:rPr>
              <w:t xml:space="preserve">Mục tiêu: </w:t>
            </w:r>
            <w:r>
              <w:t>Nêu được việc cần làm và lí do cần giữ vệ sinh trường, lớp.</w:t>
            </w:r>
          </w:p>
          <w:p w:rsidR="009377A1" w:rsidRDefault="00BB72D7">
            <w:pPr>
              <w:spacing w:after="20"/>
              <w:jc w:val="both"/>
            </w:pPr>
            <w:r>
              <w:rPr>
                <w:b/>
                <w:color w:val="C00000"/>
              </w:rPr>
              <w:t xml:space="preserve">Mục tiêu tích hợp: </w:t>
            </w:r>
            <w:r>
              <w:rPr>
                <w:color w:val="C00000"/>
              </w:rPr>
              <w:t>Bảo vệ môi trường: HS hiểu lớp học sạch là môi trường chung cần mỗi bạn cùng gìn giữ.</w:t>
            </w:r>
          </w:p>
        </w:tc>
      </w:tr>
      <w:tr w:rsidR="009377A1" w:rsidTr="00F35103">
        <w:trPr>
          <w:jc w:val="center"/>
        </w:trPr>
        <w:tc>
          <w:tcPr>
            <w:tcW w:w="5216" w:type="dxa"/>
            <w:tcBorders>
              <w:top w:val="single" w:sz="4" w:space="0" w:color="auto"/>
            </w:tcBorders>
            <w:shd w:val="clear" w:color="auto" w:fill="auto"/>
            <w:tcMar>
              <w:top w:w="60" w:type="dxa"/>
              <w:left w:w="75" w:type="dxa"/>
              <w:bottom w:w="60" w:type="dxa"/>
              <w:right w:w="75" w:type="dxa"/>
            </w:tcMar>
          </w:tcPr>
          <w:p w:rsidR="009377A1" w:rsidRDefault="00BB72D7" w:rsidP="00F35103">
            <w:pPr>
              <w:spacing w:after="20"/>
              <w:jc w:val="both"/>
            </w:pPr>
            <w:r>
              <w:t>- GV tổ chức kĩ thuật Các mảnh ghép theo nhóm 6: mỗi cặp quan sát một nội dung trong tranh (quét dọn, bỏ rác, chăm cây/lau dọn) và tìm việc làm giữ vệ sinh tương ứng.</w:t>
            </w:r>
          </w:p>
        </w:tc>
        <w:tc>
          <w:tcPr>
            <w:tcW w:w="5216" w:type="dxa"/>
            <w:tcBorders>
              <w:top w:val="single" w:sz="4" w:space="0" w:color="auto"/>
            </w:tcBorders>
            <w:shd w:val="clear" w:color="auto" w:fill="auto"/>
            <w:tcMar>
              <w:top w:w="60" w:type="dxa"/>
              <w:left w:w="75" w:type="dxa"/>
              <w:bottom w:w="60" w:type="dxa"/>
              <w:right w:w="75" w:type="dxa"/>
            </w:tcMar>
          </w:tcPr>
          <w:p w:rsidR="009377A1" w:rsidRDefault="00BB72D7">
            <w:pPr>
              <w:spacing w:after="20"/>
              <w:jc w:val="both"/>
            </w:pPr>
            <w:r>
              <w:t>- HS làm việc theo cặp trong nhóm 6, xác định việc làm: quét sân, lau cửa, chăm cây, bỏ rác vào thùng.</w:t>
            </w:r>
          </w:p>
        </w:tc>
      </w:tr>
      <w:tr w:rsidR="009377A1" w:rsidTr="00F35103">
        <w:trPr>
          <w:jc w:val="center"/>
        </w:trPr>
        <w:tc>
          <w:tcPr>
            <w:tcW w:w="5216" w:type="dxa"/>
            <w:shd w:val="clear" w:color="auto" w:fill="auto"/>
            <w:tcMar>
              <w:top w:w="60" w:type="dxa"/>
              <w:left w:w="75" w:type="dxa"/>
              <w:bottom w:w="60" w:type="dxa"/>
              <w:right w:w="75" w:type="dxa"/>
            </w:tcMar>
          </w:tcPr>
          <w:p w:rsidR="009377A1" w:rsidRDefault="00BB72D7">
            <w:pPr>
              <w:spacing w:after="20"/>
              <w:jc w:val="both"/>
            </w:pPr>
            <w:r>
              <w:t>- GV tổ chức vòng chia sẻ trong nhóm 6: từng cặp trình bày nội dung đã tìm hiểu; nhóm thống nhất lí do cần giữ vệ sinh trường, lớp.</w:t>
            </w:r>
          </w:p>
        </w:tc>
        <w:tc>
          <w:tcPr>
            <w:tcW w:w="5216" w:type="dxa"/>
            <w:shd w:val="clear" w:color="auto" w:fill="auto"/>
            <w:tcMar>
              <w:top w:w="60" w:type="dxa"/>
              <w:left w:w="75" w:type="dxa"/>
              <w:bottom w:w="60" w:type="dxa"/>
              <w:right w:w="75" w:type="dxa"/>
            </w:tcMar>
          </w:tcPr>
          <w:p w:rsidR="009377A1" w:rsidRDefault="00BB72D7">
            <w:pPr>
              <w:spacing w:after="20"/>
              <w:jc w:val="both"/>
            </w:pPr>
            <w:r>
              <w:t>- HS chia sẻ và thống nhất: giữ vệ sinh giúp trường lớp sạch, thoáng mát, an toàn và học tập vui hơn.</w:t>
            </w:r>
          </w:p>
        </w:tc>
      </w:tr>
      <w:tr w:rsidR="009377A1" w:rsidTr="00F35103">
        <w:trPr>
          <w:jc w:val="center"/>
        </w:trPr>
        <w:tc>
          <w:tcPr>
            <w:tcW w:w="5216" w:type="dxa"/>
            <w:shd w:val="clear" w:color="auto" w:fill="auto"/>
            <w:tcMar>
              <w:top w:w="60" w:type="dxa"/>
              <w:left w:w="75" w:type="dxa"/>
              <w:bottom w:w="60" w:type="dxa"/>
              <w:right w:w="75" w:type="dxa"/>
            </w:tcMar>
          </w:tcPr>
          <w:p w:rsidR="009377A1" w:rsidRDefault="00BB72D7">
            <w:pPr>
              <w:spacing w:after="20"/>
              <w:jc w:val="both"/>
            </w:pPr>
            <w:r>
              <w:rPr>
                <w:color w:val="C00000"/>
              </w:rPr>
              <w:t xml:space="preserve">- GV hỏi dẫn tích hợp: “Mỗi mẩu rác bỏ đúng </w:t>
            </w:r>
            <w:r>
              <w:rPr>
                <w:color w:val="C00000"/>
              </w:rPr>
              <w:lastRenderedPageBreak/>
              <w:t>chỗ và mỗi việc lau dọn nhỏ giúp môi trường học tập thay đổi như thế nào?”</w:t>
            </w:r>
          </w:p>
        </w:tc>
        <w:tc>
          <w:tcPr>
            <w:tcW w:w="5216" w:type="dxa"/>
            <w:shd w:val="clear" w:color="auto" w:fill="auto"/>
            <w:tcMar>
              <w:top w:w="60" w:type="dxa"/>
              <w:left w:w="75" w:type="dxa"/>
              <w:bottom w:w="60" w:type="dxa"/>
              <w:right w:w="75" w:type="dxa"/>
            </w:tcMar>
          </w:tcPr>
          <w:p w:rsidR="009377A1" w:rsidRDefault="00BB72D7">
            <w:pPr>
              <w:spacing w:after="20"/>
              <w:jc w:val="both"/>
            </w:pPr>
            <w:r>
              <w:rPr>
                <w:color w:val="C00000"/>
              </w:rPr>
              <w:lastRenderedPageBreak/>
              <w:t xml:space="preserve">- HS trả lời: Giúp lớp sạch hơn, cây xanh đẹp </w:t>
            </w:r>
            <w:r>
              <w:rPr>
                <w:color w:val="C00000"/>
              </w:rPr>
              <w:lastRenderedPageBreak/>
              <w:t>hơn, mọi người không bị bẩn hoặc vấp ngã.</w:t>
            </w:r>
          </w:p>
        </w:tc>
      </w:tr>
      <w:tr w:rsidR="009377A1" w:rsidTr="00F35103">
        <w:trPr>
          <w:jc w:val="center"/>
        </w:trPr>
        <w:tc>
          <w:tcPr>
            <w:tcW w:w="5216" w:type="dxa"/>
            <w:shd w:val="clear" w:color="auto" w:fill="auto"/>
            <w:tcMar>
              <w:top w:w="60" w:type="dxa"/>
              <w:left w:w="75" w:type="dxa"/>
              <w:bottom w:w="60" w:type="dxa"/>
              <w:right w:w="75" w:type="dxa"/>
            </w:tcMar>
          </w:tcPr>
          <w:p w:rsidR="009377A1" w:rsidRDefault="00BB72D7">
            <w:pPr>
              <w:spacing w:after="20"/>
              <w:jc w:val="both"/>
            </w:pPr>
            <w:r>
              <w:rPr>
                <w:color w:val="C00000"/>
              </w:rPr>
              <w:lastRenderedPageBreak/>
              <w:t>- GV diễn giải: “Trường, lớp là môi trường chung của thầy cô và học sinh. Không xả rác, biết nhặt rác đúng cách, lau bàn ghế, chăm cây và tiết kiệm nước là những việc làm bảo vệ môi trường. Khi mỗi bạn cùng thực hiện, trường học sẽ xanh, sạch, đẹp và an toàn hơn.”</w:t>
            </w:r>
          </w:p>
        </w:tc>
        <w:tc>
          <w:tcPr>
            <w:tcW w:w="5216" w:type="dxa"/>
            <w:shd w:val="clear" w:color="auto" w:fill="auto"/>
            <w:tcMar>
              <w:top w:w="60" w:type="dxa"/>
              <w:left w:w="75" w:type="dxa"/>
              <w:bottom w:w="60" w:type="dxa"/>
              <w:right w:w="75" w:type="dxa"/>
            </w:tcMar>
          </w:tcPr>
          <w:p w:rsidR="009377A1" w:rsidRDefault="00BB72D7">
            <w:pPr>
              <w:spacing w:after="20"/>
              <w:jc w:val="both"/>
            </w:pPr>
            <w:r>
              <w:rPr>
                <w:color w:val="C00000"/>
              </w:rPr>
              <w:t>- HS lắng nghe; nêu việc làm phù hợp để giữ sạch lớp học.</w:t>
            </w:r>
          </w:p>
        </w:tc>
      </w:tr>
      <w:tr w:rsidR="009377A1" w:rsidTr="00F35103">
        <w:trPr>
          <w:jc w:val="center"/>
        </w:trPr>
        <w:tc>
          <w:tcPr>
            <w:tcW w:w="5216" w:type="dxa"/>
            <w:tcBorders>
              <w:bottom w:val="single" w:sz="4" w:space="0" w:color="auto"/>
            </w:tcBorders>
            <w:shd w:val="clear" w:color="auto" w:fill="auto"/>
            <w:tcMar>
              <w:top w:w="60" w:type="dxa"/>
              <w:left w:w="75" w:type="dxa"/>
              <w:bottom w:w="60" w:type="dxa"/>
              <w:right w:w="75" w:type="dxa"/>
            </w:tcMar>
          </w:tcPr>
          <w:p w:rsidR="009377A1" w:rsidRDefault="00BB72D7">
            <w:pPr>
              <w:spacing w:after="20"/>
              <w:jc w:val="both"/>
            </w:pPr>
            <w:r>
              <w:t>- GV kết luận: “Giữ vệ sinh trường, lớp là trách nhiệm của mỗi học sinh.”</w:t>
            </w:r>
          </w:p>
        </w:tc>
        <w:tc>
          <w:tcPr>
            <w:tcW w:w="5216" w:type="dxa"/>
            <w:tcBorders>
              <w:bottom w:val="single" w:sz="4" w:space="0" w:color="auto"/>
            </w:tcBorders>
            <w:shd w:val="clear" w:color="auto" w:fill="auto"/>
            <w:tcMar>
              <w:top w:w="60" w:type="dxa"/>
              <w:left w:w="75" w:type="dxa"/>
              <w:bottom w:w="60" w:type="dxa"/>
              <w:right w:w="75" w:type="dxa"/>
            </w:tcMar>
          </w:tcPr>
          <w:p w:rsidR="009377A1" w:rsidRDefault="00BB72D7">
            <w:pPr>
              <w:spacing w:after="20"/>
              <w:jc w:val="both"/>
            </w:pPr>
            <w:r>
              <w:t>- HS nhắc lại kết luận.</w:t>
            </w:r>
          </w:p>
        </w:tc>
      </w:tr>
      <w:tr w:rsidR="009377A1" w:rsidTr="00F35103">
        <w:trPr>
          <w:jc w:val="center"/>
        </w:trPr>
        <w:tc>
          <w:tcPr>
            <w:tcW w:w="10432" w:type="dxa"/>
            <w:gridSpan w:val="2"/>
            <w:tcBorders>
              <w:top w:val="single" w:sz="4" w:space="0" w:color="auto"/>
              <w:bottom w:val="single" w:sz="4" w:space="0" w:color="auto"/>
            </w:tcBorders>
            <w:shd w:val="clear" w:color="auto" w:fill="auto"/>
            <w:tcMar>
              <w:top w:w="75" w:type="dxa"/>
              <w:left w:w="75" w:type="dxa"/>
              <w:bottom w:w="75" w:type="dxa"/>
              <w:right w:w="75" w:type="dxa"/>
            </w:tcMar>
          </w:tcPr>
          <w:p w:rsidR="009377A1" w:rsidRDefault="00BB72D7">
            <w:pPr>
              <w:spacing w:after="20"/>
            </w:pPr>
            <w:r>
              <w:rPr>
                <w:b/>
              </w:rPr>
              <w:t>3. Luyện tập - Em chọn hành vi đúng</w:t>
            </w:r>
          </w:p>
          <w:p w:rsidR="009377A1" w:rsidRDefault="00BB72D7">
            <w:pPr>
              <w:spacing w:after="20"/>
              <w:jc w:val="both"/>
            </w:pPr>
            <w:r>
              <w:rPr>
                <w:b/>
              </w:rPr>
              <w:t xml:space="preserve">Mục tiêu: </w:t>
            </w:r>
            <w:r>
              <w:t>Nhận xét được việc làm giữ vệ sinh và hành vi làm bẩn môi trường.</w:t>
            </w:r>
          </w:p>
        </w:tc>
      </w:tr>
      <w:tr w:rsidR="009377A1" w:rsidTr="00F35103">
        <w:trPr>
          <w:jc w:val="center"/>
        </w:trPr>
        <w:tc>
          <w:tcPr>
            <w:tcW w:w="5216" w:type="dxa"/>
            <w:tcBorders>
              <w:top w:val="single" w:sz="4" w:space="0" w:color="auto"/>
            </w:tcBorders>
            <w:shd w:val="clear" w:color="auto" w:fill="auto"/>
            <w:tcMar>
              <w:top w:w="60" w:type="dxa"/>
              <w:left w:w="75" w:type="dxa"/>
              <w:bottom w:w="60" w:type="dxa"/>
              <w:right w:w="75" w:type="dxa"/>
            </w:tcMar>
          </w:tcPr>
          <w:p w:rsidR="009377A1" w:rsidRDefault="00BB72D7" w:rsidP="00F35103">
            <w:pPr>
              <w:spacing w:after="20"/>
              <w:jc w:val="both"/>
            </w:pPr>
            <w:r>
              <w:t>- GV giao nhiệm vụ cá nhân: HS quan sát tranh Luyện tập, chọn hành vi đúng; sau đó trao đổi nhóm đôi để nói lời nhắc bạn lịch sự.</w:t>
            </w:r>
          </w:p>
        </w:tc>
        <w:tc>
          <w:tcPr>
            <w:tcW w:w="5216" w:type="dxa"/>
            <w:tcBorders>
              <w:top w:val="single" w:sz="4" w:space="0" w:color="auto"/>
            </w:tcBorders>
            <w:shd w:val="clear" w:color="auto" w:fill="auto"/>
            <w:tcMar>
              <w:top w:w="60" w:type="dxa"/>
              <w:left w:w="75" w:type="dxa"/>
              <w:bottom w:w="60" w:type="dxa"/>
              <w:right w:w="75" w:type="dxa"/>
            </w:tcMar>
          </w:tcPr>
          <w:p w:rsidR="009377A1" w:rsidRDefault="00BB72D7">
            <w:pPr>
              <w:spacing w:after="20"/>
              <w:jc w:val="both"/>
            </w:pPr>
            <w:r>
              <w:t>- HS thực hiện cá nhân, trao đổi nhóm đôi và luyện nói lời nhắc phù hợp.</w:t>
            </w:r>
          </w:p>
        </w:tc>
      </w:tr>
      <w:tr w:rsidR="009377A1" w:rsidTr="00F35103">
        <w:trPr>
          <w:jc w:val="center"/>
        </w:trPr>
        <w:tc>
          <w:tcPr>
            <w:tcW w:w="5216" w:type="dxa"/>
            <w:shd w:val="clear" w:color="auto" w:fill="auto"/>
            <w:tcMar>
              <w:top w:w="60" w:type="dxa"/>
              <w:left w:w="75" w:type="dxa"/>
              <w:bottom w:w="60" w:type="dxa"/>
              <w:right w:w="75" w:type="dxa"/>
            </w:tcMar>
          </w:tcPr>
          <w:p w:rsidR="009377A1" w:rsidRDefault="00BB72D7">
            <w:pPr>
              <w:spacing w:after="20"/>
              <w:jc w:val="both"/>
            </w:pPr>
            <w:r>
              <w:t>- GV hỏi: “Khi thấy bạn vứt rác chưa đúng chỗ, em sẽ nhắc bạn thế nào?”</w:t>
            </w:r>
          </w:p>
        </w:tc>
        <w:tc>
          <w:tcPr>
            <w:tcW w:w="5216" w:type="dxa"/>
            <w:shd w:val="clear" w:color="auto" w:fill="auto"/>
            <w:tcMar>
              <w:top w:w="60" w:type="dxa"/>
              <w:left w:w="75" w:type="dxa"/>
              <w:bottom w:w="60" w:type="dxa"/>
              <w:right w:w="75" w:type="dxa"/>
            </w:tcMar>
          </w:tcPr>
          <w:p w:rsidR="009377A1" w:rsidRDefault="00BB72D7">
            <w:pPr>
              <w:spacing w:after="20"/>
              <w:jc w:val="both"/>
            </w:pPr>
            <w:r>
              <w:t>- HS trả lời: “Bạn bỏ rác vào thùng để lớp mình sạch nhé!”</w:t>
            </w:r>
          </w:p>
        </w:tc>
      </w:tr>
      <w:tr w:rsidR="009377A1" w:rsidTr="00F35103">
        <w:trPr>
          <w:cantSplit/>
          <w:jc w:val="center"/>
        </w:trPr>
        <w:tc>
          <w:tcPr>
            <w:tcW w:w="5216" w:type="dxa"/>
            <w:tcBorders>
              <w:bottom w:val="single" w:sz="4" w:space="0" w:color="auto"/>
            </w:tcBorders>
            <w:shd w:val="clear" w:color="auto" w:fill="auto"/>
            <w:tcMar>
              <w:top w:w="60" w:type="dxa"/>
              <w:left w:w="75" w:type="dxa"/>
              <w:bottom w:w="60" w:type="dxa"/>
              <w:right w:w="75" w:type="dxa"/>
            </w:tcMar>
          </w:tcPr>
          <w:p w:rsidR="009377A1" w:rsidRDefault="00BB72D7">
            <w:pPr>
              <w:spacing w:after="20"/>
              <w:jc w:val="both"/>
            </w:pPr>
            <w:r>
              <w:t>- GV chốt: “Nhắc bạn bằng lời lịch sự và cùng thực hiện là cách bảo vệ môi trường.”</w:t>
            </w:r>
          </w:p>
        </w:tc>
        <w:tc>
          <w:tcPr>
            <w:tcW w:w="5216" w:type="dxa"/>
            <w:tcBorders>
              <w:bottom w:val="single" w:sz="4" w:space="0" w:color="auto"/>
            </w:tcBorders>
            <w:shd w:val="clear" w:color="auto" w:fill="auto"/>
            <w:tcMar>
              <w:top w:w="60" w:type="dxa"/>
              <w:left w:w="75" w:type="dxa"/>
              <w:bottom w:w="60" w:type="dxa"/>
              <w:right w:w="75" w:type="dxa"/>
            </w:tcMar>
          </w:tcPr>
          <w:p w:rsidR="009377A1" w:rsidRDefault="00BB72D7">
            <w:pPr>
              <w:spacing w:after="20"/>
              <w:jc w:val="both"/>
            </w:pPr>
            <w:r>
              <w:t>- HS lắng nghe, ghi nhớ.</w:t>
            </w:r>
          </w:p>
        </w:tc>
      </w:tr>
      <w:tr w:rsidR="009377A1" w:rsidTr="00F35103">
        <w:trPr>
          <w:jc w:val="center"/>
        </w:trPr>
        <w:tc>
          <w:tcPr>
            <w:tcW w:w="10432" w:type="dxa"/>
            <w:gridSpan w:val="2"/>
            <w:tcBorders>
              <w:top w:val="single" w:sz="4" w:space="0" w:color="auto"/>
              <w:bottom w:val="single" w:sz="4" w:space="0" w:color="auto"/>
            </w:tcBorders>
            <w:shd w:val="clear" w:color="auto" w:fill="auto"/>
            <w:tcMar>
              <w:top w:w="75" w:type="dxa"/>
              <w:left w:w="75" w:type="dxa"/>
              <w:bottom w:w="75" w:type="dxa"/>
              <w:right w:w="75" w:type="dxa"/>
            </w:tcMar>
          </w:tcPr>
          <w:p w:rsidR="009377A1" w:rsidRDefault="00BB72D7">
            <w:pPr>
              <w:keepNext/>
              <w:keepLines/>
              <w:spacing w:after="20"/>
            </w:pPr>
            <w:bookmarkStart w:id="0" w:name="_GoBack"/>
            <w:r>
              <w:rPr>
                <w:b/>
              </w:rPr>
              <w:t>4. Vận dụng - Lớp em xanh, sạch, đẹp</w:t>
            </w:r>
          </w:p>
          <w:p w:rsidR="009377A1" w:rsidRDefault="00BB72D7">
            <w:pPr>
              <w:keepNext/>
              <w:keepLines/>
              <w:spacing w:after="20"/>
              <w:jc w:val="both"/>
            </w:pPr>
            <w:r>
              <w:rPr>
                <w:b/>
              </w:rPr>
              <w:t xml:space="preserve">Mục tiêu: </w:t>
            </w:r>
            <w:r>
              <w:t>Thực hiện một việc nhỏ giữ vệ sinh trong lớp hoặc ở sân trường.</w:t>
            </w:r>
          </w:p>
        </w:tc>
      </w:tr>
      <w:bookmarkEnd w:id="0"/>
      <w:tr w:rsidR="009377A1" w:rsidTr="00F35103">
        <w:trPr>
          <w:jc w:val="center"/>
        </w:trPr>
        <w:tc>
          <w:tcPr>
            <w:tcW w:w="5216" w:type="dxa"/>
            <w:tcBorders>
              <w:top w:val="single" w:sz="4" w:space="0" w:color="auto"/>
            </w:tcBorders>
            <w:shd w:val="clear" w:color="auto" w:fill="auto"/>
            <w:tcMar>
              <w:top w:w="60" w:type="dxa"/>
              <w:left w:w="75" w:type="dxa"/>
              <w:bottom w:w="60" w:type="dxa"/>
              <w:right w:w="75" w:type="dxa"/>
            </w:tcMar>
          </w:tcPr>
          <w:p w:rsidR="009377A1" w:rsidRDefault="00BB72D7" w:rsidP="00F35103">
            <w:pPr>
              <w:spacing w:after="20"/>
              <w:jc w:val="both"/>
            </w:pPr>
            <w:r>
              <w:t>- GV cho HS quan sát tranh Vận dụng; yêu cầu nói việc làm em sẽ thực hiện.</w:t>
            </w:r>
          </w:p>
        </w:tc>
        <w:tc>
          <w:tcPr>
            <w:tcW w:w="5216" w:type="dxa"/>
            <w:tcBorders>
              <w:top w:val="single" w:sz="4" w:space="0" w:color="auto"/>
            </w:tcBorders>
            <w:shd w:val="clear" w:color="auto" w:fill="auto"/>
            <w:tcMar>
              <w:top w:w="60" w:type="dxa"/>
              <w:left w:w="75" w:type="dxa"/>
              <w:bottom w:w="60" w:type="dxa"/>
              <w:right w:w="75" w:type="dxa"/>
            </w:tcMar>
          </w:tcPr>
          <w:p w:rsidR="009377A1" w:rsidRDefault="00BB72D7">
            <w:pPr>
              <w:spacing w:after="20"/>
              <w:jc w:val="both"/>
            </w:pPr>
            <w:r>
              <w:t>- HS trả lời: Em bỏ rác đúng nơi, lau bàn, xếp gọn lớp, chăm cây.</w:t>
            </w:r>
          </w:p>
        </w:tc>
      </w:tr>
      <w:tr w:rsidR="009377A1" w:rsidTr="00F35103">
        <w:trPr>
          <w:jc w:val="center"/>
        </w:trPr>
        <w:tc>
          <w:tcPr>
            <w:tcW w:w="5216" w:type="dxa"/>
            <w:shd w:val="clear" w:color="auto" w:fill="auto"/>
            <w:tcMar>
              <w:top w:w="60" w:type="dxa"/>
              <w:left w:w="75" w:type="dxa"/>
              <w:bottom w:w="60" w:type="dxa"/>
              <w:right w:w="75" w:type="dxa"/>
            </w:tcMar>
          </w:tcPr>
          <w:p w:rsidR="009377A1" w:rsidRDefault="00BB72D7">
            <w:pPr>
              <w:spacing w:after="20"/>
              <w:jc w:val="both"/>
            </w:pPr>
            <w:r>
              <w:t>- GV chia nhóm 4, phân công rõ: một bạn quan sát, một bạn nhặt rác sạch/an toàn, một bạn xếp đồ dùng, một bạn báo cáo; yêu cầu thực hiện trong khu vực bàn học.</w:t>
            </w:r>
          </w:p>
        </w:tc>
        <w:tc>
          <w:tcPr>
            <w:tcW w:w="5216" w:type="dxa"/>
            <w:shd w:val="clear" w:color="auto" w:fill="auto"/>
            <w:tcMar>
              <w:top w:w="60" w:type="dxa"/>
              <w:left w:w="75" w:type="dxa"/>
              <w:bottom w:w="60" w:type="dxa"/>
              <w:right w:w="75" w:type="dxa"/>
            </w:tcMar>
          </w:tcPr>
          <w:p w:rsidR="009377A1" w:rsidRDefault="00BB72D7">
            <w:pPr>
              <w:spacing w:after="20"/>
              <w:jc w:val="both"/>
            </w:pPr>
            <w:r>
              <w:t>- HS thực hiện theo vai trong nhóm 4, báo cáo kết quả và rửa tay sau hoạt động theo hướng dẫn.</w:t>
            </w:r>
          </w:p>
        </w:tc>
      </w:tr>
      <w:tr w:rsidR="009377A1" w:rsidTr="00F35103">
        <w:trPr>
          <w:jc w:val="center"/>
        </w:trPr>
        <w:tc>
          <w:tcPr>
            <w:tcW w:w="5216" w:type="dxa"/>
            <w:shd w:val="clear" w:color="auto" w:fill="auto"/>
            <w:tcMar>
              <w:top w:w="60" w:type="dxa"/>
              <w:left w:w="75" w:type="dxa"/>
              <w:bottom w:w="60" w:type="dxa"/>
              <w:right w:w="75" w:type="dxa"/>
            </w:tcMar>
          </w:tcPr>
          <w:p w:rsidR="009377A1" w:rsidRDefault="00BB72D7">
            <w:pPr>
              <w:spacing w:after="20"/>
              <w:jc w:val="both"/>
            </w:pPr>
            <w:r>
              <w:t>- GV nhận xét, tuyên dương hành vi bảo vệ môi trường.</w:t>
            </w:r>
          </w:p>
        </w:tc>
        <w:tc>
          <w:tcPr>
            <w:tcW w:w="5216" w:type="dxa"/>
            <w:shd w:val="clear" w:color="auto" w:fill="auto"/>
            <w:tcMar>
              <w:top w:w="60" w:type="dxa"/>
              <w:left w:w="75" w:type="dxa"/>
              <w:bottom w:w="60" w:type="dxa"/>
              <w:right w:w="75" w:type="dxa"/>
            </w:tcMar>
          </w:tcPr>
          <w:p w:rsidR="009377A1" w:rsidRDefault="00BB72D7">
            <w:pPr>
              <w:spacing w:after="20"/>
              <w:jc w:val="both"/>
            </w:pPr>
            <w:r>
              <w:t>- HS lắng nghe, duy trì thói quen.</w:t>
            </w:r>
          </w:p>
        </w:tc>
      </w:tr>
    </w:tbl>
    <w:p w:rsidR="009377A1" w:rsidRDefault="00BB72D7">
      <w:pPr>
        <w:spacing w:after="20" w:line="240" w:lineRule="auto"/>
      </w:pPr>
      <w:r>
        <w:rPr>
          <w:b/>
        </w:rPr>
        <w:t>IV. ĐIỀU CHỈNH SAU BÀI DẠY</w:t>
      </w:r>
    </w:p>
    <w:p w:rsidR="009377A1" w:rsidRDefault="00BB72D7">
      <w:pPr>
        <w:spacing w:after="20" w:line="240" w:lineRule="auto"/>
        <w:jc w:val="both"/>
      </w:pPr>
      <w:r>
        <w:t>................................................................................................................................................</w:t>
      </w:r>
    </w:p>
    <w:p w:rsidR="009377A1" w:rsidRDefault="00BB72D7">
      <w:pPr>
        <w:spacing w:after="20" w:line="240" w:lineRule="auto"/>
        <w:jc w:val="both"/>
      </w:pPr>
      <w:r>
        <w:t>................................................................................................................................................</w:t>
      </w:r>
    </w:p>
    <w:sectPr w:rsidR="009377A1" w:rsidSect="00034616">
      <w:pgSz w:w="11906" w:h="16838"/>
      <w:pgMar w:top="652" w:right="680" w:bottom="652"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9377A1"/>
    <w:rsid w:val="00AA1D8D"/>
    <w:rsid w:val="00B47730"/>
    <w:rsid w:val="00BB72D7"/>
    <w:rsid w:val="00CB0664"/>
    <w:rsid w:val="00F351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F351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10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F351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10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446DD-BE5B-4270-A577-01F33F273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4324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2026-06-03T19:44:00Z</dcterms:created>
  <dcterms:modified xsi:type="dcterms:W3CDTF">2026-08-20T10:18:00Z</dcterms:modified>
  <cp:category/>
</cp:coreProperties>
</file>