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CEF" w:rsidRPr="007E41BF" w:rsidRDefault="001818E9">
      <w:pPr>
        <w:spacing w:after="0" w:line="240" w:lineRule="auto"/>
        <w:jc w:val="center"/>
      </w:pPr>
      <w:r w:rsidRPr="007E41BF">
        <w:rPr>
          <w:b/>
          <w:sz w:val="30"/>
        </w:rPr>
        <w:t>KẾ HOẠCH BÀI DẠY MÔN TOÁN 3</w:t>
      </w:r>
    </w:p>
    <w:p w:rsidR="00F40CEF" w:rsidRPr="007E41BF" w:rsidRDefault="001818E9">
      <w:pPr>
        <w:spacing w:after="0" w:line="240" w:lineRule="auto"/>
        <w:jc w:val="center"/>
      </w:pPr>
      <w:r w:rsidRPr="007E41BF">
        <w:rPr>
          <w:b/>
          <w:sz w:val="28"/>
        </w:rPr>
        <w:t>CHỦ ĐỀ 2: BẢNG NHÂN, BẢNG CHIA</w:t>
      </w:r>
    </w:p>
    <w:p w:rsidR="00F40CEF" w:rsidRPr="007E41BF" w:rsidRDefault="001818E9">
      <w:pPr>
        <w:spacing w:after="0" w:line="240" w:lineRule="auto"/>
        <w:jc w:val="center"/>
      </w:pPr>
      <w:r w:rsidRPr="007E41BF">
        <w:rPr>
          <w:b/>
          <w:sz w:val="28"/>
        </w:rPr>
        <w:t>Bài 10: BẢNG NHÂN 7, BẢNG CHIA 7</w:t>
      </w:r>
    </w:p>
    <w:p w:rsidR="00F40CEF" w:rsidRPr="007E41BF" w:rsidRDefault="001818E9">
      <w:pPr>
        <w:spacing w:after="0" w:line="240" w:lineRule="auto"/>
        <w:jc w:val="center"/>
      </w:pPr>
      <w:r w:rsidRPr="007E41BF">
        <w:rPr>
          <w:b/>
        </w:rPr>
        <w:t>TUẦN 5 - TIẾT 1: BẢNG NHÂN 7, BẢNG CHIA 7 (T2) - Trang 32</w:t>
      </w:r>
    </w:p>
    <w:p w:rsidR="00F40CEF" w:rsidRPr="007E41BF" w:rsidRDefault="001818E9">
      <w:pPr>
        <w:spacing w:after="0" w:line="240" w:lineRule="auto"/>
      </w:pPr>
      <w:r w:rsidRPr="007E41BF">
        <w:rPr>
          <w:b/>
        </w:rPr>
        <w:t>I. YÊU CẦU CẦN ĐẠT:</w:t>
      </w:r>
    </w:p>
    <w:p w:rsidR="00F40CEF" w:rsidRPr="007E41BF" w:rsidRDefault="001818E9">
      <w:pPr>
        <w:spacing w:after="0" w:line="240" w:lineRule="auto"/>
      </w:pPr>
      <w:r w:rsidRPr="007E41BF">
        <w:rPr>
          <w:b/>
        </w:rPr>
        <w:t>1. Năng lực đặc thù:</w:t>
      </w:r>
    </w:p>
    <w:p w:rsidR="00F40CEF" w:rsidRPr="007E41BF" w:rsidRDefault="001818E9">
      <w:pPr>
        <w:spacing w:after="0" w:line="240" w:lineRule="auto"/>
      </w:pPr>
      <w:r w:rsidRPr="007E41BF">
        <w:t>- Củng cố bảng nhân 7, bảng chia 7; tính được các phép nhân, phép chia có liên quan đến 7.</w:t>
      </w:r>
    </w:p>
    <w:p w:rsidR="00F40CEF" w:rsidRPr="007E41BF" w:rsidRDefault="001818E9">
      <w:pPr>
        <w:spacing w:after="0" w:line="240" w:lineRule="auto"/>
      </w:pPr>
      <w:r w:rsidRPr="007E41BF">
        <w:t>- Vận dụng bảng nhân 7, bảng chia 7 để giải bài toán có lời văn và điền số còn thiếu.</w:t>
      </w:r>
    </w:p>
    <w:p w:rsidR="00F40CEF" w:rsidRPr="007E41BF" w:rsidRDefault="001818E9">
      <w:pPr>
        <w:spacing w:after="0" w:line="240" w:lineRule="auto"/>
      </w:pPr>
      <w:r w:rsidRPr="007E41BF">
        <w:t>- So sánh được giá trị các biểu thức nhân, chia đơn giản trong phạm vi bảng 7.</w:t>
      </w:r>
    </w:p>
    <w:p w:rsidR="00F40CEF" w:rsidRPr="007E41BF" w:rsidRDefault="001818E9">
      <w:pPr>
        <w:spacing w:after="0" w:line="240" w:lineRule="auto"/>
      </w:pPr>
      <w:r w:rsidRPr="007E41BF">
        <w:rPr>
          <w:b/>
        </w:rPr>
        <w:t>2. Năng lực chung:</w:t>
      </w:r>
    </w:p>
    <w:p w:rsidR="00F40CEF" w:rsidRPr="007E41BF" w:rsidRDefault="001818E9">
      <w:pPr>
        <w:spacing w:after="0" w:line="240" w:lineRule="auto"/>
      </w:pPr>
      <w:r w:rsidRPr="007E41BF">
        <w:t>- Năng lực tự chủ, tự học: Tự đọc yêu cầu bài, tự tính nhẩm, tự làm bài vào vở/bảng con và kiểm tra kết quả trước khi trình bày.</w:t>
      </w:r>
    </w:p>
    <w:p w:rsidR="00F40CEF" w:rsidRPr="007E41BF" w:rsidRDefault="001818E9">
      <w:pPr>
        <w:spacing w:after="0" w:line="240" w:lineRule="auto"/>
      </w:pPr>
      <w:r w:rsidRPr="007E41BF">
        <w:t>- Năng lực giải quyết vấn đề và sáng tạo: Biết lựa chọn phép tính, quy tắc hoặc cách quan sát phù hợp để giải quyết nhiệm vụ học tập.</w:t>
      </w:r>
    </w:p>
    <w:p w:rsidR="00F40CEF" w:rsidRPr="007E41BF" w:rsidRDefault="001818E9">
      <w:pPr>
        <w:spacing w:after="0" w:line="240" w:lineRule="auto"/>
      </w:pPr>
      <w:r w:rsidRPr="007E41BF">
        <w:t>- Năng lực giao tiếp và hợp tác: Trao đổi nhóm, trình bày cách làm, nhận xét bài làm của bạn và thống nhất kết quả.</w:t>
      </w:r>
    </w:p>
    <w:p w:rsidR="00F40CEF" w:rsidRPr="007E41BF" w:rsidRDefault="001818E9">
      <w:pPr>
        <w:spacing w:after="0" w:line="240" w:lineRule="auto"/>
      </w:pPr>
      <w:r w:rsidRPr="007E41BF">
        <w:rPr>
          <w:b/>
        </w:rPr>
        <w:t>3. Phẩm chất:</w:t>
      </w:r>
    </w:p>
    <w:p w:rsidR="00F40CEF" w:rsidRPr="007E41BF" w:rsidRDefault="001818E9">
      <w:pPr>
        <w:spacing w:after="0" w:line="240" w:lineRule="auto"/>
      </w:pPr>
      <w:r w:rsidRPr="007E41BF">
        <w:t>- Chăm chỉ: Tích cực tham gia các hoạt động học tập, hoàn thành đầy đủ bài tập được giao.</w:t>
      </w:r>
    </w:p>
    <w:p w:rsidR="00F40CEF" w:rsidRPr="007E41BF" w:rsidRDefault="001818E9">
      <w:pPr>
        <w:spacing w:after="0" w:line="240" w:lineRule="auto"/>
      </w:pPr>
      <w:r w:rsidRPr="007E41BF">
        <w:t>- Trách nhiệm: Cẩn thận khi tính toán, trình bày bài giải rõ ràng và sửa lỗi sau khi được góp ý.</w:t>
      </w:r>
    </w:p>
    <w:p w:rsidR="00F40CEF" w:rsidRPr="007E41BF" w:rsidRDefault="001818E9">
      <w:pPr>
        <w:spacing w:after="0" w:line="240" w:lineRule="auto"/>
      </w:pPr>
      <w:r w:rsidRPr="007E41BF">
        <w:t>- Trung thực: Tự đối chiếu kết quả, mạnh dạn nhận lỗi sai và sửa lại cho đúng.</w:t>
      </w:r>
    </w:p>
    <w:p w:rsidR="00F40CEF" w:rsidRPr="007E41BF" w:rsidRDefault="001818E9">
      <w:pPr>
        <w:spacing w:after="0" w:line="240" w:lineRule="auto"/>
      </w:pPr>
      <w:r w:rsidRPr="007E41BF">
        <w:rPr>
          <w:b/>
        </w:rPr>
        <w:t>II. ĐỒ DÙNG DẠY HỌC:</w:t>
      </w:r>
    </w:p>
    <w:p w:rsidR="00F40CEF" w:rsidRPr="007E41BF" w:rsidRDefault="001818E9">
      <w:pPr>
        <w:spacing w:after="0" w:line="240" w:lineRule="auto"/>
      </w:pPr>
      <w:r w:rsidRPr="007E41BF">
        <w:t>- Kế hoạch bài dạy, bài giảng PowerPoint.</w:t>
      </w:r>
    </w:p>
    <w:p w:rsidR="00F40CEF" w:rsidRPr="007E41BF" w:rsidRDefault="001818E9">
      <w:pPr>
        <w:spacing w:after="0" w:line="240" w:lineRule="auto"/>
      </w:pPr>
      <w:r w:rsidRPr="007E41BF">
        <w:t>- SGK Toán 3, bảng con, phiếu học tập, bút dạ.</w:t>
      </w:r>
    </w:p>
    <w:p w:rsidR="00F40CEF" w:rsidRPr="007E41BF" w:rsidRDefault="001818E9">
      <w:pPr>
        <w:spacing w:after="0" w:line="240" w:lineRule="auto"/>
      </w:pPr>
      <w:r w:rsidRPr="007E41BF">
        <w:t>- Máy tính, máy chiếu/bảng tương tác để trình chiếu hình bài tập trong SGK.</w:t>
      </w:r>
    </w:p>
    <w:p w:rsidR="00F40CEF" w:rsidRPr="007E41BF" w:rsidRDefault="001818E9">
      <w:pPr>
        <w:spacing w:after="0" w:line="240" w:lineRule="auto"/>
      </w:pPr>
      <w:r w:rsidRPr="007E41BF">
        <w:rPr>
          <w:b/>
        </w:rPr>
        <w:t>III. HOẠT ĐỘNG DẠY HỌC:</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ayout w:type="fixed"/>
        <w:tblLook w:val="04A0" w:firstRow="1" w:lastRow="0" w:firstColumn="1" w:lastColumn="0" w:noHBand="0" w:noVBand="1"/>
      </w:tblPr>
      <w:tblGrid>
        <w:gridCol w:w="4989"/>
        <w:gridCol w:w="4983"/>
      </w:tblGrid>
      <w:tr w:rsidR="007E41BF" w:rsidRPr="007E41BF" w:rsidTr="007E41BF">
        <w:trPr>
          <w:tblHeader/>
          <w:jc w:val="center"/>
        </w:trPr>
        <w:tc>
          <w:tcPr>
            <w:tcW w:w="4989" w:type="dxa"/>
            <w:tcBorders>
              <w:bottom w:val="single" w:sz="6" w:space="0" w:color="000000"/>
            </w:tcBorders>
            <w:shd w:val="clear" w:color="auto" w:fill="auto"/>
          </w:tcPr>
          <w:p w:rsidR="00F40CEF" w:rsidRPr="007E41BF" w:rsidRDefault="001818E9">
            <w:pPr>
              <w:jc w:val="center"/>
            </w:pPr>
            <w:r w:rsidRPr="007E41BF">
              <w:rPr>
                <w:b/>
              </w:rPr>
              <w:t>Hoạt động của giáo viên</w:t>
            </w:r>
          </w:p>
        </w:tc>
        <w:tc>
          <w:tcPr>
            <w:tcW w:w="4309" w:type="dxa"/>
            <w:tcBorders>
              <w:bottom w:val="single" w:sz="6" w:space="0" w:color="000000"/>
            </w:tcBorders>
            <w:shd w:val="clear" w:color="auto" w:fill="auto"/>
          </w:tcPr>
          <w:p w:rsidR="00F40CEF" w:rsidRPr="007E41BF" w:rsidRDefault="001818E9">
            <w:pPr>
              <w:jc w:val="center"/>
            </w:pPr>
            <w:r w:rsidRPr="007E41BF">
              <w:rPr>
                <w:b/>
              </w:rPr>
              <w:t>Hoạt động của học sinh</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1. KHỞI ĐỘNG (5 PHÚT):</w:t>
            </w:r>
          </w:p>
          <w:p w:rsidR="00F40CEF" w:rsidRPr="007E41BF" w:rsidRDefault="001818E9">
            <w:r w:rsidRPr="007E41BF">
              <w:rPr>
                <w:b/>
              </w:rPr>
              <w:t>- Mục tiêu:</w:t>
            </w:r>
          </w:p>
          <w:p w:rsidR="00F40CEF" w:rsidRPr="007E41BF" w:rsidRDefault="001818E9">
            <w:r w:rsidRPr="007E41BF">
              <w:t>+ Ôn lại bảng nhân 7, bảng chia 7.</w:t>
            </w:r>
          </w:p>
          <w:p w:rsidR="00F40CEF" w:rsidRPr="007E41BF" w:rsidRDefault="001818E9">
            <w:r w:rsidRPr="007E41BF">
              <w:t>+ Tạo hứng thú trước khi luyện tập.</w:t>
            </w:r>
          </w:p>
          <w:p w:rsidR="00F40CEF" w:rsidRPr="007E41BF" w:rsidRDefault="001818E9">
            <w:r w:rsidRPr="007E41BF">
              <w:rPr>
                <w:b/>
              </w:rPr>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t>- GV tổ chức trò chơi “Truyền điện bảng 7”.</w:t>
            </w:r>
          </w:p>
        </w:tc>
        <w:tc>
          <w:tcPr>
            <w:tcW w:w="4309" w:type="dxa"/>
            <w:tcBorders>
              <w:top w:val="single" w:sz="6" w:space="0" w:color="000000"/>
            </w:tcBorders>
            <w:shd w:val="clear" w:color="auto" w:fill="auto"/>
          </w:tcPr>
          <w:p w:rsidR="00F40CEF" w:rsidRPr="007E41BF" w:rsidRDefault="001818E9">
            <w:r w:rsidRPr="007E41BF">
              <w:t>- HS tham gia trò chơi theo hiệu lệnh của GV.</w:t>
            </w:r>
          </w:p>
        </w:tc>
      </w:tr>
      <w:tr w:rsidR="007E41BF" w:rsidRPr="007E41BF" w:rsidTr="007E41BF">
        <w:trPr>
          <w:jc w:val="center"/>
        </w:trPr>
        <w:tc>
          <w:tcPr>
            <w:tcW w:w="4989" w:type="dxa"/>
            <w:shd w:val="clear" w:color="auto" w:fill="auto"/>
          </w:tcPr>
          <w:p w:rsidR="00F40CEF" w:rsidRPr="007E41BF" w:rsidRDefault="001818E9">
            <w:r w:rsidRPr="007E41BF">
              <w:t>- GV nêu phép tính 7 x 4 và gọi HS trả lời.</w:t>
            </w:r>
          </w:p>
        </w:tc>
        <w:tc>
          <w:tcPr>
            <w:tcW w:w="4309" w:type="dxa"/>
            <w:shd w:val="clear" w:color="auto" w:fill="auto"/>
          </w:tcPr>
          <w:p w:rsidR="00F40CEF" w:rsidRPr="007E41BF" w:rsidRDefault="001818E9">
            <w:r w:rsidRPr="007E41BF">
              <w:t>- HS trả lời: 7 x 4 = 28.</w:t>
            </w:r>
          </w:p>
        </w:tc>
      </w:tr>
      <w:tr w:rsidR="007E41BF" w:rsidRPr="007E41BF" w:rsidTr="007E41BF">
        <w:trPr>
          <w:jc w:val="center"/>
        </w:trPr>
        <w:tc>
          <w:tcPr>
            <w:tcW w:w="4989" w:type="dxa"/>
            <w:shd w:val="clear" w:color="auto" w:fill="auto"/>
          </w:tcPr>
          <w:p w:rsidR="00F40CEF" w:rsidRPr="007E41BF" w:rsidRDefault="001818E9">
            <w:r w:rsidRPr="007E41BF">
              <w:t>- GV nêu phép tính 56 : 7 và gọi HS trả lời.</w:t>
            </w:r>
          </w:p>
        </w:tc>
        <w:tc>
          <w:tcPr>
            <w:tcW w:w="4309" w:type="dxa"/>
            <w:shd w:val="clear" w:color="auto" w:fill="auto"/>
          </w:tcPr>
          <w:p w:rsidR="00F40CEF" w:rsidRPr="007E41BF" w:rsidRDefault="001818E9">
            <w:r w:rsidRPr="007E41BF">
              <w:t>- HS trả lời: 56 : 7 = 8.</w:t>
            </w:r>
          </w:p>
        </w:tc>
      </w:tr>
      <w:tr w:rsidR="007E41BF" w:rsidRPr="007E41BF" w:rsidTr="007E41BF">
        <w:trPr>
          <w:jc w:val="center"/>
        </w:trPr>
        <w:tc>
          <w:tcPr>
            <w:tcW w:w="4989" w:type="dxa"/>
            <w:shd w:val="clear" w:color="auto" w:fill="auto"/>
          </w:tcPr>
          <w:p w:rsidR="00F40CEF" w:rsidRPr="007E41BF" w:rsidRDefault="001818E9">
            <w:r w:rsidRPr="007E41BF">
              <w:t>- GV hỏi: Muốn chia một số cho 7 nhanh, em cần nhớ kiến thức nào?</w:t>
            </w:r>
          </w:p>
        </w:tc>
        <w:tc>
          <w:tcPr>
            <w:tcW w:w="4309" w:type="dxa"/>
            <w:shd w:val="clear" w:color="auto" w:fill="auto"/>
          </w:tcPr>
          <w:p w:rsidR="00F40CEF" w:rsidRPr="007E41BF" w:rsidRDefault="001818E9">
            <w:r w:rsidRPr="007E41BF">
              <w:t>- HS trả lời: Em cần nhớ bảng chia 7 và bảng nhân 7.</w:t>
            </w:r>
          </w:p>
        </w:tc>
      </w:tr>
      <w:tr w:rsidR="007E41BF" w:rsidRPr="007E41BF" w:rsidTr="007E41BF">
        <w:trPr>
          <w:jc w:val="center"/>
        </w:trPr>
        <w:tc>
          <w:tcPr>
            <w:tcW w:w="4989" w:type="dxa"/>
            <w:tcBorders>
              <w:bottom w:val="single" w:sz="6" w:space="0" w:color="000000"/>
            </w:tcBorders>
            <w:shd w:val="clear" w:color="auto" w:fill="auto"/>
          </w:tcPr>
          <w:p w:rsidR="00F40CEF" w:rsidRPr="007E41BF" w:rsidRDefault="001818E9">
            <w:r w:rsidRPr="007E41BF">
              <w:t>- GV kết luận kiến thức: Bảng nhân 7 và bảng chia 7 có mối quan hệ chặt chẽ, giúp chúng ta tính nhẩm nhanh và giải bài toán thực tế.</w:t>
            </w:r>
          </w:p>
        </w:tc>
        <w:tc>
          <w:tcPr>
            <w:tcW w:w="4309" w:type="dxa"/>
            <w:tcBorders>
              <w:bottom w:val="single" w:sz="6" w:space="0" w:color="000000"/>
            </w:tcBorders>
            <w:shd w:val="clear" w:color="auto" w:fill="auto"/>
          </w:tcPr>
          <w:p w:rsidR="00F40CEF" w:rsidRPr="007E41BF" w:rsidRDefault="001818E9">
            <w:r w:rsidRPr="007E41BF">
              <w:t>- HS lắng nghe, ghi nhớ.</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2. LUYỆN TẬP (27 PHÚT):</w:t>
            </w:r>
          </w:p>
          <w:p w:rsidR="00F40CEF" w:rsidRPr="007E41BF" w:rsidRDefault="001818E9">
            <w:r w:rsidRPr="007E41BF">
              <w:rPr>
                <w:b/>
              </w:rPr>
              <w:t>- Mục tiêu:</w:t>
            </w:r>
          </w:p>
          <w:p w:rsidR="00F40CEF" w:rsidRPr="007E41BF" w:rsidRDefault="001818E9">
            <w:r w:rsidRPr="007E41BF">
              <w:t>+ Tính đúng các phép nhân, phép chia trong bảng 7.</w:t>
            </w:r>
          </w:p>
          <w:p w:rsidR="00F40CEF" w:rsidRPr="007E41BF" w:rsidRDefault="001818E9">
            <w:r w:rsidRPr="007E41BF">
              <w:lastRenderedPageBreak/>
              <w:t>+ Giải được bài toán có lời văn liên quan đến bảng nhân 7, bảng chia 7.</w:t>
            </w:r>
          </w:p>
          <w:p w:rsidR="00F40CEF" w:rsidRPr="007E41BF" w:rsidRDefault="001818E9">
            <w:r w:rsidRPr="007E41BF">
              <w:t>+ Điền đúng số còn thiếu và so sánh đúng các biểu thức.</w:t>
            </w:r>
          </w:p>
          <w:p w:rsidR="00F40CEF" w:rsidRPr="007E41BF" w:rsidRDefault="001818E9">
            <w:r w:rsidRPr="007E41BF">
              <w:rPr>
                <w:b/>
              </w:rPr>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rPr>
                <w:b/>
              </w:rPr>
              <w:lastRenderedPageBreak/>
              <w:t>- Bài 2. (Làm việc nhóm 2) Rô-bốt lấy các quả bóng ghi phép tính có kết quả bé hơn 28.</w:t>
            </w:r>
          </w:p>
        </w:tc>
        <w:tc>
          <w:tcPr>
            <w:tcW w:w="4309" w:type="dxa"/>
            <w:tcBorders>
              <w:top w:val="single" w:sz="6" w:space="0" w:color="000000"/>
            </w:tcBorders>
            <w:shd w:val="clear" w:color="auto" w:fill="auto"/>
          </w:tcPr>
          <w:p w:rsidR="00F40CEF" w:rsidRPr="007E41BF" w:rsidRDefault="001818E9">
            <w:r w:rsidRPr="007E41BF">
              <w:t>- HS đọc yêu cầu Bài 2.</w:t>
            </w:r>
          </w:p>
        </w:tc>
      </w:tr>
      <w:tr w:rsidR="007E41BF" w:rsidRPr="007E41BF" w:rsidTr="007E41BF">
        <w:trPr>
          <w:jc w:val="center"/>
        </w:trPr>
        <w:tc>
          <w:tcPr>
            <w:tcW w:w="4989" w:type="dxa"/>
            <w:shd w:val="clear" w:color="auto" w:fill="auto"/>
          </w:tcPr>
          <w:p w:rsidR="00F40CEF" w:rsidRPr="007E41BF" w:rsidRDefault="001818E9">
            <w:r w:rsidRPr="007E41BF">
              <w:t>- GV yêu cầu HS thảo luận nhóm 2, tính kết quả từng phép tính ghi trên quả bóng.</w:t>
            </w:r>
          </w:p>
        </w:tc>
        <w:tc>
          <w:tcPr>
            <w:tcW w:w="4309" w:type="dxa"/>
            <w:shd w:val="clear" w:color="auto" w:fill="auto"/>
          </w:tcPr>
          <w:p w:rsidR="00F40CEF" w:rsidRPr="007E41BF" w:rsidRDefault="001818E9">
            <w:r w:rsidRPr="007E41BF">
              <w:t>- HS thảo luận: 7 x 3 = 21; 56 : 7 = 8; 35 : 7 = 5; 7 x 6 = 42; 7 x 4 = 28; 49 : 7 = 7; 7 x 9 = 63; 21 : 7 = 3.</w:t>
            </w:r>
          </w:p>
        </w:tc>
      </w:tr>
      <w:tr w:rsidR="007E41BF" w:rsidRPr="007E41BF" w:rsidTr="007E41BF">
        <w:trPr>
          <w:jc w:val="center"/>
        </w:trPr>
        <w:tc>
          <w:tcPr>
            <w:tcW w:w="4989" w:type="dxa"/>
            <w:shd w:val="clear" w:color="auto" w:fill="auto"/>
          </w:tcPr>
          <w:p w:rsidR="00F40CEF" w:rsidRPr="007E41BF" w:rsidRDefault="001818E9">
            <w:r w:rsidRPr="007E41BF">
              <w:t>- GV hỏi: Những phép tính nào có kết quả bé hơn 28?</w:t>
            </w:r>
          </w:p>
        </w:tc>
        <w:tc>
          <w:tcPr>
            <w:tcW w:w="4309" w:type="dxa"/>
            <w:shd w:val="clear" w:color="auto" w:fill="auto"/>
          </w:tcPr>
          <w:p w:rsidR="00F40CEF" w:rsidRPr="007E41BF" w:rsidRDefault="001818E9">
            <w:r w:rsidRPr="007E41BF">
              <w:t>- HS trả lời: 7 x 3, 56 : 7, 35 : 7, 49 : 7, 21 : 7 có kết quả bé hơn 28.</w:t>
            </w:r>
          </w:p>
        </w:tc>
      </w:tr>
      <w:tr w:rsidR="007E41BF" w:rsidRPr="007E41BF" w:rsidTr="007E41BF">
        <w:trPr>
          <w:jc w:val="center"/>
        </w:trPr>
        <w:tc>
          <w:tcPr>
            <w:tcW w:w="4989" w:type="dxa"/>
            <w:shd w:val="clear" w:color="auto" w:fill="auto"/>
          </w:tcPr>
          <w:p w:rsidR="00F40CEF" w:rsidRPr="007E41BF" w:rsidRDefault="001818E9">
            <w:r w:rsidRPr="007E41BF">
              <w:t>- GV hỏi: Rô-bốt lấy được bao nhiêu quả bóng?</w:t>
            </w:r>
          </w:p>
        </w:tc>
        <w:tc>
          <w:tcPr>
            <w:tcW w:w="4309" w:type="dxa"/>
            <w:shd w:val="clear" w:color="auto" w:fill="auto"/>
          </w:tcPr>
          <w:p w:rsidR="00F40CEF" w:rsidRPr="007E41BF" w:rsidRDefault="001818E9">
            <w:r w:rsidRPr="007E41BF">
              <w:t>- HS trả lời: Rô-bốt lấy được 5 quả bóng.</w:t>
            </w:r>
          </w:p>
        </w:tc>
      </w:tr>
      <w:tr w:rsidR="007E41BF" w:rsidRPr="007E41BF" w:rsidTr="007E41BF">
        <w:trPr>
          <w:jc w:val="center"/>
        </w:trPr>
        <w:tc>
          <w:tcPr>
            <w:tcW w:w="4989" w:type="dxa"/>
            <w:shd w:val="clear" w:color="auto" w:fill="auto"/>
          </w:tcPr>
          <w:p w:rsidR="00F40CEF" w:rsidRPr="007E41BF" w:rsidRDefault="001818E9">
            <w:r w:rsidRPr="007E41BF">
              <w:t>- GV yêu cầu HS giải thích vì sao không chọn 7 x 4.</w:t>
            </w:r>
          </w:p>
        </w:tc>
        <w:tc>
          <w:tcPr>
            <w:tcW w:w="4309" w:type="dxa"/>
            <w:shd w:val="clear" w:color="auto" w:fill="auto"/>
          </w:tcPr>
          <w:p w:rsidR="00F40CEF" w:rsidRPr="007E41BF" w:rsidRDefault="001818E9">
            <w:r w:rsidRPr="007E41BF">
              <w:t>- HS trả lời: Vì 7 x 4 = 28, không bé hơn 28.</w:t>
            </w:r>
          </w:p>
        </w:tc>
      </w:tr>
      <w:tr w:rsidR="007E41BF" w:rsidRPr="007E41BF" w:rsidTr="007E41BF">
        <w:trPr>
          <w:jc w:val="center"/>
        </w:trPr>
        <w:tc>
          <w:tcPr>
            <w:tcW w:w="4989" w:type="dxa"/>
            <w:shd w:val="clear" w:color="auto" w:fill="auto"/>
          </w:tcPr>
          <w:p w:rsidR="00F40CEF" w:rsidRPr="007E41BF" w:rsidRDefault="001818E9">
            <w:r w:rsidRPr="007E41BF">
              <w:t>- GV kết luận kiến thức: Muốn chọn phép tính theo điều kiện, cần tính kết quả từng phép tính rồi so sánh với số đã cho.</w:t>
            </w:r>
          </w:p>
        </w:tc>
        <w:tc>
          <w:tcPr>
            <w:tcW w:w="4309" w:type="dxa"/>
            <w:shd w:val="clear" w:color="auto" w:fill="auto"/>
          </w:tcPr>
          <w:p w:rsidR="00F40CEF" w:rsidRPr="007E41BF" w:rsidRDefault="001818E9">
            <w:r w:rsidRPr="007E41BF">
              <w:t>- HS lắng nghe, hoàn thiện bài.</w:t>
            </w:r>
          </w:p>
        </w:tc>
      </w:tr>
      <w:tr w:rsidR="007E41BF" w:rsidRPr="007E41BF" w:rsidTr="007E41BF">
        <w:trPr>
          <w:jc w:val="center"/>
        </w:trPr>
        <w:tc>
          <w:tcPr>
            <w:tcW w:w="4989" w:type="dxa"/>
            <w:shd w:val="clear" w:color="auto" w:fill="auto"/>
          </w:tcPr>
          <w:p w:rsidR="00F40CEF" w:rsidRPr="007E41BF" w:rsidRDefault="001818E9">
            <w:r w:rsidRPr="007E41BF">
              <w:rPr>
                <w:b/>
              </w:rPr>
              <w:t>- Bài 3. (Làm việc cá nhân) Giải bài toán.</w:t>
            </w:r>
          </w:p>
          <w:p w:rsidR="00F40CEF" w:rsidRPr="007E41BF" w:rsidRDefault="001818E9">
            <w:r w:rsidRPr="007E41BF">
              <w:rPr>
                <w:noProof/>
              </w:rPr>
              <w:drawing>
                <wp:inline distT="0" distB="0" distL="0" distR="0" wp14:anchorId="2BFB898A" wp14:editId="6BD84B79">
                  <wp:extent cx="2971800" cy="3616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0_T2_B3.png"/>
                          <pic:cNvPicPr/>
                        </pic:nvPicPr>
                        <pic:blipFill>
                          <a:blip r:embed="rId7"/>
                          <a:stretch>
                            <a:fillRect/>
                          </a:stretch>
                        </pic:blipFill>
                        <pic:spPr>
                          <a:xfrm>
                            <a:off x="0" y="0"/>
                            <a:ext cx="2971800" cy="361648"/>
                          </a:xfrm>
                          <a:prstGeom prst="rect">
                            <a:avLst/>
                          </a:prstGeom>
                        </pic:spPr>
                      </pic:pic>
                    </a:graphicData>
                  </a:graphic>
                </wp:inline>
              </w:drawing>
            </w:r>
          </w:p>
        </w:tc>
        <w:tc>
          <w:tcPr>
            <w:tcW w:w="4309" w:type="dxa"/>
            <w:shd w:val="clear" w:color="auto" w:fill="auto"/>
          </w:tcPr>
          <w:p w:rsidR="00F40CEF" w:rsidRPr="007E41BF" w:rsidRDefault="001818E9">
            <w:r w:rsidRPr="007E41BF">
              <w:t>- HS đọc yêu cầu Bài 3.</w:t>
            </w:r>
          </w:p>
        </w:tc>
      </w:tr>
      <w:tr w:rsidR="007E41BF" w:rsidRPr="007E41BF" w:rsidTr="007E41BF">
        <w:trPr>
          <w:jc w:val="center"/>
        </w:trPr>
        <w:tc>
          <w:tcPr>
            <w:tcW w:w="4989" w:type="dxa"/>
            <w:shd w:val="clear" w:color="auto" w:fill="auto"/>
          </w:tcPr>
          <w:p w:rsidR="00F40CEF" w:rsidRPr="007E41BF" w:rsidRDefault="001818E9">
            <w:r w:rsidRPr="007E41BF">
              <w:t>- GV yêu cầu HS đọc đề, nêu dữ kiện và câu hỏi của bài toán.</w:t>
            </w:r>
          </w:p>
        </w:tc>
        <w:tc>
          <w:tcPr>
            <w:tcW w:w="4309" w:type="dxa"/>
            <w:shd w:val="clear" w:color="auto" w:fill="auto"/>
          </w:tcPr>
          <w:p w:rsidR="00F40CEF" w:rsidRPr="007E41BF" w:rsidRDefault="001818E9">
            <w:r w:rsidRPr="007E41BF">
              <w:t>- HS nêu: Mỗi tuần lễ có 7 ngày; bố của Mai đi công tác 4 tuần lễ; hỏi bố của Mai đi công tác bao nhiêu ngày.</w:t>
            </w:r>
          </w:p>
        </w:tc>
      </w:tr>
      <w:tr w:rsidR="007E41BF" w:rsidRPr="007E41BF" w:rsidTr="007E41BF">
        <w:trPr>
          <w:jc w:val="center"/>
        </w:trPr>
        <w:tc>
          <w:tcPr>
            <w:tcW w:w="4989" w:type="dxa"/>
            <w:shd w:val="clear" w:color="auto" w:fill="auto"/>
          </w:tcPr>
          <w:p w:rsidR="00F40CEF" w:rsidRPr="007E41BF" w:rsidRDefault="001818E9">
            <w:r w:rsidRPr="007E41BF">
              <w:t>- GV hỏi: Muốn biết 4 tuần lễ có bao nhiêu ngày, ta làm phép tính nào?</w:t>
            </w:r>
          </w:p>
        </w:tc>
        <w:tc>
          <w:tcPr>
            <w:tcW w:w="4309" w:type="dxa"/>
            <w:shd w:val="clear" w:color="auto" w:fill="auto"/>
          </w:tcPr>
          <w:p w:rsidR="00F40CEF" w:rsidRPr="007E41BF" w:rsidRDefault="001818E9">
            <w:r w:rsidRPr="007E41BF">
              <w:t>- HS trả lời: Ta làm phép nhân 7 x 4.</w:t>
            </w:r>
          </w:p>
        </w:tc>
      </w:tr>
      <w:tr w:rsidR="007E41BF" w:rsidRPr="007E41BF" w:rsidTr="007E41BF">
        <w:trPr>
          <w:jc w:val="center"/>
        </w:trPr>
        <w:tc>
          <w:tcPr>
            <w:tcW w:w="4989" w:type="dxa"/>
            <w:shd w:val="clear" w:color="auto" w:fill="auto"/>
          </w:tcPr>
          <w:p w:rsidR="00F40CEF" w:rsidRPr="007E41BF" w:rsidRDefault="001818E9">
            <w:r w:rsidRPr="007E41BF">
              <w:t>- GV yêu cầu HS trình bày một bài giải hoàn chỉnh vào vở.</w:t>
            </w:r>
          </w:p>
        </w:tc>
        <w:tc>
          <w:tcPr>
            <w:tcW w:w="4309" w:type="dxa"/>
            <w:shd w:val="clear" w:color="auto" w:fill="auto"/>
          </w:tcPr>
          <w:p w:rsidR="00F40CEF" w:rsidRPr="007E41BF" w:rsidRDefault="001818E9">
            <w:r w:rsidRPr="007E41BF">
              <w:t>- HS trình bày:</w:t>
            </w:r>
            <w:r w:rsidRPr="007E41BF">
              <w:br/>
              <w:t>Bài giải</w:t>
            </w:r>
            <w:r w:rsidRPr="007E41BF">
              <w:br/>
              <w:t>Bố của Mai đi công tác số ngày là:</w:t>
            </w:r>
            <w:r w:rsidRPr="007E41BF">
              <w:br/>
              <w:t>7 x 4 = 28 (ngày)</w:t>
            </w:r>
            <w:r w:rsidRPr="007E41BF">
              <w:br/>
              <w:t>Đáp số: 28 ngày.</w:t>
            </w:r>
          </w:p>
        </w:tc>
      </w:tr>
      <w:tr w:rsidR="007E41BF" w:rsidRPr="007E41BF" w:rsidTr="007E41BF">
        <w:trPr>
          <w:jc w:val="center"/>
        </w:trPr>
        <w:tc>
          <w:tcPr>
            <w:tcW w:w="4989" w:type="dxa"/>
            <w:shd w:val="clear" w:color="auto" w:fill="auto"/>
          </w:tcPr>
          <w:p w:rsidR="00F40CEF" w:rsidRPr="007E41BF" w:rsidRDefault="001818E9">
            <w:r w:rsidRPr="007E41BF">
              <w:t>- GV mời HS đọc bài giải và nhận xét đơn vị trong đáp số.</w:t>
            </w:r>
          </w:p>
        </w:tc>
        <w:tc>
          <w:tcPr>
            <w:tcW w:w="4309" w:type="dxa"/>
            <w:shd w:val="clear" w:color="auto" w:fill="auto"/>
          </w:tcPr>
          <w:p w:rsidR="00F40CEF" w:rsidRPr="007E41BF" w:rsidRDefault="001818E9">
            <w:r w:rsidRPr="007E41BF">
              <w:t>- HS đọc bài giải, nhận xét đơn vị là “ngày”.</w:t>
            </w:r>
          </w:p>
        </w:tc>
      </w:tr>
      <w:tr w:rsidR="007E41BF" w:rsidRPr="007E41BF" w:rsidTr="007E41BF">
        <w:trPr>
          <w:jc w:val="center"/>
        </w:trPr>
        <w:tc>
          <w:tcPr>
            <w:tcW w:w="4989" w:type="dxa"/>
            <w:shd w:val="clear" w:color="auto" w:fill="auto"/>
          </w:tcPr>
          <w:p w:rsidR="00F40CEF" w:rsidRPr="007E41BF" w:rsidRDefault="001818E9">
            <w:r w:rsidRPr="007E41BF">
              <w:t>- GV kết luận kiến thức: Với các nhóm có số lượng bằng nhau, ta dùng phép nhân để tìm tổng nhanh hơn.</w:t>
            </w:r>
          </w:p>
        </w:tc>
        <w:tc>
          <w:tcPr>
            <w:tcW w:w="4309" w:type="dxa"/>
            <w:shd w:val="clear" w:color="auto" w:fill="auto"/>
          </w:tcPr>
          <w:p w:rsidR="00F40CEF" w:rsidRPr="007E41BF" w:rsidRDefault="001818E9">
            <w:r w:rsidRPr="007E41BF">
              <w:t>- HS lắng nghe và sửa bài nếu cần.</w:t>
            </w:r>
          </w:p>
        </w:tc>
      </w:tr>
      <w:tr w:rsidR="007E41BF" w:rsidRPr="007E41BF" w:rsidTr="007E41BF">
        <w:trPr>
          <w:jc w:val="center"/>
        </w:trPr>
        <w:tc>
          <w:tcPr>
            <w:tcW w:w="4989" w:type="dxa"/>
            <w:shd w:val="clear" w:color="auto" w:fill="auto"/>
          </w:tcPr>
          <w:p w:rsidR="00F40CEF" w:rsidRPr="007E41BF" w:rsidRDefault="001818E9">
            <w:r w:rsidRPr="007E41BF">
              <w:rPr>
                <w:b/>
              </w:rPr>
              <w:t>- Bài 1. Luyện tập (Trò chơi học tập “Dãy số bí mật”) Nêu các số còn thiếu.</w:t>
            </w:r>
          </w:p>
          <w:p w:rsidR="00F40CEF" w:rsidRPr="007E41BF" w:rsidRDefault="00F40CEF"/>
        </w:tc>
        <w:tc>
          <w:tcPr>
            <w:tcW w:w="4309" w:type="dxa"/>
            <w:shd w:val="clear" w:color="auto" w:fill="auto"/>
          </w:tcPr>
          <w:p w:rsidR="00F40CEF" w:rsidRPr="007E41BF" w:rsidRDefault="001818E9">
            <w:r w:rsidRPr="007E41BF">
              <w:t>- HS đọc yêu cầu Bài 1.</w:t>
            </w:r>
          </w:p>
        </w:tc>
      </w:tr>
      <w:tr w:rsidR="007E41BF" w:rsidRPr="007E41BF" w:rsidTr="007E41BF">
        <w:trPr>
          <w:jc w:val="center"/>
        </w:trPr>
        <w:tc>
          <w:tcPr>
            <w:tcW w:w="4989" w:type="dxa"/>
            <w:shd w:val="clear" w:color="auto" w:fill="auto"/>
          </w:tcPr>
          <w:p w:rsidR="00F40CEF" w:rsidRPr="007E41BF" w:rsidRDefault="001818E9">
            <w:r w:rsidRPr="007E41BF">
              <w:t>- GV chia lớp thành 2 đội, đội A hoàn thành dãy a, đội B hoàn thành dãy b.</w:t>
            </w:r>
          </w:p>
        </w:tc>
        <w:tc>
          <w:tcPr>
            <w:tcW w:w="4309" w:type="dxa"/>
            <w:shd w:val="clear" w:color="auto" w:fill="auto"/>
          </w:tcPr>
          <w:p w:rsidR="00F40CEF" w:rsidRPr="007E41BF" w:rsidRDefault="001818E9">
            <w:r w:rsidRPr="007E41BF">
              <w:t>- HS tham gia trò chơi theo đội.</w:t>
            </w:r>
          </w:p>
        </w:tc>
      </w:tr>
      <w:tr w:rsidR="007E41BF" w:rsidRPr="007E41BF" w:rsidTr="007E41BF">
        <w:trPr>
          <w:jc w:val="center"/>
        </w:trPr>
        <w:tc>
          <w:tcPr>
            <w:tcW w:w="4989" w:type="dxa"/>
            <w:shd w:val="clear" w:color="auto" w:fill="auto"/>
          </w:tcPr>
          <w:p w:rsidR="00F40CEF" w:rsidRPr="007E41BF" w:rsidRDefault="001818E9">
            <w:r w:rsidRPr="007E41BF">
              <w:t>- GV yêu cầu đội A nêu quy luật và các số còn thiếu ở dãy a.</w:t>
            </w:r>
          </w:p>
        </w:tc>
        <w:tc>
          <w:tcPr>
            <w:tcW w:w="4309" w:type="dxa"/>
            <w:shd w:val="clear" w:color="auto" w:fill="auto"/>
          </w:tcPr>
          <w:p w:rsidR="00F40CEF" w:rsidRPr="007E41BF" w:rsidRDefault="001818E9">
            <w:r w:rsidRPr="007E41BF">
              <w:t>- HS nêu: Dãy a tăng thêm 7; các số còn thiếu là 28, 49, 63.</w:t>
            </w:r>
          </w:p>
        </w:tc>
      </w:tr>
      <w:tr w:rsidR="007E41BF" w:rsidRPr="007E41BF" w:rsidTr="007E41BF">
        <w:trPr>
          <w:jc w:val="center"/>
        </w:trPr>
        <w:tc>
          <w:tcPr>
            <w:tcW w:w="4989" w:type="dxa"/>
            <w:shd w:val="clear" w:color="auto" w:fill="auto"/>
          </w:tcPr>
          <w:p w:rsidR="00F40CEF" w:rsidRPr="007E41BF" w:rsidRDefault="001818E9">
            <w:r w:rsidRPr="007E41BF">
              <w:t xml:space="preserve">- GV yêu cầu đội B nêu quy luật và các số </w:t>
            </w:r>
            <w:r w:rsidRPr="007E41BF">
              <w:lastRenderedPageBreak/>
              <w:t>còn thiếu ở dãy b.</w:t>
            </w:r>
          </w:p>
        </w:tc>
        <w:tc>
          <w:tcPr>
            <w:tcW w:w="4309" w:type="dxa"/>
            <w:shd w:val="clear" w:color="auto" w:fill="auto"/>
          </w:tcPr>
          <w:p w:rsidR="00F40CEF" w:rsidRPr="007E41BF" w:rsidRDefault="001818E9">
            <w:r w:rsidRPr="007E41BF">
              <w:lastRenderedPageBreak/>
              <w:t xml:space="preserve">- HS nêu: Dãy b giảm đi 7; các số còn thiếu </w:t>
            </w:r>
            <w:r w:rsidRPr="007E41BF">
              <w:lastRenderedPageBreak/>
              <w:t>là 49, 42, 28, 14.</w:t>
            </w:r>
          </w:p>
        </w:tc>
      </w:tr>
      <w:tr w:rsidR="007E41BF" w:rsidRPr="007E41BF" w:rsidTr="007E41BF">
        <w:trPr>
          <w:jc w:val="center"/>
        </w:trPr>
        <w:tc>
          <w:tcPr>
            <w:tcW w:w="4989" w:type="dxa"/>
            <w:shd w:val="clear" w:color="auto" w:fill="auto"/>
          </w:tcPr>
          <w:p w:rsidR="00F40CEF" w:rsidRPr="007E41BF" w:rsidRDefault="001818E9">
            <w:r w:rsidRPr="007E41BF">
              <w:lastRenderedPageBreak/>
              <w:t>- GV hỏi: Các dãy số này giúp em nhớ bảng nào?</w:t>
            </w:r>
          </w:p>
        </w:tc>
        <w:tc>
          <w:tcPr>
            <w:tcW w:w="4309" w:type="dxa"/>
            <w:shd w:val="clear" w:color="auto" w:fill="auto"/>
          </w:tcPr>
          <w:p w:rsidR="00F40CEF" w:rsidRPr="007E41BF" w:rsidRDefault="001818E9">
            <w:r w:rsidRPr="007E41BF">
              <w:t>- HS trả lời: Giúp em nhớ bảng nhân 7 và bảng chia 7.</w:t>
            </w:r>
          </w:p>
        </w:tc>
      </w:tr>
      <w:tr w:rsidR="007E41BF" w:rsidRPr="007E41BF" w:rsidTr="007E41BF">
        <w:trPr>
          <w:jc w:val="center"/>
        </w:trPr>
        <w:tc>
          <w:tcPr>
            <w:tcW w:w="4989" w:type="dxa"/>
            <w:shd w:val="clear" w:color="auto" w:fill="auto"/>
          </w:tcPr>
          <w:p w:rsidR="00F40CEF" w:rsidRPr="007E41BF" w:rsidRDefault="001818E9">
            <w:r w:rsidRPr="007E41BF">
              <w:t>- GV kết luận kiến thức: Khi đếm thêm hoặc bớt 7, ta củng cố được các kết quả trong bảng nhân, chia 7.</w:t>
            </w:r>
          </w:p>
        </w:tc>
        <w:tc>
          <w:tcPr>
            <w:tcW w:w="4309" w:type="dxa"/>
            <w:shd w:val="clear" w:color="auto" w:fill="auto"/>
          </w:tcPr>
          <w:p w:rsidR="00F40CEF" w:rsidRPr="007E41BF" w:rsidRDefault="001818E9">
            <w:r w:rsidRPr="007E41BF">
              <w:t>- HS lắng nghe, ghi nhớ.</w:t>
            </w:r>
          </w:p>
        </w:tc>
      </w:tr>
      <w:tr w:rsidR="007E41BF" w:rsidRPr="007E41BF" w:rsidTr="007E41BF">
        <w:trPr>
          <w:jc w:val="center"/>
        </w:trPr>
        <w:tc>
          <w:tcPr>
            <w:tcW w:w="4989" w:type="dxa"/>
            <w:shd w:val="clear" w:color="auto" w:fill="auto"/>
          </w:tcPr>
          <w:p w:rsidR="00F40CEF" w:rsidRPr="007E41BF" w:rsidRDefault="001818E9">
            <w:r w:rsidRPr="007E41BF">
              <w:rPr>
                <w:b/>
              </w:rPr>
              <w:t>- Bài 2. Luyện tập (Làm việc cá nhân) Số?</w:t>
            </w:r>
          </w:p>
          <w:p w:rsidR="00F40CEF" w:rsidRPr="007E41BF" w:rsidRDefault="00F40CEF"/>
        </w:tc>
        <w:tc>
          <w:tcPr>
            <w:tcW w:w="4309" w:type="dxa"/>
            <w:shd w:val="clear" w:color="auto" w:fill="auto"/>
          </w:tcPr>
          <w:p w:rsidR="00F40CEF" w:rsidRPr="007E41BF" w:rsidRDefault="001818E9">
            <w:r w:rsidRPr="007E41BF">
              <w:t>- HS đọc yêu cầu Bài 2.</w:t>
            </w:r>
          </w:p>
        </w:tc>
      </w:tr>
      <w:tr w:rsidR="007E41BF" w:rsidRPr="007E41BF" w:rsidTr="007E41BF">
        <w:trPr>
          <w:jc w:val="center"/>
        </w:trPr>
        <w:tc>
          <w:tcPr>
            <w:tcW w:w="4989" w:type="dxa"/>
            <w:shd w:val="clear" w:color="auto" w:fill="auto"/>
          </w:tcPr>
          <w:p w:rsidR="00F40CEF" w:rsidRPr="007E41BF" w:rsidRDefault="001818E9">
            <w:r w:rsidRPr="007E41BF">
              <w:t>- GV yêu cầu HS quan sát bảng a và nêu phép tính cần thực hiện.</w:t>
            </w:r>
          </w:p>
        </w:tc>
        <w:tc>
          <w:tcPr>
            <w:tcW w:w="4309" w:type="dxa"/>
            <w:shd w:val="clear" w:color="auto" w:fill="auto"/>
          </w:tcPr>
          <w:p w:rsidR="00F40CEF" w:rsidRPr="007E41BF" w:rsidRDefault="001818E9">
            <w:r w:rsidRPr="007E41BF">
              <w:t>- HS nêu: Cần nhân số 7 với các số 1, 3, 5, 7, 8, 6.</w:t>
            </w:r>
          </w:p>
        </w:tc>
      </w:tr>
      <w:tr w:rsidR="007E41BF" w:rsidRPr="007E41BF" w:rsidTr="007E41BF">
        <w:trPr>
          <w:jc w:val="center"/>
        </w:trPr>
        <w:tc>
          <w:tcPr>
            <w:tcW w:w="4989" w:type="dxa"/>
            <w:shd w:val="clear" w:color="auto" w:fill="auto"/>
          </w:tcPr>
          <w:p w:rsidR="00F40CEF" w:rsidRPr="007E41BF" w:rsidRDefault="001818E9">
            <w:r w:rsidRPr="007E41BF">
              <w:t>- GV mời HS đọc kết quả bảng a.</w:t>
            </w:r>
          </w:p>
        </w:tc>
        <w:tc>
          <w:tcPr>
            <w:tcW w:w="4309" w:type="dxa"/>
            <w:shd w:val="clear" w:color="auto" w:fill="auto"/>
          </w:tcPr>
          <w:p w:rsidR="00F40CEF" w:rsidRPr="007E41BF" w:rsidRDefault="001818E9">
            <w:r w:rsidRPr="007E41BF">
              <w:t>- HS nêu: 7; 21; 35; 49; 56; 42.</w:t>
            </w:r>
          </w:p>
        </w:tc>
      </w:tr>
      <w:tr w:rsidR="007E41BF" w:rsidRPr="007E41BF" w:rsidTr="007E41BF">
        <w:trPr>
          <w:jc w:val="center"/>
        </w:trPr>
        <w:tc>
          <w:tcPr>
            <w:tcW w:w="4989" w:type="dxa"/>
            <w:shd w:val="clear" w:color="auto" w:fill="auto"/>
          </w:tcPr>
          <w:p w:rsidR="00F40CEF" w:rsidRPr="007E41BF" w:rsidRDefault="001818E9">
            <w:r w:rsidRPr="007E41BF">
              <w:t>- GV yêu cầu HS quan sát bảng b và nêu phép tính cần thực hiện.</w:t>
            </w:r>
          </w:p>
        </w:tc>
        <w:tc>
          <w:tcPr>
            <w:tcW w:w="4309" w:type="dxa"/>
            <w:shd w:val="clear" w:color="auto" w:fill="auto"/>
          </w:tcPr>
          <w:p w:rsidR="00F40CEF" w:rsidRPr="007E41BF" w:rsidRDefault="001818E9">
            <w:r w:rsidRPr="007E41BF">
              <w:t>- HS nêu: Cần chia các số 14, 21, 35, 42, 70, 56 cho 7.</w:t>
            </w:r>
          </w:p>
        </w:tc>
      </w:tr>
      <w:tr w:rsidR="007E41BF" w:rsidRPr="007E41BF" w:rsidTr="007E41BF">
        <w:trPr>
          <w:jc w:val="center"/>
        </w:trPr>
        <w:tc>
          <w:tcPr>
            <w:tcW w:w="4989" w:type="dxa"/>
            <w:shd w:val="clear" w:color="auto" w:fill="auto"/>
          </w:tcPr>
          <w:p w:rsidR="00F40CEF" w:rsidRPr="007E41BF" w:rsidRDefault="001818E9">
            <w:r w:rsidRPr="007E41BF">
              <w:t>- GV mời HS đọc kết quả bảng b.</w:t>
            </w:r>
          </w:p>
        </w:tc>
        <w:tc>
          <w:tcPr>
            <w:tcW w:w="4309" w:type="dxa"/>
            <w:shd w:val="clear" w:color="auto" w:fill="auto"/>
          </w:tcPr>
          <w:p w:rsidR="00F40CEF" w:rsidRPr="007E41BF" w:rsidRDefault="001818E9">
            <w:r w:rsidRPr="007E41BF">
              <w:t>- HS nêu: 2; 3; 5; 6; 10; 8.</w:t>
            </w:r>
          </w:p>
        </w:tc>
      </w:tr>
      <w:tr w:rsidR="007E41BF" w:rsidRPr="007E41BF" w:rsidTr="007E41BF">
        <w:trPr>
          <w:jc w:val="center"/>
        </w:trPr>
        <w:tc>
          <w:tcPr>
            <w:tcW w:w="4989" w:type="dxa"/>
            <w:shd w:val="clear" w:color="auto" w:fill="auto"/>
          </w:tcPr>
          <w:p w:rsidR="00F40CEF" w:rsidRPr="007E41BF" w:rsidRDefault="001818E9">
            <w:r w:rsidRPr="007E41BF">
              <w:t>- GV kết luận kiến thức: Dựa vào bảng nhân 7, ta có thể tìm nhanh kết quả của bảng chia 7.</w:t>
            </w:r>
          </w:p>
        </w:tc>
        <w:tc>
          <w:tcPr>
            <w:tcW w:w="4309" w:type="dxa"/>
            <w:shd w:val="clear" w:color="auto" w:fill="auto"/>
          </w:tcPr>
          <w:p w:rsidR="00F40CEF" w:rsidRPr="007E41BF" w:rsidRDefault="001818E9">
            <w:r w:rsidRPr="007E41BF">
              <w:t>- HS lắng nghe, sửa bài.</w:t>
            </w:r>
          </w:p>
        </w:tc>
      </w:tr>
      <w:tr w:rsidR="007E41BF" w:rsidRPr="007E41BF" w:rsidTr="007E41BF">
        <w:trPr>
          <w:jc w:val="center"/>
        </w:trPr>
        <w:tc>
          <w:tcPr>
            <w:tcW w:w="4989" w:type="dxa"/>
            <w:shd w:val="clear" w:color="auto" w:fill="auto"/>
          </w:tcPr>
          <w:p w:rsidR="00F40CEF" w:rsidRPr="007E41BF" w:rsidRDefault="001818E9">
            <w:r w:rsidRPr="007E41BF">
              <w:rPr>
                <w:b/>
              </w:rPr>
              <w:t>- Bài 3. Luyện tập (Làm việc cá nhân) Giải bài toán.</w:t>
            </w:r>
          </w:p>
        </w:tc>
        <w:tc>
          <w:tcPr>
            <w:tcW w:w="4309" w:type="dxa"/>
            <w:shd w:val="clear" w:color="auto" w:fill="auto"/>
          </w:tcPr>
          <w:p w:rsidR="00F40CEF" w:rsidRPr="007E41BF" w:rsidRDefault="001818E9">
            <w:r w:rsidRPr="007E41BF">
              <w:t>- HS đọc yêu cầu Bài 3.</w:t>
            </w:r>
          </w:p>
        </w:tc>
      </w:tr>
      <w:tr w:rsidR="007E41BF" w:rsidRPr="007E41BF" w:rsidTr="007E41BF">
        <w:trPr>
          <w:jc w:val="center"/>
        </w:trPr>
        <w:tc>
          <w:tcPr>
            <w:tcW w:w="4989" w:type="dxa"/>
            <w:shd w:val="clear" w:color="auto" w:fill="auto"/>
          </w:tcPr>
          <w:p w:rsidR="00F40CEF" w:rsidRPr="007E41BF" w:rsidRDefault="001818E9">
            <w:r w:rsidRPr="007E41BF">
              <w:t>- GV yêu cầu HS nêu dữ kiện bài toán.</w:t>
            </w:r>
          </w:p>
        </w:tc>
        <w:tc>
          <w:tcPr>
            <w:tcW w:w="4309" w:type="dxa"/>
            <w:shd w:val="clear" w:color="auto" w:fill="auto"/>
          </w:tcPr>
          <w:p w:rsidR="00F40CEF" w:rsidRPr="007E41BF" w:rsidRDefault="001818E9">
            <w:r w:rsidRPr="007E41BF">
              <w:t>- HS nêu: Có 42 cái cốc xếp đều vào 7 hộp.</w:t>
            </w:r>
          </w:p>
        </w:tc>
      </w:tr>
      <w:tr w:rsidR="007E41BF" w:rsidRPr="007E41BF" w:rsidTr="007E41BF">
        <w:trPr>
          <w:jc w:val="center"/>
        </w:trPr>
        <w:tc>
          <w:tcPr>
            <w:tcW w:w="4989" w:type="dxa"/>
            <w:shd w:val="clear" w:color="auto" w:fill="auto"/>
          </w:tcPr>
          <w:p w:rsidR="00F40CEF" w:rsidRPr="007E41BF" w:rsidRDefault="001818E9">
            <w:r w:rsidRPr="007E41BF">
              <w:t>- GV hỏi: Bài toán hỏi gì?</w:t>
            </w:r>
          </w:p>
        </w:tc>
        <w:tc>
          <w:tcPr>
            <w:tcW w:w="4309" w:type="dxa"/>
            <w:shd w:val="clear" w:color="auto" w:fill="auto"/>
          </w:tcPr>
          <w:p w:rsidR="00F40CEF" w:rsidRPr="007E41BF" w:rsidRDefault="001818E9">
            <w:r w:rsidRPr="007E41BF">
              <w:t>- HS trả lời: Hỏi mỗi hộp có mấy cái cốc.</w:t>
            </w:r>
          </w:p>
        </w:tc>
      </w:tr>
      <w:tr w:rsidR="007E41BF" w:rsidRPr="007E41BF" w:rsidTr="007E41BF">
        <w:trPr>
          <w:jc w:val="center"/>
        </w:trPr>
        <w:tc>
          <w:tcPr>
            <w:tcW w:w="4989" w:type="dxa"/>
            <w:shd w:val="clear" w:color="auto" w:fill="auto"/>
          </w:tcPr>
          <w:p w:rsidR="00F40CEF" w:rsidRPr="007E41BF" w:rsidRDefault="001818E9">
            <w:r w:rsidRPr="007E41BF">
              <w:t>- GV hỏi: Muốn tìm số cốc trong mỗi hộp, ta làm phép tính nào?</w:t>
            </w:r>
          </w:p>
        </w:tc>
        <w:tc>
          <w:tcPr>
            <w:tcW w:w="4309" w:type="dxa"/>
            <w:shd w:val="clear" w:color="auto" w:fill="auto"/>
          </w:tcPr>
          <w:p w:rsidR="00F40CEF" w:rsidRPr="007E41BF" w:rsidRDefault="001818E9">
            <w:r w:rsidRPr="007E41BF">
              <w:t>- HS trả lời: Ta làm phép chia 42 : 7.</w:t>
            </w:r>
          </w:p>
        </w:tc>
      </w:tr>
      <w:tr w:rsidR="007E41BF" w:rsidRPr="007E41BF" w:rsidTr="007E41BF">
        <w:trPr>
          <w:jc w:val="center"/>
        </w:trPr>
        <w:tc>
          <w:tcPr>
            <w:tcW w:w="4989" w:type="dxa"/>
            <w:shd w:val="clear" w:color="auto" w:fill="auto"/>
          </w:tcPr>
          <w:p w:rsidR="00F40CEF" w:rsidRPr="007E41BF" w:rsidRDefault="001818E9">
            <w:r w:rsidRPr="007E41BF">
              <w:t>- GV yêu cầu HS trình bày bài giải hoàn chỉnh.</w:t>
            </w:r>
          </w:p>
        </w:tc>
        <w:tc>
          <w:tcPr>
            <w:tcW w:w="4309" w:type="dxa"/>
            <w:shd w:val="clear" w:color="auto" w:fill="auto"/>
          </w:tcPr>
          <w:p w:rsidR="00F40CEF" w:rsidRPr="007E41BF" w:rsidRDefault="001818E9">
            <w:r w:rsidRPr="007E41BF">
              <w:t>- HS trình bày:</w:t>
            </w:r>
            <w:r w:rsidRPr="007E41BF">
              <w:br/>
              <w:t>Bài giải</w:t>
            </w:r>
            <w:r w:rsidRPr="007E41BF">
              <w:br/>
              <w:t>Mỗi hộp có số cái cốc là:</w:t>
            </w:r>
            <w:r w:rsidRPr="007E41BF">
              <w:br/>
              <w:t>42 : 7 = 6 (cái cốc)</w:t>
            </w:r>
            <w:r w:rsidRPr="007E41BF">
              <w:br/>
              <w:t>Đáp số: 6 cái cốc.</w:t>
            </w:r>
          </w:p>
        </w:tc>
      </w:tr>
      <w:tr w:rsidR="007E41BF" w:rsidRPr="007E41BF" w:rsidTr="007E41BF">
        <w:trPr>
          <w:jc w:val="center"/>
        </w:trPr>
        <w:tc>
          <w:tcPr>
            <w:tcW w:w="4989" w:type="dxa"/>
            <w:shd w:val="clear" w:color="auto" w:fill="auto"/>
          </w:tcPr>
          <w:p w:rsidR="00F40CEF" w:rsidRPr="007E41BF" w:rsidRDefault="001818E9">
            <w:r w:rsidRPr="007E41BF">
              <w:t>- GV kết luận kiến thức: Khi chia đều một số đồ vật vào các nhóm bằng nhau, ta dùng phép chia.</w:t>
            </w:r>
          </w:p>
        </w:tc>
        <w:tc>
          <w:tcPr>
            <w:tcW w:w="4309" w:type="dxa"/>
            <w:shd w:val="clear" w:color="auto" w:fill="auto"/>
          </w:tcPr>
          <w:p w:rsidR="00F40CEF" w:rsidRPr="007E41BF" w:rsidRDefault="001818E9">
            <w:r w:rsidRPr="007E41BF">
              <w:t>- HS lắng nghe, ghi nhớ.</w:t>
            </w:r>
          </w:p>
        </w:tc>
      </w:tr>
      <w:tr w:rsidR="007E41BF" w:rsidRPr="007E41BF" w:rsidTr="007E41BF">
        <w:trPr>
          <w:jc w:val="center"/>
        </w:trPr>
        <w:tc>
          <w:tcPr>
            <w:tcW w:w="4989" w:type="dxa"/>
            <w:shd w:val="clear" w:color="auto" w:fill="auto"/>
          </w:tcPr>
          <w:p w:rsidR="00F40CEF" w:rsidRPr="007E41BF" w:rsidRDefault="001818E9">
            <w:r w:rsidRPr="007E41BF">
              <w:rPr>
                <w:b/>
              </w:rPr>
              <w:t>- Bài 4. Luyện tập (Làm việc nhóm 2) &gt;; &lt;; = ?</w:t>
            </w:r>
          </w:p>
        </w:tc>
        <w:tc>
          <w:tcPr>
            <w:tcW w:w="4309" w:type="dxa"/>
            <w:shd w:val="clear" w:color="auto" w:fill="auto"/>
          </w:tcPr>
          <w:p w:rsidR="00F40CEF" w:rsidRPr="007E41BF" w:rsidRDefault="001818E9">
            <w:r w:rsidRPr="007E41BF">
              <w:t>- HS đọc yêu cầu Bài 4.</w:t>
            </w:r>
          </w:p>
        </w:tc>
      </w:tr>
      <w:tr w:rsidR="007E41BF" w:rsidRPr="007E41BF" w:rsidTr="007E41BF">
        <w:trPr>
          <w:jc w:val="center"/>
        </w:trPr>
        <w:tc>
          <w:tcPr>
            <w:tcW w:w="4989" w:type="dxa"/>
            <w:shd w:val="clear" w:color="auto" w:fill="auto"/>
          </w:tcPr>
          <w:p w:rsidR="00F40CEF" w:rsidRPr="007E41BF" w:rsidRDefault="001818E9">
            <w:r w:rsidRPr="007E41BF">
              <w:t>- GV yêu cầu HS tính kết quả hai vế của từng phép so sánh.</w:t>
            </w:r>
          </w:p>
        </w:tc>
        <w:tc>
          <w:tcPr>
            <w:tcW w:w="4309" w:type="dxa"/>
            <w:shd w:val="clear" w:color="auto" w:fill="auto"/>
          </w:tcPr>
          <w:p w:rsidR="00F40CEF" w:rsidRPr="007E41BF" w:rsidRDefault="001818E9">
            <w:r w:rsidRPr="007E41BF">
              <w:t>- HS tính từng phép tính vào nháp.</w:t>
            </w:r>
          </w:p>
        </w:tc>
      </w:tr>
      <w:tr w:rsidR="007E41BF" w:rsidRPr="007E41BF" w:rsidTr="007E41BF">
        <w:trPr>
          <w:jc w:val="center"/>
        </w:trPr>
        <w:tc>
          <w:tcPr>
            <w:tcW w:w="4989" w:type="dxa"/>
            <w:shd w:val="clear" w:color="auto" w:fill="auto"/>
          </w:tcPr>
          <w:p w:rsidR="00F40CEF" w:rsidRPr="007E41BF" w:rsidRDefault="001818E9">
            <w:r w:rsidRPr="007E41BF">
              <w:t>- GV mời HS nêu kết quả phần a.</w:t>
            </w:r>
          </w:p>
        </w:tc>
        <w:tc>
          <w:tcPr>
            <w:tcW w:w="4309" w:type="dxa"/>
            <w:shd w:val="clear" w:color="auto" w:fill="auto"/>
          </w:tcPr>
          <w:p w:rsidR="00F40CEF" w:rsidRPr="007E41BF" w:rsidRDefault="001818E9">
            <w:r w:rsidRPr="007E41BF">
              <w:t>- HS nêu: 7 x 5 &gt; 7 x 4; 7 x 2 = 2 x 7; 7 x 8 &lt; 7 x 9.</w:t>
            </w:r>
          </w:p>
        </w:tc>
      </w:tr>
      <w:tr w:rsidR="007E41BF" w:rsidRPr="007E41BF" w:rsidTr="007E41BF">
        <w:trPr>
          <w:jc w:val="center"/>
        </w:trPr>
        <w:tc>
          <w:tcPr>
            <w:tcW w:w="4989" w:type="dxa"/>
            <w:shd w:val="clear" w:color="auto" w:fill="auto"/>
          </w:tcPr>
          <w:p w:rsidR="00F40CEF" w:rsidRPr="007E41BF" w:rsidRDefault="001818E9">
            <w:r w:rsidRPr="007E41BF">
              <w:t>- GV mời HS nêu kết quả phần b.</w:t>
            </w:r>
          </w:p>
        </w:tc>
        <w:tc>
          <w:tcPr>
            <w:tcW w:w="4309" w:type="dxa"/>
            <w:shd w:val="clear" w:color="auto" w:fill="auto"/>
          </w:tcPr>
          <w:p w:rsidR="00F40CEF" w:rsidRPr="007E41BF" w:rsidRDefault="001818E9">
            <w:r w:rsidRPr="007E41BF">
              <w:t>- HS nêu: 42 : 7 &lt; 42 : 6; 21 : 7 = 6 : 2; 56 : 7 &gt; 49 : 7.</w:t>
            </w:r>
          </w:p>
        </w:tc>
      </w:tr>
      <w:tr w:rsidR="007E41BF" w:rsidRPr="007E41BF" w:rsidTr="007E41BF">
        <w:trPr>
          <w:jc w:val="center"/>
        </w:trPr>
        <w:tc>
          <w:tcPr>
            <w:tcW w:w="4989" w:type="dxa"/>
            <w:shd w:val="clear" w:color="auto" w:fill="auto"/>
          </w:tcPr>
          <w:p w:rsidR="00F40CEF" w:rsidRPr="007E41BF" w:rsidRDefault="001818E9">
            <w:r w:rsidRPr="007E41BF">
              <w:t>- GV hỏi: Trước khi điền dấu so sánh, em cần làm gì?</w:t>
            </w:r>
          </w:p>
        </w:tc>
        <w:tc>
          <w:tcPr>
            <w:tcW w:w="4309" w:type="dxa"/>
            <w:shd w:val="clear" w:color="auto" w:fill="auto"/>
          </w:tcPr>
          <w:p w:rsidR="00F40CEF" w:rsidRPr="007E41BF" w:rsidRDefault="001818E9">
            <w:r w:rsidRPr="007E41BF">
              <w:t>- HS trả lời: Em cần tính kết quả hai vế rồi mới so sánh.</w:t>
            </w:r>
          </w:p>
        </w:tc>
      </w:tr>
      <w:tr w:rsidR="007E41BF" w:rsidRPr="007E41BF" w:rsidTr="007E41BF">
        <w:trPr>
          <w:jc w:val="center"/>
        </w:trPr>
        <w:tc>
          <w:tcPr>
            <w:tcW w:w="4989" w:type="dxa"/>
            <w:tcBorders>
              <w:bottom w:val="single" w:sz="6" w:space="0" w:color="000000"/>
            </w:tcBorders>
            <w:shd w:val="clear" w:color="auto" w:fill="auto"/>
          </w:tcPr>
          <w:p w:rsidR="00F40CEF" w:rsidRPr="007E41BF" w:rsidRDefault="001818E9">
            <w:r w:rsidRPr="007E41BF">
              <w:t>- GV kết luận kiến thức: Để điền đúng dấu &gt;, &lt;, =, cần tính chính xác từng vế và so sánh kết quả.</w:t>
            </w:r>
          </w:p>
        </w:tc>
        <w:tc>
          <w:tcPr>
            <w:tcW w:w="4309" w:type="dxa"/>
            <w:tcBorders>
              <w:bottom w:val="single" w:sz="6" w:space="0" w:color="000000"/>
            </w:tcBorders>
            <w:shd w:val="clear" w:color="auto" w:fill="auto"/>
          </w:tcPr>
          <w:p w:rsidR="00F40CEF" w:rsidRPr="007E41BF" w:rsidRDefault="001818E9">
            <w:r w:rsidRPr="007E41BF">
              <w:t>- HS lắng nghe, hoàn thiện bài.</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lastRenderedPageBreak/>
              <w:t>3. VẬN DỤNG (3 PHÚT):</w:t>
            </w:r>
          </w:p>
          <w:p w:rsidR="00F40CEF" w:rsidRPr="007E41BF" w:rsidRDefault="001818E9">
            <w:r w:rsidRPr="007E41BF">
              <w:rPr>
                <w:b/>
              </w:rPr>
              <w:t>- Mục tiêu:</w:t>
            </w:r>
          </w:p>
          <w:p w:rsidR="00F40CEF" w:rsidRPr="007E41BF" w:rsidRDefault="001818E9">
            <w:r w:rsidRPr="007E41BF">
              <w:t>+ Vận dụng bảng nhân 7, bảng chia 7 vào tình huống thực tế.</w:t>
            </w:r>
          </w:p>
          <w:p w:rsidR="00F40CEF" w:rsidRPr="007E41BF" w:rsidRDefault="001818E9">
            <w:r w:rsidRPr="007E41BF">
              <w:rPr>
                <w:b/>
              </w:rPr>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t>- GV nêu tình huống: Mỗi hàng có 7 bạn. Có 6 hàng như vậy thì có bao nhiêu bạn?</w:t>
            </w:r>
          </w:p>
        </w:tc>
        <w:tc>
          <w:tcPr>
            <w:tcW w:w="4309" w:type="dxa"/>
            <w:tcBorders>
              <w:top w:val="single" w:sz="6" w:space="0" w:color="000000"/>
            </w:tcBorders>
            <w:shd w:val="clear" w:color="auto" w:fill="auto"/>
          </w:tcPr>
          <w:p w:rsidR="00F40CEF" w:rsidRPr="007E41BF" w:rsidRDefault="001818E9">
            <w:r w:rsidRPr="007E41BF">
              <w:t>- HS trả lời: 7 x 6 = 42 bạn.</w:t>
            </w:r>
          </w:p>
        </w:tc>
      </w:tr>
      <w:tr w:rsidR="007E41BF" w:rsidRPr="007E41BF" w:rsidTr="007E41BF">
        <w:trPr>
          <w:jc w:val="center"/>
        </w:trPr>
        <w:tc>
          <w:tcPr>
            <w:tcW w:w="4989" w:type="dxa"/>
            <w:shd w:val="clear" w:color="auto" w:fill="auto"/>
          </w:tcPr>
          <w:p w:rsidR="00F40CEF" w:rsidRPr="007E41BF" w:rsidRDefault="001818E9">
            <w:r w:rsidRPr="007E41BF">
              <w:t>- GV kết luận kiến thức: Bảng nhân, bảng chia giúp chúng ta tính nhanh trong các tình huống chia nhóm, xếp hàng và giải toán hằng ngày.</w:t>
            </w:r>
          </w:p>
        </w:tc>
        <w:tc>
          <w:tcPr>
            <w:tcW w:w="4309" w:type="dxa"/>
            <w:shd w:val="clear" w:color="auto" w:fill="auto"/>
          </w:tcPr>
          <w:p w:rsidR="00F40CEF" w:rsidRPr="007E41BF" w:rsidRDefault="001818E9">
            <w:r w:rsidRPr="007E41BF">
              <w:t>- HS lắng nghe, ghi nhớ.</w:t>
            </w:r>
          </w:p>
        </w:tc>
      </w:tr>
    </w:tbl>
    <w:p w:rsidR="00F40CEF" w:rsidRPr="007E41BF" w:rsidRDefault="001818E9">
      <w:pPr>
        <w:spacing w:after="0" w:line="240" w:lineRule="auto"/>
      </w:pPr>
      <w:r w:rsidRPr="007E41BF">
        <w:rPr>
          <w:b/>
        </w:rPr>
        <w:t>IV. ĐIỀU CHỈNH SAU BÀI DẠY:</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r w:rsidRPr="007E41BF">
        <w:br w:type="page"/>
      </w:r>
    </w:p>
    <w:p w:rsidR="00F40CEF" w:rsidRPr="007E41BF" w:rsidRDefault="001818E9">
      <w:pPr>
        <w:spacing w:after="0" w:line="240" w:lineRule="auto"/>
        <w:jc w:val="center"/>
      </w:pPr>
      <w:r w:rsidRPr="007E41BF">
        <w:rPr>
          <w:b/>
          <w:sz w:val="30"/>
        </w:rPr>
        <w:lastRenderedPageBreak/>
        <w:t>KẾ HOẠCH BÀI DẠY MÔN TOÁN 3</w:t>
      </w:r>
    </w:p>
    <w:p w:rsidR="00F40CEF" w:rsidRPr="007E41BF" w:rsidRDefault="001818E9">
      <w:pPr>
        <w:spacing w:after="0" w:line="240" w:lineRule="auto"/>
        <w:jc w:val="center"/>
      </w:pPr>
      <w:r w:rsidRPr="007E41BF">
        <w:rPr>
          <w:b/>
          <w:sz w:val="28"/>
        </w:rPr>
        <w:t>CHỦ ĐỀ 2: BẢNG NHÂN, BẢNG CHIA</w:t>
      </w:r>
    </w:p>
    <w:p w:rsidR="00F40CEF" w:rsidRPr="007E41BF" w:rsidRDefault="001818E9">
      <w:pPr>
        <w:spacing w:after="0" w:line="240" w:lineRule="auto"/>
        <w:jc w:val="center"/>
      </w:pPr>
      <w:r w:rsidRPr="007E41BF">
        <w:rPr>
          <w:b/>
          <w:sz w:val="28"/>
        </w:rPr>
        <w:t>Bài 11: BẢNG NHÂN 8, BẢNG CHIA 8</w:t>
      </w:r>
    </w:p>
    <w:p w:rsidR="00F40CEF" w:rsidRPr="007E41BF" w:rsidRDefault="001818E9">
      <w:pPr>
        <w:spacing w:after="0" w:line="240" w:lineRule="auto"/>
        <w:jc w:val="center"/>
      </w:pPr>
      <w:r w:rsidRPr="007E41BF">
        <w:rPr>
          <w:b/>
        </w:rPr>
        <w:t>TUẦN 5 - TIẾT 2: BẢNG NHÂN 8, BẢNG CHIA 8 (T1) - Trang 33, 34</w:t>
      </w:r>
    </w:p>
    <w:p w:rsidR="00F40CEF" w:rsidRPr="007E41BF" w:rsidRDefault="001818E9">
      <w:pPr>
        <w:spacing w:after="0" w:line="240" w:lineRule="auto"/>
      </w:pPr>
      <w:r w:rsidRPr="007E41BF">
        <w:rPr>
          <w:b/>
        </w:rPr>
        <w:t>I. YÊU CẦU CẦN ĐẠT:</w:t>
      </w:r>
    </w:p>
    <w:p w:rsidR="00F40CEF" w:rsidRPr="007E41BF" w:rsidRDefault="001818E9">
      <w:pPr>
        <w:spacing w:after="0" w:line="240" w:lineRule="auto"/>
      </w:pPr>
      <w:r w:rsidRPr="007E41BF">
        <w:rPr>
          <w:b/>
        </w:rPr>
        <w:t>1. Năng lực đặc thù:</w:t>
      </w:r>
    </w:p>
    <w:p w:rsidR="00F40CEF" w:rsidRPr="007E41BF" w:rsidRDefault="001818E9">
      <w:pPr>
        <w:spacing w:after="0" w:line="240" w:lineRule="auto"/>
      </w:pPr>
      <w:r w:rsidRPr="007E41BF">
        <w:t>- Hình thành bảng nhân 8, bảng chia 8 và bước đầu ghi nhớ một số kết quả trong bảng.</w:t>
      </w:r>
    </w:p>
    <w:p w:rsidR="00F40CEF" w:rsidRPr="007E41BF" w:rsidRDefault="001818E9">
      <w:pPr>
        <w:spacing w:after="0" w:line="240" w:lineRule="auto"/>
      </w:pPr>
      <w:r w:rsidRPr="007E41BF">
        <w:t>- Dựa vào mối quan hệ giữa phép nhân và phép chia để hoàn thành bảng nhân 8, bảng chia 8.</w:t>
      </w:r>
    </w:p>
    <w:p w:rsidR="00F40CEF" w:rsidRPr="007E41BF" w:rsidRDefault="001818E9">
      <w:pPr>
        <w:spacing w:after="0" w:line="240" w:lineRule="auto"/>
      </w:pPr>
      <w:r w:rsidRPr="007E41BF">
        <w:t>- Vận dụng bảng nhân 8, bảng chia 8 để điền số, nối phép tính với tình huống phù hợp.</w:t>
      </w:r>
    </w:p>
    <w:p w:rsidR="00F40CEF" w:rsidRPr="007E41BF" w:rsidRDefault="001818E9">
      <w:pPr>
        <w:spacing w:after="0" w:line="240" w:lineRule="auto"/>
      </w:pPr>
      <w:r w:rsidRPr="007E41BF">
        <w:rPr>
          <w:b/>
        </w:rPr>
        <w:t>2. Năng lực chung:</w:t>
      </w:r>
    </w:p>
    <w:p w:rsidR="00F40CEF" w:rsidRPr="007E41BF" w:rsidRDefault="001818E9">
      <w:pPr>
        <w:spacing w:after="0" w:line="240" w:lineRule="auto"/>
      </w:pPr>
      <w:r w:rsidRPr="007E41BF">
        <w:t>- Năng lực tự chủ, tự học: Tự đọc yêu cầu bài, tự tính nhẩm, tự làm bài vào vở/bảng con và kiểm tra kết quả trước khi trình bày.</w:t>
      </w:r>
    </w:p>
    <w:p w:rsidR="00F40CEF" w:rsidRPr="007E41BF" w:rsidRDefault="001818E9">
      <w:pPr>
        <w:spacing w:after="0" w:line="240" w:lineRule="auto"/>
      </w:pPr>
      <w:r w:rsidRPr="007E41BF">
        <w:t>- Năng lực giải quyết vấn đề và sáng tạo: Biết lựa chọn phép tính, quy tắc hoặc cách quan sát phù hợp để giải quyết nhiệm vụ học tập.</w:t>
      </w:r>
    </w:p>
    <w:p w:rsidR="00F40CEF" w:rsidRPr="007E41BF" w:rsidRDefault="001818E9">
      <w:pPr>
        <w:spacing w:after="0" w:line="240" w:lineRule="auto"/>
      </w:pPr>
      <w:r w:rsidRPr="007E41BF">
        <w:t>- Năng lực giao tiếp và hợp tác: Trao đổi nhóm, trình bày cách làm, nhận xét bài làm của bạn và thống nhất kết quả.</w:t>
      </w:r>
    </w:p>
    <w:p w:rsidR="00F40CEF" w:rsidRPr="007E41BF" w:rsidRDefault="001818E9">
      <w:pPr>
        <w:spacing w:after="0" w:line="240" w:lineRule="auto"/>
      </w:pPr>
      <w:r w:rsidRPr="007E41BF">
        <w:rPr>
          <w:b/>
        </w:rPr>
        <w:t>3. Phẩm chất:</w:t>
      </w:r>
    </w:p>
    <w:p w:rsidR="00F40CEF" w:rsidRPr="007E41BF" w:rsidRDefault="001818E9">
      <w:pPr>
        <w:spacing w:after="0" w:line="240" w:lineRule="auto"/>
      </w:pPr>
      <w:r w:rsidRPr="007E41BF">
        <w:t>- Chăm chỉ: Tích cực tham gia các hoạt động học tập, hoàn thành đầy đủ bài tập được giao.</w:t>
      </w:r>
    </w:p>
    <w:p w:rsidR="00F40CEF" w:rsidRPr="007E41BF" w:rsidRDefault="001818E9">
      <w:pPr>
        <w:spacing w:after="0" w:line="240" w:lineRule="auto"/>
      </w:pPr>
      <w:r w:rsidRPr="007E41BF">
        <w:t>- Trách nhiệm: Cẩn thận khi tính toán, trình bày bài giải rõ ràng và sửa lỗi sau khi được góp ý.</w:t>
      </w:r>
    </w:p>
    <w:p w:rsidR="00F40CEF" w:rsidRPr="007E41BF" w:rsidRDefault="001818E9">
      <w:pPr>
        <w:spacing w:after="0" w:line="240" w:lineRule="auto"/>
      </w:pPr>
      <w:r w:rsidRPr="007E41BF">
        <w:t>- Trung thực: Tự đối chiếu kết quả, mạnh dạn nhận lỗi sai và sửa lại cho đúng.</w:t>
      </w:r>
    </w:p>
    <w:p w:rsidR="00F40CEF" w:rsidRPr="007E41BF" w:rsidRDefault="001818E9">
      <w:pPr>
        <w:spacing w:after="0" w:line="240" w:lineRule="auto"/>
      </w:pPr>
      <w:r w:rsidRPr="007E41BF">
        <w:rPr>
          <w:b/>
        </w:rPr>
        <w:t>4. Tích hợp:</w:t>
      </w:r>
    </w:p>
    <w:p w:rsidR="00F40CEF" w:rsidRPr="007E41BF" w:rsidRDefault="001818E9">
      <w:pPr>
        <w:spacing w:after="0" w:line="240" w:lineRule="auto"/>
      </w:pPr>
      <w:r w:rsidRPr="007E41BF">
        <w:t>- Tích hợp GDBVMT: Qua hình ảnh bạch tuộc và sinh vật biển trong SGK, HS biết yêu quý môi trường biển, không xả rác xuống ao hồ, sông, biển và không làm hại sinh vật sống dưới nước.</w:t>
      </w:r>
    </w:p>
    <w:p w:rsidR="00F40CEF" w:rsidRPr="007E41BF" w:rsidRDefault="001818E9">
      <w:pPr>
        <w:spacing w:after="0" w:line="240" w:lineRule="auto"/>
      </w:pPr>
      <w:r w:rsidRPr="007E41BF">
        <w:rPr>
          <w:b/>
        </w:rPr>
        <w:t>II. ĐỒ DÙNG DẠY HỌC:</w:t>
      </w:r>
    </w:p>
    <w:p w:rsidR="00F40CEF" w:rsidRPr="007E41BF" w:rsidRDefault="001818E9">
      <w:pPr>
        <w:spacing w:after="0" w:line="240" w:lineRule="auto"/>
      </w:pPr>
      <w:r w:rsidRPr="007E41BF">
        <w:t>- Kế hoạch bài dạy, bài giảng PowerPoint.</w:t>
      </w:r>
    </w:p>
    <w:p w:rsidR="00F40CEF" w:rsidRPr="007E41BF" w:rsidRDefault="001818E9">
      <w:pPr>
        <w:spacing w:after="0" w:line="240" w:lineRule="auto"/>
      </w:pPr>
      <w:r w:rsidRPr="007E41BF">
        <w:t>- SGK Toán 3, bảng con, phiếu học tập, bút dạ.</w:t>
      </w:r>
    </w:p>
    <w:p w:rsidR="00F40CEF" w:rsidRPr="007E41BF" w:rsidRDefault="001818E9">
      <w:pPr>
        <w:spacing w:after="0" w:line="240" w:lineRule="auto"/>
      </w:pPr>
      <w:r w:rsidRPr="007E41BF">
        <w:t>- Máy tính, máy chiếu/bảng tương tác để trình chiếu hình bài tập trong SGK.</w:t>
      </w:r>
    </w:p>
    <w:p w:rsidR="00F40CEF" w:rsidRPr="007E41BF" w:rsidRDefault="001818E9">
      <w:pPr>
        <w:spacing w:after="0" w:line="240" w:lineRule="auto"/>
      </w:pPr>
      <w:r w:rsidRPr="007E41BF">
        <w:t>- Tranh hình bạch tuộc, sinh vật biển trong SGK để giáo dục bảo vệ môi trường biển.</w:t>
      </w:r>
    </w:p>
    <w:p w:rsidR="00F40CEF" w:rsidRPr="007E41BF" w:rsidRDefault="001818E9">
      <w:pPr>
        <w:spacing w:after="0" w:line="240" w:lineRule="auto"/>
      </w:pPr>
      <w:r w:rsidRPr="007E41BF">
        <w:rPr>
          <w:b/>
        </w:rPr>
        <w:t>III. HOẠT ĐỘNG DẠY HỌC:</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ayout w:type="fixed"/>
        <w:tblLook w:val="04A0" w:firstRow="1" w:lastRow="0" w:firstColumn="1" w:lastColumn="0" w:noHBand="0" w:noVBand="1"/>
      </w:tblPr>
      <w:tblGrid>
        <w:gridCol w:w="4989"/>
        <w:gridCol w:w="4983"/>
      </w:tblGrid>
      <w:tr w:rsidR="007E41BF" w:rsidRPr="007E41BF" w:rsidTr="007E41BF">
        <w:trPr>
          <w:tblHeader/>
          <w:jc w:val="center"/>
        </w:trPr>
        <w:tc>
          <w:tcPr>
            <w:tcW w:w="4989" w:type="dxa"/>
            <w:tcBorders>
              <w:bottom w:val="single" w:sz="6" w:space="0" w:color="000000"/>
            </w:tcBorders>
            <w:shd w:val="clear" w:color="auto" w:fill="auto"/>
          </w:tcPr>
          <w:p w:rsidR="00F40CEF" w:rsidRPr="007E41BF" w:rsidRDefault="001818E9">
            <w:pPr>
              <w:jc w:val="center"/>
            </w:pPr>
            <w:r w:rsidRPr="007E41BF">
              <w:rPr>
                <w:b/>
              </w:rPr>
              <w:t>Hoạt động của giáo viên</w:t>
            </w:r>
          </w:p>
        </w:tc>
        <w:tc>
          <w:tcPr>
            <w:tcW w:w="4309" w:type="dxa"/>
            <w:tcBorders>
              <w:bottom w:val="single" w:sz="6" w:space="0" w:color="000000"/>
            </w:tcBorders>
            <w:shd w:val="clear" w:color="auto" w:fill="auto"/>
          </w:tcPr>
          <w:p w:rsidR="00F40CEF" w:rsidRPr="007E41BF" w:rsidRDefault="001818E9">
            <w:pPr>
              <w:jc w:val="center"/>
            </w:pPr>
            <w:r w:rsidRPr="007E41BF">
              <w:rPr>
                <w:b/>
              </w:rPr>
              <w:t>Hoạt động của học sinh</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1. KHỞI ĐỘNG (5 PHÚT):</w:t>
            </w:r>
          </w:p>
          <w:p w:rsidR="00F40CEF" w:rsidRPr="007E41BF" w:rsidRDefault="001818E9">
            <w:r w:rsidRPr="007E41BF">
              <w:rPr>
                <w:b/>
              </w:rPr>
              <w:t>- Mục tiêu:</w:t>
            </w:r>
          </w:p>
          <w:p w:rsidR="00F40CEF" w:rsidRPr="007E41BF" w:rsidRDefault="001818E9">
            <w:r w:rsidRPr="007E41BF">
              <w:t>+ Ôn lại bảng nhân 7, bảng chia 7 và tạo tâm thế học tập.</w:t>
            </w:r>
          </w:p>
          <w:p w:rsidR="00F40CEF" w:rsidRPr="007E41BF" w:rsidRDefault="001818E9">
            <w:r w:rsidRPr="007E41BF">
              <w:rPr>
                <w:b/>
              </w:rPr>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t>- GV tổ chức trò chơi “Tia chớp tính nhanh” với các phép tính: 7 x 6, 49 : 7, 7 x 8, 63 : 7.</w:t>
            </w:r>
          </w:p>
        </w:tc>
        <w:tc>
          <w:tcPr>
            <w:tcW w:w="4309" w:type="dxa"/>
            <w:tcBorders>
              <w:top w:val="single" w:sz="6" w:space="0" w:color="000000"/>
            </w:tcBorders>
            <w:shd w:val="clear" w:color="auto" w:fill="auto"/>
          </w:tcPr>
          <w:p w:rsidR="00F40CEF" w:rsidRPr="007E41BF" w:rsidRDefault="001818E9">
            <w:r w:rsidRPr="007E41BF">
              <w:t>- HS tham gia trò chơi, viết nhanh kết quả vào bảng con.</w:t>
            </w:r>
          </w:p>
        </w:tc>
      </w:tr>
      <w:tr w:rsidR="007E41BF" w:rsidRPr="007E41BF" w:rsidTr="007E41BF">
        <w:trPr>
          <w:jc w:val="center"/>
        </w:trPr>
        <w:tc>
          <w:tcPr>
            <w:tcW w:w="4989" w:type="dxa"/>
            <w:shd w:val="clear" w:color="auto" w:fill="auto"/>
          </w:tcPr>
          <w:p w:rsidR="00F40CEF" w:rsidRPr="007E41BF" w:rsidRDefault="001818E9">
            <w:r w:rsidRPr="007E41BF">
              <w:t>- GV mời HS đọc kết quả.</w:t>
            </w:r>
          </w:p>
        </w:tc>
        <w:tc>
          <w:tcPr>
            <w:tcW w:w="4309" w:type="dxa"/>
            <w:shd w:val="clear" w:color="auto" w:fill="auto"/>
          </w:tcPr>
          <w:p w:rsidR="00F40CEF" w:rsidRPr="007E41BF" w:rsidRDefault="001818E9">
            <w:r w:rsidRPr="007E41BF">
              <w:t>- HS đọc: 7 x 6 = 42; 49 : 7 = 7; 7 x 8 = 56; 63 : 7 = 9.</w:t>
            </w:r>
          </w:p>
        </w:tc>
      </w:tr>
      <w:tr w:rsidR="007E41BF" w:rsidRPr="007E41BF" w:rsidTr="007E41BF">
        <w:trPr>
          <w:jc w:val="center"/>
        </w:trPr>
        <w:tc>
          <w:tcPr>
            <w:tcW w:w="4989" w:type="dxa"/>
            <w:shd w:val="clear" w:color="auto" w:fill="auto"/>
          </w:tcPr>
          <w:p w:rsidR="00F40CEF" w:rsidRPr="007E41BF" w:rsidRDefault="001818E9">
            <w:r w:rsidRPr="007E41BF">
              <w:t>- GV hỏi: Các em vừa ôn lại bảng nhân, chia nào?</w:t>
            </w:r>
          </w:p>
        </w:tc>
        <w:tc>
          <w:tcPr>
            <w:tcW w:w="4309" w:type="dxa"/>
            <w:shd w:val="clear" w:color="auto" w:fill="auto"/>
          </w:tcPr>
          <w:p w:rsidR="00F40CEF" w:rsidRPr="007E41BF" w:rsidRDefault="001818E9">
            <w:r w:rsidRPr="007E41BF">
              <w:t>- HS trả lời: Bảng nhân 7, bảng chia 7.</w:t>
            </w:r>
          </w:p>
        </w:tc>
      </w:tr>
      <w:tr w:rsidR="007E41BF" w:rsidRPr="007E41BF" w:rsidTr="007E41BF">
        <w:trPr>
          <w:jc w:val="center"/>
        </w:trPr>
        <w:tc>
          <w:tcPr>
            <w:tcW w:w="4989" w:type="dxa"/>
            <w:shd w:val="clear" w:color="auto" w:fill="auto"/>
          </w:tcPr>
          <w:p w:rsidR="00F40CEF" w:rsidRPr="007E41BF" w:rsidRDefault="001818E9">
            <w:r w:rsidRPr="007E41BF">
              <w:t>- GV giới thiệu: Hôm nay, các em học bảng nhân 8, bảng chia 8.</w:t>
            </w:r>
          </w:p>
        </w:tc>
        <w:tc>
          <w:tcPr>
            <w:tcW w:w="4309" w:type="dxa"/>
            <w:shd w:val="clear" w:color="auto" w:fill="auto"/>
          </w:tcPr>
          <w:p w:rsidR="00F40CEF" w:rsidRPr="007E41BF" w:rsidRDefault="001818E9">
            <w:r w:rsidRPr="007E41BF">
              <w:t>- HS lắng nghe, ghi tên bài vào vở.</w:t>
            </w:r>
          </w:p>
        </w:tc>
      </w:tr>
      <w:tr w:rsidR="007E41BF" w:rsidRPr="007E41BF" w:rsidTr="007E41BF">
        <w:trPr>
          <w:jc w:val="center"/>
        </w:trPr>
        <w:tc>
          <w:tcPr>
            <w:tcW w:w="4989" w:type="dxa"/>
            <w:tcBorders>
              <w:bottom w:val="single" w:sz="6" w:space="0" w:color="000000"/>
            </w:tcBorders>
            <w:shd w:val="clear" w:color="auto" w:fill="auto"/>
          </w:tcPr>
          <w:p w:rsidR="00F40CEF" w:rsidRPr="007E41BF" w:rsidRDefault="001818E9">
            <w:r w:rsidRPr="007E41BF">
              <w:t xml:space="preserve">- GV kết luận kiến thức: Muốn học tốt bảng </w:t>
            </w:r>
            <w:r w:rsidRPr="007E41BF">
              <w:lastRenderedPageBreak/>
              <w:t>nhân, bảng chia mới, cần nhớ cách lập bảng từ các tổng các số hạng bằng nhau và mối quan hệ nhân - chia.</w:t>
            </w:r>
          </w:p>
        </w:tc>
        <w:tc>
          <w:tcPr>
            <w:tcW w:w="4309" w:type="dxa"/>
            <w:tcBorders>
              <w:bottom w:val="single" w:sz="6" w:space="0" w:color="000000"/>
            </w:tcBorders>
            <w:shd w:val="clear" w:color="auto" w:fill="auto"/>
          </w:tcPr>
          <w:p w:rsidR="00F40CEF" w:rsidRPr="007E41BF" w:rsidRDefault="001818E9">
            <w:r w:rsidRPr="007E41BF">
              <w:lastRenderedPageBreak/>
              <w:t>- HS nhắc lại ý chính.</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lastRenderedPageBreak/>
              <w:t>2. KHÁM PHÁ (15 PHÚT):</w:t>
            </w:r>
          </w:p>
          <w:p w:rsidR="00F40CEF" w:rsidRPr="007E41BF" w:rsidRDefault="001818E9">
            <w:r w:rsidRPr="007E41BF">
              <w:rPr>
                <w:b/>
              </w:rPr>
              <w:t>- Mục tiêu:</w:t>
            </w:r>
          </w:p>
          <w:p w:rsidR="00F40CEF" w:rsidRPr="007E41BF" w:rsidRDefault="001818E9">
            <w:r w:rsidRPr="007E41BF">
              <w:t>+ Lập được phép nhân 8 x 2 từ tình huống có 2 con bạch tuộc, mỗi con có 8 xúc tu.</w:t>
            </w:r>
          </w:p>
          <w:p w:rsidR="00F40CEF" w:rsidRPr="007E41BF" w:rsidRDefault="001818E9">
            <w:r w:rsidRPr="007E41BF">
              <w:t>+ Nhận biết mối quan hệ giữa 8 x 2 = 16 và 16 : 8 = 2.</w:t>
            </w:r>
          </w:p>
          <w:p w:rsidR="00F40CEF" w:rsidRPr="007E41BF" w:rsidRDefault="001818E9">
            <w:r w:rsidRPr="007E41BF">
              <w:t>+ Hoàn thành được bảng nhân 8, bảng chia 8.</w:t>
            </w:r>
          </w:p>
          <w:p w:rsidR="00F40CEF" w:rsidRPr="007E41BF" w:rsidRDefault="001818E9">
            <w:r w:rsidRPr="007E41BF">
              <w:rPr>
                <w:b/>
              </w:rPr>
              <w:t>Mục tiêu tích hợp: GDBVMT - HS biết yêu quý sinh vật biển, không xả rác xuống môi trường nước và không làm hại sinh vật sống dưới nước.</w:t>
            </w:r>
          </w:p>
          <w:p w:rsidR="00F40CEF" w:rsidRPr="007E41BF" w:rsidRDefault="001818E9">
            <w:r w:rsidRPr="007E41BF">
              <w:rPr>
                <w:b/>
              </w:rPr>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rPr>
                <w:b/>
              </w:rPr>
              <w:t>- Khám phá. (Làm việc nhóm 2) Lập bảng nhân 8, bảng chia 8.</w:t>
            </w:r>
          </w:p>
        </w:tc>
        <w:tc>
          <w:tcPr>
            <w:tcW w:w="4309" w:type="dxa"/>
            <w:tcBorders>
              <w:top w:val="single" w:sz="6" w:space="0" w:color="000000"/>
            </w:tcBorders>
            <w:shd w:val="clear" w:color="auto" w:fill="auto"/>
          </w:tcPr>
          <w:p w:rsidR="00F40CEF" w:rsidRPr="007E41BF" w:rsidRDefault="001818E9">
            <w:r w:rsidRPr="007E41BF">
              <w:t>- HS quan sát hình khám phá trong SGK.</w:t>
            </w:r>
          </w:p>
        </w:tc>
      </w:tr>
      <w:tr w:rsidR="007E41BF" w:rsidRPr="007E41BF" w:rsidTr="007E41BF">
        <w:trPr>
          <w:jc w:val="center"/>
        </w:trPr>
        <w:tc>
          <w:tcPr>
            <w:tcW w:w="4989" w:type="dxa"/>
            <w:shd w:val="clear" w:color="auto" w:fill="auto"/>
          </w:tcPr>
          <w:p w:rsidR="00F40CEF" w:rsidRPr="007E41BF" w:rsidRDefault="001818E9">
            <w:r w:rsidRPr="007E41BF">
              <w:t>- GV yêu cầu HS quan sát tranh và hỏi: Mỗi con bạch tuộc có mấy xúc tu? Có mấy con bạch tuộc?</w:t>
            </w:r>
          </w:p>
        </w:tc>
        <w:tc>
          <w:tcPr>
            <w:tcW w:w="4309" w:type="dxa"/>
            <w:shd w:val="clear" w:color="auto" w:fill="auto"/>
          </w:tcPr>
          <w:p w:rsidR="00F40CEF" w:rsidRPr="007E41BF" w:rsidRDefault="001818E9">
            <w:r w:rsidRPr="007E41BF">
              <w:t>- HS trả lời: Mỗi con bạch tuộc có 8 xúc tu; có 2 con bạch tuộc.</w:t>
            </w:r>
          </w:p>
        </w:tc>
      </w:tr>
      <w:tr w:rsidR="007E41BF" w:rsidRPr="007E41BF" w:rsidTr="007E41BF">
        <w:trPr>
          <w:jc w:val="center"/>
        </w:trPr>
        <w:tc>
          <w:tcPr>
            <w:tcW w:w="4989" w:type="dxa"/>
            <w:shd w:val="clear" w:color="auto" w:fill="auto"/>
          </w:tcPr>
          <w:p w:rsidR="00F40CEF" w:rsidRPr="007E41BF" w:rsidRDefault="001818E9">
            <w:r w:rsidRPr="007E41BF">
              <w:t>- GV hỏi: 2 con bạch tuộc có bao nhiêu xúc tu? Em viết phép nhân nào?</w:t>
            </w:r>
          </w:p>
        </w:tc>
        <w:tc>
          <w:tcPr>
            <w:tcW w:w="4309" w:type="dxa"/>
            <w:shd w:val="clear" w:color="auto" w:fill="auto"/>
          </w:tcPr>
          <w:p w:rsidR="00F40CEF" w:rsidRPr="007E41BF" w:rsidRDefault="001818E9">
            <w:r w:rsidRPr="007E41BF">
              <w:t>- HS trả lời: 2 con bạch tuộc có 16 xúc tu; em viết 8 x 2 = 16.</w:t>
            </w:r>
          </w:p>
        </w:tc>
      </w:tr>
      <w:tr w:rsidR="007E41BF" w:rsidRPr="007E41BF" w:rsidTr="007E41BF">
        <w:trPr>
          <w:jc w:val="center"/>
        </w:trPr>
        <w:tc>
          <w:tcPr>
            <w:tcW w:w="4989" w:type="dxa"/>
            <w:shd w:val="clear" w:color="auto" w:fill="auto"/>
          </w:tcPr>
          <w:p w:rsidR="00F40CEF" w:rsidRPr="007E41BF" w:rsidRDefault="001818E9">
            <w:r w:rsidRPr="007E41BF">
              <w:t>- GV hỏi: Từ 8 x 2 = 16, em lập được phép chia nào?</w:t>
            </w:r>
          </w:p>
        </w:tc>
        <w:tc>
          <w:tcPr>
            <w:tcW w:w="4309" w:type="dxa"/>
            <w:shd w:val="clear" w:color="auto" w:fill="auto"/>
          </w:tcPr>
          <w:p w:rsidR="00F40CEF" w:rsidRPr="007E41BF" w:rsidRDefault="001818E9">
            <w:r w:rsidRPr="007E41BF">
              <w:t>- HS trả lời: Lập được phép chia 16 : 8 = 2.</w:t>
            </w:r>
          </w:p>
        </w:tc>
      </w:tr>
      <w:tr w:rsidR="007E41BF" w:rsidRPr="007E41BF" w:rsidTr="007E41BF">
        <w:trPr>
          <w:jc w:val="center"/>
        </w:trPr>
        <w:tc>
          <w:tcPr>
            <w:tcW w:w="4989" w:type="dxa"/>
            <w:shd w:val="clear" w:color="auto" w:fill="auto"/>
          </w:tcPr>
          <w:p w:rsidR="00F40CEF" w:rsidRPr="007E41BF" w:rsidRDefault="001818E9">
            <w:r w:rsidRPr="007E41BF">
              <w:t>- GV hướng dẫn HS hoàn thành bảng nhân 8 bằng cách thêm 8 vào kết quả trước đó.</w:t>
            </w:r>
          </w:p>
        </w:tc>
        <w:tc>
          <w:tcPr>
            <w:tcW w:w="4309" w:type="dxa"/>
            <w:shd w:val="clear" w:color="auto" w:fill="auto"/>
          </w:tcPr>
          <w:p w:rsidR="00F40CEF" w:rsidRPr="007E41BF" w:rsidRDefault="001818E9">
            <w:r w:rsidRPr="007E41BF">
              <w:t>- HS hoàn thành: 8 x 1 = 8; 8 x 2 = 16; 8 x 3 = 24; 8 x 4 = 32; 8 x 5 = 40; 8 x 6 = 48; 8 x 7 = 56; 8 x 8 = 64; 8 x 9 = 72; 8 x 10 = 80.</w:t>
            </w:r>
          </w:p>
        </w:tc>
      </w:tr>
      <w:tr w:rsidR="007E41BF" w:rsidRPr="007E41BF" w:rsidTr="007E41BF">
        <w:trPr>
          <w:jc w:val="center"/>
        </w:trPr>
        <w:tc>
          <w:tcPr>
            <w:tcW w:w="4989" w:type="dxa"/>
            <w:shd w:val="clear" w:color="auto" w:fill="auto"/>
          </w:tcPr>
          <w:p w:rsidR="00F40CEF" w:rsidRPr="007E41BF" w:rsidRDefault="001818E9">
            <w:r w:rsidRPr="007E41BF">
              <w:t>- Tích hợp GDBVMT: GV hỏi dẫn: “Khi nhìn hình bạch tuộc và sinh vật biển trong SGK, em cần làm gì để bảo vệ môi trường biển?” GV diễn giải: Bạch tuộc và các sinh vật biển sống trong môi trường nước sạch. Nếu con người xả rác xuống ao, hồ, sông, biển thì môi trường sống của các loài vật bị ô nhiễm, sinh vật có thể bị chết hoặc bị tổn thương. Vì vậy, khi học Toán qua hình ảnh sinh vật biển, các em cần biết yêu quý thiên nhiên, không xả rác xuống nước, không làm hại sinh vật sống dưới nước và nhắc người thân cùng bảo vệ môi trường.</w:t>
            </w:r>
          </w:p>
        </w:tc>
        <w:tc>
          <w:tcPr>
            <w:tcW w:w="4309" w:type="dxa"/>
            <w:shd w:val="clear" w:color="auto" w:fill="auto"/>
          </w:tcPr>
          <w:p w:rsidR="00F40CEF" w:rsidRPr="007E41BF" w:rsidRDefault="001818E9">
            <w:r w:rsidRPr="007E41BF">
              <w:t>- HS trả lời: Em không xả rác xuống biển, không bắt hoặc làm hại sinh vật biển, biết nhắc mọi người bỏ rác đúng nơi quy định.</w:t>
            </w:r>
          </w:p>
        </w:tc>
      </w:tr>
      <w:tr w:rsidR="007E41BF" w:rsidRPr="007E41BF" w:rsidTr="007E41BF">
        <w:trPr>
          <w:jc w:val="center"/>
        </w:trPr>
        <w:tc>
          <w:tcPr>
            <w:tcW w:w="4989" w:type="dxa"/>
            <w:tcBorders>
              <w:bottom w:val="single" w:sz="6" w:space="0" w:color="000000"/>
            </w:tcBorders>
            <w:shd w:val="clear" w:color="auto" w:fill="auto"/>
          </w:tcPr>
          <w:p w:rsidR="00F40CEF" w:rsidRPr="007E41BF" w:rsidRDefault="001818E9">
            <w:r w:rsidRPr="007E41BF">
              <w:t>- GV kết luận kiến thức: Bảng nhân 8 được lập bằng cách thêm 8 vào kết quả trước; từ bảng nhân 8 ta lập được bảng chia 8 tương ứng.</w:t>
            </w:r>
          </w:p>
        </w:tc>
        <w:tc>
          <w:tcPr>
            <w:tcW w:w="4309" w:type="dxa"/>
            <w:tcBorders>
              <w:bottom w:val="single" w:sz="6" w:space="0" w:color="000000"/>
            </w:tcBorders>
            <w:shd w:val="clear" w:color="auto" w:fill="auto"/>
          </w:tcPr>
          <w:p w:rsidR="00F40CEF" w:rsidRPr="007E41BF" w:rsidRDefault="001818E9">
            <w:r w:rsidRPr="007E41BF">
              <w:t>- HS lắng nghe, đọc lại bảng nhân 8, bảng chia 8.</w:t>
            </w:r>
          </w:p>
        </w:tc>
      </w:tr>
      <w:tr w:rsidR="007E41BF" w:rsidRPr="007E41BF" w:rsidTr="007E41BF">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3. HOẠT ĐỘNG (12 PHÚT):</w:t>
            </w:r>
          </w:p>
          <w:p w:rsidR="00F40CEF" w:rsidRPr="007E41BF" w:rsidRDefault="001818E9">
            <w:r w:rsidRPr="007E41BF">
              <w:rPr>
                <w:b/>
              </w:rPr>
              <w:t>- Mục tiêu:</w:t>
            </w:r>
          </w:p>
          <w:p w:rsidR="00F40CEF" w:rsidRPr="007E41BF" w:rsidRDefault="001818E9">
            <w:r w:rsidRPr="007E41BF">
              <w:t>+ Điền đúng tích, thương trong bảng nhân 8, bảng chia 8.</w:t>
            </w:r>
          </w:p>
          <w:p w:rsidR="00F40CEF" w:rsidRPr="007E41BF" w:rsidRDefault="001818E9">
            <w:r w:rsidRPr="007E41BF">
              <w:t>+ Vận dụng bảng nhân 8 vào tình huống số bút chì màu.</w:t>
            </w:r>
          </w:p>
          <w:p w:rsidR="00F40CEF" w:rsidRPr="007E41BF" w:rsidRDefault="001818E9">
            <w:r w:rsidRPr="007E41BF">
              <w:rPr>
                <w:b/>
              </w:rPr>
              <w:lastRenderedPageBreak/>
              <w:t>* Cách tiến hành:</w:t>
            </w:r>
          </w:p>
        </w:tc>
      </w:tr>
      <w:tr w:rsidR="007E41BF" w:rsidRPr="007E41BF" w:rsidTr="007E41BF">
        <w:trPr>
          <w:jc w:val="center"/>
        </w:trPr>
        <w:tc>
          <w:tcPr>
            <w:tcW w:w="4989" w:type="dxa"/>
            <w:tcBorders>
              <w:top w:val="single" w:sz="6" w:space="0" w:color="000000"/>
            </w:tcBorders>
            <w:shd w:val="clear" w:color="auto" w:fill="auto"/>
          </w:tcPr>
          <w:p w:rsidR="00F40CEF" w:rsidRPr="007E41BF" w:rsidRDefault="001818E9">
            <w:r w:rsidRPr="007E41BF">
              <w:rPr>
                <w:b/>
              </w:rPr>
              <w:lastRenderedPageBreak/>
              <w:t>- Bài 1. (Làm việc cá nhân) Số?</w:t>
            </w:r>
          </w:p>
          <w:p w:rsidR="00F40CEF" w:rsidRPr="007E41BF" w:rsidRDefault="00F40CEF"/>
        </w:tc>
        <w:tc>
          <w:tcPr>
            <w:tcW w:w="4309" w:type="dxa"/>
            <w:tcBorders>
              <w:top w:val="single" w:sz="6" w:space="0" w:color="000000"/>
            </w:tcBorders>
            <w:shd w:val="clear" w:color="auto" w:fill="auto"/>
          </w:tcPr>
          <w:p w:rsidR="00F40CEF" w:rsidRPr="007E41BF" w:rsidRDefault="001818E9">
            <w:r w:rsidRPr="007E41BF">
              <w:t>- HS đọc yêu cầu Bài 1.</w:t>
            </w:r>
          </w:p>
        </w:tc>
      </w:tr>
      <w:tr w:rsidR="007E41BF" w:rsidRPr="007E41BF" w:rsidTr="007E41BF">
        <w:trPr>
          <w:jc w:val="center"/>
        </w:trPr>
        <w:tc>
          <w:tcPr>
            <w:tcW w:w="4989" w:type="dxa"/>
            <w:shd w:val="clear" w:color="auto" w:fill="auto"/>
          </w:tcPr>
          <w:p w:rsidR="00F40CEF" w:rsidRPr="007E41BF" w:rsidRDefault="001818E9">
            <w:r w:rsidRPr="007E41BF">
              <w:t>- GV yêu cầu HS đọc các thừa số trong bảng a và tính tích.</w:t>
            </w:r>
          </w:p>
        </w:tc>
        <w:tc>
          <w:tcPr>
            <w:tcW w:w="4309" w:type="dxa"/>
            <w:shd w:val="clear" w:color="auto" w:fill="auto"/>
          </w:tcPr>
          <w:p w:rsidR="00F40CEF" w:rsidRPr="007E41BF" w:rsidRDefault="001818E9">
            <w:r w:rsidRPr="007E41BF">
              <w:t>- HS nêu: 8 x 2 = 16; 8 x 4 = 32; 8 x 6 = 48; 8 x 3 = 24; 8 x 5 = 40; 8 x 7 = 56.</w:t>
            </w:r>
          </w:p>
        </w:tc>
      </w:tr>
      <w:tr w:rsidR="007E41BF" w:rsidRPr="007E41BF" w:rsidTr="007E41BF">
        <w:trPr>
          <w:jc w:val="center"/>
        </w:trPr>
        <w:tc>
          <w:tcPr>
            <w:tcW w:w="4989" w:type="dxa"/>
            <w:shd w:val="clear" w:color="auto" w:fill="auto"/>
          </w:tcPr>
          <w:p w:rsidR="00F40CEF" w:rsidRPr="007E41BF" w:rsidRDefault="001818E9">
            <w:r w:rsidRPr="007E41BF">
              <w:t>- GV yêu cầu HS đọc bảng b và tính thương.</w:t>
            </w:r>
          </w:p>
        </w:tc>
        <w:tc>
          <w:tcPr>
            <w:tcW w:w="4309" w:type="dxa"/>
            <w:shd w:val="clear" w:color="auto" w:fill="auto"/>
          </w:tcPr>
          <w:p w:rsidR="00F40CEF" w:rsidRPr="007E41BF" w:rsidRDefault="001818E9">
            <w:r w:rsidRPr="007E41BF">
              <w:t>- HS nêu: 24 : 8 = 3; 32 : 8 = 4; 16 : 8 = 2; 40 : 8 = 5; 56 : 8 = 7; 72 : 8 = 9.</w:t>
            </w:r>
          </w:p>
        </w:tc>
      </w:tr>
      <w:tr w:rsidR="007E41BF" w:rsidRPr="007E41BF" w:rsidTr="007E41BF">
        <w:trPr>
          <w:jc w:val="center"/>
        </w:trPr>
        <w:tc>
          <w:tcPr>
            <w:tcW w:w="4989" w:type="dxa"/>
            <w:shd w:val="clear" w:color="auto" w:fill="auto"/>
          </w:tcPr>
          <w:p w:rsidR="00F40CEF" w:rsidRPr="007E41BF" w:rsidRDefault="001818E9">
            <w:r w:rsidRPr="007E41BF">
              <w:t>- GV hỏi: Khi đã biết bảng nhân 8, em tìm thương trong bảng chia 8 bằng cách nào?</w:t>
            </w:r>
          </w:p>
        </w:tc>
        <w:tc>
          <w:tcPr>
            <w:tcW w:w="4309" w:type="dxa"/>
            <w:shd w:val="clear" w:color="auto" w:fill="auto"/>
          </w:tcPr>
          <w:p w:rsidR="00F40CEF" w:rsidRPr="007E41BF" w:rsidRDefault="001818E9">
            <w:r w:rsidRPr="007E41BF">
              <w:t>- HS trả lời: Em dựa vào phép nhân tương ứng để tìm thương.</w:t>
            </w:r>
          </w:p>
        </w:tc>
      </w:tr>
      <w:tr w:rsidR="007E41BF" w:rsidRPr="007E41BF" w:rsidTr="007E41BF">
        <w:trPr>
          <w:jc w:val="center"/>
        </w:trPr>
        <w:tc>
          <w:tcPr>
            <w:tcW w:w="4989" w:type="dxa"/>
            <w:shd w:val="clear" w:color="auto" w:fill="auto"/>
          </w:tcPr>
          <w:p w:rsidR="00F40CEF" w:rsidRPr="007E41BF" w:rsidRDefault="001818E9">
            <w:r w:rsidRPr="007E41BF">
              <w:t>- GV cho HS đổi vở, kiểm tra kết quả của bạn.</w:t>
            </w:r>
          </w:p>
        </w:tc>
        <w:tc>
          <w:tcPr>
            <w:tcW w:w="4309" w:type="dxa"/>
            <w:shd w:val="clear" w:color="auto" w:fill="auto"/>
          </w:tcPr>
          <w:p w:rsidR="00F40CEF" w:rsidRPr="007E41BF" w:rsidRDefault="001818E9">
            <w:r w:rsidRPr="007E41BF">
              <w:t>- HS đổi vở, kiểm tra và sửa bài nếu cần.</w:t>
            </w:r>
          </w:p>
        </w:tc>
      </w:tr>
      <w:tr w:rsidR="007E41BF" w:rsidRPr="007E41BF" w:rsidTr="007E41BF">
        <w:trPr>
          <w:jc w:val="center"/>
        </w:trPr>
        <w:tc>
          <w:tcPr>
            <w:tcW w:w="4989" w:type="dxa"/>
            <w:shd w:val="clear" w:color="auto" w:fill="auto"/>
          </w:tcPr>
          <w:p w:rsidR="00F40CEF" w:rsidRPr="007E41BF" w:rsidRDefault="001818E9">
            <w:r w:rsidRPr="007E41BF">
              <w:t>- GV kết luận kiến thức: Bảng nhân 8 giúp ta tính nhanh các tích và hỗ trợ tìm thương trong bảng chia 8.</w:t>
            </w:r>
          </w:p>
        </w:tc>
        <w:tc>
          <w:tcPr>
            <w:tcW w:w="4309" w:type="dxa"/>
            <w:shd w:val="clear" w:color="auto" w:fill="auto"/>
          </w:tcPr>
          <w:p w:rsidR="00F40CEF" w:rsidRPr="007E41BF" w:rsidRDefault="001818E9">
            <w:r w:rsidRPr="007E41BF">
              <w:t>- HS lắng nghe, ghi nhớ.</w:t>
            </w:r>
          </w:p>
        </w:tc>
      </w:tr>
      <w:tr w:rsidR="007E41BF" w:rsidRPr="007E41BF" w:rsidTr="007E41BF">
        <w:trPr>
          <w:jc w:val="center"/>
        </w:trPr>
        <w:tc>
          <w:tcPr>
            <w:tcW w:w="4989" w:type="dxa"/>
            <w:shd w:val="clear" w:color="auto" w:fill="auto"/>
          </w:tcPr>
          <w:p w:rsidR="00F40CEF" w:rsidRPr="007E41BF" w:rsidRDefault="001818E9">
            <w:r w:rsidRPr="007E41BF">
              <w:rPr>
                <w:b/>
              </w:rPr>
              <w:t>- Bài 2. (Làm việc nhóm 4) Số?</w:t>
            </w:r>
          </w:p>
          <w:p w:rsidR="00F40CEF" w:rsidRPr="007E41BF" w:rsidRDefault="00F40CEF"/>
        </w:tc>
        <w:tc>
          <w:tcPr>
            <w:tcW w:w="4309" w:type="dxa"/>
            <w:shd w:val="clear" w:color="auto" w:fill="auto"/>
          </w:tcPr>
          <w:p w:rsidR="00F40CEF" w:rsidRPr="007E41BF" w:rsidRDefault="001818E9">
            <w:r w:rsidRPr="007E41BF">
              <w:t>- HS đọc yêu cầu Bài 2.</w:t>
            </w:r>
          </w:p>
        </w:tc>
      </w:tr>
      <w:tr w:rsidR="007E41BF" w:rsidRPr="007E41BF" w:rsidTr="007E41BF">
        <w:trPr>
          <w:jc w:val="center"/>
        </w:trPr>
        <w:tc>
          <w:tcPr>
            <w:tcW w:w="4989" w:type="dxa"/>
            <w:shd w:val="clear" w:color="auto" w:fill="auto"/>
          </w:tcPr>
          <w:p w:rsidR="00F40CEF" w:rsidRPr="007E41BF" w:rsidRDefault="001818E9">
            <w:r w:rsidRPr="007E41BF">
              <w:t>- GV yêu cầu HS quan sát tình huống: mỗi hộp bút có 8 chiếc bút chì màu.</w:t>
            </w:r>
          </w:p>
        </w:tc>
        <w:tc>
          <w:tcPr>
            <w:tcW w:w="4309" w:type="dxa"/>
            <w:shd w:val="clear" w:color="auto" w:fill="auto"/>
          </w:tcPr>
          <w:p w:rsidR="00F40CEF" w:rsidRPr="007E41BF" w:rsidRDefault="001818E9">
            <w:r w:rsidRPr="007E41BF">
              <w:t>- HS quan sát và nêu: Mỗi hộp có 8 chiếc bút chì màu.</w:t>
            </w:r>
          </w:p>
        </w:tc>
      </w:tr>
      <w:tr w:rsidR="007E41BF" w:rsidRPr="007E41BF" w:rsidTr="007E41BF">
        <w:trPr>
          <w:jc w:val="center"/>
        </w:trPr>
        <w:tc>
          <w:tcPr>
            <w:tcW w:w="4989" w:type="dxa"/>
            <w:shd w:val="clear" w:color="auto" w:fill="auto"/>
          </w:tcPr>
          <w:p w:rsidR="00F40CEF" w:rsidRPr="007E41BF" w:rsidRDefault="001818E9">
            <w:r w:rsidRPr="007E41BF">
              <w:t>- GV yêu cầu nhóm nối câu hỏi với phép tính phù hợp.</w:t>
            </w:r>
          </w:p>
        </w:tc>
        <w:tc>
          <w:tcPr>
            <w:tcW w:w="4309" w:type="dxa"/>
            <w:shd w:val="clear" w:color="auto" w:fill="auto"/>
          </w:tcPr>
          <w:p w:rsidR="00F40CEF" w:rsidRPr="007E41BF" w:rsidRDefault="001818E9">
            <w:r w:rsidRPr="007E41BF">
              <w:t>- HS thảo luận nhóm 4 và nối các câu hỏi với phép tính đúng.</w:t>
            </w:r>
          </w:p>
        </w:tc>
      </w:tr>
      <w:tr w:rsidR="007E41BF" w:rsidRPr="007E41BF" w:rsidTr="007E41BF">
        <w:trPr>
          <w:jc w:val="center"/>
        </w:trPr>
        <w:tc>
          <w:tcPr>
            <w:tcW w:w="4989" w:type="dxa"/>
            <w:shd w:val="clear" w:color="auto" w:fill="auto"/>
          </w:tcPr>
          <w:p w:rsidR="00F40CEF" w:rsidRPr="007E41BF" w:rsidRDefault="001818E9">
            <w:r w:rsidRPr="007E41BF">
              <w:t>- GV mời HS nêu kết quả từng câu hỏi.</w:t>
            </w:r>
          </w:p>
        </w:tc>
        <w:tc>
          <w:tcPr>
            <w:tcW w:w="4309" w:type="dxa"/>
            <w:shd w:val="clear" w:color="auto" w:fill="auto"/>
          </w:tcPr>
          <w:p w:rsidR="00F40CEF" w:rsidRPr="007E41BF" w:rsidRDefault="001818E9">
            <w:r w:rsidRPr="007E41BF">
              <w:t>- HS nêu: 4 hộp: 8 x 4 = 32; 6 hộp: 8 x 6 = 48; 3 hộp: 8 x 3 = 24; 10 hộp: 8 x 10 = 80; 5 hộp: 8 x 5 = 40.</w:t>
            </w:r>
          </w:p>
        </w:tc>
      </w:tr>
      <w:tr w:rsidR="007E41BF" w:rsidRPr="007E41BF" w:rsidTr="007E41BF">
        <w:trPr>
          <w:jc w:val="center"/>
        </w:trPr>
        <w:tc>
          <w:tcPr>
            <w:tcW w:w="4989" w:type="dxa"/>
            <w:shd w:val="clear" w:color="auto" w:fill="auto"/>
          </w:tcPr>
          <w:p w:rsidR="00F40CEF" w:rsidRPr="007E41BF" w:rsidRDefault="001818E9">
            <w:r w:rsidRPr="007E41BF">
              <w:t>- GV hỏi: Vì sao câu “6 hộp bút” nối với phép tính 8 x 6?</w:t>
            </w:r>
          </w:p>
        </w:tc>
        <w:tc>
          <w:tcPr>
            <w:tcW w:w="4309" w:type="dxa"/>
            <w:shd w:val="clear" w:color="auto" w:fill="auto"/>
          </w:tcPr>
          <w:p w:rsidR="00F40CEF" w:rsidRPr="007E41BF" w:rsidRDefault="001818E9">
            <w:r w:rsidRPr="007E41BF">
              <w:t>- HS trả lời: Vì mỗi hộp có 8 bút chì màu, có 6 hộp nên lấy 8 x 6.</w:t>
            </w:r>
          </w:p>
        </w:tc>
      </w:tr>
      <w:tr w:rsidR="007E41BF" w:rsidRPr="007E41BF" w:rsidTr="00714320">
        <w:trPr>
          <w:jc w:val="center"/>
        </w:trPr>
        <w:tc>
          <w:tcPr>
            <w:tcW w:w="4989" w:type="dxa"/>
            <w:tcBorders>
              <w:bottom w:val="single" w:sz="6" w:space="0" w:color="000000"/>
            </w:tcBorders>
            <w:shd w:val="clear" w:color="auto" w:fill="auto"/>
          </w:tcPr>
          <w:p w:rsidR="00F40CEF" w:rsidRPr="007E41BF" w:rsidRDefault="001818E9">
            <w:r w:rsidRPr="007E41BF">
              <w:t>- GV kết luận kiến thức: Muốn tìm số đồ vật trong nhiều nhóm bằng nhau, ta lấy số đồ vật trong một nhóm nhân với số nhóm.</w:t>
            </w:r>
          </w:p>
        </w:tc>
        <w:tc>
          <w:tcPr>
            <w:tcW w:w="4309" w:type="dxa"/>
            <w:tcBorders>
              <w:bottom w:val="single" w:sz="6" w:space="0" w:color="000000"/>
            </w:tcBorders>
            <w:shd w:val="clear" w:color="auto" w:fill="auto"/>
          </w:tcPr>
          <w:p w:rsidR="00F40CEF" w:rsidRPr="007E41BF" w:rsidRDefault="001818E9">
            <w:r w:rsidRPr="007E41BF">
              <w:t>- HS lắng nghe, hoàn thiện bài.</w:t>
            </w:r>
          </w:p>
        </w:tc>
      </w:tr>
      <w:tr w:rsidR="007E41BF" w:rsidRPr="007E41BF" w:rsidTr="00714320">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4. VẬN DỤNG (3 PHÚT):</w:t>
            </w:r>
          </w:p>
          <w:p w:rsidR="00F40CEF" w:rsidRPr="007E41BF" w:rsidRDefault="001818E9">
            <w:r w:rsidRPr="007E41BF">
              <w:rPr>
                <w:b/>
              </w:rPr>
              <w:t>- Mục tiêu:</w:t>
            </w:r>
          </w:p>
          <w:p w:rsidR="00F40CEF" w:rsidRPr="007E41BF" w:rsidRDefault="001818E9">
            <w:r w:rsidRPr="007E41BF">
              <w:t>+ Vận dụng bảng nhân 8 để nêu nhanh kết quả trong tình huống quen thuộc.</w:t>
            </w:r>
          </w:p>
          <w:p w:rsidR="00F40CEF" w:rsidRPr="007E41BF" w:rsidRDefault="001818E9">
            <w:r w:rsidRPr="007E41BF">
              <w:rPr>
                <w:b/>
              </w:rPr>
              <w:t>* Cách tiến hành:</w:t>
            </w:r>
          </w:p>
        </w:tc>
      </w:tr>
      <w:tr w:rsidR="007E41BF" w:rsidRPr="007E41BF" w:rsidTr="00714320">
        <w:trPr>
          <w:jc w:val="center"/>
        </w:trPr>
        <w:tc>
          <w:tcPr>
            <w:tcW w:w="4989" w:type="dxa"/>
            <w:tcBorders>
              <w:top w:val="single" w:sz="6" w:space="0" w:color="000000"/>
            </w:tcBorders>
            <w:shd w:val="clear" w:color="auto" w:fill="auto"/>
          </w:tcPr>
          <w:p w:rsidR="00F40CEF" w:rsidRPr="007E41BF" w:rsidRDefault="001818E9">
            <w:r w:rsidRPr="007E41BF">
              <w:t>- GV nêu tình huống: Mỗi hộp có 8 bút chì màu. Có 7 hộp như vậy thì có bao nhiêu bút chì màu?</w:t>
            </w:r>
          </w:p>
        </w:tc>
        <w:tc>
          <w:tcPr>
            <w:tcW w:w="4309" w:type="dxa"/>
            <w:tcBorders>
              <w:top w:val="single" w:sz="6" w:space="0" w:color="000000"/>
            </w:tcBorders>
            <w:shd w:val="clear" w:color="auto" w:fill="auto"/>
          </w:tcPr>
          <w:p w:rsidR="00F40CEF" w:rsidRPr="007E41BF" w:rsidRDefault="001818E9">
            <w:r w:rsidRPr="007E41BF">
              <w:t>- HS trả lời: 8 x 7 = 56 bút chì màu.</w:t>
            </w:r>
          </w:p>
        </w:tc>
      </w:tr>
      <w:tr w:rsidR="007E41BF" w:rsidRPr="007E41BF" w:rsidTr="007E41BF">
        <w:trPr>
          <w:jc w:val="center"/>
        </w:trPr>
        <w:tc>
          <w:tcPr>
            <w:tcW w:w="4989" w:type="dxa"/>
            <w:shd w:val="clear" w:color="auto" w:fill="auto"/>
          </w:tcPr>
          <w:p w:rsidR="00F40CEF" w:rsidRPr="007E41BF" w:rsidRDefault="001818E9">
            <w:r w:rsidRPr="007E41BF">
              <w:t>- GV kết luận kiến thức: Bảng nhân 8 giúp chúng ta tính nhanh số lượng các nhóm bằng nhau trong học tập và cuộc sống.</w:t>
            </w:r>
          </w:p>
        </w:tc>
        <w:tc>
          <w:tcPr>
            <w:tcW w:w="4309" w:type="dxa"/>
            <w:shd w:val="clear" w:color="auto" w:fill="auto"/>
          </w:tcPr>
          <w:p w:rsidR="00F40CEF" w:rsidRPr="007E41BF" w:rsidRDefault="001818E9">
            <w:r w:rsidRPr="007E41BF">
              <w:t>- HS lắng nghe, ghi nhớ.</w:t>
            </w:r>
          </w:p>
        </w:tc>
      </w:tr>
    </w:tbl>
    <w:p w:rsidR="00F40CEF" w:rsidRPr="007E41BF" w:rsidRDefault="001818E9">
      <w:pPr>
        <w:spacing w:after="0" w:line="240" w:lineRule="auto"/>
      </w:pPr>
      <w:r w:rsidRPr="007E41BF">
        <w:rPr>
          <w:b/>
        </w:rPr>
        <w:t>IV. ĐIỀU CHỈNH SAU BÀI DẠY:</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r w:rsidRPr="007E41BF">
        <w:br w:type="page"/>
      </w:r>
    </w:p>
    <w:p w:rsidR="00F40CEF" w:rsidRPr="007E41BF" w:rsidRDefault="001818E9">
      <w:pPr>
        <w:spacing w:after="0" w:line="240" w:lineRule="auto"/>
        <w:jc w:val="center"/>
      </w:pPr>
      <w:r w:rsidRPr="007E41BF">
        <w:rPr>
          <w:b/>
          <w:sz w:val="30"/>
        </w:rPr>
        <w:lastRenderedPageBreak/>
        <w:t>KẾ HOẠCH BÀI DẠY MÔN TOÁN 3</w:t>
      </w:r>
    </w:p>
    <w:p w:rsidR="00F40CEF" w:rsidRPr="007E41BF" w:rsidRDefault="001818E9">
      <w:pPr>
        <w:spacing w:after="0" w:line="240" w:lineRule="auto"/>
        <w:jc w:val="center"/>
      </w:pPr>
      <w:r w:rsidRPr="007E41BF">
        <w:rPr>
          <w:b/>
          <w:sz w:val="28"/>
        </w:rPr>
        <w:t>CHỦ ĐỀ 2: BẢNG NHÂN, BẢNG CHIA</w:t>
      </w:r>
    </w:p>
    <w:p w:rsidR="00F40CEF" w:rsidRPr="007E41BF" w:rsidRDefault="001818E9">
      <w:pPr>
        <w:spacing w:after="0" w:line="240" w:lineRule="auto"/>
        <w:jc w:val="center"/>
      </w:pPr>
      <w:r w:rsidRPr="007E41BF">
        <w:rPr>
          <w:b/>
          <w:sz w:val="28"/>
        </w:rPr>
        <w:t>Bài 11: BẢNG NHÂN 8, BẢNG CHIA 8</w:t>
      </w:r>
    </w:p>
    <w:p w:rsidR="00F40CEF" w:rsidRPr="007E41BF" w:rsidRDefault="001818E9">
      <w:pPr>
        <w:spacing w:after="0" w:line="240" w:lineRule="auto"/>
        <w:jc w:val="center"/>
      </w:pPr>
      <w:r w:rsidRPr="007E41BF">
        <w:rPr>
          <w:b/>
        </w:rPr>
        <w:t>TUẦN 5 - TIẾT 3: BẢNG NHÂN 8, BẢNG CHIA 8 (T2) - Trang 34, 35</w:t>
      </w:r>
    </w:p>
    <w:p w:rsidR="00F40CEF" w:rsidRPr="007E41BF" w:rsidRDefault="001818E9">
      <w:pPr>
        <w:spacing w:after="0" w:line="240" w:lineRule="auto"/>
      </w:pPr>
      <w:r w:rsidRPr="007E41BF">
        <w:rPr>
          <w:b/>
        </w:rPr>
        <w:t>I. YÊU CẦU CẦN ĐẠT:</w:t>
      </w:r>
    </w:p>
    <w:p w:rsidR="00F40CEF" w:rsidRPr="007E41BF" w:rsidRDefault="001818E9">
      <w:pPr>
        <w:spacing w:after="0" w:line="240" w:lineRule="auto"/>
      </w:pPr>
      <w:r w:rsidRPr="007E41BF">
        <w:rPr>
          <w:b/>
        </w:rPr>
        <w:t>1. Năng lực đặc thù:</w:t>
      </w:r>
    </w:p>
    <w:p w:rsidR="00F40CEF" w:rsidRPr="007E41BF" w:rsidRDefault="001818E9">
      <w:pPr>
        <w:spacing w:after="0" w:line="240" w:lineRule="auto"/>
      </w:pPr>
      <w:r w:rsidRPr="007E41BF">
        <w:t>- Củng cố bảng nhân 8, bảng chia 8 qua các dạng điền số, dãy tính và chọn kết quả.</w:t>
      </w:r>
    </w:p>
    <w:p w:rsidR="00F40CEF" w:rsidRPr="007E41BF" w:rsidRDefault="001818E9">
      <w:pPr>
        <w:spacing w:after="0" w:line="240" w:lineRule="auto"/>
      </w:pPr>
      <w:r w:rsidRPr="007E41BF">
        <w:t>- Giải được bài toán có lời văn liên quan đến phép nhân 8.</w:t>
      </w:r>
    </w:p>
    <w:p w:rsidR="00F40CEF" w:rsidRPr="007E41BF" w:rsidRDefault="001818E9">
      <w:pPr>
        <w:spacing w:after="0" w:line="240" w:lineRule="auto"/>
      </w:pPr>
      <w:r w:rsidRPr="007E41BF">
        <w:t>- Biết tính nối tiếp theo mũi tên và chọn kết quả phù hợp cho từng phép tính.</w:t>
      </w:r>
    </w:p>
    <w:p w:rsidR="00F40CEF" w:rsidRPr="007E41BF" w:rsidRDefault="001818E9">
      <w:pPr>
        <w:spacing w:after="0" w:line="240" w:lineRule="auto"/>
      </w:pPr>
      <w:r w:rsidRPr="007E41BF">
        <w:rPr>
          <w:b/>
        </w:rPr>
        <w:t>2. Năng lực chung:</w:t>
      </w:r>
    </w:p>
    <w:p w:rsidR="00F40CEF" w:rsidRPr="007E41BF" w:rsidRDefault="001818E9">
      <w:pPr>
        <w:spacing w:after="0" w:line="240" w:lineRule="auto"/>
      </w:pPr>
      <w:r w:rsidRPr="007E41BF">
        <w:t>- Năng lực tự chủ, tự học: Tự đọc yêu cầu bài, tự tính nhẩm, tự làm bài vào vở/bảng con và kiểm tra kết quả trước khi trình bày.</w:t>
      </w:r>
    </w:p>
    <w:p w:rsidR="00F40CEF" w:rsidRPr="007E41BF" w:rsidRDefault="001818E9">
      <w:pPr>
        <w:spacing w:after="0" w:line="240" w:lineRule="auto"/>
      </w:pPr>
      <w:r w:rsidRPr="007E41BF">
        <w:t>- Năng lực giải quyết vấn đề và sáng tạo: Biết lựa chọn phép tính, quy tắc hoặc cách quan sát phù hợp để giải quyết nhiệm vụ học tập.</w:t>
      </w:r>
    </w:p>
    <w:p w:rsidR="00F40CEF" w:rsidRPr="007E41BF" w:rsidRDefault="001818E9">
      <w:pPr>
        <w:spacing w:after="0" w:line="240" w:lineRule="auto"/>
      </w:pPr>
      <w:r w:rsidRPr="007E41BF">
        <w:t>- Năng lực giao tiếp và hợp tác: Trao đổi nhóm, trình bày cách làm, nhận xét bài làm của bạn và thống nhất kết quả.</w:t>
      </w:r>
    </w:p>
    <w:p w:rsidR="00F40CEF" w:rsidRPr="007E41BF" w:rsidRDefault="001818E9">
      <w:pPr>
        <w:spacing w:after="0" w:line="240" w:lineRule="auto"/>
      </w:pPr>
      <w:r w:rsidRPr="007E41BF">
        <w:rPr>
          <w:b/>
        </w:rPr>
        <w:t>3. Phẩm chất:</w:t>
      </w:r>
    </w:p>
    <w:p w:rsidR="00F40CEF" w:rsidRPr="007E41BF" w:rsidRDefault="001818E9">
      <w:pPr>
        <w:spacing w:after="0" w:line="240" w:lineRule="auto"/>
      </w:pPr>
      <w:r w:rsidRPr="007E41BF">
        <w:t>- Chăm chỉ: Tích cực tham gia các hoạt động học tập, hoàn thành đầy đủ bài tập được giao.</w:t>
      </w:r>
    </w:p>
    <w:p w:rsidR="00F40CEF" w:rsidRPr="007E41BF" w:rsidRDefault="001818E9">
      <w:pPr>
        <w:spacing w:after="0" w:line="240" w:lineRule="auto"/>
      </w:pPr>
      <w:r w:rsidRPr="007E41BF">
        <w:t>- Trách nhiệm: Cẩn thận khi tính toán, trình bày bài giải rõ ràng và sửa lỗi sau khi được góp ý.</w:t>
      </w:r>
    </w:p>
    <w:p w:rsidR="00F40CEF" w:rsidRPr="007E41BF" w:rsidRDefault="001818E9">
      <w:pPr>
        <w:spacing w:after="0" w:line="240" w:lineRule="auto"/>
      </w:pPr>
      <w:r w:rsidRPr="007E41BF">
        <w:t>- Trung thực: Tự đối chiếu kết quả, mạnh dạn nhận lỗi sai và sửa lại cho đúng.</w:t>
      </w:r>
    </w:p>
    <w:p w:rsidR="00F40CEF" w:rsidRPr="007E41BF" w:rsidRDefault="001818E9">
      <w:pPr>
        <w:spacing w:after="0" w:line="240" w:lineRule="auto"/>
      </w:pPr>
      <w:r w:rsidRPr="007E41BF">
        <w:rPr>
          <w:b/>
        </w:rPr>
        <w:t>4. Tích hợp:</w:t>
      </w:r>
    </w:p>
    <w:p w:rsidR="00F40CEF" w:rsidRPr="007E41BF" w:rsidRDefault="001818E9">
      <w:pPr>
        <w:spacing w:after="0" w:line="240" w:lineRule="auto"/>
      </w:pPr>
      <w:r w:rsidRPr="007E41BF">
        <w:t>- Tích hợp AI (Khung 3439) - 3.C5.2: HS nhận biết AI có thể nhận dạng hình ảnh sinh vật biển nhưng kết quả cần được con người kiểm tra. Gợi ý hoạt động: GV chiếu hình bạch tuộc/cua trong SGK và giới thiệu Google Lens hoặc công cụ nhận dạng hình ảnh; HS thảo luận vì sao máy có thể nhận đúng hoặc nhầm sinh vật nếu ảnh mờ.</w:t>
      </w:r>
    </w:p>
    <w:p w:rsidR="00F40CEF" w:rsidRPr="007E41BF" w:rsidRDefault="001818E9">
      <w:pPr>
        <w:spacing w:after="0" w:line="240" w:lineRule="auto"/>
      </w:pPr>
      <w:r w:rsidRPr="007E41BF">
        <w:rPr>
          <w:b/>
        </w:rPr>
        <w:t>II. ĐỒ DÙNG DẠY HỌC:</w:t>
      </w:r>
    </w:p>
    <w:p w:rsidR="00F40CEF" w:rsidRPr="007E41BF" w:rsidRDefault="001818E9">
      <w:pPr>
        <w:spacing w:after="0" w:line="240" w:lineRule="auto"/>
      </w:pPr>
      <w:r w:rsidRPr="007E41BF">
        <w:t>- Kế hoạch bài dạy, bài giảng PowerPoint.</w:t>
      </w:r>
    </w:p>
    <w:p w:rsidR="00F40CEF" w:rsidRPr="007E41BF" w:rsidRDefault="001818E9">
      <w:pPr>
        <w:spacing w:after="0" w:line="240" w:lineRule="auto"/>
      </w:pPr>
      <w:r w:rsidRPr="007E41BF">
        <w:t>- SGK Toán 3, bảng con, phiếu học tập, bút dạ.</w:t>
      </w:r>
    </w:p>
    <w:p w:rsidR="00F40CEF" w:rsidRPr="007E41BF" w:rsidRDefault="001818E9">
      <w:pPr>
        <w:spacing w:after="0" w:line="240" w:lineRule="auto"/>
      </w:pPr>
      <w:r w:rsidRPr="007E41BF">
        <w:t>- Máy tính, máy chiếu/bảng tương tác để trình chiếu hình bài tập trong SGK.</w:t>
      </w:r>
    </w:p>
    <w:p w:rsidR="00F40CEF" w:rsidRPr="007E41BF" w:rsidRDefault="001818E9">
      <w:pPr>
        <w:spacing w:after="0" w:line="240" w:lineRule="auto"/>
      </w:pPr>
      <w:r w:rsidRPr="007E41BF">
        <w:t>- Google Lens hoặc chức năng tìm kiếm bằng hình ảnh dùng ở chế độ trình chiếu của GV.</w:t>
      </w:r>
    </w:p>
    <w:p w:rsidR="00F40CEF" w:rsidRPr="007E41BF" w:rsidRDefault="001818E9">
      <w:pPr>
        <w:spacing w:after="0" w:line="240" w:lineRule="auto"/>
      </w:pPr>
      <w:r w:rsidRPr="007E41BF">
        <w:rPr>
          <w:b/>
        </w:rPr>
        <w:t>III. HOẠT ĐỘNG DẠY HỌC:</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ayout w:type="fixed"/>
        <w:tblLook w:val="04A0" w:firstRow="1" w:lastRow="0" w:firstColumn="1" w:lastColumn="0" w:noHBand="0" w:noVBand="1"/>
      </w:tblPr>
      <w:tblGrid>
        <w:gridCol w:w="4989"/>
        <w:gridCol w:w="4983"/>
      </w:tblGrid>
      <w:tr w:rsidR="007E41BF" w:rsidRPr="007E41BF" w:rsidTr="00714320">
        <w:trPr>
          <w:tblHeader/>
          <w:jc w:val="center"/>
        </w:trPr>
        <w:tc>
          <w:tcPr>
            <w:tcW w:w="4989" w:type="dxa"/>
            <w:tcBorders>
              <w:bottom w:val="single" w:sz="6" w:space="0" w:color="000000"/>
            </w:tcBorders>
            <w:shd w:val="clear" w:color="auto" w:fill="auto"/>
          </w:tcPr>
          <w:p w:rsidR="00F40CEF" w:rsidRPr="007E41BF" w:rsidRDefault="001818E9">
            <w:pPr>
              <w:jc w:val="center"/>
            </w:pPr>
            <w:r w:rsidRPr="007E41BF">
              <w:rPr>
                <w:b/>
              </w:rPr>
              <w:t>Hoạt động của giáo viên</w:t>
            </w:r>
          </w:p>
        </w:tc>
        <w:tc>
          <w:tcPr>
            <w:tcW w:w="4309" w:type="dxa"/>
            <w:tcBorders>
              <w:bottom w:val="single" w:sz="6" w:space="0" w:color="000000"/>
            </w:tcBorders>
            <w:shd w:val="clear" w:color="auto" w:fill="auto"/>
          </w:tcPr>
          <w:p w:rsidR="00F40CEF" w:rsidRPr="007E41BF" w:rsidRDefault="001818E9">
            <w:pPr>
              <w:jc w:val="center"/>
            </w:pPr>
            <w:r w:rsidRPr="007E41BF">
              <w:rPr>
                <w:b/>
              </w:rPr>
              <w:t>Hoạt động của học sinh</w:t>
            </w:r>
          </w:p>
        </w:tc>
      </w:tr>
      <w:tr w:rsidR="007E41BF" w:rsidRPr="007E41BF" w:rsidTr="00714320">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1. KHỞI ĐỘNG (5 PHÚT):</w:t>
            </w:r>
          </w:p>
          <w:p w:rsidR="00F40CEF" w:rsidRPr="007E41BF" w:rsidRDefault="001818E9">
            <w:r w:rsidRPr="007E41BF">
              <w:rPr>
                <w:b/>
              </w:rPr>
              <w:t>- Mục tiêu:</w:t>
            </w:r>
          </w:p>
          <w:p w:rsidR="00F40CEF" w:rsidRPr="007E41BF" w:rsidRDefault="001818E9">
            <w:r w:rsidRPr="007E41BF">
              <w:t>+ Ôn bảng nhân 8, bảng chia 8.</w:t>
            </w:r>
          </w:p>
          <w:p w:rsidR="00F40CEF" w:rsidRPr="007E41BF" w:rsidRDefault="001818E9">
            <w:r w:rsidRPr="007E41BF">
              <w:t>+ Tạo hứng thú trước khi luyện tập.</w:t>
            </w:r>
          </w:p>
          <w:p w:rsidR="00F40CEF" w:rsidRPr="007E41BF" w:rsidRDefault="001818E9">
            <w:r w:rsidRPr="007E41BF">
              <w:rPr>
                <w:b/>
              </w:rPr>
              <w:t>* Cách tiến hành:</w:t>
            </w:r>
          </w:p>
        </w:tc>
      </w:tr>
      <w:tr w:rsidR="007E41BF" w:rsidRPr="007E41BF" w:rsidTr="00714320">
        <w:trPr>
          <w:jc w:val="center"/>
        </w:trPr>
        <w:tc>
          <w:tcPr>
            <w:tcW w:w="4989" w:type="dxa"/>
            <w:tcBorders>
              <w:top w:val="single" w:sz="6" w:space="0" w:color="000000"/>
            </w:tcBorders>
            <w:shd w:val="clear" w:color="auto" w:fill="auto"/>
          </w:tcPr>
          <w:p w:rsidR="00F40CEF" w:rsidRPr="007E41BF" w:rsidRDefault="001818E9">
            <w:r w:rsidRPr="007E41BF">
              <w:t>- GV tổ chức trò chơi “Ong tìm hoa” với các phép tính: 8 x 4, 8 x 5, 48 : 8, 72 : 8.</w:t>
            </w:r>
          </w:p>
        </w:tc>
        <w:tc>
          <w:tcPr>
            <w:tcW w:w="4309" w:type="dxa"/>
            <w:tcBorders>
              <w:top w:val="single" w:sz="6" w:space="0" w:color="000000"/>
            </w:tcBorders>
            <w:shd w:val="clear" w:color="auto" w:fill="auto"/>
          </w:tcPr>
          <w:p w:rsidR="00F40CEF" w:rsidRPr="007E41BF" w:rsidRDefault="001818E9">
            <w:r w:rsidRPr="007E41BF">
              <w:t>- HS tham gia trò chơi, trả lời nhanh.</w:t>
            </w:r>
          </w:p>
        </w:tc>
      </w:tr>
      <w:tr w:rsidR="007E41BF" w:rsidRPr="007E41BF" w:rsidTr="00714320">
        <w:trPr>
          <w:jc w:val="center"/>
        </w:trPr>
        <w:tc>
          <w:tcPr>
            <w:tcW w:w="4989" w:type="dxa"/>
            <w:shd w:val="clear" w:color="auto" w:fill="auto"/>
          </w:tcPr>
          <w:p w:rsidR="00F40CEF" w:rsidRPr="007E41BF" w:rsidRDefault="001818E9">
            <w:r w:rsidRPr="007E41BF">
              <w:t>- GV mời HS nêu kết quả.</w:t>
            </w:r>
          </w:p>
        </w:tc>
        <w:tc>
          <w:tcPr>
            <w:tcW w:w="4309" w:type="dxa"/>
            <w:shd w:val="clear" w:color="auto" w:fill="auto"/>
          </w:tcPr>
          <w:p w:rsidR="00F40CEF" w:rsidRPr="007E41BF" w:rsidRDefault="001818E9">
            <w:r w:rsidRPr="007E41BF">
              <w:t>- HS nêu: 8 x 4 = 32; 8 x 5 = 40; 48 : 8 = 6; 72 : 8 = 9.</w:t>
            </w:r>
          </w:p>
        </w:tc>
      </w:tr>
      <w:tr w:rsidR="007E41BF" w:rsidRPr="007E41BF" w:rsidTr="00714320">
        <w:trPr>
          <w:jc w:val="center"/>
        </w:trPr>
        <w:tc>
          <w:tcPr>
            <w:tcW w:w="4989" w:type="dxa"/>
            <w:shd w:val="clear" w:color="auto" w:fill="auto"/>
          </w:tcPr>
          <w:p w:rsidR="00F40CEF" w:rsidRPr="007E41BF" w:rsidRDefault="001818E9">
            <w:r w:rsidRPr="007E41BF">
              <w:t>- GV hỏi: Bảng nhân 8 giúp ta học tốt bảng chia nào?</w:t>
            </w:r>
          </w:p>
        </w:tc>
        <w:tc>
          <w:tcPr>
            <w:tcW w:w="4309" w:type="dxa"/>
            <w:shd w:val="clear" w:color="auto" w:fill="auto"/>
          </w:tcPr>
          <w:p w:rsidR="00F40CEF" w:rsidRPr="007E41BF" w:rsidRDefault="001818E9">
            <w:r w:rsidRPr="007E41BF">
              <w:t>- HS trả lời: Giúp ta học tốt bảng chia 8.</w:t>
            </w:r>
          </w:p>
        </w:tc>
      </w:tr>
      <w:tr w:rsidR="007E41BF" w:rsidRPr="007E41BF" w:rsidTr="00714320">
        <w:trPr>
          <w:jc w:val="center"/>
        </w:trPr>
        <w:tc>
          <w:tcPr>
            <w:tcW w:w="4989" w:type="dxa"/>
            <w:shd w:val="clear" w:color="auto" w:fill="auto"/>
          </w:tcPr>
          <w:p w:rsidR="00F40CEF" w:rsidRPr="007E41BF" w:rsidRDefault="001818E9">
            <w:r w:rsidRPr="007E41BF">
              <w:t>- GV nhận xét, dẫn vào tiết luyện tập.</w:t>
            </w:r>
          </w:p>
        </w:tc>
        <w:tc>
          <w:tcPr>
            <w:tcW w:w="4309" w:type="dxa"/>
            <w:shd w:val="clear" w:color="auto" w:fill="auto"/>
          </w:tcPr>
          <w:p w:rsidR="00F40CEF" w:rsidRPr="007E41BF" w:rsidRDefault="001818E9">
            <w:r w:rsidRPr="007E41BF">
              <w:t>- HS lắng nghe, chuẩn bị bài.</w:t>
            </w:r>
          </w:p>
        </w:tc>
      </w:tr>
      <w:tr w:rsidR="007E41BF" w:rsidRPr="007E41BF" w:rsidTr="00714320">
        <w:trPr>
          <w:jc w:val="center"/>
        </w:trPr>
        <w:tc>
          <w:tcPr>
            <w:tcW w:w="4989" w:type="dxa"/>
            <w:tcBorders>
              <w:bottom w:val="single" w:sz="6" w:space="0" w:color="000000"/>
            </w:tcBorders>
            <w:shd w:val="clear" w:color="auto" w:fill="auto"/>
          </w:tcPr>
          <w:p w:rsidR="00F40CEF" w:rsidRPr="007E41BF" w:rsidRDefault="001818E9">
            <w:r w:rsidRPr="007E41BF">
              <w:lastRenderedPageBreak/>
              <w:t>- GV kết luận kiến thức: Cần nhớ kết quả bảng nhân 8 để tính nhanh các phép nhân, phép chia trong bảng 8.</w:t>
            </w:r>
          </w:p>
        </w:tc>
        <w:tc>
          <w:tcPr>
            <w:tcW w:w="4309" w:type="dxa"/>
            <w:tcBorders>
              <w:bottom w:val="single" w:sz="6" w:space="0" w:color="000000"/>
            </w:tcBorders>
            <w:shd w:val="clear" w:color="auto" w:fill="auto"/>
          </w:tcPr>
          <w:p w:rsidR="00F40CEF" w:rsidRPr="007E41BF" w:rsidRDefault="001818E9">
            <w:r w:rsidRPr="007E41BF">
              <w:t>- HS nhắc lại ý chính.</w:t>
            </w:r>
          </w:p>
        </w:tc>
      </w:tr>
      <w:tr w:rsidR="007E41BF" w:rsidRPr="007E41BF" w:rsidTr="00714320">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t>2. LUYỆN TẬP (27 PHÚT):</w:t>
            </w:r>
          </w:p>
          <w:p w:rsidR="00F40CEF" w:rsidRPr="007E41BF" w:rsidRDefault="001818E9">
            <w:r w:rsidRPr="007E41BF">
              <w:rPr>
                <w:b/>
              </w:rPr>
              <w:t>- Mục tiêu:</w:t>
            </w:r>
          </w:p>
          <w:p w:rsidR="00F40CEF" w:rsidRPr="007E41BF" w:rsidRDefault="001818E9">
            <w:r w:rsidRPr="007E41BF">
              <w:t>+ Điền đúng số còn thiếu trong dãy số và sơ đồ tính.</w:t>
            </w:r>
          </w:p>
          <w:p w:rsidR="00F40CEF" w:rsidRPr="007E41BF" w:rsidRDefault="001818E9">
            <w:r w:rsidRPr="007E41BF">
              <w:t>+ Chọn đúng kết quả cho mỗi phép tính.</w:t>
            </w:r>
          </w:p>
          <w:p w:rsidR="00F40CEF" w:rsidRPr="007E41BF" w:rsidRDefault="001818E9">
            <w:r w:rsidRPr="007E41BF">
              <w:t>+ Giải được bài toán thực tế về con cua bằng phép nhân.</w:t>
            </w:r>
          </w:p>
          <w:p w:rsidR="00F40CEF" w:rsidRPr="007E41BF" w:rsidRDefault="001818E9">
            <w:r w:rsidRPr="007E41BF">
              <w:rPr>
                <w:b/>
              </w:rPr>
              <w:t>Mục tiêu tích hợp: AI 3.C5.2 - HS nhận biết công cụ nhận dạng hình ảnh có thể hỗ trợ gọi tên sinh vật biển nhưng cần con người kiểm tra lại kết quả và liên hệ đúng kiến thức toán học.</w:t>
            </w:r>
          </w:p>
          <w:p w:rsidR="00F40CEF" w:rsidRPr="007E41BF" w:rsidRDefault="001818E9">
            <w:r w:rsidRPr="007E41BF">
              <w:rPr>
                <w:b/>
              </w:rPr>
              <w:t>* Cách tiến hành:</w:t>
            </w:r>
          </w:p>
        </w:tc>
      </w:tr>
      <w:tr w:rsidR="007E41BF" w:rsidRPr="007E41BF" w:rsidTr="00714320">
        <w:trPr>
          <w:jc w:val="center"/>
        </w:trPr>
        <w:tc>
          <w:tcPr>
            <w:tcW w:w="4989" w:type="dxa"/>
            <w:tcBorders>
              <w:top w:val="single" w:sz="6" w:space="0" w:color="000000"/>
            </w:tcBorders>
            <w:shd w:val="clear" w:color="auto" w:fill="auto"/>
          </w:tcPr>
          <w:p w:rsidR="00F40CEF" w:rsidRPr="007E41BF" w:rsidRDefault="001818E9">
            <w:r w:rsidRPr="007E41BF">
              <w:rPr>
                <w:b/>
              </w:rPr>
              <w:t>- Bài 1. Luyện tập (Trò chơi học tập “Dãy số bí mật”) Nêu các số còn thiếu.</w:t>
            </w:r>
          </w:p>
        </w:tc>
        <w:tc>
          <w:tcPr>
            <w:tcW w:w="4309" w:type="dxa"/>
            <w:tcBorders>
              <w:top w:val="single" w:sz="6" w:space="0" w:color="000000"/>
            </w:tcBorders>
            <w:shd w:val="clear" w:color="auto" w:fill="auto"/>
          </w:tcPr>
          <w:p w:rsidR="00F40CEF" w:rsidRPr="007E41BF" w:rsidRDefault="001818E9">
            <w:r w:rsidRPr="007E41BF">
              <w:t>- HS đọc yêu cầu Bài 1.</w:t>
            </w:r>
          </w:p>
        </w:tc>
      </w:tr>
      <w:tr w:rsidR="007E41BF" w:rsidRPr="007E41BF" w:rsidTr="00714320">
        <w:trPr>
          <w:jc w:val="center"/>
        </w:trPr>
        <w:tc>
          <w:tcPr>
            <w:tcW w:w="4989" w:type="dxa"/>
            <w:shd w:val="clear" w:color="auto" w:fill="auto"/>
          </w:tcPr>
          <w:p w:rsidR="00F40CEF" w:rsidRPr="007E41BF" w:rsidRDefault="001818E9">
            <w:r w:rsidRPr="007E41BF">
              <w:t>- GV chia lớp thành hai đội, đội A hoàn thành dãy a, đội B hoàn thành dãy b.</w:t>
            </w:r>
          </w:p>
        </w:tc>
        <w:tc>
          <w:tcPr>
            <w:tcW w:w="4309" w:type="dxa"/>
            <w:shd w:val="clear" w:color="auto" w:fill="auto"/>
          </w:tcPr>
          <w:p w:rsidR="00F40CEF" w:rsidRPr="007E41BF" w:rsidRDefault="001818E9">
            <w:r w:rsidRPr="007E41BF">
              <w:t>- HS tham gia trò chơi theo đội.</w:t>
            </w:r>
          </w:p>
        </w:tc>
      </w:tr>
      <w:tr w:rsidR="007E41BF" w:rsidRPr="007E41BF" w:rsidTr="00714320">
        <w:trPr>
          <w:jc w:val="center"/>
        </w:trPr>
        <w:tc>
          <w:tcPr>
            <w:tcW w:w="4989" w:type="dxa"/>
            <w:shd w:val="clear" w:color="auto" w:fill="auto"/>
          </w:tcPr>
          <w:p w:rsidR="00F40CEF" w:rsidRPr="007E41BF" w:rsidRDefault="001818E9">
            <w:r w:rsidRPr="007E41BF">
              <w:t>- GV yêu cầu đội A nêu quy luật và các số còn thiếu.</w:t>
            </w:r>
          </w:p>
        </w:tc>
        <w:tc>
          <w:tcPr>
            <w:tcW w:w="4309" w:type="dxa"/>
            <w:shd w:val="clear" w:color="auto" w:fill="auto"/>
          </w:tcPr>
          <w:p w:rsidR="00F40CEF" w:rsidRPr="007E41BF" w:rsidRDefault="001818E9">
            <w:r w:rsidRPr="007E41BF">
              <w:t>- HS nêu: Dãy a tăng thêm 8; các số còn thiếu là 32, 40, 56, 72.</w:t>
            </w:r>
          </w:p>
        </w:tc>
      </w:tr>
      <w:tr w:rsidR="007E41BF" w:rsidRPr="007E41BF" w:rsidTr="00714320">
        <w:trPr>
          <w:jc w:val="center"/>
        </w:trPr>
        <w:tc>
          <w:tcPr>
            <w:tcW w:w="4989" w:type="dxa"/>
            <w:shd w:val="clear" w:color="auto" w:fill="auto"/>
          </w:tcPr>
          <w:p w:rsidR="00F40CEF" w:rsidRPr="007E41BF" w:rsidRDefault="001818E9">
            <w:r w:rsidRPr="007E41BF">
              <w:t>- GV yêu cầu đội B nêu quy luật và các số còn thiếu.</w:t>
            </w:r>
          </w:p>
        </w:tc>
        <w:tc>
          <w:tcPr>
            <w:tcW w:w="4309" w:type="dxa"/>
            <w:shd w:val="clear" w:color="auto" w:fill="auto"/>
          </w:tcPr>
          <w:p w:rsidR="00F40CEF" w:rsidRPr="007E41BF" w:rsidRDefault="001818E9">
            <w:r w:rsidRPr="007E41BF">
              <w:t>- HS nêu: Dãy b giảm đi 8; các số còn thiếu là 56, 40, 24, 16.</w:t>
            </w:r>
          </w:p>
        </w:tc>
      </w:tr>
      <w:tr w:rsidR="007E41BF" w:rsidRPr="007E41BF" w:rsidTr="00714320">
        <w:trPr>
          <w:jc w:val="center"/>
        </w:trPr>
        <w:tc>
          <w:tcPr>
            <w:tcW w:w="4989" w:type="dxa"/>
            <w:shd w:val="clear" w:color="auto" w:fill="auto"/>
          </w:tcPr>
          <w:p w:rsidR="00F40CEF" w:rsidRPr="007E41BF" w:rsidRDefault="001818E9">
            <w:r w:rsidRPr="007E41BF">
              <w:t>- GV hỏi: Các dãy số giúp em ghi nhớ bảng nào?</w:t>
            </w:r>
          </w:p>
        </w:tc>
        <w:tc>
          <w:tcPr>
            <w:tcW w:w="4309" w:type="dxa"/>
            <w:shd w:val="clear" w:color="auto" w:fill="auto"/>
          </w:tcPr>
          <w:p w:rsidR="00F40CEF" w:rsidRPr="007E41BF" w:rsidRDefault="001818E9">
            <w:r w:rsidRPr="007E41BF">
              <w:t>- HS trả lời: Giúp em ghi nhớ bảng nhân 8, bảng chia 8.</w:t>
            </w:r>
          </w:p>
        </w:tc>
      </w:tr>
      <w:tr w:rsidR="007E41BF" w:rsidRPr="007E41BF" w:rsidTr="00714320">
        <w:trPr>
          <w:jc w:val="center"/>
        </w:trPr>
        <w:tc>
          <w:tcPr>
            <w:tcW w:w="4989" w:type="dxa"/>
            <w:shd w:val="clear" w:color="auto" w:fill="auto"/>
          </w:tcPr>
          <w:p w:rsidR="00F40CEF" w:rsidRPr="007E41BF" w:rsidRDefault="001818E9">
            <w:r w:rsidRPr="007E41BF">
              <w:t>- GV kết luận kiến thức: Đếm thêm 8 hoặc bớt 8 giúp ta nhớ chắc bảng nhân, chia 8.</w:t>
            </w:r>
          </w:p>
        </w:tc>
        <w:tc>
          <w:tcPr>
            <w:tcW w:w="4309" w:type="dxa"/>
            <w:shd w:val="clear" w:color="auto" w:fill="auto"/>
          </w:tcPr>
          <w:p w:rsidR="00F40CEF" w:rsidRPr="007E41BF" w:rsidRDefault="001818E9">
            <w:r w:rsidRPr="007E41BF">
              <w:t>- HS lắng nghe, hoàn thiện bài.</w:t>
            </w:r>
          </w:p>
        </w:tc>
      </w:tr>
      <w:tr w:rsidR="007E41BF" w:rsidRPr="007E41BF" w:rsidTr="00714320">
        <w:trPr>
          <w:jc w:val="center"/>
        </w:trPr>
        <w:tc>
          <w:tcPr>
            <w:tcW w:w="4989" w:type="dxa"/>
            <w:shd w:val="clear" w:color="auto" w:fill="auto"/>
          </w:tcPr>
          <w:p w:rsidR="00F40CEF" w:rsidRPr="007E41BF" w:rsidRDefault="001818E9">
            <w:r w:rsidRPr="007E41BF">
              <w:rPr>
                <w:b/>
              </w:rPr>
              <w:t>- Bài 2. Luyện tập (Làm việc cá nhân) Số?</w:t>
            </w:r>
          </w:p>
          <w:p w:rsidR="00F40CEF" w:rsidRPr="007E41BF" w:rsidRDefault="001818E9">
            <w:r w:rsidRPr="007E41BF">
              <w:rPr>
                <w:noProof/>
              </w:rPr>
              <w:drawing>
                <wp:inline distT="0" distB="0" distL="0" distR="0" wp14:anchorId="5F8EA62B" wp14:editId="7E899EC7">
                  <wp:extent cx="2971800" cy="6014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1_T2_LT2.png"/>
                          <pic:cNvPicPr/>
                        </pic:nvPicPr>
                        <pic:blipFill>
                          <a:blip r:embed="rId8"/>
                          <a:stretch>
                            <a:fillRect/>
                          </a:stretch>
                        </pic:blipFill>
                        <pic:spPr>
                          <a:xfrm>
                            <a:off x="0" y="0"/>
                            <a:ext cx="2971800" cy="601436"/>
                          </a:xfrm>
                          <a:prstGeom prst="rect">
                            <a:avLst/>
                          </a:prstGeom>
                        </pic:spPr>
                      </pic:pic>
                    </a:graphicData>
                  </a:graphic>
                </wp:inline>
              </w:drawing>
            </w:r>
          </w:p>
        </w:tc>
        <w:tc>
          <w:tcPr>
            <w:tcW w:w="4309" w:type="dxa"/>
            <w:shd w:val="clear" w:color="auto" w:fill="auto"/>
          </w:tcPr>
          <w:p w:rsidR="00F40CEF" w:rsidRPr="007E41BF" w:rsidRDefault="001818E9">
            <w:r w:rsidRPr="007E41BF">
              <w:t>- HS đọc yêu cầu Bài 2.</w:t>
            </w:r>
          </w:p>
        </w:tc>
      </w:tr>
      <w:tr w:rsidR="007E41BF" w:rsidRPr="007E41BF" w:rsidTr="00714320">
        <w:trPr>
          <w:jc w:val="center"/>
        </w:trPr>
        <w:tc>
          <w:tcPr>
            <w:tcW w:w="4989" w:type="dxa"/>
            <w:shd w:val="clear" w:color="auto" w:fill="auto"/>
          </w:tcPr>
          <w:p w:rsidR="00F40CEF" w:rsidRPr="007E41BF" w:rsidRDefault="001818E9">
            <w:r w:rsidRPr="007E41BF">
              <w:t>- GV yêu cầu HS đọc sơ đồ tính theo chiều mũi tên.</w:t>
            </w:r>
          </w:p>
        </w:tc>
        <w:tc>
          <w:tcPr>
            <w:tcW w:w="4309" w:type="dxa"/>
            <w:shd w:val="clear" w:color="auto" w:fill="auto"/>
          </w:tcPr>
          <w:p w:rsidR="00F40CEF" w:rsidRPr="007E41BF" w:rsidRDefault="001818E9">
            <w:r w:rsidRPr="007E41BF">
              <w:t>- HS đọc: Bắt đầu từ 8, nhân 3, sau đó cộng 16.</w:t>
            </w:r>
          </w:p>
        </w:tc>
      </w:tr>
      <w:tr w:rsidR="007E41BF" w:rsidRPr="007E41BF" w:rsidTr="00714320">
        <w:trPr>
          <w:jc w:val="center"/>
        </w:trPr>
        <w:tc>
          <w:tcPr>
            <w:tcW w:w="4989" w:type="dxa"/>
            <w:shd w:val="clear" w:color="auto" w:fill="auto"/>
          </w:tcPr>
          <w:p w:rsidR="00F40CEF" w:rsidRPr="007E41BF" w:rsidRDefault="001818E9">
            <w:r w:rsidRPr="007E41BF">
              <w:t>- GV hỏi: 8 x 3 bằng bao nhiêu?</w:t>
            </w:r>
          </w:p>
        </w:tc>
        <w:tc>
          <w:tcPr>
            <w:tcW w:w="4309" w:type="dxa"/>
            <w:shd w:val="clear" w:color="auto" w:fill="auto"/>
          </w:tcPr>
          <w:p w:rsidR="00F40CEF" w:rsidRPr="007E41BF" w:rsidRDefault="001818E9">
            <w:r w:rsidRPr="007E41BF">
              <w:t>- HS trả lời: 8 x 3 = 24.</w:t>
            </w:r>
          </w:p>
        </w:tc>
      </w:tr>
      <w:tr w:rsidR="007E41BF" w:rsidRPr="007E41BF" w:rsidTr="00714320">
        <w:trPr>
          <w:jc w:val="center"/>
        </w:trPr>
        <w:tc>
          <w:tcPr>
            <w:tcW w:w="4989" w:type="dxa"/>
            <w:shd w:val="clear" w:color="auto" w:fill="auto"/>
          </w:tcPr>
          <w:p w:rsidR="00F40CEF" w:rsidRPr="007E41BF" w:rsidRDefault="001818E9">
            <w:r w:rsidRPr="007E41BF">
              <w:t>- GV hỏi: 24 + 16 bằng bao nhiêu?</w:t>
            </w:r>
          </w:p>
        </w:tc>
        <w:tc>
          <w:tcPr>
            <w:tcW w:w="4309" w:type="dxa"/>
            <w:shd w:val="clear" w:color="auto" w:fill="auto"/>
          </w:tcPr>
          <w:p w:rsidR="00F40CEF" w:rsidRPr="007E41BF" w:rsidRDefault="001818E9">
            <w:r w:rsidRPr="007E41BF">
              <w:t>- HS trả lời: 24 + 16 = 40.</w:t>
            </w:r>
          </w:p>
        </w:tc>
      </w:tr>
      <w:tr w:rsidR="007E41BF" w:rsidRPr="007E41BF" w:rsidTr="00714320">
        <w:trPr>
          <w:jc w:val="center"/>
        </w:trPr>
        <w:tc>
          <w:tcPr>
            <w:tcW w:w="4989" w:type="dxa"/>
            <w:shd w:val="clear" w:color="auto" w:fill="auto"/>
          </w:tcPr>
          <w:p w:rsidR="00F40CEF" w:rsidRPr="007E41BF" w:rsidRDefault="001818E9">
            <w:r w:rsidRPr="007E41BF">
              <w:t>- GV yêu cầu HS điền hai số vào ô trống.</w:t>
            </w:r>
          </w:p>
        </w:tc>
        <w:tc>
          <w:tcPr>
            <w:tcW w:w="4309" w:type="dxa"/>
            <w:shd w:val="clear" w:color="auto" w:fill="auto"/>
          </w:tcPr>
          <w:p w:rsidR="00F40CEF" w:rsidRPr="007E41BF" w:rsidRDefault="001818E9">
            <w:r w:rsidRPr="007E41BF">
              <w:t>- HS điền vào hình tròn số 24, vào hình tam giác số 40.</w:t>
            </w:r>
          </w:p>
        </w:tc>
      </w:tr>
      <w:tr w:rsidR="007E41BF" w:rsidRPr="007E41BF" w:rsidTr="00714320">
        <w:trPr>
          <w:jc w:val="center"/>
        </w:trPr>
        <w:tc>
          <w:tcPr>
            <w:tcW w:w="4989" w:type="dxa"/>
            <w:shd w:val="clear" w:color="auto" w:fill="auto"/>
          </w:tcPr>
          <w:p w:rsidR="00F40CEF" w:rsidRPr="007E41BF" w:rsidRDefault="001818E9">
            <w:r w:rsidRPr="007E41BF">
              <w:t>- GV kết luận kiến thức: Với dãy tính nối tiếp, cần thực hiện theo đúng thứ tự mũi tên.</w:t>
            </w:r>
          </w:p>
        </w:tc>
        <w:tc>
          <w:tcPr>
            <w:tcW w:w="4309" w:type="dxa"/>
            <w:shd w:val="clear" w:color="auto" w:fill="auto"/>
          </w:tcPr>
          <w:p w:rsidR="00F40CEF" w:rsidRPr="007E41BF" w:rsidRDefault="001818E9">
            <w:r w:rsidRPr="007E41BF">
              <w:t>- HS lắng nghe, ghi nhớ.</w:t>
            </w:r>
          </w:p>
        </w:tc>
      </w:tr>
      <w:tr w:rsidR="007E41BF" w:rsidRPr="007E41BF" w:rsidTr="00714320">
        <w:trPr>
          <w:jc w:val="center"/>
        </w:trPr>
        <w:tc>
          <w:tcPr>
            <w:tcW w:w="4989" w:type="dxa"/>
            <w:shd w:val="clear" w:color="auto" w:fill="auto"/>
          </w:tcPr>
          <w:p w:rsidR="00F40CEF" w:rsidRPr="007E41BF" w:rsidRDefault="001818E9">
            <w:r w:rsidRPr="007E41BF">
              <w:rPr>
                <w:b/>
              </w:rPr>
              <w:t>- Bài 3. Luyện tập (Trò chơi học tập “Ong về đúng hoa”) Chọn kết quả cho mỗi phép tính.</w:t>
            </w:r>
          </w:p>
          <w:p w:rsidR="00F40CEF" w:rsidRPr="007E41BF" w:rsidRDefault="00F40CEF"/>
        </w:tc>
        <w:tc>
          <w:tcPr>
            <w:tcW w:w="4309" w:type="dxa"/>
            <w:shd w:val="clear" w:color="auto" w:fill="auto"/>
          </w:tcPr>
          <w:p w:rsidR="00F40CEF" w:rsidRPr="007E41BF" w:rsidRDefault="001818E9">
            <w:r w:rsidRPr="007E41BF">
              <w:t>- HS đọc yêu cầu Bài 3.</w:t>
            </w:r>
          </w:p>
        </w:tc>
      </w:tr>
      <w:tr w:rsidR="007E41BF" w:rsidRPr="007E41BF" w:rsidTr="00714320">
        <w:trPr>
          <w:jc w:val="center"/>
        </w:trPr>
        <w:tc>
          <w:tcPr>
            <w:tcW w:w="4989" w:type="dxa"/>
            <w:shd w:val="clear" w:color="auto" w:fill="auto"/>
          </w:tcPr>
          <w:p w:rsidR="00F40CEF" w:rsidRPr="007E41BF" w:rsidRDefault="001818E9">
            <w:r w:rsidRPr="007E41BF">
              <w:t>- GV chia nhóm 4, yêu cầu tính kết quả từng phép tính trên mỗi con ong.</w:t>
            </w:r>
          </w:p>
        </w:tc>
        <w:tc>
          <w:tcPr>
            <w:tcW w:w="4309" w:type="dxa"/>
            <w:shd w:val="clear" w:color="auto" w:fill="auto"/>
          </w:tcPr>
          <w:p w:rsidR="00F40CEF" w:rsidRPr="007E41BF" w:rsidRDefault="001818E9">
            <w:r w:rsidRPr="007E41BF">
              <w:t>- HS thảo luận nhóm 4, tính kết quả.</w:t>
            </w:r>
          </w:p>
        </w:tc>
      </w:tr>
      <w:tr w:rsidR="007E41BF" w:rsidRPr="007E41BF" w:rsidTr="00714320">
        <w:trPr>
          <w:jc w:val="center"/>
        </w:trPr>
        <w:tc>
          <w:tcPr>
            <w:tcW w:w="4989" w:type="dxa"/>
            <w:shd w:val="clear" w:color="auto" w:fill="auto"/>
          </w:tcPr>
          <w:p w:rsidR="00F40CEF" w:rsidRPr="007E41BF" w:rsidRDefault="001818E9">
            <w:r w:rsidRPr="007E41BF">
              <w:t>- GV mời HS nêu kết quả các phép tính.</w:t>
            </w:r>
          </w:p>
        </w:tc>
        <w:tc>
          <w:tcPr>
            <w:tcW w:w="4309" w:type="dxa"/>
            <w:shd w:val="clear" w:color="auto" w:fill="auto"/>
          </w:tcPr>
          <w:p w:rsidR="00F40CEF" w:rsidRPr="007E41BF" w:rsidRDefault="001818E9">
            <w:r w:rsidRPr="007E41BF">
              <w:t xml:space="preserve">- HS nêu: 64 : 8 = 8; 8 x 2 = 16; 8 x 5 = 40; </w:t>
            </w:r>
            <w:r w:rsidRPr="007E41BF">
              <w:lastRenderedPageBreak/>
              <w:t>40 : 8 = 5; 8 x 7 = 56.</w:t>
            </w:r>
          </w:p>
        </w:tc>
      </w:tr>
      <w:tr w:rsidR="007E41BF" w:rsidRPr="007E41BF" w:rsidTr="00714320">
        <w:trPr>
          <w:jc w:val="center"/>
        </w:trPr>
        <w:tc>
          <w:tcPr>
            <w:tcW w:w="4989" w:type="dxa"/>
            <w:shd w:val="clear" w:color="auto" w:fill="auto"/>
          </w:tcPr>
          <w:p w:rsidR="00F40CEF" w:rsidRPr="007E41BF" w:rsidRDefault="001818E9">
            <w:r w:rsidRPr="007E41BF">
              <w:lastRenderedPageBreak/>
              <w:t>- GV yêu cầu HS nối mỗi con ong với bông hoa có kết quả phù hợp.</w:t>
            </w:r>
          </w:p>
        </w:tc>
        <w:tc>
          <w:tcPr>
            <w:tcW w:w="4309" w:type="dxa"/>
            <w:shd w:val="clear" w:color="auto" w:fill="auto"/>
          </w:tcPr>
          <w:p w:rsidR="00F40CEF" w:rsidRPr="007E41BF" w:rsidRDefault="001818E9">
            <w:r w:rsidRPr="007E41BF">
              <w:t>- HS nối: 64 : 8 với 8; 8 x 2 với 16; 8 x 5 với 40; 40 : 8 với 5; 8 x 7 với 56.</w:t>
            </w:r>
          </w:p>
        </w:tc>
      </w:tr>
      <w:tr w:rsidR="007E41BF" w:rsidRPr="007E41BF" w:rsidTr="00714320">
        <w:trPr>
          <w:jc w:val="center"/>
        </w:trPr>
        <w:tc>
          <w:tcPr>
            <w:tcW w:w="4989" w:type="dxa"/>
            <w:shd w:val="clear" w:color="auto" w:fill="auto"/>
          </w:tcPr>
          <w:p w:rsidR="00F40CEF" w:rsidRPr="007E41BF" w:rsidRDefault="001818E9">
            <w:r w:rsidRPr="007E41BF">
              <w:t>- GV hỏi: Muốn chọn kết quả đúng, em làm gì trước?</w:t>
            </w:r>
          </w:p>
        </w:tc>
        <w:tc>
          <w:tcPr>
            <w:tcW w:w="4309" w:type="dxa"/>
            <w:shd w:val="clear" w:color="auto" w:fill="auto"/>
          </w:tcPr>
          <w:p w:rsidR="00F40CEF" w:rsidRPr="007E41BF" w:rsidRDefault="001818E9">
            <w:r w:rsidRPr="007E41BF">
              <w:t>- HS trả lời: Em tính từng phép tính rồi đối chiếu với số trên bông hoa.</w:t>
            </w:r>
          </w:p>
        </w:tc>
      </w:tr>
      <w:tr w:rsidR="007E41BF" w:rsidRPr="007E41BF" w:rsidTr="00714320">
        <w:trPr>
          <w:jc w:val="center"/>
        </w:trPr>
        <w:tc>
          <w:tcPr>
            <w:tcW w:w="4989" w:type="dxa"/>
            <w:shd w:val="clear" w:color="auto" w:fill="auto"/>
          </w:tcPr>
          <w:p w:rsidR="00F40CEF" w:rsidRPr="007E41BF" w:rsidRDefault="001818E9">
            <w:r w:rsidRPr="007E41BF">
              <w:t>- GV kết luận kiến thức: Cần tính đúng phép nhân, phép chia trước khi chọn hoặc nối kết quả.</w:t>
            </w:r>
          </w:p>
        </w:tc>
        <w:tc>
          <w:tcPr>
            <w:tcW w:w="4309" w:type="dxa"/>
            <w:shd w:val="clear" w:color="auto" w:fill="auto"/>
          </w:tcPr>
          <w:p w:rsidR="00F40CEF" w:rsidRPr="007E41BF" w:rsidRDefault="001818E9">
            <w:r w:rsidRPr="007E41BF">
              <w:t>- HS lắng nghe, sửa bài.</w:t>
            </w:r>
          </w:p>
        </w:tc>
      </w:tr>
      <w:tr w:rsidR="007E41BF" w:rsidRPr="007E41BF" w:rsidTr="00714320">
        <w:trPr>
          <w:jc w:val="center"/>
        </w:trPr>
        <w:tc>
          <w:tcPr>
            <w:tcW w:w="4989" w:type="dxa"/>
            <w:shd w:val="clear" w:color="auto" w:fill="auto"/>
          </w:tcPr>
          <w:p w:rsidR="00F40CEF" w:rsidRPr="007E41BF" w:rsidRDefault="001818E9">
            <w:r w:rsidRPr="007E41BF">
              <w:rPr>
                <w:b/>
              </w:rPr>
              <w:t>- Bài 4. Luyện tập (Làm việc cá nhân) Giải bài toán về con cua.</w:t>
            </w:r>
          </w:p>
        </w:tc>
        <w:tc>
          <w:tcPr>
            <w:tcW w:w="4309" w:type="dxa"/>
            <w:shd w:val="clear" w:color="auto" w:fill="auto"/>
          </w:tcPr>
          <w:p w:rsidR="00F40CEF" w:rsidRPr="007E41BF" w:rsidRDefault="001818E9">
            <w:r w:rsidRPr="007E41BF">
              <w:t>- HS đọc yêu cầu Bài 4.</w:t>
            </w:r>
          </w:p>
        </w:tc>
      </w:tr>
      <w:tr w:rsidR="007E41BF" w:rsidRPr="007E41BF" w:rsidTr="00714320">
        <w:trPr>
          <w:jc w:val="center"/>
        </w:trPr>
        <w:tc>
          <w:tcPr>
            <w:tcW w:w="4989" w:type="dxa"/>
            <w:shd w:val="clear" w:color="auto" w:fill="auto"/>
          </w:tcPr>
          <w:p w:rsidR="00F40CEF" w:rsidRPr="007E41BF" w:rsidRDefault="001818E9">
            <w:r w:rsidRPr="007E41BF">
              <w:t>- GV giới thiệu công cụ Google Lens/tìm kiếm bằng hình ảnh ở chế độ trình chiếu; GV chiếu hình con cua trong SGK và hỏi: “Công cụ có thể nhận dạng đây là con gì, nhưng chúng ta cần kiểm tra lại bằng quan sát như thế nào?”</w:t>
            </w:r>
          </w:p>
        </w:tc>
        <w:tc>
          <w:tcPr>
            <w:tcW w:w="4309" w:type="dxa"/>
            <w:shd w:val="clear" w:color="auto" w:fill="auto"/>
          </w:tcPr>
          <w:p w:rsidR="00F40CEF" w:rsidRPr="007E41BF" w:rsidRDefault="001818E9">
            <w:r w:rsidRPr="007E41BF">
              <w:t>- HS quan sát công cụ và trả lời: Cần nhìn kĩ hình, đếm chân, càng và không tin ngay khi ảnh mờ hoặc công cụ nhận sai.</w:t>
            </w:r>
          </w:p>
        </w:tc>
      </w:tr>
      <w:tr w:rsidR="007E41BF" w:rsidRPr="007E41BF" w:rsidTr="00714320">
        <w:trPr>
          <w:jc w:val="center"/>
        </w:trPr>
        <w:tc>
          <w:tcPr>
            <w:tcW w:w="4989" w:type="dxa"/>
            <w:shd w:val="clear" w:color="auto" w:fill="auto"/>
          </w:tcPr>
          <w:p w:rsidR="00F40CEF" w:rsidRPr="007E41BF" w:rsidRDefault="001818E9">
            <w:r w:rsidRPr="007E41BF">
              <w:t>- Tích hợp AI 3.C5.2: GV hỏi dẫn: “Vì sao AI có thể nhận đúng hoặc nhầm sinh vật biển trong hình?” GV diễn giải: Công cụ nhận dạng hình ảnh như Google Lens có thể hỗ trợ gọi tên sinh vật dựa vào đặc điểm hình ảnh, nhưng nếu ảnh mờ, bị che khuất hoặc góc chụp không rõ, công cụ có thể nhầm. Vì vậy, khi dùng AI/công cụ nhận dạng, các em cần biết quan sát lại bằng mắt, kiểm tra thông tin với kiến thức đã học và chỉ dùng công cụ để hỗ trợ, không để công cụ làm thay suy nghĩ của mình.</w:t>
            </w:r>
          </w:p>
        </w:tc>
        <w:tc>
          <w:tcPr>
            <w:tcW w:w="4309" w:type="dxa"/>
            <w:shd w:val="clear" w:color="auto" w:fill="auto"/>
          </w:tcPr>
          <w:p w:rsidR="00F40CEF" w:rsidRPr="007E41BF" w:rsidRDefault="001818E9">
            <w:r w:rsidRPr="007E41BF">
              <w:t>- HS trả lời: AI có thể nhầm khi hình không rõ; em cần kiểm tra lại bằng cách quan sát và hỏi cô hoặc đối chiếu kiến thức.</w:t>
            </w:r>
          </w:p>
        </w:tc>
      </w:tr>
      <w:tr w:rsidR="007E41BF" w:rsidRPr="007E41BF" w:rsidTr="00714320">
        <w:trPr>
          <w:jc w:val="center"/>
        </w:trPr>
        <w:tc>
          <w:tcPr>
            <w:tcW w:w="4989" w:type="dxa"/>
            <w:shd w:val="clear" w:color="auto" w:fill="auto"/>
          </w:tcPr>
          <w:p w:rsidR="00F40CEF" w:rsidRPr="007E41BF" w:rsidRDefault="001818E9">
            <w:r w:rsidRPr="007E41BF">
              <w:t>- GV yêu cầu HS đọc đề và nêu dữ kiện bài toán.</w:t>
            </w:r>
          </w:p>
        </w:tc>
        <w:tc>
          <w:tcPr>
            <w:tcW w:w="4309" w:type="dxa"/>
            <w:shd w:val="clear" w:color="auto" w:fill="auto"/>
          </w:tcPr>
          <w:p w:rsidR="00F40CEF" w:rsidRPr="007E41BF" w:rsidRDefault="001818E9">
            <w:r w:rsidRPr="007E41BF">
              <w:t>- HS nêu: Mỗi con cua có 8 cái chân và 2 cái càng.</w:t>
            </w:r>
          </w:p>
        </w:tc>
      </w:tr>
      <w:tr w:rsidR="007E41BF" w:rsidRPr="007E41BF" w:rsidTr="00714320">
        <w:trPr>
          <w:jc w:val="center"/>
        </w:trPr>
        <w:tc>
          <w:tcPr>
            <w:tcW w:w="4989" w:type="dxa"/>
            <w:shd w:val="clear" w:color="auto" w:fill="auto"/>
          </w:tcPr>
          <w:p w:rsidR="00F40CEF" w:rsidRPr="007E41BF" w:rsidRDefault="001818E9">
            <w:r w:rsidRPr="007E41BF">
              <w:t>- GV hỏi: 3 con cua có bao nhiêu cái chân? 6 con cua có bao nhiêu cái càng?</w:t>
            </w:r>
          </w:p>
        </w:tc>
        <w:tc>
          <w:tcPr>
            <w:tcW w:w="4309" w:type="dxa"/>
            <w:shd w:val="clear" w:color="auto" w:fill="auto"/>
          </w:tcPr>
          <w:p w:rsidR="00F40CEF" w:rsidRPr="007E41BF" w:rsidRDefault="001818E9">
            <w:r w:rsidRPr="007E41BF">
              <w:t>- HS trả lời: 3 con cua có 8 x 3 = 24 cái chân; 6 con cua có 2 x 6 = 12 cái càng.</w:t>
            </w:r>
          </w:p>
        </w:tc>
      </w:tr>
      <w:tr w:rsidR="007E41BF" w:rsidRPr="007E41BF" w:rsidTr="00714320">
        <w:trPr>
          <w:jc w:val="center"/>
        </w:trPr>
        <w:tc>
          <w:tcPr>
            <w:tcW w:w="4989" w:type="dxa"/>
            <w:shd w:val="clear" w:color="auto" w:fill="auto"/>
          </w:tcPr>
          <w:p w:rsidR="00F40CEF" w:rsidRPr="007E41BF" w:rsidRDefault="001818E9">
            <w:r w:rsidRPr="007E41BF">
              <w:t>- GV yêu cầu HS trình bày hai bài giải hoàn chỉnh vào vở.</w:t>
            </w:r>
          </w:p>
        </w:tc>
        <w:tc>
          <w:tcPr>
            <w:tcW w:w="4309" w:type="dxa"/>
            <w:shd w:val="clear" w:color="auto" w:fill="auto"/>
          </w:tcPr>
          <w:p w:rsidR="00F40CEF" w:rsidRPr="007E41BF" w:rsidRDefault="001818E9">
            <w:r w:rsidRPr="007E41BF">
              <w:t>- HS trình bày:</w:t>
            </w:r>
            <w:r w:rsidRPr="007E41BF">
              <w:br/>
              <w:t>Bài giải a)</w:t>
            </w:r>
            <w:r w:rsidRPr="007E41BF">
              <w:br/>
              <w:t>3 con cua có số cái chân là:</w:t>
            </w:r>
            <w:r w:rsidRPr="007E41BF">
              <w:br/>
              <w:t>8 x 3 = 24 (cái chân)</w:t>
            </w:r>
            <w:r w:rsidRPr="007E41BF">
              <w:br/>
              <w:t>Đáp số: 24 cái chân.</w:t>
            </w:r>
            <w:r w:rsidRPr="007E41BF">
              <w:br/>
              <w:t>Bài giải b)</w:t>
            </w:r>
            <w:r w:rsidRPr="007E41BF">
              <w:br/>
              <w:t>6 con cua có số cái càng là:</w:t>
            </w:r>
            <w:r w:rsidRPr="007E41BF">
              <w:br/>
              <w:t>2 x 6 = 12 (cái càng)</w:t>
            </w:r>
            <w:r w:rsidRPr="007E41BF">
              <w:br/>
              <w:t>Đáp số: 12 cái càng.</w:t>
            </w:r>
          </w:p>
        </w:tc>
      </w:tr>
      <w:tr w:rsidR="007E41BF" w:rsidRPr="007E41BF" w:rsidTr="00714320">
        <w:trPr>
          <w:jc w:val="center"/>
        </w:trPr>
        <w:tc>
          <w:tcPr>
            <w:tcW w:w="4989" w:type="dxa"/>
            <w:tcBorders>
              <w:bottom w:val="single" w:sz="6" w:space="0" w:color="000000"/>
            </w:tcBorders>
            <w:shd w:val="clear" w:color="auto" w:fill="auto"/>
          </w:tcPr>
          <w:p w:rsidR="00F40CEF" w:rsidRPr="007E41BF" w:rsidRDefault="001818E9">
            <w:r w:rsidRPr="007E41BF">
              <w:t xml:space="preserve">- GV kết luận kiến thức: Dùng công cụ nhận dạng hình ảnh phải biết kiểm tra lại; khi giải toán, cần đọc đúng dữ kiện rồi chọn phép </w:t>
            </w:r>
            <w:r w:rsidRPr="007E41BF">
              <w:lastRenderedPageBreak/>
              <w:t>nhân phù hợp.</w:t>
            </w:r>
          </w:p>
        </w:tc>
        <w:tc>
          <w:tcPr>
            <w:tcW w:w="4309" w:type="dxa"/>
            <w:tcBorders>
              <w:bottom w:val="single" w:sz="6" w:space="0" w:color="000000"/>
            </w:tcBorders>
            <w:shd w:val="clear" w:color="auto" w:fill="auto"/>
          </w:tcPr>
          <w:p w:rsidR="00F40CEF" w:rsidRPr="007E41BF" w:rsidRDefault="001818E9">
            <w:r w:rsidRPr="007E41BF">
              <w:lastRenderedPageBreak/>
              <w:t>- HS lắng nghe, ghi nhớ.</w:t>
            </w:r>
          </w:p>
        </w:tc>
      </w:tr>
      <w:tr w:rsidR="007E41BF" w:rsidRPr="007E41BF" w:rsidTr="00714320">
        <w:trPr>
          <w:jc w:val="center"/>
        </w:trPr>
        <w:tc>
          <w:tcPr>
            <w:tcW w:w="9972" w:type="dxa"/>
            <w:gridSpan w:val="2"/>
            <w:tcBorders>
              <w:top w:val="single" w:sz="6" w:space="0" w:color="000000"/>
              <w:bottom w:val="single" w:sz="6" w:space="0" w:color="000000"/>
            </w:tcBorders>
            <w:shd w:val="clear" w:color="auto" w:fill="auto"/>
          </w:tcPr>
          <w:p w:rsidR="00F40CEF" w:rsidRPr="007E41BF" w:rsidRDefault="001818E9">
            <w:r w:rsidRPr="007E41BF">
              <w:rPr>
                <w:b/>
              </w:rPr>
              <w:lastRenderedPageBreak/>
              <w:t>3. VẬN DỤNG (3 PHÚT):</w:t>
            </w:r>
          </w:p>
          <w:p w:rsidR="00F40CEF" w:rsidRPr="007E41BF" w:rsidRDefault="001818E9">
            <w:r w:rsidRPr="007E41BF">
              <w:rPr>
                <w:b/>
              </w:rPr>
              <w:t>- Mục tiêu:</w:t>
            </w:r>
          </w:p>
          <w:p w:rsidR="00F40CEF" w:rsidRPr="007E41BF" w:rsidRDefault="001818E9">
            <w:r w:rsidRPr="007E41BF">
              <w:t>+ Vận dụng bảng nhân 8 để giải tình huống thực tế.</w:t>
            </w:r>
          </w:p>
          <w:p w:rsidR="00F40CEF" w:rsidRPr="007E41BF" w:rsidRDefault="001818E9">
            <w:r w:rsidRPr="007E41BF">
              <w:rPr>
                <w:b/>
              </w:rPr>
              <w:t>* Cách tiến hành:</w:t>
            </w:r>
          </w:p>
        </w:tc>
      </w:tr>
      <w:tr w:rsidR="007E41BF" w:rsidRPr="007E41BF" w:rsidTr="00714320">
        <w:trPr>
          <w:jc w:val="center"/>
        </w:trPr>
        <w:tc>
          <w:tcPr>
            <w:tcW w:w="4989" w:type="dxa"/>
            <w:tcBorders>
              <w:top w:val="single" w:sz="6" w:space="0" w:color="000000"/>
            </w:tcBorders>
            <w:shd w:val="clear" w:color="auto" w:fill="auto"/>
          </w:tcPr>
          <w:p w:rsidR="00F40CEF" w:rsidRPr="007E41BF" w:rsidRDefault="001818E9">
            <w:r w:rsidRPr="007E41BF">
              <w:t>- GV nêu tình huống: Mỗi nhóm có 8 bạn. Có 5 nhóm như vậy thì có bao nhiêu bạn?</w:t>
            </w:r>
          </w:p>
        </w:tc>
        <w:tc>
          <w:tcPr>
            <w:tcW w:w="4309" w:type="dxa"/>
            <w:tcBorders>
              <w:top w:val="single" w:sz="6" w:space="0" w:color="000000"/>
            </w:tcBorders>
            <w:shd w:val="clear" w:color="auto" w:fill="auto"/>
          </w:tcPr>
          <w:p w:rsidR="00F40CEF" w:rsidRPr="007E41BF" w:rsidRDefault="001818E9">
            <w:r w:rsidRPr="007E41BF">
              <w:t>- HS trả lời: 8 x 5 = 40 bạn.</w:t>
            </w:r>
          </w:p>
        </w:tc>
      </w:tr>
      <w:tr w:rsidR="007E41BF" w:rsidRPr="007E41BF" w:rsidTr="00714320">
        <w:trPr>
          <w:jc w:val="center"/>
        </w:trPr>
        <w:tc>
          <w:tcPr>
            <w:tcW w:w="4989" w:type="dxa"/>
            <w:shd w:val="clear" w:color="auto" w:fill="auto"/>
          </w:tcPr>
          <w:p w:rsidR="00F40CEF" w:rsidRPr="007E41BF" w:rsidRDefault="001818E9">
            <w:r w:rsidRPr="007E41BF">
              <w:t>- GV kết luận kiến thức: Bảng nhân 8 giúp ta tính nhanh các nhóm bằng nhau; khi dùng công cụ số, cần kiểm tra lại kết quả bằng kiến thức của mình.</w:t>
            </w:r>
          </w:p>
        </w:tc>
        <w:tc>
          <w:tcPr>
            <w:tcW w:w="4309" w:type="dxa"/>
            <w:shd w:val="clear" w:color="auto" w:fill="auto"/>
          </w:tcPr>
          <w:p w:rsidR="00F40CEF" w:rsidRPr="007E41BF" w:rsidRDefault="001818E9">
            <w:r w:rsidRPr="007E41BF">
              <w:t>- HS lắng nghe, ghi nhớ.</w:t>
            </w:r>
          </w:p>
        </w:tc>
      </w:tr>
    </w:tbl>
    <w:p w:rsidR="00F40CEF" w:rsidRPr="007E41BF" w:rsidRDefault="001818E9">
      <w:pPr>
        <w:spacing w:after="0" w:line="240" w:lineRule="auto"/>
      </w:pPr>
      <w:r w:rsidRPr="007E41BF">
        <w:rPr>
          <w:b/>
        </w:rPr>
        <w:t>IV. ĐIỀU CHỈNH SAU BÀI DẠY:</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r w:rsidRPr="007E41BF">
        <w:br w:type="page"/>
      </w:r>
    </w:p>
    <w:p w:rsidR="00F40CEF" w:rsidRPr="007E41BF" w:rsidRDefault="001818E9">
      <w:pPr>
        <w:spacing w:after="0" w:line="240" w:lineRule="auto"/>
        <w:jc w:val="center"/>
      </w:pPr>
      <w:r w:rsidRPr="007E41BF">
        <w:rPr>
          <w:b/>
          <w:sz w:val="30"/>
        </w:rPr>
        <w:lastRenderedPageBreak/>
        <w:t>KẾ HOẠCH BÀI DẠY MÔN TOÁN 3</w:t>
      </w:r>
    </w:p>
    <w:p w:rsidR="00F40CEF" w:rsidRPr="007E41BF" w:rsidRDefault="001818E9">
      <w:pPr>
        <w:spacing w:after="0" w:line="240" w:lineRule="auto"/>
        <w:jc w:val="center"/>
      </w:pPr>
      <w:r w:rsidRPr="007E41BF">
        <w:rPr>
          <w:b/>
          <w:sz w:val="28"/>
        </w:rPr>
        <w:t>CHỦ ĐỀ 2: BẢNG NHÂN, BẢNG CHIA</w:t>
      </w:r>
    </w:p>
    <w:p w:rsidR="00F40CEF" w:rsidRPr="007E41BF" w:rsidRDefault="001818E9">
      <w:pPr>
        <w:spacing w:after="0" w:line="240" w:lineRule="auto"/>
        <w:jc w:val="center"/>
      </w:pPr>
      <w:r w:rsidRPr="007E41BF">
        <w:rPr>
          <w:b/>
          <w:sz w:val="28"/>
        </w:rPr>
        <w:t>Bài 12: BẢNG NHÂN 9, BẢNG CHIA 9</w:t>
      </w:r>
    </w:p>
    <w:p w:rsidR="00F40CEF" w:rsidRPr="007E41BF" w:rsidRDefault="001818E9">
      <w:pPr>
        <w:spacing w:after="0" w:line="240" w:lineRule="auto"/>
        <w:jc w:val="center"/>
      </w:pPr>
      <w:r w:rsidRPr="007E41BF">
        <w:rPr>
          <w:b/>
        </w:rPr>
        <w:t>TUẦN 5 - TIẾT 4: BẢNG NHÂN 9, BẢNG CHIA 9 (T1) - Trang 36, 37</w:t>
      </w:r>
    </w:p>
    <w:p w:rsidR="00F40CEF" w:rsidRPr="007E41BF" w:rsidRDefault="001818E9">
      <w:pPr>
        <w:spacing w:after="0" w:line="240" w:lineRule="auto"/>
      </w:pPr>
      <w:r w:rsidRPr="007E41BF">
        <w:rPr>
          <w:b/>
        </w:rPr>
        <w:t>I. YÊU CẦU CẦN ĐẠT:</w:t>
      </w:r>
    </w:p>
    <w:p w:rsidR="00F40CEF" w:rsidRPr="007E41BF" w:rsidRDefault="001818E9">
      <w:pPr>
        <w:spacing w:after="0" w:line="240" w:lineRule="auto"/>
      </w:pPr>
      <w:r w:rsidRPr="007E41BF">
        <w:rPr>
          <w:b/>
        </w:rPr>
        <w:t>1. Năng lực đặc thù:</w:t>
      </w:r>
    </w:p>
    <w:p w:rsidR="00F40CEF" w:rsidRPr="007E41BF" w:rsidRDefault="001818E9">
      <w:pPr>
        <w:spacing w:after="0" w:line="240" w:lineRule="auto"/>
      </w:pPr>
      <w:r w:rsidRPr="007E41BF">
        <w:t>- Hình thành bảng nhân 9, bảng chia 9 và bước đầu ghi nhớ một số kết quả trong bảng.</w:t>
      </w:r>
    </w:p>
    <w:p w:rsidR="00F40CEF" w:rsidRPr="007E41BF" w:rsidRDefault="001818E9">
      <w:pPr>
        <w:spacing w:after="0" w:line="240" w:lineRule="auto"/>
      </w:pPr>
      <w:r w:rsidRPr="007E41BF">
        <w:t>- Dựa vào mối quan hệ giữa phép nhân và phép chia để hoàn thành bảng nhân 9, bảng chia 9.</w:t>
      </w:r>
    </w:p>
    <w:p w:rsidR="00F40CEF" w:rsidRPr="007E41BF" w:rsidRDefault="001818E9">
      <w:pPr>
        <w:spacing w:after="0" w:line="240" w:lineRule="auto"/>
      </w:pPr>
      <w:r w:rsidRPr="007E41BF">
        <w:t>- Tính nhẩm được một số phép nhân 9 và ghép được các phép tính có cùng kết quả.</w:t>
      </w:r>
    </w:p>
    <w:p w:rsidR="00F40CEF" w:rsidRPr="007E41BF" w:rsidRDefault="001818E9">
      <w:pPr>
        <w:spacing w:after="0" w:line="240" w:lineRule="auto"/>
      </w:pPr>
      <w:r w:rsidRPr="007E41BF">
        <w:rPr>
          <w:b/>
        </w:rPr>
        <w:t>2. Năng lực chung:</w:t>
      </w:r>
    </w:p>
    <w:p w:rsidR="00F40CEF" w:rsidRPr="007E41BF" w:rsidRDefault="001818E9">
      <w:pPr>
        <w:spacing w:after="0" w:line="240" w:lineRule="auto"/>
      </w:pPr>
      <w:r w:rsidRPr="007E41BF">
        <w:t>- Năng lực tự chủ, tự học: Tự đọc yêu cầu bài, tự tính nhẩm, tự làm bài vào vở/bảng con và kiểm tra kết quả trước khi trình bày.</w:t>
      </w:r>
    </w:p>
    <w:p w:rsidR="00F40CEF" w:rsidRPr="007E41BF" w:rsidRDefault="001818E9">
      <w:pPr>
        <w:spacing w:after="0" w:line="240" w:lineRule="auto"/>
      </w:pPr>
      <w:r w:rsidRPr="007E41BF">
        <w:t>- Năng lực giải quyết vấn đề và sáng tạo: Biết lựa chọn phép tính, quy tắc hoặc cách quan sát phù hợp để giải quyết nhiệm vụ học tập.</w:t>
      </w:r>
    </w:p>
    <w:p w:rsidR="00F40CEF" w:rsidRPr="007E41BF" w:rsidRDefault="001818E9">
      <w:pPr>
        <w:spacing w:after="0" w:line="240" w:lineRule="auto"/>
      </w:pPr>
      <w:r w:rsidRPr="007E41BF">
        <w:t>- Năng lực giao tiếp và hợp tác: Trao đổi nhóm, trình bày cách làm, nhận xét bài làm của bạn và thống nhất kết quả.</w:t>
      </w:r>
    </w:p>
    <w:p w:rsidR="00F40CEF" w:rsidRPr="007E41BF" w:rsidRDefault="001818E9">
      <w:pPr>
        <w:spacing w:after="0" w:line="240" w:lineRule="auto"/>
      </w:pPr>
      <w:r w:rsidRPr="007E41BF">
        <w:rPr>
          <w:b/>
        </w:rPr>
        <w:t>3. Phẩm chất:</w:t>
      </w:r>
    </w:p>
    <w:p w:rsidR="00F40CEF" w:rsidRPr="007E41BF" w:rsidRDefault="001818E9">
      <w:pPr>
        <w:spacing w:after="0" w:line="240" w:lineRule="auto"/>
      </w:pPr>
      <w:r w:rsidRPr="007E41BF">
        <w:t>- Chăm chỉ: Tích cực tham gia các hoạt động học tập, hoàn thành đầy đủ bài tập được giao.</w:t>
      </w:r>
    </w:p>
    <w:p w:rsidR="00F40CEF" w:rsidRPr="007E41BF" w:rsidRDefault="001818E9">
      <w:pPr>
        <w:spacing w:after="0" w:line="240" w:lineRule="auto"/>
      </w:pPr>
      <w:r w:rsidRPr="007E41BF">
        <w:t>- Trách nhiệm: Cẩn thận khi tính toán, trình bày bài giải rõ ràng và sửa lỗi sau khi được góp ý.</w:t>
      </w:r>
    </w:p>
    <w:p w:rsidR="00F40CEF" w:rsidRPr="007E41BF" w:rsidRDefault="001818E9">
      <w:pPr>
        <w:spacing w:after="0" w:line="240" w:lineRule="auto"/>
      </w:pPr>
      <w:r w:rsidRPr="007E41BF">
        <w:t>- Trung thực: Tự đối chiếu kết quả, mạnh dạn nhận lỗi sai và sửa lại cho đúng.</w:t>
      </w:r>
    </w:p>
    <w:p w:rsidR="00F40CEF" w:rsidRPr="007E41BF" w:rsidRDefault="001818E9">
      <w:pPr>
        <w:spacing w:after="0" w:line="240" w:lineRule="auto"/>
      </w:pPr>
      <w:r w:rsidRPr="007E41BF">
        <w:rPr>
          <w:b/>
        </w:rPr>
        <w:t>4. Tích hợp:</w:t>
      </w:r>
    </w:p>
    <w:p w:rsidR="00F40CEF" w:rsidRPr="007E41BF" w:rsidRDefault="001818E9">
      <w:pPr>
        <w:spacing w:after="0" w:line="240" w:lineRule="auto"/>
      </w:pPr>
      <w:r w:rsidRPr="007E41BF">
        <w:t>- Tích hợp KNS: Qua hình ảnh múa rồng trong SGK, HS biết tham gia hoạt động tập thể đúng vai trò, phối hợp nhịp nhàng, tôn trọng bạn trong nhóm và giữ an toàn khi biểu diễn.</w:t>
      </w:r>
    </w:p>
    <w:p w:rsidR="00F40CEF" w:rsidRPr="007E41BF" w:rsidRDefault="001818E9">
      <w:pPr>
        <w:spacing w:after="0" w:line="240" w:lineRule="auto"/>
      </w:pPr>
      <w:r w:rsidRPr="007E41BF">
        <w:rPr>
          <w:b/>
        </w:rPr>
        <w:t>II. ĐỒ DÙNG DẠY HỌC:</w:t>
      </w:r>
    </w:p>
    <w:p w:rsidR="00F40CEF" w:rsidRPr="007E41BF" w:rsidRDefault="001818E9">
      <w:pPr>
        <w:spacing w:after="0" w:line="240" w:lineRule="auto"/>
      </w:pPr>
      <w:r w:rsidRPr="007E41BF">
        <w:t>- Kế hoạch bài dạy, bài giảng PowerPoint.</w:t>
      </w:r>
    </w:p>
    <w:p w:rsidR="00F40CEF" w:rsidRPr="007E41BF" w:rsidRDefault="001818E9">
      <w:pPr>
        <w:spacing w:after="0" w:line="240" w:lineRule="auto"/>
      </w:pPr>
      <w:r w:rsidRPr="007E41BF">
        <w:t>- SGK Toán 3, bảng con, phiếu học tập, bút dạ.</w:t>
      </w:r>
    </w:p>
    <w:p w:rsidR="00F40CEF" w:rsidRPr="007E41BF" w:rsidRDefault="001818E9">
      <w:pPr>
        <w:spacing w:after="0" w:line="240" w:lineRule="auto"/>
      </w:pPr>
      <w:r w:rsidRPr="007E41BF">
        <w:t>- Máy tính, máy chiếu/bảng tương tác để trình chiếu hình bài tập trong SGK.</w:t>
      </w:r>
    </w:p>
    <w:p w:rsidR="00F40CEF" w:rsidRPr="007E41BF" w:rsidRDefault="001818E9">
      <w:pPr>
        <w:spacing w:after="0" w:line="240" w:lineRule="auto"/>
      </w:pPr>
      <w:r w:rsidRPr="007E41BF">
        <w:t>- Tranh hình múa rồng trong SGK để lồng ghép kĩ năng tham gia hoạt động tập thể an toàn.</w:t>
      </w:r>
    </w:p>
    <w:p w:rsidR="00F40CEF" w:rsidRPr="007E41BF" w:rsidRDefault="001818E9">
      <w:pPr>
        <w:spacing w:after="0" w:line="240" w:lineRule="auto"/>
      </w:pPr>
      <w:r w:rsidRPr="007E41BF">
        <w:rPr>
          <w:b/>
        </w:rPr>
        <w:t>III. HOẠT ĐỘNG DẠY HỌC:</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shd w:val="clear" w:color="auto" w:fill="FFFFFF" w:themeFill="background1"/>
        <w:tblLayout w:type="fixed"/>
        <w:tblLook w:val="04A0" w:firstRow="1" w:lastRow="0" w:firstColumn="1" w:lastColumn="0" w:noHBand="0" w:noVBand="1"/>
      </w:tblPr>
      <w:tblGrid>
        <w:gridCol w:w="4989"/>
        <w:gridCol w:w="4983"/>
      </w:tblGrid>
      <w:tr w:rsidR="007E41BF" w:rsidRPr="007E41BF" w:rsidTr="00861058">
        <w:trPr>
          <w:tblHeader/>
          <w:jc w:val="center"/>
        </w:trPr>
        <w:tc>
          <w:tcPr>
            <w:tcW w:w="4989" w:type="dxa"/>
            <w:tcBorders>
              <w:bottom w:val="single" w:sz="6" w:space="0" w:color="000000"/>
            </w:tcBorders>
            <w:shd w:val="clear" w:color="auto" w:fill="FFFFFF" w:themeFill="background1"/>
          </w:tcPr>
          <w:p w:rsidR="00F40CEF" w:rsidRPr="007E41BF" w:rsidRDefault="001818E9">
            <w:pPr>
              <w:jc w:val="center"/>
            </w:pPr>
            <w:r w:rsidRPr="007E41BF">
              <w:rPr>
                <w:b/>
              </w:rPr>
              <w:t>Hoạt động của giáo viên</w:t>
            </w:r>
          </w:p>
        </w:tc>
        <w:tc>
          <w:tcPr>
            <w:tcW w:w="4309" w:type="dxa"/>
            <w:tcBorders>
              <w:bottom w:val="single" w:sz="6" w:space="0" w:color="000000"/>
            </w:tcBorders>
            <w:shd w:val="clear" w:color="auto" w:fill="FFFFFF" w:themeFill="background1"/>
          </w:tcPr>
          <w:p w:rsidR="00F40CEF" w:rsidRPr="007E41BF" w:rsidRDefault="001818E9">
            <w:pPr>
              <w:jc w:val="center"/>
            </w:pPr>
            <w:r w:rsidRPr="007E41BF">
              <w:rPr>
                <w:b/>
              </w:rPr>
              <w:t>Hoạt động của học sinh</w:t>
            </w:r>
          </w:p>
        </w:tc>
      </w:tr>
      <w:tr w:rsidR="007E41BF" w:rsidRPr="007E41BF" w:rsidTr="0086105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r w:rsidRPr="007E41BF">
              <w:rPr>
                <w:b/>
              </w:rPr>
              <w:t>1. KHỞI ĐỘNG (5 PHÚT):</w:t>
            </w:r>
          </w:p>
          <w:p w:rsidR="00F40CEF" w:rsidRPr="007E41BF" w:rsidRDefault="001818E9">
            <w:r w:rsidRPr="007E41BF">
              <w:rPr>
                <w:b/>
              </w:rPr>
              <w:t>- Mục tiêu:</w:t>
            </w:r>
          </w:p>
          <w:p w:rsidR="00F40CEF" w:rsidRPr="007E41BF" w:rsidRDefault="001818E9">
            <w:r w:rsidRPr="007E41BF">
              <w:t>+ Ôn lại bảng nhân 8, bảng chia 8 và tạo hứng thú học tập.</w:t>
            </w:r>
          </w:p>
          <w:p w:rsidR="00F40CEF" w:rsidRPr="007E41BF" w:rsidRDefault="001818E9">
            <w:r w:rsidRPr="007E41BF">
              <w:rPr>
                <w:b/>
              </w:rPr>
              <w:t>* Cách tiến hành:</w:t>
            </w:r>
          </w:p>
        </w:tc>
      </w:tr>
      <w:tr w:rsidR="007E41BF" w:rsidRPr="007E41BF" w:rsidTr="00861058">
        <w:trPr>
          <w:jc w:val="center"/>
        </w:trPr>
        <w:tc>
          <w:tcPr>
            <w:tcW w:w="4989" w:type="dxa"/>
            <w:tcBorders>
              <w:top w:val="single" w:sz="6" w:space="0" w:color="000000"/>
            </w:tcBorders>
            <w:shd w:val="clear" w:color="auto" w:fill="FFFFFF" w:themeFill="background1"/>
          </w:tcPr>
          <w:p w:rsidR="00F40CEF" w:rsidRPr="007E41BF" w:rsidRDefault="001818E9">
            <w:r w:rsidRPr="007E41BF">
              <w:t>- GV tổ chức trò chơi “Ai nhanh hơn” với các phép tính: 8 x 6, 64 : 8, 8 x 9, 72 : 8.</w:t>
            </w:r>
          </w:p>
        </w:tc>
        <w:tc>
          <w:tcPr>
            <w:tcW w:w="4309" w:type="dxa"/>
            <w:tcBorders>
              <w:top w:val="single" w:sz="6" w:space="0" w:color="000000"/>
            </w:tcBorders>
            <w:shd w:val="clear" w:color="auto" w:fill="FFFFFF" w:themeFill="background1"/>
          </w:tcPr>
          <w:p w:rsidR="00F40CEF" w:rsidRPr="007E41BF" w:rsidRDefault="001818E9">
            <w:r w:rsidRPr="007E41BF">
              <w:t>- HS tham gia trò chơi, viết kết quả vào bảng con.</w:t>
            </w:r>
          </w:p>
        </w:tc>
      </w:tr>
      <w:tr w:rsidR="007E41BF" w:rsidRPr="007E41BF" w:rsidTr="00861058">
        <w:trPr>
          <w:jc w:val="center"/>
        </w:trPr>
        <w:tc>
          <w:tcPr>
            <w:tcW w:w="4989" w:type="dxa"/>
            <w:shd w:val="clear" w:color="auto" w:fill="FFFFFF" w:themeFill="background1"/>
          </w:tcPr>
          <w:p w:rsidR="00F40CEF" w:rsidRPr="007E41BF" w:rsidRDefault="001818E9">
            <w:r w:rsidRPr="007E41BF">
              <w:t>- GV mời HS đọc kết quả.</w:t>
            </w:r>
          </w:p>
        </w:tc>
        <w:tc>
          <w:tcPr>
            <w:tcW w:w="4309" w:type="dxa"/>
            <w:shd w:val="clear" w:color="auto" w:fill="FFFFFF" w:themeFill="background1"/>
          </w:tcPr>
          <w:p w:rsidR="00F40CEF" w:rsidRPr="007E41BF" w:rsidRDefault="001818E9">
            <w:r w:rsidRPr="007E41BF">
              <w:t>- HS đọc: 8 x 6 = 48; 64 : 8 = 8; 8 x 9 = 72; 72 : 8 = 9.</w:t>
            </w:r>
          </w:p>
        </w:tc>
      </w:tr>
      <w:tr w:rsidR="007E41BF" w:rsidRPr="007E41BF" w:rsidTr="00861058">
        <w:trPr>
          <w:jc w:val="center"/>
        </w:trPr>
        <w:tc>
          <w:tcPr>
            <w:tcW w:w="4989" w:type="dxa"/>
            <w:shd w:val="clear" w:color="auto" w:fill="FFFFFF" w:themeFill="background1"/>
          </w:tcPr>
          <w:p w:rsidR="00F40CEF" w:rsidRPr="007E41BF" w:rsidRDefault="001818E9">
            <w:r w:rsidRPr="007E41BF">
              <w:t>- GV hỏi: Từ bảng nhân 8, bảng chia 8, em nhớ cách lập bảng nhân mới như thế nào?</w:t>
            </w:r>
          </w:p>
        </w:tc>
        <w:tc>
          <w:tcPr>
            <w:tcW w:w="4309" w:type="dxa"/>
            <w:shd w:val="clear" w:color="auto" w:fill="FFFFFF" w:themeFill="background1"/>
          </w:tcPr>
          <w:p w:rsidR="00F40CEF" w:rsidRPr="007E41BF" w:rsidRDefault="001818E9">
            <w:r w:rsidRPr="007E41BF">
              <w:t>- HS trả lời: Có thể cộng thêm số đó vào kết quả trước để lập kết quả tiếp theo.</w:t>
            </w:r>
          </w:p>
        </w:tc>
      </w:tr>
      <w:tr w:rsidR="007E41BF" w:rsidRPr="007E41BF" w:rsidTr="00861058">
        <w:trPr>
          <w:jc w:val="center"/>
        </w:trPr>
        <w:tc>
          <w:tcPr>
            <w:tcW w:w="4989" w:type="dxa"/>
            <w:shd w:val="clear" w:color="auto" w:fill="FFFFFF" w:themeFill="background1"/>
          </w:tcPr>
          <w:p w:rsidR="00F40CEF" w:rsidRPr="007E41BF" w:rsidRDefault="001818E9">
            <w:r w:rsidRPr="007E41BF">
              <w:t>- GV giới thiệu bài: Hôm nay các em học bảng nhân 9, bảng chia 9.</w:t>
            </w:r>
          </w:p>
        </w:tc>
        <w:tc>
          <w:tcPr>
            <w:tcW w:w="4309" w:type="dxa"/>
            <w:shd w:val="clear" w:color="auto" w:fill="FFFFFF" w:themeFill="background1"/>
          </w:tcPr>
          <w:p w:rsidR="00F40CEF" w:rsidRPr="007E41BF" w:rsidRDefault="001818E9">
            <w:r w:rsidRPr="007E41BF">
              <w:t>- HS lắng nghe, ghi tên bài vào vở.</w:t>
            </w:r>
          </w:p>
        </w:tc>
      </w:tr>
      <w:tr w:rsidR="007E41BF" w:rsidRPr="007E41BF" w:rsidTr="00861058">
        <w:trPr>
          <w:jc w:val="center"/>
        </w:trPr>
        <w:tc>
          <w:tcPr>
            <w:tcW w:w="4989" w:type="dxa"/>
            <w:tcBorders>
              <w:bottom w:val="single" w:sz="6" w:space="0" w:color="000000"/>
            </w:tcBorders>
            <w:shd w:val="clear" w:color="auto" w:fill="FFFFFF" w:themeFill="background1"/>
          </w:tcPr>
          <w:p w:rsidR="00F40CEF" w:rsidRPr="007E41BF" w:rsidRDefault="001818E9">
            <w:r w:rsidRPr="007E41BF">
              <w:t xml:space="preserve">- GV kết luận kiến thức: Muốn lập bảng nhân mới, ta quan sát tình huống, viết phép nhân </w:t>
            </w:r>
            <w:r w:rsidRPr="007E41BF">
              <w:lastRenderedPageBreak/>
              <w:t>rồi dựa vào quy luật cộng thêm để hoàn thành bảng.</w:t>
            </w:r>
          </w:p>
        </w:tc>
        <w:tc>
          <w:tcPr>
            <w:tcW w:w="4309" w:type="dxa"/>
            <w:tcBorders>
              <w:bottom w:val="single" w:sz="6" w:space="0" w:color="000000"/>
            </w:tcBorders>
            <w:shd w:val="clear" w:color="auto" w:fill="FFFFFF" w:themeFill="background1"/>
          </w:tcPr>
          <w:p w:rsidR="00F40CEF" w:rsidRPr="007E41BF" w:rsidRDefault="001818E9">
            <w:r w:rsidRPr="007E41BF">
              <w:lastRenderedPageBreak/>
              <w:t>- HS nhắc lại ý chính.</w:t>
            </w:r>
          </w:p>
        </w:tc>
      </w:tr>
      <w:tr w:rsidR="007E41BF" w:rsidRPr="007E41BF" w:rsidTr="0086105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r w:rsidRPr="007E41BF">
              <w:rPr>
                <w:b/>
              </w:rPr>
              <w:lastRenderedPageBreak/>
              <w:t>2. KHÁM PHÁ (17 PHÚT):</w:t>
            </w:r>
          </w:p>
          <w:p w:rsidR="00F40CEF" w:rsidRPr="007E41BF" w:rsidRDefault="001818E9">
            <w:r w:rsidRPr="007E41BF">
              <w:rPr>
                <w:b/>
              </w:rPr>
              <w:t>- Mục tiêu:</w:t>
            </w:r>
          </w:p>
          <w:p w:rsidR="00F40CEF" w:rsidRPr="007E41BF" w:rsidRDefault="001818E9">
            <w:r w:rsidRPr="007E41BF">
              <w:t>+ Lập được phép nhân 9 x 2 từ tình huống có 2 đội múa rồng, mỗi đội có 9 người.</w:t>
            </w:r>
          </w:p>
          <w:p w:rsidR="00F40CEF" w:rsidRPr="007E41BF" w:rsidRDefault="001818E9">
            <w:r w:rsidRPr="007E41BF">
              <w:t>+ Nhận biết mối quan hệ giữa 9 x 2 = 18 và 18 : 9 = 2.</w:t>
            </w:r>
          </w:p>
          <w:p w:rsidR="00F40CEF" w:rsidRPr="007E41BF" w:rsidRDefault="001818E9">
            <w:r w:rsidRPr="007E41BF">
              <w:t>+ Hoàn thành được bảng nhân 9, bảng chia 9.</w:t>
            </w:r>
          </w:p>
          <w:p w:rsidR="00F40CEF" w:rsidRPr="007E41BF" w:rsidRDefault="001818E9">
            <w:r w:rsidRPr="007E41BF">
              <w:rPr>
                <w:b/>
              </w:rPr>
              <w:t>Mục tiêu tích hợp: KNS - HS biết tham gia hoạt động tập thể đúng vai trò, phối hợp nhịp nhàng, tôn trọng bạn trong nhóm và giữ an toàn khi biểu diễn.</w:t>
            </w:r>
          </w:p>
          <w:p w:rsidR="00F40CEF" w:rsidRPr="007E41BF" w:rsidRDefault="001818E9">
            <w:r w:rsidRPr="007E41BF">
              <w:rPr>
                <w:b/>
              </w:rPr>
              <w:t>* Cách tiến hành:</w:t>
            </w:r>
          </w:p>
        </w:tc>
      </w:tr>
      <w:tr w:rsidR="007E41BF" w:rsidRPr="007E41BF" w:rsidTr="00861058">
        <w:trPr>
          <w:jc w:val="center"/>
        </w:trPr>
        <w:tc>
          <w:tcPr>
            <w:tcW w:w="4989" w:type="dxa"/>
            <w:tcBorders>
              <w:top w:val="single" w:sz="6" w:space="0" w:color="000000"/>
            </w:tcBorders>
            <w:shd w:val="clear" w:color="auto" w:fill="FFFFFF" w:themeFill="background1"/>
          </w:tcPr>
          <w:p w:rsidR="00F40CEF" w:rsidRPr="007E41BF" w:rsidRDefault="001818E9">
            <w:r w:rsidRPr="007E41BF">
              <w:rPr>
                <w:b/>
              </w:rPr>
              <w:t>- Khám phá. (Làm việc nhóm 2) Lập bảng nhân 9, bảng chia 9.</w:t>
            </w:r>
          </w:p>
        </w:tc>
        <w:tc>
          <w:tcPr>
            <w:tcW w:w="4309" w:type="dxa"/>
            <w:tcBorders>
              <w:top w:val="single" w:sz="6" w:space="0" w:color="000000"/>
            </w:tcBorders>
            <w:shd w:val="clear" w:color="auto" w:fill="FFFFFF" w:themeFill="background1"/>
          </w:tcPr>
          <w:p w:rsidR="00F40CEF" w:rsidRPr="007E41BF" w:rsidRDefault="001818E9">
            <w:r w:rsidRPr="007E41BF">
              <w:t>- HS quan sát hình khám phá trong SGK.</w:t>
            </w:r>
          </w:p>
        </w:tc>
      </w:tr>
      <w:tr w:rsidR="007E41BF" w:rsidRPr="007E41BF" w:rsidTr="00861058">
        <w:trPr>
          <w:jc w:val="center"/>
        </w:trPr>
        <w:tc>
          <w:tcPr>
            <w:tcW w:w="4989" w:type="dxa"/>
            <w:shd w:val="clear" w:color="auto" w:fill="FFFFFF" w:themeFill="background1"/>
          </w:tcPr>
          <w:p w:rsidR="00F40CEF" w:rsidRPr="007E41BF" w:rsidRDefault="001818E9">
            <w:r w:rsidRPr="007E41BF">
              <w:t>- GV yêu cầu HS quan sát tranh và hỏi: Mỗi đội múa rồng có mấy người? Có mấy đội múa rồng?</w:t>
            </w:r>
          </w:p>
        </w:tc>
        <w:tc>
          <w:tcPr>
            <w:tcW w:w="4309" w:type="dxa"/>
            <w:shd w:val="clear" w:color="auto" w:fill="FFFFFF" w:themeFill="background1"/>
          </w:tcPr>
          <w:p w:rsidR="00F40CEF" w:rsidRPr="007E41BF" w:rsidRDefault="001818E9">
            <w:r w:rsidRPr="007E41BF">
              <w:t>- HS trả lời: Mỗi đội múa rồng có 9 người; có 2 đội múa rồng.</w:t>
            </w:r>
          </w:p>
        </w:tc>
      </w:tr>
      <w:tr w:rsidR="007E41BF" w:rsidRPr="007E41BF" w:rsidTr="00861058">
        <w:trPr>
          <w:jc w:val="center"/>
        </w:trPr>
        <w:tc>
          <w:tcPr>
            <w:tcW w:w="4989" w:type="dxa"/>
            <w:shd w:val="clear" w:color="auto" w:fill="FFFFFF" w:themeFill="background1"/>
          </w:tcPr>
          <w:p w:rsidR="00F40CEF" w:rsidRPr="007E41BF" w:rsidRDefault="001818E9">
            <w:r w:rsidRPr="007E41BF">
              <w:t>- GV hỏi: 2 đội múa rồng có bao nhiêu người? Em viết phép nhân nào?</w:t>
            </w:r>
          </w:p>
        </w:tc>
        <w:tc>
          <w:tcPr>
            <w:tcW w:w="4309" w:type="dxa"/>
            <w:shd w:val="clear" w:color="auto" w:fill="FFFFFF" w:themeFill="background1"/>
          </w:tcPr>
          <w:p w:rsidR="00F40CEF" w:rsidRPr="007E41BF" w:rsidRDefault="001818E9">
            <w:r w:rsidRPr="007E41BF">
              <w:t>- HS trả lời: 2 đội có 18 người; viết 9 x 2 = 18.</w:t>
            </w:r>
          </w:p>
        </w:tc>
      </w:tr>
      <w:tr w:rsidR="007E41BF" w:rsidRPr="007E41BF" w:rsidTr="00861058">
        <w:trPr>
          <w:jc w:val="center"/>
        </w:trPr>
        <w:tc>
          <w:tcPr>
            <w:tcW w:w="4989" w:type="dxa"/>
            <w:shd w:val="clear" w:color="auto" w:fill="FFFFFF" w:themeFill="background1"/>
          </w:tcPr>
          <w:p w:rsidR="00F40CEF" w:rsidRPr="007E41BF" w:rsidRDefault="001818E9">
            <w:r w:rsidRPr="007E41BF">
              <w:t>- GV hỏi: Từ 9 x 2 = 18, em viết được phép chia nào?</w:t>
            </w:r>
          </w:p>
        </w:tc>
        <w:tc>
          <w:tcPr>
            <w:tcW w:w="4309" w:type="dxa"/>
            <w:shd w:val="clear" w:color="auto" w:fill="FFFFFF" w:themeFill="background1"/>
          </w:tcPr>
          <w:p w:rsidR="00F40CEF" w:rsidRPr="007E41BF" w:rsidRDefault="001818E9">
            <w:r w:rsidRPr="007E41BF">
              <w:t>- HS trả lời: Viết được 18 : 9 = 2.</w:t>
            </w:r>
          </w:p>
        </w:tc>
      </w:tr>
      <w:tr w:rsidR="007E41BF" w:rsidRPr="007E41BF" w:rsidTr="00861058">
        <w:trPr>
          <w:jc w:val="center"/>
        </w:trPr>
        <w:tc>
          <w:tcPr>
            <w:tcW w:w="4989" w:type="dxa"/>
            <w:shd w:val="clear" w:color="auto" w:fill="FFFFFF" w:themeFill="background1"/>
          </w:tcPr>
          <w:p w:rsidR="00F40CEF" w:rsidRPr="007E41BF" w:rsidRDefault="001818E9">
            <w:r w:rsidRPr="007E41BF">
              <w:t>- GV hướng dẫn HS hoàn thành bảng nhân 9 bằng cách thêm 9 vào kết quả trước đó.</w:t>
            </w:r>
          </w:p>
        </w:tc>
        <w:tc>
          <w:tcPr>
            <w:tcW w:w="4309" w:type="dxa"/>
            <w:shd w:val="clear" w:color="auto" w:fill="FFFFFF" w:themeFill="background1"/>
          </w:tcPr>
          <w:p w:rsidR="00F40CEF" w:rsidRPr="007E41BF" w:rsidRDefault="001818E9">
            <w:r w:rsidRPr="007E41BF">
              <w:t>- HS hoàn thành: 9 x 1 = 9; 9 x 2 = 18; 9 x 3 = 27; 9 x 4 = 36; 9 x 5 = 45; 9 x 6 = 54; 9 x 7 = 63; 9 x 8 = 72; 9 x 9 = 81; 9 x 10 = 90.</w:t>
            </w:r>
          </w:p>
        </w:tc>
      </w:tr>
      <w:tr w:rsidR="007E41BF" w:rsidRPr="007E41BF" w:rsidTr="00861058">
        <w:trPr>
          <w:jc w:val="center"/>
        </w:trPr>
        <w:tc>
          <w:tcPr>
            <w:tcW w:w="4989" w:type="dxa"/>
            <w:shd w:val="clear" w:color="auto" w:fill="FFFFFF" w:themeFill="background1"/>
          </w:tcPr>
          <w:p w:rsidR="00F40CEF" w:rsidRPr="007E41BF" w:rsidRDefault="001818E9">
            <w:r w:rsidRPr="007E41BF">
              <w:t>- Tích hợp KNS: GV hỏi dẫn: “Khi tham gia múa rồng hoặc một hoạt động tập thể, các em cần chú ý điều gì để hoạt động diễn ra an toàn, vui vẻ?” GV diễn giải: Múa rồng là hoạt động cần nhiều người phối hợp. Mỗi bạn phải thực hiện đúng vai trò, đi đúng vị trí, không chen lấn, không đùa nghịch khi cầm đạo cụ và biết lắng nghe hiệu lệnh của nhóm. Trong học tập cũng vậy, khi làm việc nhóm, các em cần tôn trọng bạn, phối hợp nhịp nhàng, hỗ trợ nhau để hoàn thành nhiệm vụ chung.</w:t>
            </w:r>
          </w:p>
        </w:tc>
        <w:tc>
          <w:tcPr>
            <w:tcW w:w="4309" w:type="dxa"/>
            <w:shd w:val="clear" w:color="auto" w:fill="FFFFFF" w:themeFill="background1"/>
          </w:tcPr>
          <w:p w:rsidR="00F40CEF" w:rsidRPr="007E41BF" w:rsidRDefault="001818E9">
            <w:r w:rsidRPr="007E41BF">
              <w:t>- HS trả lời: Em cần đi đúng vị trí, nghe hiệu lệnh, không đùa nghịch, tôn trọng và phối hợp với bạn trong nhóm.</w:t>
            </w:r>
          </w:p>
        </w:tc>
      </w:tr>
      <w:tr w:rsidR="007E41BF" w:rsidRPr="007E41BF" w:rsidTr="00861058">
        <w:trPr>
          <w:jc w:val="center"/>
        </w:trPr>
        <w:tc>
          <w:tcPr>
            <w:tcW w:w="4989" w:type="dxa"/>
            <w:shd w:val="clear" w:color="auto" w:fill="FFFFFF" w:themeFill="background1"/>
          </w:tcPr>
          <w:p w:rsidR="00F40CEF" w:rsidRPr="007E41BF" w:rsidRDefault="001818E9">
            <w:r w:rsidRPr="007E41BF">
              <w:t>- GV kết luận kiến thức: Bảng nhân 9 được lập bằng cách thêm 9 vào kết quả trước; từ bảng nhân 9 ta lập được bảng chia 9 tương ứng.</w:t>
            </w:r>
          </w:p>
        </w:tc>
        <w:tc>
          <w:tcPr>
            <w:tcW w:w="4309" w:type="dxa"/>
            <w:shd w:val="clear" w:color="auto" w:fill="FFFFFF" w:themeFill="background1"/>
          </w:tcPr>
          <w:p w:rsidR="00F40CEF" w:rsidRPr="007E41BF" w:rsidRDefault="001818E9">
            <w:r w:rsidRPr="007E41BF">
              <w:t>- HS lắng nghe, đọc lại bảng nhân 9, bảng chia 9.</w:t>
            </w:r>
          </w:p>
        </w:tc>
      </w:tr>
      <w:tr w:rsidR="007E41BF" w:rsidRPr="007E41BF" w:rsidTr="00861058">
        <w:trPr>
          <w:jc w:val="center"/>
        </w:trPr>
        <w:tc>
          <w:tcPr>
            <w:tcW w:w="9972" w:type="dxa"/>
            <w:gridSpan w:val="2"/>
            <w:shd w:val="clear" w:color="auto" w:fill="FFFFFF" w:themeFill="background1"/>
          </w:tcPr>
          <w:p w:rsidR="00F40CEF" w:rsidRPr="007E41BF" w:rsidRDefault="001818E9">
            <w:r w:rsidRPr="007E41BF">
              <w:rPr>
                <w:b/>
              </w:rPr>
              <w:t>3. HOẠT ĐỘNG (10 PHÚT):</w:t>
            </w:r>
          </w:p>
          <w:p w:rsidR="00F40CEF" w:rsidRPr="007E41BF" w:rsidRDefault="001818E9">
            <w:r w:rsidRPr="007E41BF">
              <w:rPr>
                <w:b/>
              </w:rPr>
              <w:t>- Mục tiêu:</w:t>
            </w:r>
          </w:p>
          <w:p w:rsidR="00F40CEF" w:rsidRPr="007E41BF" w:rsidRDefault="001818E9">
            <w:r w:rsidRPr="007E41BF">
              <w:t>+ Tính nhẩm được các phép nhân trong bảng nhân 9.</w:t>
            </w:r>
          </w:p>
          <w:p w:rsidR="00F40CEF" w:rsidRPr="007E41BF" w:rsidRDefault="001818E9">
            <w:r w:rsidRPr="007E41BF">
              <w:t>+ Tìm được hai phép tính có cùng kết quả.</w:t>
            </w:r>
          </w:p>
          <w:p w:rsidR="00F40CEF" w:rsidRPr="007E41BF" w:rsidRDefault="001818E9">
            <w:r w:rsidRPr="007E41BF">
              <w:rPr>
                <w:b/>
              </w:rPr>
              <w:t>* Cách tiến hành:</w:t>
            </w:r>
          </w:p>
        </w:tc>
      </w:tr>
      <w:tr w:rsidR="007E41BF" w:rsidRPr="007E41BF" w:rsidTr="00861058">
        <w:trPr>
          <w:jc w:val="center"/>
        </w:trPr>
        <w:tc>
          <w:tcPr>
            <w:tcW w:w="4989" w:type="dxa"/>
            <w:shd w:val="clear" w:color="auto" w:fill="FFFFFF" w:themeFill="background1"/>
          </w:tcPr>
          <w:p w:rsidR="00F40CEF" w:rsidRPr="007E41BF" w:rsidRDefault="001818E9">
            <w:r w:rsidRPr="007E41BF">
              <w:rPr>
                <w:b/>
              </w:rPr>
              <w:t xml:space="preserve">- Bài 1. (Trò chơi học tập “Tia chớp tính </w:t>
            </w:r>
            <w:r w:rsidRPr="007E41BF">
              <w:rPr>
                <w:b/>
              </w:rPr>
              <w:lastRenderedPageBreak/>
              <w:t>nhẩm”) Tính nhẩm.</w:t>
            </w:r>
          </w:p>
          <w:p w:rsidR="00F40CEF" w:rsidRPr="007E41BF" w:rsidRDefault="00F40CEF"/>
        </w:tc>
        <w:tc>
          <w:tcPr>
            <w:tcW w:w="4309" w:type="dxa"/>
            <w:shd w:val="clear" w:color="auto" w:fill="FFFFFF" w:themeFill="background1"/>
          </w:tcPr>
          <w:p w:rsidR="00F40CEF" w:rsidRPr="007E41BF" w:rsidRDefault="001818E9">
            <w:r w:rsidRPr="007E41BF">
              <w:lastRenderedPageBreak/>
              <w:t>- HS đọc yêu cầu Bài 1.</w:t>
            </w:r>
          </w:p>
        </w:tc>
      </w:tr>
      <w:tr w:rsidR="007E41BF" w:rsidRPr="007E41BF" w:rsidTr="00861058">
        <w:trPr>
          <w:jc w:val="center"/>
        </w:trPr>
        <w:tc>
          <w:tcPr>
            <w:tcW w:w="4989" w:type="dxa"/>
            <w:shd w:val="clear" w:color="auto" w:fill="FFFFFF" w:themeFill="background1"/>
          </w:tcPr>
          <w:p w:rsidR="00F40CEF" w:rsidRPr="007E41BF" w:rsidRDefault="001818E9">
            <w:r w:rsidRPr="007E41BF">
              <w:lastRenderedPageBreak/>
              <w:t>- GV chia lớp thành 4 nhóm, mỗi nhóm phụ trách một cột phép tính.</w:t>
            </w:r>
          </w:p>
        </w:tc>
        <w:tc>
          <w:tcPr>
            <w:tcW w:w="4309" w:type="dxa"/>
            <w:shd w:val="clear" w:color="auto" w:fill="FFFFFF" w:themeFill="background1"/>
          </w:tcPr>
          <w:p w:rsidR="00F40CEF" w:rsidRPr="007E41BF" w:rsidRDefault="001818E9">
            <w:r w:rsidRPr="007E41BF">
              <w:t>- HS làm việc theo nhóm và tính nhanh kết quả.</w:t>
            </w:r>
          </w:p>
        </w:tc>
      </w:tr>
      <w:tr w:rsidR="007E41BF" w:rsidRPr="007E41BF" w:rsidTr="00861058">
        <w:trPr>
          <w:jc w:val="center"/>
        </w:trPr>
        <w:tc>
          <w:tcPr>
            <w:tcW w:w="4989" w:type="dxa"/>
            <w:shd w:val="clear" w:color="auto" w:fill="FFFFFF" w:themeFill="background1"/>
          </w:tcPr>
          <w:p w:rsidR="00F40CEF" w:rsidRPr="007E41BF" w:rsidRDefault="001818E9">
            <w:r w:rsidRPr="007E41BF">
              <w:t>- GV mời nhóm 1 nêu kết quả phần a.</w:t>
            </w:r>
          </w:p>
        </w:tc>
        <w:tc>
          <w:tcPr>
            <w:tcW w:w="4309" w:type="dxa"/>
            <w:shd w:val="clear" w:color="auto" w:fill="FFFFFF" w:themeFill="background1"/>
          </w:tcPr>
          <w:p w:rsidR="00F40CEF" w:rsidRPr="007E41BF" w:rsidRDefault="001818E9">
            <w:r w:rsidRPr="007E41BF">
              <w:t>- HS nêu: 9 x 1 = 9; 9 x 4 = 36; 9 x 7 = 63.</w:t>
            </w:r>
          </w:p>
        </w:tc>
      </w:tr>
      <w:tr w:rsidR="007E41BF" w:rsidRPr="007E41BF" w:rsidTr="00861058">
        <w:trPr>
          <w:jc w:val="center"/>
        </w:trPr>
        <w:tc>
          <w:tcPr>
            <w:tcW w:w="4989" w:type="dxa"/>
            <w:shd w:val="clear" w:color="auto" w:fill="FFFFFF" w:themeFill="background1"/>
          </w:tcPr>
          <w:p w:rsidR="00F40CEF" w:rsidRPr="007E41BF" w:rsidRDefault="001818E9">
            <w:r w:rsidRPr="007E41BF">
              <w:t>- GV mời các nhóm còn lại nêu kết quả.</w:t>
            </w:r>
          </w:p>
        </w:tc>
        <w:tc>
          <w:tcPr>
            <w:tcW w:w="4309" w:type="dxa"/>
            <w:shd w:val="clear" w:color="auto" w:fill="FFFFFF" w:themeFill="background1"/>
          </w:tcPr>
          <w:p w:rsidR="00F40CEF" w:rsidRPr="007E41BF" w:rsidRDefault="001818E9">
            <w:r w:rsidRPr="007E41BF">
              <w:t>- HS nêu: 9 x 2 = 18; 9 x 5 = 45; 9 x 8 = 72; 9 x 3 = 27; 9 x 6 = 54; 9 x 9 = 81; 9 x 10 = 90; 9 x 0 = 0; 0 x 9 = 0.</w:t>
            </w:r>
          </w:p>
        </w:tc>
      </w:tr>
      <w:tr w:rsidR="007E41BF" w:rsidRPr="007E41BF" w:rsidTr="00861058">
        <w:trPr>
          <w:jc w:val="center"/>
        </w:trPr>
        <w:tc>
          <w:tcPr>
            <w:tcW w:w="4989" w:type="dxa"/>
            <w:shd w:val="clear" w:color="auto" w:fill="FFFFFF" w:themeFill="background1"/>
          </w:tcPr>
          <w:p w:rsidR="00F40CEF" w:rsidRPr="007E41BF" w:rsidRDefault="001818E9">
            <w:r w:rsidRPr="007E41BF">
              <w:t>- GV hỏi: Vì sao 9 x 0 và 0 x 9 đều bằng 0?</w:t>
            </w:r>
          </w:p>
        </w:tc>
        <w:tc>
          <w:tcPr>
            <w:tcW w:w="4309" w:type="dxa"/>
            <w:shd w:val="clear" w:color="auto" w:fill="FFFFFF" w:themeFill="background1"/>
          </w:tcPr>
          <w:p w:rsidR="00F40CEF" w:rsidRPr="007E41BF" w:rsidRDefault="001818E9">
            <w:r w:rsidRPr="007E41BF">
              <w:t>- HS trả lời: Vì một số nhân với 0 hoặc 0 nhân với một số đều bằng 0.</w:t>
            </w:r>
          </w:p>
        </w:tc>
      </w:tr>
      <w:tr w:rsidR="007E41BF" w:rsidRPr="007E41BF" w:rsidTr="00861058">
        <w:trPr>
          <w:jc w:val="center"/>
        </w:trPr>
        <w:tc>
          <w:tcPr>
            <w:tcW w:w="4989" w:type="dxa"/>
            <w:shd w:val="clear" w:color="auto" w:fill="FFFFFF" w:themeFill="background1"/>
          </w:tcPr>
          <w:p w:rsidR="00F40CEF" w:rsidRPr="007E41BF" w:rsidRDefault="001818E9">
            <w:r w:rsidRPr="007E41BF">
              <w:t>- GV kết luận kiến thức: Khi tính nhẩm bảng nhân 9, cần nhớ cả các trường hợp nhân với 0 và nhân với 10.</w:t>
            </w:r>
          </w:p>
        </w:tc>
        <w:tc>
          <w:tcPr>
            <w:tcW w:w="4309" w:type="dxa"/>
            <w:shd w:val="clear" w:color="auto" w:fill="FFFFFF" w:themeFill="background1"/>
          </w:tcPr>
          <w:p w:rsidR="00F40CEF" w:rsidRPr="007E41BF" w:rsidRDefault="001818E9">
            <w:r w:rsidRPr="007E41BF">
              <w:t>- HS lắng nghe, sửa bài.</w:t>
            </w:r>
          </w:p>
        </w:tc>
      </w:tr>
      <w:tr w:rsidR="007E41BF" w:rsidRPr="007E41BF" w:rsidTr="00861058">
        <w:trPr>
          <w:jc w:val="center"/>
        </w:trPr>
        <w:tc>
          <w:tcPr>
            <w:tcW w:w="4989" w:type="dxa"/>
            <w:shd w:val="clear" w:color="auto" w:fill="FFFFFF" w:themeFill="background1"/>
          </w:tcPr>
          <w:p w:rsidR="00F40CEF" w:rsidRPr="007E41BF" w:rsidRDefault="001818E9">
            <w:r w:rsidRPr="007E41BF">
              <w:rPr>
                <w:b/>
              </w:rPr>
              <w:t>- Bài 2. (Làm việc nhóm 4) Hai phép tính nào có cùng kết quả?</w:t>
            </w:r>
          </w:p>
          <w:p w:rsidR="00F40CEF" w:rsidRPr="007E41BF" w:rsidRDefault="00F40CEF"/>
        </w:tc>
        <w:tc>
          <w:tcPr>
            <w:tcW w:w="4309" w:type="dxa"/>
            <w:shd w:val="clear" w:color="auto" w:fill="FFFFFF" w:themeFill="background1"/>
          </w:tcPr>
          <w:p w:rsidR="00F40CEF" w:rsidRPr="007E41BF" w:rsidRDefault="001818E9">
            <w:r w:rsidRPr="007E41BF">
              <w:t>- HS đọc yêu cầu Bài 2.</w:t>
            </w:r>
          </w:p>
        </w:tc>
      </w:tr>
      <w:tr w:rsidR="007E41BF" w:rsidRPr="007E41BF" w:rsidTr="00861058">
        <w:trPr>
          <w:jc w:val="center"/>
        </w:trPr>
        <w:tc>
          <w:tcPr>
            <w:tcW w:w="4989" w:type="dxa"/>
            <w:shd w:val="clear" w:color="auto" w:fill="FFFFFF" w:themeFill="background1"/>
          </w:tcPr>
          <w:p w:rsidR="00F40CEF" w:rsidRPr="007E41BF" w:rsidRDefault="001818E9">
            <w:r w:rsidRPr="007E41BF">
              <w:t>- GV yêu cầu nhóm 4 tính kết quả từng phép tính trên quả dưa và chiếc nong.</w:t>
            </w:r>
          </w:p>
        </w:tc>
        <w:tc>
          <w:tcPr>
            <w:tcW w:w="4309" w:type="dxa"/>
            <w:shd w:val="clear" w:color="auto" w:fill="FFFFFF" w:themeFill="background1"/>
          </w:tcPr>
          <w:p w:rsidR="00F40CEF" w:rsidRPr="007E41BF" w:rsidRDefault="001818E9">
            <w:r w:rsidRPr="007E41BF">
              <w:t>- HS thảo luận và tính kết quả từng phép tính.</w:t>
            </w:r>
          </w:p>
        </w:tc>
      </w:tr>
      <w:tr w:rsidR="007E41BF" w:rsidRPr="007E41BF" w:rsidTr="00861058">
        <w:trPr>
          <w:jc w:val="center"/>
        </w:trPr>
        <w:tc>
          <w:tcPr>
            <w:tcW w:w="4989" w:type="dxa"/>
            <w:shd w:val="clear" w:color="auto" w:fill="FFFFFF" w:themeFill="background1"/>
          </w:tcPr>
          <w:p w:rsidR="00F40CEF" w:rsidRPr="007E41BF" w:rsidRDefault="001818E9">
            <w:r w:rsidRPr="007E41BF">
              <w:t>- GV mời HS nêu các kết quả.</w:t>
            </w:r>
          </w:p>
        </w:tc>
        <w:tc>
          <w:tcPr>
            <w:tcW w:w="4309" w:type="dxa"/>
            <w:shd w:val="clear" w:color="auto" w:fill="FFFFFF" w:themeFill="background1"/>
          </w:tcPr>
          <w:p w:rsidR="00F40CEF" w:rsidRPr="007E41BF" w:rsidRDefault="001818E9">
            <w:r w:rsidRPr="007E41BF">
              <w:t>- HS nêu: 9 x 2 = 18; 45 : 9 = 5; 9 x 1 = 9; 54 : 9 = 6; 20 : 4 = 5; 2 x 3 = 6; 3 x 6 = 18; 18 : 2 = 9.</w:t>
            </w:r>
          </w:p>
        </w:tc>
      </w:tr>
      <w:tr w:rsidR="007E41BF" w:rsidRPr="007E41BF" w:rsidTr="00861058">
        <w:trPr>
          <w:jc w:val="center"/>
        </w:trPr>
        <w:tc>
          <w:tcPr>
            <w:tcW w:w="4989" w:type="dxa"/>
            <w:shd w:val="clear" w:color="auto" w:fill="FFFFFF" w:themeFill="background1"/>
          </w:tcPr>
          <w:p w:rsidR="00F40CEF" w:rsidRPr="007E41BF" w:rsidRDefault="001818E9">
            <w:r w:rsidRPr="007E41BF">
              <w:t>- GV yêu cầu HS ghép các phép tính có cùng kết quả.</w:t>
            </w:r>
          </w:p>
        </w:tc>
        <w:tc>
          <w:tcPr>
            <w:tcW w:w="4309" w:type="dxa"/>
            <w:shd w:val="clear" w:color="auto" w:fill="FFFFFF" w:themeFill="background1"/>
          </w:tcPr>
          <w:p w:rsidR="00F40CEF" w:rsidRPr="007E41BF" w:rsidRDefault="001818E9">
            <w:r w:rsidRPr="007E41BF">
              <w:t>- HS ghép: 9 x 2 với 3 x 6; 45 : 9 với 20 : 4; 9 x 1 với 18 : 2; 54 : 9 với 2 x 3.</w:t>
            </w:r>
          </w:p>
        </w:tc>
      </w:tr>
      <w:tr w:rsidR="007E41BF" w:rsidRPr="007E41BF" w:rsidTr="00861058">
        <w:trPr>
          <w:jc w:val="center"/>
        </w:trPr>
        <w:tc>
          <w:tcPr>
            <w:tcW w:w="4989" w:type="dxa"/>
            <w:shd w:val="clear" w:color="auto" w:fill="FFFFFF" w:themeFill="background1"/>
          </w:tcPr>
          <w:p w:rsidR="00F40CEF" w:rsidRPr="007E41BF" w:rsidRDefault="001818E9">
            <w:r w:rsidRPr="007E41BF">
              <w:t>- GV hỏi: Muốn tìm hai phép tính có cùng kết quả, em cần làm gì?</w:t>
            </w:r>
          </w:p>
        </w:tc>
        <w:tc>
          <w:tcPr>
            <w:tcW w:w="4309" w:type="dxa"/>
            <w:shd w:val="clear" w:color="auto" w:fill="FFFFFF" w:themeFill="background1"/>
          </w:tcPr>
          <w:p w:rsidR="00F40CEF" w:rsidRPr="007E41BF" w:rsidRDefault="001818E9">
            <w:r w:rsidRPr="007E41BF">
              <w:t>- HS trả lời: Em tính từng phép tính rồi so sánh kết quả.</w:t>
            </w:r>
          </w:p>
        </w:tc>
      </w:tr>
      <w:tr w:rsidR="007E41BF" w:rsidRPr="007E41BF" w:rsidTr="00861058">
        <w:trPr>
          <w:jc w:val="center"/>
        </w:trPr>
        <w:tc>
          <w:tcPr>
            <w:tcW w:w="4989" w:type="dxa"/>
            <w:tcBorders>
              <w:bottom w:val="single" w:sz="6" w:space="0" w:color="000000"/>
            </w:tcBorders>
            <w:shd w:val="clear" w:color="auto" w:fill="FFFFFF" w:themeFill="background1"/>
          </w:tcPr>
          <w:p w:rsidR="00F40CEF" w:rsidRPr="007E41BF" w:rsidRDefault="001818E9">
            <w:r w:rsidRPr="007E41BF">
              <w:t>- GV kết luận kiến thức: Khi ghép phép tính có cùng kết quả, phải tính chính xác từng phép tính trước rồi mới nối.</w:t>
            </w:r>
          </w:p>
        </w:tc>
        <w:tc>
          <w:tcPr>
            <w:tcW w:w="4309" w:type="dxa"/>
            <w:tcBorders>
              <w:bottom w:val="single" w:sz="6" w:space="0" w:color="000000"/>
            </w:tcBorders>
            <w:shd w:val="clear" w:color="auto" w:fill="FFFFFF" w:themeFill="background1"/>
          </w:tcPr>
          <w:p w:rsidR="00F40CEF" w:rsidRPr="007E41BF" w:rsidRDefault="001818E9">
            <w:r w:rsidRPr="007E41BF">
              <w:t>- HS lắng nghe, hoàn thiện bài.</w:t>
            </w:r>
          </w:p>
        </w:tc>
      </w:tr>
      <w:tr w:rsidR="007E41BF" w:rsidRPr="007E41BF" w:rsidTr="0086105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r w:rsidRPr="007E41BF">
              <w:rPr>
                <w:b/>
              </w:rPr>
              <w:t>4. VẬN DỤNG (3 PHÚT):</w:t>
            </w:r>
          </w:p>
          <w:p w:rsidR="00F40CEF" w:rsidRPr="007E41BF" w:rsidRDefault="001818E9">
            <w:r w:rsidRPr="007E41BF">
              <w:rPr>
                <w:b/>
              </w:rPr>
              <w:t>- Mục tiêu:</w:t>
            </w:r>
          </w:p>
          <w:p w:rsidR="00F40CEF" w:rsidRPr="007E41BF" w:rsidRDefault="001818E9">
            <w:r w:rsidRPr="007E41BF">
              <w:t>+ Vận dụng bảng nhân 9 vào tình huống thực tế.</w:t>
            </w:r>
          </w:p>
          <w:p w:rsidR="00F40CEF" w:rsidRPr="007E41BF" w:rsidRDefault="001818E9">
            <w:r w:rsidRPr="007E41BF">
              <w:rPr>
                <w:b/>
              </w:rPr>
              <w:t>* Cách tiến hành:</w:t>
            </w:r>
          </w:p>
        </w:tc>
      </w:tr>
      <w:tr w:rsidR="007E41BF" w:rsidRPr="007E41BF" w:rsidTr="00861058">
        <w:trPr>
          <w:jc w:val="center"/>
        </w:trPr>
        <w:tc>
          <w:tcPr>
            <w:tcW w:w="4989" w:type="dxa"/>
            <w:tcBorders>
              <w:top w:val="single" w:sz="6" w:space="0" w:color="000000"/>
            </w:tcBorders>
            <w:shd w:val="clear" w:color="auto" w:fill="FFFFFF" w:themeFill="background1"/>
          </w:tcPr>
          <w:p w:rsidR="00F40CEF" w:rsidRPr="007E41BF" w:rsidRDefault="001818E9">
            <w:r w:rsidRPr="007E41BF">
              <w:t>- GV nêu tình huống: Mỗi hàng có 9 bạn. Có 4 hàng như vậy thì có bao nhiêu bạn?</w:t>
            </w:r>
          </w:p>
        </w:tc>
        <w:tc>
          <w:tcPr>
            <w:tcW w:w="4309" w:type="dxa"/>
            <w:tcBorders>
              <w:top w:val="single" w:sz="6" w:space="0" w:color="000000"/>
            </w:tcBorders>
            <w:shd w:val="clear" w:color="auto" w:fill="FFFFFF" w:themeFill="background1"/>
          </w:tcPr>
          <w:p w:rsidR="00F40CEF" w:rsidRPr="007E41BF" w:rsidRDefault="001818E9">
            <w:r w:rsidRPr="007E41BF">
              <w:t>- HS trả lời: 9 x 4 = 36 bạn.</w:t>
            </w:r>
          </w:p>
        </w:tc>
      </w:tr>
      <w:tr w:rsidR="007E41BF" w:rsidRPr="007E41BF" w:rsidTr="00861058">
        <w:trPr>
          <w:jc w:val="center"/>
        </w:trPr>
        <w:tc>
          <w:tcPr>
            <w:tcW w:w="4989" w:type="dxa"/>
            <w:shd w:val="clear" w:color="auto" w:fill="FFFFFF" w:themeFill="background1"/>
          </w:tcPr>
          <w:p w:rsidR="00F40CEF" w:rsidRPr="007E41BF" w:rsidRDefault="001818E9">
            <w:r w:rsidRPr="007E41BF">
              <w:t>- GV kết luận kiến thức: Bảng nhân 9 giúp chúng ta tính nhanh số người hoặc số đồ vật trong các nhóm bằng nhau.</w:t>
            </w:r>
          </w:p>
        </w:tc>
        <w:tc>
          <w:tcPr>
            <w:tcW w:w="4309" w:type="dxa"/>
            <w:shd w:val="clear" w:color="auto" w:fill="FFFFFF" w:themeFill="background1"/>
          </w:tcPr>
          <w:p w:rsidR="00F40CEF" w:rsidRPr="007E41BF" w:rsidRDefault="001818E9">
            <w:r w:rsidRPr="007E41BF">
              <w:t>- HS lắng nghe, ghi nhớ.</w:t>
            </w:r>
          </w:p>
        </w:tc>
      </w:tr>
    </w:tbl>
    <w:p w:rsidR="00F40CEF" w:rsidRPr="007E41BF" w:rsidRDefault="001818E9">
      <w:pPr>
        <w:spacing w:after="0" w:line="240" w:lineRule="auto"/>
      </w:pPr>
      <w:r w:rsidRPr="007E41BF">
        <w:rPr>
          <w:b/>
        </w:rPr>
        <w:t>IV. ĐIỀU CHỈNH SAU BÀI DẠY:</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r w:rsidRPr="007E41BF">
        <w:br w:type="page"/>
      </w:r>
    </w:p>
    <w:p w:rsidR="00F40CEF" w:rsidRPr="007E41BF" w:rsidRDefault="001818E9">
      <w:pPr>
        <w:spacing w:after="0" w:line="240" w:lineRule="auto"/>
        <w:jc w:val="center"/>
      </w:pPr>
      <w:r w:rsidRPr="007E41BF">
        <w:rPr>
          <w:b/>
          <w:sz w:val="30"/>
        </w:rPr>
        <w:lastRenderedPageBreak/>
        <w:t>KẾ HOẠCH BÀI DẠY MÔN TOÁN 3</w:t>
      </w:r>
    </w:p>
    <w:p w:rsidR="00F40CEF" w:rsidRPr="007E41BF" w:rsidRDefault="001818E9">
      <w:pPr>
        <w:spacing w:after="0" w:line="240" w:lineRule="auto"/>
        <w:jc w:val="center"/>
      </w:pPr>
      <w:r w:rsidRPr="007E41BF">
        <w:rPr>
          <w:b/>
          <w:sz w:val="28"/>
        </w:rPr>
        <w:t>CHỦ ĐỀ 2: BẢNG NHÂN, BẢNG CHIA</w:t>
      </w:r>
    </w:p>
    <w:p w:rsidR="00F40CEF" w:rsidRPr="007E41BF" w:rsidRDefault="001818E9">
      <w:pPr>
        <w:spacing w:after="0" w:line="240" w:lineRule="auto"/>
        <w:jc w:val="center"/>
      </w:pPr>
      <w:r w:rsidRPr="007E41BF">
        <w:rPr>
          <w:b/>
          <w:sz w:val="28"/>
        </w:rPr>
        <w:t>Bài 12: BẢNG NHÂN 9, BẢNG CHIA 9</w:t>
      </w:r>
    </w:p>
    <w:p w:rsidR="00F40CEF" w:rsidRPr="007E41BF" w:rsidRDefault="001818E9">
      <w:pPr>
        <w:spacing w:after="0" w:line="240" w:lineRule="auto"/>
        <w:jc w:val="center"/>
      </w:pPr>
      <w:r w:rsidRPr="007E41BF">
        <w:rPr>
          <w:b/>
        </w:rPr>
        <w:t>TUẦN 5 - TIẾT 5: BẢNG NHÂN 9, BẢNG CHIA 9 (T2) - Trang 37, 38</w:t>
      </w:r>
    </w:p>
    <w:p w:rsidR="00F40CEF" w:rsidRPr="007E41BF" w:rsidRDefault="001818E9">
      <w:pPr>
        <w:spacing w:after="0" w:line="240" w:lineRule="auto"/>
      </w:pPr>
      <w:r w:rsidRPr="007E41BF">
        <w:rPr>
          <w:b/>
        </w:rPr>
        <w:t>I. YÊU CẦU CẦN ĐẠT:</w:t>
      </w:r>
    </w:p>
    <w:p w:rsidR="00F40CEF" w:rsidRPr="007E41BF" w:rsidRDefault="001818E9">
      <w:pPr>
        <w:spacing w:after="0" w:line="240" w:lineRule="auto"/>
      </w:pPr>
      <w:r w:rsidRPr="007E41BF">
        <w:rPr>
          <w:b/>
        </w:rPr>
        <w:t>1. Năng lực đặc thù:</w:t>
      </w:r>
    </w:p>
    <w:p w:rsidR="00F40CEF" w:rsidRPr="007E41BF" w:rsidRDefault="001818E9">
      <w:pPr>
        <w:spacing w:after="0" w:line="240" w:lineRule="auto"/>
      </w:pPr>
      <w:r w:rsidRPr="007E41BF">
        <w:t>- Củng cố bảng nhân 9, bảng chia 9 qua dãy số, sơ đồ tính và bài toán có lời văn.</w:t>
      </w:r>
    </w:p>
    <w:p w:rsidR="00F40CEF" w:rsidRPr="007E41BF" w:rsidRDefault="001818E9">
      <w:pPr>
        <w:spacing w:after="0" w:line="240" w:lineRule="auto"/>
      </w:pPr>
      <w:r w:rsidRPr="007E41BF">
        <w:t>- Vận dụng bảng nhân, bảng chia đã học để tính nhẩm và hoàn thành bảng số.</w:t>
      </w:r>
    </w:p>
    <w:p w:rsidR="00F40CEF" w:rsidRPr="007E41BF" w:rsidRDefault="001818E9">
      <w:pPr>
        <w:spacing w:after="0" w:line="240" w:lineRule="auto"/>
      </w:pPr>
      <w:r w:rsidRPr="007E41BF">
        <w:t>- Giải được bài toán chia đều, bài toán tìm tích và nêu được cách làm rõ ràng.</w:t>
      </w:r>
    </w:p>
    <w:p w:rsidR="00F40CEF" w:rsidRPr="007E41BF" w:rsidRDefault="001818E9">
      <w:pPr>
        <w:spacing w:after="0" w:line="240" w:lineRule="auto"/>
      </w:pPr>
      <w:r w:rsidRPr="007E41BF">
        <w:rPr>
          <w:b/>
        </w:rPr>
        <w:t>2. Năng lực chung:</w:t>
      </w:r>
    </w:p>
    <w:p w:rsidR="00F40CEF" w:rsidRPr="007E41BF" w:rsidRDefault="001818E9">
      <w:pPr>
        <w:spacing w:after="0" w:line="240" w:lineRule="auto"/>
      </w:pPr>
      <w:r w:rsidRPr="007E41BF">
        <w:t>- Năng lực tự chủ, tự học: Tự đọc yêu cầu bài, tự tính nhẩm, tự làm bài vào vở/bảng con và kiểm tra kết quả trước khi trình bày.</w:t>
      </w:r>
    </w:p>
    <w:p w:rsidR="00F40CEF" w:rsidRPr="007E41BF" w:rsidRDefault="001818E9">
      <w:pPr>
        <w:spacing w:after="0" w:line="240" w:lineRule="auto"/>
      </w:pPr>
      <w:r w:rsidRPr="007E41BF">
        <w:t>- Năng lực giải quyết vấn đề và sáng tạo: Biết lựa chọn phép tính, quy tắc hoặc cách quan sát phù hợp để giải quyết nhiệm vụ học tập.</w:t>
      </w:r>
    </w:p>
    <w:p w:rsidR="00F40CEF" w:rsidRPr="007E41BF" w:rsidRDefault="001818E9">
      <w:pPr>
        <w:spacing w:after="0" w:line="240" w:lineRule="auto"/>
      </w:pPr>
      <w:r w:rsidRPr="007E41BF">
        <w:t>- Năng lực giao tiếp và hợp tác: Trao đổi nhóm, trình bày cách làm, nhận xét bài làm của bạn và thống nhất kết quả.</w:t>
      </w:r>
    </w:p>
    <w:p w:rsidR="00F40CEF" w:rsidRPr="007E41BF" w:rsidRDefault="001818E9">
      <w:pPr>
        <w:spacing w:after="0" w:line="240" w:lineRule="auto"/>
      </w:pPr>
      <w:r w:rsidRPr="007E41BF">
        <w:rPr>
          <w:b/>
        </w:rPr>
        <w:t>3. Phẩm chất:</w:t>
      </w:r>
    </w:p>
    <w:p w:rsidR="00F40CEF" w:rsidRPr="007E41BF" w:rsidRDefault="001818E9">
      <w:pPr>
        <w:spacing w:after="0" w:line="240" w:lineRule="auto"/>
      </w:pPr>
      <w:r w:rsidRPr="007E41BF">
        <w:t>- Chăm chỉ: Tích cực tham gia các hoạt động học tập, hoàn thành đầy đủ bài tập được giao.</w:t>
      </w:r>
    </w:p>
    <w:p w:rsidR="00F40CEF" w:rsidRPr="007E41BF" w:rsidRDefault="001818E9">
      <w:pPr>
        <w:spacing w:after="0" w:line="240" w:lineRule="auto"/>
      </w:pPr>
      <w:r w:rsidRPr="007E41BF">
        <w:t>- Trách nhiệm: Cẩn thận khi tính toán, trình bày bài giải rõ ràng và sửa lỗi sau khi được góp ý.</w:t>
      </w:r>
    </w:p>
    <w:p w:rsidR="00F40CEF" w:rsidRPr="007E41BF" w:rsidRDefault="001818E9">
      <w:pPr>
        <w:spacing w:after="0" w:line="240" w:lineRule="auto"/>
      </w:pPr>
      <w:r w:rsidRPr="007E41BF">
        <w:t>- Trung thực: Tự đối chiếu kết quả, mạnh dạn nhận lỗi sai và sửa lại cho đúng.</w:t>
      </w:r>
    </w:p>
    <w:p w:rsidR="00F40CEF" w:rsidRPr="007E41BF" w:rsidRDefault="001818E9">
      <w:pPr>
        <w:spacing w:after="0" w:line="240" w:lineRule="auto"/>
      </w:pPr>
      <w:r w:rsidRPr="007E41BF">
        <w:rPr>
          <w:b/>
        </w:rPr>
        <w:t>II. ĐỒ DÙNG DẠY HỌC:</w:t>
      </w:r>
    </w:p>
    <w:p w:rsidR="00F40CEF" w:rsidRPr="007E41BF" w:rsidRDefault="001818E9">
      <w:pPr>
        <w:spacing w:after="0" w:line="240" w:lineRule="auto"/>
      </w:pPr>
      <w:r w:rsidRPr="007E41BF">
        <w:t>- Kế hoạch bài dạy, bài giảng PowerPoint.</w:t>
      </w:r>
    </w:p>
    <w:p w:rsidR="00F40CEF" w:rsidRPr="007E41BF" w:rsidRDefault="001818E9">
      <w:pPr>
        <w:spacing w:after="0" w:line="240" w:lineRule="auto"/>
      </w:pPr>
      <w:r w:rsidRPr="007E41BF">
        <w:t>- SGK Toán 3, bảng con, phiếu học tập, bút dạ.</w:t>
      </w:r>
    </w:p>
    <w:p w:rsidR="00F40CEF" w:rsidRPr="007E41BF" w:rsidRDefault="001818E9">
      <w:pPr>
        <w:spacing w:after="0" w:line="240" w:lineRule="auto"/>
      </w:pPr>
      <w:r w:rsidRPr="007E41BF">
        <w:t>- Máy tính, máy chiếu/bảng tương tác để trình chiếu hình bài tập trong SGK.</w:t>
      </w:r>
    </w:p>
    <w:p w:rsidR="00F40CEF" w:rsidRPr="007E41BF" w:rsidRDefault="001818E9">
      <w:pPr>
        <w:spacing w:after="0" w:line="240" w:lineRule="auto"/>
      </w:pPr>
      <w:r w:rsidRPr="007E41BF">
        <w:rPr>
          <w:b/>
        </w:rPr>
        <w:t>III. HOẠT ĐỘNG DẠY HỌC:</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shd w:val="clear" w:color="auto" w:fill="FFFFFF" w:themeFill="background1"/>
        <w:tblLayout w:type="fixed"/>
        <w:tblLook w:val="04A0" w:firstRow="1" w:lastRow="0" w:firstColumn="1" w:lastColumn="0" w:noHBand="0" w:noVBand="1"/>
      </w:tblPr>
      <w:tblGrid>
        <w:gridCol w:w="4989"/>
        <w:gridCol w:w="4983"/>
      </w:tblGrid>
      <w:tr w:rsidR="007E41BF" w:rsidRPr="007E41BF" w:rsidTr="00E96178">
        <w:trPr>
          <w:tblHeader/>
          <w:jc w:val="center"/>
        </w:trPr>
        <w:tc>
          <w:tcPr>
            <w:tcW w:w="4989" w:type="dxa"/>
            <w:tcBorders>
              <w:bottom w:val="single" w:sz="6" w:space="0" w:color="000000"/>
            </w:tcBorders>
            <w:shd w:val="clear" w:color="auto" w:fill="FFFFFF" w:themeFill="background1"/>
          </w:tcPr>
          <w:p w:rsidR="00F40CEF" w:rsidRPr="007E41BF" w:rsidRDefault="001818E9">
            <w:pPr>
              <w:jc w:val="center"/>
            </w:pPr>
            <w:r w:rsidRPr="007E41BF">
              <w:rPr>
                <w:b/>
              </w:rPr>
              <w:t>Hoạt động của giáo viên</w:t>
            </w:r>
          </w:p>
        </w:tc>
        <w:tc>
          <w:tcPr>
            <w:tcW w:w="4309" w:type="dxa"/>
            <w:tcBorders>
              <w:bottom w:val="single" w:sz="6" w:space="0" w:color="000000"/>
            </w:tcBorders>
            <w:shd w:val="clear" w:color="auto" w:fill="FFFFFF" w:themeFill="background1"/>
          </w:tcPr>
          <w:p w:rsidR="00F40CEF" w:rsidRPr="007E41BF" w:rsidRDefault="001818E9">
            <w:pPr>
              <w:jc w:val="center"/>
            </w:pPr>
            <w:r w:rsidRPr="007E41BF">
              <w:rPr>
                <w:b/>
              </w:rPr>
              <w:t>Hoạt động của học sinh</w:t>
            </w:r>
          </w:p>
        </w:tc>
      </w:tr>
      <w:tr w:rsidR="007E41BF" w:rsidRPr="007E41BF" w:rsidTr="00E9617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r w:rsidRPr="007E41BF">
              <w:rPr>
                <w:b/>
              </w:rPr>
              <w:t>1. KHỞI ĐỘNG (5 PHÚT):</w:t>
            </w:r>
          </w:p>
          <w:p w:rsidR="00F40CEF" w:rsidRPr="007E41BF" w:rsidRDefault="001818E9">
            <w:r w:rsidRPr="007E41BF">
              <w:rPr>
                <w:b/>
              </w:rPr>
              <w:t>- Mục tiêu:</w:t>
            </w:r>
          </w:p>
          <w:p w:rsidR="00F40CEF" w:rsidRPr="007E41BF" w:rsidRDefault="001818E9">
            <w:r w:rsidRPr="007E41BF">
              <w:t>+ Ôn bảng nhân 9, bảng chia 9.</w:t>
            </w:r>
          </w:p>
          <w:p w:rsidR="00F40CEF" w:rsidRPr="007E41BF" w:rsidRDefault="001818E9">
            <w:r w:rsidRPr="007E41BF">
              <w:t>+ Tạo hứng thú trước khi luyện tập.</w:t>
            </w:r>
          </w:p>
          <w:p w:rsidR="00F40CEF" w:rsidRPr="007E41BF" w:rsidRDefault="001818E9">
            <w:r w:rsidRPr="007E41BF">
              <w:rPr>
                <w:b/>
              </w:rPr>
              <w:t>* Cách tiến hành:</w:t>
            </w:r>
          </w:p>
        </w:tc>
      </w:tr>
      <w:tr w:rsidR="007E41BF" w:rsidRPr="007E41BF" w:rsidTr="00E96178">
        <w:trPr>
          <w:jc w:val="center"/>
        </w:trPr>
        <w:tc>
          <w:tcPr>
            <w:tcW w:w="4989" w:type="dxa"/>
            <w:tcBorders>
              <w:top w:val="single" w:sz="6" w:space="0" w:color="000000"/>
            </w:tcBorders>
            <w:shd w:val="clear" w:color="auto" w:fill="FFFFFF" w:themeFill="background1"/>
          </w:tcPr>
          <w:p w:rsidR="00F40CEF" w:rsidRPr="007E41BF" w:rsidRDefault="001818E9">
            <w:r w:rsidRPr="007E41BF">
              <w:t>- GV tổ chức trò chơi “Gọi nhanh kết quả” với các phép tính: 9 x 5, 45 : 9, 9 x 8, 72 : 9.</w:t>
            </w:r>
          </w:p>
        </w:tc>
        <w:tc>
          <w:tcPr>
            <w:tcW w:w="4309" w:type="dxa"/>
            <w:tcBorders>
              <w:top w:val="single" w:sz="6" w:space="0" w:color="000000"/>
            </w:tcBorders>
            <w:shd w:val="clear" w:color="auto" w:fill="FFFFFF" w:themeFill="background1"/>
          </w:tcPr>
          <w:p w:rsidR="00F40CEF" w:rsidRPr="007E41BF" w:rsidRDefault="001818E9">
            <w:r w:rsidRPr="007E41BF">
              <w:t>- HS tham gia trò chơi, trả lời nhanh.</w:t>
            </w:r>
          </w:p>
        </w:tc>
      </w:tr>
      <w:tr w:rsidR="007E41BF" w:rsidRPr="007E41BF" w:rsidTr="00E96178">
        <w:trPr>
          <w:jc w:val="center"/>
        </w:trPr>
        <w:tc>
          <w:tcPr>
            <w:tcW w:w="4989" w:type="dxa"/>
            <w:shd w:val="clear" w:color="auto" w:fill="FFFFFF" w:themeFill="background1"/>
          </w:tcPr>
          <w:p w:rsidR="00F40CEF" w:rsidRPr="007E41BF" w:rsidRDefault="001818E9">
            <w:r w:rsidRPr="007E41BF">
              <w:t>- GV mời HS đọc kết quả.</w:t>
            </w:r>
          </w:p>
        </w:tc>
        <w:tc>
          <w:tcPr>
            <w:tcW w:w="4309" w:type="dxa"/>
            <w:shd w:val="clear" w:color="auto" w:fill="FFFFFF" w:themeFill="background1"/>
          </w:tcPr>
          <w:p w:rsidR="00F40CEF" w:rsidRPr="007E41BF" w:rsidRDefault="001818E9">
            <w:r w:rsidRPr="007E41BF">
              <w:t>- HS đọc: 9 x 5 = 45; 45 : 9 = 5; 9 x 8 = 72; 72 : 9 = 8.</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Bảng nhân 9 giúp em tính nhanh những dạng bài nào?</w:t>
            </w:r>
          </w:p>
        </w:tc>
        <w:tc>
          <w:tcPr>
            <w:tcW w:w="4309" w:type="dxa"/>
            <w:shd w:val="clear" w:color="auto" w:fill="FFFFFF" w:themeFill="background1"/>
          </w:tcPr>
          <w:p w:rsidR="00F40CEF" w:rsidRPr="007E41BF" w:rsidRDefault="001818E9">
            <w:r w:rsidRPr="007E41BF">
              <w:t>- HS trả lời: Giúp tính phép nhân 9, phép chia 9 và giải toán có nhóm bằng nhau.</w:t>
            </w:r>
          </w:p>
        </w:tc>
      </w:tr>
      <w:tr w:rsidR="007E41BF" w:rsidRPr="007E41BF" w:rsidTr="00E96178">
        <w:trPr>
          <w:jc w:val="center"/>
        </w:trPr>
        <w:tc>
          <w:tcPr>
            <w:tcW w:w="4989" w:type="dxa"/>
            <w:shd w:val="clear" w:color="auto" w:fill="FFFFFF" w:themeFill="background1"/>
          </w:tcPr>
          <w:p w:rsidR="00F40CEF" w:rsidRPr="007E41BF" w:rsidRDefault="001818E9">
            <w:r w:rsidRPr="007E41BF">
              <w:t>- GV nhận xét, dẫn vào tiết luyện tập.</w:t>
            </w:r>
          </w:p>
        </w:tc>
        <w:tc>
          <w:tcPr>
            <w:tcW w:w="4309" w:type="dxa"/>
            <w:shd w:val="clear" w:color="auto" w:fill="FFFFFF" w:themeFill="background1"/>
          </w:tcPr>
          <w:p w:rsidR="00F40CEF" w:rsidRPr="007E41BF" w:rsidRDefault="001818E9">
            <w:r w:rsidRPr="007E41BF">
              <w:t>- HS lắng nghe, chuẩn bị bài.</w:t>
            </w:r>
          </w:p>
        </w:tc>
      </w:tr>
      <w:tr w:rsidR="007E41BF" w:rsidRPr="007E41BF" w:rsidTr="00E96178">
        <w:trPr>
          <w:jc w:val="center"/>
        </w:trPr>
        <w:tc>
          <w:tcPr>
            <w:tcW w:w="4989" w:type="dxa"/>
            <w:tcBorders>
              <w:bottom w:val="single" w:sz="6" w:space="0" w:color="000000"/>
            </w:tcBorders>
            <w:shd w:val="clear" w:color="auto" w:fill="FFFFFF" w:themeFill="background1"/>
          </w:tcPr>
          <w:p w:rsidR="00F40CEF" w:rsidRPr="007E41BF" w:rsidRDefault="001818E9">
            <w:r w:rsidRPr="007E41BF">
              <w:t>- GV kết luận kiến thức: Cần nhớ bảng nhân 9, bảng chia 9 để tính nhẩm và giải toán nhanh, chính xác.</w:t>
            </w:r>
          </w:p>
        </w:tc>
        <w:tc>
          <w:tcPr>
            <w:tcW w:w="4309" w:type="dxa"/>
            <w:tcBorders>
              <w:bottom w:val="single" w:sz="6" w:space="0" w:color="000000"/>
            </w:tcBorders>
            <w:shd w:val="clear" w:color="auto" w:fill="FFFFFF" w:themeFill="background1"/>
          </w:tcPr>
          <w:p w:rsidR="00F40CEF" w:rsidRPr="007E41BF" w:rsidRDefault="001818E9">
            <w:r w:rsidRPr="007E41BF">
              <w:t>- HS nhắc lại ý chính.</w:t>
            </w:r>
          </w:p>
        </w:tc>
      </w:tr>
      <w:tr w:rsidR="007E41BF" w:rsidRPr="007E41BF" w:rsidTr="00E9617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r w:rsidRPr="007E41BF">
              <w:rPr>
                <w:b/>
              </w:rPr>
              <w:t>2. LUYỆN TẬP (27 PHÚT):</w:t>
            </w:r>
          </w:p>
          <w:p w:rsidR="00F40CEF" w:rsidRPr="007E41BF" w:rsidRDefault="001818E9">
            <w:r w:rsidRPr="007E41BF">
              <w:rPr>
                <w:b/>
              </w:rPr>
              <w:t>- Mục tiêu:</w:t>
            </w:r>
          </w:p>
          <w:p w:rsidR="00F40CEF" w:rsidRPr="007E41BF" w:rsidRDefault="001818E9">
            <w:r w:rsidRPr="007E41BF">
              <w:t>+ Điền đúng số còn thiếu trong dãy số và sơ đồ tính.</w:t>
            </w:r>
          </w:p>
          <w:p w:rsidR="00F40CEF" w:rsidRPr="007E41BF" w:rsidRDefault="001818E9">
            <w:r w:rsidRPr="007E41BF">
              <w:lastRenderedPageBreak/>
              <w:t>+ Dùng bảng nhân, chia để tính kết quả và hoàn thành bảng.</w:t>
            </w:r>
          </w:p>
          <w:p w:rsidR="00F40CEF" w:rsidRPr="007E41BF" w:rsidRDefault="001818E9">
            <w:r w:rsidRPr="007E41BF">
              <w:t>+ Giải được bài toán có lời văn bằng phép chia hoặc phép nhân.</w:t>
            </w:r>
          </w:p>
          <w:p w:rsidR="00F40CEF" w:rsidRPr="007E41BF" w:rsidRDefault="001818E9">
            <w:r w:rsidRPr="007E41BF">
              <w:rPr>
                <w:b/>
              </w:rPr>
              <w:t>* Cách tiến hành:</w:t>
            </w:r>
          </w:p>
        </w:tc>
      </w:tr>
      <w:tr w:rsidR="007E41BF" w:rsidRPr="007E41BF" w:rsidTr="00E96178">
        <w:trPr>
          <w:jc w:val="center"/>
        </w:trPr>
        <w:tc>
          <w:tcPr>
            <w:tcW w:w="4989" w:type="dxa"/>
            <w:tcBorders>
              <w:top w:val="single" w:sz="6" w:space="0" w:color="000000"/>
            </w:tcBorders>
            <w:shd w:val="clear" w:color="auto" w:fill="FFFFFF" w:themeFill="background1"/>
          </w:tcPr>
          <w:p w:rsidR="00F40CEF" w:rsidRPr="007E41BF" w:rsidRDefault="001818E9">
            <w:r w:rsidRPr="007E41BF">
              <w:rPr>
                <w:b/>
              </w:rPr>
              <w:lastRenderedPageBreak/>
              <w:t>- Bài 1. Luyện tập (Làm việc nhóm 2) Nêu các số còn thiếu.</w:t>
            </w:r>
          </w:p>
        </w:tc>
        <w:tc>
          <w:tcPr>
            <w:tcW w:w="4309" w:type="dxa"/>
            <w:tcBorders>
              <w:top w:val="single" w:sz="6" w:space="0" w:color="000000"/>
            </w:tcBorders>
            <w:shd w:val="clear" w:color="auto" w:fill="FFFFFF" w:themeFill="background1"/>
          </w:tcPr>
          <w:p w:rsidR="00F40CEF" w:rsidRPr="007E41BF" w:rsidRDefault="001818E9">
            <w:r w:rsidRPr="007E41BF">
              <w:t>- HS đọc yêu cầu Bài 1.</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quan sát dãy a và nêu quy luật.</w:t>
            </w:r>
          </w:p>
        </w:tc>
        <w:tc>
          <w:tcPr>
            <w:tcW w:w="4309" w:type="dxa"/>
            <w:shd w:val="clear" w:color="auto" w:fill="FFFFFF" w:themeFill="background1"/>
          </w:tcPr>
          <w:p w:rsidR="00F40CEF" w:rsidRPr="007E41BF" w:rsidRDefault="001818E9">
            <w:r w:rsidRPr="007E41BF">
              <w:t>- HS nêu: Dãy a tăng thêm 9; các số còn thiếu là 36, 54, 63, 81.</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quan sát dãy b và nêu quy luật.</w:t>
            </w:r>
          </w:p>
        </w:tc>
        <w:tc>
          <w:tcPr>
            <w:tcW w:w="4309" w:type="dxa"/>
            <w:shd w:val="clear" w:color="auto" w:fill="FFFFFF" w:themeFill="background1"/>
          </w:tcPr>
          <w:p w:rsidR="00F40CEF" w:rsidRPr="007E41BF" w:rsidRDefault="001818E9">
            <w:r w:rsidRPr="007E41BF">
              <w:t>- HS nêu: Dãy b giảm đi 9; các số còn thiếu là 63, 54, 36, 18.</w:t>
            </w:r>
          </w:p>
        </w:tc>
      </w:tr>
      <w:tr w:rsidR="007E41BF" w:rsidRPr="007E41BF" w:rsidTr="00E96178">
        <w:trPr>
          <w:jc w:val="center"/>
        </w:trPr>
        <w:tc>
          <w:tcPr>
            <w:tcW w:w="4989" w:type="dxa"/>
            <w:shd w:val="clear" w:color="auto" w:fill="FFFFFF" w:themeFill="background1"/>
          </w:tcPr>
          <w:p w:rsidR="00F40CEF" w:rsidRPr="007E41BF" w:rsidRDefault="001818E9">
            <w:r w:rsidRPr="007E41BF">
              <w:t>- GV cho HS đổi vở kiểm tra kết quả.</w:t>
            </w:r>
          </w:p>
        </w:tc>
        <w:tc>
          <w:tcPr>
            <w:tcW w:w="4309" w:type="dxa"/>
            <w:shd w:val="clear" w:color="auto" w:fill="FFFFFF" w:themeFill="background1"/>
          </w:tcPr>
          <w:p w:rsidR="00F40CEF" w:rsidRPr="007E41BF" w:rsidRDefault="001818E9">
            <w:r w:rsidRPr="007E41BF">
              <w:t>- HS đổi vở, kiểm tra và sửa bài nếu cần.</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Dãy số tăng, giảm theo 9 giúp em nhớ bảng nào?</w:t>
            </w:r>
          </w:p>
        </w:tc>
        <w:tc>
          <w:tcPr>
            <w:tcW w:w="4309" w:type="dxa"/>
            <w:shd w:val="clear" w:color="auto" w:fill="FFFFFF" w:themeFill="background1"/>
          </w:tcPr>
          <w:p w:rsidR="00F40CEF" w:rsidRPr="007E41BF" w:rsidRDefault="001818E9">
            <w:r w:rsidRPr="007E41BF">
              <w:t>- HS trả lời: Giúp em nhớ bảng nhân 9, bảng chia 9.</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Đếm thêm 9 hoặc bớt 9 là cách hỗ trợ ghi nhớ kết quả trong bảng nhân, chia 9.</w:t>
            </w:r>
          </w:p>
        </w:tc>
        <w:tc>
          <w:tcPr>
            <w:tcW w:w="4309" w:type="dxa"/>
            <w:shd w:val="clear" w:color="auto" w:fill="FFFFFF" w:themeFill="background1"/>
          </w:tcPr>
          <w:p w:rsidR="00F40CEF" w:rsidRPr="007E41BF" w:rsidRDefault="001818E9">
            <w:r w:rsidRPr="007E41BF">
              <w:t>- HS lắng nghe, ghi nhớ.</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2. Luyện tập (Làm việc cá nhân) Số?</w:t>
            </w:r>
          </w:p>
          <w:p w:rsidR="00F40CEF" w:rsidRPr="007E41BF" w:rsidRDefault="00F40CEF"/>
        </w:tc>
        <w:tc>
          <w:tcPr>
            <w:tcW w:w="4309" w:type="dxa"/>
            <w:shd w:val="clear" w:color="auto" w:fill="FFFFFF" w:themeFill="background1"/>
          </w:tcPr>
          <w:p w:rsidR="00F40CEF" w:rsidRPr="007E41BF" w:rsidRDefault="001818E9">
            <w:r w:rsidRPr="007E41BF">
              <w:t>- HS đọc yêu cầu Bài 2.</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đọc sơ đồ tính theo chiều mũi tên.</w:t>
            </w:r>
          </w:p>
        </w:tc>
        <w:tc>
          <w:tcPr>
            <w:tcW w:w="4309" w:type="dxa"/>
            <w:shd w:val="clear" w:color="auto" w:fill="FFFFFF" w:themeFill="background1"/>
          </w:tcPr>
          <w:p w:rsidR="00F40CEF" w:rsidRPr="007E41BF" w:rsidRDefault="001818E9">
            <w:r w:rsidRPr="007E41BF">
              <w:t>- HS đọc: Bắt đầu từ 9, nhân 2, sau đó chia 3.</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9 x 2 bằng bao nhiêu?</w:t>
            </w:r>
          </w:p>
        </w:tc>
        <w:tc>
          <w:tcPr>
            <w:tcW w:w="4309" w:type="dxa"/>
            <w:shd w:val="clear" w:color="auto" w:fill="FFFFFF" w:themeFill="background1"/>
          </w:tcPr>
          <w:p w:rsidR="00F40CEF" w:rsidRPr="007E41BF" w:rsidRDefault="001818E9">
            <w:r w:rsidRPr="007E41BF">
              <w:t>- HS trả lời: 9 x 2 = 18.</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18 : 3 bằng bao nhiêu?</w:t>
            </w:r>
          </w:p>
        </w:tc>
        <w:tc>
          <w:tcPr>
            <w:tcW w:w="4309" w:type="dxa"/>
            <w:shd w:val="clear" w:color="auto" w:fill="FFFFFF" w:themeFill="background1"/>
          </w:tcPr>
          <w:p w:rsidR="00F40CEF" w:rsidRPr="007E41BF" w:rsidRDefault="001818E9">
            <w:r w:rsidRPr="007E41BF">
              <w:t>- HS trả lời: 18 : 3 = 6.</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điền số vào hình tròn và hình tam giác.</w:t>
            </w:r>
          </w:p>
        </w:tc>
        <w:tc>
          <w:tcPr>
            <w:tcW w:w="4309" w:type="dxa"/>
            <w:shd w:val="clear" w:color="auto" w:fill="FFFFFF" w:themeFill="background1"/>
          </w:tcPr>
          <w:p w:rsidR="00F40CEF" w:rsidRPr="007E41BF" w:rsidRDefault="001818E9">
            <w:r w:rsidRPr="007E41BF">
              <w:t>- HS điền: hình tròn là 18, hình tam giác là 6.</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Với sơ đồ tính, cần thực hiện lần lượt theo chiều mũi tên để tìm số còn thiếu.</w:t>
            </w:r>
          </w:p>
        </w:tc>
        <w:tc>
          <w:tcPr>
            <w:tcW w:w="4309" w:type="dxa"/>
            <w:shd w:val="clear" w:color="auto" w:fill="FFFFFF" w:themeFill="background1"/>
          </w:tcPr>
          <w:p w:rsidR="00F40CEF" w:rsidRPr="007E41BF" w:rsidRDefault="001818E9">
            <w:r w:rsidRPr="007E41BF">
              <w:t>- HS lắng nghe, sửa bài.</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3. Luyện tập (Làm việc nhóm 4) Những bông hoa nào ghi phép tính có kết quả lớn hơn 10, bé hơn 10?</w:t>
            </w:r>
          </w:p>
          <w:p w:rsidR="00F40CEF" w:rsidRPr="007E41BF" w:rsidRDefault="00F40CEF"/>
        </w:tc>
        <w:tc>
          <w:tcPr>
            <w:tcW w:w="4309" w:type="dxa"/>
            <w:shd w:val="clear" w:color="auto" w:fill="FFFFFF" w:themeFill="background1"/>
          </w:tcPr>
          <w:p w:rsidR="00F40CEF" w:rsidRPr="007E41BF" w:rsidRDefault="001818E9">
            <w:r w:rsidRPr="007E41BF">
              <w:t>- HS đọc yêu cầu Bài 3.</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nhóm 4 tính kết quả từng phép tính trên bông hoa.</w:t>
            </w:r>
          </w:p>
        </w:tc>
        <w:tc>
          <w:tcPr>
            <w:tcW w:w="4309" w:type="dxa"/>
            <w:shd w:val="clear" w:color="auto" w:fill="FFFFFF" w:themeFill="background1"/>
          </w:tcPr>
          <w:p w:rsidR="00F40CEF" w:rsidRPr="007E41BF" w:rsidRDefault="001818E9">
            <w:r w:rsidRPr="007E41BF">
              <w:t>- HS thảo luận: 54 : 9 = 6; 45 : 9 = 5; 9 x 5 = 45; 9 x 2 = 18; 90 : 9 = 10.</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Những bông hoa nào có kết quả lớn hơn 10?</w:t>
            </w:r>
          </w:p>
        </w:tc>
        <w:tc>
          <w:tcPr>
            <w:tcW w:w="4309" w:type="dxa"/>
            <w:shd w:val="clear" w:color="auto" w:fill="FFFFFF" w:themeFill="background1"/>
          </w:tcPr>
          <w:p w:rsidR="00F40CEF" w:rsidRPr="007E41BF" w:rsidRDefault="001818E9">
            <w:r w:rsidRPr="007E41BF">
              <w:t>- HS trả lời: 9 x 5 và 9 x 2 có kết quả lớn hơn 10.</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Những bông hoa nào có kết quả bé hơn 10?</w:t>
            </w:r>
          </w:p>
        </w:tc>
        <w:tc>
          <w:tcPr>
            <w:tcW w:w="4309" w:type="dxa"/>
            <w:shd w:val="clear" w:color="auto" w:fill="FFFFFF" w:themeFill="background1"/>
          </w:tcPr>
          <w:p w:rsidR="00F40CEF" w:rsidRPr="007E41BF" w:rsidRDefault="001818E9">
            <w:r w:rsidRPr="007E41BF">
              <w:t>- HS trả lời: 54 : 9 và 45 : 9 có kết quả bé hơn 10.</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Phép tính 90 : 9 thuộc nhóm nào?</w:t>
            </w:r>
          </w:p>
        </w:tc>
        <w:tc>
          <w:tcPr>
            <w:tcW w:w="4309" w:type="dxa"/>
            <w:shd w:val="clear" w:color="auto" w:fill="FFFFFF" w:themeFill="background1"/>
          </w:tcPr>
          <w:p w:rsidR="00F40CEF" w:rsidRPr="007E41BF" w:rsidRDefault="001818E9">
            <w:r w:rsidRPr="007E41BF">
              <w:t>- HS trả lời: 90 : 9 = 10, không lớn hơn 10 và cũng không bé hơn 10.</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Khi phân loại kết quả, cần tính chính xác rồi so sánh đúng với điều kiện đã cho.</w:t>
            </w:r>
          </w:p>
        </w:tc>
        <w:tc>
          <w:tcPr>
            <w:tcW w:w="4309" w:type="dxa"/>
            <w:shd w:val="clear" w:color="auto" w:fill="FFFFFF" w:themeFill="background1"/>
          </w:tcPr>
          <w:p w:rsidR="00F40CEF" w:rsidRPr="007E41BF" w:rsidRDefault="001818E9">
            <w:r w:rsidRPr="007E41BF">
              <w:t>- HS lắng nghe, hoàn thiện bài.</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4. Luyện tập (Làm việc cá nhân) Giải bài toán chia đều nước mắm.</w:t>
            </w:r>
          </w:p>
          <w:p w:rsidR="00F40CEF" w:rsidRPr="007E41BF" w:rsidRDefault="001818E9">
            <w:r w:rsidRPr="007E41BF">
              <w:rPr>
                <w:noProof/>
              </w:rPr>
              <w:drawing>
                <wp:inline distT="0" distB="0" distL="0" distR="0" wp14:anchorId="2115EFC8" wp14:editId="619C95FC">
                  <wp:extent cx="2971800" cy="2019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2_T1_LT4.png"/>
                          <pic:cNvPicPr/>
                        </pic:nvPicPr>
                        <pic:blipFill>
                          <a:blip r:embed="rId9"/>
                          <a:stretch>
                            <a:fillRect/>
                          </a:stretch>
                        </pic:blipFill>
                        <pic:spPr>
                          <a:xfrm>
                            <a:off x="0" y="0"/>
                            <a:ext cx="2971800" cy="201967"/>
                          </a:xfrm>
                          <a:prstGeom prst="rect">
                            <a:avLst/>
                          </a:prstGeom>
                        </pic:spPr>
                      </pic:pic>
                    </a:graphicData>
                  </a:graphic>
                </wp:inline>
              </w:drawing>
            </w:r>
          </w:p>
        </w:tc>
        <w:tc>
          <w:tcPr>
            <w:tcW w:w="4309" w:type="dxa"/>
            <w:shd w:val="clear" w:color="auto" w:fill="FFFFFF" w:themeFill="background1"/>
          </w:tcPr>
          <w:p w:rsidR="00F40CEF" w:rsidRPr="007E41BF" w:rsidRDefault="001818E9">
            <w:r w:rsidRPr="007E41BF">
              <w:t>- HS đọc yêu cầu Bài 4.</w:t>
            </w:r>
          </w:p>
        </w:tc>
      </w:tr>
      <w:tr w:rsidR="007E41BF" w:rsidRPr="007E41BF" w:rsidTr="00E96178">
        <w:trPr>
          <w:jc w:val="center"/>
        </w:trPr>
        <w:tc>
          <w:tcPr>
            <w:tcW w:w="4989" w:type="dxa"/>
            <w:shd w:val="clear" w:color="auto" w:fill="FFFFFF" w:themeFill="background1"/>
          </w:tcPr>
          <w:p w:rsidR="00F40CEF" w:rsidRPr="007E41BF" w:rsidRDefault="001818E9">
            <w:r w:rsidRPr="007E41BF">
              <w:lastRenderedPageBreak/>
              <w:t>- GV yêu cầu HS nêu dữ kiện bài toán.</w:t>
            </w:r>
          </w:p>
        </w:tc>
        <w:tc>
          <w:tcPr>
            <w:tcW w:w="4309" w:type="dxa"/>
            <w:shd w:val="clear" w:color="auto" w:fill="FFFFFF" w:themeFill="background1"/>
          </w:tcPr>
          <w:p w:rsidR="00F40CEF" w:rsidRPr="007E41BF" w:rsidRDefault="001818E9">
            <w:r w:rsidRPr="007E41BF">
              <w:t>- HS nêu: Chia đều 45 lít nước mắm vào 9 cái can.</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Bài toán hỏi gì và ta làm phép tính nào?</w:t>
            </w:r>
          </w:p>
        </w:tc>
        <w:tc>
          <w:tcPr>
            <w:tcW w:w="4309" w:type="dxa"/>
            <w:shd w:val="clear" w:color="auto" w:fill="FFFFFF" w:themeFill="background1"/>
          </w:tcPr>
          <w:p w:rsidR="00F40CEF" w:rsidRPr="007E41BF" w:rsidRDefault="001818E9">
            <w:r w:rsidRPr="007E41BF">
              <w:t>- HS trả lời: Hỏi mỗi can có bao nhiêu lít nước mắm; ta làm phép chia 45 : 9.</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trình bày bài giải hoàn chỉnh.</w:t>
            </w:r>
          </w:p>
        </w:tc>
        <w:tc>
          <w:tcPr>
            <w:tcW w:w="4309" w:type="dxa"/>
            <w:shd w:val="clear" w:color="auto" w:fill="FFFFFF" w:themeFill="background1"/>
          </w:tcPr>
          <w:p w:rsidR="00F40CEF" w:rsidRPr="007E41BF" w:rsidRDefault="001818E9">
            <w:r w:rsidRPr="007E41BF">
              <w:t>- HS trình bày:</w:t>
            </w:r>
            <w:r w:rsidRPr="007E41BF">
              <w:br/>
              <w:t>Bài giải</w:t>
            </w:r>
            <w:r w:rsidRPr="007E41BF">
              <w:br/>
              <w:t>Mỗi can có số lít nước mắm là:</w:t>
            </w:r>
            <w:r w:rsidRPr="007E41BF">
              <w:br/>
              <w:t>45 : 9 = 5 (l)</w:t>
            </w:r>
            <w:r w:rsidRPr="007E41BF">
              <w:br/>
              <w:t>Đáp số: 5 l nước mắm.</w:t>
            </w:r>
          </w:p>
        </w:tc>
      </w:tr>
      <w:tr w:rsidR="007E41BF" w:rsidRPr="007E41BF" w:rsidTr="00E96178">
        <w:trPr>
          <w:jc w:val="center"/>
        </w:trPr>
        <w:tc>
          <w:tcPr>
            <w:tcW w:w="4989" w:type="dxa"/>
            <w:shd w:val="clear" w:color="auto" w:fill="FFFFFF" w:themeFill="background1"/>
          </w:tcPr>
          <w:p w:rsidR="00F40CEF" w:rsidRPr="007E41BF" w:rsidRDefault="001818E9">
            <w:r w:rsidRPr="007E41BF">
              <w:t>- GV mời HS nhận xét đơn vị trong đáp số.</w:t>
            </w:r>
          </w:p>
        </w:tc>
        <w:tc>
          <w:tcPr>
            <w:tcW w:w="4309" w:type="dxa"/>
            <w:shd w:val="clear" w:color="auto" w:fill="FFFFFF" w:themeFill="background1"/>
          </w:tcPr>
          <w:p w:rsidR="00F40CEF" w:rsidRPr="007E41BF" w:rsidRDefault="001818E9">
            <w:r w:rsidRPr="007E41BF">
              <w:t>- HS nhận xét: Đơn vị là lít, viết tắt là l.</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Bài toán chia đều thường dùng phép chia để tìm số lượng ở mỗi phần.</w:t>
            </w:r>
          </w:p>
        </w:tc>
        <w:tc>
          <w:tcPr>
            <w:tcW w:w="4309" w:type="dxa"/>
            <w:shd w:val="clear" w:color="auto" w:fill="FFFFFF" w:themeFill="background1"/>
          </w:tcPr>
          <w:p w:rsidR="00F40CEF" w:rsidRPr="007E41BF" w:rsidRDefault="001818E9">
            <w:r w:rsidRPr="007E41BF">
              <w:t>- HS lắng nghe, sửa bài.</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5. Luyện tập (Làm việc cá nhân) Giải bài toán về thuyền.</w:t>
            </w:r>
          </w:p>
          <w:p w:rsidR="00F40CEF" w:rsidRPr="007E41BF" w:rsidRDefault="001818E9">
            <w:r w:rsidRPr="007E41BF">
              <w:rPr>
                <w:noProof/>
              </w:rPr>
              <w:drawing>
                <wp:inline distT="0" distB="0" distL="0" distR="0" wp14:anchorId="5C68F836" wp14:editId="42071F43">
                  <wp:extent cx="2971800" cy="1731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2_T1_LT5.png"/>
                          <pic:cNvPicPr/>
                        </pic:nvPicPr>
                        <pic:blipFill>
                          <a:blip r:embed="rId10"/>
                          <a:stretch>
                            <a:fillRect/>
                          </a:stretch>
                        </pic:blipFill>
                        <pic:spPr>
                          <a:xfrm>
                            <a:off x="0" y="0"/>
                            <a:ext cx="2971800" cy="173115"/>
                          </a:xfrm>
                          <a:prstGeom prst="rect">
                            <a:avLst/>
                          </a:prstGeom>
                        </pic:spPr>
                      </pic:pic>
                    </a:graphicData>
                  </a:graphic>
                </wp:inline>
              </w:drawing>
            </w:r>
          </w:p>
        </w:tc>
        <w:tc>
          <w:tcPr>
            <w:tcW w:w="4309" w:type="dxa"/>
            <w:shd w:val="clear" w:color="auto" w:fill="FFFFFF" w:themeFill="background1"/>
          </w:tcPr>
          <w:p w:rsidR="00F40CEF" w:rsidRPr="007E41BF" w:rsidRDefault="001818E9">
            <w:r w:rsidRPr="007E41BF">
              <w:t>- HS đọc yêu cầu Bài 5.</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nêu dữ kiện bài toán.</w:t>
            </w:r>
          </w:p>
        </w:tc>
        <w:tc>
          <w:tcPr>
            <w:tcW w:w="4309" w:type="dxa"/>
            <w:shd w:val="clear" w:color="auto" w:fill="FFFFFF" w:themeFill="background1"/>
          </w:tcPr>
          <w:p w:rsidR="00F40CEF" w:rsidRPr="007E41BF" w:rsidRDefault="001818E9">
            <w:r w:rsidRPr="007E41BF">
              <w:t>- HS nêu: Trên mỗi thuyền có 9 người; có 5 thuyền như vậy.</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Muốn biết trên 5 thuyền có bao nhiêu người, ta làm phép tính nào?</w:t>
            </w:r>
          </w:p>
        </w:tc>
        <w:tc>
          <w:tcPr>
            <w:tcW w:w="4309" w:type="dxa"/>
            <w:shd w:val="clear" w:color="auto" w:fill="FFFFFF" w:themeFill="background1"/>
          </w:tcPr>
          <w:p w:rsidR="00F40CEF" w:rsidRPr="007E41BF" w:rsidRDefault="001818E9">
            <w:r w:rsidRPr="007E41BF">
              <w:t>- HS trả lời: Ta làm phép nhân 9 x 5.</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trình bày bài giải hoàn chỉnh.</w:t>
            </w:r>
          </w:p>
        </w:tc>
        <w:tc>
          <w:tcPr>
            <w:tcW w:w="4309" w:type="dxa"/>
            <w:shd w:val="clear" w:color="auto" w:fill="FFFFFF" w:themeFill="background1"/>
          </w:tcPr>
          <w:p w:rsidR="00F40CEF" w:rsidRPr="007E41BF" w:rsidRDefault="001818E9">
            <w:r w:rsidRPr="007E41BF">
              <w:t>- HS trình bày:</w:t>
            </w:r>
            <w:r w:rsidRPr="007E41BF">
              <w:br/>
              <w:t>Bài giải</w:t>
            </w:r>
            <w:r w:rsidRPr="007E41BF">
              <w:br/>
              <w:t>Trên 5 thuyền có số người là:</w:t>
            </w:r>
            <w:r w:rsidRPr="007E41BF">
              <w:br/>
              <w:t>9 x 5 = 45 (người)</w:t>
            </w:r>
            <w:r w:rsidRPr="007E41BF">
              <w:br/>
              <w:t>Đáp số: 45 người.</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Vì sao bài này dùng phép nhân?</w:t>
            </w:r>
          </w:p>
        </w:tc>
        <w:tc>
          <w:tcPr>
            <w:tcW w:w="4309" w:type="dxa"/>
            <w:shd w:val="clear" w:color="auto" w:fill="FFFFFF" w:themeFill="background1"/>
          </w:tcPr>
          <w:p w:rsidR="00F40CEF" w:rsidRPr="007E41BF" w:rsidRDefault="001818E9">
            <w:r w:rsidRPr="007E41BF">
              <w:t>- HS trả lời: Vì mỗi thuyền có số người bằng nhau, có 5 thuyền nên dùng phép nhân để tìm tổng.</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Với các nhóm có số lượng bằng nhau, ta dùng phép nhân để tìm tổng số lượng.</w:t>
            </w:r>
          </w:p>
        </w:tc>
        <w:tc>
          <w:tcPr>
            <w:tcW w:w="4309" w:type="dxa"/>
            <w:shd w:val="clear" w:color="auto" w:fill="FFFFFF" w:themeFill="background1"/>
          </w:tcPr>
          <w:p w:rsidR="00F40CEF" w:rsidRPr="007E41BF" w:rsidRDefault="001818E9">
            <w:r w:rsidRPr="007E41BF">
              <w:t>- HS lắng nghe, ghi nhớ.</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1. Luyện tập trang 38 (Làm việc nhóm 4) Giới thiệu bảng nhân, chia và tính theo bảng.</w:t>
            </w:r>
          </w:p>
          <w:p w:rsidR="00F40CEF" w:rsidRPr="007E41BF" w:rsidRDefault="00F40CEF"/>
        </w:tc>
        <w:tc>
          <w:tcPr>
            <w:tcW w:w="4309" w:type="dxa"/>
            <w:shd w:val="clear" w:color="auto" w:fill="FFFFFF" w:themeFill="background1"/>
          </w:tcPr>
          <w:p w:rsidR="00F40CEF" w:rsidRPr="007E41BF" w:rsidRDefault="001818E9">
            <w:r w:rsidRPr="007E41BF">
              <w:t>- HS đọc yêu cầu Bài 1.</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quan sát bảng nhân, chia và đọc cách tìm kết quả theo mũi tên ở mẫu.</w:t>
            </w:r>
          </w:p>
        </w:tc>
        <w:tc>
          <w:tcPr>
            <w:tcW w:w="4309" w:type="dxa"/>
            <w:shd w:val="clear" w:color="auto" w:fill="FFFFFF" w:themeFill="background1"/>
          </w:tcPr>
          <w:p w:rsidR="00F40CEF" w:rsidRPr="007E41BF" w:rsidRDefault="001818E9">
            <w:r w:rsidRPr="007E41BF">
              <w:t>- HS quan sát mẫu: 4 x 3 = 12; 42 : 6 = 7.</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dựa vào bảng để tính 4 x 6 và 7 x 8.</w:t>
            </w:r>
          </w:p>
        </w:tc>
        <w:tc>
          <w:tcPr>
            <w:tcW w:w="4309" w:type="dxa"/>
            <w:shd w:val="clear" w:color="auto" w:fill="FFFFFF" w:themeFill="background1"/>
          </w:tcPr>
          <w:p w:rsidR="00F40CEF" w:rsidRPr="007E41BF" w:rsidRDefault="001818E9">
            <w:r w:rsidRPr="007E41BF">
              <w:t>- HS nêu: 4 x 6 = 24; 7 x 8 = 56.</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dựa vào bảng để tính 15 : 3 và 40 : 5.</w:t>
            </w:r>
          </w:p>
        </w:tc>
        <w:tc>
          <w:tcPr>
            <w:tcW w:w="4309" w:type="dxa"/>
            <w:shd w:val="clear" w:color="auto" w:fill="FFFFFF" w:themeFill="background1"/>
          </w:tcPr>
          <w:p w:rsidR="00F40CEF" w:rsidRPr="007E41BF" w:rsidRDefault="001818E9">
            <w:r w:rsidRPr="007E41BF">
              <w:t>- HS nêu: 15 : 3 = 5; 40 : 5 = 8.</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Khi dùng bảng nhân, chia, em cần xác định những gì?</w:t>
            </w:r>
          </w:p>
        </w:tc>
        <w:tc>
          <w:tcPr>
            <w:tcW w:w="4309" w:type="dxa"/>
            <w:shd w:val="clear" w:color="auto" w:fill="FFFFFF" w:themeFill="background1"/>
          </w:tcPr>
          <w:p w:rsidR="00F40CEF" w:rsidRPr="007E41BF" w:rsidRDefault="001818E9">
            <w:r w:rsidRPr="007E41BF">
              <w:t>- HS trả lời: Cần xác định đúng hàng, cột và đọc đúng ô giao nhau hoặc mũi tên hướng dẫn.</w:t>
            </w:r>
          </w:p>
        </w:tc>
      </w:tr>
      <w:tr w:rsidR="007E41BF" w:rsidRPr="007E41BF" w:rsidTr="00E96178">
        <w:trPr>
          <w:jc w:val="center"/>
        </w:trPr>
        <w:tc>
          <w:tcPr>
            <w:tcW w:w="4989" w:type="dxa"/>
            <w:shd w:val="clear" w:color="auto" w:fill="FFFFFF" w:themeFill="background1"/>
          </w:tcPr>
          <w:p w:rsidR="00F40CEF" w:rsidRPr="007E41BF" w:rsidRDefault="001818E9">
            <w:r w:rsidRPr="007E41BF">
              <w:lastRenderedPageBreak/>
              <w:t>- GV kết luận kiến thức: Bảng nhân, chia giúp kiểm tra nhanh kết quả nhưng vẫn phải đọc đúng hàng, cột và phép tính.</w:t>
            </w:r>
          </w:p>
        </w:tc>
        <w:tc>
          <w:tcPr>
            <w:tcW w:w="4309" w:type="dxa"/>
            <w:shd w:val="clear" w:color="auto" w:fill="FFFFFF" w:themeFill="background1"/>
          </w:tcPr>
          <w:p w:rsidR="00F40CEF" w:rsidRPr="007E41BF" w:rsidRDefault="001818E9">
            <w:r w:rsidRPr="007E41BF">
              <w:t>- HS lắng nghe, ghi nhớ.</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2. Luyện tập trang 38 (Làm việc cá nhân) Số?</w:t>
            </w:r>
          </w:p>
        </w:tc>
        <w:tc>
          <w:tcPr>
            <w:tcW w:w="4309" w:type="dxa"/>
            <w:shd w:val="clear" w:color="auto" w:fill="FFFFFF" w:themeFill="background1"/>
          </w:tcPr>
          <w:p w:rsidR="00F40CEF" w:rsidRPr="007E41BF" w:rsidRDefault="001818E9">
            <w:r w:rsidRPr="007E41BF">
              <w:t>- HS đọc yêu cầu Bài 2.</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tính tích trong bảng a.</w:t>
            </w:r>
          </w:p>
        </w:tc>
        <w:tc>
          <w:tcPr>
            <w:tcW w:w="4309" w:type="dxa"/>
            <w:shd w:val="clear" w:color="auto" w:fill="FFFFFF" w:themeFill="background1"/>
          </w:tcPr>
          <w:p w:rsidR="00F40CEF" w:rsidRPr="007E41BF" w:rsidRDefault="001818E9">
            <w:r w:rsidRPr="007E41BF">
              <w:t>- HS nêu: 7 x 6 = 42; 9 x 5 = 45; 8 x 7 = 56.</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tính thương trong bảng b.</w:t>
            </w:r>
          </w:p>
        </w:tc>
        <w:tc>
          <w:tcPr>
            <w:tcW w:w="4309" w:type="dxa"/>
            <w:shd w:val="clear" w:color="auto" w:fill="FFFFFF" w:themeFill="background1"/>
          </w:tcPr>
          <w:p w:rsidR="00F40CEF" w:rsidRPr="007E41BF" w:rsidRDefault="001818E9">
            <w:r w:rsidRPr="007E41BF">
              <w:t>- HS nêu: 54 : 6 = 9; 48 : 8 = 6; 63 : 9 = 7.</w:t>
            </w:r>
          </w:p>
        </w:tc>
      </w:tr>
      <w:tr w:rsidR="007E41BF" w:rsidRPr="007E41BF" w:rsidTr="00E96178">
        <w:trPr>
          <w:jc w:val="center"/>
        </w:trPr>
        <w:tc>
          <w:tcPr>
            <w:tcW w:w="4989" w:type="dxa"/>
            <w:shd w:val="clear" w:color="auto" w:fill="FFFFFF" w:themeFill="background1"/>
          </w:tcPr>
          <w:p w:rsidR="00F40CEF" w:rsidRPr="007E41BF" w:rsidRDefault="001818E9">
            <w:r w:rsidRPr="007E41BF">
              <w:t>- GV cho HS làm bài vào vở và đổi vở kiểm tra.</w:t>
            </w:r>
          </w:p>
        </w:tc>
        <w:tc>
          <w:tcPr>
            <w:tcW w:w="4309" w:type="dxa"/>
            <w:shd w:val="clear" w:color="auto" w:fill="FFFFFF" w:themeFill="background1"/>
          </w:tcPr>
          <w:p w:rsidR="00F40CEF" w:rsidRPr="007E41BF" w:rsidRDefault="001818E9">
            <w:r w:rsidRPr="007E41BF">
              <w:t>- HS làm bài vào vở, đổi vở kiểm tra với bạn.</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Em dùng bảng nào để làm nhanh bài này?</w:t>
            </w:r>
          </w:p>
        </w:tc>
        <w:tc>
          <w:tcPr>
            <w:tcW w:w="4309" w:type="dxa"/>
            <w:shd w:val="clear" w:color="auto" w:fill="FFFFFF" w:themeFill="background1"/>
          </w:tcPr>
          <w:p w:rsidR="00F40CEF" w:rsidRPr="007E41BF" w:rsidRDefault="001818E9">
            <w:r w:rsidRPr="007E41BF">
              <w:t>- HS trả lời: Em dùng bảng nhân, bảng chia đã học.</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Cần nhớ các bảng nhân, bảng chia để hoàn thành bảng tính chính xác.</w:t>
            </w:r>
          </w:p>
        </w:tc>
        <w:tc>
          <w:tcPr>
            <w:tcW w:w="4309" w:type="dxa"/>
            <w:shd w:val="clear" w:color="auto" w:fill="FFFFFF" w:themeFill="background1"/>
          </w:tcPr>
          <w:p w:rsidR="00F40CEF" w:rsidRPr="007E41BF" w:rsidRDefault="001818E9">
            <w:r w:rsidRPr="007E41BF">
              <w:t>- HS lắng nghe, sửa bài.</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3. Luyện tập trang 38 (Làm việc cá nhân) Giải bài toán.</w:t>
            </w:r>
          </w:p>
          <w:p w:rsidR="00F40CEF" w:rsidRPr="007E41BF" w:rsidRDefault="001818E9">
            <w:r w:rsidRPr="007E41BF">
              <w:rPr>
                <w:noProof/>
              </w:rPr>
              <w:drawing>
                <wp:inline distT="0" distB="0" distL="0" distR="0" wp14:anchorId="48A4FA8B" wp14:editId="7C2C90BE">
                  <wp:extent cx="2971800" cy="18754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2_T2_LT3.png"/>
                          <pic:cNvPicPr/>
                        </pic:nvPicPr>
                        <pic:blipFill>
                          <a:blip r:embed="rId11"/>
                          <a:stretch>
                            <a:fillRect/>
                          </a:stretch>
                        </pic:blipFill>
                        <pic:spPr>
                          <a:xfrm>
                            <a:off x="0" y="0"/>
                            <a:ext cx="2971800" cy="187541"/>
                          </a:xfrm>
                          <a:prstGeom prst="rect">
                            <a:avLst/>
                          </a:prstGeom>
                        </pic:spPr>
                      </pic:pic>
                    </a:graphicData>
                  </a:graphic>
                </wp:inline>
              </w:drawing>
            </w:r>
          </w:p>
        </w:tc>
        <w:tc>
          <w:tcPr>
            <w:tcW w:w="4309" w:type="dxa"/>
            <w:shd w:val="clear" w:color="auto" w:fill="FFFFFF" w:themeFill="background1"/>
          </w:tcPr>
          <w:p w:rsidR="00F40CEF" w:rsidRPr="007E41BF" w:rsidRDefault="001818E9">
            <w:r w:rsidRPr="007E41BF">
              <w:t>- HS đọc yêu cầu Bài 3.</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nêu dữ kiện bài toán.</w:t>
            </w:r>
          </w:p>
        </w:tc>
        <w:tc>
          <w:tcPr>
            <w:tcW w:w="4309" w:type="dxa"/>
            <w:shd w:val="clear" w:color="auto" w:fill="FFFFFF" w:themeFill="background1"/>
          </w:tcPr>
          <w:p w:rsidR="00F40CEF" w:rsidRPr="007E41BF" w:rsidRDefault="001818E9">
            <w:r w:rsidRPr="007E41BF">
              <w:t>- HS nêu: Mỗi túi có 9 quả cam; có 4 túi như vậy.</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Muốn biết 4 túi có bao nhiêu quả cam, ta làm phép tính nào?</w:t>
            </w:r>
          </w:p>
        </w:tc>
        <w:tc>
          <w:tcPr>
            <w:tcW w:w="4309" w:type="dxa"/>
            <w:shd w:val="clear" w:color="auto" w:fill="FFFFFF" w:themeFill="background1"/>
          </w:tcPr>
          <w:p w:rsidR="00F40CEF" w:rsidRPr="007E41BF" w:rsidRDefault="001818E9">
            <w:r w:rsidRPr="007E41BF">
              <w:t>- HS trả lời: Ta làm phép nhân 9 x 4.</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trình bày bài giải hoàn chỉnh.</w:t>
            </w:r>
          </w:p>
        </w:tc>
        <w:tc>
          <w:tcPr>
            <w:tcW w:w="4309" w:type="dxa"/>
            <w:shd w:val="clear" w:color="auto" w:fill="FFFFFF" w:themeFill="background1"/>
          </w:tcPr>
          <w:p w:rsidR="00F40CEF" w:rsidRPr="007E41BF" w:rsidRDefault="001818E9">
            <w:r w:rsidRPr="007E41BF">
              <w:t>- HS trình bày:</w:t>
            </w:r>
            <w:r w:rsidRPr="007E41BF">
              <w:br/>
              <w:t>Bài giải</w:t>
            </w:r>
            <w:r w:rsidRPr="007E41BF">
              <w:br/>
              <w:t>4 túi có số quả cam là:</w:t>
            </w:r>
            <w:r w:rsidRPr="007E41BF">
              <w:br/>
              <w:t>9 x 4 = 36 (quả cam)</w:t>
            </w:r>
            <w:r w:rsidRPr="007E41BF">
              <w:br/>
              <w:t>Đáp số: 36 quả cam.</w:t>
            </w:r>
          </w:p>
        </w:tc>
      </w:tr>
      <w:tr w:rsidR="007E41BF" w:rsidRPr="007E41BF" w:rsidTr="00E96178">
        <w:trPr>
          <w:jc w:val="center"/>
        </w:trPr>
        <w:tc>
          <w:tcPr>
            <w:tcW w:w="4989" w:type="dxa"/>
            <w:shd w:val="clear" w:color="auto" w:fill="FFFFFF" w:themeFill="background1"/>
          </w:tcPr>
          <w:p w:rsidR="00F40CEF" w:rsidRPr="007E41BF" w:rsidRDefault="001818E9">
            <w:r w:rsidRPr="007E41BF">
              <w:t>- GV mời HS nhận xét cách trình bày bài giải.</w:t>
            </w:r>
          </w:p>
        </w:tc>
        <w:tc>
          <w:tcPr>
            <w:tcW w:w="4309" w:type="dxa"/>
            <w:shd w:val="clear" w:color="auto" w:fill="FFFFFF" w:themeFill="background1"/>
          </w:tcPr>
          <w:p w:rsidR="00F40CEF" w:rsidRPr="007E41BF" w:rsidRDefault="001818E9">
            <w:r w:rsidRPr="007E41BF">
              <w:t>- HS nhận xét: Bài giải có câu lời giải, phép tính, đơn vị và đáp số.</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Khi giải toán có lời văn, cần trình bày đủ câu lời giải, phép tính, đơn vị và đáp số.</w:t>
            </w:r>
          </w:p>
        </w:tc>
        <w:tc>
          <w:tcPr>
            <w:tcW w:w="4309" w:type="dxa"/>
            <w:shd w:val="clear" w:color="auto" w:fill="FFFFFF" w:themeFill="background1"/>
          </w:tcPr>
          <w:p w:rsidR="00F40CEF" w:rsidRPr="007E41BF" w:rsidRDefault="001818E9">
            <w:r w:rsidRPr="007E41BF">
              <w:t>- HS lắng nghe, ghi nhớ.</w:t>
            </w:r>
          </w:p>
        </w:tc>
      </w:tr>
      <w:tr w:rsidR="007E41BF" w:rsidRPr="007E41BF" w:rsidTr="00E96178">
        <w:trPr>
          <w:jc w:val="center"/>
        </w:trPr>
        <w:tc>
          <w:tcPr>
            <w:tcW w:w="4989" w:type="dxa"/>
            <w:shd w:val="clear" w:color="auto" w:fill="FFFFFF" w:themeFill="background1"/>
          </w:tcPr>
          <w:p w:rsidR="00F40CEF" w:rsidRPr="007E41BF" w:rsidRDefault="001818E9">
            <w:r w:rsidRPr="007E41BF">
              <w:rPr>
                <w:b/>
              </w:rPr>
              <w:t>- Bài 4. Luyện tập trang 38 (Làm việc nhóm 2) Tìm hai số lớn hơn 1 và có tích là 18.</w:t>
            </w:r>
          </w:p>
          <w:p w:rsidR="00F40CEF" w:rsidRPr="007E41BF" w:rsidRDefault="001818E9">
            <w:r w:rsidRPr="007E41BF">
              <w:rPr>
                <w:noProof/>
              </w:rPr>
              <w:drawing>
                <wp:inline distT="0" distB="0" distL="0" distR="0" wp14:anchorId="7D8F1C8B" wp14:editId="76470989">
                  <wp:extent cx="2971800" cy="21639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2_T2_LT4.png"/>
                          <pic:cNvPicPr/>
                        </pic:nvPicPr>
                        <pic:blipFill>
                          <a:blip r:embed="rId12"/>
                          <a:stretch>
                            <a:fillRect/>
                          </a:stretch>
                        </pic:blipFill>
                        <pic:spPr>
                          <a:xfrm>
                            <a:off x="0" y="0"/>
                            <a:ext cx="2971800" cy="216393"/>
                          </a:xfrm>
                          <a:prstGeom prst="rect">
                            <a:avLst/>
                          </a:prstGeom>
                        </pic:spPr>
                      </pic:pic>
                    </a:graphicData>
                  </a:graphic>
                </wp:inline>
              </w:drawing>
            </w:r>
          </w:p>
        </w:tc>
        <w:tc>
          <w:tcPr>
            <w:tcW w:w="4309" w:type="dxa"/>
            <w:shd w:val="clear" w:color="auto" w:fill="FFFFFF" w:themeFill="background1"/>
          </w:tcPr>
          <w:p w:rsidR="00F40CEF" w:rsidRPr="007E41BF" w:rsidRDefault="001818E9">
            <w:r w:rsidRPr="007E41BF">
              <w:t>- HS đọc yêu cầu Bài 4.</w:t>
            </w:r>
          </w:p>
        </w:tc>
      </w:tr>
      <w:tr w:rsidR="007E41BF" w:rsidRPr="007E41BF" w:rsidTr="00E96178">
        <w:trPr>
          <w:jc w:val="center"/>
        </w:trPr>
        <w:tc>
          <w:tcPr>
            <w:tcW w:w="4989" w:type="dxa"/>
            <w:shd w:val="clear" w:color="auto" w:fill="FFFFFF" w:themeFill="background1"/>
          </w:tcPr>
          <w:p w:rsidR="00F40CEF" w:rsidRPr="007E41BF" w:rsidRDefault="001818E9">
            <w:r w:rsidRPr="007E41BF">
              <w:t>- GV yêu cầu HS thảo luận nhóm 2, tìm các phép nhân có tích bằng 18.</w:t>
            </w:r>
          </w:p>
        </w:tc>
        <w:tc>
          <w:tcPr>
            <w:tcW w:w="4309" w:type="dxa"/>
            <w:shd w:val="clear" w:color="auto" w:fill="FFFFFF" w:themeFill="background1"/>
          </w:tcPr>
          <w:p w:rsidR="00F40CEF" w:rsidRPr="007E41BF" w:rsidRDefault="001818E9">
            <w:r w:rsidRPr="007E41BF">
              <w:t>- HS thảo luận: 1 x 18 = 18; 2 x 9 = 18; 3 x 6 = 18.</w:t>
            </w:r>
          </w:p>
        </w:tc>
      </w:tr>
      <w:tr w:rsidR="007E41BF" w:rsidRPr="007E41BF" w:rsidTr="00E96178">
        <w:trPr>
          <w:jc w:val="center"/>
        </w:trPr>
        <w:tc>
          <w:tcPr>
            <w:tcW w:w="4989" w:type="dxa"/>
            <w:shd w:val="clear" w:color="auto" w:fill="FFFFFF" w:themeFill="background1"/>
          </w:tcPr>
          <w:p w:rsidR="00F40CEF" w:rsidRPr="007E41BF" w:rsidRDefault="001818E9">
            <w:r w:rsidRPr="007E41BF">
              <w:t>- GV nhắc HS điều kiện: Hai số đều lớn hơn 1.</w:t>
            </w:r>
          </w:p>
        </w:tc>
        <w:tc>
          <w:tcPr>
            <w:tcW w:w="4309" w:type="dxa"/>
            <w:shd w:val="clear" w:color="auto" w:fill="FFFFFF" w:themeFill="background1"/>
          </w:tcPr>
          <w:p w:rsidR="00F40CEF" w:rsidRPr="007E41BF" w:rsidRDefault="001818E9">
            <w:r w:rsidRPr="007E41BF">
              <w:t>- HS loại 1 x 18 vì có số 1 không lớn hơn 1.</w:t>
            </w:r>
          </w:p>
        </w:tc>
      </w:tr>
      <w:tr w:rsidR="007E41BF" w:rsidRPr="007E41BF" w:rsidTr="00E96178">
        <w:trPr>
          <w:jc w:val="center"/>
        </w:trPr>
        <w:tc>
          <w:tcPr>
            <w:tcW w:w="4989" w:type="dxa"/>
            <w:shd w:val="clear" w:color="auto" w:fill="FFFFFF" w:themeFill="background1"/>
          </w:tcPr>
          <w:p w:rsidR="00F40CEF" w:rsidRPr="007E41BF" w:rsidRDefault="001818E9">
            <w:r w:rsidRPr="007E41BF">
              <w:t>- GV mời HS nêu các cặp số thỏa mãn.</w:t>
            </w:r>
          </w:p>
        </w:tc>
        <w:tc>
          <w:tcPr>
            <w:tcW w:w="4309" w:type="dxa"/>
            <w:shd w:val="clear" w:color="auto" w:fill="FFFFFF" w:themeFill="background1"/>
          </w:tcPr>
          <w:p w:rsidR="00F40CEF" w:rsidRPr="007E41BF" w:rsidRDefault="001818E9">
            <w:r w:rsidRPr="007E41BF">
              <w:t>- HS nêu: Hai số là 2 và 9; hoặc 3 và 6.</w:t>
            </w:r>
          </w:p>
        </w:tc>
      </w:tr>
      <w:tr w:rsidR="007E41BF" w:rsidRPr="007E41BF" w:rsidTr="00E96178">
        <w:trPr>
          <w:jc w:val="center"/>
        </w:trPr>
        <w:tc>
          <w:tcPr>
            <w:tcW w:w="4989" w:type="dxa"/>
            <w:shd w:val="clear" w:color="auto" w:fill="FFFFFF" w:themeFill="background1"/>
          </w:tcPr>
          <w:p w:rsidR="00F40CEF" w:rsidRPr="007E41BF" w:rsidRDefault="001818E9">
            <w:r w:rsidRPr="007E41BF">
              <w:t>- GV hỏi: Vì sao các cặp đó đúng?</w:t>
            </w:r>
          </w:p>
        </w:tc>
        <w:tc>
          <w:tcPr>
            <w:tcW w:w="4309" w:type="dxa"/>
            <w:shd w:val="clear" w:color="auto" w:fill="FFFFFF" w:themeFill="background1"/>
          </w:tcPr>
          <w:p w:rsidR="00F40CEF" w:rsidRPr="007E41BF" w:rsidRDefault="001818E9">
            <w:r w:rsidRPr="007E41BF">
              <w:t>- HS trả lời: Vì 2 x 9 = 18 và 3 x 6 = 18, các số đều lớn hơn 1.</w:t>
            </w:r>
          </w:p>
        </w:tc>
      </w:tr>
      <w:tr w:rsidR="007E41BF" w:rsidRPr="007E41BF" w:rsidTr="00E96178">
        <w:trPr>
          <w:jc w:val="center"/>
        </w:trPr>
        <w:tc>
          <w:tcPr>
            <w:tcW w:w="4989" w:type="dxa"/>
            <w:tcBorders>
              <w:bottom w:val="single" w:sz="6" w:space="0" w:color="000000"/>
            </w:tcBorders>
            <w:shd w:val="clear" w:color="auto" w:fill="FFFFFF" w:themeFill="background1"/>
          </w:tcPr>
          <w:p w:rsidR="00F40CEF" w:rsidRPr="007E41BF" w:rsidRDefault="001818E9">
            <w:r w:rsidRPr="007E41BF">
              <w:t xml:space="preserve">- GV kết luận kiến thức: Khi tìm số theo điều kiện, cần xét đủ dữ kiện “lớn hơn 1” và “có </w:t>
            </w:r>
            <w:r w:rsidRPr="007E41BF">
              <w:lastRenderedPageBreak/>
              <w:t>tích bằng 18”.</w:t>
            </w:r>
          </w:p>
        </w:tc>
        <w:tc>
          <w:tcPr>
            <w:tcW w:w="4309" w:type="dxa"/>
            <w:tcBorders>
              <w:bottom w:val="single" w:sz="6" w:space="0" w:color="000000"/>
            </w:tcBorders>
            <w:shd w:val="clear" w:color="auto" w:fill="FFFFFF" w:themeFill="background1"/>
          </w:tcPr>
          <w:p w:rsidR="00F40CEF" w:rsidRPr="007E41BF" w:rsidRDefault="001818E9">
            <w:r w:rsidRPr="007E41BF">
              <w:lastRenderedPageBreak/>
              <w:t>- HS lắng nghe, hoàn thiện bài.</w:t>
            </w:r>
          </w:p>
        </w:tc>
      </w:tr>
      <w:tr w:rsidR="007E41BF" w:rsidRPr="007E41BF" w:rsidTr="00E96178">
        <w:trPr>
          <w:jc w:val="center"/>
        </w:trPr>
        <w:tc>
          <w:tcPr>
            <w:tcW w:w="9972" w:type="dxa"/>
            <w:gridSpan w:val="2"/>
            <w:tcBorders>
              <w:top w:val="single" w:sz="6" w:space="0" w:color="000000"/>
              <w:bottom w:val="single" w:sz="6" w:space="0" w:color="000000"/>
            </w:tcBorders>
            <w:shd w:val="clear" w:color="auto" w:fill="FFFFFF" w:themeFill="background1"/>
          </w:tcPr>
          <w:p w:rsidR="00F40CEF" w:rsidRPr="007E41BF" w:rsidRDefault="001818E9">
            <w:bookmarkStart w:id="0" w:name="_GoBack"/>
            <w:r w:rsidRPr="007E41BF">
              <w:rPr>
                <w:b/>
              </w:rPr>
              <w:lastRenderedPageBreak/>
              <w:t>3. VẬN DỤNG (3 PHÚT):</w:t>
            </w:r>
          </w:p>
          <w:p w:rsidR="00F40CEF" w:rsidRPr="007E41BF" w:rsidRDefault="001818E9">
            <w:r w:rsidRPr="007E41BF">
              <w:rPr>
                <w:b/>
              </w:rPr>
              <w:t>- Mục tiêu:</w:t>
            </w:r>
          </w:p>
          <w:p w:rsidR="00F40CEF" w:rsidRPr="007E41BF" w:rsidRDefault="001818E9">
            <w:r w:rsidRPr="007E41BF">
              <w:t>+ Vận dụng bảng nhân, bảng chia đã học vào tình huống thực tế.</w:t>
            </w:r>
          </w:p>
          <w:p w:rsidR="00F40CEF" w:rsidRPr="007E41BF" w:rsidRDefault="001818E9">
            <w:r w:rsidRPr="007E41BF">
              <w:rPr>
                <w:b/>
              </w:rPr>
              <w:t>* Cách tiến hành:</w:t>
            </w:r>
          </w:p>
        </w:tc>
      </w:tr>
      <w:bookmarkEnd w:id="0"/>
      <w:tr w:rsidR="007E41BF" w:rsidRPr="007E41BF" w:rsidTr="00E96178">
        <w:trPr>
          <w:jc w:val="center"/>
        </w:trPr>
        <w:tc>
          <w:tcPr>
            <w:tcW w:w="4989" w:type="dxa"/>
            <w:tcBorders>
              <w:top w:val="single" w:sz="6" w:space="0" w:color="000000"/>
            </w:tcBorders>
            <w:shd w:val="clear" w:color="auto" w:fill="FFFFFF" w:themeFill="background1"/>
          </w:tcPr>
          <w:p w:rsidR="00F40CEF" w:rsidRPr="007E41BF" w:rsidRDefault="001818E9">
            <w:r w:rsidRPr="007E41BF">
              <w:t>- GV nêu tình huống: Có 63 quyển truyện chia đều cho 9 nhóm. Mỗi nhóm được bao nhiêu quyển truyện?</w:t>
            </w:r>
          </w:p>
        </w:tc>
        <w:tc>
          <w:tcPr>
            <w:tcW w:w="4309" w:type="dxa"/>
            <w:tcBorders>
              <w:top w:val="single" w:sz="6" w:space="0" w:color="000000"/>
            </w:tcBorders>
            <w:shd w:val="clear" w:color="auto" w:fill="FFFFFF" w:themeFill="background1"/>
          </w:tcPr>
          <w:p w:rsidR="00F40CEF" w:rsidRPr="007E41BF" w:rsidRDefault="001818E9">
            <w:r w:rsidRPr="007E41BF">
              <w:t>- HS trả lời: 63 : 9 = 7 quyển truyện.</w:t>
            </w:r>
          </w:p>
        </w:tc>
      </w:tr>
      <w:tr w:rsidR="007E41BF" w:rsidRPr="007E41BF" w:rsidTr="00E96178">
        <w:trPr>
          <w:jc w:val="center"/>
        </w:trPr>
        <w:tc>
          <w:tcPr>
            <w:tcW w:w="4989" w:type="dxa"/>
            <w:shd w:val="clear" w:color="auto" w:fill="FFFFFF" w:themeFill="background1"/>
          </w:tcPr>
          <w:p w:rsidR="00F40CEF" w:rsidRPr="007E41BF" w:rsidRDefault="001818E9">
            <w:r w:rsidRPr="007E41BF">
              <w:t>- GV kết luận kiến thức: Bảng nhân, bảng chia 9 giúp ta giải nhanh các tình huống chia đều và gộp nhóm trong cuộc sống.</w:t>
            </w:r>
          </w:p>
        </w:tc>
        <w:tc>
          <w:tcPr>
            <w:tcW w:w="4309" w:type="dxa"/>
            <w:shd w:val="clear" w:color="auto" w:fill="FFFFFF" w:themeFill="background1"/>
          </w:tcPr>
          <w:p w:rsidR="00F40CEF" w:rsidRPr="007E41BF" w:rsidRDefault="001818E9">
            <w:r w:rsidRPr="007E41BF">
              <w:t>- HS lắng nghe, ghi nhớ.</w:t>
            </w:r>
          </w:p>
        </w:tc>
      </w:tr>
    </w:tbl>
    <w:p w:rsidR="00F40CEF" w:rsidRPr="007E41BF" w:rsidRDefault="001818E9">
      <w:pPr>
        <w:spacing w:after="0" w:line="240" w:lineRule="auto"/>
      </w:pPr>
      <w:r w:rsidRPr="007E41BF">
        <w:rPr>
          <w:b/>
        </w:rPr>
        <w:t>IV. ĐIỀU CHỈNH SAU BÀI DẠY:</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p w:rsidR="00F40CEF" w:rsidRPr="007E41BF" w:rsidRDefault="001818E9">
      <w:pPr>
        <w:spacing w:after="0" w:line="240" w:lineRule="auto"/>
      </w:pPr>
      <w:r w:rsidRPr="007E41BF">
        <w:t>.......................................................................................................................................</w:t>
      </w:r>
    </w:p>
    <w:sectPr w:rsidR="00F40CEF" w:rsidRPr="007E41BF"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818E9"/>
    <w:rsid w:val="0029639D"/>
    <w:rsid w:val="00326F90"/>
    <w:rsid w:val="00714320"/>
    <w:rsid w:val="007E41BF"/>
    <w:rsid w:val="00861058"/>
    <w:rsid w:val="00AA1D8D"/>
    <w:rsid w:val="00B47730"/>
    <w:rsid w:val="00CB0664"/>
    <w:rsid w:val="00E96178"/>
    <w:rsid w:val="00F40CE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Times New Roman" w:eastAsia="Times New Roman" w:hAnsi="Times New Roman"/>
      <w:sz w:val="26"/>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6"/>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4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1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Times New Roman" w:eastAsia="Times New Roman" w:hAnsi="Times New Roman"/>
      <w:sz w:val="26"/>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Times New Roman" w:eastAsia="Times New Roman" w:hAnsi="Times New Roman"/>
      <w:sz w:val="26"/>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rFonts w:ascii="Times New Roman" w:eastAsia="Times New Roman" w:hAnsi="Times New Roman"/>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7E4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1B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628AB-AA59-473A-AB2D-3165CC1CF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19</Pages>
  <Words>5460</Words>
  <Characters>31128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36515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5</cp:revision>
  <dcterms:created xsi:type="dcterms:W3CDTF">2026-06-17T19:00:00Z</dcterms:created>
  <dcterms:modified xsi:type="dcterms:W3CDTF">2026-08-15T03:18:00Z</dcterms:modified>
  <cp:category/>
</cp:coreProperties>
</file>