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F58" w:rsidRPr="00AC027D" w:rsidRDefault="00A05481">
      <w:pPr>
        <w:jc w:val="center"/>
      </w:pPr>
      <w:r w:rsidRPr="00AC027D">
        <w:rPr>
          <w:b/>
        </w:rPr>
        <w:t>KẾ HOẠCH BÀI DẠY MÔN HOẠT ĐỘNG TRẢI NGHIỆM LỚP 2</w:t>
      </w:r>
    </w:p>
    <w:p w:rsidR="00352F58" w:rsidRPr="00AC027D" w:rsidRDefault="00A05481">
      <w:pPr>
        <w:jc w:val="center"/>
      </w:pPr>
      <w:r w:rsidRPr="00AC027D">
        <w:rPr>
          <w:b/>
        </w:rPr>
        <w:t>CHỦ ĐỀ 1: KHÁM PHÁ BẢN THÂN</w:t>
      </w:r>
    </w:p>
    <w:p w:rsidR="00352F58" w:rsidRPr="00AC027D" w:rsidRDefault="00A05481">
      <w:pPr>
        <w:jc w:val="center"/>
      </w:pPr>
      <w:r w:rsidRPr="00AC027D">
        <w:rPr>
          <w:b/>
        </w:rPr>
        <w:t>TUẦN 3: TIẾT 1</w:t>
      </w:r>
    </w:p>
    <w:p w:rsidR="00352F58" w:rsidRPr="00AC027D" w:rsidRDefault="00A05481">
      <w:pPr>
        <w:jc w:val="center"/>
      </w:pPr>
      <w:r w:rsidRPr="00AC027D">
        <w:rPr>
          <w:b/>
        </w:rPr>
        <w:t>SINH HOẠT DƯỚI CỜ: THAM DỰ PHÁT ĐỘNG PHONG TRÀO “KHÉO TAY HAY LÀM”</w:t>
      </w:r>
    </w:p>
    <w:p w:rsidR="00352F58" w:rsidRPr="00AC027D" w:rsidRDefault="00A05481">
      <w:pPr>
        <w:jc w:val="center"/>
      </w:pPr>
      <w:r w:rsidRPr="00AC027D">
        <w:rPr>
          <w:b/>
        </w:rPr>
        <w:t>Thời gian thực hiện: ...</w:t>
      </w:r>
    </w:p>
    <w:p w:rsidR="00352F58" w:rsidRPr="00AC027D" w:rsidRDefault="00A05481">
      <w:pPr>
        <w:jc w:val="center"/>
      </w:pPr>
      <w:r w:rsidRPr="00AC027D">
        <w:rPr>
          <w:b/>
        </w:rPr>
        <w:t>HÌNH THỨC TỔ CHỨC: TRÌNH DIỄN SÂN KHẤU</w:t>
      </w:r>
    </w:p>
    <w:p w:rsidR="00352F58" w:rsidRPr="00AC027D" w:rsidRDefault="00A05481">
      <w:r w:rsidRPr="00AC027D">
        <w:rPr>
          <w:b/>
        </w:rPr>
        <w:t>I. YÊU CẦU CẦN ĐẠT:</w:t>
      </w:r>
    </w:p>
    <w:p w:rsidR="00352F58" w:rsidRPr="00AC027D" w:rsidRDefault="00A05481">
      <w:r w:rsidRPr="00AC027D">
        <w:rPr>
          <w:b/>
          <w:i/>
        </w:rPr>
        <w:t>1. Năng lực đặc thù</w:t>
      </w:r>
    </w:p>
    <w:p w:rsidR="00352F58" w:rsidRPr="00AC027D" w:rsidRDefault="00A05481">
      <w:r w:rsidRPr="00AC027D">
        <w:t>- HS tham gia nghiêm túc hoạt động phát động phong trào “Khéo tay hay làm”; nắm được mục đích, nội dung và cách tham gia.</w:t>
      </w:r>
    </w:p>
    <w:p w:rsidR="00352F58" w:rsidRPr="00AC027D" w:rsidRDefault="00A05481">
      <w:r w:rsidRPr="00AC027D">
        <w:t>- HS nhận biết được một số sản phẩm do đôi bàn tay khéo léo tạo nên; biết nêu vật liệu và đức tính cần có để hoàn thành sản phẩm.</w:t>
      </w:r>
    </w:p>
    <w:p w:rsidR="00352F58" w:rsidRDefault="00A05481">
      <w:r>
        <w:t>- HS lựa chọn được một việc vừa sức để luyện tập sự khéo léo, cẩn thận sau buổi trải nghiệm.</w:t>
      </w:r>
    </w:p>
    <w:p w:rsidR="00352F58" w:rsidRDefault="00A05481">
      <w:r>
        <w:rPr>
          <w:b/>
          <w:i/>
        </w:rPr>
        <w:t>2. Năng lực chung</w:t>
      </w:r>
    </w:p>
    <w:p w:rsidR="00352F58" w:rsidRDefault="00A05481">
      <w:r>
        <w:t>- Năng lực tự chủ và tự học: Biết tập trung theo dõi, tự đánh giá và lựa chọn hoạt động phù hợp với khả năng.</w:t>
      </w:r>
    </w:p>
    <w:p w:rsidR="00352F58" w:rsidRDefault="00A05481">
      <w:r>
        <w:t>- Năng lực giao tiếp và hợp tác: Biết lắng nghe, đặt câu hỏi, cổ vũ và chia sẻ ý tưởng với bạn.</w:t>
      </w:r>
    </w:p>
    <w:p w:rsidR="00352F58" w:rsidRDefault="00A05481">
      <w:r>
        <w:t>- Năng lực giải quyết vấn đề và sáng tạo: Biết đề xuất cách tận dụng vật liệu quen thuộc để tạo sản phẩm đơn giản.</w:t>
      </w:r>
    </w:p>
    <w:p w:rsidR="00352F58" w:rsidRDefault="00A05481">
      <w:r>
        <w:rPr>
          <w:b/>
          <w:i/>
        </w:rPr>
        <w:t>3. Phẩm chất</w:t>
      </w:r>
    </w:p>
    <w:p w:rsidR="00352F58" w:rsidRDefault="00A05481">
      <w:r>
        <w:t>- Chăm chỉ: Có ý thức kiên trì luyện tập, không bỏ cuộc khi thao tác chưa thành công.</w:t>
      </w:r>
    </w:p>
    <w:p w:rsidR="00352F58" w:rsidRDefault="00A05481">
      <w:r>
        <w:t>- Trách nhiệm: Giữ gìn dụng cụ, vật liệu, vệ sinh khu vực hoạt động và thực hiện quy tắc an toàn.</w:t>
      </w:r>
    </w:p>
    <w:p w:rsidR="00352F58" w:rsidRDefault="00A05481">
      <w:r>
        <w:t>- Trung thực: Biết đánh giá đúng khả năng của mình và mạnh dạn học hỏi bạn.</w:t>
      </w:r>
    </w:p>
    <w:p w:rsidR="00352F58" w:rsidRDefault="00A05481">
      <w:r>
        <w:rPr>
          <w:b/>
          <w:color w:val="FF0000"/>
        </w:rPr>
        <w:t>II. CHUẨN BỊ:</w:t>
      </w:r>
    </w:p>
    <w:p w:rsidR="00352F58" w:rsidRDefault="00A05481">
      <w:r>
        <w:t>- GV: Kế hoạch sinh hoạt dưới cờ; nội dung phát động; một số sản phẩm thủ công mẫu; bàn trưng bày; thẻ tên hoạt động; hệ thống âm thanh; tranh SGK.</w:t>
      </w:r>
    </w:p>
    <w:p w:rsidR="00352F58" w:rsidRDefault="00A05481">
      <w:r>
        <w:t>- HS: Trang phục gọn gàng; vị trí tập trung theo quy định; một ý tưởng hoặc sản phẩm khéo tay đã làm (nếu có).</w:t>
      </w:r>
    </w:p>
    <w:p w:rsidR="00352F58" w:rsidRDefault="00A05481">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352F58" w:rsidTr="00AC027D">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352F58" w:rsidRDefault="00A05481">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352F58" w:rsidRDefault="00A05481">
            <w:pPr>
              <w:jc w:val="center"/>
            </w:pPr>
            <w:r>
              <w:rPr>
                <w:b/>
              </w:rPr>
              <w:t>HOẠT ĐỘNG CỦA HỌC SINH</w:t>
            </w:r>
          </w:p>
        </w:tc>
      </w:tr>
      <w:tr w:rsidR="00352F58" w:rsidTr="00AC027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
              <w:rPr>
                <w:b/>
              </w:rPr>
              <w:t>1. TRƯỚC BUỔI TRẢI NGHIỆM</w:t>
            </w:r>
          </w:p>
          <w:p w:rsidR="00352F58" w:rsidRDefault="00A05481">
            <w:r>
              <w:rPr>
                <w:b/>
              </w:rPr>
              <w:t xml:space="preserve">- Mục tiêu: </w:t>
            </w:r>
            <w:r>
              <w:t>HS ổn định đội hình, biết nhiệm vụ quan sát và sẵn sàng tham gia phát động phong trào.</w:t>
            </w:r>
          </w:p>
          <w:p w:rsidR="00352F58" w:rsidRDefault="00A05481">
            <w:r>
              <w:rPr>
                <w:b/>
                <w:i/>
              </w:rPr>
              <w:t>* Cách tiến hành:</w:t>
            </w:r>
          </w:p>
        </w:tc>
      </w:tr>
      <w:tr w:rsidR="00352F58" w:rsidTr="00AC027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
              <w:lastRenderedPageBreak/>
              <w:t>- GV phối hợp với Tổng phụ trách Đội chuẩn bị bàn trưng bày, sản phẩm mẫu, dụng cụ minh họa, âm thanh và tổ chức nghi lễ chào cờ.</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
              <w:t>- HS tập hợp đúng vị trí, thực hiện nghi lễ chào cờ và giữ trật tự.</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giao nhiệm vụ: Quan sát để tìm tên vật liệu, công dụng của sản phẩm, thao tác khéo léo và một hoạt động em muốn thử.</w:t>
            </w:r>
          </w:p>
        </w:tc>
        <w:tc>
          <w:tcPr>
            <w:tcW w:w="4586" w:type="dxa"/>
            <w:shd w:val="clear" w:color="auto" w:fill="auto"/>
            <w:tcMar>
              <w:top w:w="70" w:type="dxa"/>
              <w:left w:w="90" w:type="dxa"/>
              <w:bottom w:w="70" w:type="dxa"/>
              <w:right w:w="90" w:type="dxa"/>
            </w:tcMar>
            <w:vAlign w:val="center"/>
          </w:tcPr>
          <w:p w:rsidR="00352F58" w:rsidRDefault="00A05481">
            <w:r>
              <w:t>- HS ghi nhớ bốn nội dung cần quan sát và chuẩn bị trao đổi.</w:t>
            </w:r>
          </w:p>
        </w:tc>
      </w:tr>
      <w:tr w:rsidR="00352F58" w:rsidTr="00AC027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GV mời các HS được phân công kiểm tra sản phẩm, vị trí trưng bày và thao tác minh họa trước chương trình.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HS được phân công chuẩn bị; các HS khác sẵn sàng theo dõi, cổ vũ.</w:t>
            </w:r>
          </w:p>
        </w:tc>
      </w:tr>
      <w:tr w:rsidR="00352F58" w:rsidTr="00AC027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
              <w:rPr>
                <w:b/>
              </w:rPr>
              <w:t>2. TRONG BUỔI TRẢI NGHIỆM</w:t>
            </w:r>
          </w:p>
          <w:p w:rsidR="00352F58" w:rsidRDefault="00A05481">
            <w:r>
              <w:rPr>
                <w:b/>
              </w:rPr>
              <w:t xml:space="preserve">- Mục tiêu: </w:t>
            </w:r>
            <w:r>
              <w:t>HS hiểu ý nghĩa phong trào, quan sát sản phẩm và thao tác mẫu, từ đó lựa chọn việc phù hợp để rèn luyện đôi bàn tay.</w:t>
            </w:r>
          </w:p>
          <w:p w:rsidR="00352F58" w:rsidRDefault="00A05481">
            <w:r>
              <w:rPr>
                <w:b/>
                <w:i/>
              </w:rPr>
              <w:t>* Cách tiến hành:</w:t>
            </w:r>
          </w:p>
        </w:tc>
      </w:tr>
      <w:tr w:rsidR="00352F58" w:rsidTr="00AC027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
              <w:rPr>
                <w:b/>
              </w:rPr>
              <w:t>Dẫn dắt</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
              <w:t>- HS tập trung nghe phần giới thiệu phong trào.</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cùng HS chào các thầy cô và các bạn đang có mặt tại sân trường.</w:t>
            </w:r>
          </w:p>
        </w:tc>
        <w:tc>
          <w:tcPr>
            <w:tcW w:w="4586" w:type="dxa"/>
            <w:shd w:val="clear" w:color="auto" w:fill="auto"/>
            <w:tcMar>
              <w:top w:w="70" w:type="dxa"/>
              <w:left w:w="90" w:type="dxa"/>
              <w:bottom w:w="70" w:type="dxa"/>
              <w:right w:w="90" w:type="dxa"/>
            </w:tcMar>
            <w:vAlign w:val="center"/>
          </w:tcPr>
          <w:p w:rsidR="00352F58" w:rsidRDefault="00A05481">
            <w:r>
              <w:t>- HS đáp lời chào, ổn định tư thế và sẵn sàng tham gia.</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giơ một sản phẩm thủ công và hỏi: “Từ những vật liệu rất đơn giản, vì sao người làm có thể tạo nên một sản phẩm đẹp và hữu ích?”.</w:t>
            </w:r>
          </w:p>
        </w:tc>
        <w:tc>
          <w:tcPr>
            <w:tcW w:w="4586" w:type="dxa"/>
            <w:shd w:val="clear" w:color="auto" w:fill="auto"/>
            <w:tcMar>
              <w:top w:w="70" w:type="dxa"/>
              <w:left w:w="90" w:type="dxa"/>
              <w:bottom w:w="70" w:type="dxa"/>
              <w:right w:w="90" w:type="dxa"/>
            </w:tcMar>
            <w:vAlign w:val="center"/>
          </w:tcPr>
          <w:p w:rsidR="00352F58" w:rsidRDefault="00A05481">
            <w:r>
              <w:t>- HS nêu: nhờ đôi bàn tay khéo léo, sự cẩn thận, kiên trì, sáng tạo và luyện tập nhiều lần.</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giới thiệu phong trào “Khéo tay hay làm”: cùng rèn đôi bàn tay qua những việc làm vừa sức trong học tập, lao động và sáng tạo.</w:t>
            </w:r>
          </w:p>
        </w:tc>
        <w:tc>
          <w:tcPr>
            <w:tcW w:w="4586" w:type="dxa"/>
            <w:shd w:val="clear" w:color="auto" w:fill="auto"/>
            <w:tcMar>
              <w:top w:w="70" w:type="dxa"/>
              <w:left w:w="90" w:type="dxa"/>
              <w:bottom w:w="70" w:type="dxa"/>
              <w:right w:w="90" w:type="dxa"/>
            </w:tcMar>
            <w:vAlign w:val="center"/>
          </w:tcPr>
          <w:p w:rsidR="00352F58" w:rsidRDefault="00A05481">
            <w:r>
              <w:t>- HS lắng nghe, đọc tên phong trào và nêu suy nghĩ về ý nghĩa của phong trào.</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rPr>
                <w:b/>
              </w:rPr>
              <w:t>Phát động và giới thiệu sản phẩm</w:t>
            </w:r>
          </w:p>
        </w:tc>
        <w:tc>
          <w:tcPr>
            <w:tcW w:w="4586" w:type="dxa"/>
            <w:shd w:val="clear" w:color="auto" w:fill="auto"/>
            <w:tcMar>
              <w:top w:w="70" w:type="dxa"/>
              <w:left w:w="90" w:type="dxa"/>
              <w:bottom w:w="70" w:type="dxa"/>
              <w:right w:w="90" w:type="dxa"/>
            </w:tcMar>
            <w:vAlign w:val="center"/>
          </w:tcPr>
          <w:p w:rsidR="00352F58" w:rsidRDefault="00A05481">
            <w:r>
              <w:t>- HS quan sát, ghi nhớ cách tham gia phong trào.</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giới thiệu các nhóm hoạt động có thể tham gia: gấp giấy, xâu lá, làm đồ chơi, trang trí, sắp xếp đồ dùng, làm việc nhà vừa sức.</w:t>
            </w:r>
          </w:p>
        </w:tc>
        <w:tc>
          <w:tcPr>
            <w:tcW w:w="4586" w:type="dxa"/>
            <w:shd w:val="clear" w:color="auto" w:fill="auto"/>
            <w:tcMar>
              <w:top w:w="70" w:type="dxa"/>
              <w:left w:w="90" w:type="dxa"/>
              <w:bottom w:w="70" w:type="dxa"/>
              <w:right w:w="90" w:type="dxa"/>
            </w:tcMar>
            <w:vAlign w:val="center"/>
          </w:tcPr>
          <w:p w:rsidR="00352F58" w:rsidRDefault="00A05481">
            <w:r>
              <w:t>- HS quan sát, đối chiếu với sở thích và khả năng của bản thân.</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AC027D">
            <w:r>
              <w:t>- GV tổ chức trưng bày hoặc trình chiếu một số sản phẩm tiêu biểu; mời đại diện HS giới thiệu vật liệu, cách làm và khó khăn đã vượt qua.</w:t>
            </w:r>
          </w:p>
        </w:tc>
        <w:tc>
          <w:tcPr>
            <w:tcW w:w="4586" w:type="dxa"/>
            <w:shd w:val="clear" w:color="auto" w:fill="auto"/>
            <w:tcMar>
              <w:top w:w="70" w:type="dxa"/>
              <w:left w:w="90" w:type="dxa"/>
              <w:bottom w:w="70" w:type="dxa"/>
              <w:right w:w="90" w:type="dxa"/>
            </w:tcMar>
            <w:vAlign w:val="center"/>
          </w:tcPr>
          <w:p w:rsidR="00352F58" w:rsidRDefault="00A05481">
            <w:r>
              <w:t>- HS quan sát hình dáng, vật liệu, công dụng; lắng nghe kinh nghiệm của bạn và vỗ tay cổ vũ.</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lastRenderedPageBreak/>
              <w:t>- GV mời một nhóm thực hiện thao tác nhanh như xâu lá, cuộn len, gấp giấy hoặc tạo hình bằng bàn tay; trong lúc thực hiện, người dẫn chương trình hỏi khán giả dự đoán bước tiếp theo.</w:t>
            </w:r>
          </w:p>
        </w:tc>
        <w:tc>
          <w:tcPr>
            <w:tcW w:w="4586" w:type="dxa"/>
            <w:shd w:val="clear" w:color="auto" w:fill="auto"/>
            <w:tcMar>
              <w:top w:w="70" w:type="dxa"/>
              <w:left w:w="90" w:type="dxa"/>
              <w:bottom w:w="70" w:type="dxa"/>
              <w:right w:w="90" w:type="dxa"/>
            </w:tcMar>
            <w:vAlign w:val="center"/>
          </w:tcPr>
          <w:p w:rsidR="00352F58" w:rsidRDefault="00A05481">
            <w:r>
              <w:t>- HS theo dõi, nêu dự đoán và nhận xét thao tác cần khéo léo, cẩn thận.</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công bố cách hưởng ứng phong trào: lựa chọn việc vừa sức, luyện tập thường xuyên, sử dụng dụng cụ an toàn, giữ vệ sinh và chia sẻ sản phẩm.</w:t>
            </w:r>
          </w:p>
        </w:tc>
        <w:tc>
          <w:tcPr>
            <w:tcW w:w="4586" w:type="dxa"/>
            <w:shd w:val="clear" w:color="auto" w:fill="auto"/>
            <w:tcMar>
              <w:top w:w="70" w:type="dxa"/>
              <w:left w:w="90" w:type="dxa"/>
              <w:bottom w:w="70" w:type="dxa"/>
              <w:right w:w="90" w:type="dxa"/>
            </w:tcMar>
            <w:vAlign w:val="center"/>
          </w:tcPr>
          <w:p w:rsidR="00352F58" w:rsidRDefault="00A05481">
            <w:r>
              <w:t>- HS nhắc lại các nguyên tắc tham gia và lựa chọn một hoạt động mình quan tâm.</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rPr>
                <w:b/>
              </w:rPr>
              <w:t>Kết luận</w:t>
            </w:r>
          </w:p>
        </w:tc>
        <w:tc>
          <w:tcPr>
            <w:tcW w:w="4586" w:type="dxa"/>
            <w:shd w:val="clear" w:color="auto" w:fill="auto"/>
            <w:tcMar>
              <w:top w:w="70" w:type="dxa"/>
              <w:left w:w="90" w:type="dxa"/>
              <w:bottom w:w="70" w:type="dxa"/>
              <w:right w:w="90" w:type="dxa"/>
            </w:tcMar>
            <w:vAlign w:val="center"/>
          </w:tcPr>
          <w:p w:rsidR="00352F58" w:rsidRDefault="00A05481">
            <w:r>
              <w:t>- HS chuẩn bị nêu điều học được và lời cam kết.</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hỏi: “Người khéo tay có phải là người làm đúng ngay từ lần đầu không? Khi sản phẩm chưa đẹp, em nên làm gì?”.</w:t>
            </w:r>
          </w:p>
        </w:tc>
        <w:tc>
          <w:tcPr>
            <w:tcW w:w="4586" w:type="dxa"/>
            <w:shd w:val="clear" w:color="auto" w:fill="auto"/>
            <w:tcMar>
              <w:top w:w="70" w:type="dxa"/>
              <w:left w:w="90" w:type="dxa"/>
              <w:bottom w:w="70" w:type="dxa"/>
              <w:right w:w="90" w:type="dxa"/>
            </w:tcMar>
            <w:vAlign w:val="center"/>
          </w:tcPr>
          <w:p w:rsidR="00352F58" w:rsidRDefault="00A05481">
            <w:r>
              <w:t>- HS nêu: sự khéo léo được rèn qua luyện tập; cần bình tĩnh, sửa lỗi, hỏi cách làm và thử lại.</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nhấn mạnh quy tắc an toàn: sử dụng kéo, kim, keo hoặc dụng cụ khác khi có hướng dẫn; không đùa nghịch, không đưa vật nhỏ vào miệng, mũi, tai.</w:t>
            </w:r>
          </w:p>
        </w:tc>
        <w:tc>
          <w:tcPr>
            <w:tcW w:w="4586" w:type="dxa"/>
            <w:shd w:val="clear" w:color="auto" w:fill="auto"/>
            <w:tcMar>
              <w:top w:w="70" w:type="dxa"/>
              <w:left w:w="90" w:type="dxa"/>
              <w:bottom w:w="70" w:type="dxa"/>
              <w:right w:w="90" w:type="dxa"/>
            </w:tcMar>
            <w:vAlign w:val="center"/>
          </w:tcPr>
          <w:p w:rsidR="00352F58" w:rsidRDefault="00A05481">
            <w:r>
              <w:t>- HS nhắc lại quy tắc an toàn và cam kết thực hiện.</w:t>
            </w:r>
          </w:p>
        </w:tc>
      </w:tr>
      <w:tr w:rsidR="00352F58" w:rsidTr="00AC027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GV cùng HS hô vang thông điệp: “Làm nhiều cho quen tay - Cẩn thận để làm hay!”.</w:t>
            </w:r>
          </w:p>
        </w:tc>
        <w:tc>
          <w:tcPr>
            <w:tcW w:w="4586"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HS đồng thanh hô và thực hiện động tác đôi bàn tay khéo léo.</w:t>
            </w:r>
          </w:p>
        </w:tc>
      </w:tr>
      <w:tr w:rsidR="00352F58" w:rsidTr="00AC027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
              <w:rPr>
                <w:b/>
              </w:rPr>
              <w:t>3. SAU BUỔI TRẢI NGHIỆM</w:t>
            </w:r>
          </w:p>
          <w:p w:rsidR="00352F58" w:rsidRDefault="00A05481">
            <w:r>
              <w:rPr>
                <w:b/>
              </w:rPr>
              <w:t xml:space="preserve">- Mục tiêu: </w:t>
            </w:r>
            <w:r>
              <w:t>HS lựa chọn một việc cụ thể để luyện tập và chuẩn bị vật liệu an toàn cho hoạt động theo chủ đề.</w:t>
            </w:r>
          </w:p>
          <w:p w:rsidR="00352F58" w:rsidRDefault="00A05481">
            <w:r>
              <w:rPr>
                <w:b/>
                <w:i/>
              </w:rPr>
              <w:t>* Cách tiến hành:</w:t>
            </w:r>
          </w:p>
        </w:tc>
      </w:tr>
      <w:tr w:rsidR="00352F58" w:rsidTr="00AC027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
              <w:rPr>
                <w:b/>
              </w:rPr>
              <w:t>Một đôi tay - Một việc làm</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
              <w:t>- HS lắng nghe nhiệm vụ sau buổi trải nghiệm.</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đề nghị mỗi HS chọn một việc vừa sức sẽ luyện trong tuần như buộc dây giày, gấp áo, xâu lá, gấp giấy hoặc sắp xếp đồ dùng.</w:t>
            </w:r>
          </w:p>
        </w:tc>
        <w:tc>
          <w:tcPr>
            <w:tcW w:w="4586" w:type="dxa"/>
            <w:shd w:val="clear" w:color="auto" w:fill="auto"/>
            <w:tcMar>
              <w:top w:w="70" w:type="dxa"/>
              <w:left w:w="90" w:type="dxa"/>
              <w:bottom w:w="70" w:type="dxa"/>
              <w:right w:w="90" w:type="dxa"/>
            </w:tcMar>
            <w:vAlign w:val="center"/>
          </w:tcPr>
          <w:p w:rsidR="00352F58" w:rsidRDefault="00A05481">
            <w:r>
              <w:t>- HS lựa chọn một việc phù hợp và nêu cách mình sẽ luyện tập.</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dặn HS trao đổi với người thân, chuẩn bị vật liệu sạch, an toàn và chỉ mang đúng đồ dùng được yêu cầu.</w:t>
            </w:r>
          </w:p>
        </w:tc>
        <w:tc>
          <w:tcPr>
            <w:tcW w:w="4586" w:type="dxa"/>
            <w:shd w:val="clear" w:color="auto" w:fill="auto"/>
            <w:tcMar>
              <w:top w:w="70" w:type="dxa"/>
              <w:left w:w="90" w:type="dxa"/>
              <w:bottom w:w="70" w:type="dxa"/>
              <w:right w:w="90" w:type="dxa"/>
            </w:tcMar>
            <w:vAlign w:val="center"/>
          </w:tcPr>
          <w:p w:rsidR="00352F58" w:rsidRDefault="00A05481">
            <w:r>
              <w:t>- HS ghi nhớ, nhờ người thân hỗ trợ và chuẩn bị cho tiết học theo chủ đề.</w:t>
            </w:r>
          </w:p>
        </w:tc>
      </w:tr>
    </w:tbl>
    <w:p w:rsidR="00352F58" w:rsidRDefault="00A05481">
      <w:r>
        <w:rPr>
          <w:b/>
          <w:color w:val="FF0000"/>
        </w:rPr>
        <w:t>IV. ĐIỀU CHỈNH SAU BÀI DẠY:</w:t>
      </w:r>
    </w:p>
    <w:p w:rsidR="00352F58" w:rsidRDefault="00A05481">
      <w:r>
        <w:t>................................................................................................................</w:t>
      </w:r>
    </w:p>
    <w:p w:rsidR="00352F58" w:rsidRDefault="00A05481">
      <w:r>
        <w:t>................................................................................................................</w:t>
      </w:r>
    </w:p>
    <w:p w:rsidR="00352F58" w:rsidRDefault="00A05481">
      <w:r>
        <w:t>................................................................................................................</w:t>
      </w:r>
    </w:p>
    <w:p w:rsidR="00352F58" w:rsidRPr="00AC027D" w:rsidRDefault="00A05481">
      <w:pPr>
        <w:pageBreakBefore/>
        <w:jc w:val="center"/>
      </w:pPr>
      <w:r w:rsidRPr="00AC027D">
        <w:rPr>
          <w:b/>
        </w:rPr>
        <w:lastRenderedPageBreak/>
        <w:t>KẾ HOẠCH BÀI DẠY MÔN HOẠT ĐỘNG TRẢI NGHIỆM LỚP 2</w:t>
      </w:r>
    </w:p>
    <w:p w:rsidR="00352F58" w:rsidRPr="00AC027D" w:rsidRDefault="00A05481">
      <w:pPr>
        <w:jc w:val="center"/>
      </w:pPr>
      <w:r w:rsidRPr="00AC027D">
        <w:rPr>
          <w:b/>
        </w:rPr>
        <w:t>CHỦ ĐỀ 1: KHÁM PHÁ BẢN THÂN</w:t>
      </w:r>
    </w:p>
    <w:p w:rsidR="00352F58" w:rsidRPr="00AC027D" w:rsidRDefault="00A05481">
      <w:pPr>
        <w:jc w:val="center"/>
      </w:pPr>
      <w:r w:rsidRPr="00AC027D">
        <w:rPr>
          <w:b/>
        </w:rPr>
        <w:t>TUẦN 3: TIẾT 2</w:t>
      </w:r>
    </w:p>
    <w:p w:rsidR="00352F58" w:rsidRPr="00AC027D" w:rsidRDefault="00A05481">
      <w:pPr>
        <w:jc w:val="center"/>
      </w:pPr>
      <w:r w:rsidRPr="00AC027D">
        <w:rPr>
          <w:b/>
        </w:rPr>
        <w:t>HOẠT ĐỘNG GIÁO DỤC THEO CHỦ ĐỀ: LUYỆN TAY CHO KHÉO</w:t>
      </w:r>
    </w:p>
    <w:p w:rsidR="00352F58" w:rsidRPr="00AC027D" w:rsidRDefault="00A05481">
      <w:pPr>
        <w:jc w:val="center"/>
      </w:pPr>
      <w:r w:rsidRPr="00AC027D">
        <w:rPr>
          <w:b/>
        </w:rPr>
        <w:t>Thời gian thực hiện: ...</w:t>
      </w:r>
    </w:p>
    <w:p w:rsidR="00352F58" w:rsidRPr="00AC027D" w:rsidRDefault="00A05481">
      <w:r w:rsidRPr="00AC027D">
        <w:rPr>
          <w:b/>
        </w:rPr>
        <w:t>I. YÊU CẦU CẦN ĐẠT:</w:t>
      </w:r>
    </w:p>
    <w:p w:rsidR="00352F58" w:rsidRPr="00AC027D" w:rsidRDefault="00A05481">
      <w:r w:rsidRPr="00AC027D">
        <w:rPr>
          <w:b/>
          <w:i/>
        </w:rPr>
        <w:t>1. Năng lực đặc thù</w:t>
      </w:r>
    </w:p>
    <w:p w:rsidR="00352F58" w:rsidRPr="00AC027D" w:rsidRDefault="00A05481">
      <w:r w:rsidRPr="00AC027D">
        <w:t>- HS tự đánh giá được sự khéo léo, cẩn thận của đôi bàn tay qua một hoạt động cụ thể.</w:t>
      </w:r>
    </w:p>
    <w:p w:rsidR="00352F58" w:rsidRDefault="00A05481">
      <w:r>
        <w:t>- HS phát hiện được những việc mình đã làm tốt và những việc cần luyện tập thêm.</w:t>
      </w:r>
    </w:p>
    <w:p w:rsidR="00352F58" w:rsidRDefault="00A05481">
      <w:r>
        <w:t>- HS biết tìm kiếm, lựa chọn nguyên liệu, dụng cụ phù hợp để làm ra sản phẩm sáng tạo.</w:t>
      </w:r>
    </w:p>
    <w:p w:rsidR="00352F58" w:rsidRDefault="00A05481">
      <w:r>
        <w:rPr>
          <w:b/>
          <w:i/>
        </w:rPr>
        <w:t>2. Năng lực chung</w:t>
      </w:r>
    </w:p>
    <w:p w:rsidR="00352F58" w:rsidRDefault="00A05481">
      <w:r>
        <w:t>- Năng lực giao tiếp và hợp tác: Biết trao đổi, thảo luận, phân công và hỗ trợ bạn để hoàn thành nhiệm vụ.</w:t>
      </w:r>
    </w:p>
    <w:p w:rsidR="00352F58" w:rsidRDefault="00A05481">
      <w:r>
        <w:t>- Năng lực giải quyết vấn đề và sáng tạo: Biết lựa chọn cách làm, điều chỉnh thao tác và sử dụng vật liệu phù hợp để tạo sản phẩm.</w:t>
      </w:r>
    </w:p>
    <w:p w:rsidR="00352F58" w:rsidRDefault="00A05481">
      <w:r>
        <w:t>- Năng lực tự chủ và tự học: Biết tự đánh giá mức độ khéo léo, cẩn thận của bản thân và kiên trì luyện tập.</w:t>
      </w:r>
    </w:p>
    <w:p w:rsidR="00352F58" w:rsidRDefault="00A05481">
      <w:r>
        <w:rPr>
          <w:b/>
          <w:i/>
        </w:rPr>
        <w:t>3. Phẩm chất</w:t>
      </w:r>
    </w:p>
    <w:p w:rsidR="00352F58" w:rsidRDefault="00A05481">
      <w:r>
        <w:t>- Chăm chỉ: Hăng hái, kiên trì, nỗ lực trong hoạt động tạo sản phẩm.</w:t>
      </w:r>
    </w:p>
    <w:p w:rsidR="00352F58" w:rsidRDefault="00A05481">
      <w:r>
        <w:t>- Trách nhiệm: Thực hiện nhiệm vụ cẩn thận, nghiêm túc; biết giữ gìn dụng cụ, nguyên vật liệu và vệ sinh nơi học tập.</w:t>
      </w:r>
    </w:p>
    <w:p w:rsidR="00352F58" w:rsidRDefault="00A05481">
      <w:r>
        <w:t>- Trung thực: Đánh giá đúng khả năng của bản thân, mạnh dạn nêu việc chưa làm tốt để tiếp tục rèn luyện.</w:t>
      </w:r>
    </w:p>
    <w:p w:rsidR="00352F58" w:rsidRDefault="00A05481">
      <w:r>
        <w:rPr>
          <w:b/>
          <w:i/>
          <w:color w:val="FF0000"/>
        </w:rPr>
        <w:t>4. Tích hợp</w:t>
      </w:r>
    </w:p>
    <w:p w:rsidR="00352F58" w:rsidRDefault="00A05481">
      <w:r>
        <w:rPr>
          <w:color w:val="FF0000"/>
        </w:rPr>
        <w:t>- Giáo dục kĩ năng sống: Rèn luyện sự khéo léo, cẩn thận và tính sáng tạo trong lao động.</w:t>
      </w:r>
    </w:p>
    <w:p w:rsidR="00352F58" w:rsidRDefault="00A05481">
      <w:r>
        <w:rPr>
          <w:color w:val="FF0000"/>
        </w:rPr>
        <w:t>- Tích hợp bảo vệ môi trường: Biết tận dụng lá khô, hạt, lõi giấy và vật liệu đã qua sử dụng để tạo sản phẩm; thu gom vật liệu thừa, không xả rác sau hoạt động.</w:t>
      </w:r>
    </w:p>
    <w:p w:rsidR="00352F58" w:rsidRDefault="00A05481">
      <w:r>
        <w:rPr>
          <w:b/>
          <w:color w:val="FF0000"/>
        </w:rPr>
        <w:t>II. CHUẨN BỊ:</w:t>
      </w:r>
    </w:p>
    <w:p w:rsidR="00352F58" w:rsidRDefault="00A05481">
      <w:r>
        <w:t>- GV: Máy tính, tivi; Phiếu yêu cầu hoạt động; thẻ chữ “KHÉO LÉO - CẨN THẬN”; giấy A0, bút màu; sản phẩm mẫu; tranh SGK.</w:t>
      </w:r>
    </w:p>
    <w:p w:rsidR="00352F58" w:rsidRDefault="00A05481">
      <w:r>
        <w:t>- HS: SGK; kéo, keo dán, băng dính, lá cây khô, hạt, lõi giấy, vải, giấy màu, cúc áo và các vật liệu an toàn khác.</w:t>
      </w:r>
    </w:p>
    <w:p w:rsidR="00352F58" w:rsidRPr="00AC027D" w:rsidRDefault="00A05481">
      <w:pPr>
        <w:pageBreakBefore/>
      </w:pPr>
      <w:r w:rsidRPr="00AC027D">
        <w:rPr>
          <w:b/>
        </w:rPr>
        <w:lastRenderedPageBreak/>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352F58" w:rsidTr="00AC027D">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352F58" w:rsidRDefault="00A05481">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352F58" w:rsidRDefault="00A05481">
            <w:pPr>
              <w:jc w:val="center"/>
            </w:pPr>
            <w:r>
              <w:rPr>
                <w:b/>
              </w:rPr>
              <w:t>HOẠT ĐỘNG CỦA HỌC SINH</w:t>
            </w:r>
          </w:p>
        </w:tc>
      </w:tr>
      <w:tr w:rsidR="00352F58" w:rsidTr="00AC027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
              <w:rPr>
                <w:b/>
              </w:rPr>
              <w:t>1. KHỞI ĐỘNG</w:t>
            </w:r>
          </w:p>
          <w:p w:rsidR="00352F58" w:rsidRDefault="00A05481">
            <w:r>
              <w:rPr>
                <w:b/>
              </w:rPr>
              <w:t>- Mục tiêu:</w:t>
            </w:r>
          </w:p>
          <w:p w:rsidR="00352F58" w:rsidRDefault="00A05481">
            <w:r>
              <w:t>- Tạo tâm thế thoải mái, hứng thú cho HS trước khi vào bài học.</w:t>
            </w:r>
          </w:p>
          <w:p w:rsidR="00352F58" w:rsidRDefault="00A05481">
            <w:r>
              <w:t>- Gợi sự kết nối giữa trải nghiệm của HS với nội dung rèn luyện đôi bàn tay khéo léo.</w:t>
            </w:r>
          </w:p>
          <w:p w:rsidR="00352F58" w:rsidRDefault="00A05481">
            <w:r>
              <w:rPr>
                <w:b/>
                <w:i/>
              </w:rPr>
              <w:t>* Cách tiến hành:</w:t>
            </w:r>
          </w:p>
        </w:tc>
      </w:tr>
      <w:tr w:rsidR="00352F58" w:rsidTr="00AC027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
              <w:t>- GV giới thiệu trò chơi “Bàn tay biết nói” và mời cả lớp nghĩ xem đôi bàn tay có thể làm những việc nào trong cuộc sống hằng ngày.</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
              <w:t>- HS nối tiếp nêu những việc đôi bàn tay có thể làm: viết, vẽ, gấp giấy, cầm đồ vật, giúp đỡ người thân, biểu đạt cảm xúc.</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thực hiện một hành động bằng đôi tay và hỏi: Theo các em, cô vừa thể hiện điều gì?</w:t>
            </w:r>
          </w:p>
        </w:tc>
        <w:tc>
          <w:tcPr>
            <w:tcW w:w="4586" w:type="dxa"/>
            <w:shd w:val="clear" w:color="auto" w:fill="auto"/>
            <w:tcMar>
              <w:top w:w="70" w:type="dxa"/>
              <w:left w:w="90" w:type="dxa"/>
              <w:bottom w:w="70" w:type="dxa"/>
              <w:right w:w="90" w:type="dxa"/>
            </w:tcMar>
            <w:vAlign w:val="center"/>
          </w:tcPr>
          <w:p w:rsidR="00352F58" w:rsidRDefault="00A05481">
            <w:r>
              <w:t>- HS quan sát, đoán cảm xúc, sự vật hoặc thông điệp được thể hiện.</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AC027D">
            <w:r>
              <w:t>- GV đưa ra các từ khóa: “Tuyệt vời!”, sóng biển, mặt nạ, gọi điện thoại, ngôi nhà, lá cây, gió, mưa, tình yêu thương và mời HS lần lượt thể hiện.</w:t>
            </w:r>
          </w:p>
        </w:tc>
        <w:tc>
          <w:tcPr>
            <w:tcW w:w="4586" w:type="dxa"/>
            <w:shd w:val="clear" w:color="auto" w:fill="auto"/>
            <w:tcMar>
              <w:top w:w="70" w:type="dxa"/>
              <w:left w:w="90" w:type="dxa"/>
              <w:bottom w:w="70" w:type="dxa"/>
              <w:right w:w="90" w:type="dxa"/>
            </w:tcMar>
            <w:vAlign w:val="center"/>
          </w:tcPr>
          <w:p w:rsidR="00352F58" w:rsidRDefault="00A05481">
            <w:r>
              <w:t>- HS lần lượt thực hiện động tác; các bạn còn lại thi đoán nhanh.</w:t>
            </w:r>
          </w:p>
        </w:tc>
      </w:tr>
      <w:tr w:rsidR="00352F58" w:rsidTr="00AC027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GV kết luận: Bàn tay cũng biết nói vì có thể gửi đến những thông điệp thú vị, ý nghĩa khi chúng ta biết sử dụng thật mềm mại, linh hoạt, khéo léo.</w:t>
            </w:r>
          </w:p>
        </w:tc>
        <w:tc>
          <w:tcPr>
            <w:tcW w:w="4586"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HS lắng nghe, liên hệ khả năng của đôi bàn tay và sẵn sàng vào bài.</w:t>
            </w:r>
          </w:p>
        </w:tc>
      </w:tr>
      <w:tr w:rsidR="00352F58" w:rsidTr="00AC027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
              <w:rPr>
                <w:b/>
              </w:rPr>
              <w:t>2. KHÁM PHÁ CHỦ ĐỀ</w:t>
            </w:r>
            <w:r>
              <w:rPr>
                <w:b/>
              </w:rPr>
              <w:br/>
              <w:t>Thử tài khéo léo của đôi bàn tay</w:t>
            </w:r>
          </w:p>
          <w:p w:rsidR="00352F58" w:rsidRDefault="00A05481">
            <w:r>
              <w:rPr>
                <w:b/>
              </w:rPr>
              <w:t xml:space="preserve">- Mục tiêu: </w:t>
            </w:r>
            <w:r>
              <w:t>HS biết lựa chọn nguyên liệu, dụng cụ, thực hiện một nhiệm vụ tạo sản phẩm và bước đầu tự đánh giá sự khéo léo, cẩn thận của bản thân.</w:t>
            </w:r>
          </w:p>
          <w:p w:rsidR="00352F58" w:rsidRDefault="00A05481">
            <w:r>
              <w:rPr>
                <w:b/>
                <w:color w:val="FF0000"/>
              </w:rPr>
              <w:t xml:space="preserve">Mục tiêu tích hợp: </w:t>
            </w:r>
            <w:r>
              <w:rPr>
                <w:color w:val="FF0000"/>
              </w:rPr>
              <w:t>HS biết thực hiện thao tác chậm rãi, đúng cách, kiên trì sửa lỗi; hợp tác và giữ an toàn khi sử dụng dụng cụ để rèn luyện sự khéo léo, cẩn thận, sáng tạo trong lao động.</w:t>
            </w:r>
          </w:p>
          <w:p w:rsidR="00352F58" w:rsidRDefault="00A05481">
            <w:r>
              <w:rPr>
                <w:b/>
                <w:i/>
              </w:rPr>
              <w:t>* Cách tiến hành:</w:t>
            </w:r>
          </w:p>
        </w:tc>
      </w:tr>
      <w:tr w:rsidR="00352F58" w:rsidTr="00AC027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
              <w:t>- GV kiểm tra sự chuẩn bị nguyên liệu, dụng cụ của từng tổ.</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
              <w:t>- HS trình bày nguyên liệu, dụng cụ đã chuẩn bị và sắp xếp gọn gàng.</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
              <w:t>- GV đưa Phiếu yêu cầu để các tổ bốc thăm nhiệm vụ: xâu lá khô thành vòng, làm tranh từ lá khô, xâu dây giày, làm khung ảnh bằng bìa hoặc làm quả bóng bằng sợi len.</w:t>
            </w:r>
          </w:p>
          <w:p w:rsidR="00352F58" w:rsidRDefault="00352F58">
            <w:pPr>
              <w:jc w:val="center"/>
            </w:pPr>
          </w:p>
        </w:tc>
        <w:tc>
          <w:tcPr>
            <w:tcW w:w="4586" w:type="dxa"/>
            <w:shd w:val="clear" w:color="auto" w:fill="auto"/>
            <w:tcMar>
              <w:top w:w="70" w:type="dxa"/>
              <w:left w:w="90" w:type="dxa"/>
              <w:bottom w:w="70" w:type="dxa"/>
              <w:right w:w="90" w:type="dxa"/>
            </w:tcMar>
            <w:vAlign w:val="center"/>
          </w:tcPr>
          <w:p w:rsidR="00352F58" w:rsidRDefault="00A05481">
            <w:r>
              <w:t>- Đại diện mỗi tổ bốc thăm; các thành viên đọc nhiệm vụ và lựa chọn nguyên liệu phù hợp.</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AC027D">
            <w:pPr>
              <w:jc w:val="both"/>
            </w:pPr>
            <w:r>
              <w:lastRenderedPageBreak/>
              <w:t>- GV hướng dẫn HS thực hiện, nhắc cách dùng kéo, keo dán và vật liệu nhỏ an toàn; không đùa nghịch khi thao tác.</w:t>
            </w:r>
          </w:p>
        </w:tc>
        <w:tc>
          <w:tcPr>
            <w:tcW w:w="4586" w:type="dxa"/>
            <w:shd w:val="clear" w:color="auto" w:fill="auto"/>
            <w:tcMar>
              <w:top w:w="70" w:type="dxa"/>
              <w:left w:w="90" w:type="dxa"/>
              <w:bottom w:w="70" w:type="dxa"/>
              <w:right w:w="90" w:type="dxa"/>
            </w:tcMar>
            <w:vAlign w:val="center"/>
          </w:tcPr>
          <w:p w:rsidR="00352F58" w:rsidRDefault="00A05481" w:rsidP="00AC027D">
            <w:pPr>
              <w:jc w:val="both"/>
            </w:pPr>
            <w:r>
              <w:t>- HS quan sát hướng dẫn, nhắc lại nguyên tắc an toàn và phân công nhiệm vụ trong tổ.</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AC027D">
            <w:pPr>
              <w:jc w:val="both"/>
            </w:pPr>
            <w:r>
              <w:t>- GV quan sát, hỗ trợ HS trong quá trình thực hiện và khuyến khích các em kiên trì điều chỉnh thao tác khi chưa thành công.</w:t>
            </w:r>
          </w:p>
        </w:tc>
        <w:tc>
          <w:tcPr>
            <w:tcW w:w="4586" w:type="dxa"/>
            <w:shd w:val="clear" w:color="auto" w:fill="auto"/>
            <w:tcMar>
              <w:top w:w="70" w:type="dxa"/>
              <w:left w:w="90" w:type="dxa"/>
              <w:bottom w:w="70" w:type="dxa"/>
              <w:right w:w="90" w:type="dxa"/>
            </w:tcMar>
            <w:vAlign w:val="center"/>
          </w:tcPr>
          <w:p w:rsidR="00352F58" w:rsidRDefault="00A05481" w:rsidP="00AC027D">
            <w:pPr>
              <w:jc w:val="both"/>
            </w:pPr>
            <w:r>
              <w:t>- HS thực hiện nhiệm vụ, hỗ trợ bạn và chủ động sửa lại thao tác hoặc sản phẩm khi cần.</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AC027D">
            <w:pPr>
              <w:jc w:val="both"/>
            </w:pPr>
            <w:r>
              <w:t>- GV cho các tổ trưng bày sản phẩm và mời đại diện giới thiệu cách làm.</w:t>
            </w:r>
          </w:p>
        </w:tc>
        <w:tc>
          <w:tcPr>
            <w:tcW w:w="4586" w:type="dxa"/>
            <w:shd w:val="clear" w:color="auto" w:fill="auto"/>
            <w:tcMar>
              <w:top w:w="70" w:type="dxa"/>
              <w:left w:w="90" w:type="dxa"/>
              <w:bottom w:w="70" w:type="dxa"/>
              <w:right w:w="90" w:type="dxa"/>
            </w:tcMar>
            <w:vAlign w:val="center"/>
          </w:tcPr>
          <w:p w:rsidR="00352F58" w:rsidRDefault="00A05481" w:rsidP="00AC027D">
            <w:pPr>
              <w:jc w:val="both"/>
            </w:pPr>
            <w:r>
              <w:t>- Các tổ trưng bày, giới thiệu sản phẩm và trả lời câu hỏi của nhóm bạn.</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AC027D">
            <w:pPr>
              <w:jc w:val="both"/>
            </w:pPr>
            <w:r>
              <w:t>- GV hỏi: Theo các em, để làm nên sản phẩm đẹp, an toàn và hoàn thành đúng nhiệm vụ, chúng ta cần rèn luyện những điều gì?</w:t>
            </w:r>
          </w:p>
        </w:tc>
        <w:tc>
          <w:tcPr>
            <w:tcW w:w="4586" w:type="dxa"/>
            <w:shd w:val="clear" w:color="auto" w:fill="auto"/>
            <w:tcMar>
              <w:top w:w="70" w:type="dxa"/>
              <w:left w:w="90" w:type="dxa"/>
              <w:bottom w:w="70" w:type="dxa"/>
              <w:right w:w="90" w:type="dxa"/>
            </w:tcMar>
            <w:vAlign w:val="center"/>
          </w:tcPr>
          <w:p w:rsidR="00352F58" w:rsidRDefault="00A05481" w:rsidP="00AC027D">
            <w:pPr>
              <w:jc w:val="both"/>
            </w:pPr>
            <w:r>
              <w:t>- HS nêu: cần khéo léo, cẩn thận, kiên trì, tập trung, sáng tạo, hợp tác và tuân thủ quy tắc an toàn.</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AC027D">
            <w:pPr>
              <w:jc w:val="both"/>
            </w:pPr>
            <w:r>
              <w:rPr>
                <w:b/>
                <w:color w:val="FF0000"/>
              </w:rPr>
              <w:t xml:space="preserve">Câu hỏi dẫn tích hợp: </w:t>
            </w:r>
            <w:r>
              <w:rPr>
                <w:color w:val="FF0000"/>
              </w:rPr>
              <w:t>Khi làm chưa khéo hoặc sản phẩm chưa đẹp, em nên bỏ cuộc hay bình tĩnh làm lại? Vì sao cần làm việc cẩn thận và kiên trì?</w:t>
            </w:r>
          </w:p>
        </w:tc>
        <w:tc>
          <w:tcPr>
            <w:tcW w:w="4586" w:type="dxa"/>
            <w:shd w:val="clear" w:color="auto" w:fill="auto"/>
            <w:tcMar>
              <w:top w:w="70" w:type="dxa"/>
              <w:left w:w="90" w:type="dxa"/>
              <w:bottom w:w="70" w:type="dxa"/>
              <w:right w:w="90" w:type="dxa"/>
            </w:tcMar>
            <w:vAlign w:val="center"/>
          </w:tcPr>
          <w:p w:rsidR="00352F58" w:rsidRDefault="00A05481" w:rsidP="00AC027D">
            <w:pPr>
              <w:jc w:val="both"/>
            </w:pPr>
            <w:r>
              <w:t>- HS nêu: cần bình tĩnh quan sát, điều chỉnh và làm lại; làm cẩn thận giúp sản phẩm đẹp, an toàn, hạn chế lãng phí vật liệu.</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AC027D">
            <w:pPr>
              <w:jc w:val="both"/>
            </w:pPr>
            <w:r>
              <w:rPr>
                <w:b/>
                <w:color w:val="FF0000"/>
              </w:rPr>
              <w:t xml:space="preserve">Diễn giải tích hợp: </w:t>
            </w:r>
            <w:r>
              <w:rPr>
                <w:color w:val="FF0000"/>
              </w:rPr>
              <w:t>GV giúp HS hiểu sự khéo léo không phải là khả năng chỉ có sẵn mà được hình thành qua luyện tập thường xuyên. Khi thực hiện một công việc, các em cần quan sát kĩ, làm từng bước, sử dụng dụng cụ đúng cách, kiên trì sửa lỗi và biết nhờ sự hỗ trợ khi cần. Trong lao động, sự cẩn thận giúp bảo đảm an toàn, giảm hỏng sản phẩm và tránh lãng phí vật liệu; sự sáng tạo giúp các em tìm ra cách làm mới, lựa chọn màu sắc, hình dáng phù hợp. GV khuyến khích HS tự đánh giá trung thực, không chê bai sản phẩm của bạn và trân trọng mọi cố gắng chân chính.</w:t>
            </w:r>
          </w:p>
        </w:tc>
        <w:tc>
          <w:tcPr>
            <w:tcW w:w="4586" w:type="dxa"/>
            <w:shd w:val="clear" w:color="auto" w:fill="auto"/>
            <w:tcMar>
              <w:top w:w="70" w:type="dxa"/>
              <w:left w:w="90" w:type="dxa"/>
              <w:bottom w:w="70" w:type="dxa"/>
              <w:right w:w="90" w:type="dxa"/>
            </w:tcMar>
            <w:vAlign w:val="center"/>
          </w:tcPr>
          <w:p w:rsidR="00352F58" w:rsidRDefault="00A05481" w:rsidP="00AC027D">
            <w:pPr>
              <w:jc w:val="both"/>
            </w:pPr>
            <w:r>
              <w:t>- HS lắng nghe, nêu một việc mình đã làm khéo và một thao tác cần tiếp tục luyện tập.</w:t>
            </w:r>
          </w:p>
        </w:tc>
      </w:tr>
      <w:tr w:rsidR="00352F58" w:rsidTr="00910232">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352F58" w:rsidRDefault="00A05481" w:rsidP="00AC027D">
            <w:pPr>
              <w:jc w:val="both"/>
            </w:pPr>
            <w:r>
              <w:t>- GV kết luận và dán thẻ chữ “KHÉO LÉO - CẨN THẬN”.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352F58" w:rsidRDefault="00A05481" w:rsidP="00AC027D">
            <w:pPr>
              <w:jc w:val="both"/>
            </w:pPr>
            <w:r>
              <w:t>- HS đọc thẻ chữ, ghi nhớ thông điệp và tự đánh giá mức độ hoàn thành nhiệm vụ.</w:t>
            </w:r>
          </w:p>
        </w:tc>
      </w:tr>
      <w:tr w:rsidR="00352F58" w:rsidTr="00910232">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
              <w:rPr>
                <w:b/>
              </w:rPr>
              <w:lastRenderedPageBreak/>
              <w:t>3. THỰC HÀNH</w:t>
            </w:r>
            <w:r>
              <w:rPr>
                <w:b/>
              </w:rPr>
              <w:br/>
              <w:t>HOẠT ĐỘNG MỞ RỘNG VÀ TỔNG KẾT CHỦ ĐỀ</w:t>
            </w:r>
          </w:p>
          <w:p w:rsidR="00352F58" w:rsidRDefault="00A05481">
            <w:r>
              <w:rPr>
                <w:b/>
              </w:rPr>
              <w:t xml:space="preserve">- Mục tiêu: </w:t>
            </w:r>
            <w:r>
              <w:t>HS nhận diện được nguyên liệu, dụng cụ cần thiết; biết lập danh sách, lựa chọn và sử dụng vật liệu phù hợp để tạo sản phẩm sáng tạo.</w:t>
            </w:r>
          </w:p>
          <w:p w:rsidR="00352F58" w:rsidRDefault="00A05481">
            <w:r>
              <w:rPr>
                <w:b/>
                <w:color w:val="FF0000"/>
              </w:rPr>
              <w:t xml:space="preserve">Mục tiêu tích hợp: </w:t>
            </w:r>
            <w:r>
              <w:rPr>
                <w:color w:val="FF0000"/>
              </w:rPr>
              <w:t>HS nhận biết vật liệu có thể tái sử dụng; biết lựa chọn vật liệu sạch, an toàn, dùng tiết kiệm, thu gom phần thừa và giữ vệ sinh môi trường sau hoạt động.</w:t>
            </w:r>
          </w:p>
          <w:p w:rsidR="00352F58" w:rsidRDefault="00A05481">
            <w:r>
              <w:rPr>
                <w:b/>
                <w:i/>
              </w:rPr>
              <w:t>* Cách tiến hành:</w:t>
            </w:r>
          </w:p>
        </w:tc>
      </w:tr>
      <w:tr w:rsidR="00352F58" w:rsidTr="00910232">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GV cho HS quan sát một sản phẩm sáng tạo bằng đôi tay và hỏi: Theo các em, để làm sản phẩm này cần những nguyên liệu và dụng cụ gì?</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HS quan sát, suy nghĩ và nêu dự đoán về nguyên liệu, dụng cụ cần thiết.</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phát cho mỗi nhóm một tờ giấy A0 và bút màu; yêu cầu các nhóm viết hoặc vẽ những nguyên liệu, dụng cụ cần có để làm sản phẩm.</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thảo luận nhóm, ghi chép hoặc vẽ nguyên liệu, dụng cụ lên giấy A0.</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yêu cầu đại diện từng nhóm trình bày kết quả và mời các nhóm khác bổ sung.</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Đại diện nhóm trình bày; các nhóm còn lại lắng nghe, nhận xét và bổ sung.</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khen ngợi nhóm kể được nhiều dụng cụ, nguyên liệu phù hợp và nhắc HS lựa chọn vật liệu an toàn.</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ghi nhận nhận xét, điều chỉnh danh sách vật liệu của nhóm.</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cho HS quan sát các vật liệu như lá khô, hạt, lõi giấy, cúc áo, giấy bìa đã dùng một mặt và hỏi vật liệu nào có thể tận dụng để làm sản phẩm.</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phân loại vật liệu có thể tái sử dụng và nêu cách sử dụng phù hợp.</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rPr>
                <w:b/>
                <w:color w:val="FF0000"/>
              </w:rPr>
              <w:t xml:space="preserve">Câu hỏi dẫn tích hợp: </w:t>
            </w:r>
            <w:r>
              <w:rPr>
                <w:color w:val="FF0000"/>
              </w:rPr>
              <w:t>Vì sao chúng ta nên tận dụng lá khô, lõi giấy, bìa cũ hoặc cúc áo để làm sản phẩm? Sau khi hoạt động xong, vật liệu thừa cần được xử lí thế nào?</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nêu: tận dụng vật liệu giúp tiết kiệm, giảm rác; vật liệu thừa cần được thu gom, phân loại, cất lại hoặc bỏ đúng nơi quy định.</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rPr>
                <w:b/>
                <w:color w:val="FF0000"/>
              </w:rPr>
              <w:lastRenderedPageBreak/>
              <w:t xml:space="preserve">Diễn giải tích hợp: </w:t>
            </w:r>
            <w:r>
              <w:rPr>
                <w:color w:val="FF0000"/>
              </w:rPr>
              <w:t>GV giải thích nhiều vật liệu tưởng như không còn giá trị vẫn có thể được làm sạch và tận dụng để tạo sản phẩm mới, chẳng hạn lá khô làm tranh, lõi giấy làm đồ chơi, bìa cũ làm khung ảnh, cúc áo và hạt làm chi tiết trang trí. Việc tái sử dụng giúp giảm lượng rác, tiết kiệm nguyên liệu và hình thành thói quen sống có trách nhiệm với môi trường. Tuy nhiên, HS chỉ sử dụng vật liệu sạch, không sắc nhọn, không có hóa chất hoặc nguồn gốc không an toàn; dùng vừa đủ keo, giấy và đồ trang trí; sau hoạt động phải thu gom phần thừa, lau dọn bàn học, phân loại và bỏ rác đúng nơi quy định.</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lắng nghe, nêu được ít nhất một vật liệu có thể tái sử dụng và một việc cần làm để giữ khu vực học tập sạch sẽ.</w:t>
            </w:r>
          </w:p>
        </w:tc>
      </w:tr>
      <w:tr w:rsidR="00352F58" w:rsidTr="00910232">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GV chốt: Với đôi bàn tay khéo léo, sự sáng tạo và ý thức bảo vệ môi trường, chúng ta có thể làm ra những sản phẩm hữu ích, đẹp mắt.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HS nhắc lại thông điệp và tự liên hệ việc sử dụng vật liệu trong hoạt động của nhóm.</w:t>
            </w:r>
          </w:p>
        </w:tc>
      </w:tr>
      <w:tr w:rsidR="00352F58" w:rsidTr="00910232">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sidP="00910232">
            <w:r>
              <w:rPr>
                <w:b/>
              </w:rPr>
              <w:t>4. VẬN DỤNG</w:t>
            </w:r>
            <w:r>
              <w:rPr>
                <w:b/>
              </w:rPr>
              <w:br/>
              <w:t>HOẠT ĐỘNG SAU GIỜ HỌC (CAM KẾT HÀNH ĐỘNG)</w:t>
            </w:r>
          </w:p>
          <w:p w:rsidR="00352F58" w:rsidRDefault="00A05481" w:rsidP="00910232">
            <w:pPr>
              <w:jc w:val="both"/>
            </w:pPr>
            <w:r>
              <w:rPr>
                <w:b/>
              </w:rPr>
              <w:t xml:space="preserve">- Mục tiêu: </w:t>
            </w:r>
            <w:r>
              <w:t>HS củng cố nội dung bài, lựa chọn việc luyện tập phù hợp và chuẩn bị chia sẻ kết quả trong tiết sinh hoạt lớp.</w:t>
            </w:r>
          </w:p>
          <w:p w:rsidR="00352F58" w:rsidRDefault="00A05481" w:rsidP="00910232">
            <w:pPr>
              <w:jc w:val="both"/>
            </w:pPr>
            <w:r>
              <w:rPr>
                <w:b/>
                <w:i/>
              </w:rPr>
              <w:t>* Cách tiến hành:</w:t>
            </w:r>
          </w:p>
        </w:tc>
      </w:tr>
      <w:tr w:rsidR="00352F58" w:rsidTr="00910232">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GV hỏi: Hôm nay em học bài gì? Em đã phát hiện đôi bàn tay của mình làm tốt việc nào?</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HS trả lời tên bài và nêu một việc mình đã làm tốt hoặc cần luyện tập thêm.</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dặn HS về nhà cùng bố mẹ hoặc người thân chơi trò “Xiếc bóng”.</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ghi nhớ nhiệm vụ và trao đổi với người thân.</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gợi ý HS học cách thể hiện bóng hình một số con vật bằng đôi bàn tay và chuẩn bị chia sẻ cách làm với các bạn.</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lựa chọn con vật muốn luyện tập và cam kết thực hiện.</w:t>
            </w:r>
          </w:p>
        </w:tc>
      </w:tr>
      <w:tr w:rsidR="00352F58" w:rsidTr="00AC027D">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nhắc HS chuẩn bị một câu giới thiệu ngắn cho con vật được tạo bằng bóng tay.</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chuẩn bị lời giới thiệu và sẵn sàng chia sẻ ở tiết sau.</w:t>
            </w:r>
          </w:p>
        </w:tc>
      </w:tr>
    </w:tbl>
    <w:p w:rsidR="00352F58" w:rsidRDefault="00A05481">
      <w:r>
        <w:rPr>
          <w:b/>
          <w:color w:val="FF0000"/>
        </w:rPr>
        <w:t>IV. ĐIỀU CHỈNH SAU BÀI DẠY:</w:t>
      </w:r>
    </w:p>
    <w:p w:rsidR="00352F58" w:rsidRDefault="00A05481">
      <w:r>
        <w:t>................................................................................................................</w:t>
      </w:r>
    </w:p>
    <w:p w:rsidR="00352F58" w:rsidRDefault="00A05481">
      <w:r>
        <w:t>................................................................................................................</w:t>
      </w:r>
    </w:p>
    <w:p w:rsidR="00352F58" w:rsidRDefault="00A05481">
      <w:r>
        <w:t>................................................................................................................</w:t>
      </w:r>
    </w:p>
    <w:p w:rsidR="00352F58" w:rsidRPr="00AC027D" w:rsidRDefault="00A05481">
      <w:pPr>
        <w:pageBreakBefore/>
        <w:jc w:val="center"/>
      </w:pPr>
      <w:r w:rsidRPr="00AC027D">
        <w:rPr>
          <w:b/>
        </w:rPr>
        <w:lastRenderedPageBreak/>
        <w:t>KẾ HOẠCH BÀI DẠY MÔN HOẠT ĐỘNG TRẢI NGHIỆM LỚP 2</w:t>
      </w:r>
    </w:p>
    <w:p w:rsidR="00352F58" w:rsidRPr="00AC027D" w:rsidRDefault="00A05481">
      <w:pPr>
        <w:jc w:val="center"/>
      </w:pPr>
      <w:r w:rsidRPr="00AC027D">
        <w:rPr>
          <w:b/>
        </w:rPr>
        <w:t>CHỦ ĐỀ 1: KHÁM PHÁ BẢN THÂN</w:t>
      </w:r>
    </w:p>
    <w:p w:rsidR="00352F58" w:rsidRPr="00AC027D" w:rsidRDefault="00A05481">
      <w:pPr>
        <w:jc w:val="center"/>
      </w:pPr>
      <w:r w:rsidRPr="00AC027D">
        <w:rPr>
          <w:b/>
        </w:rPr>
        <w:t>TUẦN 3: TIẾT 3</w:t>
      </w:r>
    </w:p>
    <w:p w:rsidR="00352F58" w:rsidRPr="00AC027D" w:rsidRDefault="00A05481">
      <w:pPr>
        <w:jc w:val="center"/>
      </w:pPr>
      <w:r w:rsidRPr="00AC027D">
        <w:rPr>
          <w:b/>
        </w:rPr>
        <w:t>SINH HOẠT LỚP: SƠ KẾT TUẦN 3 - SINH HOẠT THEO CHỦ ĐỀ: LUYỆN TAY CHO KHÉO</w:t>
      </w:r>
    </w:p>
    <w:p w:rsidR="00352F58" w:rsidRPr="00AC027D" w:rsidRDefault="00A05481">
      <w:pPr>
        <w:jc w:val="center"/>
      </w:pPr>
      <w:r w:rsidRPr="00AC027D">
        <w:rPr>
          <w:b/>
        </w:rPr>
        <w:t>Thời gian thực hiện: ...</w:t>
      </w:r>
    </w:p>
    <w:p w:rsidR="00352F58" w:rsidRPr="00AC027D" w:rsidRDefault="00A05481">
      <w:r w:rsidRPr="00AC027D">
        <w:rPr>
          <w:b/>
        </w:rPr>
        <w:t>I. YÊU CẦU CẦN ĐẠT:</w:t>
      </w:r>
    </w:p>
    <w:p w:rsidR="00352F58" w:rsidRPr="00AC027D" w:rsidRDefault="00A05481">
      <w:r w:rsidRPr="00AC027D">
        <w:rPr>
          <w:b/>
          <w:i/>
        </w:rPr>
        <w:t>1. Năng lực đặc thù</w:t>
      </w:r>
    </w:p>
    <w:p w:rsidR="00352F58" w:rsidRPr="00AC027D" w:rsidRDefault="00A05481">
      <w:r w:rsidRPr="00AC027D">
        <w:t>- HS nhớ lại, tự đánh giá được những việc đã thực hiện trong tuần 3 và xác định phương hướng rèn luyện trong tuần 4.</w:t>
      </w:r>
    </w:p>
    <w:p w:rsidR="00352F58" w:rsidRPr="00AC027D" w:rsidRDefault="00A05481">
      <w:r w:rsidRPr="00AC027D">
        <w:t>- HS biết chia sẻ cách làm xiếc bóng những con vật quen thuộc và phối hợp với bạn để trang trí một bức tranh sáng tạo.</w:t>
      </w:r>
    </w:p>
    <w:p w:rsidR="00352F58" w:rsidRDefault="00A05481">
      <w:r>
        <w:t>- HS tiếp tục rèn luyện sự khéo léo, cẩn thận, khả năng sáng tạo và tinh thần hợp tác.</w:t>
      </w:r>
    </w:p>
    <w:p w:rsidR="00352F58" w:rsidRDefault="00A05481">
      <w:r>
        <w:rPr>
          <w:b/>
          <w:i/>
        </w:rPr>
        <w:t>2. Năng lực chung</w:t>
      </w:r>
    </w:p>
    <w:p w:rsidR="00352F58" w:rsidRDefault="00A05481">
      <w:r>
        <w:t>- Năng lực tự chủ và tự học: Biết tự nhìn nhận, đánh giá bản thân và lựa chọn việc cần cố gắng trong tuần tiếp theo.</w:t>
      </w:r>
    </w:p>
    <w:p w:rsidR="00352F58" w:rsidRDefault="00A05481">
      <w:r>
        <w:t>- Năng lực giao tiếp và hợp tác: Biết trình bày, chia sẻ ý kiến, lắng nghe và cùng bạn thực hiện nhiệm vụ.</w:t>
      </w:r>
    </w:p>
    <w:p w:rsidR="00352F58" w:rsidRDefault="00A05481">
      <w:r>
        <w:t>- Năng lực giải quyết vấn đề và sáng tạo: Biết lựa chọn vật liệu, cách trang trí và điều chỉnh sản phẩm của nhóm.</w:t>
      </w:r>
    </w:p>
    <w:p w:rsidR="00352F58" w:rsidRDefault="00A05481">
      <w:r>
        <w:rPr>
          <w:b/>
          <w:i/>
        </w:rPr>
        <w:t>3. Phẩm chất</w:t>
      </w:r>
    </w:p>
    <w:p w:rsidR="00352F58" w:rsidRDefault="00A05481">
      <w:r>
        <w:t>- Chăm chỉ: Thực hiện nghiêm túc nền nếp và kiên trì hoàn thành sản phẩm.</w:t>
      </w:r>
    </w:p>
    <w:p w:rsidR="00352F58" w:rsidRDefault="00A05481">
      <w:r>
        <w:t>- Trách nhiệm: Có ý thức rèn luyện bản thân, hoàn thành nhiệm vụ và giữ vệ sinh chung.</w:t>
      </w:r>
    </w:p>
    <w:p w:rsidR="00352F58" w:rsidRDefault="00A05481">
      <w:r>
        <w:t>- Nhân ái: Biết cổ vũ, tôn trọng ý tưởng, sản phẩm và sự cố gắng của bạn.</w:t>
      </w:r>
    </w:p>
    <w:p w:rsidR="00352F58" w:rsidRDefault="00A05481">
      <w:r>
        <w:rPr>
          <w:b/>
          <w:i/>
          <w:color w:val="FF0000"/>
        </w:rPr>
        <w:t>4. Tích hợp</w:t>
      </w:r>
    </w:p>
    <w:p w:rsidR="00352F58" w:rsidRDefault="00A05481">
      <w:r>
        <w:rPr>
          <w:color w:val="FF0000"/>
        </w:rPr>
        <w:t>- Tích hợp AI - YCCĐ 2.C1.2: Hiểu AI cần “học” từ các ví dụ (dữ liệu) để thực hiện nhiệm vụ.</w:t>
      </w:r>
    </w:p>
    <w:p w:rsidR="00352F58" w:rsidRDefault="00A05481">
      <w:r>
        <w:rPr>
          <w:b/>
          <w:color w:val="FF0000"/>
        </w:rPr>
        <w:t>II. CHUẨN BỊ:</w:t>
      </w:r>
    </w:p>
    <w:p w:rsidR="00352F58" w:rsidRDefault="00A05481">
      <w:r>
        <w:t>- GV: Chiếc hộp bí mật và thẻ câu hỏi; tranh SGK; đèn hoặc nguồn sáng để làm xiếc bóng; video ngắn robot mô phỏng động tác tay người; giấy/tranh nền; hạt, gạo, lá khô, vật liệu tái sử dụng; keo dán.</w:t>
      </w:r>
    </w:p>
    <w:p w:rsidR="00352F58" w:rsidRDefault="00A05481">
      <w:r>
        <w:t>- HS: Kết quả luyện tập xiếc bóng cùng người thân; kéo, hồ dán, bút màu và vật liệu trang trí an toàn theo phân công.</w:t>
      </w:r>
    </w:p>
    <w:p w:rsidR="00352F58" w:rsidRDefault="00A05481">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352F58" w:rsidTr="00910232">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352F58" w:rsidRDefault="00A05481">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352F58" w:rsidRDefault="00A05481">
            <w:pPr>
              <w:jc w:val="center"/>
            </w:pPr>
            <w:r>
              <w:rPr>
                <w:b/>
              </w:rPr>
              <w:t>HOẠT ĐỘNG CỦA HỌC SINH</w:t>
            </w:r>
          </w:p>
        </w:tc>
      </w:tr>
      <w:tr w:rsidR="00352F58" w:rsidTr="00910232">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
              <w:rPr>
                <w:b/>
              </w:rPr>
              <w:t>1. KHỞI ĐỘNG</w:t>
            </w:r>
          </w:p>
          <w:p w:rsidR="00352F58" w:rsidRDefault="00A05481">
            <w:r>
              <w:rPr>
                <w:b/>
              </w:rPr>
              <w:t xml:space="preserve">- Mục tiêu: </w:t>
            </w:r>
            <w:r>
              <w:t>Tạo không khí vui vẻ, giúp HS nhớ lại những việc đã làm trong tuần và sẵn sàng tham gia tiết sinh hoạt lớp.</w:t>
            </w:r>
          </w:p>
          <w:p w:rsidR="00352F58" w:rsidRDefault="00A05481">
            <w:r>
              <w:rPr>
                <w:b/>
                <w:i/>
              </w:rPr>
              <w:t>* Cách tiến hành:</w:t>
            </w:r>
          </w:p>
        </w:tc>
      </w:tr>
      <w:tr w:rsidR="00352F58" w:rsidTr="00910232">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
              <w:lastRenderedPageBreak/>
              <w:t>- GV giới thiệu trò chơi “Chiếc hộp bí mật - Nhớ lại một tuần qua” và hướng dẫn HS lần lượt rút thẻ, trả lời câu hỏi.</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
              <w:t>- HS lắng nghe cách chơi và hào hứng chuẩn bị tham gia.</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t>- GV đưa ra các câu hỏi gợi ý: Em vui nhất khi nào? Em đã làm việc gì tốt cho lớp hoặc cho bạn? Em muốn tuần tới làm tốt hơn việc gì?</w:t>
            </w:r>
          </w:p>
        </w:tc>
        <w:tc>
          <w:tcPr>
            <w:tcW w:w="4586" w:type="dxa"/>
            <w:shd w:val="clear" w:color="auto" w:fill="auto"/>
            <w:tcMar>
              <w:top w:w="70" w:type="dxa"/>
              <w:left w:w="90" w:type="dxa"/>
              <w:bottom w:w="70" w:type="dxa"/>
              <w:right w:w="90" w:type="dxa"/>
            </w:tcMar>
            <w:vAlign w:val="center"/>
          </w:tcPr>
          <w:p w:rsidR="00352F58" w:rsidRDefault="00A05481">
            <w:r>
              <w:t>- HS lần lượt rút thẻ, trả lời và chia sẻ trước lớp.</w:t>
            </w:r>
          </w:p>
        </w:tc>
      </w:tr>
      <w:tr w:rsidR="00352F58" w:rsidTr="00910232">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GV khen ngợi những chia sẻ chân thành và dẫn vào nội dung tổng kết tuần.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HS lắng nghe, vỗ tay cổ vũ và sẵn sàng tham gia hoạt động tiếp theo.</w:t>
            </w:r>
          </w:p>
        </w:tc>
      </w:tr>
      <w:tr w:rsidR="00352F58" w:rsidTr="00910232">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
              <w:rPr>
                <w:b/>
              </w:rPr>
              <w:t>2. HOẠT ĐỘNG TỔNG KẾT TUẦN</w:t>
            </w:r>
          </w:p>
          <w:p w:rsidR="00352F58" w:rsidRDefault="00A05481">
            <w:r>
              <w:rPr>
                <w:b/>
              </w:rPr>
              <w:t>- Mục tiêu:</w:t>
            </w:r>
          </w:p>
          <w:p w:rsidR="00352F58" w:rsidRDefault="00A05481">
            <w:r>
              <w:t>- HS nhận xét được kết quả hoạt động trong tuần 3.</w:t>
            </w:r>
          </w:p>
          <w:p w:rsidR="00352F58" w:rsidRDefault="00A05481">
            <w:r>
              <w:t>- HS xác định được phương hướng và những việc cần thực hiện trong tuần 4.</w:t>
            </w:r>
          </w:p>
          <w:p w:rsidR="00352F58" w:rsidRDefault="00A05481">
            <w:r>
              <w:rPr>
                <w:b/>
                <w:i/>
              </w:rPr>
              <w:t>* Cách tiến hành:</w:t>
            </w:r>
          </w:p>
        </w:tc>
      </w:tr>
      <w:tr w:rsidR="00352F58" w:rsidTr="00910232">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
              <w:rPr>
                <w:b/>
              </w:rPr>
              <w:t>2.1. Tổng kết các hoạt động trong tuần</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
              <w:t>- HS chuẩn bị báo cáo kết quả hoạt động tuần 3.</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t>- GV mời lớp trưởng điều hành phần tổng kết tuần.</w:t>
            </w:r>
          </w:p>
        </w:tc>
        <w:tc>
          <w:tcPr>
            <w:tcW w:w="4586" w:type="dxa"/>
            <w:shd w:val="clear" w:color="auto" w:fill="auto"/>
            <w:tcMar>
              <w:top w:w="70" w:type="dxa"/>
              <w:left w:w="90" w:type="dxa"/>
              <w:bottom w:w="70" w:type="dxa"/>
              <w:right w:w="90" w:type="dxa"/>
            </w:tcMar>
            <w:vAlign w:val="center"/>
          </w:tcPr>
          <w:p w:rsidR="00352F58" w:rsidRDefault="00A05481">
            <w:r>
              <w:t>- Lớp trưởng lên trước lớp, nhận nhiệm vụ điều hành.</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t>- GV theo dõi, hỗ trợ lớp trưởng và các tổ khi cần.</w:t>
            </w:r>
          </w:p>
        </w:tc>
        <w:tc>
          <w:tcPr>
            <w:tcW w:w="4586" w:type="dxa"/>
            <w:shd w:val="clear" w:color="auto" w:fill="auto"/>
            <w:tcMar>
              <w:top w:w="70" w:type="dxa"/>
              <w:left w:w="90" w:type="dxa"/>
              <w:bottom w:w="70" w:type="dxa"/>
              <w:right w:w="90" w:type="dxa"/>
            </w:tcMar>
            <w:vAlign w:val="center"/>
          </w:tcPr>
          <w:p w:rsidR="00352F58" w:rsidRDefault="00A05481">
            <w:r>
              <w:t>- Lớp trưởng mời các tổ thảo luận và tự đánh giá kết quả thực hiện nền nếp, học tập, phong trào và nhiệm vụ được giao.</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t>- GV mời các tổ trưởng báo cáo, nêu rõ việc làm tốt và nội dung cần khắc phục.</w:t>
            </w:r>
          </w:p>
        </w:tc>
        <w:tc>
          <w:tcPr>
            <w:tcW w:w="4586" w:type="dxa"/>
            <w:shd w:val="clear" w:color="auto" w:fill="auto"/>
            <w:tcMar>
              <w:top w:w="70" w:type="dxa"/>
              <w:left w:w="90" w:type="dxa"/>
              <w:bottom w:w="70" w:type="dxa"/>
              <w:right w:w="90" w:type="dxa"/>
            </w:tcMar>
            <w:vAlign w:val="center"/>
          </w:tcPr>
          <w:p w:rsidR="00352F58" w:rsidRDefault="00A05481">
            <w:r>
              <w:t>- Tổ trưởng lần lượt báo cáo; các thành viên lắng nghe và bổ sung.</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t>- GV mời lớp trưởng tổng hợp và nêu nhận xét chung.</w:t>
            </w:r>
          </w:p>
        </w:tc>
        <w:tc>
          <w:tcPr>
            <w:tcW w:w="4586" w:type="dxa"/>
            <w:shd w:val="clear" w:color="auto" w:fill="auto"/>
            <w:tcMar>
              <w:top w:w="70" w:type="dxa"/>
              <w:left w:w="90" w:type="dxa"/>
              <w:bottom w:w="70" w:type="dxa"/>
              <w:right w:w="90" w:type="dxa"/>
            </w:tcMar>
            <w:vAlign w:val="center"/>
          </w:tcPr>
          <w:p w:rsidR="00352F58" w:rsidRDefault="00A05481">
            <w:r>
              <w:t>- Lớp trưởng tổng hợp tình hình, tuyên dương việc làm tốt và nhắc lại những tồn tại.</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t>- GV nhận xét chung, biểu dương HS tiến bộ và nhắc nhở những nội dung cần điều chỉnh.</w:t>
            </w:r>
          </w:p>
        </w:tc>
        <w:tc>
          <w:tcPr>
            <w:tcW w:w="4586" w:type="dxa"/>
            <w:shd w:val="clear" w:color="auto" w:fill="auto"/>
            <w:tcMar>
              <w:top w:w="70" w:type="dxa"/>
              <w:left w:w="90" w:type="dxa"/>
              <w:bottom w:w="70" w:type="dxa"/>
              <w:right w:w="90" w:type="dxa"/>
            </w:tcMar>
            <w:vAlign w:val="center"/>
          </w:tcPr>
          <w:p w:rsidR="00352F58" w:rsidRDefault="00A05481">
            <w:r>
              <w:t>- HS lắng nghe, rút kinh nghiệm và tự đánh giá bản thân.</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rPr>
                <w:b/>
              </w:rPr>
              <w:t>2.2. Phương hướng hoạt động tuần 4</w:t>
            </w:r>
          </w:p>
        </w:tc>
        <w:tc>
          <w:tcPr>
            <w:tcW w:w="4586" w:type="dxa"/>
            <w:shd w:val="clear" w:color="auto" w:fill="auto"/>
            <w:tcMar>
              <w:top w:w="70" w:type="dxa"/>
              <w:left w:w="90" w:type="dxa"/>
              <w:bottom w:w="70" w:type="dxa"/>
              <w:right w:w="90" w:type="dxa"/>
            </w:tcMar>
            <w:vAlign w:val="center"/>
          </w:tcPr>
          <w:p w:rsidR="00352F58" w:rsidRDefault="00A05481">
            <w:r>
              <w:t>- HS chuẩn bị đề xuất giải pháp thực hiện nhiệm vụ tuần 4.</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t>- GV yêu cầu HS nhắc lại những tồn tại trong tuần 3.</w:t>
            </w:r>
          </w:p>
        </w:tc>
        <w:tc>
          <w:tcPr>
            <w:tcW w:w="4586" w:type="dxa"/>
            <w:shd w:val="clear" w:color="auto" w:fill="auto"/>
            <w:tcMar>
              <w:top w:w="70" w:type="dxa"/>
              <w:left w:w="90" w:type="dxa"/>
              <w:bottom w:w="70" w:type="dxa"/>
              <w:right w:w="90" w:type="dxa"/>
            </w:tcMar>
            <w:vAlign w:val="center"/>
          </w:tcPr>
          <w:p w:rsidR="00352F58" w:rsidRDefault="00A05481">
            <w:r>
              <w:t>- HS lần lượt nêu những nội dung lớp hoặc bản thân cần khắc phục.</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lastRenderedPageBreak/>
              <w:t>- GV hỏi: Trong tuần 4, chúng ta cần làm gì để thực hiện tốt nền nếp, học tập và phong trào của lớp?</w:t>
            </w:r>
          </w:p>
        </w:tc>
        <w:tc>
          <w:tcPr>
            <w:tcW w:w="4586" w:type="dxa"/>
            <w:shd w:val="clear" w:color="auto" w:fill="auto"/>
            <w:tcMar>
              <w:top w:w="70" w:type="dxa"/>
              <w:left w:w="90" w:type="dxa"/>
              <w:bottom w:w="70" w:type="dxa"/>
              <w:right w:w="90" w:type="dxa"/>
            </w:tcMar>
            <w:vAlign w:val="center"/>
          </w:tcPr>
          <w:p w:rsidR="00352F58" w:rsidRDefault="00A05481">
            <w:r>
              <w:t>- HS thảo luận, nêu biện pháp: đi học đúng giờ, chuẩn bị đồ dùng, giữ trật tự, học tập tích cực, đoàn kết và hoàn thành nhiệm vụ.</w:t>
            </w:r>
          </w:p>
        </w:tc>
      </w:tr>
      <w:tr w:rsidR="00352F58" w:rsidTr="00910232">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GV tổng hợp ý kiến, chốt phương hướng hoạt động tuần 4 và mời cả lớp biểu quyết.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352F58" w:rsidRDefault="00A05481">
            <w:r>
              <w:t>- HS ghi nhớ phương hướng và biểu quyết thực hiện bằng cách giơ tay.</w:t>
            </w:r>
          </w:p>
        </w:tc>
      </w:tr>
      <w:tr w:rsidR="00352F58" w:rsidTr="00910232">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
              <w:rPr>
                <w:b/>
              </w:rPr>
              <w:t>3. CHIA SẺ THU HOẠCH SAU TRẢI NGHIỆM LẦN TRƯỚC</w:t>
            </w:r>
            <w:r>
              <w:rPr>
                <w:b/>
              </w:rPr>
              <w:br/>
              <w:t>Chia sẻ cách làm xiếc bóng của gia đình em</w:t>
            </w:r>
          </w:p>
          <w:p w:rsidR="00352F58" w:rsidRDefault="00A05481">
            <w:r>
              <w:rPr>
                <w:b/>
              </w:rPr>
              <w:t xml:space="preserve">- Mục tiêu: </w:t>
            </w:r>
            <w:r>
              <w:t>HS chia sẻ kết quả luyện tập xiếc bóng, trình bày được cách tạo hình con vật bằng đôi bàn tay và tự tin thể hiện trước nhóm, trước lớp.</w:t>
            </w:r>
          </w:p>
          <w:p w:rsidR="00352F58" w:rsidRDefault="00A05481">
            <w:r>
              <w:rPr>
                <w:b/>
                <w:color w:val="FF0000"/>
              </w:rPr>
              <w:t xml:space="preserve">Mục tiêu tích hợp: </w:t>
            </w:r>
            <w:r>
              <w:rPr>
                <w:color w:val="FF0000"/>
              </w:rPr>
              <w:t>HS hiểu robot hoặc hệ thống AI chỉ có thể mô phỏng động tác sau khi được con người cung cấp nhiều ví dụ, hướng dẫn và dữ liệu; biết con người vẫn phải kiểm tra, điều chỉnh kết quả.</w:t>
            </w:r>
          </w:p>
          <w:p w:rsidR="00352F58" w:rsidRDefault="00A05481">
            <w:r>
              <w:rPr>
                <w:b/>
                <w:i/>
              </w:rPr>
              <w:t>* Cách tiến hành:</w:t>
            </w:r>
          </w:p>
        </w:tc>
      </w:tr>
      <w:tr w:rsidR="00352F58" w:rsidTr="00910232">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
              <w:t>- GV yêu cầu HS làm việc theo nhóm tổ và giao nhiệm vụ: Mỗi tổ là một “gia đình loài vật”, mỗi HS tạo bóng một con vật bằng đôi bàn tay.</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
              <w:t>- HS về nhóm, lựa chọn con vật và chuẩn bị thể hiện.</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r>
              <w:t>- GV mời từng HS thể hiện bóng con vật và giới thiệu: “Chào các bạn! Mình là ...”.</w:t>
            </w:r>
          </w:p>
        </w:tc>
        <w:tc>
          <w:tcPr>
            <w:tcW w:w="4586" w:type="dxa"/>
            <w:shd w:val="clear" w:color="auto" w:fill="auto"/>
            <w:tcMar>
              <w:top w:w="70" w:type="dxa"/>
              <w:left w:w="90" w:type="dxa"/>
              <w:bottom w:w="70" w:type="dxa"/>
              <w:right w:w="90" w:type="dxa"/>
            </w:tcMar>
            <w:vAlign w:val="center"/>
          </w:tcPr>
          <w:p w:rsidR="00352F58" w:rsidRDefault="00A05481">
            <w:r>
              <w:t>- HS lần lượt tạo bóng con vật, giới thiệu sáng tạo và cổ vũ bạn.</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t>- GV mời HS chia sẻ cách đặt tay, thay đổi khoảng cách với nguồn sáng và điều chỉnh động tác để tạo hình rõ hơn.</w:t>
            </w:r>
          </w:p>
        </w:tc>
        <w:tc>
          <w:tcPr>
            <w:tcW w:w="4586" w:type="dxa"/>
            <w:shd w:val="clear" w:color="auto" w:fill="auto"/>
            <w:tcMar>
              <w:top w:w="70" w:type="dxa"/>
              <w:left w:w="90" w:type="dxa"/>
              <w:bottom w:w="70" w:type="dxa"/>
              <w:right w:w="90" w:type="dxa"/>
            </w:tcMar>
            <w:vAlign w:val="center"/>
          </w:tcPr>
          <w:p w:rsidR="00352F58" w:rsidRDefault="00A05481">
            <w:r>
              <w:t>- HS nêu kinh nghiệm đã luyện tập cùng gia đình và thực hành điều chỉnh động tác.</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t>- GV cho HS xem một đoạn video ngắn robot mô phỏng động tác tay người và yêu cầu HS quan sát cách robot thực hiện.</w:t>
            </w:r>
          </w:p>
        </w:tc>
        <w:tc>
          <w:tcPr>
            <w:tcW w:w="4586" w:type="dxa"/>
            <w:shd w:val="clear" w:color="auto" w:fill="auto"/>
            <w:tcMar>
              <w:top w:w="70" w:type="dxa"/>
              <w:left w:w="90" w:type="dxa"/>
              <w:bottom w:w="70" w:type="dxa"/>
              <w:right w:w="90" w:type="dxa"/>
            </w:tcMar>
            <w:vAlign w:val="center"/>
          </w:tcPr>
          <w:p w:rsidR="00352F58" w:rsidRDefault="00A05481">
            <w:r>
              <w:t>- HS quan sát, so sánh động tác của robot với động tác tay người.</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
              <w:rPr>
                <w:b/>
                <w:color w:val="FF0000"/>
              </w:rPr>
              <w:t xml:space="preserve">Câu hỏi dẫn tích hợp: </w:t>
            </w:r>
            <w:r>
              <w:rPr>
                <w:color w:val="FF0000"/>
              </w:rPr>
              <w:t>Robot có tự nhiên biết làm động tác của bàn tay người không? Muốn robot thực hiện đúng, con người phải cung cấp cho máy những gì và cần làm gì khi máy làm chưa đúng?</w:t>
            </w:r>
          </w:p>
        </w:tc>
        <w:tc>
          <w:tcPr>
            <w:tcW w:w="4586" w:type="dxa"/>
            <w:shd w:val="clear" w:color="auto" w:fill="auto"/>
            <w:tcMar>
              <w:top w:w="70" w:type="dxa"/>
              <w:left w:w="90" w:type="dxa"/>
              <w:bottom w:w="70" w:type="dxa"/>
              <w:right w:w="90" w:type="dxa"/>
            </w:tcMar>
            <w:vAlign w:val="center"/>
          </w:tcPr>
          <w:p w:rsidR="00352F58" w:rsidRDefault="00A05481">
            <w:r>
              <w:t>- HS nêu: robot cần được con người cho xem nhiều ví dụ, ghi lại động tác, hướng dẫn từng bước; khi máy làm sai cần kiểm tra và điều chỉnh.</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rPr>
                <w:b/>
                <w:color w:val="FF0000"/>
              </w:rPr>
              <w:lastRenderedPageBreak/>
              <w:t xml:space="preserve">Diễn giải tích hợp: </w:t>
            </w:r>
            <w:r>
              <w:rPr>
                <w:color w:val="FF0000"/>
              </w:rPr>
              <w:t>GV giải thích hình ảnh, video, vị trí các ngón tay và chuỗi động tác mà con người cung cấp cho máy được gọi là dữ liệu hoặc ví dụ dùng để “dạy” AI. AI không tự hiểu động tác như con người mà tìm quy luật từ những ví dụ đã có để dự đoán và mô phỏng. Nếu dữ liệu quá ít, không rõ hoặc chỉ có một kiểu động tác, robot có thể thực hiện sai, chậm hoặc không phù hợp. Vì vậy, con người cần cung cấp nhiều ví dụ đúng, hướng dẫn rõ ràng, quan sát kết quả, phát hiện lỗi và tiếp tục điều chỉnh. GV nhấn mạnh AI là công cụ hỗ trợ; sự khéo léo, sáng tạo, cảm nhận và trách nhiệm kiểm tra vẫn thuộc về con người.</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lắng nghe, nêu được: AI cần dữ liệu để học; con người cần hướng dẫn và kiểm tra kết quả máy thực hiện.</w:t>
            </w:r>
          </w:p>
        </w:tc>
      </w:tr>
      <w:tr w:rsidR="00352F58" w:rsidTr="00910232">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GV nhận xét, khích lệ sự sáng tạo và kết luận: Đôi bàn tay được luyện tập có thể tạo nên nhiều hình ảnh, sản phẩm thú vị.</w:t>
            </w:r>
          </w:p>
        </w:tc>
        <w:tc>
          <w:tcPr>
            <w:tcW w:w="4586" w:type="dxa"/>
            <w:tcBorders>
              <w:bottom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HS lắng nghe, tự đánh giá và chia sẻ niềm vui sau hoạt động.</w:t>
            </w:r>
          </w:p>
        </w:tc>
      </w:tr>
      <w:tr w:rsidR="00352F58" w:rsidTr="00910232">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sidP="00910232">
            <w:r>
              <w:rPr>
                <w:b/>
              </w:rPr>
              <w:t>4. HOẠT ĐỘNG NHÓM</w:t>
            </w:r>
            <w:r>
              <w:rPr>
                <w:b/>
              </w:rPr>
              <w:br/>
              <w:t>BỨC TRANH SÁNG TẠO</w:t>
            </w:r>
          </w:p>
          <w:p w:rsidR="00352F58" w:rsidRDefault="00A05481" w:rsidP="00910232">
            <w:pPr>
              <w:jc w:val="both"/>
            </w:pPr>
            <w:r>
              <w:rPr>
                <w:b/>
              </w:rPr>
              <w:t xml:space="preserve">- Mục tiêu: </w:t>
            </w:r>
            <w:r>
              <w:t>HS hợp tác lựa chọn ý tưởng, sử dụng vật liệu an toàn và trang trí được một bức tranh; biết giới thiệu, nhận xét sản phẩm bằng lời tích cực.</w:t>
            </w:r>
          </w:p>
          <w:p w:rsidR="00352F58" w:rsidRDefault="00A05481" w:rsidP="00910232">
            <w:pPr>
              <w:jc w:val="both"/>
            </w:pPr>
            <w:r>
              <w:rPr>
                <w:b/>
                <w:i/>
              </w:rPr>
              <w:t>* Cách tiến hành:</w:t>
            </w:r>
          </w:p>
        </w:tc>
      </w:tr>
      <w:tr w:rsidR="00352F58" w:rsidTr="00910232">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GV mời các nhóm thảo luận, lựa chọn tranh nền và thống nhất ý tưởng trang trí.</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HS bàn bạc, lựa chọn hình con vật, bông hoa, ngôi nhà hoặc cây và phân công nhiệm vụ.</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nhắc HS tuân thủ nguyên tắc an toàn: không cho hạt vào mũi, miệng; không ném hạt; không đùa nghịch khi sử dụng kéo, keo dán.</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nhắc lại quy tắc an toàn và sắp xếp vật liệu gọn gàng.</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phát hạt đỗ, gạo, lá khô hoặc vật liệu phù hợp cho từng nhóm và hướng dẫn quét keo vừa đủ, gắn vật liệu cẩn thận.</w:t>
            </w:r>
          </w:p>
          <w:p w:rsidR="00352F58" w:rsidRDefault="00352F58" w:rsidP="00910232">
            <w:pPr>
              <w:jc w:val="both"/>
            </w:pP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nhận vật liệu, thực hiện trang trí theo phân công và hỗ trợ bạn trong nhóm.</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quan sát, hỗ trợ HS điều chỉnh cách sắp xếp vật liệu và nhắc nhóm giữ vệ sinh.</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chủ động điều chỉnh sản phẩm, thu gom vật liệu rơi và giữ bàn học sạch sẽ.</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lastRenderedPageBreak/>
              <w:t>- GV cho các nhóm trưng bày, giới thiệu ý tưởng và cách làm.</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Đại diện nhóm giới thiệu bức tranh; các thành viên bổ sung khi cần.</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mời lớp nhận xét theo tiêu chí: đúng ý tưởng, khéo léo, sạch đẹp, sáng tạo và hợp tác tốt.</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nhận xét lịch sự, nêu điểm mình thích và góp ý cụ thể cho nhóm bạn.</w:t>
            </w:r>
          </w:p>
        </w:tc>
      </w:tr>
      <w:tr w:rsidR="00352F58" w:rsidTr="00910232">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GV khen ngợi sản phẩm và nhấn mạnh mỗi sản phẩm đều đáng trân trọng khi được tạo nên từ sự cố gắng chân chính.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HS lắng nghe, cổ vũ các nhóm và cùng thu dọn khu vực hoạt động.</w:t>
            </w:r>
          </w:p>
        </w:tc>
      </w:tr>
      <w:tr w:rsidR="00352F58" w:rsidTr="00910232">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352F58" w:rsidRDefault="00A05481" w:rsidP="00910232">
            <w:pPr>
              <w:jc w:val="both"/>
            </w:pPr>
            <w:bookmarkStart w:id="0" w:name="_GoBack"/>
            <w:r>
              <w:rPr>
                <w:b/>
              </w:rPr>
              <w:t>5. HOẠT ĐỘNG SAU GIỜ HỌC</w:t>
            </w:r>
          </w:p>
          <w:p w:rsidR="00352F58" w:rsidRDefault="00A05481" w:rsidP="00910232">
            <w:pPr>
              <w:jc w:val="both"/>
            </w:pPr>
            <w:r>
              <w:rPr>
                <w:b/>
              </w:rPr>
              <w:t xml:space="preserve">- Mục tiêu: </w:t>
            </w:r>
            <w:r>
              <w:t>HS tiếp tục vận dụng sự khéo léo, cẩn thận và sáng tạo; biết thu nhặt, sắp xếp vật liệu có thể tái sử dụng cho hoạt động sau.</w:t>
            </w:r>
          </w:p>
          <w:p w:rsidR="00352F58" w:rsidRDefault="00A05481" w:rsidP="00910232">
            <w:pPr>
              <w:jc w:val="both"/>
            </w:pPr>
            <w:r>
              <w:rPr>
                <w:b/>
                <w:i/>
              </w:rPr>
              <w:t>* Cách tiến hành:</w:t>
            </w:r>
          </w:p>
        </w:tc>
      </w:tr>
      <w:bookmarkEnd w:id="0"/>
      <w:tr w:rsidR="00352F58" w:rsidTr="00910232">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GV hỏi: Sau bài học hôm nay, em có thể luyện tập việc gì để đôi bàn tay khéo léo hơn?</w:t>
            </w:r>
          </w:p>
        </w:tc>
        <w:tc>
          <w:tcPr>
            <w:tcW w:w="4586" w:type="dxa"/>
            <w:tcBorders>
              <w:top w:val="single" w:sz="6" w:space="0" w:color="000000"/>
            </w:tcBorders>
            <w:shd w:val="clear" w:color="auto" w:fill="auto"/>
            <w:tcMar>
              <w:top w:w="70" w:type="dxa"/>
              <w:left w:w="90" w:type="dxa"/>
              <w:bottom w:w="70" w:type="dxa"/>
              <w:right w:w="90" w:type="dxa"/>
            </w:tcMar>
            <w:vAlign w:val="center"/>
          </w:tcPr>
          <w:p w:rsidR="00352F58" w:rsidRDefault="00A05481" w:rsidP="00910232">
            <w:pPr>
              <w:jc w:val="both"/>
            </w:pPr>
            <w:r>
              <w:t>- HS nêu một việc cụ thể như gấp quần áo, xếp đồ dùng, cắt dán, gấp giấy hoặc giúp việc nhà vừa sức.</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hướng dẫn HS tự làm “Hộp sáng tạo” để thu nhặt những vật liệu sạch, an toàn có thể tái sử dụng như viên sỏi, cúc áo, lá cây khô, lõi giấy.</w:t>
            </w:r>
          </w:p>
          <w:p w:rsidR="00352F58" w:rsidRDefault="00352F58" w:rsidP="00910232">
            <w:pPr>
              <w:jc w:val="both"/>
            </w:pP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lắng nghe, lựa chọn hộp phù hợp và dự kiến các vật liệu sẽ thu nhặt.</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gợi ý HS đặt tên riêng, trang trí hộp và nhờ người thân kiểm tra vật liệu trước khi sử dụng.</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nghĩ tên cho hộp, cam kết chỉ thu nhặt vật liệu sạch, an toàn và có sự đồng ý của người lớn.</w:t>
            </w:r>
          </w:p>
        </w:tc>
      </w:tr>
      <w:tr w:rsidR="00352F58" w:rsidTr="00910232">
        <w:trPr>
          <w:cantSplit/>
          <w:jc w:val="center"/>
        </w:trPr>
        <w:tc>
          <w:tcPr>
            <w:tcW w:w="5187" w:type="dxa"/>
            <w:shd w:val="clear" w:color="auto" w:fill="auto"/>
            <w:tcMar>
              <w:top w:w="70" w:type="dxa"/>
              <w:left w:w="90" w:type="dxa"/>
              <w:bottom w:w="70" w:type="dxa"/>
              <w:right w:w="90" w:type="dxa"/>
            </w:tcMar>
            <w:vAlign w:val="center"/>
          </w:tcPr>
          <w:p w:rsidR="00352F58" w:rsidRDefault="00A05481" w:rsidP="00910232">
            <w:pPr>
              <w:jc w:val="both"/>
            </w:pPr>
            <w:r>
              <w:t>- GV dặn HS tiếp tục rèn luyện một việc khéo tay mỗi ngày và chia sẻ kết quả với bạn.</w:t>
            </w:r>
          </w:p>
        </w:tc>
        <w:tc>
          <w:tcPr>
            <w:tcW w:w="4586" w:type="dxa"/>
            <w:shd w:val="clear" w:color="auto" w:fill="auto"/>
            <w:tcMar>
              <w:top w:w="70" w:type="dxa"/>
              <w:left w:w="90" w:type="dxa"/>
              <w:bottom w:w="70" w:type="dxa"/>
              <w:right w:w="90" w:type="dxa"/>
            </w:tcMar>
            <w:vAlign w:val="center"/>
          </w:tcPr>
          <w:p w:rsidR="00352F58" w:rsidRDefault="00A05481" w:rsidP="00910232">
            <w:pPr>
              <w:jc w:val="both"/>
            </w:pPr>
            <w:r>
              <w:t>- HS ghi nhớ, lựa chọn việc làm và thực hiện sau giờ học.</w:t>
            </w:r>
          </w:p>
        </w:tc>
      </w:tr>
    </w:tbl>
    <w:p w:rsidR="00352F58" w:rsidRDefault="00A05481" w:rsidP="00910232">
      <w:pPr>
        <w:jc w:val="both"/>
      </w:pPr>
      <w:r>
        <w:rPr>
          <w:b/>
          <w:color w:val="FF0000"/>
        </w:rPr>
        <w:t>IV. ĐIỀU CHỈNH SAU BÀI DẠY:</w:t>
      </w:r>
    </w:p>
    <w:p w:rsidR="00352F58" w:rsidRDefault="00A05481">
      <w:r>
        <w:t>................................................................................................................</w:t>
      </w:r>
    </w:p>
    <w:p w:rsidR="00352F58" w:rsidRDefault="00A05481">
      <w:r>
        <w:t>................................................................................................................</w:t>
      </w:r>
    </w:p>
    <w:p w:rsidR="00352F58" w:rsidRDefault="00A05481">
      <w:r>
        <w:t>................................................................................................................</w:t>
      </w:r>
    </w:p>
    <w:sectPr w:rsidR="00352F58"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52F58"/>
    <w:rsid w:val="00910232"/>
    <w:rsid w:val="00A05481"/>
    <w:rsid w:val="00AA1D8D"/>
    <w:rsid w:val="00AC027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C027D"/>
    <w:rPr>
      <w:rFonts w:ascii="Tahoma" w:hAnsi="Tahoma" w:cs="Tahoma"/>
      <w:sz w:val="16"/>
      <w:szCs w:val="16"/>
    </w:rPr>
  </w:style>
  <w:style w:type="character" w:customStyle="1" w:styleId="BalloonTextChar">
    <w:name w:val="Balloon Text Char"/>
    <w:basedOn w:val="DefaultParagraphFont"/>
    <w:link w:val="BalloonText"/>
    <w:uiPriority w:val="99"/>
    <w:semiHidden/>
    <w:rsid w:val="00AC027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C027D"/>
    <w:rPr>
      <w:rFonts w:ascii="Tahoma" w:hAnsi="Tahoma" w:cs="Tahoma"/>
      <w:sz w:val="16"/>
      <w:szCs w:val="16"/>
    </w:rPr>
  </w:style>
  <w:style w:type="character" w:customStyle="1" w:styleId="BalloonTextChar">
    <w:name w:val="Balloon Text Char"/>
    <w:basedOn w:val="DefaultParagraphFont"/>
    <w:link w:val="BalloonText"/>
    <w:uiPriority w:val="99"/>
    <w:semiHidden/>
    <w:rsid w:val="00AC027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4D3D8-F931-4092-9E65-B7BC19D8F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3561</Words>
  <Characters>20303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HĐTN 2 - Tuần 3 - Tiết 1 SHDC đã rà soát hình thức tổ chức</vt:lpstr>
    </vt:vector>
  </TitlesOfParts>
  <Manager/>
  <Company/>
  <LinksUpToDate>false</LinksUpToDate>
  <CharactersWithSpaces>23817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 Tuần 3 - Tiết 1 SHDC đã rà soát hình thức tổ chức</dc:title>
  <dc:subject>TRÌNH DIỄN SÂN KHẤU</dc:subject>
  <dc:creator>Nguyễn Bảo Trân</dc:creator>
  <cp:keywords/>
  <dc:description>generated by python-docx</dc:description>
  <cp:lastModifiedBy>Administrator</cp:lastModifiedBy>
  <cp:revision>3</cp:revision>
  <dcterms:created xsi:type="dcterms:W3CDTF">2026-06-12T21:44:00Z</dcterms:created>
  <dcterms:modified xsi:type="dcterms:W3CDTF">2026-08-17T10:29:00Z</dcterms:modified>
  <cp:category/>
</cp:coreProperties>
</file>