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C17F8" w14:textId="77777777" w:rsidR="00CE11A2" w:rsidRDefault="00000000">
      <w:pPr>
        <w:spacing w:after="240"/>
        <w:jc w:val="center"/>
      </w:pPr>
      <w:r>
        <w:rPr>
          <w:b/>
          <w:sz w:val="28"/>
        </w:rPr>
        <w:t>[TÍTULO DO TRABALHO]</w:t>
      </w:r>
    </w:p>
    <w:p w14:paraId="70F065C0" w14:textId="77777777" w:rsidR="00CE11A2" w:rsidRDefault="00000000">
      <w:pPr>
        <w:spacing w:after="240"/>
        <w:jc w:val="center"/>
      </w:pPr>
      <w:r>
        <w:t>[Nome completo do primeiro autor]</w:t>
      </w:r>
      <w:r>
        <w:rPr>
          <w:vertAlign w:val="superscript"/>
        </w:rPr>
        <w:t>1</w:t>
      </w:r>
      <w:r>
        <w:t>; [Nome completo do coautor]</w:t>
      </w:r>
      <w:r>
        <w:rPr>
          <w:vertAlign w:val="superscript"/>
        </w:rPr>
        <w:t>2</w:t>
      </w:r>
      <w:r>
        <w:t>; [Nome completo do orientador]</w:t>
      </w:r>
      <w:r>
        <w:rPr>
          <w:vertAlign w:val="superscript"/>
        </w:rPr>
        <w:t>1</w:t>
      </w:r>
    </w:p>
    <w:p w14:paraId="517C5CBA" w14:textId="77777777" w:rsidR="00CE11A2" w:rsidRDefault="00000000">
      <w:pPr>
        <w:spacing w:after="240"/>
        <w:jc w:val="center"/>
      </w:pPr>
      <w:r>
        <w:rPr>
          <w:i/>
          <w:vertAlign w:val="superscript"/>
        </w:rPr>
        <w:t>1</w:t>
      </w:r>
      <w:r>
        <w:rPr>
          <w:i/>
        </w:rPr>
        <w:t xml:space="preserve">[Departamento ou programa, instituição]; </w:t>
      </w:r>
      <w:r>
        <w:rPr>
          <w:i/>
          <w:vertAlign w:val="superscript"/>
        </w:rPr>
        <w:t>2</w:t>
      </w:r>
      <w:r>
        <w:rPr>
          <w:i/>
        </w:rPr>
        <w:t>[Departamento ou programa, instituição]</w:t>
      </w:r>
    </w:p>
    <w:p w14:paraId="2AFE2DA7" w14:textId="77777777" w:rsidR="00CE11A2" w:rsidRDefault="00000000">
      <w:pPr>
        <w:spacing w:after="240"/>
        <w:ind w:firstLine="709"/>
        <w:jc w:val="both"/>
      </w:pPr>
      <w:r>
        <w:t>[Substitua este texto pelo resumo do trabalho, escrito em um único parágrafo. Inicie com uma breve contextualização do tema e apresente o objetivo do estudo. Em seguida, descreva os procedimentos metodológicos essenciais, os principais resultados e a conclusão, em uma sequência lógica, sem subtítulos. Utilize linguagem clara e concisa, explicando as siglas na primeira ocorrência e aplicando itálico aos nomes científicos. Mantenha a fonte Times New Roman, tamanho 12, o alinhamento justificado, o espaçamento simples e o recuo de 1,25 cm na primeira linha. O título deve ser claro e conciso, em letras maiúsculas, negrito, tamanho 14 e centralizado. Informe os nomes completos dos autores e relacione suas afiliações por números sobrescritos. Substitua todos os campos entre colchetes e exclua estas orientações antes de salvar. O documento completo, incluindo título, autores e afiliações, deve ocupar no máximo uma página A4. Preserve as margens e a formatação deste modelo. Após a revisão, exporte o arquivo para PDF e confira se o conteúdo permanece em uma única página. Anexe somente o PDF no momento da submissão.]</w:t>
      </w:r>
    </w:p>
    <w:sectPr w:rsidR="00CE11A2" w:rsidSect="00034616">
      <w:headerReference w:type="default" r:id="rId8"/>
      <w:footerReference w:type="default" r:id="rId9"/>
      <w:pgSz w:w="11906" w:h="16838"/>
      <w:pgMar w:top="1417" w:right="1417" w:bottom="1417" w:left="1701" w:header="3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49640" w14:textId="77777777" w:rsidR="00AF20BF" w:rsidRDefault="00AF20BF">
      <w:r>
        <w:separator/>
      </w:r>
    </w:p>
  </w:endnote>
  <w:endnote w:type="continuationSeparator" w:id="0">
    <w:p w14:paraId="099E26B8" w14:textId="77777777" w:rsidR="00AF20BF" w:rsidRDefault="00AF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2F45E" w14:textId="77777777" w:rsidR="00CE11A2" w:rsidRDefault="00000000">
    <w:pPr>
      <w:pStyle w:val="Rodap"/>
    </w:pPr>
    <w:r>
      <w:rPr>
        <w:noProof/>
      </w:rPr>
      <w:drawing>
        <wp:anchor distT="0" distB="0" distL="0" distR="0" simplePos="0" relativeHeight="251660288" behindDoc="1" locked="0" layoutInCell="1" allowOverlap="1" wp14:anchorId="418028A9" wp14:editId="6CA4B05C">
          <wp:simplePos x="0" y="0"/>
          <wp:positionH relativeFrom="page">
            <wp:posOffset>3456000</wp:posOffset>
          </wp:positionH>
          <wp:positionV relativeFrom="page">
            <wp:posOffset>10080000</wp:posOffset>
          </wp:positionV>
          <wp:extent cx="827999" cy="361428"/>
          <wp:effectExtent l="0" t="0" r="0" b="0"/>
          <wp:wrapNone/>
          <wp:docPr id="578815834" name="Picture 1" descr="Marca discreta da III Mostra Científica do PPGBTox no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III_Mostra_PPGBTox_Transparente.png"/>
                  <pic:cNvPicPr/>
                </pic:nvPicPr>
                <pic:blipFill>
                  <a:blip r:embed="rId1">
                    <a:grayscl/>
                    <a:lum bright="30000" contrast="-40000"/>
                  </a:blip>
                  <a:srcRect l="12500" t="30550" r="11900" b="36450"/>
                  <a:stretch>
                    <a:fillRect/>
                  </a:stretch>
                </pic:blipFill>
                <pic:spPr>
                  <a:xfrm>
                    <a:off x="0" y="0"/>
                    <a:ext cx="827999" cy="3614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266EB" w14:textId="77777777" w:rsidR="00AF20BF" w:rsidRDefault="00AF20BF">
      <w:r>
        <w:separator/>
      </w:r>
    </w:p>
  </w:footnote>
  <w:footnote w:type="continuationSeparator" w:id="0">
    <w:p w14:paraId="7203CBD8" w14:textId="77777777" w:rsidR="00AF20BF" w:rsidRDefault="00AF2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B3981" w14:textId="3E21D271" w:rsidR="00CE11A2" w:rsidRPr="00B45DD1" w:rsidRDefault="00B45DD1" w:rsidP="00B45DD1">
    <w:pPr>
      <w:spacing w:before="120"/>
      <w:ind w:right="1133"/>
      <w:jc w:val="center"/>
      <w:rPr>
        <w:sz w:val="28"/>
        <w:szCs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3C23A992" wp14:editId="5F847E8B">
          <wp:simplePos x="0" y="0"/>
          <wp:positionH relativeFrom="page">
            <wp:posOffset>5291455</wp:posOffset>
          </wp:positionH>
          <wp:positionV relativeFrom="page">
            <wp:posOffset>141605</wp:posOffset>
          </wp:positionV>
          <wp:extent cx="1367790" cy="596900"/>
          <wp:effectExtent l="0" t="0" r="3810" b="0"/>
          <wp:wrapNone/>
          <wp:docPr id="2" name="Picture 2" descr="Logo da III Mostra Científica do PPGBTo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III_Mostra_PPGBTox_Transparente.png"/>
                  <pic:cNvPicPr/>
                </pic:nvPicPr>
                <pic:blipFill>
                  <a:blip r:embed="rId1"/>
                  <a:srcRect l="12500" t="30550" r="11900" b="36450"/>
                  <a:stretch>
                    <a:fillRect/>
                  </a:stretch>
                </pic:blipFill>
                <pic:spPr>
                  <a:xfrm>
                    <a:off x="0" y="0"/>
                    <a:ext cx="1367790" cy="596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216" behindDoc="1" locked="0" layoutInCell="1" allowOverlap="1" wp14:anchorId="197A551E" wp14:editId="768CB9CB">
          <wp:simplePos x="0" y="0"/>
          <wp:positionH relativeFrom="page">
            <wp:posOffset>1076325</wp:posOffset>
          </wp:positionH>
          <wp:positionV relativeFrom="page">
            <wp:posOffset>114300</wp:posOffset>
          </wp:positionV>
          <wp:extent cx="704851" cy="685800"/>
          <wp:effectExtent l="0" t="0" r="0" b="0"/>
          <wp:wrapNone/>
          <wp:docPr id="1" name="Picture 1" descr="Brasão da Universidade Federal de Santa Mar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FSM_original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04851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b/>
        <w:color w:val="444444"/>
        <w:sz w:val="18"/>
      </w:rPr>
      <w:t>I</w:t>
    </w:r>
    <w:r w:rsidR="00000000" w:rsidRPr="00B45DD1">
      <w:rPr>
        <w:b/>
        <w:color w:val="444444"/>
        <w:sz w:val="20"/>
        <w:szCs w:val="24"/>
      </w:rPr>
      <w:t xml:space="preserve">II MOSTRA CIENTÍFICA DO </w:t>
    </w:r>
    <w:proofErr w:type="spellStart"/>
    <w:r w:rsidR="00000000" w:rsidRPr="00B45DD1">
      <w:rPr>
        <w:b/>
        <w:color w:val="444444"/>
        <w:sz w:val="20"/>
        <w:szCs w:val="24"/>
      </w:rPr>
      <w:t>PPGBTox</w:t>
    </w:r>
    <w:proofErr w:type="spellEnd"/>
    <w:r w:rsidR="00000000" w:rsidRPr="00B45DD1">
      <w:rPr>
        <w:color w:val="444444"/>
        <w:sz w:val="18"/>
        <w:szCs w:val="24"/>
      </w:rPr>
      <w:br/>
      <w:t>Universidade Federal de Santa Maria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5274577">
    <w:abstractNumId w:val="8"/>
  </w:num>
  <w:num w:numId="2" w16cid:durableId="1142382578">
    <w:abstractNumId w:val="6"/>
  </w:num>
  <w:num w:numId="3" w16cid:durableId="1388533508">
    <w:abstractNumId w:val="5"/>
  </w:num>
  <w:num w:numId="4" w16cid:durableId="1289050724">
    <w:abstractNumId w:val="4"/>
  </w:num>
  <w:num w:numId="5" w16cid:durableId="716395549">
    <w:abstractNumId w:val="7"/>
  </w:num>
  <w:num w:numId="6" w16cid:durableId="1795296331">
    <w:abstractNumId w:val="3"/>
  </w:num>
  <w:num w:numId="7" w16cid:durableId="136267977">
    <w:abstractNumId w:val="2"/>
  </w:num>
  <w:num w:numId="8" w16cid:durableId="350884471">
    <w:abstractNumId w:val="1"/>
  </w:num>
  <w:num w:numId="9" w16cid:durableId="1068917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AF20BF"/>
    <w:rsid w:val="00B45DD1"/>
    <w:rsid w:val="00B47730"/>
    <w:rsid w:val="00CB0664"/>
    <w:rsid w:val="00CE11A2"/>
    <w:rsid w:val="00E82A7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A72397"/>
  <w14:defaultImageDpi w14:val="300"/>
  <w15:docId w15:val="{E12CCEEE-208F-4D7D-B799-2671FF5C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Samili Silva</cp:lastModifiedBy>
  <cp:revision>2</cp:revision>
  <dcterms:created xsi:type="dcterms:W3CDTF">2013-12-23T23:15:00Z</dcterms:created>
  <dcterms:modified xsi:type="dcterms:W3CDTF">2026-09-07T17:27:00Z</dcterms:modified>
  <cp:category/>
</cp:coreProperties>
</file>