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96C" w:rsidRDefault="00645CF0">
      <w:pPr>
        <w:jc w:val="center"/>
      </w:pPr>
      <w:r>
        <w:rPr>
          <w:b/>
        </w:rPr>
        <w:t>KẾ HOẠCH BÀI DẠY MÔN TỰ NHIÊN VÀ XÃ HỘI</w:t>
      </w:r>
    </w:p>
    <w:p w:rsidR="0043296C" w:rsidRDefault="00645CF0">
      <w:pPr>
        <w:jc w:val="center"/>
      </w:pPr>
      <w:r>
        <w:rPr>
          <w:b/>
        </w:rPr>
        <w:t>CHỦ ĐỀ 3: CỘNG ĐỒNG ĐỊA PHƯƠNG</w:t>
      </w:r>
    </w:p>
    <w:p w:rsidR="0043296C" w:rsidRDefault="00645CF0">
      <w:pPr>
        <w:jc w:val="center"/>
      </w:pPr>
      <w:r>
        <w:rPr>
          <w:b/>
        </w:rPr>
        <w:t>BÀI 11: CON NGƯỜI NƠI EM SỐNG (TIẾT 1)</w:t>
      </w:r>
    </w:p>
    <w:p w:rsidR="0043296C" w:rsidRDefault="00645CF0">
      <w:r>
        <w:rPr>
          <w:b/>
        </w:rPr>
        <w:t>I. YÊU CẦU CẦN ĐẠT</w:t>
      </w:r>
    </w:p>
    <w:p w:rsidR="0043296C" w:rsidRDefault="00645CF0">
      <w:r>
        <w:rPr>
          <w:b/>
        </w:rPr>
        <w:t>1. Năng lực đặc thù</w:t>
      </w:r>
    </w:p>
    <w:p w:rsidR="0043296C" w:rsidRDefault="00645CF0">
      <w:r>
        <w:t>- Kể được một số công việc của người dân xung quanh và nêu được lợi ích của các công việc đó.</w:t>
      </w:r>
    </w:p>
    <w:p w:rsidR="0043296C" w:rsidRDefault="00645CF0">
      <w:r>
        <w:t>- Nhận biết được một số thiết bị AI hỗ trợ công việc của con người trong cuộc sống.</w:t>
      </w:r>
    </w:p>
    <w:p w:rsidR="0043296C" w:rsidRDefault="00645CF0">
      <w:r>
        <w:t>- Bày tỏ được suy nghĩ về nghề nghiệp và trân trọng người lao động.</w:t>
      </w:r>
    </w:p>
    <w:p w:rsidR="0043296C" w:rsidRDefault="00645CF0">
      <w:r>
        <w:rPr>
          <w:b/>
        </w:rPr>
        <w:t>2. Năng lực chung</w:t>
      </w:r>
    </w:p>
    <w:p w:rsidR="0043296C" w:rsidRDefault="00645CF0">
      <w:r>
        <w:t>- Tự chủ và tự học: Quan sát tranh, video và chủ động nêu ý kiến.</w:t>
      </w:r>
    </w:p>
    <w:p w:rsidR="0043296C" w:rsidRDefault="00645CF0">
      <w:r>
        <w:t>- Giao tiếp và hợp tác: Trao đổi rõ ý, lắng nghe bạn chia sẻ.</w:t>
      </w:r>
    </w:p>
    <w:p w:rsidR="0043296C" w:rsidRDefault="00645CF0">
      <w:r>
        <w:t>- Giải quyết vấn đề và sáng tạo: Liên hệ công việc trong bài học với thực tế xung quanh.</w:t>
      </w:r>
    </w:p>
    <w:p w:rsidR="0043296C" w:rsidRDefault="00645CF0">
      <w:r>
        <w:rPr>
          <w:b/>
        </w:rPr>
        <w:t>3. Phẩm chất</w:t>
      </w:r>
    </w:p>
    <w:p w:rsidR="0043296C" w:rsidRDefault="00645CF0">
      <w:r>
        <w:t>- Nhân ái: Biết ơn và tôn trọng người lao động.</w:t>
      </w:r>
    </w:p>
    <w:p w:rsidR="0043296C" w:rsidRDefault="00645CF0">
      <w:r>
        <w:t>- Chăm chỉ: Tích cực tìm hiểu công việc trong cộng đồng.</w:t>
      </w:r>
    </w:p>
    <w:p w:rsidR="0043296C" w:rsidRDefault="00645CF0">
      <w:r>
        <w:t>- Trách nhiệm: Có thái độ trân trọng thành quả lao động.</w:t>
      </w:r>
    </w:p>
    <w:p w:rsidR="0043296C" w:rsidRDefault="00645CF0">
      <w:r>
        <w:rPr>
          <w:b/>
        </w:rPr>
        <w:t>4. Tích hợp</w:t>
      </w:r>
    </w:p>
    <w:p w:rsidR="0043296C" w:rsidRDefault="00645CF0">
      <w:r>
        <w:rPr>
          <w:color w:val="C00000"/>
        </w:rPr>
        <w:t>- Năng lực số 6.1.CB1a: Nhớ lại được ứng dụng đơn giản của AI trong cuộc sống; hiểu robot hỗ trợ, máy bán hàng tự động là sản phẩm lao động sáng tạo phục vụ xã hội.</w:t>
      </w:r>
    </w:p>
    <w:p w:rsidR="0043296C" w:rsidRDefault="00645CF0">
      <w:r>
        <w:rPr>
          <w:color w:val="C00000"/>
        </w:rPr>
        <w:t>- Tích hợp AI 1.A2.2: Nhận biết và kể tên được một số thiết bị sử dụng AI; biết công việc hiện đại có thể được AI hỗ trợ.</w:t>
      </w:r>
    </w:p>
    <w:p w:rsidR="0043296C" w:rsidRDefault="00645CF0">
      <w:r>
        <w:rPr>
          <w:color w:val="C00000"/>
        </w:rPr>
        <w:t>- Quyền con người: Học sinh có quyền được tìm hiểu, bày tỏ ý kiến về nghề nghiệp trong cộng đồng và biết trân trọng giá trị của người lao động.</w:t>
      </w:r>
    </w:p>
    <w:p w:rsidR="0043296C" w:rsidRDefault="00645CF0">
      <w:r>
        <w:rPr>
          <w:b/>
        </w:rPr>
        <w:t>II. ĐỒ DÙNG DẠY HỌC</w:t>
      </w:r>
    </w:p>
    <w:p w:rsidR="0043296C" w:rsidRDefault="00645CF0">
      <w:r>
        <w:t>- SGK Tự nhiên và Xã hội 1; tranh các công việc trong cộng đồng.</w:t>
      </w:r>
    </w:p>
    <w:p w:rsidR="0043296C" w:rsidRDefault="00645CF0">
      <w:r>
        <w:t>- Tranh hoặc clip ngắn về robot vận chuyển, robot phục vụ hoặc máy bán hàng tự động; thẻ nghề nghiệp.</w:t>
      </w:r>
    </w:p>
    <w:p w:rsidR="0043296C" w:rsidRDefault="00645CF0">
      <w:r>
        <w:t>- Máy tính, máy chiếu (nếu có).</w:t>
      </w:r>
    </w:p>
    <w:p w:rsidR="0043296C" w:rsidRDefault="00645CF0">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44"/>
        <w:gridCol w:w="5241"/>
      </w:tblGrid>
      <w:tr w:rsidR="0043296C" w:rsidTr="00F40863">
        <w:trPr>
          <w:tblHeader/>
          <w:jc w:val="center"/>
        </w:trPr>
        <w:tc>
          <w:tcPr>
            <w:tcW w:w="5244" w:type="dxa"/>
            <w:tcBorders>
              <w:bottom w:val="single" w:sz="4" w:space="0" w:color="auto"/>
            </w:tcBorders>
            <w:shd w:val="clear" w:color="auto" w:fill="auto"/>
            <w:vAlign w:val="center"/>
          </w:tcPr>
          <w:p w:rsidR="0043296C" w:rsidRDefault="00645CF0">
            <w:pPr>
              <w:jc w:val="center"/>
            </w:pPr>
            <w:r>
              <w:rPr>
                <w:b/>
              </w:rPr>
              <w:t>HOẠT ĐỘNG CỦA GIÁO VIÊN</w:t>
            </w:r>
          </w:p>
        </w:tc>
        <w:tc>
          <w:tcPr>
            <w:tcW w:w="4025" w:type="dxa"/>
            <w:tcBorders>
              <w:bottom w:val="single" w:sz="4" w:space="0" w:color="auto"/>
            </w:tcBorders>
            <w:shd w:val="clear" w:color="auto" w:fill="auto"/>
            <w:vAlign w:val="center"/>
          </w:tcPr>
          <w:p w:rsidR="0043296C" w:rsidRDefault="00645CF0">
            <w:pPr>
              <w:jc w:val="center"/>
            </w:pPr>
            <w:r>
              <w:rPr>
                <w:b/>
              </w:rPr>
              <w:t>HOẠT ĐỘNG CỦA HỌC SINH</w:t>
            </w:r>
          </w:p>
        </w:tc>
      </w:tr>
      <w:tr w:rsidR="0043296C" w:rsidTr="00F40863">
        <w:trPr>
          <w:jc w:val="center"/>
        </w:trPr>
        <w:tc>
          <w:tcPr>
            <w:tcW w:w="10482" w:type="dxa"/>
            <w:gridSpan w:val="2"/>
            <w:tcBorders>
              <w:top w:val="single" w:sz="4" w:space="0" w:color="auto"/>
              <w:bottom w:val="single" w:sz="4" w:space="0" w:color="auto"/>
            </w:tcBorders>
            <w:shd w:val="clear" w:color="auto" w:fill="auto"/>
          </w:tcPr>
          <w:p w:rsidR="0043296C" w:rsidRDefault="00645CF0">
            <w:r>
              <w:rPr>
                <w:b/>
              </w:rPr>
              <w:t>1. Khởi động</w:t>
            </w:r>
          </w:p>
          <w:p w:rsidR="0043296C" w:rsidRDefault="00645CF0">
            <w:r>
              <w:rPr>
                <w:b/>
              </w:rPr>
              <w:t>Mục tiêu: Khơi gợi hiểu biết về các công việc quen thuộc xung quanh em.</w:t>
            </w:r>
          </w:p>
        </w:tc>
      </w:tr>
      <w:tr w:rsidR="0043296C" w:rsidTr="00F40863">
        <w:trPr>
          <w:jc w:val="center"/>
        </w:trPr>
        <w:tc>
          <w:tcPr>
            <w:tcW w:w="5241" w:type="dxa"/>
            <w:tcBorders>
              <w:top w:val="single" w:sz="4" w:space="0" w:color="auto"/>
            </w:tcBorders>
            <w:shd w:val="clear" w:color="auto" w:fill="auto"/>
          </w:tcPr>
          <w:p w:rsidR="0043296C" w:rsidRDefault="00645CF0" w:rsidP="00F40863">
            <w:r>
              <w:t>- Quan sát tranh và kể tên những người đang làm việc trong tranh.</w:t>
            </w:r>
          </w:p>
        </w:tc>
        <w:tc>
          <w:tcPr>
            <w:tcW w:w="5241" w:type="dxa"/>
            <w:tcBorders>
              <w:top w:val="single" w:sz="4" w:space="0" w:color="auto"/>
            </w:tcBorders>
            <w:shd w:val="clear" w:color="auto" w:fill="auto"/>
          </w:tcPr>
          <w:p w:rsidR="0043296C" w:rsidRDefault="00645CF0">
            <w:r>
              <w:t>- Có bác sĩ, kĩ sư xây dựng, bác nông dân, chú lính cứu hỏa và công nhân làm việc.</w:t>
            </w:r>
          </w:p>
        </w:tc>
      </w:tr>
      <w:tr w:rsidR="0043296C" w:rsidTr="00F40863">
        <w:trPr>
          <w:jc w:val="center"/>
        </w:trPr>
        <w:tc>
          <w:tcPr>
            <w:tcW w:w="5241" w:type="dxa"/>
            <w:shd w:val="clear" w:color="auto" w:fill="auto"/>
          </w:tcPr>
          <w:p w:rsidR="0043296C" w:rsidRDefault="00645CF0">
            <w:r>
              <w:t>- Em đã gặp người làm công việc nào ở nơi mình sống?</w:t>
            </w:r>
          </w:p>
        </w:tc>
        <w:tc>
          <w:tcPr>
            <w:tcW w:w="5241" w:type="dxa"/>
            <w:shd w:val="clear" w:color="auto" w:fill="auto"/>
          </w:tcPr>
          <w:p w:rsidR="0043296C" w:rsidRDefault="00645CF0">
            <w:r>
              <w:t>- Em đã gặp cô bán hàng, bác bảo vệ, cô lao công, chú cảnh sát giao thông hoặc bác sĩ.</w:t>
            </w:r>
          </w:p>
        </w:tc>
      </w:tr>
      <w:tr w:rsidR="0043296C" w:rsidTr="00F40863">
        <w:trPr>
          <w:jc w:val="center"/>
        </w:trPr>
        <w:tc>
          <w:tcPr>
            <w:tcW w:w="5241" w:type="dxa"/>
            <w:shd w:val="clear" w:color="auto" w:fill="auto"/>
          </w:tcPr>
          <w:p w:rsidR="0043296C" w:rsidRDefault="00645CF0">
            <w:r>
              <w:t>- Mời một số em trình bày; dẫn vào bài học.</w:t>
            </w:r>
          </w:p>
        </w:tc>
        <w:tc>
          <w:tcPr>
            <w:tcW w:w="5241" w:type="dxa"/>
            <w:shd w:val="clear" w:color="auto" w:fill="auto"/>
          </w:tcPr>
          <w:p w:rsidR="0043296C" w:rsidRDefault="00645CF0">
            <w:r>
              <w:t>- Trình bày hiểu biết của mình; lắng nghe.</w:t>
            </w:r>
          </w:p>
        </w:tc>
      </w:tr>
      <w:tr w:rsidR="0043296C" w:rsidTr="00F40863">
        <w:trPr>
          <w:jc w:val="center"/>
        </w:trPr>
        <w:tc>
          <w:tcPr>
            <w:tcW w:w="5241" w:type="dxa"/>
            <w:tcBorders>
              <w:bottom w:val="single" w:sz="4" w:space="0" w:color="auto"/>
            </w:tcBorders>
            <w:shd w:val="clear" w:color="auto" w:fill="auto"/>
          </w:tcPr>
          <w:p w:rsidR="0043296C" w:rsidRDefault="00645CF0">
            <w:r>
              <w:t xml:space="preserve">- Chốt ý, kết luận: Xung quanh chúng ta có nhiều người làm những công việc khác nhau để </w:t>
            </w:r>
            <w:r>
              <w:lastRenderedPageBreak/>
              <w:t>giúp cuộc sống thuận tiện, an toàn và tốt đẹp hơn.</w:t>
            </w:r>
          </w:p>
        </w:tc>
        <w:tc>
          <w:tcPr>
            <w:tcW w:w="5241" w:type="dxa"/>
            <w:tcBorders>
              <w:bottom w:val="single" w:sz="4" w:space="0" w:color="auto"/>
            </w:tcBorders>
            <w:shd w:val="clear" w:color="auto" w:fill="auto"/>
          </w:tcPr>
          <w:p w:rsidR="0043296C" w:rsidRDefault="00645CF0">
            <w:r>
              <w:lastRenderedPageBreak/>
              <w:t>- Ghi nhớ.</w:t>
            </w:r>
          </w:p>
        </w:tc>
      </w:tr>
      <w:tr w:rsidR="0043296C" w:rsidTr="00F40863">
        <w:trPr>
          <w:jc w:val="center"/>
        </w:trPr>
        <w:tc>
          <w:tcPr>
            <w:tcW w:w="10482" w:type="dxa"/>
            <w:gridSpan w:val="2"/>
            <w:tcBorders>
              <w:top w:val="single" w:sz="4" w:space="0" w:color="auto"/>
              <w:bottom w:val="single" w:sz="4" w:space="0" w:color="auto"/>
            </w:tcBorders>
            <w:shd w:val="clear" w:color="auto" w:fill="auto"/>
          </w:tcPr>
          <w:p w:rsidR="0043296C" w:rsidRDefault="00645CF0">
            <w:r>
              <w:rPr>
                <w:b/>
              </w:rPr>
              <w:lastRenderedPageBreak/>
              <w:t>2. Khám phá: Công việc và lợi ích đối với cộng đồng</w:t>
            </w:r>
          </w:p>
          <w:p w:rsidR="0043296C" w:rsidRDefault="00645CF0">
            <w:r>
              <w:rPr>
                <w:b/>
              </w:rPr>
              <w:t>Mục tiêu: Nêu được lợi ích của một số công việc và trân trọng người lao động.</w:t>
            </w:r>
          </w:p>
        </w:tc>
      </w:tr>
      <w:tr w:rsidR="0043296C" w:rsidTr="00F40863">
        <w:trPr>
          <w:jc w:val="center"/>
        </w:trPr>
        <w:tc>
          <w:tcPr>
            <w:tcW w:w="5241" w:type="dxa"/>
            <w:tcBorders>
              <w:top w:val="single" w:sz="4" w:space="0" w:color="auto"/>
            </w:tcBorders>
            <w:shd w:val="clear" w:color="auto" w:fill="auto"/>
          </w:tcPr>
          <w:p w:rsidR="0043296C" w:rsidRDefault="00645CF0">
            <w:r>
              <w:t>- Bác sĩ làm công việc gì? Công việc đó giúp ích gì cho mọi người?</w:t>
            </w:r>
          </w:p>
        </w:tc>
        <w:tc>
          <w:tcPr>
            <w:tcW w:w="5241" w:type="dxa"/>
            <w:tcBorders>
              <w:top w:val="single" w:sz="4" w:space="0" w:color="auto"/>
            </w:tcBorders>
            <w:shd w:val="clear" w:color="auto" w:fill="auto"/>
          </w:tcPr>
          <w:p w:rsidR="0043296C" w:rsidRDefault="00645CF0">
            <w:r>
              <w:t>- Bác sĩ khám và chữa bệnh, giúp mọi người khỏe mạnh.</w:t>
            </w:r>
          </w:p>
        </w:tc>
      </w:tr>
      <w:tr w:rsidR="0043296C" w:rsidTr="00F40863">
        <w:trPr>
          <w:jc w:val="center"/>
        </w:trPr>
        <w:tc>
          <w:tcPr>
            <w:tcW w:w="5241" w:type="dxa"/>
            <w:shd w:val="clear" w:color="auto" w:fill="auto"/>
          </w:tcPr>
          <w:p w:rsidR="0043296C" w:rsidRDefault="00645CF0">
            <w:r>
              <w:t>- Bác nông dân làm công việc gì? Công việc đó mang lại ích lợi gì?</w:t>
            </w:r>
          </w:p>
        </w:tc>
        <w:tc>
          <w:tcPr>
            <w:tcW w:w="5241" w:type="dxa"/>
            <w:shd w:val="clear" w:color="auto" w:fill="auto"/>
          </w:tcPr>
          <w:p w:rsidR="0043296C" w:rsidRDefault="00645CF0">
            <w:r>
              <w:t>- Bác nông dân trồng lúa, rau hoặc nuôi con vật để có lương thực, thực phẩm.</w:t>
            </w:r>
          </w:p>
        </w:tc>
      </w:tr>
      <w:tr w:rsidR="0043296C" w:rsidTr="00F40863">
        <w:trPr>
          <w:jc w:val="center"/>
        </w:trPr>
        <w:tc>
          <w:tcPr>
            <w:tcW w:w="5241" w:type="dxa"/>
            <w:shd w:val="clear" w:color="auto" w:fill="auto"/>
          </w:tcPr>
          <w:p w:rsidR="0043296C" w:rsidRDefault="00645CF0">
            <w:r>
              <w:t>- Chú lính cứu hỏa làm công việc gì?</w:t>
            </w:r>
          </w:p>
        </w:tc>
        <w:tc>
          <w:tcPr>
            <w:tcW w:w="5241" w:type="dxa"/>
            <w:shd w:val="clear" w:color="auto" w:fill="auto"/>
          </w:tcPr>
          <w:p w:rsidR="0043296C" w:rsidRDefault="00645CF0">
            <w:r>
              <w:t>- Chú chữa cháy và cứu người khi có nguy hiểm.</w:t>
            </w:r>
          </w:p>
        </w:tc>
      </w:tr>
      <w:tr w:rsidR="0043296C" w:rsidTr="00F40863">
        <w:trPr>
          <w:jc w:val="center"/>
        </w:trPr>
        <w:tc>
          <w:tcPr>
            <w:tcW w:w="5241" w:type="dxa"/>
            <w:shd w:val="clear" w:color="auto" w:fill="auto"/>
          </w:tcPr>
          <w:p w:rsidR="0043296C" w:rsidRDefault="00645CF0">
            <w:r>
              <w:t>- Mời đại diện trình bày; nhận xét, bổ sung.</w:t>
            </w:r>
          </w:p>
        </w:tc>
        <w:tc>
          <w:tcPr>
            <w:tcW w:w="5241" w:type="dxa"/>
            <w:shd w:val="clear" w:color="auto" w:fill="auto"/>
          </w:tcPr>
          <w:p w:rsidR="0043296C" w:rsidRDefault="00645CF0">
            <w:r>
              <w:t>- Trình bày lợi ích của công việc; nhận xét bạn.</w:t>
            </w:r>
          </w:p>
        </w:tc>
      </w:tr>
      <w:tr w:rsidR="0043296C" w:rsidTr="00F40863">
        <w:trPr>
          <w:jc w:val="center"/>
        </w:trPr>
        <w:tc>
          <w:tcPr>
            <w:tcW w:w="5241" w:type="dxa"/>
            <w:shd w:val="clear" w:color="auto" w:fill="auto"/>
          </w:tcPr>
          <w:p w:rsidR="0043296C" w:rsidRDefault="00645CF0">
            <w:r>
              <w:rPr>
                <w:color w:val="C00000"/>
              </w:rPr>
              <w:t>- Câu hỏi dẫn tích hợp Quyền con người: Em có được nói lên công việc em yêu thích và lí do em thích công việc đó không?</w:t>
            </w:r>
          </w:p>
        </w:tc>
        <w:tc>
          <w:tcPr>
            <w:tcW w:w="5241" w:type="dxa"/>
            <w:shd w:val="clear" w:color="auto" w:fill="auto"/>
          </w:tcPr>
          <w:p w:rsidR="0043296C" w:rsidRDefault="00645CF0">
            <w:r>
              <w:rPr>
                <w:color w:val="C00000"/>
              </w:rPr>
              <w:t>- Em được nói lên công việc mình yêu thích và biết lắng nghe sở thích của bạn.</w:t>
            </w:r>
          </w:p>
        </w:tc>
      </w:tr>
      <w:tr w:rsidR="0043296C" w:rsidTr="00F40863">
        <w:trPr>
          <w:jc w:val="center"/>
        </w:trPr>
        <w:tc>
          <w:tcPr>
            <w:tcW w:w="5241" w:type="dxa"/>
            <w:shd w:val="clear" w:color="auto" w:fill="auto"/>
          </w:tcPr>
          <w:p w:rsidR="0043296C" w:rsidRDefault="00645CF0">
            <w:r>
              <w:rPr>
                <w:color w:val="C00000"/>
              </w:rPr>
              <w:t>- Diễn giải tích hợp Quyền con người: Mỗi bạn nhỏ có quyền tìm hiểu về các nghề trong cộng đồng và bày tỏ ước mơ của mình. Khi bạn có ước mơ khác em, em cần tôn trọng, không chê bai; đồng thời biết quý trọng mọi người lao động vì công việc chân chính nào cũng góp ích cho cuộc sống.</w:t>
            </w:r>
          </w:p>
        </w:tc>
        <w:tc>
          <w:tcPr>
            <w:tcW w:w="5241" w:type="dxa"/>
            <w:shd w:val="clear" w:color="auto" w:fill="auto"/>
          </w:tcPr>
          <w:p w:rsidR="0043296C" w:rsidRDefault="00645CF0">
            <w:r>
              <w:rPr>
                <w:color w:val="C00000"/>
              </w:rPr>
              <w:t>- Lắng nghe; nêu một nghề em yêu thích và thể hiện thái độ tôn trọng ý kiến của bạn.</w:t>
            </w:r>
          </w:p>
        </w:tc>
      </w:tr>
      <w:tr w:rsidR="0043296C" w:rsidTr="00F40863">
        <w:trPr>
          <w:jc w:val="center"/>
        </w:trPr>
        <w:tc>
          <w:tcPr>
            <w:tcW w:w="5241" w:type="dxa"/>
            <w:tcBorders>
              <w:bottom w:val="single" w:sz="4" w:space="0" w:color="auto"/>
            </w:tcBorders>
            <w:shd w:val="clear" w:color="auto" w:fill="auto"/>
          </w:tcPr>
          <w:p w:rsidR="0043296C" w:rsidRDefault="00645CF0">
            <w:r>
              <w:t>- Chốt ý, kết luận: Mỗi nghề đều có ích; các em cần biết ơn, tôn trọng người lao động và mạnh dạn nuôi dưỡng ước mơ tốt đẹp.</w:t>
            </w:r>
          </w:p>
        </w:tc>
        <w:tc>
          <w:tcPr>
            <w:tcW w:w="5241" w:type="dxa"/>
            <w:tcBorders>
              <w:bottom w:val="single" w:sz="4" w:space="0" w:color="auto"/>
            </w:tcBorders>
            <w:shd w:val="clear" w:color="auto" w:fill="auto"/>
          </w:tcPr>
          <w:p w:rsidR="0043296C" w:rsidRDefault="00645CF0">
            <w:r>
              <w:t>- Ghi nhớ.</w:t>
            </w:r>
          </w:p>
        </w:tc>
      </w:tr>
      <w:tr w:rsidR="0043296C" w:rsidTr="00F40863">
        <w:trPr>
          <w:jc w:val="center"/>
        </w:trPr>
        <w:tc>
          <w:tcPr>
            <w:tcW w:w="10482" w:type="dxa"/>
            <w:gridSpan w:val="2"/>
            <w:tcBorders>
              <w:top w:val="single" w:sz="4" w:space="0" w:color="auto"/>
              <w:bottom w:val="single" w:sz="4" w:space="0" w:color="auto"/>
            </w:tcBorders>
            <w:shd w:val="clear" w:color="auto" w:fill="auto"/>
          </w:tcPr>
          <w:p w:rsidR="0043296C" w:rsidRDefault="00645CF0">
            <w:r>
              <w:rPr>
                <w:b/>
              </w:rPr>
              <w:t>3. Khám phá mở rộng: Công nghệ hỗ trợ người lao động</w:t>
            </w:r>
          </w:p>
          <w:p w:rsidR="0043296C" w:rsidRDefault="00645CF0">
            <w:r>
              <w:rPr>
                <w:b/>
              </w:rPr>
              <w:t>Mục tiêu: Nhận biết được một số thiết bị có AI hỗ trợ công việc và sử dụng hiểu biết phù hợp lứa tuổi.</w:t>
            </w:r>
          </w:p>
        </w:tc>
      </w:tr>
      <w:tr w:rsidR="0043296C" w:rsidTr="00F40863">
        <w:trPr>
          <w:jc w:val="center"/>
        </w:trPr>
        <w:tc>
          <w:tcPr>
            <w:tcW w:w="5241" w:type="dxa"/>
            <w:tcBorders>
              <w:top w:val="single" w:sz="4" w:space="0" w:color="auto"/>
            </w:tcBorders>
            <w:shd w:val="clear" w:color="auto" w:fill="auto"/>
          </w:tcPr>
          <w:p w:rsidR="0043296C" w:rsidRDefault="00645CF0">
            <w:r>
              <w:t>- Quan sát hình ảnh hoặc đoạn clip ngắn: Robot đang giúp người lao động làm việc gì?</w:t>
            </w:r>
          </w:p>
        </w:tc>
        <w:tc>
          <w:tcPr>
            <w:tcW w:w="5241" w:type="dxa"/>
            <w:tcBorders>
              <w:top w:val="single" w:sz="4" w:space="0" w:color="auto"/>
            </w:tcBorders>
            <w:shd w:val="clear" w:color="auto" w:fill="auto"/>
          </w:tcPr>
          <w:p w:rsidR="0043296C" w:rsidRDefault="00645CF0">
            <w:r>
              <w:t>- Robot đang vận chuyển đồ hoặc phục vụ món ăn để giúp con người làm việc nhanh hơn.</w:t>
            </w:r>
          </w:p>
        </w:tc>
      </w:tr>
      <w:tr w:rsidR="0043296C" w:rsidTr="00F40863">
        <w:trPr>
          <w:jc w:val="center"/>
        </w:trPr>
        <w:tc>
          <w:tcPr>
            <w:tcW w:w="5241" w:type="dxa"/>
            <w:shd w:val="clear" w:color="auto" w:fill="auto"/>
          </w:tcPr>
          <w:p w:rsidR="0043296C" w:rsidRDefault="00645CF0">
            <w:r>
              <w:rPr>
                <w:color w:val="C00000"/>
              </w:rPr>
              <w:t>- Câu hỏi dẫn tích hợp Năng lực số: Robot hỗ trợ và máy bán hàng tự động có phải tự nhiên mà làm được việc không?</w:t>
            </w:r>
          </w:p>
        </w:tc>
        <w:tc>
          <w:tcPr>
            <w:tcW w:w="5241" w:type="dxa"/>
            <w:shd w:val="clear" w:color="auto" w:fill="auto"/>
          </w:tcPr>
          <w:p w:rsidR="0043296C" w:rsidRDefault="00645CF0">
            <w:r>
              <w:rPr>
                <w:color w:val="C00000"/>
              </w:rPr>
              <w:t>- Không. Đó là sản phẩm do con người thiết kế, lập trình để hỗ trợ công việc.</w:t>
            </w:r>
          </w:p>
        </w:tc>
      </w:tr>
      <w:tr w:rsidR="0043296C" w:rsidTr="00F40863">
        <w:trPr>
          <w:jc w:val="center"/>
        </w:trPr>
        <w:tc>
          <w:tcPr>
            <w:tcW w:w="5241" w:type="dxa"/>
            <w:shd w:val="clear" w:color="auto" w:fill="auto"/>
          </w:tcPr>
          <w:p w:rsidR="0043296C" w:rsidRDefault="00645CF0">
            <w:r>
              <w:rPr>
                <w:color w:val="C00000"/>
              </w:rPr>
              <w:t>- Diễn giải tích hợp Năng lực số 6.1.CB1a: Trong cuộc sống, các em có thể thấy một số thiết bị thông minh như robot vận chuyển hoặc máy bán hàng tự động. Những thiết bị này do con người sáng tạo, điều khiển và kiểm tra để phục vụ xã hội. Khi quan sát thiết bị công nghệ, các em cần dùng theo hướng dẫn của người lớn, không tự ý nghịch hoặc làm hỏng thiết bị.</w:t>
            </w:r>
          </w:p>
        </w:tc>
        <w:tc>
          <w:tcPr>
            <w:tcW w:w="5241" w:type="dxa"/>
            <w:shd w:val="clear" w:color="auto" w:fill="auto"/>
          </w:tcPr>
          <w:p w:rsidR="0043296C" w:rsidRDefault="00645CF0">
            <w:r>
              <w:rPr>
                <w:color w:val="C00000"/>
              </w:rPr>
              <w:t>- Lắng nghe; nhắc lại thiết bị thông minh là sản phẩm do con người tạo ra để hỗ trợ cuộc sống.</w:t>
            </w:r>
          </w:p>
        </w:tc>
      </w:tr>
      <w:tr w:rsidR="0043296C" w:rsidTr="00F40863">
        <w:trPr>
          <w:jc w:val="center"/>
        </w:trPr>
        <w:tc>
          <w:tcPr>
            <w:tcW w:w="5241" w:type="dxa"/>
            <w:tcBorders>
              <w:bottom w:val="single" w:sz="4" w:space="0" w:color="auto"/>
            </w:tcBorders>
            <w:shd w:val="clear" w:color="auto" w:fill="auto"/>
          </w:tcPr>
          <w:p w:rsidR="0043296C" w:rsidRDefault="00645CF0">
            <w:r>
              <w:lastRenderedPageBreak/>
              <w:t>- Chốt ý, kết luận: Công nghệ có thể hỗ trợ người lao động, nhưng con người vẫn là người tạo ra, quản lí và sử dụng công nghệ có trách nhiệm.</w:t>
            </w:r>
          </w:p>
        </w:tc>
        <w:tc>
          <w:tcPr>
            <w:tcW w:w="5241" w:type="dxa"/>
            <w:tcBorders>
              <w:bottom w:val="single" w:sz="4" w:space="0" w:color="auto"/>
            </w:tcBorders>
            <w:shd w:val="clear" w:color="auto" w:fill="auto"/>
          </w:tcPr>
          <w:p w:rsidR="0043296C" w:rsidRDefault="00645CF0">
            <w:r>
              <w:t>- Ghi nhớ.</w:t>
            </w:r>
          </w:p>
        </w:tc>
      </w:tr>
      <w:tr w:rsidR="0043296C" w:rsidTr="00F40863">
        <w:trPr>
          <w:jc w:val="center"/>
        </w:trPr>
        <w:tc>
          <w:tcPr>
            <w:tcW w:w="10482" w:type="dxa"/>
            <w:gridSpan w:val="2"/>
            <w:tcBorders>
              <w:top w:val="single" w:sz="4" w:space="0" w:color="auto"/>
              <w:bottom w:val="single" w:sz="4" w:space="0" w:color="auto"/>
            </w:tcBorders>
            <w:shd w:val="clear" w:color="auto" w:fill="auto"/>
          </w:tcPr>
          <w:p w:rsidR="0043296C" w:rsidRDefault="00645CF0">
            <w:r>
              <w:rPr>
                <w:b/>
              </w:rPr>
              <w:t>4. Vận dụng - trải nghiệm: Nghề em yêu thích</w:t>
            </w:r>
          </w:p>
          <w:p w:rsidR="0043296C" w:rsidRDefault="00645CF0">
            <w:r>
              <w:rPr>
                <w:b/>
              </w:rPr>
              <w:t>Mục tiêu: Bày tỏ được ước mơ nghề nghiệp và liên hệ thiết bị hỗ trợ phù hợp.</w:t>
            </w:r>
          </w:p>
        </w:tc>
      </w:tr>
      <w:tr w:rsidR="0043296C" w:rsidTr="00F40863">
        <w:trPr>
          <w:jc w:val="center"/>
        </w:trPr>
        <w:tc>
          <w:tcPr>
            <w:tcW w:w="5241" w:type="dxa"/>
            <w:tcBorders>
              <w:top w:val="single" w:sz="4" w:space="0" w:color="auto"/>
            </w:tcBorders>
            <w:shd w:val="clear" w:color="auto" w:fill="auto"/>
          </w:tcPr>
          <w:p w:rsidR="0043296C" w:rsidRDefault="00645CF0">
            <w:r>
              <w:t>- Em thích làm công việc gì trong tương lai? Công việc đó giúp ích gì cho mọi người?</w:t>
            </w:r>
          </w:p>
        </w:tc>
        <w:tc>
          <w:tcPr>
            <w:tcW w:w="5241" w:type="dxa"/>
            <w:tcBorders>
              <w:top w:val="single" w:sz="4" w:space="0" w:color="auto"/>
            </w:tcBorders>
            <w:shd w:val="clear" w:color="auto" w:fill="auto"/>
          </w:tcPr>
          <w:p w:rsidR="0043296C" w:rsidRDefault="00645CF0">
            <w:r>
              <w:t>- Em thích làm bác sĩ để chữa bệnh. / Em thích làm giáo viên để dạy học. / Em thích làm kĩ sư để tạo ra máy hữu ích.</w:t>
            </w:r>
          </w:p>
        </w:tc>
      </w:tr>
      <w:tr w:rsidR="0043296C" w:rsidTr="00F40863">
        <w:trPr>
          <w:jc w:val="center"/>
        </w:trPr>
        <w:tc>
          <w:tcPr>
            <w:tcW w:w="5241" w:type="dxa"/>
            <w:shd w:val="clear" w:color="auto" w:fill="auto"/>
          </w:tcPr>
          <w:p w:rsidR="0043296C" w:rsidRDefault="00645CF0">
            <w:r>
              <w:rPr>
                <w:color w:val="C00000"/>
              </w:rPr>
              <w:t>- Câu hỏi dẫn tích hợp AI: Em biết thiết bị thông minh nào có thể hỗ trợ một số công việc?</w:t>
            </w:r>
          </w:p>
        </w:tc>
        <w:tc>
          <w:tcPr>
            <w:tcW w:w="5241" w:type="dxa"/>
            <w:shd w:val="clear" w:color="auto" w:fill="auto"/>
          </w:tcPr>
          <w:p w:rsidR="0043296C" w:rsidRDefault="00645CF0">
            <w:r>
              <w:rPr>
                <w:color w:val="C00000"/>
              </w:rPr>
              <w:t>- Robot hút bụi hỗ trợ dọn nhà; robot phục vụ hỗ trợ mang đồ; xe thông minh có thể hỗ trợ đi lại an toàn hơn.</w:t>
            </w:r>
          </w:p>
        </w:tc>
      </w:tr>
      <w:tr w:rsidR="0043296C" w:rsidTr="00F40863">
        <w:trPr>
          <w:jc w:val="center"/>
        </w:trPr>
        <w:tc>
          <w:tcPr>
            <w:tcW w:w="5241" w:type="dxa"/>
            <w:shd w:val="clear" w:color="auto" w:fill="auto"/>
          </w:tcPr>
          <w:p w:rsidR="0043296C" w:rsidRDefault="00645CF0">
            <w:r>
              <w:rPr>
                <w:color w:val="C00000"/>
              </w:rPr>
              <w:t>- Diễn giải tích hợp AI 1.A2.2: AI có thể giúp một số thiết bị hoạt động thông minh hơn, chẳng hạn robot mang đồ hoặc xe nhận biết chướng ngại vật. Các em bước đầu nhận biết công dụng của AI, đồng thời hiểu rằng AI chỉ hỗ trợ con người; mọi người vẫn cần học tập, làm việc chăm chỉ và sử dụng công nghệ đúng mục đích.</w:t>
            </w:r>
          </w:p>
        </w:tc>
        <w:tc>
          <w:tcPr>
            <w:tcW w:w="5241" w:type="dxa"/>
            <w:shd w:val="clear" w:color="auto" w:fill="auto"/>
          </w:tcPr>
          <w:p w:rsidR="0043296C" w:rsidRDefault="00645CF0">
            <w:r>
              <w:rPr>
                <w:color w:val="C00000"/>
              </w:rPr>
              <w:t>- Lắng nghe; kể tên một thiết bị thông minh em biết.</w:t>
            </w:r>
          </w:p>
        </w:tc>
      </w:tr>
      <w:tr w:rsidR="0043296C" w:rsidTr="00F40863">
        <w:trPr>
          <w:jc w:val="center"/>
        </w:trPr>
        <w:tc>
          <w:tcPr>
            <w:tcW w:w="5241" w:type="dxa"/>
            <w:shd w:val="clear" w:color="auto" w:fill="auto"/>
          </w:tcPr>
          <w:p w:rsidR="0043296C" w:rsidRDefault="00645CF0">
            <w:r>
              <w:t>- Mời một số em trình bày ước mơ; chốt ý, kết luận: Hãy trân trọng người lao động và chăm chỉ học tập để thực hiện ước mơ của mình.</w:t>
            </w:r>
          </w:p>
        </w:tc>
        <w:tc>
          <w:tcPr>
            <w:tcW w:w="5241" w:type="dxa"/>
            <w:shd w:val="clear" w:color="auto" w:fill="auto"/>
          </w:tcPr>
          <w:p w:rsidR="0043296C" w:rsidRDefault="00645CF0">
            <w:r>
              <w:t>- Trình bày; lắng nghe và ghi nhớ.</w:t>
            </w:r>
          </w:p>
        </w:tc>
      </w:tr>
    </w:tbl>
    <w:p w:rsidR="0043296C" w:rsidRDefault="00645CF0">
      <w:r>
        <w:rPr>
          <w:b/>
        </w:rPr>
        <w:t>IV. ĐIỀU CHỈNH SAU BÀI DẠY</w:t>
      </w:r>
    </w:p>
    <w:p w:rsidR="0043296C" w:rsidRDefault="00645CF0">
      <w:r>
        <w:t>................................................................................................................................................</w:t>
      </w:r>
    </w:p>
    <w:p w:rsidR="0043296C" w:rsidRDefault="00645CF0">
      <w:r>
        <w:t>................................................................................................................................................</w:t>
      </w:r>
    </w:p>
    <w:p w:rsidR="0043296C" w:rsidRDefault="00645CF0">
      <w:r>
        <w:t>................................................................................................................................................</w:t>
      </w:r>
    </w:p>
    <w:p w:rsidR="0043296C" w:rsidRDefault="0043296C"/>
    <w:p w:rsidR="0043296C" w:rsidRDefault="00645CF0">
      <w:pPr>
        <w:jc w:val="center"/>
      </w:pPr>
      <w:r>
        <w:rPr>
          <w:b/>
        </w:rPr>
        <w:t>KẾ HOẠCH BÀI DẠY MÔN TỰ NHIÊN VÀ XÃ HỘI</w:t>
      </w:r>
    </w:p>
    <w:p w:rsidR="0043296C" w:rsidRDefault="00645CF0">
      <w:pPr>
        <w:jc w:val="center"/>
      </w:pPr>
      <w:r>
        <w:rPr>
          <w:b/>
        </w:rPr>
        <w:t>CHỦ ĐỀ 3: CỘNG ĐỒNG ĐỊA PHƯƠNG</w:t>
      </w:r>
    </w:p>
    <w:p w:rsidR="0043296C" w:rsidRDefault="00645CF0">
      <w:pPr>
        <w:jc w:val="center"/>
      </w:pPr>
      <w:r>
        <w:rPr>
          <w:b/>
        </w:rPr>
        <w:t>BÀI 11: CON NGƯỜI NƠI EM SỐNG (TIẾT 2)</w:t>
      </w:r>
    </w:p>
    <w:p w:rsidR="0043296C" w:rsidRDefault="00645CF0">
      <w:r>
        <w:rPr>
          <w:b/>
        </w:rPr>
        <w:t>I. YÊU CẦU CẦN ĐẠT</w:t>
      </w:r>
    </w:p>
    <w:p w:rsidR="0043296C" w:rsidRDefault="00645CF0">
      <w:r>
        <w:rPr>
          <w:b/>
        </w:rPr>
        <w:t>1. Năng lực đặc thù</w:t>
      </w:r>
    </w:p>
    <w:p w:rsidR="0043296C" w:rsidRDefault="00645CF0">
      <w:r>
        <w:t>- Nêu được lợi ích của một số công việc cụ thể đối với cộng đồng.</w:t>
      </w:r>
    </w:p>
    <w:p w:rsidR="0043296C" w:rsidRDefault="00645CF0">
      <w:r>
        <w:t>- Kể được công việc của người thân và bày tỏ lòng biết ơn người lao động.</w:t>
      </w:r>
    </w:p>
    <w:p w:rsidR="0043296C" w:rsidRDefault="00645CF0">
      <w:r>
        <w:t>- Thực hiện được lời nói, việc làm thể hiện sự trân trọng công sức lao động.</w:t>
      </w:r>
    </w:p>
    <w:p w:rsidR="0043296C" w:rsidRDefault="00645CF0">
      <w:r>
        <w:rPr>
          <w:b/>
        </w:rPr>
        <w:t>2. Năng lực chung</w:t>
      </w:r>
    </w:p>
    <w:p w:rsidR="0043296C" w:rsidRDefault="00645CF0">
      <w:r>
        <w:t>- Tự chủ và tự học: Chủ động liên hệ bản thân và gia đình.</w:t>
      </w:r>
    </w:p>
    <w:p w:rsidR="0043296C" w:rsidRDefault="00645CF0">
      <w:r>
        <w:t>- Giao tiếp và hợp tác: Tự tin chia sẻ, lắng nghe bạn.</w:t>
      </w:r>
    </w:p>
    <w:p w:rsidR="0043296C" w:rsidRDefault="00645CF0">
      <w:r>
        <w:lastRenderedPageBreak/>
        <w:t>- Giải quyết vấn đề và sáng tạo: Biết lựa chọn lời cảm ơn hoặc hành động phù hợp với người lao động.</w:t>
      </w:r>
    </w:p>
    <w:p w:rsidR="0043296C" w:rsidRDefault="00645CF0">
      <w:r>
        <w:rPr>
          <w:b/>
        </w:rPr>
        <w:t>3. Phẩm chất</w:t>
      </w:r>
    </w:p>
    <w:p w:rsidR="0043296C" w:rsidRDefault="00645CF0">
      <w:r>
        <w:t>- Nhân ái: Yêu quý và biết ơn người lao động.</w:t>
      </w:r>
    </w:p>
    <w:p w:rsidR="0043296C" w:rsidRDefault="00645CF0">
      <w:r>
        <w:t>- Chăm chỉ: Biết học tập sự chăm chỉ trong lao động.</w:t>
      </w:r>
    </w:p>
    <w:p w:rsidR="0043296C" w:rsidRDefault="00645CF0">
      <w:r>
        <w:t>- Trách nhiệm: Biết giữ gìn thành quả lao động của mọi người.</w:t>
      </w:r>
    </w:p>
    <w:p w:rsidR="0043296C" w:rsidRDefault="00645CF0">
      <w:r>
        <w:rPr>
          <w:b/>
        </w:rPr>
        <w:t>II. ĐỒ DÙNG DẠY HỌC</w:t>
      </w:r>
    </w:p>
    <w:p w:rsidR="0043296C" w:rsidRDefault="00645CF0">
      <w:r>
        <w:t>- SGK Tự nhiên và Xã hội 1; tranh về lợi ích của nghề nghiệp.</w:t>
      </w:r>
    </w:p>
    <w:p w:rsidR="0043296C" w:rsidRDefault="00645CF0">
      <w:r>
        <w:t>- Phiếu “Lời cảm ơn người lao động”; bút màu.</w:t>
      </w:r>
    </w:p>
    <w:p w:rsidR="0043296C" w:rsidRDefault="00645CF0">
      <w:r>
        <w:t>- Máy tính, máy chiếu (nếu có).</w:t>
      </w:r>
    </w:p>
    <w:p w:rsidR="0043296C" w:rsidRDefault="00645CF0">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44"/>
        <w:gridCol w:w="5241"/>
      </w:tblGrid>
      <w:tr w:rsidR="0043296C" w:rsidTr="00F40863">
        <w:trPr>
          <w:tblHeader/>
          <w:jc w:val="center"/>
        </w:trPr>
        <w:tc>
          <w:tcPr>
            <w:tcW w:w="5244" w:type="dxa"/>
            <w:tcBorders>
              <w:bottom w:val="single" w:sz="4" w:space="0" w:color="auto"/>
            </w:tcBorders>
            <w:shd w:val="clear" w:color="auto" w:fill="auto"/>
            <w:vAlign w:val="center"/>
          </w:tcPr>
          <w:p w:rsidR="0043296C" w:rsidRDefault="00645CF0">
            <w:pPr>
              <w:jc w:val="center"/>
            </w:pPr>
            <w:r>
              <w:rPr>
                <w:b/>
              </w:rPr>
              <w:t>HOẠT ĐỘNG CỦA GIÁO VIÊN</w:t>
            </w:r>
          </w:p>
        </w:tc>
        <w:tc>
          <w:tcPr>
            <w:tcW w:w="4025" w:type="dxa"/>
            <w:tcBorders>
              <w:bottom w:val="single" w:sz="4" w:space="0" w:color="auto"/>
            </w:tcBorders>
            <w:shd w:val="clear" w:color="auto" w:fill="auto"/>
            <w:vAlign w:val="center"/>
          </w:tcPr>
          <w:p w:rsidR="0043296C" w:rsidRDefault="00645CF0">
            <w:pPr>
              <w:jc w:val="center"/>
            </w:pPr>
            <w:r>
              <w:rPr>
                <w:b/>
              </w:rPr>
              <w:t>HOẠT ĐỘNG CỦA HỌC SINH</w:t>
            </w:r>
          </w:p>
        </w:tc>
      </w:tr>
      <w:tr w:rsidR="0043296C" w:rsidTr="00F40863">
        <w:trPr>
          <w:jc w:val="center"/>
        </w:trPr>
        <w:tc>
          <w:tcPr>
            <w:tcW w:w="10482" w:type="dxa"/>
            <w:gridSpan w:val="2"/>
            <w:tcBorders>
              <w:top w:val="single" w:sz="4" w:space="0" w:color="auto"/>
              <w:bottom w:val="single" w:sz="4" w:space="0" w:color="auto"/>
            </w:tcBorders>
            <w:shd w:val="clear" w:color="auto" w:fill="auto"/>
          </w:tcPr>
          <w:p w:rsidR="0043296C" w:rsidRDefault="00645CF0">
            <w:r>
              <w:rPr>
                <w:b/>
              </w:rPr>
              <w:t>1. Khởi động</w:t>
            </w:r>
          </w:p>
          <w:p w:rsidR="0043296C" w:rsidRDefault="00645CF0">
            <w:r>
              <w:rPr>
                <w:b/>
              </w:rPr>
              <w:t>Mục tiêu: Ôn lại tên một số công việc và dẫn vào việc tìm hiểu lợi ích của nghề nghiệp.</w:t>
            </w:r>
          </w:p>
        </w:tc>
      </w:tr>
      <w:tr w:rsidR="0043296C" w:rsidTr="00F40863">
        <w:trPr>
          <w:jc w:val="center"/>
        </w:trPr>
        <w:tc>
          <w:tcPr>
            <w:tcW w:w="5241" w:type="dxa"/>
            <w:tcBorders>
              <w:top w:val="single" w:sz="4" w:space="0" w:color="auto"/>
            </w:tcBorders>
            <w:shd w:val="clear" w:color="auto" w:fill="auto"/>
          </w:tcPr>
          <w:p w:rsidR="0043296C" w:rsidRDefault="00645CF0">
            <w:r>
              <w:t>- Kể tên một công việc của người thân hoặc người em thường gặp.</w:t>
            </w:r>
          </w:p>
        </w:tc>
        <w:tc>
          <w:tcPr>
            <w:tcW w:w="5241" w:type="dxa"/>
            <w:tcBorders>
              <w:top w:val="single" w:sz="4" w:space="0" w:color="auto"/>
            </w:tcBorders>
            <w:shd w:val="clear" w:color="auto" w:fill="auto"/>
          </w:tcPr>
          <w:p w:rsidR="0043296C" w:rsidRDefault="00645CF0">
            <w:r>
              <w:t>- Bố em lái xe; mẹ em bán hàng; em gặp cô lao công, chú bảo vệ hoặc cô giáo.</w:t>
            </w:r>
          </w:p>
        </w:tc>
      </w:tr>
      <w:tr w:rsidR="0043296C" w:rsidTr="00F40863">
        <w:trPr>
          <w:jc w:val="center"/>
        </w:trPr>
        <w:tc>
          <w:tcPr>
            <w:tcW w:w="5241" w:type="dxa"/>
            <w:shd w:val="clear" w:color="auto" w:fill="auto"/>
          </w:tcPr>
          <w:p w:rsidR="0043296C" w:rsidRDefault="00645CF0">
            <w:r>
              <w:t>- Công việc đó giúp ích gì cho gia đình hoặc mọi người?</w:t>
            </w:r>
          </w:p>
        </w:tc>
        <w:tc>
          <w:tcPr>
            <w:tcW w:w="5241" w:type="dxa"/>
            <w:shd w:val="clear" w:color="auto" w:fill="auto"/>
          </w:tcPr>
          <w:p w:rsidR="0043296C" w:rsidRDefault="00645CF0">
            <w:r>
              <w:t>- Công việc giúp có thu nhập, giúp mọi người đi lại, học tập hoặc có môi trường sạch sẽ.</w:t>
            </w:r>
          </w:p>
        </w:tc>
      </w:tr>
      <w:tr w:rsidR="0043296C" w:rsidTr="00F40863">
        <w:trPr>
          <w:jc w:val="center"/>
        </w:trPr>
        <w:tc>
          <w:tcPr>
            <w:tcW w:w="5241" w:type="dxa"/>
            <w:tcBorders>
              <w:bottom w:val="single" w:sz="4" w:space="0" w:color="auto"/>
            </w:tcBorders>
            <w:shd w:val="clear" w:color="auto" w:fill="auto"/>
          </w:tcPr>
          <w:p w:rsidR="0043296C" w:rsidRDefault="00645CF0">
            <w:r>
              <w:t>- Chốt ý, kết luận: Công việc của mỗi người đều góp phần chăm lo gia đình và phục vụ cộng đồng.</w:t>
            </w:r>
          </w:p>
        </w:tc>
        <w:tc>
          <w:tcPr>
            <w:tcW w:w="5241" w:type="dxa"/>
            <w:tcBorders>
              <w:bottom w:val="single" w:sz="4" w:space="0" w:color="auto"/>
            </w:tcBorders>
            <w:shd w:val="clear" w:color="auto" w:fill="auto"/>
          </w:tcPr>
          <w:p w:rsidR="0043296C" w:rsidRDefault="00645CF0">
            <w:r>
              <w:t>- Lắng nghe.</w:t>
            </w:r>
          </w:p>
        </w:tc>
      </w:tr>
      <w:tr w:rsidR="0043296C" w:rsidTr="00F40863">
        <w:trPr>
          <w:jc w:val="center"/>
        </w:trPr>
        <w:tc>
          <w:tcPr>
            <w:tcW w:w="10482" w:type="dxa"/>
            <w:gridSpan w:val="2"/>
            <w:tcBorders>
              <w:top w:val="single" w:sz="4" w:space="0" w:color="auto"/>
              <w:bottom w:val="single" w:sz="4" w:space="0" w:color="auto"/>
            </w:tcBorders>
            <w:shd w:val="clear" w:color="auto" w:fill="auto"/>
          </w:tcPr>
          <w:p w:rsidR="0043296C" w:rsidRDefault="00645CF0">
            <w:r>
              <w:rPr>
                <w:b/>
              </w:rPr>
              <w:t>2. Khám phá: Thành quả của lao động</w:t>
            </w:r>
          </w:p>
          <w:p w:rsidR="0043296C" w:rsidRDefault="00645CF0">
            <w:r>
              <w:rPr>
                <w:b/>
              </w:rPr>
              <w:t>Mục tiêu: Nhận biết được kết quả, lợi ích từ một số công việc quen thuộc.</w:t>
            </w:r>
          </w:p>
        </w:tc>
      </w:tr>
      <w:tr w:rsidR="0043296C" w:rsidTr="00F40863">
        <w:trPr>
          <w:jc w:val="center"/>
        </w:trPr>
        <w:tc>
          <w:tcPr>
            <w:tcW w:w="5241" w:type="dxa"/>
            <w:tcBorders>
              <w:top w:val="single" w:sz="4" w:space="0" w:color="auto"/>
            </w:tcBorders>
            <w:shd w:val="clear" w:color="auto" w:fill="auto"/>
          </w:tcPr>
          <w:p w:rsidR="0043296C" w:rsidRDefault="00645CF0" w:rsidP="00F40863">
            <w:r>
              <w:t xml:space="preserve">- Quan sát tranh và cho biết công việc nào tạo ra hạt gạo, ngôi nhà, bữa ăn hoặc giữ gìn </w:t>
            </w:r>
            <w:proofErr w:type="gramStart"/>
            <w:r>
              <w:t>an</w:t>
            </w:r>
            <w:proofErr w:type="gramEnd"/>
            <w:r>
              <w:t xml:space="preserve"> toàn.</w:t>
            </w:r>
          </w:p>
        </w:tc>
        <w:tc>
          <w:tcPr>
            <w:tcW w:w="5241" w:type="dxa"/>
            <w:tcBorders>
              <w:top w:val="single" w:sz="4" w:space="0" w:color="auto"/>
            </w:tcBorders>
            <w:shd w:val="clear" w:color="auto" w:fill="auto"/>
          </w:tcPr>
          <w:p w:rsidR="0043296C" w:rsidRDefault="00645CF0">
            <w:r>
              <w:t xml:space="preserve">- Nông dân làm ra hạt gạo; thợ xây xây nhà; đầu bếp nấu ăn; cảnh sát giữ gìn </w:t>
            </w:r>
            <w:proofErr w:type="gramStart"/>
            <w:r>
              <w:t>an</w:t>
            </w:r>
            <w:proofErr w:type="gramEnd"/>
            <w:r>
              <w:t xml:space="preserve"> toàn.</w:t>
            </w:r>
          </w:p>
        </w:tc>
      </w:tr>
      <w:tr w:rsidR="0043296C" w:rsidTr="00F40863">
        <w:trPr>
          <w:jc w:val="center"/>
        </w:trPr>
        <w:tc>
          <w:tcPr>
            <w:tcW w:w="5241" w:type="dxa"/>
            <w:shd w:val="clear" w:color="auto" w:fill="auto"/>
          </w:tcPr>
          <w:p w:rsidR="0043296C" w:rsidRDefault="00645CF0">
            <w:r>
              <w:t>- Nếu không có những người làm công việc đó, cuộc sống sẽ gặp khó khăn gì?</w:t>
            </w:r>
          </w:p>
        </w:tc>
        <w:tc>
          <w:tcPr>
            <w:tcW w:w="5241" w:type="dxa"/>
            <w:shd w:val="clear" w:color="auto" w:fill="auto"/>
          </w:tcPr>
          <w:p w:rsidR="0043296C" w:rsidRDefault="00645CF0">
            <w:r>
              <w:t>- Mọi người sẽ thiếu thức ăn, không có nhà ở chắc chắn hoặc khó giữ trật tự, an toàn.</w:t>
            </w:r>
          </w:p>
        </w:tc>
      </w:tr>
      <w:tr w:rsidR="0043296C" w:rsidTr="00F40863">
        <w:trPr>
          <w:jc w:val="center"/>
        </w:trPr>
        <w:tc>
          <w:tcPr>
            <w:tcW w:w="5241" w:type="dxa"/>
            <w:shd w:val="clear" w:color="auto" w:fill="auto"/>
          </w:tcPr>
          <w:p w:rsidR="0043296C" w:rsidRDefault="00645CF0">
            <w:r>
              <w:t>- Mời đại diện trình bày; mời bạn bổ sung.</w:t>
            </w:r>
          </w:p>
        </w:tc>
        <w:tc>
          <w:tcPr>
            <w:tcW w:w="5241" w:type="dxa"/>
            <w:shd w:val="clear" w:color="auto" w:fill="auto"/>
          </w:tcPr>
          <w:p w:rsidR="0043296C" w:rsidRDefault="00645CF0">
            <w:r>
              <w:t>- Trình bày lợi ích của từng công việc; nhận xét.</w:t>
            </w:r>
          </w:p>
        </w:tc>
      </w:tr>
      <w:tr w:rsidR="0043296C" w:rsidTr="00F40863">
        <w:trPr>
          <w:jc w:val="center"/>
        </w:trPr>
        <w:tc>
          <w:tcPr>
            <w:tcW w:w="5241" w:type="dxa"/>
            <w:tcBorders>
              <w:bottom w:val="single" w:sz="4" w:space="0" w:color="auto"/>
            </w:tcBorders>
            <w:shd w:val="clear" w:color="auto" w:fill="auto"/>
          </w:tcPr>
          <w:p w:rsidR="0043296C" w:rsidRDefault="00645CF0">
            <w:r>
              <w:t>- Chốt ý, kết luận: Thành quả lao động làm cho cuộc sống tốt đẹp hơn; chúng ta cần trân trọng công sức của mọi người.</w:t>
            </w:r>
          </w:p>
        </w:tc>
        <w:tc>
          <w:tcPr>
            <w:tcW w:w="5241" w:type="dxa"/>
            <w:tcBorders>
              <w:bottom w:val="single" w:sz="4" w:space="0" w:color="auto"/>
            </w:tcBorders>
            <w:shd w:val="clear" w:color="auto" w:fill="auto"/>
          </w:tcPr>
          <w:p w:rsidR="0043296C" w:rsidRDefault="00645CF0">
            <w:r>
              <w:t>- Ghi nhớ.</w:t>
            </w:r>
          </w:p>
        </w:tc>
      </w:tr>
      <w:tr w:rsidR="0043296C" w:rsidTr="00F40863">
        <w:trPr>
          <w:jc w:val="center"/>
        </w:trPr>
        <w:tc>
          <w:tcPr>
            <w:tcW w:w="10482" w:type="dxa"/>
            <w:gridSpan w:val="2"/>
            <w:tcBorders>
              <w:top w:val="single" w:sz="4" w:space="0" w:color="auto"/>
              <w:bottom w:val="single" w:sz="4" w:space="0" w:color="auto"/>
            </w:tcBorders>
            <w:shd w:val="clear" w:color="auto" w:fill="auto"/>
          </w:tcPr>
          <w:p w:rsidR="0043296C" w:rsidRDefault="00645CF0">
            <w:r>
              <w:rPr>
                <w:b/>
              </w:rPr>
              <w:t>3. Thực hành: Nói lời cảm ơn</w:t>
            </w:r>
          </w:p>
          <w:p w:rsidR="0043296C" w:rsidRDefault="00645CF0">
            <w:r>
              <w:rPr>
                <w:b/>
              </w:rPr>
              <w:t>Mục tiêu: Biết thể hiện lòng biết ơn bằng lời nói và việc làm phù hợp.</w:t>
            </w:r>
          </w:p>
        </w:tc>
      </w:tr>
      <w:tr w:rsidR="0043296C" w:rsidTr="00F40863">
        <w:trPr>
          <w:jc w:val="center"/>
        </w:trPr>
        <w:tc>
          <w:tcPr>
            <w:tcW w:w="5241" w:type="dxa"/>
            <w:tcBorders>
              <w:top w:val="single" w:sz="4" w:space="0" w:color="auto"/>
            </w:tcBorders>
            <w:shd w:val="clear" w:color="auto" w:fill="auto"/>
          </w:tcPr>
          <w:p w:rsidR="0043296C" w:rsidRDefault="00645CF0">
            <w:r>
              <w:t>- Chọn một người lao động em muốn cảm ơn và hoàn thiện câu: “Con/em cảm ơn ... vì ...”.</w:t>
            </w:r>
          </w:p>
        </w:tc>
        <w:tc>
          <w:tcPr>
            <w:tcW w:w="5241" w:type="dxa"/>
            <w:tcBorders>
              <w:top w:val="single" w:sz="4" w:space="0" w:color="auto"/>
            </w:tcBorders>
            <w:shd w:val="clear" w:color="auto" w:fill="auto"/>
          </w:tcPr>
          <w:p w:rsidR="0043296C" w:rsidRDefault="00645CF0">
            <w:r>
              <w:t>- Em cảm ơn cô lao công vì cô giữ sân trường sạch. / Con cảm ơn bố mẹ vì đã làm việc chăm chỉ chăm lo cho con.</w:t>
            </w:r>
          </w:p>
        </w:tc>
      </w:tr>
      <w:tr w:rsidR="0043296C" w:rsidTr="00F40863">
        <w:trPr>
          <w:jc w:val="center"/>
        </w:trPr>
        <w:tc>
          <w:tcPr>
            <w:tcW w:w="5241" w:type="dxa"/>
            <w:shd w:val="clear" w:color="auto" w:fill="auto"/>
          </w:tcPr>
          <w:p w:rsidR="0043296C" w:rsidRDefault="00645CF0">
            <w:r>
              <w:t>- Ngoài lời cảm ơn, em có thể làm gì để trân trọng thành quả lao động?</w:t>
            </w:r>
          </w:p>
        </w:tc>
        <w:tc>
          <w:tcPr>
            <w:tcW w:w="5241" w:type="dxa"/>
            <w:shd w:val="clear" w:color="auto" w:fill="auto"/>
          </w:tcPr>
          <w:p w:rsidR="0043296C" w:rsidRDefault="00645CF0">
            <w:r>
              <w:t>- Em giữ vệ sinh, không làm hỏng đồ dùng, ăn uống không lãng phí và chăm chỉ học tập.</w:t>
            </w:r>
          </w:p>
        </w:tc>
      </w:tr>
      <w:tr w:rsidR="0043296C" w:rsidTr="00F40863">
        <w:trPr>
          <w:jc w:val="center"/>
        </w:trPr>
        <w:tc>
          <w:tcPr>
            <w:tcW w:w="5241" w:type="dxa"/>
            <w:shd w:val="clear" w:color="auto" w:fill="auto"/>
          </w:tcPr>
          <w:p w:rsidR="0043296C" w:rsidRDefault="00645CF0">
            <w:r>
              <w:t xml:space="preserve">- Mời một số em trình bày; tuyên dương lời nói </w:t>
            </w:r>
            <w:r>
              <w:lastRenderedPageBreak/>
              <w:t>lễ phép, chân thành.</w:t>
            </w:r>
          </w:p>
        </w:tc>
        <w:tc>
          <w:tcPr>
            <w:tcW w:w="5241" w:type="dxa"/>
            <w:shd w:val="clear" w:color="auto" w:fill="auto"/>
          </w:tcPr>
          <w:p w:rsidR="0043296C" w:rsidRDefault="00645CF0">
            <w:r>
              <w:lastRenderedPageBreak/>
              <w:t>- Trình bày lời cảm ơn; lắng nghe bạn.</w:t>
            </w:r>
          </w:p>
        </w:tc>
      </w:tr>
      <w:tr w:rsidR="0043296C" w:rsidTr="00F40863">
        <w:trPr>
          <w:jc w:val="center"/>
        </w:trPr>
        <w:tc>
          <w:tcPr>
            <w:tcW w:w="5241" w:type="dxa"/>
            <w:tcBorders>
              <w:bottom w:val="single" w:sz="4" w:space="0" w:color="auto"/>
            </w:tcBorders>
            <w:shd w:val="clear" w:color="auto" w:fill="auto"/>
          </w:tcPr>
          <w:p w:rsidR="0043296C" w:rsidRDefault="00645CF0">
            <w:r>
              <w:lastRenderedPageBreak/>
              <w:t>- Chốt ý, kết luận: Biết cảm ơn và giữ gìn thành quả lao động là biểu hiện của học sinh ngoan, sống có trách nhiệm.</w:t>
            </w:r>
          </w:p>
        </w:tc>
        <w:tc>
          <w:tcPr>
            <w:tcW w:w="5241" w:type="dxa"/>
            <w:tcBorders>
              <w:bottom w:val="single" w:sz="4" w:space="0" w:color="auto"/>
            </w:tcBorders>
            <w:shd w:val="clear" w:color="auto" w:fill="auto"/>
          </w:tcPr>
          <w:p w:rsidR="0043296C" w:rsidRDefault="00645CF0">
            <w:r>
              <w:t>- Lắng nghe.</w:t>
            </w:r>
          </w:p>
        </w:tc>
      </w:tr>
      <w:tr w:rsidR="0043296C" w:rsidTr="00F40863">
        <w:trPr>
          <w:jc w:val="center"/>
        </w:trPr>
        <w:tc>
          <w:tcPr>
            <w:tcW w:w="10482" w:type="dxa"/>
            <w:gridSpan w:val="2"/>
            <w:tcBorders>
              <w:top w:val="single" w:sz="4" w:space="0" w:color="auto"/>
              <w:bottom w:val="single" w:sz="4" w:space="0" w:color="auto"/>
            </w:tcBorders>
            <w:shd w:val="clear" w:color="auto" w:fill="auto"/>
          </w:tcPr>
          <w:p w:rsidR="0043296C" w:rsidRDefault="00645CF0">
            <w:r>
              <w:rPr>
                <w:b/>
              </w:rPr>
              <w:t>4. Vận dụng - trải nghiệm</w:t>
            </w:r>
          </w:p>
          <w:p w:rsidR="0043296C" w:rsidRDefault="00645CF0">
            <w:r>
              <w:rPr>
                <w:b/>
              </w:rPr>
              <w:t>Mục tiêu: Thể hiện sự trân trọng người lao động trong cuộc sống gia đình và cộng đồng.</w:t>
            </w:r>
          </w:p>
        </w:tc>
      </w:tr>
      <w:tr w:rsidR="0043296C" w:rsidTr="00F40863">
        <w:trPr>
          <w:jc w:val="center"/>
        </w:trPr>
        <w:tc>
          <w:tcPr>
            <w:tcW w:w="5241" w:type="dxa"/>
            <w:tcBorders>
              <w:top w:val="single" w:sz="4" w:space="0" w:color="auto"/>
            </w:tcBorders>
            <w:shd w:val="clear" w:color="auto" w:fill="auto"/>
          </w:tcPr>
          <w:p w:rsidR="0043296C" w:rsidRDefault="00645CF0">
            <w:r>
              <w:t>- Về nhà hỏi người thân về công việc của họ và nói một lời cảm ơn chân thành.</w:t>
            </w:r>
          </w:p>
        </w:tc>
        <w:tc>
          <w:tcPr>
            <w:tcW w:w="5241" w:type="dxa"/>
            <w:tcBorders>
              <w:top w:val="single" w:sz="4" w:space="0" w:color="auto"/>
            </w:tcBorders>
            <w:shd w:val="clear" w:color="auto" w:fill="auto"/>
          </w:tcPr>
          <w:p w:rsidR="0043296C" w:rsidRDefault="00645CF0">
            <w:r>
              <w:t>- Thực hiện trò chuyện với người thân và nói lời cảm ơn.</w:t>
            </w:r>
          </w:p>
        </w:tc>
      </w:tr>
      <w:tr w:rsidR="0043296C" w:rsidTr="00F40863">
        <w:trPr>
          <w:jc w:val="center"/>
        </w:trPr>
        <w:tc>
          <w:tcPr>
            <w:tcW w:w="5241" w:type="dxa"/>
            <w:shd w:val="clear" w:color="auto" w:fill="auto"/>
          </w:tcPr>
          <w:p w:rsidR="0043296C" w:rsidRDefault="00645CF0">
            <w:r>
              <w:t>- Chốt ý, kết luận: Yêu quý người lao động bắt đầu từ việc biết lắng nghe, cảm ơn và giữ gìn những điều tốt đẹp họ làm ra.</w:t>
            </w:r>
          </w:p>
        </w:tc>
        <w:tc>
          <w:tcPr>
            <w:tcW w:w="5241" w:type="dxa"/>
            <w:shd w:val="clear" w:color="auto" w:fill="auto"/>
          </w:tcPr>
          <w:p w:rsidR="0043296C" w:rsidRDefault="00645CF0">
            <w:r>
              <w:t>- Ghi nhớ nhiệm vụ trải nghiệm.</w:t>
            </w:r>
          </w:p>
        </w:tc>
      </w:tr>
    </w:tbl>
    <w:p w:rsidR="0043296C" w:rsidRDefault="00645CF0">
      <w:r>
        <w:rPr>
          <w:b/>
        </w:rPr>
        <w:t>IV. ĐIỀU CHỈNH SAU BÀI DẠY</w:t>
      </w:r>
    </w:p>
    <w:p w:rsidR="0043296C" w:rsidRDefault="00645CF0">
      <w:r>
        <w:t>................................................................................................................................................</w:t>
      </w:r>
    </w:p>
    <w:p w:rsidR="0043296C" w:rsidRDefault="00645CF0">
      <w:r>
        <w:t>................................................................................................................................................</w:t>
      </w:r>
    </w:p>
    <w:p w:rsidR="0043296C" w:rsidRDefault="00645CF0">
      <w:r>
        <w:t>..........................................................................</w:t>
      </w:r>
      <w:bookmarkStart w:id="0" w:name="_GoBack"/>
      <w:bookmarkEnd w:id="0"/>
      <w:r>
        <w:t>......................................................................</w:t>
      </w:r>
    </w:p>
    <w:sectPr w:rsidR="0043296C" w:rsidSect="00034616">
      <w:pgSz w:w="12240" w:h="15840"/>
      <w:pgMar w:top="850" w:right="822" w:bottom="850" w:left="9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3296C"/>
    <w:rsid w:val="00645CF0"/>
    <w:rsid w:val="00AA1D8D"/>
    <w:rsid w:val="00B47730"/>
    <w:rsid w:val="00CB0664"/>
    <w:rsid w:val="00F408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40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8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40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8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64B92-509B-40BD-B9D2-230834FE0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9839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2026-06-04T04:04:00Z</dcterms:created>
  <dcterms:modified xsi:type="dcterms:W3CDTF">2026-08-20T01:47:00Z</dcterms:modified>
  <cp:category/>
</cp:coreProperties>
</file>