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B288D" w14:textId="77777777" w:rsidR="00BD783D" w:rsidRDefault="00BD783D">
      <w:pPr>
        <w:spacing w:after="0"/>
        <w:jc w:val="center"/>
        <w:rPr>
          <w:b/>
          <w:color w:val="1F4E79"/>
          <w:sz w:val="34"/>
          <w:rtl/>
        </w:rPr>
      </w:pPr>
    </w:p>
    <w:p w14:paraId="11C212E2" w14:textId="77777777" w:rsidR="00BD783D" w:rsidRDefault="00BD783D">
      <w:pPr>
        <w:spacing w:after="0"/>
        <w:jc w:val="center"/>
        <w:rPr>
          <w:b/>
          <w:color w:val="1F4E79"/>
          <w:sz w:val="34"/>
          <w:rtl/>
        </w:rPr>
      </w:pPr>
    </w:p>
    <w:p w14:paraId="6DE2FADA" w14:textId="740F8083" w:rsidR="00EB3D7E" w:rsidRDefault="00DC006A">
      <w:pPr>
        <w:spacing w:after="0"/>
        <w:jc w:val="center"/>
      </w:pPr>
      <w:r>
        <w:rPr>
          <w:b/>
          <w:color w:val="1F4E79"/>
          <w:sz w:val="34"/>
        </w:rPr>
        <w:t>TITLE PAGE</w:t>
      </w:r>
    </w:p>
    <w:p w14:paraId="275D2437" w14:textId="77777777" w:rsidR="00BD783D" w:rsidRDefault="00BD783D">
      <w:pPr>
        <w:spacing w:after="80"/>
        <w:jc w:val="center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656"/>
      </w:tblGrid>
      <w:tr w:rsidR="00EB3D7E" w14:paraId="2351AFEA" w14:textId="77777777">
        <w:trPr>
          <w:jc w:val="center"/>
        </w:trPr>
        <w:tc>
          <w:tcPr>
            <w:tcW w:w="10656" w:type="dxa"/>
            <w:shd w:val="clear" w:color="auto" w:fill="EAF2F8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1E28EE7B" w14:textId="77777777" w:rsidR="00EB3D7E" w:rsidRDefault="00DC006A">
            <w:pPr>
              <w:jc w:val="center"/>
            </w:pPr>
            <w:r>
              <w:rPr>
                <w:b/>
                <w:sz w:val="17"/>
              </w:rPr>
              <w:t>Upload separately from the blinded manuscript. This file contains all identifying author information and must not be shared with reviewers.</w:t>
            </w:r>
          </w:p>
        </w:tc>
      </w:tr>
    </w:tbl>
    <w:p w14:paraId="0FD66593" w14:textId="77777777" w:rsidR="00EB3D7E" w:rsidRDefault="00DC006A">
      <w:pPr>
        <w:keepNext/>
        <w:spacing w:before="80" w:after="40"/>
      </w:pPr>
      <w:r>
        <w:rPr>
          <w:b/>
          <w:color w:val="1F4E79"/>
          <w:sz w:val="23"/>
        </w:rPr>
        <w:t>1. Manuscript Information</w:t>
      </w:r>
    </w:p>
    <w:p w14:paraId="2F036968" w14:textId="77777777" w:rsidR="00EB3D7E" w:rsidRDefault="00DC006A">
      <w:pPr>
        <w:spacing w:after="20"/>
      </w:pPr>
      <w:r>
        <w:rPr>
          <w:b/>
        </w:rPr>
        <w:t xml:space="preserve">Full Manuscript Title: </w:t>
      </w:r>
      <w:r>
        <w:t xml:space="preserve">[Insert the </w:t>
      </w:r>
      <w:r>
        <w:t>complete manuscript title]</w:t>
      </w:r>
    </w:p>
    <w:p w14:paraId="30EF8CAE" w14:textId="77777777" w:rsidR="00EB3D7E" w:rsidRDefault="00DC006A">
      <w:pPr>
        <w:spacing w:after="20"/>
      </w:pPr>
      <w:r>
        <w:rPr>
          <w:b/>
        </w:rPr>
        <w:t xml:space="preserve">Article Type: </w:t>
      </w:r>
      <w:r>
        <w:t>[Original Article / Review Article / Case Report / Short Communication / Other]</w:t>
      </w:r>
    </w:p>
    <w:p w14:paraId="70F4B724" w14:textId="0BAEC11E" w:rsidR="00EB3D7E" w:rsidRDefault="00EB3D7E">
      <w:pPr>
        <w:spacing w:after="20"/>
      </w:pPr>
    </w:p>
    <w:p w14:paraId="7722C84D" w14:textId="77777777" w:rsidR="00EB3D7E" w:rsidRDefault="00DC006A">
      <w:pPr>
        <w:keepNext/>
        <w:spacing w:before="80" w:after="40"/>
      </w:pPr>
      <w:r>
        <w:rPr>
          <w:b/>
          <w:color w:val="1F4E79"/>
          <w:sz w:val="23"/>
        </w:rPr>
        <w:t>2. Authors and Affiliations</w:t>
      </w:r>
    </w:p>
    <w:p w14:paraId="0C6B254A" w14:textId="77777777" w:rsidR="00EB3D7E" w:rsidRDefault="00DC006A">
      <w:pPr>
        <w:spacing w:after="40"/>
      </w:pPr>
      <w:r>
        <w:rPr>
          <w:i/>
          <w:sz w:val="17"/>
        </w:rPr>
        <w:t>List authors in the exact publication order. Add or delete rows as ne</w:t>
      </w:r>
      <w:r>
        <w:rPr>
          <w:i/>
          <w:sz w:val="17"/>
        </w:rPr>
        <w:t>cessary.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31"/>
        <w:gridCol w:w="2131"/>
        <w:gridCol w:w="2131"/>
        <w:gridCol w:w="2131"/>
      </w:tblGrid>
      <w:tr w:rsidR="00BD783D" w14:paraId="6D2C1C5F" w14:textId="77777777">
        <w:trPr>
          <w:jc w:val="center"/>
        </w:trPr>
        <w:tc>
          <w:tcPr>
            <w:tcW w:w="2131" w:type="dxa"/>
            <w:shd w:val="clear" w:color="auto" w:fill="D9EAF7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5825058" w14:textId="77777777" w:rsidR="00BD783D" w:rsidRDefault="00BD783D">
            <w:pPr>
              <w:jc w:val="center"/>
            </w:pPr>
            <w:r>
              <w:rPr>
                <w:b/>
                <w:sz w:val="16"/>
              </w:rPr>
              <w:t>No.</w:t>
            </w:r>
          </w:p>
        </w:tc>
        <w:tc>
          <w:tcPr>
            <w:tcW w:w="2131" w:type="dxa"/>
            <w:shd w:val="clear" w:color="auto" w:fill="D9EAF7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350E5E1" w14:textId="77777777" w:rsidR="00BD783D" w:rsidRDefault="00BD783D">
            <w:pPr>
              <w:jc w:val="center"/>
            </w:pPr>
            <w:r>
              <w:rPr>
                <w:b/>
                <w:sz w:val="16"/>
              </w:rPr>
              <w:t>Full Name</w:t>
            </w:r>
          </w:p>
        </w:tc>
        <w:tc>
          <w:tcPr>
            <w:tcW w:w="2131" w:type="dxa"/>
            <w:shd w:val="clear" w:color="auto" w:fill="D9EAF7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18FE57F" w14:textId="77777777" w:rsidR="00BD783D" w:rsidRDefault="00BD783D">
            <w:pPr>
              <w:jc w:val="center"/>
            </w:pPr>
            <w:r>
              <w:rPr>
                <w:b/>
                <w:sz w:val="16"/>
              </w:rPr>
              <w:t>Affiliation</w:t>
            </w:r>
          </w:p>
        </w:tc>
        <w:tc>
          <w:tcPr>
            <w:tcW w:w="2131" w:type="dxa"/>
            <w:shd w:val="clear" w:color="auto" w:fill="D9EAF7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863FD40" w14:textId="77777777" w:rsidR="00BD783D" w:rsidRDefault="00BD783D">
            <w:pPr>
              <w:jc w:val="center"/>
            </w:pPr>
            <w:r>
              <w:rPr>
                <w:b/>
                <w:sz w:val="16"/>
              </w:rPr>
              <w:t>Email</w:t>
            </w:r>
          </w:p>
        </w:tc>
      </w:tr>
      <w:tr w:rsidR="00BD783D" w14:paraId="2AD6C5B8" w14:textId="77777777">
        <w:trPr>
          <w:jc w:val="center"/>
        </w:trPr>
        <w:tc>
          <w:tcPr>
            <w:tcW w:w="213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0494BF1" w14:textId="77777777" w:rsidR="00BD783D" w:rsidRDefault="00BD783D">
            <w:pPr>
              <w:jc w:val="center"/>
            </w:pPr>
            <w:r>
              <w:rPr>
                <w:sz w:val="15"/>
              </w:rPr>
              <w:t>1</w:t>
            </w:r>
          </w:p>
        </w:tc>
        <w:tc>
          <w:tcPr>
            <w:tcW w:w="213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6F337E4" w14:textId="77777777" w:rsidR="00BD783D" w:rsidRDefault="00BD783D">
            <w:r>
              <w:rPr>
                <w:sz w:val="15"/>
              </w:rPr>
              <w:t>[Full name]</w:t>
            </w:r>
          </w:p>
        </w:tc>
        <w:tc>
          <w:tcPr>
            <w:tcW w:w="213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BB3E969" w14:textId="77777777" w:rsidR="00BD783D" w:rsidRDefault="00BD783D">
            <w:r>
              <w:rPr>
                <w:sz w:val="15"/>
              </w:rPr>
              <w:t>[Department, College/Faculty, University, City, Country]</w:t>
            </w:r>
          </w:p>
        </w:tc>
        <w:tc>
          <w:tcPr>
            <w:tcW w:w="213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00E5B34" w14:textId="77777777" w:rsidR="00BD783D" w:rsidRDefault="00BD783D">
            <w:r>
              <w:rPr>
                <w:sz w:val="15"/>
              </w:rPr>
              <w:t>[Email]</w:t>
            </w:r>
          </w:p>
        </w:tc>
      </w:tr>
      <w:tr w:rsidR="00BD783D" w14:paraId="0A6879FB" w14:textId="77777777">
        <w:trPr>
          <w:jc w:val="center"/>
        </w:trPr>
        <w:tc>
          <w:tcPr>
            <w:tcW w:w="213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C6BF9B7" w14:textId="77777777" w:rsidR="00BD783D" w:rsidRDefault="00BD783D">
            <w:pPr>
              <w:jc w:val="center"/>
            </w:pPr>
            <w:r>
              <w:rPr>
                <w:sz w:val="15"/>
              </w:rPr>
              <w:t>2</w:t>
            </w:r>
          </w:p>
        </w:tc>
        <w:tc>
          <w:tcPr>
            <w:tcW w:w="213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5579B1A" w14:textId="77777777" w:rsidR="00BD783D" w:rsidRDefault="00BD783D">
            <w:r>
              <w:rPr>
                <w:sz w:val="15"/>
              </w:rPr>
              <w:t>[Full name]</w:t>
            </w:r>
          </w:p>
        </w:tc>
        <w:tc>
          <w:tcPr>
            <w:tcW w:w="213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CE60213" w14:textId="77777777" w:rsidR="00BD783D" w:rsidRDefault="00BD783D">
            <w:r>
              <w:rPr>
                <w:sz w:val="15"/>
              </w:rPr>
              <w:t>[Department, College/Faculty, University, City, Country]</w:t>
            </w:r>
          </w:p>
        </w:tc>
        <w:tc>
          <w:tcPr>
            <w:tcW w:w="213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EEA4D46" w14:textId="77777777" w:rsidR="00BD783D" w:rsidRDefault="00BD783D">
            <w:r>
              <w:rPr>
                <w:sz w:val="15"/>
              </w:rPr>
              <w:t>[Email]</w:t>
            </w:r>
          </w:p>
        </w:tc>
      </w:tr>
      <w:tr w:rsidR="00BD783D" w14:paraId="72DE74D3" w14:textId="77777777">
        <w:trPr>
          <w:jc w:val="center"/>
        </w:trPr>
        <w:tc>
          <w:tcPr>
            <w:tcW w:w="213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51C3626" w14:textId="77777777" w:rsidR="00BD783D" w:rsidRDefault="00BD783D">
            <w:pPr>
              <w:jc w:val="center"/>
            </w:pPr>
            <w:r>
              <w:rPr>
                <w:sz w:val="15"/>
              </w:rPr>
              <w:t>3</w:t>
            </w:r>
          </w:p>
        </w:tc>
        <w:tc>
          <w:tcPr>
            <w:tcW w:w="213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65630D7" w14:textId="77777777" w:rsidR="00BD783D" w:rsidRDefault="00BD783D">
            <w:r>
              <w:rPr>
                <w:sz w:val="15"/>
              </w:rPr>
              <w:t>[Full name]</w:t>
            </w:r>
          </w:p>
        </w:tc>
        <w:tc>
          <w:tcPr>
            <w:tcW w:w="213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39C6433" w14:textId="77777777" w:rsidR="00BD783D" w:rsidRDefault="00BD783D">
            <w:r>
              <w:rPr>
                <w:sz w:val="15"/>
              </w:rPr>
              <w:t>[Department, College/Faculty, University, City, Country]</w:t>
            </w:r>
          </w:p>
        </w:tc>
        <w:tc>
          <w:tcPr>
            <w:tcW w:w="213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1BCC5EE" w14:textId="77777777" w:rsidR="00BD783D" w:rsidRDefault="00BD783D">
            <w:r>
              <w:rPr>
                <w:sz w:val="15"/>
              </w:rPr>
              <w:t>[Email]</w:t>
            </w:r>
          </w:p>
        </w:tc>
      </w:tr>
      <w:tr w:rsidR="00BD783D" w14:paraId="2CFD0DD7" w14:textId="77777777">
        <w:trPr>
          <w:jc w:val="center"/>
        </w:trPr>
        <w:tc>
          <w:tcPr>
            <w:tcW w:w="213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B34C5C7" w14:textId="77777777" w:rsidR="00BD783D" w:rsidRDefault="00BD783D">
            <w:pPr>
              <w:jc w:val="center"/>
            </w:pPr>
            <w:r>
              <w:rPr>
                <w:sz w:val="15"/>
              </w:rPr>
              <w:t>4</w:t>
            </w:r>
          </w:p>
        </w:tc>
        <w:tc>
          <w:tcPr>
            <w:tcW w:w="213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2943857" w14:textId="77777777" w:rsidR="00BD783D" w:rsidRDefault="00BD783D">
            <w:r>
              <w:rPr>
                <w:sz w:val="15"/>
              </w:rPr>
              <w:t>[Full name]</w:t>
            </w:r>
          </w:p>
        </w:tc>
        <w:tc>
          <w:tcPr>
            <w:tcW w:w="213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B421B4D" w14:textId="77777777" w:rsidR="00BD783D" w:rsidRDefault="00BD783D">
            <w:r>
              <w:rPr>
                <w:sz w:val="15"/>
              </w:rPr>
              <w:t>[Department, College/Faculty, University, City, Country]</w:t>
            </w:r>
          </w:p>
        </w:tc>
        <w:tc>
          <w:tcPr>
            <w:tcW w:w="213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21E2D92" w14:textId="77777777" w:rsidR="00BD783D" w:rsidRDefault="00BD783D">
            <w:r>
              <w:rPr>
                <w:sz w:val="15"/>
              </w:rPr>
              <w:t>[Email]</w:t>
            </w:r>
          </w:p>
        </w:tc>
      </w:tr>
    </w:tbl>
    <w:p w14:paraId="3F9D2EBF" w14:textId="77777777" w:rsidR="00996ED9" w:rsidRDefault="00996ED9">
      <w:pPr>
        <w:keepNext/>
        <w:spacing w:before="80" w:after="40"/>
        <w:rPr>
          <w:b/>
          <w:color w:val="1F4E79"/>
          <w:sz w:val="23"/>
        </w:rPr>
      </w:pPr>
    </w:p>
    <w:p w14:paraId="3FBECE11" w14:textId="4E5BD062" w:rsidR="00EB3D7E" w:rsidRDefault="00996ED9">
      <w:pPr>
        <w:keepNext/>
        <w:spacing w:before="80" w:after="40"/>
      </w:pPr>
      <w:r>
        <w:rPr>
          <w:b/>
          <w:color w:val="1F4E79"/>
          <w:sz w:val="23"/>
        </w:rPr>
        <w:t>2</w:t>
      </w:r>
      <w:r w:rsidR="00DC006A">
        <w:rPr>
          <w:b/>
          <w:color w:val="1F4E79"/>
          <w:sz w:val="23"/>
        </w:rPr>
        <w:t>. Declarations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328"/>
        <w:gridCol w:w="5328"/>
      </w:tblGrid>
      <w:tr w:rsidR="00EB3D7E" w14:paraId="76BE0D5C" w14:textId="77777777">
        <w:trPr>
          <w:jc w:val="center"/>
        </w:trPr>
        <w:tc>
          <w:tcPr>
            <w:tcW w:w="5328" w:type="dxa"/>
            <w:shd w:val="clear" w:color="auto" w:fill="F2F2F2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15F4460F" w14:textId="77777777" w:rsidR="00EB3D7E" w:rsidRDefault="00DC006A">
            <w:r>
              <w:rPr>
                <w:b/>
                <w:sz w:val="16"/>
              </w:rPr>
              <w:t>Author Contributions</w:t>
            </w:r>
          </w:p>
        </w:tc>
        <w:tc>
          <w:tcPr>
            <w:tcW w:w="5328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573065CB" w14:textId="77777777" w:rsidR="00EB3D7E" w:rsidRDefault="00DC006A">
            <w:r>
              <w:rPr>
                <w:sz w:val="16"/>
              </w:rPr>
              <w:t>[Describe contributions using author initials.]</w:t>
            </w:r>
          </w:p>
        </w:tc>
      </w:tr>
      <w:tr w:rsidR="00EB3D7E" w14:paraId="40CF39FD" w14:textId="77777777">
        <w:trPr>
          <w:jc w:val="center"/>
        </w:trPr>
        <w:tc>
          <w:tcPr>
            <w:tcW w:w="5328" w:type="dxa"/>
            <w:shd w:val="clear" w:color="auto" w:fill="F2F2F2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741382D9" w14:textId="77777777" w:rsidR="00EB3D7E" w:rsidRDefault="00DC006A">
            <w:r>
              <w:rPr>
                <w:b/>
                <w:sz w:val="16"/>
              </w:rPr>
              <w:t>Funding</w:t>
            </w:r>
          </w:p>
        </w:tc>
        <w:tc>
          <w:tcPr>
            <w:tcW w:w="5328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2B8FA58F" w14:textId="77777777" w:rsidR="00EB3D7E" w:rsidRDefault="00DC006A">
            <w:r>
              <w:rPr>
                <w:sz w:val="16"/>
              </w:rPr>
              <w:t xml:space="preserve">[Name the funder and grant number, or state: No </w:t>
            </w:r>
            <w:r>
              <w:rPr>
                <w:sz w:val="16"/>
              </w:rPr>
              <w:t>external funding.]</w:t>
            </w:r>
          </w:p>
        </w:tc>
      </w:tr>
      <w:tr w:rsidR="00EB3D7E" w14:paraId="79DA2AC9" w14:textId="77777777">
        <w:trPr>
          <w:jc w:val="center"/>
        </w:trPr>
        <w:tc>
          <w:tcPr>
            <w:tcW w:w="5328" w:type="dxa"/>
            <w:shd w:val="clear" w:color="auto" w:fill="F2F2F2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68F06CFC" w14:textId="77777777" w:rsidR="00EB3D7E" w:rsidRDefault="00DC006A">
            <w:r>
              <w:rPr>
                <w:b/>
                <w:sz w:val="16"/>
              </w:rPr>
              <w:t>Conflict of Interest</w:t>
            </w:r>
          </w:p>
        </w:tc>
        <w:tc>
          <w:tcPr>
            <w:tcW w:w="5328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6A91E3B9" w14:textId="77777777" w:rsidR="00EB3D7E" w:rsidRDefault="00DC006A">
            <w:r>
              <w:rPr>
                <w:sz w:val="16"/>
              </w:rPr>
              <w:t>[Declare conflicts, or state: The authors declare no conflict of interest.]</w:t>
            </w:r>
          </w:p>
        </w:tc>
      </w:tr>
      <w:tr w:rsidR="00EB3D7E" w14:paraId="08749651" w14:textId="77777777">
        <w:trPr>
          <w:jc w:val="center"/>
        </w:trPr>
        <w:tc>
          <w:tcPr>
            <w:tcW w:w="5328" w:type="dxa"/>
            <w:shd w:val="clear" w:color="auto" w:fill="F2F2F2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41A86784" w14:textId="77777777" w:rsidR="00EB3D7E" w:rsidRDefault="00DC006A">
            <w:r>
              <w:rPr>
                <w:b/>
                <w:sz w:val="16"/>
              </w:rPr>
              <w:t>Ethical Approval / Consent</w:t>
            </w:r>
          </w:p>
        </w:tc>
        <w:tc>
          <w:tcPr>
            <w:tcW w:w="5328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74980E96" w14:textId="77777777" w:rsidR="00EB3D7E" w:rsidRDefault="00DC006A">
            <w:r>
              <w:rPr>
                <w:sz w:val="16"/>
              </w:rPr>
              <w:t>[Provide approval and consent details, or state: Not applicable.]</w:t>
            </w:r>
          </w:p>
        </w:tc>
      </w:tr>
      <w:tr w:rsidR="00EB3D7E" w14:paraId="001D7238" w14:textId="77777777">
        <w:trPr>
          <w:jc w:val="center"/>
        </w:trPr>
        <w:tc>
          <w:tcPr>
            <w:tcW w:w="5328" w:type="dxa"/>
            <w:shd w:val="clear" w:color="auto" w:fill="F2F2F2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7BB764C8" w14:textId="77777777" w:rsidR="00EB3D7E" w:rsidRDefault="00DC006A">
            <w:r>
              <w:rPr>
                <w:b/>
                <w:sz w:val="16"/>
              </w:rPr>
              <w:t xml:space="preserve">Data Availability / </w:t>
            </w:r>
            <w:r>
              <w:rPr>
                <w:b/>
                <w:sz w:val="16"/>
              </w:rPr>
              <w:t>Acknowledgments</w:t>
            </w:r>
          </w:p>
        </w:tc>
        <w:tc>
          <w:tcPr>
            <w:tcW w:w="5328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45A2582C" w14:textId="77777777" w:rsidR="00EB3D7E" w:rsidRDefault="00DC006A">
            <w:r>
              <w:rPr>
                <w:sz w:val="16"/>
              </w:rPr>
              <w:t>[Insert the relevant statements, if applicable.]</w:t>
            </w:r>
          </w:p>
        </w:tc>
      </w:tr>
    </w:tbl>
    <w:p w14:paraId="04B386D8" w14:textId="1CAC23F1" w:rsidR="00000000" w:rsidRDefault="00DC006A"/>
    <w:p w14:paraId="1C8E7563" w14:textId="77777777" w:rsidR="00996ED9" w:rsidRDefault="00996ED9" w:rsidP="00996ED9">
      <w:pPr>
        <w:keepNext/>
        <w:spacing w:before="80" w:after="40"/>
        <w:rPr>
          <w:b/>
          <w:color w:val="1F4E79"/>
          <w:sz w:val="23"/>
        </w:rPr>
      </w:pPr>
    </w:p>
    <w:p w14:paraId="203A0CD7" w14:textId="77777777" w:rsidR="00996ED9" w:rsidRDefault="00996ED9" w:rsidP="00996ED9">
      <w:pPr>
        <w:keepNext/>
        <w:spacing w:before="80" w:after="40"/>
      </w:pPr>
      <w:r>
        <w:rPr>
          <w:b/>
          <w:color w:val="1F4E79"/>
          <w:sz w:val="23"/>
        </w:rPr>
        <w:t>3. Corresponding Author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64"/>
        <w:gridCol w:w="2664"/>
        <w:gridCol w:w="2664"/>
        <w:gridCol w:w="2664"/>
      </w:tblGrid>
      <w:tr w:rsidR="00996ED9" w14:paraId="179F6284" w14:textId="77777777" w:rsidTr="00944015">
        <w:trPr>
          <w:jc w:val="center"/>
        </w:trPr>
        <w:tc>
          <w:tcPr>
            <w:tcW w:w="2664" w:type="dxa"/>
            <w:shd w:val="clear" w:color="auto" w:fill="F2F2F2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E0B5E95" w14:textId="77777777" w:rsidR="00996ED9" w:rsidRDefault="00996ED9" w:rsidP="00944015">
            <w:r>
              <w:rPr>
                <w:b/>
                <w:sz w:val="16"/>
              </w:rPr>
              <w:t>Full Name</w:t>
            </w:r>
          </w:p>
        </w:tc>
        <w:tc>
          <w:tcPr>
            <w:tcW w:w="2664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5386919" w14:textId="77777777" w:rsidR="00996ED9" w:rsidRDefault="00996ED9" w:rsidP="00944015">
            <w:r>
              <w:rPr>
                <w:sz w:val="16"/>
              </w:rPr>
              <w:t>[Insert name]</w:t>
            </w:r>
          </w:p>
        </w:tc>
        <w:tc>
          <w:tcPr>
            <w:tcW w:w="2664" w:type="dxa"/>
            <w:shd w:val="clear" w:color="auto" w:fill="F2F2F2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024BE5F" w14:textId="77777777" w:rsidR="00996ED9" w:rsidRDefault="00996ED9" w:rsidP="00944015">
            <w:r>
              <w:rPr>
                <w:b/>
                <w:sz w:val="16"/>
              </w:rPr>
              <w:t>Email</w:t>
            </w:r>
          </w:p>
        </w:tc>
        <w:tc>
          <w:tcPr>
            <w:tcW w:w="2664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CA817A1" w14:textId="77777777" w:rsidR="00996ED9" w:rsidRDefault="00996ED9" w:rsidP="00944015">
            <w:r>
              <w:rPr>
                <w:sz w:val="16"/>
              </w:rPr>
              <w:t>[Insert email]</w:t>
            </w:r>
          </w:p>
        </w:tc>
      </w:tr>
      <w:tr w:rsidR="00996ED9" w14:paraId="57EDA34D" w14:textId="77777777" w:rsidTr="00944015">
        <w:trPr>
          <w:jc w:val="center"/>
        </w:trPr>
        <w:tc>
          <w:tcPr>
            <w:tcW w:w="2664" w:type="dxa"/>
            <w:shd w:val="clear" w:color="auto" w:fill="F2F2F2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893326D" w14:textId="77777777" w:rsidR="00996ED9" w:rsidRDefault="00996ED9" w:rsidP="00944015">
            <w:r>
              <w:rPr>
                <w:b/>
                <w:sz w:val="16"/>
              </w:rPr>
              <w:t>Affiliation</w:t>
            </w:r>
          </w:p>
        </w:tc>
        <w:tc>
          <w:tcPr>
            <w:tcW w:w="2664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2025C96" w14:textId="77777777" w:rsidR="00996ED9" w:rsidRDefault="00996ED9" w:rsidP="00944015">
            <w:r>
              <w:rPr>
                <w:sz w:val="16"/>
              </w:rPr>
              <w:t>[Insert complete affiliation]</w:t>
            </w:r>
          </w:p>
        </w:tc>
        <w:tc>
          <w:tcPr>
            <w:tcW w:w="2664" w:type="dxa"/>
            <w:shd w:val="clear" w:color="auto" w:fill="F2F2F2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FA6A9ED" w14:textId="77777777" w:rsidR="00996ED9" w:rsidRDefault="00996ED9" w:rsidP="00944015">
            <w:r>
              <w:t>Mobile Phone</w:t>
            </w:r>
          </w:p>
        </w:tc>
        <w:tc>
          <w:tcPr>
            <w:tcW w:w="2664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7D1D538" w14:textId="77777777" w:rsidR="00996ED9" w:rsidRDefault="00996ED9" w:rsidP="00944015">
            <w:r>
              <w:rPr>
                <w:sz w:val="16"/>
              </w:rPr>
              <w:t>[Insert ORCID]</w:t>
            </w:r>
          </w:p>
        </w:tc>
      </w:tr>
    </w:tbl>
    <w:p w14:paraId="529EB8A2" w14:textId="77777777" w:rsidR="00996ED9" w:rsidRDefault="00996ED9" w:rsidP="00996ED9">
      <w:pPr>
        <w:keepNext/>
        <w:spacing w:before="80" w:after="40"/>
        <w:rPr>
          <w:b/>
          <w:color w:val="1F4E79"/>
          <w:sz w:val="23"/>
        </w:rPr>
      </w:pPr>
    </w:p>
    <w:p w14:paraId="00871593" w14:textId="156336E4" w:rsidR="00996ED9" w:rsidRDefault="00996ED9">
      <w:pPr>
        <w:rPr>
          <w:rtl/>
        </w:rPr>
      </w:pPr>
    </w:p>
    <w:p w14:paraId="3E5ADFD8" w14:textId="77777777" w:rsidR="00A0678F" w:rsidRDefault="00A0678F"/>
    <w:p w14:paraId="0CF11DA8" w14:textId="77777777" w:rsidR="00A0678F" w:rsidRDefault="00A0678F">
      <w:pPr>
        <w:rPr>
          <w:rtl/>
        </w:rPr>
      </w:pPr>
      <w:r w:rsidRPr="00A0678F">
        <w:t>Corresponding Author</w:t>
      </w:r>
      <w:r>
        <w:rPr>
          <w:rFonts w:hint="cs"/>
          <w:rtl/>
        </w:rPr>
        <w:t xml:space="preserve"> :</w:t>
      </w:r>
    </w:p>
    <w:p w14:paraId="68FA8DF2" w14:textId="77777777" w:rsidR="00A0678F" w:rsidRDefault="00A0678F">
      <w:pPr>
        <w:rPr>
          <w:rtl/>
        </w:rPr>
      </w:pPr>
    </w:p>
    <w:p w14:paraId="79DAAFF0" w14:textId="190B7E57" w:rsidR="00996ED9" w:rsidRDefault="00996ED9">
      <w:r>
        <w:t>Signature</w:t>
      </w:r>
    </w:p>
    <w:p w14:paraId="7A60E335" w14:textId="6AE3132C" w:rsidR="00BC7BA7" w:rsidRPr="00BC7BA7" w:rsidRDefault="00BC7BA7" w:rsidP="00BC1EB7"/>
    <w:p w14:paraId="06A233D8" w14:textId="17AB908E" w:rsidR="00BC7BA7" w:rsidRPr="00BC7BA7" w:rsidRDefault="00BC7BA7" w:rsidP="00BC7BA7">
      <w:pPr>
        <w:tabs>
          <w:tab w:val="left" w:pos="4596"/>
        </w:tabs>
      </w:pPr>
      <w:r>
        <w:tab/>
      </w:r>
    </w:p>
    <w:sectPr w:rsidR="00BC7BA7" w:rsidRPr="00BC7BA7" w:rsidSect="00034616">
      <w:headerReference w:type="default" r:id="rId8"/>
      <w:footerReference w:type="default" r:id="rId9"/>
      <w:pgSz w:w="12240" w:h="15840"/>
      <w:pgMar w:top="648" w:right="792" w:bottom="648" w:left="79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8E1AC" w14:textId="77777777" w:rsidR="00DC006A" w:rsidRDefault="00DC006A">
      <w:pPr>
        <w:spacing w:after="0" w:line="240" w:lineRule="auto"/>
      </w:pPr>
      <w:r>
        <w:separator/>
      </w:r>
    </w:p>
  </w:endnote>
  <w:endnote w:type="continuationSeparator" w:id="0">
    <w:p w14:paraId="74513460" w14:textId="77777777" w:rsidR="00DC006A" w:rsidRDefault="00DC0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28140" w14:textId="1B6BCB8F" w:rsidR="00EB3D7E" w:rsidRDefault="00DC006A">
    <w:pPr>
      <w:pStyle w:val="Footer"/>
      <w:jc w:val="center"/>
    </w:pPr>
    <w:r>
      <w:rPr>
        <w:color w:val="646464"/>
        <w:sz w:val="15"/>
      </w:rPr>
      <w:t>Title 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719BC" w14:textId="77777777" w:rsidR="00DC006A" w:rsidRDefault="00DC006A">
      <w:pPr>
        <w:spacing w:after="0" w:line="240" w:lineRule="auto"/>
      </w:pPr>
      <w:r>
        <w:separator/>
      </w:r>
    </w:p>
  </w:footnote>
  <w:footnote w:type="continuationSeparator" w:id="0">
    <w:p w14:paraId="173E6E75" w14:textId="77777777" w:rsidR="00DC006A" w:rsidRDefault="00DC00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22DE3" w14:textId="77777777" w:rsidR="00BD783D" w:rsidRDefault="00BD783D">
    <w:pPr>
      <w:pStyle w:val="Header"/>
      <w:rPr>
        <w:rtl/>
      </w:rPr>
    </w:pPr>
  </w:p>
  <w:p w14:paraId="36633EC3" w14:textId="77777777" w:rsidR="00BD783D" w:rsidRDefault="00BD783D">
    <w:pPr>
      <w:pStyle w:val="Header"/>
      <w:rPr>
        <w:rtl/>
      </w:rPr>
    </w:pPr>
  </w:p>
  <w:p w14:paraId="3ACA5836" w14:textId="186B99A8" w:rsidR="00BD783D" w:rsidRDefault="00BD783D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C274AF6" wp14:editId="2631D413">
          <wp:simplePos x="0" y="0"/>
          <wp:positionH relativeFrom="margin">
            <wp:posOffset>2918460</wp:posOffset>
          </wp:positionH>
          <wp:positionV relativeFrom="page">
            <wp:posOffset>0</wp:posOffset>
          </wp:positionV>
          <wp:extent cx="933450" cy="93345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71571873">
    <w:abstractNumId w:val="8"/>
  </w:num>
  <w:num w:numId="2" w16cid:durableId="1903053127">
    <w:abstractNumId w:val="6"/>
  </w:num>
  <w:num w:numId="3" w16cid:durableId="168913919">
    <w:abstractNumId w:val="5"/>
  </w:num>
  <w:num w:numId="4" w16cid:durableId="456026730">
    <w:abstractNumId w:val="4"/>
  </w:num>
  <w:num w:numId="5" w16cid:durableId="1939173332">
    <w:abstractNumId w:val="7"/>
  </w:num>
  <w:num w:numId="6" w16cid:durableId="416564458">
    <w:abstractNumId w:val="3"/>
  </w:num>
  <w:num w:numId="7" w16cid:durableId="912004030">
    <w:abstractNumId w:val="2"/>
  </w:num>
  <w:num w:numId="8" w16cid:durableId="796221755">
    <w:abstractNumId w:val="1"/>
  </w:num>
  <w:num w:numId="9" w16cid:durableId="411583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996ED9"/>
    <w:rsid w:val="00A0678F"/>
    <w:rsid w:val="00AA1D8D"/>
    <w:rsid w:val="00B47730"/>
    <w:rsid w:val="00BC1EB7"/>
    <w:rsid w:val="00BC7BA7"/>
    <w:rsid w:val="00BD783D"/>
    <w:rsid w:val="00CB0664"/>
    <w:rsid w:val="00DC006A"/>
    <w:rsid w:val="00EB3D7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AC51F60"/>
  <w14:defaultImageDpi w14:val="300"/>
  <w15:docId w15:val="{1CB86A58-C6A7-42FE-928A-D3A9643E5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Page Template for OJS Submission</vt:lpstr>
    </vt:vector>
  </TitlesOfParts>
  <Manager/>
  <Company/>
  <LinksUpToDate>false</LinksUpToDate>
  <CharactersWithSpaces>1419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Page Template for OJS Submission</dc:title>
  <dc:subject>Journal title page template</dc:subject>
  <dc:creator>Editorial Office</dc:creator>
  <cp:keywords/>
  <dc:description>generated by python-docx</dc:description>
  <cp:lastModifiedBy>Ahmed Adil Nafea</cp:lastModifiedBy>
  <cp:revision>3</cp:revision>
  <dcterms:created xsi:type="dcterms:W3CDTF">2013-12-23T23:15:00Z</dcterms:created>
  <dcterms:modified xsi:type="dcterms:W3CDTF">2026-07-11T13:45:00Z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a23d07da-c16e-4cb5-846c-2d096810bbd7</vt:lpwstr>
  </property>
</Properties>
</file>