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4EDD" w14:textId="77777777" w:rsidR="00117CA2" w:rsidRDefault="0007222E" w:rsidP="00812734">
      <w:pPr>
        <w:shd w:val="clear" w:color="auto" w:fill="FFFFFF" w:themeFill="background1"/>
        <w:spacing w:after="0" w:line="240" w:lineRule="auto"/>
        <w:jc w:val="center"/>
      </w:pPr>
      <w:r>
        <w:rPr>
          <w:b/>
          <w:bCs/>
        </w:rPr>
        <w:t>KẾ HOẠCH BÀI DẠY – TUẦN 15</w:t>
      </w:r>
    </w:p>
    <w:p w14:paraId="658535B2" w14:textId="77777777" w:rsidR="00117CA2" w:rsidRDefault="0007222E" w:rsidP="00812734">
      <w:pPr>
        <w:shd w:val="clear" w:color="auto" w:fill="FFFFFF" w:themeFill="background1"/>
        <w:spacing w:after="0" w:line="240" w:lineRule="auto"/>
        <w:jc w:val="center"/>
      </w:pPr>
      <w:r>
        <w:rPr>
          <w:b/>
          <w:bCs/>
        </w:rPr>
        <w:t>CHỦ ĐỀ 4: MÁI ẤM GIA ĐÌNH</w:t>
      </w:r>
    </w:p>
    <w:p w14:paraId="4269DD75" w14:textId="77777777" w:rsidR="00117CA2" w:rsidRDefault="0007222E" w:rsidP="00812734">
      <w:pPr>
        <w:shd w:val="clear" w:color="auto" w:fill="FFFFFF" w:themeFill="background1"/>
        <w:spacing w:after="0" w:line="240" w:lineRule="auto"/>
        <w:jc w:val="center"/>
      </w:pPr>
      <w:r>
        <w:rPr>
          <w:b/>
          <w:bCs/>
        </w:rPr>
        <w:t>BÀI 27: MẸ</w:t>
      </w:r>
    </w:p>
    <w:p w14:paraId="7261ABA4" w14:textId="77777777" w:rsidR="00117CA2" w:rsidRDefault="0007222E" w:rsidP="00812734">
      <w:pPr>
        <w:shd w:val="clear" w:color="auto" w:fill="FFFFFF" w:themeFill="background1"/>
        <w:spacing w:after="0" w:line="240" w:lineRule="auto"/>
        <w:jc w:val="center"/>
      </w:pPr>
      <w:r>
        <w:rPr>
          <w:b/>
          <w:bCs/>
        </w:rPr>
        <w:t>TIẾT 1 - 2: ĐỌC</w:t>
      </w:r>
    </w:p>
    <w:p w14:paraId="2802A020" w14:textId="77777777" w:rsidR="00117CA2" w:rsidRDefault="0007222E" w:rsidP="00812734">
      <w:pPr>
        <w:shd w:val="clear" w:color="auto" w:fill="FFFFFF" w:themeFill="background1"/>
        <w:spacing w:after="0" w:line="240" w:lineRule="auto"/>
      </w:pPr>
      <w:r>
        <w:rPr>
          <w:b/>
          <w:bCs/>
        </w:rPr>
        <w:t>I. YÊU CẦU CẦN ĐẠT</w:t>
      </w:r>
    </w:p>
    <w:p w14:paraId="07C5B4AF" w14:textId="77777777" w:rsidR="00117CA2" w:rsidRDefault="0007222E" w:rsidP="00812734">
      <w:pPr>
        <w:shd w:val="clear" w:color="auto" w:fill="FFFFFF" w:themeFill="background1"/>
        <w:spacing w:after="0" w:line="240" w:lineRule="auto"/>
      </w:pPr>
      <w:r>
        <w:rPr>
          <w:b/>
          <w:bCs/>
        </w:rPr>
        <w:t>1. Năng lực đặc thù</w:t>
      </w:r>
    </w:p>
    <w:p w14:paraId="46B154DF" w14:textId="77777777" w:rsidR="00117CA2" w:rsidRDefault="0007222E" w:rsidP="00812734">
      <w:pPr>
        <w:shd w:val="clear" w:color="auto" w:fill="FFFFFF" w:themeFill="background1"/>
        <w:spacing w:after="0" w:line="240" w:lineRule="auto"/>
      </w:pPr>
      <w:r>
        <w:t>- Đọc đúng, trôi chảy toàn bài thơ; phát âm đúng các tiếng dễ đọc sai: cũng mệt, ạ ời, kẽo cà, gió về, giấc tròn, nắng oi, võng.</w:t>
      </w:r>
    </w:p>
    <w:p w14:paraId="1C11CACD" w14:textId="77777777" w:rsidR="00117CA2" w:rsidRDefault="0007222E" w:rsidP="00812734">
      <w:pPr>
        <w:shd w:val="clear" w:color="auto" w:fill="FFFFFF" w:themeFill="background1"/>
        <w:spacing w:after="0" w:line="240" w:lineRule="auto"/>
      </w:pPr>
      <w:r>
        <w:t>- Biết ngắt nghỉ, nhấn giọng phù hợp khi đọc bài thơ; bước đầu thể hiện tình cảm yêu thương, trân trọng dành cho mẹ.</w:t>
      </w:r>
    </w:p>
    <w:p w14:paraId="719DE181" w14:textId="77777777" w:rsidR="00117CA2" w:rsidRDefault="0007222E" w:rsidP="00812734">
      <w:pPr>
        <w:shd w:val="clear" w:color="auto" w:fill="FFFFFF" w:themeFill="background1"/>
        <w:spacing w:after="0" w:line="240" w:lineRule="auto"/>
      </w:pPr>
      <w:r>
        <w:t>- Hiểu nghĩa các từ ngữ: nắng oi, giấc tròn; hiểu nội dung bài: tình yêu thương, sự quan tâm, chăm sóc và hi sinh thầm lặng của mẹ dành cho con.</w:t>
      </w:r>
    </w:p>
    <w:p w14:paraId="50E0F332" w14:textId="77777777" w:rsidR="00117CA2" w:rsidRDefault="0007222E" w:rsidP="00812734">
      <w:pPr>
        <w:shd w:val="clear" w:color="auto" w:fill="FFFFFF" w:themeFill="background1"/>
        <w:spacing w:after="0" w:line="240" w:lineRule="auto"/>
      </w:pPr>
      <w:r>
        <w:t>- Biết nói một câu thể hiện lòng biết ơn đối với cha mẹ; tìm được từ ngữ chỉ hoạt động trong bài thơ và đặt câu với từ vừa tìm được.</w:t>
      </w:r>
    </w:p>
    <w:p w14:paraId="60DE9D34" w14:textId="77777777" w:rsidR="00117CA2" w:rsidRDefault="0007222E" w:rsidP="00812734">
      <w:pPr>
        <w:shd w:val="clear" w:color="auto" w:fill="FFFFFF" w:themeFill="background1"/>
        <w:spacing w:after="0" w:line="240" w:lineRule="auto"/>
      </w:pPr>
      <w:r>
        <w:rPr>
          <w:b/>
          <w:bCs/>
        </w:rPr>
        <w:t>2. Năng lực chung</w:t>
      </w:r>
    </w:p>
    <w:p w14:paraId="5741BE23" w14:textId="77777777" w:rsidR="00117CA2" w:rsidRDefault="0007222E" w:rsidP="00812734">
      <w:pPr>
        <w:shd w:val="clear" w:color="auto" w:fill="FFFFFF" w:themeFill="background1"/>
        <w:spacing w:after="0" w:line="240" w:lineRule="auto"/>
      </w:pPr>
      <w:r>
        <w:t>- Tự chủ và tự học: chủ động luyện đọc, học thuộc lòng và hoàn thành nhiệm vụ cá nhân.</w:t>
      </w:r>
    </w:p>
    <w:p w14:paraId="10283449" w14:textId="77777777" w:rsidR="00117CA2" w:rsidRDefault="0007222E" w:rsidP="00812734">
      <w:pPr>
        <w:shd w:val="clear" w:color="auto" w:fill="FFFFFF" w:themeFill="background1"/>
        <w:spacing w:after="0" w:line="240" w:lineRule="auto"/>
      </w:pPr>
      <w:r>
        <w:t>- Giao tiếp và hợp tác: biết trao đổi cặp đôi, thảo luận nhóm, lắng nghe và góp ý cho bạn.</w:t>
      </w:r>
    </w:p>
    <w:p w14:paraId="716A99C0" w14:textId="77777777" w:rsidR="00117CA2" w:rsidRDefault="0007222E" w:rsidP="00812734">
      <w:pPr>
        <w:shd w:val="clear" w:color="auto" w:fill="FFFFFF" w:themeFill="background1"/>
        <w:spacing w:after="0" w:line="240" w:lineRule="auto"/>
      </w:pPr>
      <w:r>
        <w:t>- Giải quyết vấn đề và sáng tạo: biết lựa chọn từ ngữ phù hợp để nói lời biết ơn và đặt câu.</w:t>
      </w:r>
    </w:p>
    <w:p w14:paraId="219954A9" w14:textId="77777777" w:rsidR="00117CA2" w:rsidRDefault="0007222E" w:rsidP="00812734">
      <w:pPr>
        <w:shd w:val="clear" w:color="auto" w:fill="FFFFFF" w:themeFill="background1"/>
        <w:spacing w:after="0" w:line="240" w:lineRule="auto"/>
      </w:pPr>
      <w:r>
        <w:rPr>
          <w:b/>
          <w:bCs/>
        </w:rPr>
        <w:t>3. Phẩm chất</w:t>
      </w:r>
    </w:p>
    <w:p w14:paraId="12519F41" w14:textId="77777777" w:rsidR="00117CA2" w:rsidRDefault="0007222E" w:rsidP="00812734">
      <w:pPr>
        <w:shd w:val="clear" w:color="auto" w:fill="FFFFFF" w:themeFill="background1"/>
        <w:spacing w:after="0" w:line="240" w:lineRule="auto"/>
      </w:pPr>
      <w:r>
        <w:t>- Nhân ái: biết yêu thương, kính trọng, biết ơn cha mẹ và người thân trong gia đình.</w:t>
      </w:r>
    </w:p>
    <w:p w14:paraId="60573B81" w14:textId="77777777" w:rsidR="00117CA2" w:rsidRDefault="0007222E" w:rsidP="00812734">
      <w:pPr>
        <w:shd w:val="clear" w:color="auto" w:fill="FFFFFF" w:themeFill="background1"/>
        <w:spacing w:after="0" w:line="240" w:lineRule="auto"/>
      </w:pPr>
      <w:r>
        <w:t>- Chăm chỉ: tích cực luyện đọc, học thuộc lòng, làm bài tập.</w:t>
      </w:r>
    </w:p>
    <w:p w14:paraId="0D92BB3A" w14:textId="77777777" w:rsidR="00117CA2" w:rsidRDefault="0007222E" w:rsidP="00812734">
      <w:pPr>
        <w:shd w:val="clear" w:color="auto" w:fill="FFFFFF" w:themeFill="background1"/>
        <w:spacing w:after="0" w:line="240" w:lineRule="auto"/>
      </w:pPr>
      <w:r>
        <w:t>- Trách nhiệm: biết thể hiện tình yêu thương bằng việc làm vừa sức trong gia đình.</w:t>
      </w:r>
    </w:p>
    <w:p w14:paraId="5125611B" w14:textId="77777777" w:rsidR="00117CA2" w:rsidRDefault="0007222E" w:rsidP="00812734">
      <w:pPr>
        <w:shd w:val="clear" w:color="auto" w:fill="FFFFFF" w:themeFill="background1"/>
        <w:spacing w:after="0" w:line="240" w:lineRule="auto"/>
      </w:pPr>
      <w:r>
        <w:rPr>
          <w:b/>
          <w:bCs/>
          <w:color w:val="C00000"/>
        </w:rPr>
        <w:t>4. Tích hợp</w:t>
      </w:r>
    </w:p>
    <w:p w14:paraId="220B3C20" w14:textId="77777777" w:rsidR="00117CA2" w:rsidRDefault="0007222E" w:rsidP="00812734">
      <w:pPr>
        <w:shd w:val="clear" w:color="auto" w:fill="FFFFFF" w:themeFill="background1"/>
        <w:spacing w:after="0" w:line="240" w:lineRule="auto"/>
      </w:pPr>
      <w:r>
        <w:rPr>
          <w:color w:val="C00000"/>
        </w:rPr>
        <w:t>- Giáo dục lý tưởng cách mạng - đạo đức - lối sống: Học sinh biết trân trọng tình cảm gia đình, biết ơn cha mẹ và thể hiện tình yêu thương bằng những việc làm phù hợp.</w:t>
      </w:r>
    </w:p>
    <w:p w14:paraId="240E6002" w14:textId="77777777" w:rsidR="00117CA2" w:rsidRDefault="0007222E" w:rsidP="00812734">
      <w:pPr>
        <w:shd w:val="clear" w:color="auto" w:fill="FFFFFF" w:themeFill="background1"/>
        <w:spacing w:after="0" w:line="240" w:lineRule="auto"/>
      </w:pPr>
      <w:r>
        <w:rPr>
          <w:b/>
          <w:bCs/>
        </w:rPr>
        <w:t>II. ĐỒ DÙNG DẠY HỌC</w:t>
      </w:r>
    </w:p>
    <w:p w14:paraId="5685F209" w14:textId="77777777" w:rsidR="00117CA2" w:rsidRDefault="0007222E" w:rsidP="00812734">
      <w:pPr>
        <w:shd w:val="clear" w:color="auto" w:fill="FFFFFF" w:themeFill="background1"/>
        <w:spacing w:after="0" w:line="240" w:lineRule="auto"/>
      </w:pPr>
      <w:r>
        <w:t>- Giáo viên: Máy tính, máy chiếu; tranh ảnh về việc bố mẹ, người thân chăm sóc con; phiếu thảo luận nhóm; thẻ từ chỉ hoạt động.</w:t>
      </w:r>
    </w:p>
    <w:p w14:paraId="6BA31DC8" w14:textId="77777777" w:rsidR="00117CA2" w:rsidRDefault="0007222E" w:rsidP="00812734">
      <w:pPr>
        <w:shd w:val="clear" w:color="auto" w:fill="FFFFFF" w:themeFill="background1"/>
        <w:spacing w:after="0" w:line="240" w:lineRule="auto"/>
      </w:pPr>
      <w:r>
        <w:t>- Học sinh: SGK, VBT, vở ô li; tranh ảnh hoặc câu chuyện nhỏ về việc người thân chăm sóc mình.</w:t>
      </w:r>
    </w:p>
    <w:p w14:paraId="6BBA6BAD"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1CA632A4"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69C1CCF2" w14:textId="77777777" w:rsidR="00117CA2" w:rsidRDefault="0007222E" w:rsidP="00812734">
            <w:pPr>
              <w:shd w:val="clear" w:color="auto" w:fill="FFFFFF" w:themeFill="background1"/>
              <w:spacing w:after="0"/>
              <w:jc w:val="center"/>
            </w:pPr>
            <w:r>
              <w:rPr>
                <w:b/>
                <w:bCs/>
              </w:rPr>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4AE05EEB" w14:textId="77777777" w:rsidR="00117CA2" w:rsidRDefault="0007222E" w:rsidP="00812734">
            <w:pPr>
              <w:shd w:val="clear" w:color="auto" w:fill="FFFFFF" w:themeFill="background1"/>
              <w:spacing w:after="0"/>
              <w:jc w:val="center"/>
            </w:pPr>
            <w:r>
              <w:rPr>
                <w:b/>
                <w:bCs/>
              </w:rPr>
              <w:t>Hoạt động của học sinh</w:t>
            </w:r>
          </w:p>
        </w:tc>
      </w:tr>
      <w:tr w:rsidR="00117CA2" w14:paraId="039B88F2"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2EF18C2E" w14:textId="77777777" w:rsidR="00117CA2" w:rsidRDefault="0007222E" w:rsidP="00812734">
            <w:pPr>
              <w:shd w:val="clear" w:color="auto" w:fill="FFFFFF" w:themeFill="background1"/>
              <w:spacing w:after="0"/>
            </w:pPr>
            <w:r>
              <w:rPr>
                <w:b/>
                <w:bCs/>
                <w:color w:val="006100"/>
              </w:rPr>
              <w:t>TIẾT 1 - A. KHỞI ĐỘNG (5 PHÚT)</w:t>
            </w:r>
            <w:r>
              <w:rPr>
                <w:b/>
                <w:bCs/>
                <w:color w:val="006100"/>
              </w:rPr>
              <w:br/>
              <w:t>Mục tiêu: Tạo hứng thú học tập; huy động trải nghiệm của HS về những việc mẹ hoặc người thân đã làm để chăm sóc mình.</w:t>
            </w:r>
          </w:p>
        </w:tc>
      </w:tr>
      <w:tr w:rsidR="00117CA2" w14:paraId="68068E8F" w14:textId="77777777" w:rsidTr="00812734">
        <w:trPr>
          <w:jc w:val="center"/>
        </w:trPr>
        <w:tc>
          <w:tcPr>
            <w:tcW w:w="4762" w:type="dxa"/>
            <w:tcBorders>
              <w:top w:val="single" w:sz="6" w:space="0" w:color="000000"/>
            </w:tcBorders>
            <w:tcMar>
              <w:top w:w="60" w:type="dxa"/>
              <w:left w:w="90" w:type="dxa"/>
              <w:bottom w:w="60" w:type="dxa"/>
              <w:right w:w="90" w:type="dxa"/>
            </w:tcMar>
          </w:tcPr>
          <w:p w14:paraId="00E1634A" w14:textId="77777777" w:rsidR="00117CA2" w:rsidRDefault="0007222E" w:rsidP="00812734">
            <w:pPr>
              <w:shd w:val="clear" w:color="auto" w:fill="FFFFFF" w:themeFill="background1"/>
              <w:spacing w:after="0" w:line="240" w:lineRule="auto"/>
            </w:pPr>
            <w:r>
              <w:t>- GV cho HS quan sát tranh khởi động và nêu yêu cầu: Hãy kể cho bạn nghe một việc mà mẹ hoặc người thân đã làm để chăm sóc em.</w:t>
            </w:r>
          </w:p>
          <w:p w14:paraId="61AACA46" w14:textId="1D609162"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701EC8B4" w14:textId="77777777" w:rsidR="00117CA2" w:rsidRDefault="0007222E" w:rsidP="00812734">
            <w:pPr>
              <w:shd w:val="clear" w:color="auto" w:fill="FFFFFF" w:themeFill="background1"/>
              <w:spacing w:after="0" w:line="240" w:lineRule="auto"/>
            </w:pPr>
            <w:r>
              <w:t>- HS quan sát tranh và kể theo cặp: Mẹ cho em ăn, bà quạt cho em ngủ, bố dạy em học, ông cùng em chơi đồ chơi.</w:t>
            </w:r>
          </w:p>
        </w:tc>
      </w:tr>
      <w:tr w:rsidR="00117CA2" w14:paraId="0563F9F6" w14:textId="77777777" w:rsidTr="00812734">
        <w:trPr>
          <w:jc w:val="center"/>
        </w:trPr>
        <w:tc>
          <w:tcPr>
            <w:tcW w:w="4762" w:type="dxa"/>
            <w:tcMar>
              <w:top w:w="60" w:type="dxa"/>
              <w:left w:w="90" w:type="dxa"/>
              <w:bottom w:w="60" w:type="dxa"/>
              <w:right w:w="90" w:type="dxa"/>
            </w:tcMar>
          </w:tcPr>
          <w:p w14:paraId="5E97F6D0" w14:textId="77777777" w:rsidR="00117CA2" w:rsidRDefault="0007222E" w:rsidP="00812734">
            <w:pPr>
              <w:shd w:val="clear" w:color="auto" w:fill="FFFFFF" w:themeFill="background1"/>
              <w:spacing w:after="0" w:line="240" w:lineRule="auto"/>
            </w:pPr>
            <w:r>
              <w:t>- GV hỏi: Khi được mẹ hoặc người thân chăm sóc, em cảm thấy thế nào?</w:t>
            </w:r>
          </w:p>
        </w:tc>
        <w:tc>
          <w:tcPr>
            <w:tcW w:w="4762" w:type="dxa"/>
            <w:tcMar>
              <w:top w:w="60" w:type="dxa"/>
              <w:left w:w="90" w:type="dxa"/>
              <w:bottom w:w="60" w:type="dxa"/>
              <w:right w:w="90" w:type="dxa"/>
            </w:tcMar>
          </w:tcPr>
          <w:p w14:paraId="06E474DD" w14:textId="77777777" w:rsidR="00117CA2" w:rsidRDefault="0007222E" w:rsidP="00812734">
            <w:pPr>
              <w:shd w:val="clear" w:color="auto" w:fill="FFFFFF" w:themeFill="background1"/>
              <w:spacing w:after="0" w:line="240" w:lineRule="auto"/>
            </w:pPr>
            <w:r>
              <w:t>- HS trả lời cụ thể: Em cảm thấy vui, ấm áp, được yêu thương và biết ơn mẹ/người thân.</w:t>
            </w:r>
          </w:p>
        </w:tc>
      </w:tr>
      <w:tr w:rsidR="00117CA2" w14:paraId="758BEBC3" w14:textId="77777777" w:rsidTr="00812734">
        <w:trPr>
          <w:jc w:val="center"/>
        </w:trPr>
        <w:tc>
          <w:tcPr>
            <w:tcW w:w="4762" w:type="dxa"/>
            <w:tcMar>
              <w:top w:w="60" w:type="dxa"/>
              <w:left w:w="90" w:type="dxa"/>
              <w:bottom w:w="60" w:type="dxa"/>
              <w:right w:w="90" w:type="dxa"/>
            </w:tcMar>
          </w:tcPr>
          <w:p w14:paraId="67790444" w14:textId="77777777" w:rsidR="00117CA2" w:rsidRDefault="0007222E" w:rsidP="00812734">
            <w:pPr>
              <w:shd w:val="clear" w:color="auto" w:fill="FFFFFF" w:themeFill="background1"/>
              <w:spacing w:after="0" w:line="240" w:lineRule="auto"/>
            </w:pPr>
            <w:r>
              <w:t xml:space="preserve">- GV giới thiệu bài: Bài thơ Mẹ giúp chúng ta cảm nhận rõ hơn tình yêu thương, sự </w:t>
            </w:r>
            <w:r>
              <w:lastRenderedPageBreak/>
              <w:t>quan tâm của mẹ dành cho con trong những đêm hè oi bức.</w:t>
            </w:r>
          </w:p>
        </w:tc>
        <w:tc>
          <w:tcPr>
            <w:tcW w:w="4762" w:type="dxa"/>
            <w:tcMar>
              <w:top w:w="60" w:type="dxa"/>
              <w:left w:w="90" w:type="dxa"/>
              <w:bottom w:w="60" w:type="dxa"/>
              <w:right w:w="90" w:type="dxa"/>
            </w:tcMar>
          </w:tcPr>
          <w:p w14:paraId="28A5A3DC" w14:textId="77777777" w:rsidR="00117CA2" w:rsidRDefault="0007222E" w:rsidP="00812734">
            <w:pPr>
              <w:shd w:val="clear" w:color="auto" w:fill="FFFFFF" w:themeFill="background1"/>
              <w:spacing w:after="0" w:line="240" w:lineRule="auto"/>
            </w:pPr>
            <w:r>
              <w:lastRenderedPageBreak/>
              <w:t>- HS lắng nghe, mở vở và ghi tên bài: Mẹ.</w:t>
            </w:r>
          </w:p>
        </w:tc>
      </w:tr>
      <w:tr w:rsidR="00117CA2" w14:paraId="692060CE" w14:textId="77777777" w:rsidTr="00812734">
        <w:trPr>
          <w:jc w:val="center"/>
        </w:trPr>
        <w:tc>
          <w:tcPr>
            <w:tcW w:w="4762" w:type="dxa"/>
            <w:tcBorders>
              <w:bottom w:val="single" w:sz="6" w:space="0" w:color="000000"/>
            </w:tcBorders>
            <w:tcMar>
              <w:top w:w="60" w:type="dxa"/>
              <w:left w:w="90" w:type="dxa"/>
              <w:bottom w:w="60" w:type="dxa"/>
              <w:right w:w="90" w:type="dxa"/>
            </w:tcMar>
          </w:tcPr>
          <w:p w14:paraId="13E08490" w14:textId="77777777" w:rsidR="00117CA2" w:rsidRDefault="0007222E" w:rsidP="00812734">
            <w:pPr>
              <w:shd w:val="clear" w:color="auto" w:fill="FFFFFF" w:themeFill="background1"/>
              <w:spacing w:after="0" w:line="240" w:lineRule="auto"/>
            </w:pPr>
            <w:r>
              <w:t>- GV kết luận: Tình yêu thương của mẹ và người thân được thể hiện qua những việc làm rất gần gũi hằng ngày.</w:t>
            </w:r>
          </w:p>
        </w:tc>
        <w:tc>
          <w:tcPr>
            <w:tcW w:w="4762" w:type="dxa"/>
            <w:tcBorders>
              <w:bottom w:val="single" w:sz="6" w:space="0" w:color="000000"/>
            </w:tcBorders>
            <w:tcMar>
              <w:top w:w="60" w:type="dxa"/>
              <w:left w:w="90" w:type="dxa"/>
              <w:bottom w:w="60" w:type="dxa"/>
              <w:right w:w="90" w:type="dxa"/>
            </w:tcMar>
          </w:tcPr>
          <w:p w14:paraId="274A515F" w14:textId="77777777" w:rsidR="00117CA2" w:rsidRDefault="0007222E" w:rsidP="00812734">
            <w:pPr>
              <w:shd w:val="clear" w:color="auto" w:fill="FFFFFF" w:themeFill="background1"/>
              <w:spacing w:after="0" w:line="240" w:lineRule="auto"/>
            </w:pPr>
            <w:r>
              <w:t>- HS ghi nhớ: Em cần biết yêu thương, kính trọng và cảm ơn mẹ, người thân.</w:t>
            </w:r>
          </w:p>
        </w:tc>
      </w:tr>
      <w:tr w:rsidR="00117CA2" w14:paraId="0EAE70F2"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1A2EC0FD" w14:textId="77777777" w:rsidR="00117CA2" w:rsidRDefault="0007222E" w:rsidP="00812734">
            <w:pPr>
              <w:shd w:val="clear" w:color="auto" w:fill="FFFFFF" w:themeFill="background1"/>
              <w:spacing w:after="0"/>
            </w:pPr>
            <w:r>
              <w:rPr>
                <w:b/>
                <w:bCs/>
                <w:color w:val="006100"/>
              </w:rPr>
              <w:t>B. KHÁM PHÁ - Hoạt động 1: Đọc văn bản (30 PHÚT)</w:t>
            </w:r>
            <w:r>
              <w:rPr>
                <w:b/>
                <w:bCs/>
                <w:color w:val="006100"/>
              </w:rPr>
              <w:br/>
              <w:t>Mục tiêu: Đọc đúng, rõ ràng bài thơ; hiểu nghĩa từ khó; biết ngắt nghỉ phù hợp khi đọc.</w:t>
            </w:r>
          </w:p>
        </w:tc>
      </w:tr>
      <w:tr w:rsidR="00117CA2" w14:paraId="6DE9543C" w14:textId="77777777" w:rsidTr="00812734">
        <w:trPr>
          <w:jc w:val="center"/>
        </w:trPr>
        <w:tc>
          <w:tcPr>
            <w:tcW w:w="4762" w:type="dxa"/>
            <w:tcBorders>
              <w:top w:val="single" w:sz="6" w:space="0" w:color="000000"/>
            </w:tcBorders>
            <w:tcMar>
              <w:top w:w="60" w:type="dxa"/>
              <w:left w:w="90" w:type="dxa"/>
              <w:bottom w:w="60" w:type="dxa"/>
              <w:right w:w="90" w:type="dxa"/>
            </w:tcMar>
          </w:tcPr>
          <w:p w14:paraId="552FAEE2" w14:textId="77777777" w:rsidR="00117CA2" w:rsidRDefault="0007222E" w:rsidP="00812734">
            <w:pPr>
              <w:shd w:val="clear" w:color="auto" w:fill="FFFFFF" w:themeFill="background1"/>
              <w:spacing w:after="0" w:line="240" w:lineRule="auto"/>
            </w:pPr>
            <w:r>
              <w:rPr>
                <w:b/>
                <w:bCs/>
              </w:rPr>
              <w:t>a. Quan sát tranh minh họa và tìm hiểu ban đầu</w:t>
            </w:r>
          </w:p>
          <w:p w14:paraId="2154EC12" w14:textId="77777777" w:rsidR="00117CA2" w:rsidRDefault="0007222E" w:rsidP="00812734">
            <w:pPr>
              <w:shd w:val="clear" w:color="auto" w:fill="FFFFFF" w:themeFill="background1"/>
              <w:spacing w:after="0" w:line="240" w:lineRule="auto"/>
            </w:pPr>
            <w:r>
              <w:t>- GV yêu cầu HS quan sát tranh minh hoạ bài đọc và nêu nội dung tranh.</w:t>
            </w:r>
          </w:p>
          <w:p w14:paraId="51F12B74" w14:textId="1CB62044"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2C1CF4D5" w14:textId="77777777" w:rsidR="00117CA2" w:rsidRDefault="0007222E" w:rsidP="00812734">
            <w:pPr>
              <w:shd w:val="clear" w:color="auto" w:fill="FFFFFF" w:themeFill="background1"/>
              <w:spacing w:after="0" w:line="240" w:lineRule="auto"/>
            </w:pPr>
            <w:r>
              <w:t>- HS quan sát tranh và trả lời: Tranh vẽ mẹ đang ngồi bên võng, vừa đưa võng vừa quạt mát cho con ngủ.</w:t>
            </w:r>
          </w:p>
        </w:tc>
      </w:tr>
      <w:tr w:rsidR="00117CA2" w14:paraId="64DA0207" w14:textId="77777777" w:rsidTr="00812734">
        <w:trPr>
          <w:jc w:val="center"/>
        </w:trPr>
        <w:tc>
          <w:tcPr>
            <w:tcW w:w="4762" w:type="dxa"/>
            <w:tcMar>
              <w:top w:w="60" w:type="dxa"/>
              <w:left w:w="90" w:type="dxa"/>
              <w:bottom w:w="60" w:type="dxa"/>
              <w:right w:w="90" w:type="dxa"/>
            </w:tcMar>
          </w:tcPr>
          <w:p w14:paraId="2B517F3A" w14:textId="77777777" w:rsidR="00117CA2" w:rsidRDefault="0007222E" w:rsidP="00812734">
            <w:pPr>
              <w:shd w:val="clear" w:color="auto" w:fill="FFFFFF" w:themeFill="background1"/>
              <w:spacing w:after="0" w:line="240" w:lineRule="auto"/>
            </w:pPr>
            <w:r>
              <w:rPr>
                <w:b/>
                <w:bCs/>
              </w:rPr>
              <w:t>b. GV đọc mẫu</w:t>
            </w:r>
          </w:p>
          <w:p w14:paraId="708AB09B" w14:textId="77777777" w:rsidR="00117CA2" w:rsidRDefault="0007222E" w:rsidP="00812734">
            <w:pPr>
              <w:shd w:val="clear" w:color="auto" w:fill="FFFFFF" w:themeFill="background1"/>
              <w:spacing w:after="0" w:line="240" w:lineRule="auto"/>
            </w:pPr>
            <w:r>
              <w:t>- GV đọc mẫu toàn bài thơ với giọng nhẹ nhàng, tình cảm; ngắt nghỉ đúng nhịp thơ, nhấn giọng ở các từ ngữ: nắng oi, ạ ời, mẹ ru, mẹ quạt, thức vì chúng con, ngọn gió.</w:t>
            </w:r>
          </w:p>
        </w:tc>
        <w:tc>
          <w:tcPr>
            <w:tcW w:w="4762" w:type="dxa"/>
            <w:tcMar>
              <w:top w:w="60" w:type="dxa"/>
              <w:left w:w="90" w:type="dxa"/>
              <w:bottom w:w="60" w:type="dxa"/>
              <w:right w:w="90" w:type="dxa"/>
            </w:tcMar>
          </w:tcPr>
          <w:p w14:paraId="13A610AA" w14:textId="77777777" w:rsidR="00117CA2" w:rsidRDefault="0007222E" w:rsidP="00812734">
            <w:pPr>
              <w:shd w:val="clear" w:color="auto" w:fill="FFFFFF" w:themeFill="background1"/>
              <w:spacing w:after="0" w:line="240" w:lineRule="auto"/>
            </w:pPr>
            <w:r>
              <w:t>- HS nghe GV đọc mẫu, đọc thầm theo, chú ý cách ngắt nghỉ và giọng đọc tình cảm.</w:t>
            </w:r>
          </w:p>
        </w:tc>
      </w:tr>
      <w:tr w:rsidR="00117CA2" w14:paraId="38E5084C" w14:textId="77777777" w:rsidTr="00812734">
        <w:trPr>
          <w:jc w:val="center"/>
        </w:trPr>
        <w:tc>
          <w:tcPr>
            <w:tcW w:w="4762" w:type="dxa"/>
            <w:tcMar>
              <w:top w:w="60" w:type="dxa"/>
              <w:left w:w="90" w:type="dxa"/>
              <w:bottom w:w="60" w:type="dxa"/>
              <w:right w:w="90" w:type="dxa"/>
            </w:tcMar>
          </w:tcPr>
          <w:p w14:paraId="1A8CB032" w14:textId="77777777" w:rsidR="00117CA2" w:rsidRDefault="0007222E" w:rsidP="00812734">
            <w:pPr>
              <w:shd w:val="clear" w:color="auto" w:fill="FFFFFF" w:themeFill="background1"/>
              <w:spacing w:after="0" w:line="240" w:lineRule="auto"/>
            </w:pPr>
            <w:r>
              <w:rPr>
                <w:b/>
                <w:bCs/>
              </w:rPr>
              <w:t>c. Luyện đọc từng dòng thơ, kết hợp đọc từ khó</w:t>
            </w:r>
          </w:p>
          <w:p w14:paraId="225025FD" w14:textId="77777777" w:rsidR="00117CA2" w:rsidRDefault="0007222E" w:rsidP="00812734">
            <w:pPr>
              <w:shd w:val="clear" w:color="auto" w:fill="FFFFFF" w:themeFill="background1"/>
              <w:spacing w:after="0" w:line="240" w:lineRule="auto"/>
            </w:pPr>
            <w:r>
              <w:t>- GV hỏi: Bài thơ có thể chia làm mấy đoạn?</w:t>
            </w:r>
          </w:p>
        </w:tc>
        <w:tc>
          <w:tcPr>
            <w:tcW w:w="4762" w:type="dxa"/>
            <w:tcMar>
              <w:top w:w="60" w:type="dxa"/>
              <w:left w:w="90" w:type="dxa"/>
              <w:bottom w:w="60" w:type="dxa"/>
              <w:right w:w="90" w:type="dxa"/>
            </w:tcMar>
          </w:tcPr>
          <w:p w14:paraId="77CE1ABF" w14:textId="77777777" w:rsidR="00117CA2" w:rsidRDefault="0007222E" w:rsidP="00812734">
            <w:pPr>
              <w:shd w:val="clear" w:color="auto" w:fill="FFFFFF" w:themeFill="background1"/>
              <w:spacing w:after="0" w:line="240" w:lineRule="auto"/>
            </w:pPr>
            <w:r>
              <w:t>- HS trả lời: Bài thơ có thể chia làm 2 đoạn: đoạn 1 gồm 6 dòng thơ đầu; đoạn 2 gồm 4 dòng thơ cuối.</w:t>
            </w:r>
          </w:p>
        </w:tc>
      </w:tr>
      <w:tr w:rsidR="00117CA2" w14:paraId="51291C4C" w14:textId="77777777" w:rsidTr="00812734">
        <w:trPr>
          <w:jc w:val="center"/>
        </w:trPr>
        <w:tc>
          <w:tcPr>
            <w:tcW w:w="4762" w:type="dxa"/>
            <w:tcMar>
              <w:top w:w="60" w:type="dxa"/>
              <w:left w:w="90" w:type="dxa"/>
              <w:bottom w:w="60" w:type="dxa"/>
              <w:right w:w="90" w:type="dxa"/>
            </w:tcMar>
          </w:tcPr>
          <w:p w14:paraId="457C2FA3" w14:textId="77777777" w:rsidR="00117CA2" w:rsidRDefault="0007222E" w:rsidP="00812734">
            <w:pPr>
              <w:shd w:val="clear" w:color="auto" w:fill="FFFFFF" w:themeFill="background1"/>
              <w:spacing w:after="0" w:line="240" w:lineRule="auto"/>
            </w:pPr>
            <w:r>
              <w:t>- GV yêu cầu HS đọc nối tiếp từng dòng thơ lần 1.</w:t>
            </w:r>
          </w:p>
        </w:tc>
        <w:tc>
          <w:tcPr>
            <w:tcW w:w="4762" w:type="dxa"/>
            <w:tcMar>
              <w:top w:w="60" w:type="dxa"/>
              <w:left w:w="90" w:type="dxa"/>
              <w:bottom w:w="60" w:type="dxa"/>
              <w:right w:w="90" w:type="dxa"/>
            </w:tcMar>
          </w:tcPr>
          <w:p w14:paraId="483C6CDC" w14:textId="77777777" w:rsidR="00117CA2" w:rsidRDefault="0007222E" w:rsidP="00812734">
            <w:pPr>
              <w:shd w:val="clear" w:color="auto" w:fill="FFFFFF" w:themeFill="background1"/>
              <w:spacing w:after="0" w:line="240" w:lineRule="auto"/>
            </w:pPr>
            <w:r>
              <w:t>- HS đọc nối tiếp từng dòng thơ; các bạn theo dõi, phát hiện lỗi đọc nếu có.</w:t>
            </w:r>
          </w:p>
        </w:tc>
      </w:tr>
      <w:tr w:rsidR="00117CA2" w14:paraId="7A489FBE" w14:textId="77777777" w:rsidTr="00812734">
        <w:trPr>
          <w:jc w:val="center"/>
        </w:trPr>
        <w:tc>
          <w:tcPr>
            <w:tcW w:w="4762" w:type="dxa"/>
            <w:tcMar>
              <w:top w:w="60" w:type="dxa"/>
              <w:left w:w="90" w:type="dxa"/>
              <w:bottom w:w="60" w:type="dxa"/>
              <w:right w:w="90" w:type="dxa"/>
            </w:tcMar>
          </w:tcPr>
          <w:p w14:paraId="312F6A6C" w14:textId="77777777" w:rsidR="00117CA2" w:rsidRDefault="0007222E" w:rsidP="00812734">
            <w:pPr>
              <w:shd w:val="clear" w:color="auto" w:fill="FFFFFF" w:themeFill="background1"/>
              <w:spacing w:after="0" w:line="240" w:lineRule="auto"/>
            </w:pPr>
            <w:r>
              <w:t>- GV hỏi: Trong bài thơ có từ ngữ nào em thấy khó đọc?</w:t>
            </w:r>
          </w:p>
        </w:tc>
        <w:tc>
          <w:tcPr>
            <w:tcW w:w="4762" w:type="dxa"/>
            <w:tcMar>
              <w:top w:w="60" w:type="dxa"/>
              <w:left w:w="90" w:type="dxa"/>
              <w:bottom w:w="60" w:type="dxa"/>
              <w:right w:w="90" w:type="dxa"/>
            </w:tcMar>
          </w:tcPr>
          <w:p w14:paraId="031290C6" w14:textId="77777777" w:rsidR="00117CA2" w:rsidRDefault="0007222E" w:rsidP="00812734">
            <w:pPr>
              <w:shd w:val="clear" w:color="auto" w:fill="FFFFFF" w:themeFill="background1"/>
              <w:spacing w:after="0" w:line="240" w:lineRule="auto"/>
            </w:pPr>
            <w:r>
              <w:t>- HS nêu các từ khó: cũng mệt, ạ ời, kẽo cà, gió về, giấc tròn, nắng oi, võng.</w:t>
            </w:r>
          </w:p>
        </w:tc>
      </w:tr>
      <w:tr w:rsidR="00117CA2" w14:paraId="477EE68D" w14:textId="77777777" w:rsidTr="00812734">
        <w:trPr>
          <w:jc w:val="center"/>
        </w:trPr>
        <w:tc>
          <w:tcPr>
            <w:tcW w:w="4762" w:type="dxa"/>
            <w:tcMar>
              <w:top w:w="60" w:type="dxa"/>
              <w:left w:w="90" w:type="dxa"/>
              <w:bottom w:w="60" w:type="dxa"/>
              <w:right w:w="90" w:type="dxa"/>
            </w:tcMar>
          </w:tcPr>
          <w:p w14:paraId="4F25357C" w14:textId="77777777" w:rsidR="00117CA2" w:rsidRDefault="0007222E" w:rsidP="00812734">
            <w:pPr>
              <w:shd w:val="clear" w:color="auto" w:fill="FFFFFF" w:themeFill="background1"/>
              <w:spacing w:after="0" w:line="240" w:lineRule="auto"/>
            </w:pPr>
            <w:r>
              <w:t>- GV ghi từ khó lên bảng và tổ chức cho HS luyện đọc cá nhân, nhóm, đồng thanh.</w:t>
            </w:r>
          </w:p>
        </w:tc>
        <w:tc>
          <w:tcPr>
            <w:tcW w:w="4762" w:type="dxa"/>
            <w:tcMar>
              <w:top w:w="60" w:type="dxa"/>
              <w:left w:w="90" w:type="dxa"/>
              <w:bottom w:w="60" w:type="dxa"/>
              <w:right w:w="90" w:type="dxa"/>
            </w:tcMar>
          </w:tcPr>
          <w:p w14:paraId="6181B162" w14:textId="77777777" w:rsidR="00117CA2" w:rsidRDefault="0007222E" w:rsidP="00812734">
            <w:pPr>
              <w:shd w:val="clear" w:color="auto" w:fill="FFFFFF" w:themeFill="background1"/>
              <w:spacing w:after="0" w:line="240" w:lineRule="auto"/>
            </w:pPr>
            <w:r>
              <w:t>- HS luyện đọc đúng: cũng mệt, ạ ời, kẽo cà, gió về, giấc tròn, nắng oi, võng.</w:t>
            </w:r>
          </w:p>
        </w:tc>
      </w:tr>
      <w:tr w:rsidR="00117CA2" w14:paraId="22B0AF57" w14:textId="77777777" w:rsidTr="00812734">
        <w:trPr>
          <w:jc w:val="center"/>
        </w:trPr>
        <w:tc>
          <w:tcPr>
            <w:tcW w:w="4762" w:type="dxa"/>
            <w:tcMar>
              <w:top w:w="60" w:type="dxa"/>
              <w:left w:w="90" w:type="dxa"/>
              <w:bottom w:w="60" w:type="dxa"/>
              <w:right w:w="90" w:type="dxa"/>
            </w:tcMar>
          </w:tcPr>
          <w:p w14:paraId="6A5F82EA" w14:textId="77777777" w:rsidR="00117CA2" w:rsidRDefault="0007222E" w:rsidP="00812734">
            <w:pPr>
              <w:shd w:val="clear" w:color="auto" w:fill="FFFFFF" w:themeFill="background1"/>
              <w:spacing w:after="0" w:line="240" w:lineRule="auto"/>
            </w:pPr>
            <w:r>
              <w:rPr>
                <w:b/>
                <w:bCs/>
              </w:rPr>
              <w:t>d. Luyện đọc ngắt nhịp và giải nghĩa từ</w:t>
            </w:r>
          </w:p>
          <w:p w14:paraId="6D2E4716" w14:textId="77777777" w:rsidR="00117CA2" w:rsidRDefault="0007222E" w:rsidP="00812734">
            <w:pPr>
              <w:shd w:val="clear" w:color="auto" w:fill="FFFFFF" w:themeFill="background1"/>
              <w:spacing w:after="0" w:line="240" w:lineRule="auto"/>
            </w:pPr>
            <w:r>
              <w:t>- GV hướng dẫn HS đọc ngắt nhịp một số dòng thơ:</w:t>
            </w:r>
          </w:p>
          <w:p w14:paraId="236A0F67" w14:textId="77777777" w:rsidR="00117CA2" w:rsidRDefault="0007222E" w:rsidP="00812734">
            <w:pPr>
              <w:shd w:val="clear" w:color="auto" w:fill="FFFFFF" w:themeFill="background1"/>
              <w:spacing w:after="0" w:line="240" w:lineRule="auto"/>
            </w:pPr>
            <w:r>
              <w:t>Lời ru/ có gió mùa thu</w:t>
            </w:r>
          </w:p>
          <w:p w14:paraId="36DDB85D" w14:textId="77777777" w:rsidR="00117CA2" w:rsidRDefault="0007222E" w:rsidP="00812734">
            <w:pPr>
              <w:shd w:val="clear" w:color="auto" w:fill="FFFFFF" w:themeFill="background1"/>
              <w:spacing w:after="0" w:line="240" w:lineRule="auto"/>
            </w:pPr>
            <w:r>
              <w:t>Bàn tay mẹ quạt/ mẹ đưa gió về.</w:t>
            </w:r>
          </w:p>
          <w:p w14:paraId="72F6885F" w14:textId="77777777" w:rsidR="00117CA2" w:rsidRDefault="0007222E" w:rsidP="00812734">
            <w:pPr>
              <w:shd w:val="clear" w:color="auto" w:fill="FFFFFF" w:themeFill="background1"/>
              <w:spacing w:after="0" w:line="240" w:lineRule="auto"/>
            </w:pPr>
            <w:r>
              <w:t>Những ngôi sao/ thức ngoài kia</w:t>
            </w:r>
          </w:p>
          <w:p w14:paraId="76DA9460" w14:textId="77777777" w:rsidR="00117CA2" w:rsidRDefault="0007222E" w:rsidP="00812734">
            <w:pPr>
              <w:shd w:val="clear" w:color="auto" w:fill="FFFFFF" w:themeFill="background1"/>
              <w:spacing w:after="0" w:line="240" w:lineRule="auto"/>
            </w:pPr>
            <w:r>
              <w:t>Chẳng bằng mẹ đã/ thức vì chúng con.</w:t>
            </w:r>
          </w:p>
        </w:tc>
        <w:tc>
          <w:tcPr>
            <w:tcW w:w="4762" w:type="dxa"/>
            <w:tcMar>
              <w:top w:w="60" w:type="dxa"/>
              <w:left w:w="90" w:type="dxa"/>
              <w:bottom w:w="60" w:type="dxa"/>
              <w:right w:w="90" w:type="dxa"/>
            </w:tcMar>
          </w:tcPr>
          <w:p w14:paraId="3A7B2E6C" w14:textId="77777777" w:rsidR="00117CA2" w:rsidRDefault="0007222E" w:rsidP="00812734">
            <w:pPr>
              <w:shd w:val="clear" w:color="auto" w:fill="FFFFFF" w:themeFill="background1"/>
              <w:spacing w:after="0" w:line="240" w:lineRule="auto"/>
            </w:pPr>
            <w:r>
              <w:t>- HS đọc theo hướng dẫn, biết ngắt nghỉ sau cụm từ và đọc với giọng tha thiết.</w:t>
            </w:r>
          </w:p>
        </w:tc>
      </w:tr>
      <w:tr w:rsidR="00117CA2" w14:paraId="44F70477" w14:textId="77777777" w:rsidTr="00812734">
        <w:trPr>
          <w:jc w:val="center"/>
        </w:trPr>
        <w:tc>
          <w:tcPr>
            <w:tcW w:w="4762" w:type="dxa"/>
            <w:tcMar>
              <w:top w:w="60" w:type="dxa"/>
              <w:left w:w="90" w:type="dxa"/>
              <w:bottom w:w="60" w:type="dxa"/>
              <w:right w:w="90" w:type="dxa"/>
            </w:tcMar>
          </w:tcPr>
          <w:p w14:paraId="6F4368BB" w14:textId="77777777" w:rsidR="00117CA2" w:rsidRDefault="0007222E" w:rsidP="00812734">
            <w:pPr>
              <w:shd w:val="clear" w:color="auto" w:fill="FFFFFF" w:themeFill="background1"/>
              <w:spacing w:after="0" w:line="240" w:lineRule="auto"/>
            </w:pPr>
            <w:r>
              <w:t>- GV hỏi: Em hiểu nắng oi là gì?</w:t>
            </w:r>
          </w:p>
        </w:tc>
        <w:tc>
          <w:tcPr>
            <w:tcW w:w="4762" w:type="dxa"/>
            <w:tcMar>
              <w:top w:w="60" w:type="dxa"/>
              <w:left w:w="90" w:type="dxa"/>
              <w:bottom w:w="60" w:type="dxa"/>
              <w:right w:w="90" w:type="dxa"/>
            </w:tcMar>
          </w:tcPr>
          <w:p w14:paraId="0815BCC2" w14:textId="77777777" w:rsidR="00117CA2" w:rsidRDefault="0007222E" w:rsidP="00812734">
            <w:pPr>
              <w:shd w:val="clear" w:color="auto" w:fill="FFFFFF" w:themeFill="background1"/>
              <w:spacing w:after="0" w:line="240" w:lineRule="auto"/>
            </w:pPr>
            <w:r>
              <w:t>- HS trả lời: Nắng oi là nắng nóng, không có gió, gây cảm giác khó chịu.</w:t>
            </w:r>
          </w:p>
        </w:tc>
      </w:tr>
      <w:tr w:rsidR="00117CA2" w14:paraId="1F7AD0DF" w14:textId="77777777" w:rsidTr="00812734">
        <w:trPr>
          <w:jc w:val="center"/>
        </w:trPr>
        <w:tc>
          <w:tcPr>
            <w:tcW w:w="4762" w:type="dxa"/>
            <w:tcMar>
              <w:top w:w="60" w:type="dxa"/>
              <w:left w:w="90" w:type="dxa"/>
              <w:bottom w:w="60" w:type="dxa"/>
              <w:right w:w="90" w:type="dxa"/>
            </w:tcMar>
          </w:tcPr>
          <w:p w14:paraId="53732697" w14:textId="77777777" w:rsidR="00117CA2" w:rsidRDefault="0007222E" w:rsidP="00812734">
            <w:pPr>
              <w:shd w:val="clear" w:color="auto" w:fill="FFFFFF" w:themeFill="background1"/>
              <w:spacing w:after="0" w:line="240" w:lineRule="auto"/>
            </w:pPr>
            <w:r>
              <w:t>- GV hỏi: Em hiểu giấc tròn là gì?</w:t>
            </w:r>
          </w:p>
        </w:tc>
        <w:tc>
          <w:tcPr>
            <w:tcW w:w="4762" w:type="dxa"/>
            <w:tcMar>
              <w:top w:w="60" w:type="dxa"/>
              <w:left w:w="90" w:type="dxa"/>
              <w:bottom w:w="60" w:type="dxa"/>
              <w:right w:w="90" w:type="dxa"/>
            </w:tcMar>
          </w:tcPr>
          <w:p w14:paraId="039C5523" w14:textId="77777777" w:rsidR="00117CA2" w:rsidRDefault="0007222E" w:rsidP="00812734">
            <w:pPr>
              <w:shd w:val="clear" w:color="auto" w:fill="FFFFFF" w:themeFill="background1"/>
              <w:spacing w:after="0" w:line="240" w:lineRule="auto"/>
            </w:pPr>
            <w:r>
              <w:t>- HS trả lời: Giấc tròn là giấc ngủ ngon, ngủ say, không thức giấc giữa chừng.</w:t>
            </w:r>
          </w:p>
        </w:tc>
      </w:tr>
      <w:tr w:rsidR="00117CA2" w14:paraId="5FB6ED45" w14:textId="77777777" w:rsidTr="00812734">
        <w:trPr>
          <w:jc w:val="center"/>
        </w:trPr>
        <w:tc>
          <w:tcPr>
            <w:tcW w:w="4762" w:type="dxa"/>
            <w:tcMar>
              <w:top w:w="60" w:type="dxa"/>
              <w:left w:w="90" w:type="dxa"/>
              <w:bottom w:w="60" w:type="dxa"/>
              <w:right w:w="90" w:type="dxa"/>
            </w:tcMar>
          </w:tcPr>
          <w:p w14:paraId="45ABB47B" w14:textId="77777777" w:rsidR="00117CA2" w:rsidRDefault="0007222E" w:rsidP="00812734">
            <w:pPr>
              <w:shd w:val="clear" w:color="auto" w:fill="FFFFFF" w:themeFill="background1"/>
              <w:spacing w:after="0" w:line="240" w:lineRule="auto"/>
            </w:pPr>
            <w:r>
              <w:lastRenderedPageBreak/>
              <w:t>- GV mở rộng: Em hãy đặt một câu có từ nắng oi.</w:t>
            </w:r>
          </w:p>
        </w:tc>
        <w:tc>
          <w:tcPr>
            <w:tcW w:w="4762" w:type="dxa"/>
            <w:tcMar>
              <w:top w:w="60" w:type="dxa"/>
              <w:left w:w="90" w:type="dxa"/>
              <w:bottom w:w="60" w:type="dxa"/>
              <w:right w:w="90" w:type="dxa"/>
            </w:tcMar>
          </w:tcPr>
          <w:p w14:paraId="6737B8BC" w14:textId="77777777" w:rsidR="00117CA2" w:rsidRDefault="0007222E" w:rsidP="00812734">
            <w:pPr>
              <w:shd w:val="clear" w:color="auto" w:fill="FFFFFF" w:themeFill="background1"/>
              <w:spacing w:after="0" w:line="240" w:lineRule="auto"/>
            </w:pPr>
            <w:r>
              <w:t>- HS đặt câu: Buổi trưa mùa hè nắng oi khiến em rất muốn ngồi trong bóng mát.</w:t>
            </w:r>
          </w:p>
        </w:tc>
      </w:tr>
      <w:tr w:rsidR="00117CA2" w14:paraId="30C9AEF6" w14:textId="77777777" w:rsidTr="00812734">
        <w:trPr>
          <w:jc w:val="center"/>
        </w:trPr>
        <w:tc>
          <w:tcPr>
            <w:tcW w:w="4762" w:type="dxa"/>
            <w:tcMar>
              <w:top w:w="60" w:type="dxa"/>
              <w:left w:w="90" w:type="dxa"/>
              <w:bottom w:w="60" w:type="dxa"/>
              <w:right w:w="90" w:type="dxa"/>
            </w:tcMar>
          </w:tcPr>
          <w:p w14:paraId="07B95C44" w14:textId="77777777" w:rsidR="00117CA2" w:rsidRDefault="0007222E" w:rsidP="00812734">
            <w:pPr>
              <w:shd w:val="clear" w:color="auto" w:fill="FFFFFF" w:themeFill="background1"/>
              <w:spacing w:after="0" w:line="240" w:lineRule="auto"/>
            </w:pPr>
            <w:r>
              <w:rPr>
                <w:b/>
                <w:bCs/>
              </w:rPr>
              <w:t>e. Luyện đọc trong nhóm và đọc toàn bài</w:t>
            </w:r>
          </w:p>
          <w:p w14:paraId="6D155B44" w14:textId="77777777" w:rsidR="00117CA2" w:rsidRDefault="0007222E" w:rsidP="00812734">
            <w:pPr>
              <w:shd w:val="clear" w:color="auto" w:fill="FFFFFF" w:themeFill="background1"/>
              <w:spacing w:after="0" w:line="240" w:lineRule="auto"/>
            </w:pPr>
            <w:r>
              <w:t>- GV tổ chức cho HS luyện đọc theo nhóm đôi.</w:t>
            </w:r>
          </w:p>
        </w:tc>
        <w:tc>
          <w:tcPr>
            <w:tcW w:w="4762" w:type="dxa"/>
            <w:tcMar>
              <w:top w:w="60" w:type="dxa"/>
              <w:left w:w="90" w:type="dxa"/>
              <w:bottom w:w="60" w:type="dxa"/>
              <w:right w:w="90" w:type="dxa"/>
            </w:tcMar>
          </w:tcPr>
          <w:p w14:paraId="675B333E" w14:textId="77777777" w:rsidR="00117CA2" w:rsidRDefault="0007222E" w:rsidP="00812734">
            <w:pPr>
              <w:shd w:val="clear" w:color="auto" w:fill="FFFFFF" w:themeFill="background1"/>
              <w:spacing w:after="0" w:line="240" w:lineRule="auto"/>
            </w:pPr>
            <w:r>
              <w:t>- HS luyện đọc nhóm đôi; một bạn đọc, một bạn theo dõi và góp ý cách đọc.</w:t>
            </w:r>
          </w:p>
        </w:tc>
      </w:tr>
      <w:tr w:rsidR="00117CA2" w14:paraId="0FF44627" w14:textId="77777777" w:rsidTr="00812734">
        <w:trPr>
          <w:jc w:val="center"/>
        </w:trPr>
        <w:tc>
          <w:tcPr>
            <w:tcW w:w="4762" w:type="dxa"/>
            <w:tcMar>
              <w:top w:w="60" w:type="dxa"/>
              <w:left w:w="90" w:type="dxa"/>
              <w:bottom w:w="60" w:type="dxa"/>
              <w:right w:w="90" w:type="dxa"/>
            </w:tcMar>
          </w:tcPr>
          <w:p w14:paraId="4449DA40" w14:textId="77777777" w:rsidR="00117CA2" w:rsidRDefault="0007222E" w:rsidP="00812734">
            <w:pPr>
              <w:shd w:val="clear" w:color="auto" w:fill="FFFFFF" w:themeFill="background1"/>
              <w:spacing w:after="0" w:line="240" w:lineRule="auto"/>
            </w:pPr>
            <w:r>
              <w:t>- GV tổ chức cho các nhóm thi đọc trước lớp.</w:t>
            </w:r>
          </w:p>
        </w:tc>
        <w:tc>
          <w:tcPr>
            <w:tcW w:w="4762" w:type="dxa"/>
            <w:tcMar>
              <w:top w:w="60" w:type="dxa"/>
              <w:left w:w="90" w:type="dxa"/>
              <w:bottom w:w="60" w:type="dxa"/>
              <w:right w:w="90" w:type="dxa"/>
            </w:tcMar>
          </w:tcPr>
          <w:p w14:paraId="60469CA5" w14:textId="77777777" w:rsidR="00117CA2" w:rsidRDefault="0007222E" w:rsidP="00812734">
            <w:pPr>
              <w:shd w:val="clear" w:color="auto" w:fill="FFFFFF" w:themeFill="background1"/>
              <w:spacing w:after="0" w:line="240" w:lineRule="auto"/>
            </w:pPr>
            <w:r>
              <w:t>- Đại diện 2 - 3 nhóm thi đọc; lớp nhận xét nhóm đọc đúng, rõ, tình cảm.</w:t>
            </w:r>
          </w:p>
        </w:tc>
      </w:tr>
      <w:tr w:rsidR="00117CA2" w14:paraId="01F55BBF" w14:textId="77777777" w:rsidTr="00812734">
        <w:trPr>
          <w:jc w:val="center"/>
        </w:trPr>
        <w:tc>
          <w:tcPr>
            <w:tcW w:w="4762" w:type="dxa"/>
            <w:tcMar>
              <w:top w:w="60" w:type="dxa"/>
              <w:left w:w="90" w:type="dxa"/>
              <w:bottom w:w="60" w:type="dxa"/>
              <w:right w:w="90" w:type="dxa"/>
            </w:tcMar>
          </w:tcPr>
          <w:p w14:paraId="29340256" w14:textId="77777777" w:rsidR="00117CA2" w:rsidRDefault="0007222E" w:rsidP="00812734">
            <w:pPr>
              <w:shd w:val="clear" w:color="auto" w:fill="FFFFFF" w:themeFill="background1"/>
              <w:spacing w:after="0" w:line="240" w:lineRule="auto"/>
            </w:pPr>
            <w:r>
              <w:t>- GV mời 1 - 2 HS đọc toàn bài thơ.</w:t>
            </w:r>
          </w:p>
        </w:tc>
        <w:tc>
          <w:tcPr>
            <w:tcW w:w="4762" w:type="dxa"/>
            <w:tcMar>
              <w:top w:w="60" w:type="dxa"/>
              <w:left w:w="90" w:type="dxa"/>
              <w:bottom w:w="60" w:type="dxa"/>
              <w:right w:w="90" w:type="dxa"/>
            </w:tcMar>
          </w:tcPr>
          <w:p w14:paraId="4B4A719C" w14:textId="77777777" w:rsidR="00117CA2" w:rsidRDefault="0007222E" w:rsidP="00812734">
            <w:pPr>
              <w:shd w:val="clear" w:color="auto" w:fill="FFFFFF" w:themeFill="background1"/>
              <w:spacing w:after="0" w:line="240" w:lineRule="auto"/>
            </w:pPr>
            <w:r>
              <w:t>- HS đọc toàn bài thơ; lớp đọc thầm theo và nhận xét.</w:t>
            </w:r>
          </w:p>
        </w:tc>
      </w:tr>
      <w:tr w:rsidR="00117CA2" w14:paraId="0F4BA6E9" w14:textId="77777777" w:rsidTr="00812734">
        <w:trPr>
          <w:jc w:val="center"/>
        </w:trPr>
        <w:tc>
          <w:tcPr>
            <w:tcW w:w="4762" w:type="dxa"/>
            <w:tcBorders>
              <w:bottom w:val="single" w:sz="6" w:space="0" w:color="000000"/>
            </w:tcBorders>
            <w:tcMar>
              <w:top w:w="60" w:type="dxa"/>
              <w:left w:w="90" w:type="dxa"/>
              <w:bottom w:w="60" w:type="dxa"/>
              <w:right w:w="90" w:type="dxa"/>
            </w:tcMar>
          </w:tcPr>
          <w:p w14:paraId="3CCD5B58" w14:textId="77777777" w:rsidR="00117CA2" w:rsidRDefault="0007222E" w:rsidP="00812734">
            <w:pPr>
              <w:shd w:val="clear" w:color="auto" w:fill="FFFFFF" w:themeFill="background1"/>
              <w:spacing w:after="0" w:line="240" w:lineRule="auto"/>
            </w:pPr>
            <w:r>
              <w:t>- GV kết luận: Khi đọc bài Mẹ, các em cần đọc chậm rãi, tình cảm để thể hiện lòng biết ơn đối với mẹ.</w:t>
            </w:r>
          </w:p>
        </w:tc>
        <w:tc>
          <w:tcPr>
            <w:tcW w:w="4762" w:type="dxa"/>
            <w:tcBorders>
              <w:bottom w:val="single" w:sz="6" w:space="0" w:color="000000"/>
            </w:tcBorders>
            <w:tcMar>
              <w:top w:w="60" w:type="dxa"/>
              <w:left w:w="90" w:type="dxa"/>
              <w:bottom w:w="60" w:type="dxa"/>
              <w:right w:w="90" w:type="dxa"/>
            </w:tcMar>
          </w:tcPr>
          <w:p w14:paraId="2D361836" w14:textId="77777777" w:rsidR="00117CA2" w:rsidRDefault="0007222E" w:rsidP="00812734">
            <w:pPr>
              <w:shd w:val="clear" w:color="auto" w:fill="FFFFFF" w:themeFill="background1"/>
              <w:spacing w:after="0" w:line="240" w:lineRule="auto"/>
            </w:pPr>
            <w:r>
              <w:t>- HS ghi nhớ cách đọc và chuẩn bị chuyển sang tiết 2.</w:t>
            </w:r>
          </w:p>
        </w:tc>
      </w:tr>
      <w:tr w:rsidR="00117CA2" w14:paraId="4648EA74"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44F0392" w14:textId="77777777" w:rsidR="00117CA2" w:rsidRDefault="0007222E" w:rsidP="00812734">
            <w:pPr>
              <w:shd w:val="clear" w:color="auto" w:fill="FFFFFF" w:themeFill="background1"/>
              <w:spacing w:after="0"/>
            </w:pPr>
            <w:r>
              <w:rPr>
                <w:b/>
                <w:bCs/>
                <w:color w:val="006100"/>
              </w:rPr>
              <w:t>TIẾT 2 - Hoạt động 2: Đọc hiểu (15 PHÚT)</w:t>
            </w:r>
            <w:r>
              <w:rPr>
                <w:b/>
                <w:bCs/>
                <w:color w:val="006100"/>
              </w:rPr>
              <w:br/>
              <w:t>Mục tiêu: Trả lời được câu hỏi đọc hiểu; nhận biết tình yêu thương, sự chăm sóc của mẹ dành cho con.</w:t>
            </w:r>
          </w:p>
        </w:tc>
      </w:tr>
      <w:tr w:rsidR="00117CA2" w14:paraId="10EFFF4B" w14:textId="77777777" w:rsidTr="00812734">
        <w:trPr>
          <w:jc w:val="center"/>
        </w:trPr>
        <w:tc>
          <w:tcPr>
            <w:tcW w:w="4762" w:type="dxa"/>
            <w:tcBorders>
              <w:top w:val="single" w:sz="6" w:space="0" w:color="000000"/>
            </w:tcBorders>
            <w:tcMar>
              <w:top w:w="60" w:type="dxa"/>
              <w:left w:w="90" w:type="dxa"/>
              <w:bottom w:w="60" w:type="dxa"/>
              <w:right w:w="90" w:type="dxa"/>
            </w:tcMar>
          </w:tcPr>
          <w:p w14:paraId="76574BFD" w14:textId="77777777" w:rsidR="00117CA2" w:rsidRDefault="0007222E" w:rsidP="00812734">
            <w:pPr>
              <w:shd w:val="clear" w:color="auto" w:fill="FFFFFF" w:themeFill="background1"/>
              <w:spacing w:after="0" w:line="240" w:lineRule="auto"/>
            </w:pPr>
            <w:r>
              <w:t>- GV yêu cầu HS đọc thầm lại bài thơ và quan sát phần câu hỏi trong SGK.</w:t>
            </w:r>
          </w:p>
          <w:p w14:paraId="0E0B1FAD" w14:textId="12008502"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5BCADF93" w14:textId="77777777" w:rsidR="00117CA2" w:rsidRDefault="0007222E" w:rsidP="00812734">
            <w:pPr>
              <w:shd w:val="clear" w:color="auto" w:fill="FFFFFF" w:themeFill="background1"/>
              <w:spacing w:after="0" w:line="240" w:lineRule="auto"/>
            </w:pPr>
            <w:r>
              <w:t>- HS đọc thầm lại bài thơ, quan sát phần câu hỏi và chuẩn bị trả lời.</w:t>
            </w:r>
          </w:p>
        </w:tc>
      </w:tr>
      <w:tr w:rsidR="00117CA2" w14:paraId="42E43A03" w14:textId="77777777" w:rsidTr="00812734">
        <w:trPr>
          <w:jc w:val="center"/>
        </w:trPr>
        <w:tc>
          <w:tcPr>
            <w:tcW w:w="4762" w:type="dxa"/>
            <w:tcMar>
              <w:top w:w="60" w:type="dxa"/>
              <w:left w:w="90" w:type="dxa"/>
              <w:bottom w:w="60" w:type="dxa"/>
              <w:right w:w="90" w:type="dxa"/>
            </w:tcMar>
          </w:tcPr>
          <w:p w14:paraId="6221A182" w14:textId="77777777" w:rsidR="00117CA2" w:rsidRDefault="0007222E" w:rsidP="00812734">
            <w:pPr>
              <w:shd w:val="clear" w:color="auto" w:fill="FFFFFF" w:themeFill="background1"/>
              <w:spacing w:after="0" w:line="240" w:lineRule="auto"/>
            </w:pPr>
            <w:r>
              <w:t>- GV hỏi: Trong đêm hè oi bức, mẹ đã làm gì để con ngủ ngon?</w:t>
            </w:r>
          </w:p>
        </w:tc>
        <w:tc>
          <w:tcPr>
            <w:tcW w:w="4762" w:type="dxa"/>
            <w:tcMar>
              <w:top w:w="60" w:type="dxa"/>
              <w:left w:w="90" w:type="dxa"/>
              <w:bottom w:w="60" w:type="dxa"/>
              <w:right w:w="90" w:type="dxa"/>
            </w:tcMar>
          </w:tcPr>
          <w:p w14:paraId="3F3DDA15" w14:textId="77777777" w:rsidR="00117CA2" w:rsidRDefault="0007222E" w:rsidP="00812734">
            <w:pPr>
              <w:shd w:val="clear" w:color="auto" w:fill="FFFFFF" w:themeFill="background1"/>
              <w:spacing w:after="0" w:line="240" w:lineRule="auto"/>
            </w:pPr>
            <w:r>
              <w:t>- HS trả lời: Trong đêm hè oi bức, mẹ ngồi đưa võng, hát ru và quạt cho con để con ngủ ngon.</w:t>
            </w:r>
          </w:p>
        </w:tc>
      </w:tr>
      <w:tr w:rsidR="00117CA2" w14:paraId="492BAA0F" w14:textId="77777777" w:rsidTr="00812734">
        <w:trPr>
          <w:jc w:val="center"/>
        </w:trPr>
        <w:tc>
          <w:tcPr>
            <w:tcW w:w="4762" w:type="dxa"/>
            <w:tcMar>
              <w:top w:w="60" w:type="dxa"/>
              <w:left w:w="90" w:type="dxa"/>
              <w:bottom w:w="60" w:type="dxa"/>
              <w:right w:w="90" w:type="dxa"/>
            </w:tcMar>
          </w:tcPr>
          <w:p w14:paraId="48924B86" w14:textId="77777777" w:rsidR="00117CA2" w:rsidRDefault="0007222E" w:rsidP="00812734">
            <w:pPr>
              <w:shd w:val="clear" w:color="auto" w:fill="FFFFFF" w:themeFill="background1"/>
              <w:spacing w:after="0" w:line="240" w:lineRule="auto"/>
            </w:pPr>
            <w:r>
              <w:t>- GV hỏi: Những dòng thơ nào cho thấy mẹ đã thức rất nhiều vì con?</w:t>
            </w:r>
          </w:p>
        </w:tc>
        <w:tc>
          <w:tcPr>
            <w:tcW w:w="4762" w:type="dxa"/>
            <w:tcMar>
              <w:top w:w="60" w:type="dxa"/>
              <w:left w:w="90" w:type="dxa"/>
              <w:bottom w:w="60" w:type="dxa"/>
              <w:right w:w="90" w:type="dxa"/>
            </w:tcMar>
          </w:tcPr>
          <w:p w14:paraId="2F6823A1" w14:textId="77777777" w:rsidR="00117CA2" w:rsidRDefault="0007222E" w:rsidP="00812734">
            <w:pPr>
              <w:shd w:val="clear" w:color="auto" w:fill="FFFFFF" w:themeFill="background1"/>
              <w:spacing w:after="0" w:line="240" w:lineRule="auto"/>
            </w:pPr>
            <w:r>
              <w:t>- HS trả lời: Những dòng thơ cho thấy mẹ thức rất nhiều vì con là: “Những ngôi sao thức ngoài kia/ Chẳng bằng mẹ đã thức vì chúng con.”</w:t>
            </w:r>
          </w:p>
        </w:tc>
      </w:tr>
      <w:tr w:rsidR="00117CA2" w14:paraId="3EE2EE93" w14:textId="77777777" w:rsidTr="00812734">
        <w:trPr>
          <w:jc w:val="center"/>
        </w:trPr>
        <w:tc>
          <w:tcPr>
            <w:tcW w:w="4762" w:type="dxa"/>
            <w:tcMar>
              <w:top w:w="60" w:type="dxa"/>
              <w:left w:w="90" w:type="dxa"/>
              <w:bottom w:w="60" w:type="dxa"/>
              <w:right w:w="90" w:type="dxa"/>
            </w:tcMar>
          </w:tcPr>
          <w:p w14:paraId="2B27E1BC" w14:textId="77777777" w:rsidR="00117CA2" w:rsidRDefault="0007222E" w:rsidP="00812734">
            <w:pPr>
              <w:shd w:val="clear" w:color="auto" w:fill="FFFFFF" w:themeFill="background1"/>
              <w:spacing w:after="0" w:line="240" w:lineRule="auto"/>
            </w:pPr>
            <w:r>
              <w:t>- GV hỏi: Theo em, câu thơ cuối bài muốn nói điều gì?</w:t>
            </w:r>
          </w:p>
        </w:tc>
        <w:tc>
          <w:tcPr>
            <w:tcW w:w="4762" w:type="dxa"/>
            <w:tcMar>
              <w:top w:w="60" w:type="dxa"/>
              <w:left w:w="90" w:type="dxa"/>
              <w:bottom w:w="60" w:type="dxa"/>
              <w:right w:w="90" w:type="dxa"/>
            </w:tcMar>
          </w:tcPr>
          <w:p w14:paraId="340BAC6F" w14:textId="77777777" w:rsidR="00117CA2" w:rsidRDefault="0007222E" w:rsidP="00812734">
            <w:pPr>
              <w:shd w:val="clear" w:color="auto" w:fill="FFFFFF" w:themeFill="background1"/>
              <w:spacing w:after="0" w:line="240" w:lineRule="auto"/>
            </w:pPr>
            <w:r>
              <w:t>- HS trả lời: Câu thơ cuối bài muốn nói mẹ là niềm hạnh phúc của cuộc đời con.</w:t>
            </w:r>
          </w:p>
        </w:tc>
      </w:tr>
      <w:tr w:rsidR="00117CA2" w14:paraId="3EF2CA77" w14:textId="77777777" w:rsidTr="00812734">
        <w:trPr>
          <w:jc w:val="center"/>
        </w:trPr>
        <w:tc>
          <w:tcPr>
            <w:tcW w:w="4762" w:type="dxa"/>
            <w:tcMar>
              <w:top w:w="60" w:type="dxa"/>
              <w:left w:w="90" w:type="dxa"/>
              <w:bottom w:w="60" w:type="dxa"/>
              <w:right w:w="90" w:type="dxa"/>
            </w:tcMar>
          </w:tcPr>
          <w:p w14:paraId="22E7457C" w14:textId="77777777" w:rsidR="00117CA2" w:rsidRDefault="0007222E" w:rsidP="00812734">
            <w:pPr>
              <w:shd w:val="clear" w:color="auto" w:fill="FFFFFF" w:themeFill="background1"/>
              <w:spacing w:after="0" w:line="240" w:lineRule="auto"/>
            </w:pPr>
            <w:r>
              <w:t>- GV tổ chức cho HS thảo luận nhóm 4, chọn đáp án đúng cho câu hỏi 3.</w:t>
            </w:r>
          </w:p>
        </w:tc>
        <w:tc>
          <w:tcPr>
            <w:tcW w:w="4762" w:type="dxa"/>
            <w:tcMar>
              <w:top w:w="60" w:type="dxa"/>
              <w:left w:w="90" w:type="dxa"/>
              <w:bottom w:w="60" w:type="dxa"/>
              <w:right w:w="90" w:type="dxa"/>
            </w:tcMar>
          </w:tcPr>
          <w:p w14:paraId="1D6175D9" w14:textId="77777777" w:rsidR="00117CA2" w:rsidRDefault="0007222E" w:rsidP="00812734">
            <w:pPr>
              <w:shd w:val="clear" w:color="auto" w:fill="FFFFFF" w:themeFill="background1"/>
              <w:spacing w:after="0" w:line="240" w:lineRule="auto"/>
            </w:pPr>
            <w:r>
              <w:t>- HS thảo luận nhóm 4 và thống nhất chọn đáp án c: Mẹ là niềm hạnh phúc của cuộc đời con.</w:t>
            </w:r>
          </w:p>
        </w:tc>
      </w:tr>
      <w:tr w:rsidR="00117CA2" w14:paraId="15115095" w14:textId="77777777" w:rsidTr="00812734">
        <w:trPr>
          <w:jc w:val="center"/>
        </w:trPr>
        <w:tc>
          <w:tcPr>
            <w:tcW w:w="4762" w:type="dxa"/>
            <w:tcMar>
              <w:top w:w="60" w:type="dxa"/>
              <w:left w:w="90" w:type="dxa"/>
              <w:bottom w:w="60" w:type="dxa"/>
              <w:right w:w="90" w:type="dxa"/>
            </w:tcMar>
          </w:tcPr>
          <w:p w14:paraId="034E1FC2" w14:textId="77777777" w:rsidR="00117CA2" w:rsidRDefault="0007222E" w:rsidP="00812734">
            <w:pPr>
              <w:shd w:val="clear" w:color="auto" w:fill="FFFFFF" w:themeFill="background1"/>
              <w:spacing w:after="0" w:line="240" w:lineRule="auto"/>
            </w:pPr>
            <w:r>
              <w:t>- GV hỏi: Nói một câu thể hiện lòng biết ơn của em đối với cha mẹ.</w:t>
            </w:r>
          </w:p>
        </w:tc>
        <w:tc>
          <w:tcPr>
            <w:tcW w:w="4762" w:type="dxa"/>
            <w:tcMar>
              <w:top w:w="60" w:type="dxa"/>
              <w:left w:w="90" w:type="dxa"/>
              <w:bottom w:w="60" w:type="dxa"/>
              <w:right w:w="90" w:type="dxa"/>
            </w:tcMar>
          </w:tcPr>
          <w:p w14:paraId="672517DC" w14:textId="77777777" w:rsidR="00117CA2" w:rsidRDefault="0007222E" w:rsidP="00812734">
            <w:pPr>
              <w:shd w:val="clear" w:color="auto" w:fill="FFFFFF" w:themeFill="background1"/>
              <w:spacing w:after="0" w:line="240" w:lineRule="auto"/>
            </w:pPr>
            <w:r>
              <w:t>- HS nói câu cụ thể: Con cảm ơn mẹ vì mẹ luôn chăm sóc con./ Con cảm ơn bố vì bố đưa con đi học mỗi ngày./ Con cảm ơn mẹ vì mẹ đã thức chăm con khi con ốm.</w:t>
            </w:r>
          </w:p>
        </w:tc>
      </w:tr>
      <w:tr w:rsidR="00117CA2" w14:paraId="1A2330C4" w14:textId="77777777" w:rsidTr="00812734">
        <w:trPr>
          <w:jc w:val="center"/>
        </w:trPr>
        <w:tc>
          <w:tcPr>
            <w:tcW w:w="4762" w:type="dxa"/>
            <w:tcMar>
              <w:top w:w="60" w:type="dxa"/>
              <w:left w:w="90" w:type="dxa"/>
              <w:bottom w:w="60" w:type="dxa"/>
              <w:right w:w="90" w:type="dxa"/>
            </w:tcMar>
          </w:tcPr>
          <w:p w14:paraId="544D1FB2" w14:textId="77777777" w:rsidR="00117CA2" w:rsidRDefault="0007222E" w:rsidP="00812734">
            <w:pPr>
              <w:shd w:val="clear" w:color="auto" w:fill="FFFFFF" w:themeFill="background1"/>
              <w:spacing w:after="0" w:line="240" w:lineRule="auto"/>
            </w:pPr>
            <w:r>
              <w:t>- GV hỏi dẫn tích hợp: Qua bài thơ, em thấy mẹ đã yêu thương và hi sinh cho con như thế nào?</w:t>
            </w:r>
          </w:p>
        </w:tc>
        <w:tc>
          <w:tcPr>
            <w:tcW w:w="4762" w:type="dxa"/>
            <w:tcMar>
              <w:top w:w="60" w:type="dxa"/>
              <w:left w:w="90" w:type="dxa"/>
              <w:bottom w:w="60" w:type="dxa"/>
              <w:right w:w="90" w:type="dxa"/>
            </w:tcMar>
          </w:tcPr>
          <w:p w14:paraId="2DC5D904" w14:textId="77777777" w:rsidR="00117CA2" w:rsidRDefault="0007222E" w:rsidP="00812734">
            <w:pPr>
              <w:shd w:val="clear" w:color="auto" w:fill="FFFFFF" w:themeFill="background1"/>
              <w:spacing w:after="0" w:line="240" w:lineRule="auto"/>
            </w:pPr>
            <w:r>
              <w:t>- HS trả lời: Mẹ thức vì con, quạt mát cho con, ru con ngủ và luôn chăm sóc để con được bình an.</w:t>
            </w:r>
          </w:p>
        </w:tc>
      </w:tr>
      <w:tr w:rsidR="00117CA2" w14:paraId="778EDD65" w14:textId="77777777" w:rsidTr="00812734">
        <w:trPr>
          <w:jc w:val="center"/>
        </w:trPr>
        <w:tc>
          <w:tcPr>
            <w:tcW w:w="4762" w:type="dxa"/>
            <w:tcMar>
              <w:top w:w="60" w:type="dxa"/>
              <w:left w:w="90" w:type="dxa"/>
              <w:bottom w:w="60" w:type="dxa"/>
              <w:right w:w="90" w:type="dxa"/>
            </w:tcMar>
          </w:tcPr>
          <w:p w14:paraId="53129F87" w14:textId="77777777" w:rsidR="00117CA2" w:rsidRDefault="0007222E" w:rsidP="00812734">
            <w:pPr>
              <w:shd w:val="clear" w:color="auto" w:fill="FFFFFF" w:themeFill="background1"/>
              <w:spacing w:after="0" w:line="240" w:lineRule="auto"/>
            </w:pPr>
            <w:r>
              <w:rPr>
                <w:color w:val="C00000"/>
              </w:rPr>
              <w:t xml:space="preserve">- Tích hợp Giáo dục lý tưởng cách mạng - đạo đức - lối sống: GV diễn giải: Tình yêu </w:t>
            </w:r>
            <w:r>
              <w:rPr>
                <w:color w:val="C00000"/>
              </w:rPr>
              <w:lastRenderedPageBreak/>
              <w:t>thương của mẹ trong bài thơ nhắc chúng ta phải biết trân trọng gia đình, biết ơn cha mẹ không chỉ bằng lời nói mà còn bằng việc làm cụ thể. Các em có thể giúp cha mẹ những việc vừa sức như tự soạn sách vở, dọn bàn học, gấp quần áo, chào hỏi lễ phép, nói lời cảm ơn khi được chăm sóc. Những việc nhỏ ấy thể hiện đạo đức, lối sống tốt đẹp trong gia đình.</w:t>
            </w:r>
          </w:p>
        </w:tc>
        <w:tc>
          <w:tcPr>
            <w:tcW w:w="4762" w:type="dxa"/>
            <w:tcMar>
              <w:top w:w="60" w:type="dxa"/>
              <w:left w:w="90" w:type="dxa"/>
              <w:bottom w:w="60" w:type="dxa"/>
              <w:right w:w="90" w:type="dxa"/>
            </w:tcMar>
          </w:tcPr>
          <w:p w14:paraId="0C7ECD19" w14:textId="77777777" w:rsidR="00117CA2" w:rsidRDefault="0007222E" w:rsidP="00812734">
            <w:pPr>
              <w:shd w:val="clear" w:color="auto" w:fill="FFFFFF" w:themeFill="background1"/>
              <w:spacing w:after="0" w:line="240" w:lineRule="auto"/>
            </w:pPr>
            <w:r>
              <w:lastRenderedPageBreak/>
              <w:t xml:space="preserve">- HS lắng nghe và nêu việc làm cụ thể: Em sẽ tự soạn cặp, phụ mẹ gấp quần áo, chào </w:t>
            </w:r>
            <w:r>
              <w:lastRenderedPageBreak/>
              <w:t>hỏi lễ phép, nói lời cảm ơn cha mẹ.</w:t>
            </w:r>
          </w:p>
        </w:tc>
      </w:tr>
      <w:tr w:rsidR="00117CA2" w14:paraId="3F8836F1" w14:textId="77777777" w:rsidTr="00812734">
        <w:trPr>
          <w:jc w:val="center"/>
        </w:trPr>
        <w:tc>
          <w:tcPr>
            <w:tcW w:w="4762" w:type="dxa"/>
            <w:tcBorders>
              <w:bottom w:val="single" w:sz="6" w:space="0" w:color="000000"/>
            </w:tcBorders>
            <w:tcMar>
              <w:top w:w="60" w:type="dxa"/>
              <w:left w:w="90" w:type="dxa"/>
              <w:bottom w:w="60" w:type="dxa"/>
              <w:right w:w="90" w:type="dxa"/>
            </w:tcMar>
          </w:tcPr>
          <w:p w14:paraId="3ED05710" w14:textId="77777777" w:rsidR="00117CA2" w:rsidRDefault="0007222E" w:rsidP="00812734">
            <w:pPr>
              <w:shd w:val="clear" w:color="auto" w:fill="FFFFFF" w:themeFill="background1"/>
              <w:spacing w:after="0" w:line="240" w:lineRule="auto"/>
            </w:pPr>
            <w:r>
              <w:lastRenderedPageBreak/>
              <w:t>- GV kết luận hoạt động: Bài thơ ca ngợi tình yêu thương, sự quan tâm, chăm sóc và hi sinh thầm lặng của mẹ dành cho con.</w:t>
            </w:r>
          </w:p>
        </w:tc>
        <w:tc>
          <w:tcPr>
            <w:tcW w:w="4762" w:type="dxa"/>
            <w:tcBorders>
              <w:bottom w:val="single" w:sz="6" w:space="0" w:color="000000"/>
            </w:tcBorders>
            <w:tcMar>
              <w:top w:w="60" w:type="dxa"/>
              <w:left w:w="90" w:type="dxa"/>
              <w:bottom w:w="60" w:type="dxa"/>
              <w:right w:w="90" w:type="dxa"/>
            </w:tcMar>
          </w:tcPr>
          <w:p w14:paraId="59A8E5E4" w14:textId="77777777" w:rsidR="00117CA2" w:rsidRDefault="0007222E" w:rsidP="00812734">
            <w:pPr>
              <w:shd w:val="clear" w:color="auto" w:fill="FFFFFF" w:themeFill="background1"/>
              <w:spacing w:after="0" w:line="240" w:lineRule="auto"/>
            </w:pPr>
            <w:r>
              <w:t>- HS nhắc lại nội dung: Bài thơ nói về tình yêu thương và sự chăm sóc của mẹ dành cho con.</w:t>
            </w:r>
          </w:p>
        </w:tc>
      </w:tr>
      <w:tr w:rsidR="00117CA2" w14:paraId="7BA7F746"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7B09098" w14:textId="77777777" w:rsidR="00117CA2" w:rsidRDefault="0007222E" w:rsidP="00812734">
            <w:pPr>
              <w:shd w:val="clear" w:color="auto" w:fill="FFFFFF" w:themeFill="background1"/>
              <w:spacing w:after="0"/>
            </w:pPr>
            <w:r>
              <w:rPr>
                <w:b/>
                <w:color w:val="006100"/>
              </w:rPr>
              <w:t>Hoạt động 3: Học thuộc lòng và luyện đọc lại (8 PHÚT)</w:t>
            </w:r>
            <w:r>
              <w:rPr>
                <w:b/>
                <w:color w:val="006100"/>
              </w:rPr>
              <w:br/>
              <w:t>Mục tiêu: Học thuộc lòng 6 dòng thơ cuối; đọc lại bài với giọng tình cảm.</w:t>
            </w:r>
          </w:p>
        </w:tc>
      </w:tr>
      <w:tr w:rsidR="00117CA2" w14:paraId="69E689AB" w14:textId="77777777" w:rsidTr="00812734">
        <w:trPr>
          <w:jc w:val="center"/>
        </w:trPr>
        <w:tc>
          <w:tcPr>
            <w:tcW w:w="4762" w:type="dxa"/>
            <w:tcBorders>
              <w:top w:val="single" w:sz="6" w:space="0" w:color="000000"/>
            </w:tcBorders>
            <w:tcMar>
              <w:top w:w="60" w:type="dxa"/>
              <w:left w:w="90" w:type="dxa"/>
              <w:bottom w:w="60" w:type="dxa"/>
              <w:right w:w="90" w:type="dxa"/>
            </w:tcMar>
          </w:tcPr>
          <w:p w14:paraId="75C63362" w14:textId="77777777" w:rsidR="00117CA2" w:rsidRDefault="0007222E" w:rsidP="00812734">
            <w:pPr>
              <w:shd w:val="clear" w:color="auto" w:fill="FFFFFF" w:themeFill="background1"/>
              <w:spacing w:after="0" w:line="240" w:lineRule="auto"/>
            </w:pPr>
            <w:r>
              <w:t>- GV nêu yêu cầu: Học thuộc lòng 6 dòng thơ cuối.</w:t>
            </w:r>
          </w:p>
        </w:tc>
        <w:tc>
          <w:tcPr>
            <w:tcW w:w="4762" w:type="dxa"/>
            <w:tcBorders>
              <w:top w:val="single" w:sz="6" w:space="0" w:color="000000"/>
            </w:tcBorders>
            <w:tcMar>
              <w:top w:w="60" w:type="dxa"/>
              <w:left w:w="90" w:type="dxa"/>
              <w:bottom w:w="60" w:type="dxa"/>
              <w:right w:w="90" w:type="dxa"/>
            </w:tcMar>
          </w:tcPr>
          <w:p w14:paraId="4FAE39A7" w14:textId="77777777" w:rsidR="00117CA2" w:rsidRDefault="0007222E" w:rsidP="00812734">
            <w:pPr>
              <w:shd w:val="clear" w:color="auto" w:fill="FFFFFF" w:themeFill="background1"/>
              <w:spacing w:after="0" w:line="240" w:lineRule="auto"/>
            </w:pPr>
            <w:r>
              <w:t>- HS đọc nhẩm và học thuộc 6 dòng thơ cuối.</w:t>
            </w:r>
          </w:p>
        </w:tc>
      </w:tr>
      <w:tr w:rsidR="00117CA2" w14:paraId="5588371A" w14:textId="77777777" w:rsidTr="00812734">
        <w:trPr>
          <w:jc w:val="center"/>
        </w:trPr>
        <w:tc>
          <w:tcPr>
            <w:tcW w:w="4762" w:type="dxa"/>
            <w:tcMar>
              <w:top w:w="60" w:type="dxa"/>
              <w:left w:w="90" w:type="dxa"/>
              <w:bottom w:w="60" w:type="dxa"/>
              <w:right w:w="90" w:type="dxa"/>
            </w:tcMar>
          </w:tcPr>
          <w:p w14:paraId="4C3C4255" w14:textId="77777777" w:rsidR="00117CA2" w:rsidRDefault="0007222E" w:rsidP="00812734">
            <w:pPr>
              <w:shd w:val="clear" w:color="auto" w:fill="FFFFFF" w:themeFill="background1"/>
              <w:spacing w:after="0" w:line="240" w:lineRule="auto"/>
            </w:pPr>
            <w:r>
              <w:t>- GV tổ chức trò chơi “Biết 1 từ, đọc cả dòng thơ”.</w:t>
            </w:r>
          </w:p>
        </w:tc>
        <w:tc>
          <w:tcPr>
            <w:tcW w:w="4762" w:type="dxa"/>
            <w:tcMar>
              <w:top w:w="60" w:type="dxa"/>
              <w:left w:w="90" w:type="dxa"/>
              <w:bottom w:w="60" w:type="dxa"/>
              <w:right w:w="90" w:type="dxa"/>
            </w:tcMar>
          </w:tcPr>
          <w:p w14:paraId="3EC98F38" w14:textId="77777777" w:rsidR="00117CA2" w:rsidRDefault="0007222E" w:rsidP="00812734">
            <w:pPr>
              <w:shd w:val="clear" w:color="auto" w:fill="FFFFFF" w:themeFill="background1"/>
              <w:spacing w:after="0" w:line="240" w:lineRule="auto"/>
            </w:pPr>
            <w:r>
              <w:t>- HS bốc thăm từ đầu dòng thơ và đọc đúng cả dòng thơ tương ứng.</w:t>
            </w:r>
          </w:p>
        </w:tc>
      </w:tr>
      <w:tr w:rsidR="00117CA2" w14:paraId="2A8CA98A" w14:textId="77777777" w:rsidTr="00812734">
        <w:trPr>
          <w:jc w:val="center"/>
        </w:trPr>
        <w:tc>
          <w:tcPr>
            <w:tcW w:w="4762" w:type="dxa"/>
            <w:tcBorders>
              <w:bottom w:val="single" w:sz="6" w:space="0" w:color="000000"/>
            </w:tcBorders>
            <w:tcMar>
              <w:top w:w="60" w:type="dxa"/>
              <w:left w:w="90" w:type="dxa"/>
              <w:bottom w:w="60" w:type="dxa"/>
              <w:right w:w="90" w:type="dxa"/>
            </w:tcMar>
          </w:tcPr>
          <w:p w14:paraId="65B6BF87" w14:textId="77777777" w:rsidR="00117CA2" w:rsidRDefault="0007222E" w:rsidP="00812734">
            <w:pPr>
              <w:shd w:val="clear" w:color="auto" w:fill="FFFFFF" w:themeFill="background1"/>
              <w:spacing w:after="0" w:line="240" w:lineRule="auto"/>
            </w:pPr>
            <w:r>
              <w:t>- GV mời 2 - 3 HS đọc thuộc lòng trước lớp.</w:t>
            </w:r>
          </w:p>
        </w:tc>
        <w:tc>
          <w:tcPr>
            <w:tcW w:w="4762" w:type="dxa"/>
            <w:tcBorders>
              <w:bottom w:val="single" w:sz="6" w:space="0" w:color="000000"/>
            </w:tcBorders>
            <w:tcMar>
              <w:top w:w="60" w:type="dxa"/>
              <w:left w:w="90" w:type="dxa"/>
              <w:bottom w:w="60" w:type="dxa"/>
              <w:right w:w="90" w:type="dxa"/>
            </w:tcMar>
          </w:tcPr>
          <w:p w14:paraId="2EDE8B24" w14:textId="77777777" w:rsidR="00117CA2" w:rsidRDefault="0007222E" w:rsidP="00812734">
            <w:pPr>
              <w:shd w:val="clear" w:color="auto" w:fill="FFFFFF" w:themeFill="background1"/>
              <w:spacing w:after="0" w:line="240" w:lineRule="auto"/>
            </w:pPr>
            <w:r>
              <w:t>- HS đọc thuộc lòng; lớp nhận xét bạn đọc đúng và diễn cảm.</w:t>
            </w:r>
          </w:p>
        </w:tc>
      </w:tr>
      <w:tr w:rsidR="00117CA2" w14:paraId="4510A720"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7150D538" w14:textId="77777777" w:rsidR="00117CA2" w:rsidRDefault="0007222E" w:rsidP="00812734">
            <w:pPr>
              <w:shd w:val="clear" w:color="auto" w:fill="FFFFFF" w:themeFill="background1"/>
              <w:spacing w:after="0"/>
            </w:pPr>
            <w:r>
              <w:rPr>
                <w:b/>
                <w:bCs/>
                <w:color w:val="006100"/>
              </w:rPr>
              <w:t>C. LUYỆN TẬP - Hoạt động 4: Luyện tập theo văn bản đọc (9 PHÚT)</w:t>
            </w:r>
            <w:r>
              <w:rPr>
                <w:b/>
                <w:bCs/>
                <w:color w:val="006100"/>
              </w:rPr>
              <w:br/>
              <w:t>Mục tiêu: Tìm được từ ngữ chỉ hoạt động trong bài thơ và đặt câu với từ vừa tìm được.</w:t>
            </w:r>
          </w:p>
        </w:tc>
      </w:tr>
      <w:tr w:rsidR="00117CA2" w14:paraId="249062F8" w14:textId="77777777" w:rsidTr="00812734">
        <w:trPr>
          <w:jc w:val="center"/>
        </w:trPr>
        <w:tc>
          <w:tcPr>
            <w:tcW w:w="4762" w:type="dxa"/>
            <w:tcBorders>
              <w:top w:val="single" w:sz="6" w:space="0" w:color="000000"/>
            </w:tcBorders>
            <w:tcMar>
              <w:top w:w="60" w:type="dxa"/>
              <w:left w:w="90" w:type="dxa"/>
              <w:bottom w:w="60" w:type="dxa"/>
              <w:right w:w="90" w:type="dxa"/>
            </w:tcMar>
          </w:tcPr>
          <w:p w14:paraId="2AE8521D" w14:textId="77777777" w:rsidR="00117CA2" w:rsidRDefault="0007222E" w:rsidP="00812734">
            <w:pPr>
              <w:shd w:val="clear" w:color="auto" w:fill="FFFFFF" w:themeFill="background1"/>
              <w:spacing w:after="0" w:line="240" w:lineRule="auto"/>
            </w:pPr>
            <w:r>
              <w:rPr>
                <w:b/>
                <w:bCs/>
              </w:rPr>
              <w:t>- Bài tập 1: Tìm từ ngữ chỉ hoạt động có trong bài thơ.</w:t>
            </w:r>
          </w:p>
          <w:p w14:paraId="2DA2F40F" w14:textId="77777777" w:rsidR="00117CA2" w:rsidRDefault="0007222E" w:rsidP="00812734">
            <w:pPr>
              <w:shd w:val="clear" w:color="auto" w:fill="FFFFFF" w:themeFill="background1"/>
              <w:spacing w:after="0" w:line="240" w:lineRule="auto"/>
            </w:pPr>
            <w:r>
              <w:t>- GV yêu cầu HS đọc đề bài và đọc lại bài thơ để tìm từ chỉ hoạt động.</w:t>
            </w:r>
          </w:p>
          <w:p w14:paraId="5F79AEE7" w14:textId="77777777" w:rsidR="00117CA2" w:rsidRDefault="0007222E" w:rsidP="00812734">
            <w:pPr>
              <w:shd w:val="clear" w:color="auto" w:fill="FFFFFF" w:themeFill="background1"/>
              <w:spacing w:after="0"/>
              <w:jc w:val="center"/>
            </w:pPr>
            <w:r>
              <w:rPr>
                <w:noProof/>
                <w:lang w:val="vi-VN" w:eastAsia="vi-VN"/>
              </w:rPr>
              <w:drawing>
                <wp:inline distT="0" distB="0" distL="0" distR="0" wp14:anchorId="213489BD" wp14:editId="7794ED87">
                  <wp:extent cx="2520000" cy="6662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_luyentap.jpg"/>
                          <pic:cNvPicPr/>
                        </pic:nvPicPr>
                        <pic:blipFill>
                          <a:blip r:embed="rId6"/>
                          <a:stretch>
                            <a:fillRect/>
                          </a:stretch>
                        </pic:blipFill>
                        <pic:spPr>
                          <a:xfrm>
                            <a:off x="0" y="0"/>
                            <a:ext cx="2520000" cy="666207"/>
                          </a:xfrm>
                          <a:prstGeom prst="rect">
                            <a:avLst/>
                          </a:prstGeom>
                        </pic:spPr>
                      </pic:pic>
                    </a:graphicData>
                  </a:graphic>
                </wp:inline>
              </w:drawing>
            </w:r>
          </w:p>
        </w:tc>
        <w:tc>
          <w:tcPr>
            <w:tcW w:w="4762" w:type="dxa"/>
            <w:tcBorders>
              <w:top w:val="single" w:sz="6" w:space="0" w:color="000000"/>
            </w:tcBorders>
            <w:tcMar>
              <w:top w:w="60" w:type="dxa"/>
              <w:left w:w="90" w:type="dxa"/>
              <w:bottom w:w="60" w:type="dxa"/>
              <w:right w:w="90" w:type="dxa"/>
            </w:tcMar>
          </w:tcPr>
          <w:p w14:paraId="5A37AA62" w14:textId="77777777" w:rsidR="00117CA2" w:rsidRDefault="0007222E" w:rsidP="00812734">
            <w:pPr>
              <w:shd w:val="clear" w:color="auto" w:fill="FFFFFF" w:themeFill="background1"/>
              <w:spacing w:after="0" w:line="240" w:lineRule="auto"/>
            </w:pPr>
            <w:r>
              <w:t>- HS đọc đề bài và tìm được các từ chỉ hoạt động: ngồi, đưa, quạt, ru, thức, ngủ.</w:t>
            </w:r>
          </w:p>
        </w:tc>
      </w:tr>
      <w:tr w:rsidR="00117CA2" w14:paraId="4DAC5C7A" w14:textId="77777777" w:rsidTr="00812734">
        <w:trPr>
          <w:jc w:val="center"/>
        </w:trPr>
        <w:tc>
          <w:tcPr>
            <w:tcW w:w="4762" w:type="dxa"/>
            <w:tcMar>
              <w:top w:w="60" w:type="dxa"/>
              <w:left w:w="90" w:type="dxa"/>
              <w:bottom w:w="60" w:type="dxa"/>
              <w:right w:w="90" w:type="dxa"/>
            </w:tcMar>
          </w:tcPr>
          <w:p w14:paraId="5231971D" w14:textId="77777777" w:rsidR="00117CA2" w:rsidRDefault="0007222E" w:rsidP="00812734">
            <w:pPr>
              <w:shd w:val="clear" w:color="auto" w:fill="FFFFFF" w:themeFill="background1"/>
              <w:spacing w:after="0" w:line="240" w:lineRule="auto"/>
            </w:pPr>
            <w:r>
              <w:t>- GV tổ chức cho HS làm việc nhóm 4, viết các từ tìm được vào thẻ từ.</w:t>
            </w:r>
          </w:p>
        </w:tc>
        <w:tc>
          <w:tcPr>
            <w:tcW w:w="4762" w:type="dxa"/>
            <w:tcMar>
              <w:top w:w="60" w:type="dxa"/>
              <w:left w:w="90" w:type="dxa"/>
              <w:bottom w:w="60" w:type="dxa"/>
              <w:right w:w="90" w:type="dxa"/>
            </w:tcMar>
          </w:tcPr>
          <w:p w14:paraId="537F1744" w14:textId="77777777" w:rsidR="00117CA2" w:rsidRDefault="0007222E" w:rsidP="00812734">
            <w:pPr>
              <w:shd w:val="clear" w:color="auto" w:fill="FFFFFF" w:themeFill="background1"/>
              <w:spacing w:after="0" w:line="240" w:lineRule="auto"/>
            </w:pPr>
            <w:r>
              <w:t>- HS thảo luận nhóm 4 và viết vào thẻ từ: ngồi, đưa, quạt, ru, thức, ngủ.</w:t>
            </w:r>
          </w:p>
        </w:tc>
      </w:tr>
      <w:tr w:rsidR="00117CA2" w14:paraId="305EE6C8" w14:textId="77777777" w:rsidTr="00812734">
        <w:trPr>
          <w:jc w:val="center"/>
        </w:trPr>
        <w:tc>
          <w:tcPr>
            <w:tcW w:w="4762" w:type="dxa"/>
            <w:tcMar>
              <w:top w:w="60" w:type="dxa"/>
              <w:left w:w="90" w:type="dxa"/>
              <w:bottom w:w="60" w:type="dxa"/>
              <w:right w:w="90" w:type="dxa"/>
            </w:tcMar>
          </w:tcPr>
          <w:p w14:paraId="686486D0" w14:textId="77777777" w:rsidR="00117CA2" w:rsidRDefault="0007222E" w:rsidP="00812734">
            <w:pPr>
              <w:shd w:val="clear" w:color="auto" w:fill="FFFFFF" w:themeFill="background1"/>
              <w:spacing w:after="0" w:line="240" w:lineRule="auto"/>
            </w:pPr>
            <w:r>
              <w:t>- GV gọi đại diện nhóm trình bày và sửa bài.</w:t>
            </w:r>
          </w:p>
        </w:tc>
        <w:tc>
          <w:tcPr>
            <w:tcW w:w="4762" w:type="dxa"/>
            <w:tcMar>
              <w:top w:w="60" w:type="dxa"/>
              <w:left w:w="90" w:type="dxa"/>
              <w:bottom w:w="60" w:type="dxa"/>
              <w:right w:w="90" w:type="dxa"/>
            </w:tcMar>
          </w:tcPr>
          <w:p w14:paraId="7394D93D" w14:textId="77777777" w:rsidR="00117CA2" w:rsidRDefault="0007222E" w:rsidP="00812734">
            <w:pPr>
              <w:shd w:val="clear" w:color="auto" w:fill="FFFFFF" w:themeFill="background1"/>
              <w:spacing w:after="0" w:line="240" w:lineRule="auto"/>
            </w:pPr>
            <w:r>
              <w:t>- Đại diện nhóm trình bày; HS khác nhận xét và bổ sung nếu thiếu.</w:t>
            </w:r>
          </w:p>
        </w:tc>
      </w:tr>
      <w:tr w:rsidR="00117CA2" w14:paraId="7DCDFB63" w14:textId="77777777" w:rsidTr="00812734">
        <w:trPr>
          <w:jc w:val="center"/>
        </w:trPr>
        <w:tc>
          <w:tcPr>
            <w:tcW w:w="4762" w:type="dxa"/>
            <w:tcMar>
              <w:top w:w="60" w:type="dxa"/>
              <w:left w:w="90" w:type="dxa"/>
              <w:bottom w:w="60" w:type="dxa"/>
              <w:right w:w="90" w:type="dxa"/>
            </w:tcMar>
          </w:tcPr>
          <w:p w14:paraId="43C8569B" w14:textId="77777777" w:rsidR="00117CA2" w:rsidRDefault="0007222E" w:rsidP="00812734">
            <w:pPr>
              <w:shd w:val="clear" w:color="auto" w:fill="FFFFFF" w:themeFill="background1"/>
              <w:spacing w:after="0" w:line="240" w:lineRule="auto"/>
            </w:pPr>
            <w:r>
              <w:rPr>
                <w:b/>
                <w:bCs/>
              </w:rPr>
              <w:t>- Bài tập 2: Đặt một câu với từ ngữ vừa tìm được.</w:t>
            </w:r>
          </w:p>
          <w:p w14:paraId="77AF4AE0" w14:textId="77777777" w:rsidR="00117CA2" w:rsidRDefault="0007222E" w:rsidP="00812734">
            <w:pPr>
              <w:shd w:val="clear" w:color="auto" w:fill="FFFFFF" w:themeFill="background1"/>
              <w:spacing w:after="0" w:line="240" w:lineRule="auto"/>
            </w:pPr>
            <w:r>
              <w:t>- GV yêu cầu HS chọn một từ chỉ hoạt động và đặt câu.</w:t>
            </w:r>
          </w:p>
        </w:tc>
        <w:tc>
          <w:tcPr>
            <w:tcW w:w="4762" w:type="dxa"/>
            <w:tcMar>
              <w:top w:w="60" w:type="dxa"/>
              <w:left w:w="90" w:type="dxa"/>
              <w:bottom w:w="60" w:type="dxa"/>
              <w:right w:w="90" w:type="dxa"/>
            </w:tcMar>
          </w:tcPr>
          <w:p w14:paraId="1AD87A06" w14:textId="77777777" w:rsidR="00117CA2" w:rsidRDefault="0007222E" w:rsidP="00812734">
            <w:pPr>
              <w:shd w:val="clear" w:color="auto" w:fill="FFFFFF" w:themeFill="background1"/>
              <w:spacing w:after="0" w:line="240" w:lineRule="auto"/>
            </w:pPr>
            <w:r>
              <w:t>- HS đặt câu cụ thể: Mẹ quạt cho em ngủ./ Bà ru em bé ngủ./ Em ngồi học bài ngay ngắn.</w:t>
            </w:r>
          </w:p>
        </w:tc>
      </w:tr>
      <w:tr w:rsidR="00117CA2" w14:paraId="7B5FE076" w14:textId="77777777" w:rsidTr="00812734">
        <w:trPr>
          <w:jc w:val="center"/>
        </w:trPr>
        <w:tc>
          <w:tcPr>
            <w:tcW w:w="4762" w:type="dxa"/>
            <w:tcBorders>
              <w:bottom w:val="single" w:sz="6" w:space="0" w:color="000000"/>
            </w:tcBorders>
            <w:tcMar>
              <w:top w:w="60" w:type="dxa"/>
              <w:left w:w="90" w:type="dxa"/>
              <w:bottom w:w="60" w:type="dxa"/>
              <w:right w:w="90" w:type="dxa"/>
            </w:tcMar>
          </w:tcPr>
          <w:p w14:paraId="6232028B" w14:textId="77777777" w:rsidR="00117CA2" w:rsidRDefault="0007222E" w:rsidP="00812734">
            <w:pPr>
              <w:shd w:val="clear" w:color="auto" w:fill="FFFFFF" w:themeFill="background1"/>
              <w:spacing w:after="0" w:line="240" w:lineRule="auto"/>
            </w:pPr>
            <w:r>
              <w:t xml:space="preserve">- GV kết luận: Từ chỉ hoạt động giúp câu </w:t>
            </w:r>
            <w:r>
              <w:lastRenderedPageBreak/>
              <w:t>văn rõ hơn về việc nhân vật đang làm.</w:t>
            </w:r>
          </w:p>
        </w:tc>
        <w:tc>
          <w:tcPr>
            <w:tcW w:w="4762" w:type="dxa"/>
            <w:tcBorders>
              <w:bottom w:val="single" w:sz="6" w:space="0" w:color="000000"/>
            </w:tcBorders>
            <w:tcMar>
              <w:top w:w="60" w:type="dxa"/>
              <w:left w:w="90" w:type="dxa"/>
              <w:bottom w:w="60" w:type="dxa"/>
              <w:right w:w="90" w:type="dxa"/>
            </w:tcMar>
          </w:tcPr>
          <w:p w14:paraId="339878D2" w14:textId="77777777" w:rsidR="00117CA2" w:rsidRDefault="0007222E" w:rsidP="00812734">
            <w:pPr>
              <w:shd w:val="clear" w:color="auto" w:fill="FFFFFF" w:themeFill="background1"/>
              <w:spacing w:after="0" w:line="240" w:lineRule="auto"/>
            </w:pPr>
            <w:r>
              <w:lastRenderedPageBreak/>
              <w:t xml:space="preserve">- HS ghi nhớ và sửa lại câu nếu dùng từ </w:t>
            </w:r>
            <w:r>
              <w:lastRenderedPageBreak/>
              <w:t>chưa phù hợp.</w:t>
            </w:r>
          </w:p>
        </w:tc>
      </w:tr>
      <w:tr w:rsidR="00117CA2" w14:paraId="462161F7"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2832F658" w14:textId="77777777" w:rsidR="00117CA2" w:rsidRDefault="0007222E" w:rsidP="00812734">
            <w:pPr>
              <w:shd w:val="clear" w:color="auto" w:fill="FFFFFF" w:themeFill="background1"/>
              <w:spacing w:after="0"/>
            </w:pPr>
            <w:r>
              <w:rPr>
                <w:b/>
                <w:bCs/>
                <w:color w:val="006100"/>
              </w:rPr>
              <w:lastRenderedPageBreak/>
              <w:t>D. VẬN DỤNG (3 PHÚT)</w:t>
            </w:r>
            <w:r>
              <w:rPr>
                <w:b/>
                <w:bCs/>
                <w:color w:val="006100"/>
              </w:rPr>
              <w:br/>
              <w:t>Mục tiêu: Vận dụng bài học để nói lời biết ơn và làm việc tốt với cha mẹ.</w:t>
            </w:r>
          </w:p>
        </w:tc>
      </w:tr>
      <w:tr w:rsidR="00117CA2" w14:paraId="104A8AD5" w14:textId="77777777" w:rsidTr="00812734">
        <w:trPr>
          <w:jc w:val="center"/>
        </w:trPr>
        <w:tc>
          <w:tcPr>
            <w:tcW w:w="4762" w:type="dxa"/>
            <w:tcBorders>
              <w:top w:val="single" w:sz="6" w:space="0" w:color="000000"/>
            </w:tcBorders>
            <w:tcMar>
              <w:top w:w="60" w:type="dxa"/>
              <w:left w:w="90" w:type="dxa"/>
              <w:bottom w:w="60" w:type="dxa"/>
              <w:right w:w="90" w:type="dxa"/>
            </w:tcMar>
          </w:tcPr>
          <w:p w14:paraId="09B80BF6" w14:textId="77777777" w:rsidR="00117CA2" w:rsidRDefault="0007222E" w:rsidP="00812734">
            <w:pPr>
              <w:shd w:val="clear" w:color="auto" w:fill="FFFFFF" w:themeFill="background1"/>
              <w:spacing w:after="0" w:line="240" w:lineRule="auto"/>
            </w:pPr>
            <w:r>
              <w:t>- GV yêu cầu HS nêu một việc em sẽ làm hôm nay để thể hiện lòng biết ơn cha mẹ.</w:t>
            </w:r>
          </w:p>
        </w:tc>
        <w:tc>
          <w:tcPr>
            <w:tcW w:w="4762" w:type="dxa"/>
            <w:tcBorders>
              <w:top w:val="single" w:sz="6" w:space="0" w:color="000000"/>
            </w:tcBorders>
            <w:tcMar>
              <w:top w:w="60" w:type="dxa"/>
              <w:left w:w="90" w:type="dxa"/>
              <w:bottom w:w="60" w:type="dxa"/>
              <w:right w:w="90" w:type="dxa"/>
            </w:tcMar>
          </w:tcPr>
          <w:p w14:paraId="74AF9DED" w14:textId="77777777" w:rsidR="00117CA2" w:rsidRDefault="0007222E" w:rsidP="00812734">
            <w:pPr>
              <w:shd w:val="clear" w:color="auto" w:fill="FFFFFF" w:themeFill="background1"/>
              <w:spacing w:after="0" w:line="240" w:lineRule="auto"/>
            </w:pPr>
            <w:r>
              <w:t>- HS nêu việc làm cụ thể: Em sẽ tự xếp sách vở, phụ mẹ dọn bàn ăn, rót nước mời bố mẹ, nói lời cảm ơn mẹ.</w:t>
            </w:r>
          </w:p>
        </w:tc>
      </w:tr>
      <w:tr w:rsidR="00117CA2" w14:paraId="6833A331" w14:textId="77777777" w:rsidTr="00812734">
        <w:trPr>
          <w:jc w:val="center"/>
        </w:trPr>
        <w:tc>
          <w:tcPr>
            <w:tcW w:w="4762" w:type="dxa"/>
            <w:tcMar>
              <w:top w:w="60" w:type="dxa"/>
              <w:left w:w="90" w:type="dxa"/>
              <w:bottom w:w="60" w:type="dxa"/>
              <w:right w:w="90" w:type="dxa"/>
            </w:tcMar>
          </w:tcPr>
          <w:p w14:paraId="16BCB911" w14:textId="77777777" w:rsidR="00117CA2" w:rsidRDefault="0007222E" w:rsidP="00812734">
            <w:pPr>
              <w:shd w:val="clear" w:color="auto" w:fill="FFFFFF" w:themeFill="background1"/>
              <w:spacing w:after="0" w:line="240" w:lineRule="auto"/>
            </w:pPr>
            <w:r>
              <w:t>- GV dặn HS về nhà đọc lại bài thơ cho người thân nghe và thực hiện một việc tốt giúp cha mẹ.</w:t>
            </w:r>
          </w:p>
        </w:tc>
        <w:tc>
          <w:tcPr>
            <w:tcW w:w="4762" w:type="dxa"/>
            <w:tcMar>
              <w:top w:w="60" w:type="dxa"/>
              <w:left w:w="90" w:type="dxa"/>
              <w:bottom w:w="60" w:type="dxa"/>
              <w:right w:w="90" w:type="dxa"/>
            </w:tcMar>
          </w:tcPr>
          <w:p w14:paraId="611470AE" w14:textId="77777777" w:rsidR="00117CA2" w:rsidRDefault="0007222E" w:rsidP="00812734">
            <w:pPr>
              <w:shd w:val="clear" w:color="auto" w:fill="FFFFFF" w:themeFill="background1"/>
              <w:spacing w:after="0" w:line="240" w:lineRule="auto"/>
            </w:pPr>
            <w:r>
              <w:t>- HS ghi nhớ nhiệm vụ và hứa thực hiện ở nhà.</w:t>
            </w:r>
          </w:p>
        </w:tc>
      </w:tr>
    </w:tbl>
    <w:p w14:paraId="200882CB" w14:textId="77777777" w:rsidR="00117CA2" w:rsidRDefault="0007222E" w:rsidP="00812734">
      <w:pPr>
        <w:shd w:val="clear" w:color="auto" w:fill="FFFFFF" w:themeFill="background1"/>
        <w:spacing w:after="0" w:line="240" w:lineRule="auto"/>
      </w:pPr>
      <w:r>
        <w:rPr>
          <w:b/>
          <w:bCs/>
        </w:rPr>
        <w:t>IV. ĐIỀU CHỈNH SAU TIẾT DẠY (NẾU CÓ):</w:t>
      </w:r>
    </w:p>
    <w:p w14:paraId="018E601F" w14:textId="77777777" w:rsidR="00117CA2" w:rsidRDefault="0007222E" w:rsidP="00812734">
      <w:pPr>
        <w:shd w:val="clear" w:color="auto" w:fill="FFFFFF" w:themeFill="background1"/>
        <w:spacing w:after="0" w:line="240" w:lineRule="auto"/>
      </w:pPr>
      <w:r>
        <w:t>……………………………………………………………………………………………………………………………</w:t>
      </w:r>
    </w:p>
    <w:p w14:paraId="4E0A257B" w14:textId="77777777" w:rsidR="00117CA2" w:rsidRDefault="0007222E" w:rsidP="00812734">
      <w:pPr>
        <w:shd w:val="clear" w:color="auto" w:fill="FFFFFF" w:themeFill="background1"/>
        <w:spacing w:after="0" w:line="240" w:lineRule="auto"/>
      </w:pPr>
      <w:r>
        <w:t>……………………………………………………………………………………………………………………………</w:t>
      </w:r>
    </w:p>
    <w:p w14:paraId="764CBD91" w14:textId="77777777" w:rsidR="00117CA2" w:rsidRDefault="0007222E" w:rsidP="00812734">
      <w:pPr>
        <w:shd w:val="clear" w:color="auto" w:fill="FFFFFF" w:themeFill="background1"/>
        <w:spacing w:after="0" w:line="240" w:lineRule="auto"/>
      </w:pPr>
      <w:r>
        <w:br w:type="page"/>
      </w:r>
    </w:p>
    <w:p w14:paraId="79115FD4" w14:textId="77777777" w:rsidR="00117CA2" w:rsidRDefault="0007222E" w:rsidP="00812734">
      <w:pPr>
        <w:shd w:val="clear" w:color="auto" w:fill="FFFFFF" w:themeFill="background1"/>
        <w:spacing w:after="0" w:line="240" w:lineRule="auto"/>
        <w:jc w:val="center"/>
      </w:pPr>
      <w:r>
        <w:rPr>
          <w:b/>
          <w:bCs/>
        </w:rPr>
        <w:lastRenderedPageBreak/>
        <w:t>KẾ HOẠCH BÀI DẠY – TUẦN 15</w:t>
      </w:r>
    </w:p>
    <w:p w14:paraId="2A964778" w14:textId="77777777" w:rsidR="00117CA2" w:rsidRDefault="0007222E" w:rsidP="00812734">
      <w:pPr>
        <w:shd w:val="clear" w:color="auto" w:fill="FFFFFF" w:themeFill="background1"/>
        <w:spacing w:after="0" w:line="240" w:lineRule="auto"/>
        <w:jc w:val="center"/>
      </w:pPr>
      <w:r>
        <w:rPr>
          <w:b/>
          <w:bCs/>
        </w:rPr>
        <w:t>CHỦ ĐỀ 4: MÁI ẤM GIA ĐÌNH</w:t>
      </w:r>
    </w:p>
    <w:p w14:paraId="62409F62" w14:textId="77777777" w:rsidR="00117CA2" w:rsidRDefault="0007222E" w:rsidP="00812734">
      <w:pPr>
        <w:shd w:val="clear" w:color="auto" w:fill="FFFFFF" w:themeFill="background1"/>
        <w:spacing w:after="0" w:line="240" w:lineRule="auto"/>
        <w:jc w:val="center"/>
      </w:pPr>
      <w:r>
        <w:rPr>
          <w:b/>
          <w:bCs/>
        </w:rPr>
        <w:t>BÀI 27: MẸ</w:t>
      </w:r>
    </w:p>
    <w:p w14:paraId="642F55CE" w14:textId="77777777" w:rsidR="00117CA2" w:rsidRDefault="0007222E" w:rsidP="00812734">
      <w:pPr>
        <w:shd w:val="clear" w:color="auto" w:fill="FFFFFF" w:themeFill="background1"/>
        <w:spacing w:after="0" w:line="240" w:lineRule="auto"/>
        <w:jc w:val="center"/>
      </w:pPr>
      <w:r>
        <w:rPr>
          <w:b/>
          <w:bCs/>
        </w:rPr>
        <w:t>TIẾT 3: VIẾT – CHỮ HOA O</w:t>
      </w:r>
    </w:p>
    <w:p w14:paraId="06FBAC90" w14:textId="77777777" w:rsidR="00117CA2" w:rsidRDefault="0007222E" w:rsidP="00812734">
      <w:pPr>
        <w:shd w:val="clear" w:color="auto" w:fill="FFFFFF" w:themeFill="background1"/>
        <w:spacing w:after="0" w:line="240" w:lineRule="auto"/>
      </w:pPr>
      <w:r>
        <w:rPr>
          <w:b/>
          <w:bCs/>
        </w:rPr>
        <w:t>I. YÊU CẦU CẦN ĐẠT</w:t>
      </w:r>
    </w:p>
    <w:p w14:paraId="0017B2EF" w14:textId="77777777" w:rsidR="00117CA2" w:rsidRDefault="0007222E" w:rsidP="00812734">
      <w:pPr>
        <w:shd w:val="clear" w:color="auto" w:fill="FFFFFF" w:themeFill="background1"/>
        <w:spacing w:after="0" w:line="240" w:lineRule="auto"/>
      </w:pPr>
      <w:r>
        <w:rPr>
          <w:b/>
          <w:bCs/>
        </w:rPr>
        <w:t>1. Năng lực đặc thù</w:t>
      </w:r>
    </w:p>
    <w:p w14:paraId="28382B28" w14:textId="77777777" w:rsidR="00117CA2" w:rsidRDefault="0007222E" w:rsidP="00812734">
      <w:pPr>
        <w:shd w:val="clear" w:color="auto" w:fill="FFFFFF" w:themeFill="background1"/>
        <w:spacing w:after="0" w:line="240" w:lineRule="auto"/>
      </w:pPr>
      <w:r>
        <w:t>- Biết viết chữ hoa O cỡ vừa và cỡ nhỏ đúng mẫu, đúng độ cao, độ rộng.</w:t>
      </w:r>
    </w:p>
    <w:p w14:paraId="0DDC5715" w14:textId="77777777" w:rsidR="00117CA2" w:rsidRDefault="0007222E" w:rsidP="00812734">
      <w:pPr>
        <w:shd w:val="clear" w:color="auto" w:fill="FFFFFF" w:themeFill="background1"/>
        <w:spacing w:after="0" w:line="240" w:lineRule="auto"/>
      </w:pPr>
      <w:r>
        <w:t>- Viết đúng câu ứng dụng: Ong chăm chỉ tìm hoa làm mật.</w:t>
      </w:r>
    </w:p>
    <w:p w14:paraId="59056E8F" w14:textId="77777777" w:rsidR="00117CA2" w:rsidRDefault="0007222E" w:rsidP="00812734">
      <w:pPr>
        <w:shd w:val="clear" w:color="auto" w:fill="FFFFFF" w:themeFill="background1"/>
        <w:spacing w:after="0" w:line="240" w:lineRule="auto"/>
      </w:pPr>
      <w:r>
        <w:t>- Chữ viết rõ ràng, tương đối đều nét, thẳng hàng; biết trình bày sạch đẹp.</w:t>
      </w:r>
    </w:p>
    <w:p w14:paraId="406F4B0D" w14:textId="77777777" w:rsidR="00117CA2" w:rsidRDefault="0007222E" w:rsidP="00812734">
      <w:pPr>
        <w:shd w:val="clear" w:color="auto" w:fill="FFFFFF" w:themeFill="background1"/>
        <w:spacing w:after="0" w:line="240" w:lineRule="auto"/>
      </w:pPr>
      <w:r>
        <w:rPr>
          <w:b/>
          <w:bCs/>
        </w:rPr>
        <w:t>2. Năng lực chung</w:t>
      </w:r>
    </w:p>
    <w:p w14:paraId="089F092B" w14:textId="77777777" w:rsidR="00117CA2" w:rsidRDefault="0007222E" w:rsidP="00812734">
      <w:pPr>
        <w:shd w:val="clear" w:color="auto" w:fill="FFFFFF" w:themeFill="background1"/>
        <w:spacing w:after="0" w:line="240" w:lineRule="auto"/>
      </w:pPr>
      <w:r>
        <w:t>- Tự chủ và tự học: tự quan sát mẫu chữ, luyện viết và tự sửa lỗi.</w:t>
      </w:r>
    </w:p>
    <w:p w14:paraId="582F691F" w14:textId="77777777" w:rsidR="00117CA2" w:rsidRDefault="0007222E" w:rsidP="00812734">
      <w:pPr>
        <w:shd w:val="clear" w:color="auto" w:fill="FFFFFF" w:themeFill="background1"/>
        <w:spacing w:after="0" w:line="240" w:lineRule="auto"/>
      </w:pPr>
      <w:r>
        <w:t>- Giao tiếp và hợp tác: biết chia sẻ, nhận xét bài viết của bạn lịch sự.</w:t>
      </w:r>
    </w:p>
    <w:p w14:paraId="2DE0B470" w14:textId="77777777" w:rsidR="00117CA2" w:rsidRDefault="0007222E" w:rsidP="00812734">
      <w:pPr>
        <w:shd w:val="clear" w:color="auto" w:fill="FFFFFF" w:themeFill="background1"/>
        <w:spacing w:after="0" w:line="240" w:lineRule="auto"/>
      </w:pPr>
      <w:r>
        <w:t>- Giải quyết vấn đề và sáng tạo: biết điều chỉnh tư thế, cách cầm bút, độ cao chữ khi viết.</w:t>
      </w:r>
    </w:p>
    <w:p w14:paraId="2076EEED" w14:textId="77777777" w:rsidR="00117CA2" w:rsidRDefault="0007222E" w:rsidP="00812734">
      <w:pPr>
        <w:shd w:val="clear" w:color="auto" w:fill="FFFFFF" w:themeFill="background1"/>
        <w:spacing w:after="0" w:line="240" w:lineRule="auto"/>
      </w:pPr>
      <w:r>
        <w:rPr>
          <w:b/>
          <w:bCs/>
        </w:rPr>
        <w:t>3. Phẩm chất</w:t>
      </w:r>
    </w:p>
    <w:p w14:paraId="0DB8C375" w14:textId="77777777" w:rsidR="00117CA2" w:rsidRDefault="0007222E" w:rsidP="00812734">
      <w:pPr>
        <w:shd w:val="clear" w:color="auto" w:fill="FFFFFF" w:themeFill="background1"/>
        <w:spacing w:after="0" w:line="240" w:lineRule="auto"/>
      </w:pPr>
      <w:r>
        <w:t>- Chăm chỉ: kiên trì luyện chữ.</w:t>
      </w:r>
    </w:p>
    <w:p w14:paraId="042F0C51" w14:textId="77777777" w:rsidR="00117CA2" w:rsidRDefault="0007222E" w:rsidP="00812734">
      <w:pPr>
        <w:shd w:val="clear" w:color="auto" w:fill="FFFFFF" w:themeFill="background1"/>
        <w:spacing w:after="0" w:line="240" w:lineRule="auto"/>
      </w:pPr>
      <w:r>
        <w:t>- Trách nhiệm: giữ vở sạch, viết bài cẩn thận.</w:t>
      </w:r>
    </w:p>
    <w:p w14:paraId="1BF8245E" w14:textId="77777777" w:rsidR="00117CA2" w:rsidRDefault="0007222E" w:rsidP="00812734">
      <w:pPr>
        <w:shd w:val="clear" w:color="auto" w:fill="FFFFFF" w:themeFill="background1"/>
        <w:spacing w:after="0" w:line="240" w:lineRule="auto"/>
      </w:pPr>
      <w:r>
        <w:rPr>
          <w:b/>
          <w:bCs/>
        </w:rPr>
        <w:t>II. ĐỒ DÙNG DẠY HỌC</w:t>
      </w:r>
    </w:p>
    <w:p w14:paraId="1997F2AF" w14:textId="77777777" w:rsidR="00117CA2" w:rsidRDefault="0007222E" w:rsidP="00812734">
      <w:pPr>
        <w:shd w:val="clear" w:color="auto" w:fill="FFFFFF" w:themeFill="background1"/>
        <w:spacing w:after="0" w:line="240" w:lineRule="auto"/>
      </w:pPr>
      <w:r>
        <w:t>- Giáo viên: Mẫu chữ hoa O, câu ứng dụng, máy chiếu, bảng phụ.</w:t>
      </w:r>
    </w:p>
    <w:p w14:paraId="7545D074" w14:textId="77777777" w:rsidR="00117CA2" w:rsidRDefault="0007222E" w:rsidP="00812734">
      <w:pPr>
        <w:shd w:val="clear" w:color="auto" w:fill="FFFFFF" w:themeFill="background1"/>
        <w:spacing w:after="0" w:line="240" w:lineRule="auto"/>
      </w:pPr>
      <w:r>
        <w:t>- Học sinh: Vở Tập viết 2, bảng con, phấn/bút, vở ô li.</w:t>
      </w:r>
    </w:p>
    <w:p w14:paraId="125AEAC7"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2D41E69F"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44ED98DA" w14:textId="77777777" w:rsidR="00117CA2" w:rsidRDefault="0007222E" w:rsidP="00812734">
            <w:pPr>
              <w:shd w:val="clear" w:color="auto" w:fill="FFFFFF" w:themeFill="background1"/>
              <w:spacing w:after="0"/>
              <w:jc w:val="center"/>
            </w:pPr>
            <w:r>
              <w:rPr>
                <w:b/>
                <w:bCs/>
              </w:rPr>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6A0DC4C0" w14:textId="77777777" w:rsidR="00117CA2" w:rsidRDefault="0007222E" w:rsidP="00812734">
            <w:pPr>
              <w:shd w:val="clear" w:color="auto" w:fill="FFFFFF" w:themeFill="background1"/>
              <w:spacing w:after="0"/>
              <w:jc w:val="center"/>
            </w:pPr>
            <w:r>
              <w:rPr>
                <w:b/>
                <w:bCs/>
              </w:rPr>
              <w:t>Hoạt động của học sinh</w:t>
            </w:r>
          </w:p>
        </w:tc>
      </w:tr>
      <w:tr w:rsidR="00117CA2" w14:paraId="324039A9"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543938AD" w14:textId="77777777" w:rsidR="00117CA2" w:rsidRDefault="0007222E" w:rsidP="00812734">
            <w:pPr>
              <w:shd w:val="clear" w:color="auto" w:fill="FFFFFF" w:themeFill="background1"/>
              <w:spacing w:after="0"/>
            </w:pPr>
            <w:r>
              <w:rPr>
                <w:b/>
                <w:bCs/>
                <w:color w:val="006100"/>
              </w:rPr>
              <w:t>A. KHỞI ĐỘNG (3 PHÚT)</w:t>
            </w:r>
            <w:r>
              <w:rPr>
                <w:b/>
                <w:bCs/>
                <w:color w:val="006100"/>
              </w:rPr>
              <w:br/>
              <w:t>Mục tiêu: Ôn chữ hoa đã học và kết nối với bài viết chữ hoa O.</w:t>
            </w:r>
          </w:p>
        </w:tc>
      </w:tr>
      <w:tr w:rsidR="00117CA2" w14:paraId="17C81E09" w14:textId="77777777" w:rsidTr="00812734">
        <w:trPr>
          <w:jc w:val="center"/>
        </w:trPr>
        <w:tc>
          <w:tcPr>
            <w:tcW w:w="4762" w:type="dxa"/>
            <w:tcBorders>
              <w:top w:val="single" w:sz="6" w:space="0" w:color="000000"/>
            </w:tcBorders>
            <w:tcMar>
              <w:top w:w="60" w:type="dxa"/>
              <w:left w:w="90" w:type="dxa"/>
              <w:bottom w:w="60" w:type="dxa"/>
              <w:right w:w="90" w:type="dxa"/>
            </w:tcMar>
          </w:tcPr>
          <w:p w14:paraId="64F0E90D" w14:textId="77777777" w:rsidR="00117CA2" w:rsidRDefault="0007222E" w:rsidP="00812734">
            <w:pPr>
              <w:shd w:val="clear" w:color="auto" w:fill="FFFFFF" w:themeFill="background1"/>
              <w:spacing w:after="0" w:line="240" w:lineRule="auto"/>
            </w:pPr>
            <w:r>
              <w:t>- GV yêu cầu HS nhắc lại các chữ hoa đã học.</w:t>
            </w:r>
          </w:p>
        </w:tc>
        <w:tc>
          <w:tcPr>
            <w:tcW w:w="4762" w:type="dxa"/>
            <w:tcBorders>
              <w:top w:val="single" w:sz="6" w:space="0" w:color="000000"/>
            </w:tcBorders>
            <w:tcMar>
              <w:top w:w="60" w:type="dxa"/>
              <w:left w:w="90" w:type="dxa"/>
              <w:bottom w:w="60" w:type="dxa"/>
              <w:right w:w="90" w:type="dxa"/>
            </w:tcMar>
          </w:tcPr>
          <w:p w14:paraId="09297DB4" w14:textId="77777777" w:rsidR="00117CA2" w:rsidRDefault="0007222E" w:rsidP="00812734">
            <w:pPr>
              <w:shd w:val="clear" w:color="auto" w:fill="FFFFFF" w:themeFill="background1"/>
              <w:spacing w:after="0" w:line="240" w:lineRule="auto"/>
            </w:pPr>
            <w:r>
              <w:t>- HS nhắc lại: A, B, C, D, Đ, E, Ê, G, H, I, K, L, M, N.</w:t>
            </w:r>
          </w:p>
        </w:tc>
      </w:tr>
      <w:tr w:rsidR="00117CA2" w14:paraId="73A33F2F" w14:textId="77777777" w:rsidTr="00812734">
        <w:trPr>
          <w:jc w:val="center"/>
        </w:trPr>
        <w:tc>
          <w:tcPr>
            <w:tcW w:w="4762" w:type="dxa"/>
            <w:tcMar>
              <w:top w:w="60" w:type="dxa"/>
              <w:left w:w="90" w:type="dxa"/>
              <w:bottom w:w="60" w:type="dxa"/>
              <w:right w:w="90" w:type="dxa"/>
            </w:tcMar>
          </w:tcPr>
          <w:p w14:paraId="73350939" w14:textId="77777777" w:rsidR="00117CA2" w:rsidRDefault="0007222E" w:rsidP="00812734">
            <w:pPr>
              <w:shd w:val="clear" w:color="auto" w:fill="FFFFFF" w:themeFill="background1"/>
              <w:spacing w:after="0" w:line="240" w:lineRule="auto"/>
            </w:pPr>
            <w:r>
              <w:t>- GV tổ chức cho HS nghe/hát bài Chị ong nâu và em bé, sau đó hỏi: Con vật nào được nhắc đến trong bài hát? Con vật đó làm công việc gì?</w:t>
            </w:r>
          </w:p>
        </w:tc>
        <w:tc>
          <w:tcPr>
            <w:tcW w:w="4762" w:type="dxa"/>
            <w:tcMar>
              <w:top w:w="60" w:type="dxa"/>
              <w:left w:w="90" w:type="dxa"/>
              <w:bottom w:w="60" w:type="dxa"/>
              <w:right w:w="90" w:type="dxa"/>
            </w:tcMar>
          </w:tcPr>
          <w:p w14:paraId="54AFB443" w14:textId="77777777" w:rsidR="00117CA2" w:rsidRDefault="0007222E" w:rsidP="00812734">
            <w:pPr>
              <w:shd w:val="clear" w:color="auto" w:fill="FFFFFF" w:themeFill="background1"/>
              <w:spacing w:after="0" w:line="240" w:lineRule="auto"/>
            </w:pPr>
            <w:r>
              <w:t>- HS trả lời: Con vật được nhắc đến là con ong. Ong chăm chỉ tìm hoa làm mật.</w:t>
            </w:r>
          </w:p>
        </w:tc>
      </w:tr>
      <w:tr w:rsidR="00117CA2" w14:paraId="42EBBBE8" w14:textId="77777777" w:rsidTr="00812734">
        <w:trPr>
          <w:jc w:val="center"/>
        </w:trPr>
        <w:tc>
          <w:tcPr>
            <w:tcW w:w="4762" w:type="dxa"/>
            <w:tcBorders>
              <w:bottom w:val="single" w:sz="6" w:space="0" w:color="000000"/>
            </w:tcBorders>
            <w:tcMar>
              <w:top w:w="60" w:type="dxa"/>
              <w:left w:w="90" w:type="dxa"/>
              <w:bottom w:w="60" w:type="dxa"/>
              <w:right w:w="90" w:type="dxa"/>
            </w:tcMar>
          </w:tcPr>
          <w:p w14:paraId="58BBEDE7" w14:textId="77777777" w:rsidR="00117CA2" w:rsidRDefault="0007222E" w:rsidP="00812734">
            <w:pPr>
              <w:shd w:val="clear" w:color="auto" w:fill="FFFFFF" w:themeFill="background1"/>
              <w:spacing w:after="0" w:line="240" w:lineRule="auto"/>
            </w:pPr>
            <w:r>
              <w:t>- GV dẫn dắt: Hôm nay các em học viết chữ hoa O và câu ứng dụng Ong chăm chỉ tìm hoa làm mật.</w:t>
            </w:r>
          </w:p>
        </w:tc>
        <w:tc>
          <w:tcPr>
            <w:tcW w:w="4762" w:type="dxa"/>
            <w:tcBorders>
              <w:bottom w:val="single" w:sz="6" w:space="0" w:color="000000"/>
            </w:tcBorders>
            <w:tcMar>
              <w:top w:w="60" w:type="dxa"/>
              <w:left w:w="90" w:type="dxa"/>
              <w:bottom w:w="60" w:type="dxa"/>
              <w:right w:w="90" w:type="dxa"/>
            </w:tcMar>
          </w:tcPr>
          <w:p w14:paraId="3CA28C43" w14:textId="77777777" w:rsidR="00117CA2" w:rsidRDefault="0007222E" w:rsidP="00812734">
            <w:pPr>
              <w:shd w:val="clear" w:color="auto" w:fill="FFFFFF" w:themeFill="background1"/>
              <w:spacing w:after="0" w:line="240" w:lineRule="auto"/>
            </w:pPr>
            <w:r>
              <w:t>- HS lắng nghe và ghi tên bài vào vở.</w:t>
            </w:r>
          </w:p>
        </w:tc>
      </w:tr>
      <w:tr w:rsidR="00117CA2" w14:paraId="2874D33A"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8949DC1" w14:textId="77777777" w:rsidR="00117CA2" w:rsidRDefault="0007222E" w:rsidP="00812734">
            <w:pPr>
              <w:shd w:val="clear" w:color="auto" w:fill="FFFFFF" w:themeFill="background1"/>
              <w:spacing w:after="0"/>
            </w:pPr>
            <w:r>
              <w:rPr>
                <w:b/>
                <w:bCs/>
                <w:color w:val="006100"/>
              </w:rPr>
              <w:t>B. KHÁM PHÁ - Hoạt động 1: Hướng dẫn viết chữ hoa O (12 PHÚT)</w:t>
            </w:r>
            <w:r>
              <w:rPr>
                <w:b/>
                <w:bCs/>
                <w:color w:val="006100"/>
              </w:rPr>
              <w:br/>
              <w:t>Mục tiêu: Nắm được cấu tạo và quy trình viết chữ hoa O.</w:t>
            </w:r>
          </w:p>
        </w:tc>
      </w:tr>
      <w:tr w:rsidR="00117CA2" w14:paraId="5617A290" w14:textId="77777777" w:rsidTr="00812734">
        <w:trPr>
          <w:jc w:val="center"/>
        </w:trPr>
        <w:tc>
          <w:tcPr>
            <w:tcW w:w="4762" w:type="dxa"/>
            <w:tcBorders>
              <w:top w:val="single" w:sz="6" w:space="0" w:color="000000"/>
            </w:tcBorders>
            <w:tcMar>
              <w:top w:w="60" w:type="dxa"/>
              <w:left w:w="90" w:type="dxa"/>
              <w:bottom w:w="60" w:type="dxa"/>
              <w:right w:w="90" w:type="dxa"/>
            </w:tcMar>
          </w:tcPr>
          <w:p w14:paraId="24D810F1" w14:textId="77777777" w:rsidR="00117CA2" w:rsidRDefault="0007222E" w:rsidP="00812734">
            <w:pPr>
              <w:shd w:val="clear" w:color="auto" w:fill="FFFFFF" w:themeFill="background1"/>
              <w:spacing w:after="0" w:line="240" w:lineRule="auto"/>
            </w:pPr>
            <w:r>
              <w:rPr>
                <w:b/>
                <w:bCs/>
              </w:rPr>
              <w:t>a. Quan sát mẫu chữ</w:t>
            </w:r>
          </w:p>
          <w:p w14:paraId="100EC239" w14:textId="77777777" w:rsidR="00117CA2" w:rsidRDefault="0007222E" w:rsidP="00812734">
            <w:pPr>
              <w:shd w:val="clear" w:color="auto" w:fill="FFFFFF" w:themeFill="background1"/>
              <w:spacing w:after="0" w:line="240" w:lineRule="auto"/>
            </w:pPr>
            <w:r>
              <w:t>- GV giới thiệu mẫu chữ hoa O và yêu cầu HS nhận xét độ cao, độ rộng, nét chữ.</w:t>
            </w:r>
          </w:p>
          <w:p w14:paraId="213DC1ED" w14:textId="77777777" w:rsidR="00117CA2" w:rsidRDefault="0007222E" w:rsidP="00812734">
            <w:pPr>
              <w:shd w:val="clear" w:color="auto" w:fill="FFFFFF" w:themeFill="background1"/>
              <w:spacing w:after="0"/>
              <w:jc w:val="center"/>
            </w:pPr>
            <w:r>
              <w:rPr>
                <w:noProof/>
                <w:lang w:val="vi-VN" w:eastAsia="vi-VN"/>
              </w:rPr>
              <w:drawing>
                <wp:inline distT="0" distB="0" distL="0" distR="0" wp14:anchorId="27694B08" wp14:editId="0D703678">
                  <wp:extent cx="1440000" cy="38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_O.jpg"/>
                          <pic:cNvPicPr/>
                        </pic:nvPicPr>
                        <pic:blipFill>
                          <a:blip r:embed="rId7"/>
                          <a:stretch>
                            <a:fillRect/>
                          </a:stretch>
                        </pic:blipFill>
                        <pic:spPr>
                          <a:xfrm>
                            <a:off x="0" y="0"/>
                            <a:ext cx="1440000" cy="382500"/>
                          </a:xfrm>
                          <a:prstGeom prst="rect">
                            <a:avLst/>
                          </a:prstGeom>
                        </pic:spPr>
                      </pic:pic>
                    </a:graphicData>
                  </a:graphic>
                </wp:inline>
              </w:drawing>
            </w:r>
          </w:p>
        </w:tc>
        <w:tc>
          <w:tcPr>
            <w:tcW w:w="4762" w:type="dxa"/>
            <w:tcBorders>
              <w:top w:val="single" w:sz="6" w:space="0" w:color="000000"/>
            </w:tcBorders>
            <w:tcMar>
              <w:top w:w="60" w:type="dxa"/>
              <w:left w:w="90" w:type="dxa"/>
              <w:bottom w:w="60" w:type="dxa"/>
              <w:right w:w="90" w:type="dxa"/>
            </w:tcMar>
          </w:tcPr>
          <w:p w14:paraId="594563EF" w14:textId="77777777" w:rsidR="00117CA2" w:rsidRDefault="0007222E" w:rsidP="00812734">
            <w:pPr>
              <w:shd w:val="clear" w:color="auto" w:fill="FFFFFF" w:themeFill="background1"/>
              <w:spacing w:after="0" w:line="240" w:lineRule="auto"/>
            </w:pPr>
            <w:r>
              <w:t>- HS quan sát và trả lời: Chữ O hoa cỡ vừa cao 5 li, rộng 4 li; cỡ nhỏ cao 2,5 li, rộng 2 li; gồm một nét cong kín, cuối nét lượn vào trong bụng chữ.</w:t>
            </w:r>
          </w:p>
        </w:tc>
      </w:tr>
      <w:tr w:rsidR="00117CA2" w14:paraId="3574C8EA" w14:textId="77777777" w:rsidTr="00812734">
        <w:trPr>
          <w:jc w:val="center"/>
        </w:trPr>
        <w:tc>
          <w:tcPr>
            <w:tcW w:w="4762" w:type="dxa"/>
            <w:tcMar>
              <w:top w:w="60" w:type="dxa"/>
              <w:left w:w="90" w:type="dxa"/>
              <w:bottom w:w="60" w:type="dxa"/>
              <w:right w:w="90" w:type="dxa"/>
            </w:tcMar>
          </w:tcPr>
          <w:p w14:paraId="63C446E0" w14:textId="77777777" w:rsidR="00117CA2" w:rsidRDefault="0007222E" w:rsidP="00812734">
            <w:pPr>
              <w:shd w:val="clear" w:color="auto" w:fill="FFFFFF" w:themeFill="background1"/>
              <w:spacing w:after="0" w:line="240" w:lineRule="auto"/>
            </w:pPr>
            <w:r>
              <w:rPr>
                <w:b/>
                <w:bCs/>
              </w:rPr>
              <w:t>b. Quy trình viết chữ hoa O</w:t>
            </w:r>
          </w:p>
          <w:p w14:paraId="7BDFF409" w14:textId="77777777" w:rsidR="00117CA2" w:rsidRDefault="0007222E" w:rsidP="00812734">
            <w:pPr>
              <w:shd w:val="clear" w:color="auto" w:fill="FFFFFF" w:themeFill="background1"/>
              <w:spacing w:after="0" w:line="240" w:lineRule="auto"/>
            </w:pPr>
            <w:r>
              <w:t>- GV viết mẫu lần 1 để HS quan sát.</w:t>
            </w:r>
          </w:p>
        </w:tc>
        <w:tc>
          <w:tcPr>
            <w:tcW w:w="4762" w:type="dxa"/>
            <w:tcMar>
              <w:top w:w="60" w:type="dxa"/>
              <w:left w:w="90" w:type="dxa"/>
              <w:bottom w:w="60" w:type="dxa"/>
              <w:right w:w="90" w:type="dxa"/>
            </w:tcMar>
          </w:tcPr>
          <w:p w14:paraId="59A1F65A" w14:textId="77777777" w:rsidR="00117CA2" w:rsidRDefault="0007222E" w:rsidP="00812734">
            <w:pPr>
              <w:shd w:val="clear" w:color="auto" w:fill="FFFFFF" w:themeFill="background1"/>
              <w:spacing w:after="0" w:line="240" w:lineRule="auto"/>
            </w:pPr>
            <w:r>
              <w:t>- HS quan sát điểm đặt bút, hướng đưa bút và điểm dừng bút.</w:t>
            </w:r>
          </w:p>
        </w:tc>
      </w:tr>
      <w:tr w:rsidR="00117CA2" w14:paraId="4880016E" w14:textId="77777777" w:rsidTr="00812734">
        <w:trPr>
          <w:jc w:val="center"/>
        </w:trPr>
        <w:tc>
          <w:tcPr>
            <w:tcW w:w="4762" w:type="dxa"/>
            <w:tcMar>
              <w:top w:w="60" w:type="dxa"/>
              <w:left w:w="90" w:type="dxa"/>
              <w:bottom w:w="60" w:type="dxa"/>
              <w:right w:w="90" w:type="dxa"/>
            </w:tcMar>
          </w:tcPr>
          <w:p w14:paraId="5C4C9A43" w14:textId="77777777" w:rsidR="00117CA2" w:rsidRDefault="0007222E" w:rsidP="00812734">
            <w:pPr>
              <w:shd w:val="clear" w:color="auto" w:fill="FFFFFF" w:themeFill="background1"/>
              <w:spacing w:after="0" w:line="240" w:lineRule="auto"/>
            </w:pPr>
            <w:r>
              <w:t xml:space="preserve">- GV viết mẫu lần 2, vừa viết vừa nêu quy </w:t>
            </w:r>
            <w:r>
              <w:lastRenderedPageBreak/>
              <w:t>trình: Đặt bút ở đường kẻ ngang 6, kéo bút sang trái để viết nét cong kín; khi đến điểm đặt bút thì lượn vào trong bụng chữ, đến đường kẻ 4 thì lượn lên một chút rồi dừng bút.</w:t>
            </w:r>
          </w:p>
        </w:tc>
        <w:tc>
          <w:tcPr>
            <w:tcW w:w="4762" w:type="dxa"/>
            <w:tcMar>
              <w:top w:w="60" w:type="dxa"/>
              <w:left w:w="90" w:type="dxa"/>
              <w:bottom w:w="60" w:type="dxa"/>
              <w:right w:w="90" w:type="dxa"/>
            </w:tcMar>
          </w:tcPr>
          <w:p w14:paraId="01C6F3B4" w14:textId="77777777" w:rsidR="00117CA2" w:rsidRDefault="0007222E" w:rsidP="00812734">
            <w:pPr>
              <w:shd w:val="clear" w:color="auto" w:fill="FFFFFF" w:themeFill="background1"/>
              <w:spacing w:after="0" w:line="240" w:lineRule="auto"/>
            </w:pPr>
            <w:r>
              <w:lastRenderedPageBreak/>
              <w:t xml:space="preserve">- HS nhắc lại quy trình: Đặt bút ở đường kẻ </w:t>
            </w:r>
            <w:r>
              <w:lastRenderedPageBreak/>
              <w:t>6, viết nét cong kín sang trái, lượn vào bụng chữ và dừng bút ở đường kẻ 4.</w:t>
            </w:r>
          </w:p>
        </w:tc>
      </w:tr>
      <w:tr w:rsidR="00117CA2" w14:paraId="77939C01" w14:textId="77777777" w:rsidTr="00812734">
        <w:trPr>
          <w:jc w:val="center"/>
        </w:trPr>
        <w:tc>
          <w:tcPr>
            <w:tcW w:w="4762" w:type="dxa"/>
            <w:tcMar>
              <w:top w:w="60" w:type="dxa"/>
              <w:left w:w="90" w:type="dxa"/>
              <w:bottom w:w="60" w:type="dxa"/>
              <w:right w:w="90" w:type="dxa"/>
            </w:tcMar>
          </w:tcPr>
          <w:p w14:paraId="71C3A5E9" w14:textId="77777777" w:rsidR="00117CA2" w:rsidRDefault="0007222E" w:rsidP="00812734">
            <w:pPr>
              <w:shd w:val="clear" w:color="auto" w:fill="FFFFFF" w:themeFill="background1"/>
              <w:spacing w:after="0" w:line="240" w:lineRule="auto"/>
            </w:pPr>
            <w:r>
              <w:t>- GV yêu cầu HS viết chữ O trên không, sau đó viết bảng con.</w:t>
            </w:r>
          </w:p>
        </w:tc>
        <w:tc>
          <w:tcPr>
            <w:tcW w:w="4762" w:type="dxa"/>
            <w:tcMar>
              <w:top w:w="60" w:type="dxa"/>
              <w:left w:w="90" w:type="dxa"/>
              <w:bottom w:w="60" w:type="dxa"/>
              <w:right w:w="90" w:type="dxa"/>
            </w:tcMar>
          </w:tcPr>
          <w:p w14:paraId="79C0E163" w14:textId="77777777" w:rsidR="00117CA2" w:rsidRDefault="0007222E" w:rsidP="00812734">
            <w:pPr>
              <w:shd w:val="clear" w:color="auto" w:fill="FFFFFF" w:themeFill="background1"/>
              <w:spacing w:after="0" w:line="240" w:lineRule="auto"/>
            </w:pPr>
            <w:r>
              <w:t>- HS viết trên không 1 lần, viết bảng con 2 lần chữ O; tự điều chỉnh độ cao và nét cong.</w:t>
            </w:r>
          </w:p>
        </w:tc>
      </w:tr>
      <w:tr w:rsidR="00117CA2" w14:paraId="3AEFF534" w14:textId="77777777" w:rsidTr="00812734">
        <w:trPr>
          <w:jc w:val="center"/>
        </w:trPr>
        <w:tc>
          <w:tcPr>
            <w:tcW w:w="4762" w:type="dxa"/>
            <w:tcBorders>
              <w:bottom w:val="single" w:sz="6" w:space="0" w:color="000000"/>
            </w:tcBorders>
            <w:tcMar>
              <w:top w:w="60" w:type="dxa"/>
              <w:left w:w="90" w:type="dxa"/>
              <w:bottom w:w="60" w:type="dxa"/>
              <w:right w:w="90" w:type="dxa"/>
            </w:tcMar>
          </w:tcPr>
          <w:p w14:paraId="74D4DB1B" w14:textId="77777777" w:rsidR="00117CA2" w:rsidRDefault="0007222E" w:rsidP="00812734">
            <w:pPr>
              <w:shd w:val="clear" w:color="auto" w:fill="FFFFFF" w:themeFill="background1"/>
              <w:spacing w:after="0" w:line="240" w:lineRule="auto"/>
            </w:pPr>
            <w:r>
              <w:t>- GV nhận xét, sửa lỗi thường gặp: chữ quá hẹp, nét cong chưa kín, điểm dừng bút chưa đúng.</w:t>
            </w:r>
          </w:p>
        </w:tc>
        <w:tc>
          <w:tcPr>
            <w:tcW w:w="4762" w:type="dxa"/>
            <w:tcBorders>
              <w:bottom w:val="single" w:sz="6" w:space="0" w:color="000000"/>
            </w:tcBorders>
            <w:tcMar>
              <w:top w:w="60" w:type="dxa"/>
              <w:left w:w="90" w:type="dxa"/>
              <w:bottom w:w="60" w:type="dxa"/>
              <w:right w:w="90" w:type="dxa"/>
            </w:tcMar>
          </w:tcPr>
          <w:p w14:paraId="24E687AE" w14:textId="77777777" w:rsidR="00117CA2" w:rsidRDefault="0007222E" w:rsidP="00812734">
            <w:pPr>
              <w:shd w:val="clear" w:color="auto" w:fill="FFFFFF" w:themeFill="background1"/>
              <w:spacing w:after="0" w:line="240" w:lineRule="auto"/>
            </w:pPr>
            <w:r>
              <w:t>- HS quan sát bài mẫu, sửa lại chữ O trên bảng con nếu viết chưa đúng.</w:t>
            </w:r>
          </w:p>
        </w:tc>
      </w:tr>
      <w:tr w:rsidR="00117CA2" w14:paraId="3A9F303C"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229EA150" w14:textId="77777777" w:rsidR="00117CA2" w:rsidRDefault="0007222E" w:rsidP="00812734">
            <w:pPr>
              <w:shd w:val="clear" w:color="auto" w:fill="FFFFFF" w:themeFill="background1"/>
              <w:spacing w:after="0"/>
            </w:pPr>
            <w:r>
              <w:rPr>
                <w:b/>
                <w:color w:val="006100"/>
              </w:rPr>
              <w:t>Hoạt động 2: Hướng dẫn viết câu ứng dụng (8 PHÚT)</w:t>
            </w:r>
            <w:r>
              <w:rPr>
                <w:b/>
                <w:color w:val="006100"/>
              </w:rPr>
              <w:br/>
              <w:t>Mục tiêu: Hiểu nghĩa và viết đúng câu ứng dụng.</w:t>
            </w:r>
          </w:p>
        </w:tc>
      </w:tr>
      <w:tr w:rsidR="00117CA2" w14:paraId="4E563698" w14:textId="77777777" w:rsidTr="00812734">
        <w:trPr>
          <w:jc w:val="center"/>
        </w:trPr>
        <w:tc>
          <w:tcPr>
            <w:tcW w:w="4762" w:type="dxa"/>
            <w:tcBorders>
              <w:top w:val="single" w:sz="6" w:space="0" w:color="000000"/>
            </w:tcBorders>
            <w:tcMar>
              <w:top w:w="60" w:type="dxa"/>
              <w:left w:w="90" w:type="dxa"/>
              <w:bottom w:w="60" w:type="dxa"/>
              <w:right w:w="90" w:type="dxa"/>
            </w:tcMar>
          </w:tcPr>
          <w:p w14:paraId="080A5427" w14:textId="77777777" w:rsidR="00117CA2" w:rsidRDefault="0007222E" w:rsidP="00812734">
            <w:pPr>
              <w:shd w:val="clear" w:color="auto" w:fill="FFFFFF" w:themeFill="background1"/>
              <w:spacing w:after="0" w:line="240" w:lineRule="auto"/>
            </w:pPr>
            <w:r>
              <w:t>- GV yêu cầu HS đọc câu ứng dụng: Ong chăm chỉ tìm hoa làm mật.</w:t>
            </w:r>
          </w:p>
        </w:tc>
        <w:tc>
          <w:tcPr>
            <w:tcW w:w="4762" w:type="dxa"/>
            <w:tcBorders>
              <w:top w:val="single" w:sz="6" w:space="0" w:color="000000"/>
            </w:tcBorders>
            <w:tcMar>
              <w:top w:w="60" w:type="dxa"/>
              <w:left w:w="90" w:type="dxa"/>
              <w:bottom w:w="60" w:type="dxa"/>
              <w:right w:w="90" w:type="dxa"/>
            </w:tcMar>
          </w:tcPr>
          <w:p w14:paraId="0F4B144B" w14:textId="77777777" w:rsidR="00117CA2" w:rsidRDefault="0007222E" w:rsidP="00812734">
            <w:pPr>
              <w:shd w:val="clear" w:color="auto" w:fill="FFFFFF" w:themeFill="background1"/>
              <w:spacing w:after="0" w:line="240" w:lineRule="auto"/>
            </w:pPr>
            <w:r>
              <w:t>- HS đọc cá nhân, sau đó cả lớp đọc đồng thanh: Ong chăm chỉ tìm hoa làm mật.</w:t>
            </w:r>
          </w:p>
        </w:tc>
      </w:tr>
      <w:tr w:rsidR="00117CA2" w14:paraId="29FBA049" w14:textId="77777777" w:rsidTr="00812734">
        <w:trPr>
          <w:jc w:val="center"/>
        </w:trPr>
        <w:tc>
          <w:tcPr>
            <w:tcW w:w="4762" w:type="dxa"/>
            <w:tcMar>
              <w:top w:w="60" w:type="dxa"/>
              <w:left w:w="90" w:type="dxa"/>
              <w:bottom w:w="60" w:type="dxa"/>
              <w:right w:w="90" w:type="dxa"/>
            </w:tcMar>
          </w:tcPr>
          <w:p w14:paraId="5C794BA5" w14:textId="77777777" w:rsidR="00117CA2" w:rsidRDefault="0007222E" w:rsidP="00812734">
            <w:pPr>
              <w:shd w:val="clear" w:color="auto" w:fill="FFFFFF" w:themeFill="background1"/>
              <w:spacing w:after="0" w:line="240" w:lineRule="auto"/>
            </w:pPr>
            <w:r>
              <w:t>- GV hỏi: Em hiểu câu ứng dụng này như thế nào?</w:t>
            </w:r>
          </w:p>
        </w:tc>
        <w:tc>
          <w:tcPr>
            <w:tcW w:w="4762" w:type="dxa"/>
            <w:tcMar>
              <w:top w:w="60" w:type="dxa"/>
              <w:left w:w="90" w:type="dxa"/>
              <w:bottom w:w="60" w:type="dxa"/>
              <w:right w:w="90" w:type="dxa"/>
            </w:tcMar>
          </w:tcPr>
          <w:p w14:paraId="3457DE65" w14:textId="77777777" w:rsidR="00117CA2" w:rsidRDefault="0007222E" w:rsidP="00812734">
            <w:pPr>
              <w:shd w:val="clear" w:color="auto" w:fill="FFFFFF" w:themeFill="background1"/>
              <w:spacing w:after="0" w:line="240" w:lineRule="auto"/>
            </w:pPr>
            <w:r>
              <w:t>- HS trả lời: Câu nói về con ong chăm chỉ bay đi tìm hoa để làm mật; nhắc chúng em cần chăm chỉ học tập và làm việc.</w:t>
            </w:r>
          </w:p>
        </w:tc>
      </w:tr>
      <w:tr w:rsidR="00117CA2" w14:paraId="3238422D" w14:textId="77777777" w:rsidTr="00812734">
        <w:trPr>
          <w:jc w:val="center"/>
        </w:trPr>
        <w:tc>
          <w:tcPr>
            <w:tcW w:w="4762" w:type="dxa"/>
            <w:tcMar>
              <w:top w:w="60" w:type="dxa"/>
              <w:left w:w="90" w:type="dxa"/>
              <w:bottom w:w="60" w:type="dxa"/>
              <w:right w:w="90" w:type="dxa"/>
            </w:tcMar>
          </w:tcPr>
          <w:p w14:paraId="3540D0F5" w14:textId="77777777" w:rsidR="00117CA2" w:rsidRDefault="0007222E" w:rsidP="00812734">
            <w:pPr>
              <w:shd w:val="clear" w:color="auto" w:fill="FFFFFF" w:themeFill="background1"/>
              <w:spacing w:after="0" w:line="240" w:lineRule="auto"/>
            </w:pPr>
            <w:r>
              <w:t>- GV hỏi: Trong câu ứng dụng, chữ nào viết hoa? Vì sao?</w:t>
            </w:r>
          </w:p>
        </w:tc>
        <w:tc>
          <w:tcPr>
            <w:tcW w:w="4762" w:type="dxa"/>
            <w:tcMar>
              <w:top w:w="60" w:type="dxa"/>
              <w:left w:w="90" w:type="dxa"/>
              <w:bottom w:w="60" w:type="dxa"/>
              <w:right w:w="90" w:type="dxa"/>
            </w:tcMar>
          </w:tcPr>
          <w:p w14:paraId="129D28F0" w14:textId="77777777" w:rsidR="00117CA2" w:rsidRDefault="0007222E" w:rsidP="00812734">
            <w:pPr>
              <w:shd w:val="clear" w:color="auto" w:fill="FFFFFF" w:themeFill="background1"/>
              <w:spacing w:after="0" w:line="240" w:lineRule="auto"/>
            </w:pPr>
            <w:r>
              <w:t>- HS trả lời: Chữ Ong viết hoa vì đứng đầu câu.</w:t>
            </w:r>
          </w:p>
        </w:tc>
      </w:tr>
      <w:tr w:rsidR="00117CA2" w14:paraId="1DADE2E5" w14:textId="77777777" w:rsidTr="00812734">
        <w:trPr>
          <w:jc w:val="center"/>
        </w:trPr>
        <w:tc>
          <w:tcPr>
            <w:tcW w:w="4762" w:type="dxa"/>
            <w:tcMar>
              <w:top w:w="60" w:type="dxa"/>
              <w:left w:w="90" w:type="dxa"/>
              <w:bottom w:w="60" w:type="dxa"/>
              <w:right w:w="90" w:type="dxa"/>
            </w:tcMar>
          </w:tcPr>
          <w:p w14:paraId="334F7AA9" w14:textId="77777777" w:rsidR="00117CA2" w:rsidRDefault="0007222E" w:rsidP="00812734">
            <w:pPr>
              <w:shd w:val="clear" w:color="auto" w:fill="FFFFFF" w:themeFill="background1"/>
              <w:spacing w:after="0" w:line="240" w:lineRule="auto"/>
            </w:pPr>
            <w:r>
              <w:t>- GV hỏi: Khoảng cách giữa các chữ ghi tiếng trong câu bằng bao nhiêu?</w:t>
            </w:r>
          </w:p>
        </w:tc>
        <w:tc>
          <w:tcPr>
            <w:tcW w:w="4762" w:type="dxa"/>
            <w:tcMar>
              <w:top w:w="60" w:type="dxa"/>
              <w:left w:w="90" w:type="dxa"/>
              <w:bottom w:w="60" w:type="dxa"/>
              <w:right w:w="90" w:type="dxa"/>
            </w:tcMar>
          </w:tcPr>
          <w:p w14:paraId="0B2175B9" w14:textId="77777777" w:rsidR="00117CA2" w:rsidRDefault="0007222E" w:rsidP="00812734">
            <w:pPr>
              <w:shd w:val="clear" w:color="auto" w:fill="FFFFFF" w:themeFill="background1"/>
              <w:spacing w:after="0" w:line="240" w:lineRule="auto"/>
            </w:pPr>
            <w:r>
              <w:t>- HS trả lời: Khoảng cách giữa các chữ ghi tiếng bằng khoảng 1 chữ cái o.</w:t>
            </w:r>
          </w:p>
        </w:tc>
      </w:tr>
      <w:tr w:rsidR="00117CA2" w14:paraId="0C937AD3" w14:textId="77777777" w:rsidTr="00812734">
        <w:trPr>
          <w:jc w:val="center"/>
        </w:trPr>
        <w:tc>
          <w:tcPr>
            <w:tcW w:w="4762" w:type="dxa"/>
            <w:tcMar>
              <w:top w:w="60" w:type="dxa"/>
              <w:left w:w="90" w:type="dxa"/>
              <w:bottom w:w="60" w:type="dxa"/>
              <w:right w:w="90" w:type="dxa"/>
            </w:tcMar>
          </w:tcPr>
          <w:p w14:paraId="32E636DF" w14:textId="77777777" w:rsidR="00117CA2" w:rsidRDefault="0007222E" w:rsidP="00812734">
            <w:pPr>
              <w:shd w:val="clear" w:color="auto" w:fill="FFFFFF" w:themeFill="background1"/>
              <w:spacing w:after="0" w:line="240" w:lineRule="auto"/>
            </w:pPr>
            <w:r>
              <w:t>- GV hỏi: Những chữ cái nào cao 2,5 li? Những chữ nào cao 1,5 li? Dấu thanh đặt ở đâu?</w:t>
            </w:r>
          </w:p>
        </w:tc>
        <w:tc>
          <w:tcPr>
            <w:tcW w:w="4762" w:type="dxa"/>
            <w:tcMar>
              <w:top w:w="60" w:type="dxa"/>
              <w:left w:w="90" w:type="dxa"/>
              <w:bottom w:w="60" w:type="dxa"/>
              <w:right w:w="90" w:type="dxa"/>
            </w:tcMar>
          </w:tcPr>
          <w:p w14:paraId="44D3CE05" w14:textId="77777777" w:rsidR="00117CA2" w:rsidRDefault="0007222E" w:rsidP="00812734">
            <w:pPr>
              <w:shd w:val="clear" w:color="auto" w:fill="FFFFFF" w:themeFill="background1"/>
              <w:spacing w:after="0" w:line="240" w:lineRule="auto"/>
            </w:pPr>
            <w:r>
              <w:t>- HS trả lời: Chữ O, h, g, l cao 2,5 li; chữ t cao 1,5 li; các chữ còn lại cao 1 li. Dấu hỏi đặt trên i trong chỉ; dấu huyền đặt trên i trong tìm và a trong làm; dấu nặng đặt dưới â trong mật.</w:t>
            </w:r>
          </w:p>
        </w:tc>
      </w:tr>
      <w:tr w:rsidR="00117CA2" w14:paraId="172C5819" w14:textId="77777777" w:rsidTr="00812734">
        <w:trPr>
          <w:jc w:val="center"/>
        </w:trPr>
        <w:tc>
          <w:tcPr>
            <w:tcW w:w="4762" w:type="dxa"/>
            <w:tcMar>
              <w:top w:w="60" w:type="dxa"/>
              <w:left w:w="90" w:type="dxa"/>
              <w:bottom w:w="60" w:type="dxa"/>
              <w:right w:w="90" w:type="dxa"/>
            </w:tcMar>
          </w:tcPr>
          <w:p w14:paraId="10DB9E70" w14:textId="77777777" w:rsidR="00117CA2" w:rsidRDefault="0007222E" w:rsidP="00812734">
            <w:pPr>
              <w:shd w:val="clear" w:color="auto" w:fill="FFFFFF" w:themeFill="background1"/>
              <w:spacing w:after="0" w:line="240" w:lineRule="auto"/>
            </w:pPr>
            <w:r>
              <w:t>- GV viết mẫu tiếng Ong trên bảng lớp.</w:t>
            </w:r>
          </w:p>
        </w:tc>
        <w:tc>
          <w:tcPr>
            <w:tcW w:w="4762" w:type="dxa"/>
            <w:tcMar>
              <w:top w:w="60" w:type="dxa"/>
              <w:left w:w="90" w:type="dxa"/>
              <w:bottom w:w="60" w:type="dxa"/>
              <w:right w:w="90" w:type="dxa"/>
            </w:tcMar>
          </w:tcPr>
          <w:p w14:paraId="5459E17D" w14:textId="77777777" w:rsidR="00117CA2" w:rsidRDefault="0007222E" w:rsidP="00812734">
            <w:pPr>
              <w:shd w:val="clear" w:color="auto" w:fill="FFFFFF" w:themeFill="background1"/>
              <w:spacing w:after="0" w:line="240" w:lineRule="auto"/>
            </w:pPr>
            <w:r>
              <w:t>- HS quan sát cách nối từ chữ hoa O sang chữ n trong tiếng Ong.</w:t>
            </w:r>
          </w:p>
        </w:tc>
      </w:tr>
      <w:tr w:rsidR="00117CA2" w14:paraId="364D46AB" w14:textId="77777777" w:rsidTr="00812734">
        <w:trPr>
          <w:jc w:val="center"/>
        </w:trPr>
        <w:tc>
          <w:tcPr>
            <w:tcW w:w="4762" w:type="dxa"/>
            <w:tcBorders>
              <w:bottom w:val="single" w:sz="6" w:space="0" w:color="000000"/>
            </w:tcBorders>
            <w:tcMar>
              <w:top w:w="60" w:type="dxa"/>
              <w:left w:w="90" w:type="dxa"/>
              <w:bottom w:w="60" w:type="dxa"/>
              <w:right w:w="90" w:type="dxa"/>
            </w:tcMar>
          </w:tcPr>
          <w:p w14:paraId="1B3C68D6" w14:textId="77777777" w:rsidR="00117CA2" w:rsidRDefault="0007222E" w:rsidP="00812734">
            <w:pPr>
              <w:shd w:val="clear" w:color="auto" w:fill="FFFFFF" w:themeFill="background1"/>
              <w:spacing w:after="0" w:line="240" w:lineRule="auto"/>
            </w:pPr>
            <w:r>
              <w:t>- GV yêu cầu HS luyện viết tiếng Ong vào bảng con.</w:t>
            </w:r>
          </w:p>
        </w:tc>
        <w:tc>
          <w:tcPr>
            <w:tcW w:w="4762" w:type="dxa"/>
            <w:tcBorders>
              <w:bottom w:val="single" w:sz="6" w:space="0" w:color="000000"/>
            </w:tcBorders>
            <w:tcMar>
              <w:top w:w="60" w:type="dxa"/>
              <w:left w:w="90" w:type="dxa"/>
              <w:bottom w:w="60" w:type="dxa"/>
              <w:right w:w="90" w:type="dxa"/>
            </w:tcMar>
          </w:tcPr>
          <w:p w14:paraId="778EA498" w14:textId="77777777" w:rsidR="00117CA2" w:rsidRDefault="0007222E" w:rsidP="00812734">
            <w:pPr>
              <w:shd w:val="clear" w:color="auto" w:fill="FFFFFF" w:themeFill="background1"/>
              <w:spacing w:after="0" w:line="240" w:lineRule="auto"/>
            </w:pPr>
            <w:r>
              <w:t>- HS viết tiếng Ong vào bảng con; tự sửa chữ nếu khoảng cách hoặc độ cao chưa đúng.</w:t>
            </w:r>
          </w:p>
        </w:tc>
      </w:tr>
      <w:tr w:rsidR="00117CA2" w14:paraId="14793CB4"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4D9CD3E1" w14:textId="77777777" w:rsidR="00117CA2" w:rsidRDefault="0007222E" w:rsidP="00812734">
            <w:pPr>
              <w:shd w:val="clear" w:color="auto" w:fill="FFFFFF" w:themeFill="background1"/>
              <w:spacing w:after="0"/>
            </w:pPr>
            <w:r>
              <w:rPr>
                <w:b/>
                <w:bCs/>
                <w:color w:val="006100"/>
              </w:rPr>
              <w:t>C. THỰC HÀNH - Hoạt động 3: Viết vở tập viết (15 PHÚT)</w:t>
            </w:r>
            <w:r>
              <w:rPr>
                <w:b/>
                <w:bCs/>
                <w:color w:val="006100"/>
              </w:rPr>
              <w:br/>
              <w:t>Mục tiêu: Viết đúng chữ hoa O và câu ứng dụng trong vở.</w:t>
            </w:r>
          </w:p>
        </w:tc>
      </w:tr>
      <w:tr w:rsidR="00117CA2" w14:paraId="382031A5" w14:textId="77777777" w:rsidTr="00812734">
        <w:trPr>
          <w:jc w:val="center"/>
        </w:trPr>
        <w:tc>
          <w:tcPr>
            <w:tcW w:w="4762" w:type="dxa"/>
            <w:tcBorders>
              <w:top w:val="single" w:sz="6" w:space="0" w:color="000000"/>
            </w:tcBorders>
            <w:tcMar>
              <w:top w:w="60" w:type="dxa"/>
              <w:left w:w="90" w:type="dxa"/>
              <w:bottom w:w="60" w:type="dxa"/>
              <w:right w:w="90" w:type="dxa"/>
            </w:tcMar>
          </w:tcPr>
          <w:p w14:paraId="0A1A7054" w14:textId="77777777" w:rsidR="00117CA2" w:rsidRDefault="0007222E" w:rsidP="00812734">
            <w:pPr>
              <w:shd w:val="clear" w:color="auto" w:fill="FFFFFF" w:themeFill="background1"/>
              <w:spacing w:after="0" w:line="240" w:lineRule="auto"/>
            </w:pPr>
            <w:r>
              <w:t>- GV nêu yêu cầu bài viết: viết chữ hoa O cỡ vừa, chữ hoa O cỡ nhỏ và câu ứng dụng theo mẫu trong vở Tập viết.</w:t>
            </w:r>
          </w:p>
        </w:tc>
        <w:tc>
          <w:tcPr>
            <w:tcW w:w="4762" w:type="dxa"/>
            <w:tcBorders>
              <w:top w:val="single" w:sz="6" w:space="0" w:color="000000"/>
            </w:tcBorders>
            <w:tcMar>
              <w:top w:w="60" w:type="dxa"/>
              <w:left w:w="90" w:type="dxa"/>
              <w:bottom w:w="60" w:type="dxa"/>
              <w:right w:w="90" w:type="dxa"/>
            </w:tcMar>
          </w:tcPr>
          <w:p w14:paraId="3353FD11" w14:textId="77777777" w:rsidR="00117CA2" w:rsidRDefault="0007222E" w:rsidP="00812734">
            <w:pPr>
              <w:shd w:val="clear" w:color="auto" w:fill="FFFFFF" w:themeFill="background1"/>
              <w:spacing w:after="0" w:line="240" w:lineRule="auto"/>
            </w:pPr>
            <w:r>
              <w:t>- HS nắm yêu cầu: viết đúng mẫu, đúng dòng kẻ, đúng khoảng cách.</w:t>
            </w:r>
          </w:p>
        </w:tc>
      </w:tr>
      <w:tr w:rsidR="00117CA2" w14:paraId="6FFB1731" w14:textId="77777777" w:rsidTr="00812734">
        <w:trPr>
          <w:jc w:val="center"/>
        </w:trPr>
        <w:tc>
          <w:tcPr>
            <w:tcW w:w="4762" w:type="dxa"/>
            <w:tcMar>
              <w:top w:w="60" w:type="dxa"/>
              <w:left w:w="90" w:type="dxa"/>
              <w:bottom w:w="60" w:type="dxa"/>
              <w:right w:w="90" w:type="dxa"/>
            </w:tcMar>
          </w:tcPr>
          <w:p w14:paraId="461D50D2" w14:textId="77777777" w:rsidR="00117CA2" w:rsidRDefault="0007222E" w:rsidP="00812734">
            <w:pPr>
              <w:shd w:val="clear" w:color="auto" w:fill="FFFFFF" w:themeFill="background1"/>
              <w:spacing w:after="0" w:line="240" w:lineRule="auto"/>
            </w:pPr>
            <w:r>
              <w:t xml:space="preserve">- GV nhắc tư thế ngồi viết: lưng thẳng, mắt cách vở khoảng 25 - 30 cm, tay trái giữ vở, </w:t>
            </w:r>
            <w:r>
              <w:lastRenderedPageBreak/>
              <w:t>tay phải cầm bút đúng cách.</w:t>
            </w:r>
          </w:p>
        </w:tc>
        <w:tc>
          <w:tcPr>
            <w:tcW w:w="4762" w:type="dxa"/>
            <w:tcMar>
              <w:top w:w="60" w:type="dxa"/>
              <w:left w:w="90" w:type="dxa"/>
              <w:bottom w:w="60" w:type="dxa"/>
              <w:right w:w="90" w:type="dxa"/>
            </w:tcMar>
          </w:tcPr>
          <w:p w14:paraId="6DB265DF" w14:textId="77777777" w:rsidR="00117CA2" w:rsidRDefault="0007222E" w:rsidP="00812734">
            <w:pPr>
              <w:shd w:val="clear" w:color="auto" w:fill="FFFFFF" w:themeFill="background1"/>
              <w:spacing w:after="0" w:line="240" w:lineRule="auto"/>
            </w:pPr>
            <w:r>
              <w:lastRenderedPageBreak/>
              <w:t>- HS chỉnh tư thế ngồi, cách đặt vở và cách cầm bút trước khi viết.</w:t>
            </w:r>
          </w:p>
        </w:tc>
      </w:tr>
      <w:tr w:rsidR="00117CA2" w14:paraId="2C7EA2F6" w14:textId="77777777" w:rsidTr="00812734">
        <w:trPr>
          <w:jc w:val="center"/>
        </w:trPr>
        <w:tc>
          <w:tcPr>
            <w:tcW w:w="4762" w:type="dxa"/>
            <w:tcMar>
              <w:top w:w="60" w:type="dxa"/>
              <w:left w:w="90" w:type="dxa"/>
              <w:bottom w:w="60" w:type="dxa"/>
              <w:right w:w="90" w:type="dxa"/>
            </w:tcMar>
          </w:tcPr>
          <w:p w14:paraId="0EB5A452" w14:textId="77777777" w:rsidR="00117CA2" w:rsidRDefault="0007222E" w:rsidP="00812734">
            <w:pPr>
              <w:shd w:val="clear" w:color="auto" w:fill="FFFFFF" w:themeFill="background1"/>
              <w:spacing w:after="0" w:line="240" w:lineRule="auto"/>
            </w:pPr>
            <w:r>
              <w:t>- GV cho HS viết bài vào vở, quan sát và hỗ trợ HS gặp khó khăn.</w:t>
            </w:r>
          </w:p>
        </w:tc>
        <w:tc>
          <w:tcPr>
            <w:tcW w:w="4762" w:type="dxa"/>
            <w:tcMar>
              <w:top w:w="60" w:type="dxa"/>
              <w:left w:w="90" w:type="dxa"/>
              <w:bottom w:w="60" w:type="dxa"/>
              <w:right w:w="90" w:type="dxa"/>
            </w:tcMar>
          </w:tcPr>
          <w:p w14:paraId="696D9875" w14:textId="77777777" w:rsidR="00117CA2" w:rsidRDefault="0007222E" w:rsidP="00812734">
            <w:pPr>
              <w:shd w:val="clear" w:color="auto" w:fill="FFFFFF" w:themeFill="background1"/>
              <w:spacing w:after="0" w:line="240" w:lineRule="auto"/>
            </w:pPr>
            <w:r>
              <w:t>- HS viết vào vở Tập viết: chữ O và câu Ong chăm chỉ tìm hoa làm mật.</w:t>
            </w:r>
          </w:p>
        </w:tc>
      </w:tr>
      <w:tr w:rsidR="00117CA2" w14:paraId="6F0B06A2" w14:textId="77777777" w:rsidTr="00812734">
        <w:trPr>
          <w:jc w:val="center"/>
        </w:trPr>
        <w:tc>
          <w:tcPr>
            <w:tcW w:w="4762" w:type="dxa"/>
            <w:tcMar>
              <w:top w:w="60" w:type="dxa"/>
              <w:left w:w="90" w:type="dxa"/>
              <w:bottom w:w="60" w:type="dxa"/>
              <w:right w:w="90" w:type="dxa"/>
            </w:tcMar>
          </w:tcPr>
          <w:p w14:paraId="113E84C5" w14:textId="77777777" w:rsidR="00117CA2" w:rsidRDefault="0007222E" w:rsidP="00812734">
            <w:pPr>
              <w:shd w:val="clear" w:color="auto" w:fill="FFFFFF" w:themeFill="background1"/>
              <w:spacing w:after="0" w:line="240" w:lineRule="auto"/>
            </w:pPr>
            <w:r>
              <w:t>- GV yêu cầu HS đổi vở theo cặp để soát lỗi.</w:t>
            </w:r>
          </w:p>
        </w:tc>
        <w:tc>
          <w:tcPr>
            <w:tcW w:w="4762" w:type="dxa"/>
            <w:tcMar>
              <w:top w:w="60" w:type="dxa"/>
              <w:left w:w="90" w:type="dxa"/>
              <w:bottom w:w="60" w:type="dxa"/>
              <w:right w:w="90" w:type="dxa"/>
            </w:tcMar>
          </w:tcPr>
          <w:p w14:paraId="26784565" w14:textId="77777777" w:rsidR="00117CA2" w:rsidRDefault="0007222E" w:rsidP="00812734">
            <w:pPr>
              <w:shd w:val="clear" w:color="auto" w:fill="FFFFFF" w:themeFill="background1"/>
              <w:spacing w:after="0" w:line="240" w:lineRule="auto"/>
            </w:pPr>
            <w:r>
              <w:t>- HS đổi vở, nhận xét cho bạn: chữ đúng mẫu, đúng độ cao, khoảng cách đều, trình bày sạch đẹp.</w:t>
            </w:r>
          </w:p>
        </w:tc>
      </w:tr>
      <w:tr w:rsidR="00117CA2" w14:paraId="7BA7AC57" w14:textId="77777777" w:rsidTr="00812734">
        <w:trPr>
          <w:jc w:val="center"/>
        </w:trPr>
        <w:tc>
          <w:tcPr>
            <w:tcW w:w="4762" w:type="dxa"/>
            <w:tcBorders>
              <w:bottom w:val="single" w:sz="6" w:space="0" w:color="000000"/>
            </w:tcBorders>
            <w:tcMar>
              <w:top w:w="60" w:type="dxa"/>
              <w:left w:w="90" w:type="dxa"/>
              <w:bottom w:w="60" w:type="dxa"/>
              <w:right w:w="90" w:type="dxa"/>
            </w:tcMar>
          </w:tcPr>
          <w:p w14:paraId="150A77FB" w14:textId="77777777" w:rsidR="00117CA2" w:rsidRDefault="0007222E" w:rsidP="00812734">
            <w:pPr>
              <w:shd w:val="clear" w:color="auto" w:fill="FFFFFF" w:themeFill="background1"/>
              <w:spacing w:after="0" w:line="240" w:lineRule="auto"/>
            </w:pPr>
            <w:r>
              <w:t>- GV nhận xét một số bài viết đẹp và một số lỗi cần sửa.</w:t>
            </w:r>
          </w:p>
        </w:tc>
        <w:tc>
          <w:tcPr>
            <w:tcW w:w="4762" w:type="dxa"/>
            <w:tcBorders>
              <w:bottom w:val="single" w:sz="6" w:space="0" w:color="000000"/>
            </w:tcBorders>
            <w:tcMar>
              <w:top w:w="60" w:type="dxa"/>
              <w:left w:w="90" w:type="dxa"/>
              <w:bottom w:w="60" w:type="dxa"/>
              <w:right w:w="90" w:type="dxa"/>
            </w:tcMar>
          </w:tcPr>
          <w:p w14:paraId="4DA986DD" w14:textId="77777777" w:rsidR="00117CA2" w:rsidRDefault="0007222E" w:rsidP="00812734">
            <w:pPr>
              <w:shd w:val="clear" w:color="auto" w:fill="FFFFFF" w:themeFill="background1"/>
              <w:spacing w:after="0" w:line="240" w:lineRule="auto"/>
            </w:pPr>
            <w:r>
              <w:t>- HS quan sát bài mẫu đẹp, sửa lỗi chữ trong bài của mình nếu có.</w:t>
            </w:r>
          </w:p>
        </w:tc>
      </w:tr>
      <w:tr w:rsidR="00117CA2" w14:paraId="04CFF101"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A8B808F" w14:textId="77777777" w:rsidR="00117CA2" w:rsidRDefault="0007222E" w:rsidP="00812734">
            <w:pPr>
              <w:shd w:val="clear" w:color="auto" w:fill="FFFFFF" w:themeFill="background1"/>
              <w:spacing w:after="0"/>
            </w:pPr>
            <w:r>
              <w:rPr>
                <w:b/>
                <w:bCs/>
                <w:color w:val="006100"/>
              </w:rPr>
              <w:t>D. VẬN DỤNG (5 PHÚT)</w:t>
            </w:r>
            <w:r>
              <w:rPr>
                <w:b/>
                <w:bCs/>
                <w:color w:val="006100"/>
              </w:rPr>
              <w:br/>
              <w:t>Mục tiêu: Vận dụng chữ hoa O vào viết tên riêng, nhãn vở, câu ngắn.</w:t>
            </w:r>
          </w:p>
        </w:tc>
      </w:tr>
      <w:tr w:rsidR="00117CA2" w14:paraId="7BC44210" w14:textId="77777777" w:rsidTr="00812734">
        <w:trPr>
          <w:jc w:val="center"/>
        </w:trPr>
        <w:tc>
          <w:tcPr>
            <w:tcW w:w="4762" w:type="dxa"/>
            <w:tcBorders>
              <w:top w:val="single" w:sz="6" w:space="0" w:color="000000"/>
            </w:tcBorders>
            <w:tcMar>
              <w:top w:w="60" w:type="dxa"/>
              <w:left w:w="90" w:type="dxa"/>
              <w:bottom w:w="60" w:type="dxa"/>
              <w:right w:w="90" w:type="dxa"/>
            </w:tcMar>
          </w:tcPr>
          <w:p w14:paraId="385D5AED" w14:textId="77777777" w:rsidR="00117CA2" w:rsidRDefault="0007222E" w:rsidP="00812734">
            <w:pPr>
              <w:shd w:val="clear" w:color="auto" w:fill="FFFFFF" w:themeFill="background1"/>
              <w:spacing w:after="0" w:line="240" w:lineRule="auto"/>
            </w:pPr>
            <w:r>
              <w:t>- GV hỏi: Em đã nhìn thấy chữ hoa O ở đâu? Vì sao cần viết hoa?</w:t>
            </w:r>
          </w:p>
        </w:tc>
        <w:tc>
          <w:tcPr>
            <w:tcW w:w="4762" w:type="dxa"/>
            <w:tcBorders>
              <w:top w:val="single" w:sz="6" w:space="0" w:color="000000"/>
            </w:tcBorders>
            <w:tcMar>
              <w:top w:w="60" w:type="dxa"/>
              <w:left w:w="90" w:type="dxa"/>
              <w:bottom w:w="60" w:type="dxa"/>
              <w:right w:w="90" w:type="dxa"/>
            </w:tcMar>
          </w:tcPr>
          <w:p w14:paraId="70760C56" w14:textId="77777777" w:rsidR="00117CA2" w:rsidRDefault="0007222E" w:rsidP="00812734">
            <w:pPr>
              <w:shd w:val="clear" w:color="auto" w:fill="FFFFFF" w:themeFill="background1"/>
              <w:spacing w:after="0" w:line="240" w:lineRule="auto"/>
            </w:pPr>
            <w:r>
              <w:t>- HS trả lời: Em thấy chữ hoa O trong tên người, tên bài, đầu câu. Cần viết hoa để đúng quy tắc chính tả và trình bày đẹp.</w:t>
            </w:r>
          </w:p>
        </w:tc>
      </w:tr>
      <w:tr w:rsidR="00117CA2" w14:paraId="05883394" w14:textId="77777777" w:rsidTr="00812734">
        <w:trPr>
          <w:jc w:val="center"/>
        </w:trPr>
        <w:tc>
          <w:tcPr>
            <w:tcW w:w="4762" w:type="dxa"/>
            <w:tcMar>
              <w:top w:w="60" w:type="dxa"/>
              <w:left w:w="90" w:type="dxa"/>
              <w:bottom w:w="60" w:type="dxa"/>
              <w:right w:w="90" w:type="dxa"/>
            </w:tcMar>
          </w:tcPr>
          <w:p w14:paraId="332765B6" w14:textId="77777777" w:rsidR="00117CA2" w:rsidRDefault="0007222E" w:rsidP="00812734">
            <w:pPr>
              <w:shd w:val="clear" w:color="auto" w:fill="FFFFFF" w:themeFill="background1"/>
              <w:spacing w:after="0" w:line="240" w:lineRule="auto"/>
            </w:pPr>
            <w:r>
              <w:t>- GV yêu cầu HS tìm thêm câu chứa tiếng bắt đầu bằng chữ O.</w:t>
            </w:r>
          </w:p>
        </w:tc>
        <w:tc>
          <w:tcPr>
            <w:tcW w:w="4762" w:type="dxa"/>
            <w:tcMar>
              <w:top w:w="60" w:type="dxa"/>
              <w:left w:w="90" w:type="dxa"/>
              <w:bottom w:w="60" w:type="dxa"/>
              <w:right w:w="90" w:type="dxa"/>
            </w:tcMar>
          </w:tcPr>
          <w:p w14:paraId="0975C160" w14:textId="77777777" w:rsidR="00117CA2" w:rsidRDefault="0007222E" w:rsidP="00812734">
            <w:pPr>
              <w:shd w:val="clear" w:color="auto" w:fill="FFFFFF" w:themeFill="background1"/>
              <w:spacing w:after="0" w:line="240" w:lineRule="auto"/>
            </w:pPr>
            <w:r>
              <w:t>- HS nêu câu: Oanh giúp mẹ dọn bàn học./ Ông kể chuyện cho em nghe.</w:t>
            </w:r>
          </w:p>
        </w:tc>
      </w:tr>
      <w:tr w:rsidR="00117CA2" w14:paraId="6F077CF7" w14:textId="77777777" w:rsidTr="00812734">
        <w:trPr>
          <w:jc w:val="center"/>
        </w:trPr>
        <w:tc>
          <w:tcPr>
            <w:tcW w:w="4762" w:type="dxa"/>
            <w:tcMar>
              <w:top w:w="60" w:type="dxa"/>
              <w:left w:w="90" w:type="dxa"/>
              <w:bottom w:w="60" w:type="dxa"/>
              <w:right w:w="90" w:type="dxa"/>
            </w:tcMar>
          </w:tcPr>
          <w:p w14:paraId="552F74FA" w14:textId="77777777" w:rsidR="00117CA2" w:rsidRDefault="0007222E" w:rsidP="00812734">
            <w:pPr>
              <w:shd w:val="clear" w:color="auto" w:fill="FFFFFF" w:themeFill="background1"/>
              <w:spacing w:after="0" w:line="240" w:lineRule="auto"/>
            </w:pPr>
            <w:r>
              <w:t>- GV dặn HS về nhà luyện viết thêm chữ O và xem trước chữ hoa Ô.</w:t>
            </w:r>
          </w:p>
        </w:tc>
        <w:tc>
          <w:tcPr>
            <w:tcW w:w="4762" w:type="dxa"/>
            <w:tcMar>
              <w:top w:w="60" w:type="dxa"/>
              <w:left w:w="90" w:type="dxa"/>
              <w:bottom w:w="60" w:type="dxa"/>
              <w:right w:w="90" w:type="dxa"/>
            </w:tcMar>
          </w:tcPr>
          <w:p w14:paraId="18A78E36" w14:textId="77777777" w:rsidR="00117CA2" w:rsidRDefault="0007222E" w:rsidP="00812734">
            <w:pPr>
              <w:shd w:val="clear" w:color="auto" w:fill="FFFFFF" w:themeFill="background1"/>
              <w:spacing w:after="0" w:line="240" w:lineRule="auto"/>
            </w:pPr>
            <w:r>
              <w:t>- HS ghi nhớ nhiệm vụ về nhà.</w:t>
            </w:r>
          </w:p>
        </w:tc>
      </w:tr>
    </w:tbl>
    <w:p w14:paraId="0D51F749" w14:textId="77777777" w:rsidR="00117CA2" w:rsidRDefault="0007222E" w:rsidP="00812734">
      <w:pPr>
        <w:shd w:val="clear" w:color="auto" w:fill="FFFFFF" w:themeFill="background1"/>
        <w:spacing w:after="0" w:line="240" w:lineRule="auto"/>
      </w:pPr>
      <w:r>
        <w:rPr>
          <w:b/>
          <w:bCs/>
        </w:rPr>
        <w:t>IV. ĐIỀU CHỈNH SAU TIẾT DẠY (NẾU CÓ):</w:t>
      </w:r>
    </w:p>
    <w:p w14:paraId="1C886032" w14:textId="77777777" w:rsidR="00117CA2" w:rsidRDefault="0007222E" w:rsidP="00812734">
      <w:pPr>
        <w:shd w:val="clear" w:color="auto" w:fill="FFFFFF" w:themeFill="background1"/>
        <w:spacing w:after="0" w:line="240" w:lineRule="auto"/>
      </w:pPr>
      <w:r>
        <w:t>……………………………………………………………………………………………………………………………</w:t>
      </w:r>
    </w:p>
    <w:p w14:paraId="36DF2C3D" w14:textId="77777777" w:rsidR="00117CA2" w:rsidRDefault="0007222E" w:rsidP="00812734">
      <w:pPr>
        <w:shd w:val="clear" w:color="auto" w:fill="FFFFFF" w:themeFill="background1"/>
        <w:spacing w:after="0" w:line="240" w:lineRule="auto"/>
      </w:pPr>
      <w:r>
        <w:t>……………………………………………………………………………………………………………………………</w:t>
      </w:r>
    </w:p>
    <w:p w14:paraId="2AB10457" w14:textId="77777777" w:rsidR="00117CA2" w:rsidRDefault="0007222E" w:rsidP="00812734">
      <w:pPr>
        <w:shd w:val="clear" w:color="auto" w:fill="FFFFFF" w:themeFill="background1"/>
        <w:spacing w:after="0" w:line="240" w:lineRule="auto"/>
      </w:pPr>
      <w:r>
        <w:br w:type="page"/>
      </w:r>
    </w:p>
    <w:p w14:paraId="640051D3" w14:textId="77777777" w:rsidR="00117CA2" w:rsidRDefault="0007222E" w:rsidP="00812734">
      <w:pPr>
        <w:shd w:val="clear" w:color="auto" w:fill="FFFFFF" w:themeFill="background1"/>
        <w:spacing w:after="0" w:line="240" w:lineRule="auto"/>
        <w:jc w:val="center"/>
      </w:pPr>
      <w:r>
        <w:rPr>
          <w:b/>
          <w:bCs/>
        </w:rPr>
        <w:lastRenderedPageBreak/>
        <w:t>KẾ HOẠCH BÀI DẠY – TUẦN 15</w:t>
      </w:r>
    </w:p>
    <w:p w14:paraId="7B4FEBC8" w14:textId="77777777" w:rsidR="00117CA2" w:rsidRDefault="0007222E" w:rsidP="00812734">
      <w:pPr>
        <w:shd w:val="clear" w:color="auto" w:fill="FFFFFF" w:themeFill="background1"/>
        <w:spacing w:after="0" w:line="240" w:lineRule="auto"/>
        <w:jc w:val="center"/>
      </w:pPr>
      <w:r>
        <w:rPr>
          <w:b/>
          <w:bCs/>
        </w:rPr>
        <w:t>CHỦ ĐỀ 4: MÁI ẤM GIA ĐÌNH</w:t>
      </w:r>
    </w:p>
    <w:p w14:paraId="44155995" w14:textId="77777777" w:rsidR="00117CA2" w:rsidRDefault="0007222E" w:rsidP="00812734">
      <w:pPr>
        <w:shd w:val="clear" w:color="auto" w:fill="FFFFFF" w:themeFill="background1"/>
        <w:spacing w:after="0" w:line="240" w:lineRule="auto"/>
        <w:jc w:val="center"/>
      </w:pPr>
      <w:r>
        <w:rPr>
          <w:b/>
          <w:bCs/>
        </w:rPr>
        <w:t>BÀI 27: MẸ</w:t>
      </w:r>
    </w:p>
    <w:p w14:paraId="021A81C6" w14:textId="77777777" w:rsidR="00117CA2" w:rsidRDefault="0007222E" w:rsidP="00812734">
      <w:pPr>
        <w:shd w:val="clear" w:color="auto" w:fill="FFFFFF" w:themeFill="background1"/>
        <w:spacing w:after="0" w:line="240" w:lineRule="auto"/>
        <w:jc w:val="center"/>
      </w:pPr>
      <w:r>
        <w:rPr>
          <w:b/>
          <w:bCs/>
        </w:rPr>
        <w:t>TIẾT 4: NÓI VÀ NGHE – KỂ CHUYỆN SỰ TÍCH CÂY VÚ SỮA</w:t>
      </w:r>
    </w:p>
    <w:p w14:paraId="4DF137D6" w14:textId="77777777" w:rsidR="00117CA2" w:rsidRDefault="0007222E" w:rsidP="00812734">
      <w:pPr>
        <w:shd w:val="clear" w:color="auto" w:fill="FFFFFF" w:themeFill="background1"/>
        <w:spacing w:after="0" w:line="240" w:lineRule="auto"/>
      </w:pPr>
      <w:r>
        <w:rPr>
          <w:b/>
          <w:bCs/>
        </w:rPr>
        <w:t>I. YÊU CẦU CẦN ĐẠT</w:t>
      </w:r>
    </w:p>
    <w:p w14:paraId="39F7DB58" w14:textId="77777777" w:rsidR="00117CA2" w:rsidRDefault="0007222E" w:rsidP="00812734">
      <w:pPr>
        <w:shd w:val="clear" w:color="auto" w:fill="FFFFFF" w:themeFill="background1"/>
        <w:spacing w:after="0" w:line="240" w:lineRule="auto"/>
      </w:pPr>
      <w:r>
        <w:rPr>
          <w:b/>
          <w:bCs/>
        </w:rPr>
        <w:t>1. Năng lực đặc thù</w:t>
      </w:r>
    </w:p>
    <w:p w14:paraId="74A69E33" w14:textId="77777777" w:rsidR="00117CA2" w:rsidRDefault="0007222E" w:rsidP="00812734">
      <w:pPr>
        <w:shd w:val="clear" w:color="auto" w:fill="FFFFFF" w:themeFill="background1"/>
        <w:spacing w:after="0" w:line="240" w:lineRule="auto"/>
      </w:pPr>
      <w:r>
        <w:t>- Nhận biết được các sự việc trong câu chuyện Sự tích cây vú sữa qua tranh minh họa và câu hỏi gợi ý.</w:t>
      </w:r>
    </w:p>
    <w:p w14:paraId="3710058F" w14:textId="77777777" w:rsidR="00117CA2" w:rsidRDefault="0007222E" w:rsidP="00812734">
      <w:pPr>
        <w:shd w:val="clear" w:color="auto" w:fill="FFFFFF" w:themeFill="background1"/>
        <w:spacing w:after="0" w:line="240" w:lineRule="auto"/>
      </w:pPr>
      <w:r>
        <w:t>- Dựa vào tranh và câu hỏi gợi ý để kể lại 1 - 2 đoạn của câu chuyện.</w:t>
      </w:r>
    </w:p>
    <w:p w14:paraId="7CB222AD" w14:textId="77777777" w:rsidR="00117CA2" w:rsidRDefault="0007222E" w:rsidP="00812734">
      <w:pPr>
        <w:shd w:val="clear" w:color="auto" w:fill="FFFFFF" w:themeFill="background1"/>
        <w:spacing w:after="0" w:line="240" w:lineRule="auto"/>
      </w:pPr>
      <w:r>
        <w:t>- Biết nói lời nhân vật phù hợp với nội dung câu chuyện; bước đầu nêu được bài học về tình yêu thương, lòng biết ơn mẹ.</w:t>
      </w:r>
    </w:p>
    <w:p w14:paraId="58E93DFC" w14:textId="77777777" w:rsidR="00117CA2" w:rsidRDefault="0007222E" w:rsidP="00812734">
      <w:pPr>
        <w:shd w:val="clear" w:color="auto" w:fill="FFFFFF" w:themeFill="background1"/>
        <w:spacing w:after="0" w:line="240" w:lineRule="auto"/>
      </w:pPr>
      <w:r>
        <w:rPr>
          <w:b/>
          <w:bCs/>
        </w:rPr>
        <w:t>2. Năng lực chung</w:t>
      </w:r>
    </w:p>
    <w:p w14:paraId="06FBBF32" w14:textId="77777777" w:rsidR="00117CA2" w:rsidRDefault="0007222E" w:rsidP="00812734">
      <w:pPr>
        <w:shd w:val="clear" w:color="auto" w:fill="FFFFFF" w:themeFill="background1"/>
        <w:spacing w:after="0" w:line="240" w:lineRule="auto"/>
      </w:pPr>
      <w:r>
        <w:t>- Tự chủ và tự học: chủ động quan sát tranh, ghi nhớ diễn biến câu chuyện.</w:t>
      </w:r>
    </w:p>
    <w:p w14:paraId="02E2A20E" w14:textId="77777777" w:rsidR="00117CA2" w:rsidRDefault="0007222E" w:rsidP="00812734">
      <w:pPr>
        <w:shd w:val="clear" w:color="auto" w:fill="FFFFFF" w:themeFill="background1"/>
        <w:spacing w:after="0" w:line="240" w:lineRule="auto"/>
      </w:pPr>
      <w:r>
        <w:t>- Giao tiếp và hợp tác: trao đổi nhóm, lắng nghe bạn kể và góp ý lịch sự.</w:t>
      </w:r>
    </w:p>
    <w:p w14:paraId="4B6FB21A" w14:textId="77777777" w:rsidR="00117CA2" w:rsidRDefault="0007222E" w:rsidP="00812734">
      <w:pPr>
        <w:shd w:val="clear" w:color="auto" w:fill="FFFFFF" w:themeFill="background1"/>
        <w:spacing w:after="0" w:line="240" w:lineRule="auto"/>
      </w:pPr>
      <w:r>
        <w:t>- Giải quyết vấn đề và sáng tạo: tưởng tượng lời cậu bé nói với mẹ nếu được gặp lại.</w:t>
      </w:r>
    </w:p>
    <w:p w14:paraId="17106013" w14:textId="77777777" w:rsidR="00117CA2" w:rsidRDefault="0007222E" w:rsidP="00812734">
      <w:pPr>
        <w:shd w:val="clear" w:color="auto" w:fill="FFFFFF" w:themeFill="background1"/>
        <w:spacing w:after="0" w:line="240" w:lineRule="auto"/>
      </w:pPr>
      <w:r>
        <w:rPr>
          <w:b/>
          <w:bCs/>
        </w:rPr>
        <w:t>3. Phẩm chất</w:t>
      </w:r>
    </w:p>
    <w:p w14:paraId="6A426E19" w14:textId="77777777" w:rsidR="00117CA2" w:rsidRDefault="0007222E" w:rsidP="00812734">
      <w:pPr>
        <w:shd w:val="clear" w:color="auto" w:fill="FFFFFF" w:themeFill="background1"/>
        <w:spacing w:after="0" w:line="240" w:lineRule="auto"/>
      </w:pPr>
      <w:r>
        <w:t>- Nhân ái: yêu thương, biết ơn cha mẹ và người thân.</w:t>
      </w:r>
    </w:p>
    <w:p w14:paraId="1186B3F0" w14:textId="77777777" w:rsidR="00117CA2" w:rsidRDefault="0007222E" w:rsidP="00812734">
      <w:pPr>
        <w:shd w:val="clear" w:color="auto" w:fill="FFFFFF" w:themeFill="background1"/>
        <w:spacing w:after="0" w:line="240" w:lineRule="auto"/>
      </w:pPr>
      <w:r>
        <w:t>- Chăm chỉ: tích cực tập kể chuyện.</w:t>
      </w:r>
    </w:p>
    <w:p w14:paraId="77B1C584" w14:textId="77777777" w:rsidR="00117CA2" w:rsidRDefault="0007222E" w:rsidP="00812734">
      <w:pPr>
        <w:shd w:val="clear" w:color="auto" w:fill="FFFFFF" w:themeFill="background1"/>
        <w:spacing w:after="0" w:line="240" w:lineRule="auto"/>
      </w:pPr>
      <w:r>
        <w:t>- Trách nhiệm: biết rút ra bài học và thực hiện việc làm tốt trong gia đình.</w:t>
      </w:r>
    </w:p>
    <w:p w14:paraId="79F35628" w14:textId="77777777" w:rsidR="00117CA2" w:rsidRDefault="0007222E" w:rsidP="00812734">
      <w:pPr>
        <w:shd w:val="clear" w:color="auto" w:fill="FFFFFF" w:themeFill="background1"/>
        <w:spacing w:after="0" w:line="240" w:lineRule="auto"/>
      </w:pPr>
      <w:r>
        <w:rPr>
          <w:b/>
          <w:bCs/>
        </w:rPr>
        <w:t>II. ĐỒ DÙNG DẠY HỌC</w:t>
      </w:r>
    </w:p>
    <w:p w14:paraId="073D2A74" w14:textId="77777777" w:rsidR="00117CA2" w:rsidRDefault="0007222E" w:rsidP="00812734">
      <w:pPr>
        <w:shd w:val="clear" w:color="auto" w:fill="FFFFFF" w:themeFill="background1"/>
        <w:spacing w:after="0" w:line="240" w:lineRule="auto"/>
      </w:pPr>
      <w:r>
        <w:t>- Giáo viên: Tranh minh họa câu chuyện, quả/cây vú sữa thật hoặc ảnh, máy chiếu.</w:t>
      </w:r>
    </w:p>
    <w:p w14:paraId="50926999" w14:textId="77777777" w:rsidR="00117CA2" w:rsidRDefault="0007222E" w:rsidP="00812734">
      <w:pPr>
        <w:shd w:val="clear" w:color="auto" w:fill="FFFFFF" w:themeFill="background1"/>
        <w:spacing w:after="0" w:line="240" w:lineRule="auto"/>
      </w:pPr>
      <w:r>
        <w:t>- Học sinh: SGK, VBT Tiếng Việt, vở ghi.</w:t>
      </w:r>
    </w:p>
    <w:p w14:paraId="1BE9FB09"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12985141"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7A5043AF" w14:textId="77777777" w:rsidR="00117CA2" w:rsidRDefault="0007222E" w:rsidP="00812734">
            <w:pPr>
              <w:shd w:val="clear" w:color="auto" w:fill="FFFFFF" w:themeFill="background1"/>
              <w:spacing w:after="0"/>
              <w:jc w:val="center"/>
            </w:pPr>
            <w:r>
              <w:rPr>
                <w:b/>
                <w:bCs/>
              </w:rPr>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74419259" w14:textId="77777777" w:rsidR="00117CA2" w:rsidRDefault="0007222E" w:rsidP="00812734">
            <w:pPr>
              <w:shd w:val="clear" w:color="auto" w:fill="FFFFFF" w:themeFill="background1"/>
              <w:spacing w:after="0"/>
              <w:jc w:val="center"/>
            </w:pPr>
            <w:r>
              <w:rPr>
                <w:b/>
                <w:bCs/>
              </w:rPr>
              <w:t>Hoạt động của học sinh</w:t>
            </w:r>
          </w:p>
        </w:tc>
      </w:tr>
      <w:tr w:rsidR="00117CA2" w14:paraId="41DAFB9E"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7871D3E5" w14:textId="77777777" w:rsidR="00117CA2" w:rsidRDefault="0007222E" w:rsidP="00812734">
            <w:pPr>
              <w:shd w:val="clear" w:color="auto" w:fill="FFFFFF" w:themeFill="background1"/>
              <w:spacing w:after="0"/>
            </w:pPr>
            <w:r>
              <w:rPr>
                <w:b/>
                <w:bCs/>
                <w:color w:val="006100"/>
              </w:rPr>
              <w:t>A. KHỞI ĐỘNG (3 PHÚT)</w:t>
            </w:r>
            <w:r>
              <w:rPr>
                <w:b/>
                <w:bCs/>
                <w:color w:val="006100"/>
              </w:rPr>
              <w:br/>
              <w:t>Mục tiêu: Tạo hứng thú và kết nối với câu chuyện.</w:t>
            </w:r>
          </w:p>
        </w:tc>
      </w:tr>
      <w:tr w:rsidR="00117CA2" w14:paraId="13204A13" w14:textId="77777777" w:rsidTr="00812734">
        <w:trPr>
          <w:jc w:val="center"/>
        </w:trPr>
        <w:tc>
          <w:tcPr>
            <w:tcW w:w="4762" w:type="dxa"/>
            <w:tcBorders>
              <w:top w:val="single" w:sz="6" w:space="0" w:color="000000"/>
            </w:tcBorders>
            <w:tcMar>
              <w:top w:w="60" w:type="dxa"/>
              <w:left w:w="90" w:type="dxa"/>
              <w:bottom w:w="60" w:type="dxa"/>
              <w:right w:w="90" w:type="dxa"/>
            </w:tcMar>
          </w:tcPr>
          <w:p w14:paraId="08F3A6F5" w14:textId="77777777" w:rsidR="00117CA2" w:rsidRDefault="0007222E" w:rsidP="00812734">
            <w:pPr>
              <w:shd w:val="clear" w:color="auto" w:fill="FFFFFF" w:themeFill="background1"/>
              <w:spacing w:after="0" w:line="240" w:lineRule="auto"/>
            </w:pPr>
            <w:r>
              <w:t>- GV cho HS quan sát quả vú sữa hoặc tranh cây vú sữa và hỏi: Đây là quả gì/cây gì?</w:t>
            </w:r>
          </w:p>
        </w:tc>
        <w:tc>
          <w:tcPr>
            <w:tcW w:w="4762" w:type="dxa"/>
            <w:tcBorders>
              <w:top w:val="single" w:sz="6" w:space="0" w:color="000000"/>
            </w:tcBorders>
            <w:tcMar>
              <w:top w:w="60" w:type="dxa"/>
              <w:left w:w="90" w:type="dxa"/>
              <w:bottom w:w="60" w:type="dxa"/>
              <w:right w:w="90" w:type="dxa"/>
            </w:tcMar>
          </w:tcPr>
          <w:p w14:paraId="0658AE38" w14:textId="77777777" w:rsidR="00117CA2" w:rsidRDefault="0007222E" w:rsidP="00812734">
            <w:pPr>
              <w:shd w:val="clear" w:color="auto" w:fill="FFFFFF" w:themeFill="background1"/>
              <w:spacing w:after="0" w:line="240" w:lineRule="auto"/>
            </w:pPr>
            <w:r>
              <w:t>- HS trả lời: Đây là quả vú sữa/cây vú sữa.</w:t>
            </w:r>
          </w:p>
        </w:tc>
      </w:tr>
      <w:tr w:rsidR="00117CA2" w14:paraId="49C92690" w14:textId="77777777" w:rsidTr="00812734">
        <w:trPr>
          <w:jc w:val="center"/>
        </w:trPr>
        <w:tc>
          <w:tcPr>
            <w:tcW w:w="4762" w:type="dxa"/>
            <w:tcBorders>
              <w:bottom w:val="single" w:sz="6" w:space="0" w:color="000000"/>
            </w:tcBorders>
            <w:tcMar>
              <w:top w:w="60" w:type="dxa"/>
              <w:left w:w="90" w:type="dxa"/>
              <w:bottom w:w="60" w:type="dxa"/>
              <w:right w:w="90" w:type="dxa"/>
            </w:tcMar>
          </w:tcPr>
          <w:p w14:paraId="58C6896D" w14:textId="77777777" w:rsidR="00117CA2" w:rsidRDefault="0007222E" w:rsidP="00812734">
            <w:pPr>
              <w:shd w:val="clear" w:color="auto" w:fill="FFFFFF" w:themeFill="background1"/>
              <w:spacing w:after="0" w:line="240" w:lineRule="auto"/>
            </w:pPr>
            <w:r>
              <w:t>- GV giới thiệu: Hôm nay các em sẽ nghe và kể câu chuyện Sự tích cây vú sữa để hiểu ý nghĩa của loài cây này.</w:t>
            </w:r>
          </w:p>
        </w:tc>
        <w:tc>
          <w:tcPr>
            <w:tcW w:w="4762" w:type="dxa"/>
            <w:tcBorders>
              <w:bottom w:val="single" w:sz="6" w:space="0" w:color="000000"/>
            </w:tcBorders>
            <w:tcMar>
              <w:top w:w="60" w:type="dxa"/>
              <w:left w:w="90" w:type="dxa"/>
              <w:bottom w:w="60" w:type="dxa"/>
              <w:right w:w="90" w:type="dxa"/>
            </w:tcMar>
          </w:tcPr>
          <w:p w14:paraId="53930239" w14:textId="77777777" w:rsidR="00117CA2" w:rsidRDefault="0007222E" w:rsidP="00812734">
            <w:pPr>
              <w:shd w:val="clear" w:color="auto" w:fill="FFFFFF" w:themeFill="background1"/>
              <w:spacing w:after="0" w:line="240" w:lineRule="auto"/>
            </w:pPr>
            <w:r>
              <w:t>- HS lắng nghe và ghi tên bài.</w:t>
            </w:r>
          </w:p>
        </w:tc>
      </w:tr>
      <w:tr w:rsidR="00117CA2" w14:paraId="5E2D2718"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44D944B2" w14:textId="77777777" w:rsidR="00117CA2" w:rsidRDefault="0007222E" w:rsidP="00812734">
            <w:pPr>
              <w:shd w:val="clear" w:color="auto" w:fill="FFFFFF" w:themeFill="background1"/>
              <w:spacing w:after="0"/>
            </w:pPr>
            <w:r>
              <w:rPr>
                <w:b/>
                <w:bCs/>
                <w:color w:val="006100"/>
              </w:rPr>
              <w:t>B. KHÁM PHÁ - Hoạt động 1: Dựa vào câu hỏi gợi ý, đoán nội dung tranh (10 PHÚT)</w:t>
            </w:r>
            <w:r>
              <w:rPr>
                <w:b/>
                <w:bCs/>
                <w:color w:val="006100"/>
              </w:rPr>
              <w:br/>
              <w:t>Mục tiêu: Nhận biết sự việc trong từng tranh và đoán nội dung câu chuyện.</w:t>
            </w:r>
          </w:p>
        </w:tc>
      </w:tr>
      <w:tr w:rsidR="00117CA2" w14:paraId="096A29AA" w14:textId="77777777" w:rsidTr="00812734">
        <w:trPr>
          <w:jc w:val="center"/>
        </w:trPr>
        <w:tc>
          <w:tcPr>
            <w:tcW w:w="4762" w:type="dxa"/>
            <w:tcBorders>
              <w:top w:val="single" w:sz="6" w:space="0" w:color="000000"/>
            </w:tcBorders>
            <w:tcMar>
              <w:top w:w="60" w:type="dxa"/>
              <w:left w:w="90" w:type="dxa"/>
              <w:bottom w:w="60" w:type="dxa"/>
              <w:right w:w="90" w:type="dxa"/>
            </w:tcMar>
          </w:tcPr>
          <w:p w14:paraId="0541BA09" w14:textId="77777777" w:rsidR="00117CA2" w:rsidRDefault="0007222E" w:rsidP="00812734">
            <w:pPr>
              <w:shd w:val="clear" w:color="auto" w:fill="FFFFFF" w:themeFill="background1"/>
              <w:spacing w:after="0" w:line="240" w:lineRule="auto"/>
            </w:pPr>
            <w:r>
              <w:rPr>
                <w:b/>
                <w:bCs/>
              </w:rPr>
              <w:t>- Bài tập 1: Dựa vào câu hỏi gợi ý, đoán nội dung của từng tranh.</w:t>
            </w:r>
          </w:p>
          <w:p w14:paraId="458A977A" w14:textId="77777777" w:rsidR="00117CA2" w:rsidRDefault="0007222E" w:rsidP="00812734">
            <w:pPr>
              <w:shd w:val="clear" w:color="auto" w:fill="FFFFFF" w:themeFill="background1"/>
              <w:spacing w:after="0" w:line="240" w:lineRule="auto"/>
            </w:pPr>
            <w:r>
              <w:t>- GV yêu cầu HS quan sát 4 tranh và đọc câu hỏi dưới từng tranh.</w:t>
            </w:r>
          </w:p>
          <w:p w14:paraId="70E2039A" w14:textId="38FB48F6"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29B11472" w14:textId="77777777" w:rsidR="00117CA2" w:rsidRDefault="0007222E" w:rsidP="00812734">
            <w:pPr>
              <w:shd w:val="clear" w:color="auto" w:fill="FFFFFF" w:themeFill="background1"/>
              <w:spacing w:after="0" w:line="240" w:lineRule="auto"/>
            </w:pPr>
            <w:r>
              <w:t>- HS quan sát 4 tranh và đọc câu hỏi: Bị mẹ mắng, cậu bé làm gì? Cậu bé làm gì khi quay về nhà? Thấy cậu bé khóc, cây xanh biến đổi thế nào? Nhìn lên tán lá, cậu bé nghĩ đến điều gì?</w:t>
            </w:r>
          </w:p>
        </w:tc>
      </w:tr>
      <w:tr w:rsidR="00117CA2" w14:paraId="21B5E9EB" w14:textId="77777777" w:rsidTr="00812734">
        <w:trPr>
          <w:jc w:val="center"/>
        </w:trPr>
        <w:tc>
          <w:tcPr>
            <w:tcW w:w="4762" w:type="dxa"/>
            <w:tcMar>
              <w:top w:w="60" w:type="dxa"/>
              <w:left w:w="90" w:type="dxa"/>
              <w:bottom w:w="60" w:type="dxa"/>
              <w:right w:w="90" w:type="dxa"/>
            </w:tcMar>
          </w:tcPr>
          <w:p w14:paraId="48CD26D7" w14:textId="77777777" w:rsidR="00117CA2" w:rsidRDefault="0007222E" w:rsidP="00812734">
            <w:pPr>
              <w:shd w:val="clear" w:color="auto" w:fill="FFFFFF" w:themeFill="background1"/>
              <w:spacing w:after="0" w:line="240" w:lineRule="auto"/>
            </w:pPr>
            <w:r>
              <w:t>- GV yêu cầu HS thảo luận nhóm 4, mỗi bạn đoán nội dung một tranh.</w:t>
            </w:r>
          </w:p>
        </w:tc>
        <w:tc>
          <w:tcPr>
            <w:tcW w:w="4762" w:type="dxa"/>
            <w:tcMar>
              <w:top w:w="60" w:type="dxa"/>
              <w:left w:w="90" w:type="dxa"/>
              <w:bottom w:w="60" w:type="dxa"/>
              <w:right w:w="90" w:type="dxa"/>
            </w:tcMar>
          </w:tcPr>
          <w:p w14:paraId="0157D5E9" w14:textId="77777777" w:rsidR="00117CA2" w:rsidRDefault="0007222E" w:rsidP="00812734">
            <w:pPr>
              <w:shd w:val="clear" w:color="auto" w:fill="FFFFFF" w:themeFill="background1"/>
              <w:spacing w:after="0" w:line="240" w:lineRule="auto"/>
            </w:pPr>
            <w:r>
              <w:t>- HS thảo luận nhóm 4, thống nhất nội dung từng tranh.</w:t>
            </w:r>
          </w:p>
        </w:tc>
      </w:tr>
      <w:tr w:rsidR="00117CA2" w14:paraId="44F501EF" w14:textId="77777777" w:rsidTr="00812734">
        <w:trPr>
          <w:jc w:val="center"/>
        </w:trPr>
        <w:tc>
          <w:tcPr>
            <w:tcW w:w="4762" w:type="dxa"/>
            <w:tcMar>
              <w:top w:w="60" w:type="dxa"/>
              <w:left w:w="90" w:type="dxa"/>
              <w:bottom w:w="60" w:type="dxa"/>
              <w:right w:w="90" w:type="dxa"/>
            </w:tcMar>
          </w:tcPr>
          <w:p w14:paraId="5ADB9E88" w14:textId="77777777" w:rsidR="00117CA2" w:rsidRDefault="0007222E" w:rsidP="00812734">
            <w:pPr>
              <w:shd w:val="clear" w:color="auto" w:fill="FFFFFF" w:themeFill="background1"/>
              <w:spacing w:after="0" w:line="240" w:lineRule="auto"/>
            </w:pPr>
            <w:r>
              <w:lastRenderedPageBreak/>
              <w:t>- GV hỏi: Tranh 1 cho em biết sự việc gì?</w:t>
            </w:r>
          </w:p>
        </w:tc>
        <w:tc>
          <w:tcPr>
            <w:tcW w:w="4762" w:type="dxa"/>
            <w:tcMar>
              <w:top w:w="60" w:type="dxa"/>
              <w:left w:w="90" w:type="dxa"/>
              <w:bottom w:w="60" w:type="dxa"/>
              <w:right w:w="90" w:type="dxa"/>
            </w:tcMar>
          </w:tcPr>
          <w:p w14:paraId="365DBBA9" w14:textId="77777777" w:rsidR="00117CA2" w:rsidRDefault="0007222E" w:rsidP="00812734">
            <w:pPr>
              <w:shd w:val="clear" w:color="auto" w:fill="FFFFFF" w:themeFill="background1"/>
              <w:spacing w:after="0" w:line="240" w:lineRule="auto"/>
            </w:pPr>
            <w:r>
              <w:t>- HS trả lời: Cậu bé bị mẹ mắng, giận mẹ và bỏ nhà đi.</w:t>
            </w:r>
          </w:p>
        </w:tc>
      </w:tr>
      <w:tr w:rsidR="00117CA2" w14:paraId="3CD7B19A" w14:textId="77777777" w:rsidTr="00812734">
        <w:trPr>
          <w:jc w:val="center"/>
        </w:trPr>
        <w:tc>
          <w:tcPr>
            <w:tcW w:w="4762" w:type="dxa"/>
            <w:tcMar>
              <w:top w:w="60" w:type="dxa"/>
              <w:left w:w="90" w:type="dxa"/>
              <w:bottom w:w="60" w:type="dxa"/>
              <w:right w:w="90" w:type="dxa"/>
            </w:tcMar>
          </w:tcPr>
          <w:p w14:paraId="065808DE" w14:textId="77777777" w:rsidR="00117CA2" w:rsidRDefault="0007222E" w:rsidP="00812734">
            <w:pPr>
              <w:shd w:val="clear" w:color="auto" w:fill="FFFFFF" w:themeFill="background1"/>
              <w:spacing w:after="0" w:line="240" w:lineRule="auto"/>
            </w:pPr>
            <w:r>
              <w:t>- GV hỏi: Tranh 2 cho em biết cậu bé làm gì khi quay về nhà?</w:t>
            </w:r>
          </w:p>
        </w:tc>
        <w:tc>
          <w:tcPr>
            <w:tcW w:w="4762" w:type="dxa"/>
            <w:tcMar>
              <w:top w:w="60" w:type="dxa"/>
              <w:left w:w="90" w:type="dxa"/>
              <w:bottom w:w="60" w:type="dxa"/>
              <w:right w:w="90" w:type="dxa"/>
            </w:tcMar>
          </w:tcPr>
          <w:p w14:paraId="7A58D45B" w14:textId="77777777" w:rsidR="00117CA2" w:rsidRDefault="0007222E" w:rsidP="00812734">
            <w:pPr>
              <w:shd w:val="clear" w:color="auto" w:fill="FFFFFF" w:themeFill="background1"/>
              <w:spacing w:after="0" w:line="240" w:lineRule="auto"/>
            </w:pPr>
            <w:r>
              <w:t>- HS trả lời: Cậu bé quay về nhà, không thấy mẹ, ôm cây trong vườn khóc.</w:t>
            </w:r>
          </w:p>
        </w:tc>
      </w:tr>
      <w:tr w:rsidR="00117CA2" w14:paraId="36B27DC8" w14:textId="77777777" w:rsidTr="00812734">
        <w:trPr>
          <w:jc w:val="center"/>
        </w:trPr>
        <w:tc>
          <w:tcPr>
            <w:tcW w:w="4762" w:type="dxa"/>
            <w:tcMar>
              <w:top w:w="60" w:type="dxa"/>
              <w:left w:w="90" w:type="dxa"/>
              <w:bottom w:w="60" w:type="dxa"/>
              <w:right w:w="90" w:type="dxa"/>
            </w:tcMar>
          </w:tcPr>
          <w:p w14:paraId="39C5353E" w14:textId="77777777" w:rsidR="00117CA2" w:rsidRDefault="0007222E" w:rsidP="00812734">
            <w:pPr>
              <w:shd w:val="clear" w:color="auto" w:fill="FFFFFF" w:themeFill="background1"/>
              <w:spacing w:after="0" w:line="240" w:lineRule="auto"/>
            </w:pPr>
            <w:r>
              <w:t>- GV hỏi: Tranh 3 cho em biết cây xanh đã biến đổi thế nào?</w:t>
            </w:r>
          </w:p>
        </w:tc>
        <w:tc>
          <w:tcPr>
            <w:tcW w:w="4762" w:type="dxa"/>
            <w:tcMar>
              <w:top w:w="60" w:type="dxa"/>
              <w:left w:w="90" w:type="dxa"/>
              <w:bottom w:w="60" w:type="dxa"/>
              <w:right w:w="90" w:type="dxa"/>
            </w:tcMar>
          </w:tcPr>
          <w:p w14:paraId="5D984C43" w14:textId="77777777" w:rsidR="00117CA2" w:rsidRDefault="0007222E" w:rsidP="00812734">
            <w:pPr>
              <w:shd w:val="clear" w:color="auto" w:fill="FFFFFF" w:themeFill="background1"/>
              <w:spacing w:after="0" w:line="240" w:lineRule="auto"/>
            </w:pPr>
            <w:r>
              <w:t>- HS trả lời: Cây xanh ra quả, cậu bé hái quả ăn và cảm nhận vị ngọt thơm như sữa mẹ.</w:t>
            </w:r>
          </w:p>
        </w:tc>
      </w:tr>
      <w:tr w:rsidR="00117CA2" w14:paraId="402DA616" w14:textId="77777777" w:rsidTr="00812734">
        <w:trPr>
          <w:jc w:val="center"/>
        </w:trPr>
        <w:tc>
          <w:tcPr>
            <w:tcW w:w="4762" w:type="dxa"/>
            <w:tcMar>
              <w:top w:w="60" w:type="dxa"/>
              <w:left w:w="90" w:type="dxa"/>
              <w:bottom w:w="60" w:type="dxa"/>
              <w:right w:w="90" w:type="dxa"/>
            </w:tcMar>
          </w:tcPr>
          <w:p w14:paraId="78903A85" w14:textId="77777777" w:rsidR="00117CA2" w:rsidRDefault="0007222E" w:rsidP="00812734">
            <w:pPr>
              <w:shd w:val="clear" w:color="auto" w:fill="FFFFFF" w:themeFill="background1"/>
              <w:spacing w:after="0" w:line="240" w:lineRule="auto"/>
            </w:pPr>
            <w:r>
              <w:t>- GV hỏi: Tranh 4 cho em biết cậu bé nghĩ đến điều gì?</w:t>
            </w:r>
          </w:p>
        </w:tc>
        <w:tc>
          <w:tcPr>
            <w:tcW w:w="4762" w:type="dxa"/>
            <w:tcMar>
              <w:top w:w="60" w:type="dxa"/>
              <w:left w:w="90" w:type="dxa"/>
              <w:bottom w:w="60" w:type="dxa"/>
              <w:right w:w="90" w:type="dxa"/>
            </w:tcMar>
          </w:tcPr>
          <w:p w14:paraId="5021EA7D" w14:textId="77777777" w:rsidR="00117CA2" w:rsidRDefault="0007222E" w:rsidP="00812734">
            <w:pPr>
              <w:shd w:val="clear" w:color="auto" w:fill="FFFFFF" w:themeFill="background1"/>
              <w:spacing w:after="0" w:line="240" w:lineRule="auto"/>
            </w:pPr>
            <w:r>
              <w:t>- HS trả lời: Cậu bé nhìn lên tán lá và nhớ mẹ, hiểu ra tình yêu thương của mẹ dành cho mình.</w:t>
            </w:r>
          </w:p>
        </w:tc>
      </w:tr>
      <w:tr w:rsidR="00117CA2" w14:paraId="6C0137FF" w14:textId="77777777" w:rsidTr="00812734">
        <w:trPr>
          <w:jc w:val="center"/>
        </w:trPr>
        <w:tc>
          <w:tcPr>
            <w:tcW w:w="4762" w:type="dxa"/>
            <w:tcBorders>
              <w:bottom w:val="single" w:sz="6" w:space="0" w:color="000000"/>
            </w:tcBorders>
            <w:tcMar>
              <w:top w:w="60" w:type="dxa"/>
              <w:left w:w="90" w:type="dxa"/>
              <w:bottom w:w="60" w:type="dxa"/>
              <w:right w:w="90" w:type="dxa"/>
            </w:tcMar>
          </w:tcPr>
          <w:p w14:paraId="32496A51" w14:textId="77777777" w:rsidR="00117CA2" w:rsidRDefault="0007222E" w:rsidP="00812734">
            <w:pPr>
              <w:shd w:val="clear" w:color="auto" w:fill="FFFFFF" w:themeFill="background1"/>
              <w:spacing w:after="0" w:line="240" w:lineRule="auto"/>
            </w:pPr>
            <w:r>
              <w:t>- GV kết luận: Các em đã biết dựa vào tranh và câu hỏi để đoán được diễn biến chính của câu chuyện.</w:t>
            </w:r>
          </w:p>
        </w:tc>
        <w:tc>
          <w:tcPr>
            <w:tcW w:w="4762" w:type="dxa"/>
            <w:tcBorders>
              <w:bottom w:val="single" w:sz="6" w:space="0" w:color="000000"/>
            </w:tcBorders>
            <w:tcMar>
              <w:top w:w="60" w:type="dxa"/>
              <w:left w:w="90" w:type="dxa"/>
              <w:bottom w:w="60" w:type="dxa"/>
              <w:right w:w="90" w:type="dxa"/>
            </w:tcMar>
          </w:tcPr>
          <w:p w14:paraId="4580747A" w14:textId="77777777" w:rsidR="00117CA2" w:rsidRDefault="0007222E" w:rsidP="00812734">
            <w:pPr>
              <w:shd w:val="clear" w:color="auto" w:fill="FFFFFF" w:themeFill="background1"/>
              <w:spacing w:after="0" w:line="240" w:lineRule="auto"/>
            </w:pPr>
            <w:r>
              <w:t>- HS ghi nhớ nội dung từng tranh để chuẩn bị nghe kể.</w:t>
            </w:r>
          </w:p>
        </w:tc>
      </w:tr>
      <w:tr w:rsidR="00117CA2" w14:paraId="4F3BBACE"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05CE1D03" w14:textId="77777777" w:rsidR="00117CA2" w:rsidRDefault="0007222E" w:rsidP="00812734">
            <w:pPr>
              <w:shd w:val="clear" w:color="auto" w:fill="FFFFFF" w:themeFill="background1"/>
              <w:spacing w:after="0"/>
            </w:pPr>
            <w:r>
              <w:rPr>
                <w:b/>
                <w:color w:val="006100"/>
              </w:rPr>
              <w:t>Hoạt động 2: Nghe kể chuyện (8 PHÚT)</w:t>
            </w:r>
            <w:r>
              <w:rPr>
                <w:b/>
                <w:color w:val="006100"/>
              </w:rPr>
              <w:br/>
              <w:t>Mục tiêu: Nghe, ghi nhớ chi tiết câu chuyện để kể lại.</w:t>
            </w:r>
          </w:p>
        </w:tc>
      </w:tr>
      <w:tr w:rsidR="00117CA2" w14:paraId="72BAEFD8" w14:textId="77777777" w:rsidTr="00812734">
        <w:trPr>
          <w:jc w:val="center"/>
        </w:trPr>
        <w:tc>
          <w:tcPr>
            <w:tcW w:w="4762" w:type="dxa"/>
            <w:tcBorders>
              <w:top w:val="single" w:sz="6" w:space="0" w:color="000000"/>
            </w:tcBorders>
            <w:tcMar>
              <w:top w:w="60" w:type="dxa"/>
              <w:left w:w="90" w:type="dxa"/>
              <w:bottom w:w="60" w:type="dxa"/>
              <w:right w:w="90" w:type="dxa"/>
            </w:tcMar>
          </w:tcPr>
          <w:p w14:paraId="417A4BF3" w14:textId="77777777" w:rsidR="00117CA2" w:rsidRDefault="0007222E" w:rsidP="00812734">
            <w:pPr>
              <w:shd w:val="clear" w:color="auto" w:fill="FFFFFF" w:themeFill="background1"/>
              <w:spacing w:after="0" w:line="240" w:lineRule="auto"/>
            </w:pPr>
            <w:r>
              <w:t>- GV kể chuyện lần 1, kết hợp chỉ tranh.</w:t>
            </w:r>
          </w:p>
        </w:tc>
        <w:tc>
          <w:tcPr>
            <w:tcW w:w="4762" w:type="dxa"/>
            <w:tcBorders>
              <w:top w:val="single" w:sz="6" w:space="0" w:color="000000"/>
            </w:tcBorders>
            <w:tcMar>
              <w:top w:w="60" w:type="dxa"/>
              <w:left w:w="90" w:type="dxa"/>
              <w:bottom w:w="60" w:type="dxa"/>
              <w:right w:w="90" w:type="dxa"/>
            </w:tcMar>
          </w:tcPr>
          <w:p w14:paraId="0BC07E53" w14:textId="77777777" w:rsidR="00117CA2" w:rsidRDefault="0007222E" w:rsidP="00812734">
            <w:pPr>
              <w:shd w:val="clear" w:color="auto" w:fill="FFFFFF" w:themeFill="background1"/>
              <w:spacing w:after="0" w:line="240" w:lineRule="auto"/>
            </w:pPr>
            <w:r>
              <w:t>- HS nghe kể chuyện, quan sát tranh và ghi nhớ diễn biến chính.</w:t>
            </w:r>
          </w:p>
        </w:tc>
      </w:tr>
      <w:tr w:rsidR="00117CA2" w14:paraId="47CD7472" w14:textId="77777777" w:rsidTr="00812734">
        <w:trPr>
          <w:jc w:val="center"/>
        </w:trPr>
        <w:tc>
          <w:tcPr>
            <w:tcW w:w="4762" w:type="dxa"/>
            <w:tcMar>
              <w:top w:w="60" w:type="dxa"/>
              <w:left w:w="90" w:type="dxa"/>
              <w:bottom w:w="60" w:type="dxa"/>
              <w:right w:w="90" w:type="dxa"/>
            </w:tcMar>
          </w:tcPr>
          <w:p w14:paraId="08902C6E" w14:textId="77777777" w:rsidR="00117CA2" w:rsidRDefault="0007222E" w:rsidP="00812734">
            <w:pPr>
              <w:shd w:val="clear" w:color="auto" w:fill="FFFFFF" w:themeFill="background1"/>
              <w:spacing w:after="0" w:line="240" w:lineRule="auto"/>
            </w:pPr>
            <w:r>
              <w:t>- GV kể chuyện lần 2, dừng ở một số đoạn để hỏi: Sự việc tiếp theo là gì?</w:t>
            </w:r>
          </w:p>
        </w:tc>
        <w:tc>
          <w:tcPr>
            <w:tcW w:w="4762" w:type="dxa"/>
            <w:tcMar>
              <w:top w:w="60" w:type="dxa"/>
              <w:left w:w="90" w:type="dxa"/>
              <w:bottom w:w="60" w:type="dxa"/>
              <w:right w:w="90" w:type="dxa"/>
            </w:tcMar>
          </w:tcPr>
          <w:p w14:paraId="1E052E49" w14:textId="77777777" w:rsidR="00117CA2" w:rsidRDefault="0007222E" w:rsidP="00812734">
            <w:pPr>
              <w:shd w:val="clear" w:color="auto" w:fill="FFFFFF" w:themeFill="background1"/>
              <w:spacing w:after="0" w:line="240" w:lineRule="auto"/>
            </w:pPr>
            <w:r>
              <w:t>- HS trả lời theo diễn biến: Cậu bé bỏ đi; cậu quay về; cây ra quả; cậu nhớ mẹ và ân hận.</w:t>
            </w:r>
          </w:p>
        </w:tc>
      </w:tr>
      <w:tr w:rsidR="00117CA2" w14:paraId="58E6CD28" w14:textId="77777777" w:rsidTr="00812734">
        <w:trPr>
          <w:jc w:val="center"/>
        </w:trPr>
        <w:tc>
          <w:tcPr>
            <w:tcW w:w="4762" w:type="dxa"/>
            <w:tcBorders>
              <w:bottom w:val="single" w:sz="6" w:space="0" w:color="000000"/>
            </w:tcBorders>
            <w:tcMar>
              <w:top w:w="60" w:type="dxa"/>
              <w:left w:w="90" w:type="dxa"/>
              <w:bottom w:w="60" w:type="dxa"/>
              <w:right w:w="90" w:type="dxa"/>
            </w:tcMar>
          </w:tcPr>
          <w:p w14:paraId="2FF90FA8" w14:textId="77777777" w:rsidR="00117CA2" w:rsidRDefault="0007222E" w:rsidP="00812734">
            <w:pPr>
              <w:shd w:val="clear" w:color="auto" w:fill="FFFFFF" w:themeFill="background1"/>
              <w:spacing w:after="0" w:line="240" w:lineRule="auto"/>
            </w:pPr>
            <w:r>
              <w:t>- GV tổ chức cho HS hỏi - đáp theo cặp dựa vào câu hỏi dưới tranh.</w:t>
            </w:r>
          </w:p>
        </w:tc>
        <w:tc>
          <w:tcPr>
            <w:tcW w:w="4762" w:type="dxa"/>
            <w:tcBorders>
              <w:bottom w:val="single" w:sz="6" w:space="0" w:color="000000"/>
            </w:tcBorders>
            <w:tcMar>
              <w:top w:w="60" w:type="dxa"/>
              <w:left w:w="90" w:type="dxa"/>
              <w:bottom w:w="60" w:type="dxa"/>
              <w:right w:w="90" w:type="dxa"/>
            </w:tcMar>
          </w:tcPr>
          <w:p w14:paraId="00DA7C7F" w14:textId="77777777" w:rsidR="00117CA2" w:rsidRDefault="0007222E" w:rsidP="00812734">
            <w:pPr>
              <w:shd w:val="clear" w:color="auto" w:fill="FFFFFF" w:themeFill="background1"/>
              <w:spacing w:after="0" w:line="240" w:lineRule="auto"/>
            </w:pPr>
            <w:r>
              <w:t>- HS thực hành hỏi - đáp: một bạn hỏi, một bạn trả lời nội dung từng tranh.</w:t>
            </w:r>
          </w:p>
        </w:tc>
      </w:tr>
      <w:tr w:rsidR="00117CA2" w14:paraId="63E3D784"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29595A24" w14:textId="77777777" w:rsidR="00117CA2" w:rsidRDefault="0007222E" w:rsidP="00812734">
            <w:pPr>
              <w:shd w:val="clear" w:color="auto" w:fill="FFFFFF" w:themeFill="background1"/>
              <w:spacing w:after="0"/>
            </w:pPr>
            <w:r>
              <w:rPr>
                <w:b/>
                <w:bCs/>
                <w:color w:val="006100"/>
              </w:rPr>
              <w:t>C. THỰC HÀNH - Hoạt động 3: Chọn kể 1 - 2 đoạn theo tranh (15 PHÚT)</w:t>
            </w:r>
            <w:r>
              <w:rPr>
                <w:b/>
                <w:bCs/>
                <w:color w:val="006100"/>
              </w:rPr>
              <w:br/>
              <w:t>Mục tiêu: Kể lại được 1 - 2 đoạn câu chuyện bằng lời của mình.</w:t>
            </w:r>
          </w:p>
        </w:tc>
      </w:tr>
      <w:tr w:rsidR="00117CA2" w14:paraId="373D5977" w14:textId="77777777" w:rsidTr="00812734">
        <w:trPr>
          <w:jc w:val="center"/>
        </w:trPr>
        <w:tc>
          <w:tcPr>
            <w:tcW w:w="4762" w:type="dxa"/>
            <w:tcBorders>
              <w:top w:val="single" w:sz="6" w:space="0" w:color="000000"/>
            </w:tcBorders>
            <w:tcMar>
              <w:top w:w="60" w:type="dxa"/>
              <w:left w:w="90" w:type="dxa"/>
              <w:bottom w:w="60" w:type="dxa"/>
              <w:right w:w="90" w:type="dxa"/>
            </w:tcMar>
          </w:tcPr>
          <w:p w14:paraId="36CFC4E3" w14:textId="77777777" w:rsidR="00117CA2" w:rsidRDefault="0007222E" w:rsidP="00812734">
            <w:pPr>
              <w:shd w:val="clear" w:color="auto" w:fill="FFFFFF" w:themeFill="background1"/>
              <w:spacing w:after="0" w:line="240" w:lineRule="auto"/>
            </w:pPr>
            <w:r>
              <w:rPr>
                <w:b/>
                <w:bCs/>
              </w:rPr>
              <w:t>- Bài tập 3: Chọn kể 1 - 2 đoạn của câu chuyện theo tranh.</w:t>
            </w:r>
          </w:p>
          <w:p w14:paraId="5BC0FB73" w14:textId="77777777" w:rsidR="00117CA2" w:rsidRDefault="0007222E" w:rsidP="00812734">
            <w:pPr>
              <w:shd w:val="clear" w:color="auto" w:fill="FFFFFF" w:themeFill="background1"/>
              <w:spacing w:after="0" w:line="240" w:lineRule="auto"/>
            </w:pPr>
            <w:r>
              <w:t>- GV yêu cầu HS làm việc cá nhân: chọn tranh mình nhớ nhất để tập kể.</w:t>
            </w:r>
          </w:p>
        </w:tc>
        <w:tc>
          <w:tcPr>
            <w:tcW w:w="4762" w:type="dxa"/>
            <w:tcBorders>
              <w:top w:val="single" w:sz="6" w:space="0" w:color="000000"/>
            </w:tcBorders>
            <w:tcMar>
              <w:top w:w="60" w:type="dxa"/>
              <w:left w:w="90" w:type="dxa"/>
              <w:bottom w:w="60" w:type="dxa"/>
              <w:right w:w="90" w:type="dxa"/>
            </w:tcMar>
          </w:tcPr>
          <w:p w14:paraId="157B5375" w14:textId="77777777" w:rsidR="00117CA2" w:rsidRDefault="0007222E" w:rsidP="00812734">
            <w:pPr>
              <w:shd w:val="clear" w:color="auto" w:fill="FFFFFF" w:themeFill="background1"/>
              <w:spacing w:after="0" w:line="240" w:lineRule="auto"/>
            </w:pPr>
            <w:r>
              <w:t>- HS chọn 1 - 2 tranh và tập kể trong đầu theo nội dung đã nghe.</w:t>
            </w:r>
          </w:p>
        </w:tc>
      </w:tr>
      <w:tr w:rsidR="00117CA2" w14:paraId="15B978C1" w14:textId="77777777" w:rsidTr="00812734">
        <w:trPr>
          <w:jc w:val="center"/>
        </w:trPr>
        <w:tc>
          <w:tcPr>
            <w:tcW w:w="4762" w:type="dxa"/>
            <w:tcMar>
              <w:top w:w="60" w:type="dxa"/>
              <w:left w:w="90" w:type="dxa"/>
              <w:bottom w:w="60" w:type="dxa"/>
              <w:right w:w="90" w:type="dxa"/>
            </w:tcMar>
          </w:tcPr>
          <w:p w14:paraId="479DF948" w14:textId="77777777" w:rsidR="00117CA2" w:rsidRDefault="0007222E" w:rsidP="00812734">
            <w:pPr>
              <w:shd w:val="clear" w:color="auto" w:fill="FFFFFF" w:themeFill="background1"/>
              <w:spacing w:after="0" w:line="240" w:lineRule="auto"/>
            </w:pPr>
            <w:r>
              <w:t>- GV tổ chức cho HS kể chuyện theo nhóm 4, các bạn góp ý về nội dung và giọng kể.</w:t>
            </w:r>
          </w:p>
        </w:tc>
        <w:tc>
          <w:tcPr>
            <w:tcW w:w="4762" w:type="dxa"/>
            <w:tcMar>
              <w:top w:w="60" w:type="dxa"/>
              <w:left w:w="90" w:type="dxa"/>
              <w:bottom w:w="60" w:type="dxa"/>
              <w:right w:w="90" w:type="dxa"/>
            </w:tcMar>
          </w:tcPr>
          <w:p w14:paraId="12710AD6" w14:textId="77777777" w:rsidR="00117CA2" w:rsidRDefault="0007222E" w:rsidP="00812734">
            <w:pPr>
              <w:shd w:val="clear" w:color="auto" w:fill="FFFFFF" w:themeFill="background1"/>
              <w:spacing w:after="0" w:line="240" w:lineRule="auto"/>
            </w:pPr>
            <w:r>
              <w:t>- HS kể trong nhóm: Cậu bé bị mẹ mắng nên bỏ nhà đi. Khi quay về không thấy mẹ, cậu ôm cây khóc. Cây ra quả ngọt như sữa mẹ. Cậu bé nhớ mẹ và rất ân hận.</w:t>
            </w:r>
          </w:p>
        </w:tc>
      </w:tr>
      <w:tr w:rsidR="00117CA2" w14:paraId="52594F24" w14:textId="77777777" w:rsidTr="00812734">
        <w:trPr>
          <w:jc w:val="center"/>
        </w:trPr>
        <w:tc>
          <w:tcPr>
            <w:tcW w:w="4762" w:type="dxa"/>
            <w:tcMar>
              <w:top w:w="60" w:type="dxa"/>
              <w:left w:w="90" w:type="dxa"/>
              <w:bottom w:w="60" w:type="dxa"/>
              <w:right w:w="90" w:type="dxa"/>
            </w:tcMar>
          </w:tcPr>
          <w:p w14:paraId="075A42C2" w14:textId="77777777" w:rsidR="00117CA2" w:rsidRDefault="0007222E" w:rsidP="00812734">
            <w:pPr>
              <w:shd w:val="clear" w:color="auto" w:fill="FFFFFF" w:themeFill="background1"/>
              <w:spacing w:after="0" w:line="240" w:lineRule="auto"/>
            </w:pPr>
            <w:r>
              <w:t>- GV mời 2 - 3 HS kể trước lớp.</w:t>
            </w:r>
          </w:p>
        </w:tc>
        <w:tc>
          <w:tcPr>
            <w:tcW w:w="4762" w:type="dxa"/>
            <w:tcMar>
              <w:top w:w="60" w:type="dxa"/>
              <w:left w:w="90" w:type="dxa"/>
              <w:bottom w:w="60" w:type="dxa"/>
              <w:right w:w="90" w:type="dxa"/>
            </w:tcMar>
          </w:tcPr>
          <w:p w14:paraId="2CBFBA42" w14:textId="77777777" w:rsidR="00117CA2" w:rsidRDefault="0007222E" w:rsidP="00812734">
            <w:pPr>
              <w:shd w:val="clear" w:color="auto" w:fill="FFFFFF" w:themeFill="background1"/>
              <w:spacing w:after="0" w:line="240" w:lineRule="auto"/>
            </w:pPr>
            <w:r>
              <w:t>- HS kể trước lớp 1 - 2 đoạn; lớp nhận xét bạn kể đúng tranh, rõ nội dung, giọng kể tự nhiên.</w:t>
            </w:r>
          </w:p>
        </w:tc>
      </w:tr>
      <w:tr w:rsidR="00117CA2" w14:paraId="2FDB40DC" w14:textId="77777777" w:rsidTr="00812734">
        <w:trPr>
          <w:jc w:val="center"/>
        </w:trPr>
        <w:tc>
          <w:tcPr>
            <w:tcW w:w="4762" w:type="dxa"/>
            <w:tcMar>
              <w:top w:w="60" w:type="dxa"/>
              <w:left w:w="90" w:type="dxa"/>
              <w:bottom w:w="60" w:type="dxa"/>
              <w:right w:w="90" w:type="dxa"/>
            </w:tcMar>
          </w:tcPr>
          <w:p w14:paraId="473DF7C3" w14:textId="77777777" w:rsidR="00117CA2" w:rsidRDefault="0007222E" w:rsidP="00812734">
            <w:pPr>
              <w:shd w:val="clear" w:color="auto" w:fill="FFFFFF" w:themeFill="background1"/>
              <w:spacing w:after="0" w:line="240" w:lineRule="auto"/>
            </w:pPr>
            <w:r>
              <w:t>- GV hỏi: Em có cảm nhận gì về nhân vật cậu bé?</w:t>
            </w:r>
          </w:p>
        </w:tc>
        <w:tc>
          <w:tcPr>
            <w:tcW w:w="4762" w:type="dxa"/>
            <w:tcMar>
              <w:top w:w="60" w:type="dxa"/>
              <w:left w:w="90" w:type="dxa"/>
              <w:bottom w:w="60" w:type="dxa"/>
              <w:right w:w="90" w:type="dxa"/>
            </w:tcMar>
          </w:tcPr>
          <w:p w14:paraId="2F56CBF5" w14:textId="77777777" w:rsidR="00117CA2" w:rsidRDefault="0007222E" w:rsidP="00812734">
            <w:pPr>
              <w:shd w:val="clear" w:color="auto" w:fill="FFFFFF" w:themeFill="background1"/>
              <w:spacing w:after="0" w:line="240" w:lineRule="auto"/>
            </w:pPr>
            <w:r>
              <w:t>- HS trả lời: Cậu bé ham chơi, chưa biết nghe lời mẹ, nhưng sau đó biết ân hận và nhớ mẹ.</w:t>
            </w:r>
          </w:p>
        </w:tc>
      </w:tr>
      <w:tr w:rsidR="00117CA2" w14:paraId="773FE243" w14:textId="77777777" w:rsidTr="00812734">
        <w:trPr>
          <w:jc w:val="center"/>
        </w:trPr>
        <w:tc>
          <w:tcPr>
            <w:tcW w:w="4762" w:type="dxa"/>
            <w:tcBorders>
              <w:bottom w:val="single" w:sz="6" w:space="0" w:color="000000"/>
            </w:tcBorders>
            <w:tcMar>
              <w:top w:w="60" w:type="dxa"/>
              <w:left w:w="90" w:type="dxa"/>
              <w:bottom w:w="60" w:type="dxa"/>
              <w:right w:w="90" w:type="dxa"/>
            </w:tcMar>
          </w:tcPr>
          <w:p w14:paraId="0953FD02" w14:textId="77777777" w:rsidR="00117CA2" w:rsidRDefault="0007222E" w:rsidP="00812734">
            <w:pPr>
              <w:shd w:val="clear" w:color="auto" w:fill="FFFFFF" w:themeFill="background1"/>
              <w:spacing w:after="0" w:line="240" w:lineRule="auto"/>
            </w:pPr>
            <w:r>
              <w:lastRenderedPageBreak/>
              <w:t>- GV hỏi: Em rút ra bài học gì từ câu chuyện?</w:t>
            </w:r>
          </w:p>
        </w:tc>
        <w:tc>
          <w:tcPr>
            <w:tcW w:w="4762" w:type="dxa"/>
            <w:tcBorders>
              <w:bottom w:val="single" w:sz="6" w:space="0" w:color="000000"/>
            </w:tcBorders>
            <w:tcMar>
              <w:top w:w="60" w:type="dxa"/>
              <w:left w:w="90" w:type="dxa"/>
              <w:bottom w:w="60" w:type="dxa"/>
              <w:right w:w="90" w:type="dxa"/>
            </w:tcMar>
          </w:tcPr>
          <w:p w14:paraId="761DFB55" w14:textId="77777777" w:rsidR="00117CA2" w:rsidRDefault="0007222E" w:rsidP="00812734">
            <w:pPr>
              <w:shd w:val="clear" w:color="auto" w:fill="FFFFFF" w:themeFill="background1"/>
              <w:spacing w:after="0" w:line="240" w:lineRule="auto"/>
            </w:pPr>
            <w:r>
              <w:t>- HS trả lời: Em cần biết yêu thương, nghe lời và biết ơn mẹ; không nên làm mẹ buồn.</w:t>
            </w:r>
          </w:p>
        </w:tc>
      </w:tr>
      <w:tr w:rsidR="00117CA2" w14:paraId="46F33AC3"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8D8243E" w14:textId="77777777" w:rsidR="00117CA2" w:rsidRDefault="0007222E" w:rsidP="00812734">
            <w:pPr>
              <w:shd w:val="clear" w:color="auto" w:fill="FFFFFF" w:themeFill="background1"/>
              <w:spacing w:after="0"/>
            </w:pPr>
            <w:r>
              <w:rPr>
                <w:b/>
                <w:bCs/>
                <w:color w:val="006100"/>
              </w:rPr>
              <w:t>D. VẬN DỤNG (5 PHÚT)</w:t>
            </w:r>
            <w:r>
              <w:rPr>
                <w:b/>
                <w:bCs/>
                <w:color w:val="006100"/>
              </w:rPr>
              <w:br/>
              <w:t>Mục tiêu: Tưởng tượng và nói lời của nhân vật; liên hệ bản thân.</w:t>
            </w:r>
          </w:p>
        </w:tc>
      </w:tr>
      <w:tr w:rsidR="00117CA2" w14:paraId="772703FA" w14:textId="77777777" w:rsidTr="00812734">
        <w:trPr>
          <w:jc w:val="center"/>
        </w:trPr>
        <w:tc>
          <w:tcPr>
            <w:tcW w:w="4762" w:type="dxa"/>
            <w:tcBorders>
              <w:top w:val="single" w:sz="6" w:space="0" w:color="000000"/>
            </w:tcBorders>
            <w:tcMar>
              <w:top w:w="60" w:type="dxa"/>
              <w:left w:w="90" w:type="dxa"/>
              <w:bottom w:w="60" w:type="dxa"/>
              <w:right w:w="90" w:type="dxa"/>
            </w:tcMar>
          </w:tcPr>
          <w:p w14:paraId="7C221551" w14:textId="77777777" w:rsidR="00117CA2" w:rsidRDefault="0007222E" w:rsidP="00812734">
            <w:pPr>
              <w:shd w:val="clear" w:color="auto" w:fill="FFFFFF" w:themeFill="background1"/>
              <w:spacing w:after="0" w:line="240" w:lineRule="auto"/>
            </w:pPr>
            <w:r>
              <w:t>- GV nêu yêu cầu: Theo em, nếu được gặp lại mẹ, cậu bé trong câu chuyện sẽ nói gì?</w:t>
            </w:r>
          </w:p>
        </w:tc>
        <w:tc>
          <w:tcPr>
            <w:tcW w:w="4762" w:type="dxa"/>
            <w:tcBorders>
              <w:top w:val="single" w:sz="6" w:space="0" w:color="000000"/>
            </w:tcBorders>
            <w:tcMar>
              <w:top w:w="60" w:type="dxa"/>
              <w:left w:w="90" w:type="dxa"/>
              <w:bottom w:w="60" w:type="dxa"/>
              <w:right w:w="90" w:type="dxa"/>
            </w:tcMar>
          </w:tcPr>
          <w:p w14:paraId="4298B365" w14:textId="77777777" w:rsidR="00117CA2" w:rsidRDefault="0007222E" w:rsidP="00812734">
            <w:pPr>
              <w:shd w:val="clear" w:color="auto" w:fill="FFFFFF" w:themeFill="background1"/>
              <w:spacing w:after="0" w:line="240" w:lineRule="auto"/>
            </w:pPr>
            <w:r>
              <w:t>- HS nói câu cụ thể: Mẹ ơi, con xin lỗi mẹ. Con sẽ ngoan hơn và không bỏ nhà đi nữa./ Mẹ ơi, con rất nhớ mẹ và biết mẹ yêu thương con nhiều lắm.</w:t>
            </w:r>
          </w:p>
        </w:tc>
      </w:tr>
      <w:tr w:rsidR="00117CA2" w14:paraId="01946E7A" w14:textId="77777777" w:rsidTr="00812734">
        <w:trPr>
          <w:jc w:val="center"/>
        </w:trPr>
        <w:tc>
          <w:tcPr>
            <w:tcW w:w="4762" w:type="dxa"/>
            <w:tcMar>
              <w:top w:w="60" w:type="dxa"/>
              <w:left w:w="90" w:type="dxa"/>
              <w:bottom w:w="60" w:type="dxa"/>
              <w:right w:w="90" w:type="dxa"/>
            </w:tcMar>
          </w:tcPr>
          <w:p w14:paraId="2ED0894E" w14:textId="77777777" w:rsidR="00117CA2" w:rsidRDefault="0007222E" w:rsidP="00812734">
            <w:pPr>
              <w:shd w:val="clear" w:color="auto" w:fill="FFFFFF" w:themeFill="background1"/>
              <w:spacing w:after="0" w:line="240" w:lineRule="auto"/>
            </w:pPr>
            <w:r>
              <w:t>- GV dặn HS về nhà kể lại câu chuyện Sự tích cây vú sữa cho người thân nghe.</w:t>
            </w:r>
          </w:p>
        </w:tc>
        <w:tc>
          <w:tcPr>
            <w:tcW w:w="4762" w:type="dxa"/>
            <w:tcMar>
              <w:top w:w="60" w:type="dxa"/>
              <w:left w:w="90" w:type="dxa"/>
              <w:bottom w:w="60" w:type="dxa"/>
              <w:right w:w="90" w:type="dxa"/>
            </w:tcMar>
          </w:tcPr>
          <w:p w14:paraId="11303601" w14:textId="77777777" w:rsidR="00117CA2" w:rsidRDefault="0007222E" w:rsidP="00812734">
            <w:pPr>
              <w:shd w:val="clear" w:color="auto" w:fill="FFFFFF" w:themeFill="background1"/>
              <w:spacing w:after="0" w:line="240" w:lineRule="auto"/>
            </w:pPr>
            <w:r>
              <w:t>- HS ghi nhớ nhiệm vụ và chuẩn bị kể chuyện ở nhà.</w:t>
            </w:r>
          </w:p>
        </w:tc>
      </w:tr>
    </w:tbl>
    <w:p w14:paraId="365EF4F2" w14:textId="77777777" w:rsidR="00117CA2" w:rsidRDefault="0007222E" w:rsidP="00812734">
      <w:pPr>
        <w:shd w:val="clear" w:color="auto" w:fill="FFFFFF" w:themeFill="background1"/>
        <w:spacing w:after="0" w:line="240" w:lineRule="auto"/>
      </w:pPr>
      <w:r>
        <w:rPr>
          <w:b/>
          <w:bCs/>
        </w:rPr>
        <w:t>IV. ĐIỀU CHỈNH SAU TIẾT DẠY (NẾU CÓ):</w:t>
      </w:r>
    </w:p>
    <w:p w14:paraId="73E7AB59" w14:textId="77777777" w:rsidR="00117CA2" w:rsidRDefault="0007222E" w:rsidP="00812734">
      <w:pPr>
        <w:shd w:val="clear" w:color="auto" w:fill="FFFFFF" w:themeFill="background1"/>
        <w:spacing w:after="0" w:line="240" w:lineRule="auto"/>
      </w:pPr>
      <w:r>
        <w:t>……………………………………………………………………………………………………………………………</w:t>
      </w:r>
    </w:p>
    <w:p w14:paraId="19A56CEC" w14:textId="77777777" w:rsidR="00117CA2" w:rsidRDefault="0007222E" w:rsidP="00812734">
      <w:pPr>
        <w:shd w:val="clear" w:color="auto" w:fill="FFFFFF" w:themeFill="background1"/>
        <w:spacing w:after="0" w:line="240" w:lineRule="auto"/>
      </w:pPr>
      <w:r>
        <w:t>……………………………………………………………………………………………………………………………</w:t>
      </w:r>
    </w:p>
    <w:p w14:paraId="7A504950" w14:textId="00529F00" w:rsidR="00117CA2" w:rsidRDefault="00117CA2" w:rsidP="00812734">
      <w:pPr>
        <w:shd w:val="clear" w:color="auto" w:fill="FFFFFF" w:themeFill="background1"/>
        <w:spacing w:after="0" w:line="240" w:lineRule="auto"/>
      </w:pPr>
    </w:p>
    <w:p w14:paraId="75196903" w14:textId="77777777" w:rsidR="00117CA2" w:rsidRDefault="0007222E" w:rsidP="00812734">
      <w:pPr>
        <w:shd w:val="clear" w:color="auto" w:fill="FFFFFF" w:themeFill="background1"/>
        <w:spacing w:after="0" w:line="240" w:lineRule="auto"/>
        <w:jc w:val="center"/>
      </w:pPr>
      <w:r>
        <w:rPr>
          <w:b/>
          <w:bCs/>
        </w:rPr>
        <w:t>KẾ HOẠCH BÀI DẠY – TUẦN 15</w:t>
      </w:r>
    </w:p>
    <w:p w14:paraId="6ADE881B" w14:textId="77777777" w:rsidR="00117CA2" w:rsidRDefault="0007222E" w:rsidP="00812734">
      <w:pPr>
        <w:shd w:val="clear" w:color="auto" w:fill="FFFFFF" w:themeFill="background1"/>
        <w:spacing w:after="0" w:line="240" w:lineRule="auto"/>
        <w:jc w:val="center"/>
      </w:pPr>
      <w:r>
        <w:rPr>
          <w:b/>
          <w:bCs/>
        </w:rPr>
        <w:t>CHỦ ĐỀ 4: MÁI ẤM GIA ĐÌNH</w:t>
      </w:r>
    </w:p>
    <w:p w14:paraId="761862ED" w14:textId="77777777" w:rsidR="00117CA2" w:rsidRDefault="0007222E" w:rsidP="00812734">
      <w:pPr>
        <w:shd w:val="clear" w:color="auto" w:fill="FFFFFF" w:themeFill="background1"/>
        <w:spacing w:after="0" w:line="240" w:lineRule="auto"/>
        <w:jc w:val="center"/>
      </w:pPr>
      <w:r>
        <w:rPr>
          <w:b/>
          <w:bCs/>
        </w:rPr>
        <w:t>BÀI 28: TRÒ CHƠI CỦA BỐ</w:t>
      </w:r>
    </w:p>
    <w:p w14:paraId="20980653" w14:textId="77777777" w:rsidR="00117CA2" w:rsidRDefault="0007222E" w:rsidP="00812734">
      <w:pPr>
        <w:shd w:val="clear" w:color="auto" w:fill="FFFFFF" w:themeFill="background1"/>
        <w:spacing w:after="0" w:line="240" w:lineRule="auto"/>
        <w:jc w:val="center"/>
      </w:pPr>
      <w:r>
        <w:rPr>
          <w:b/>
          <w:bCs/>
        </w:rPr>
        <w:t>TIẾT 1 - 2: ĐỌC</w:t>
      </w:r>
    </w:p>
    <w:p w14:paraId="03376B1C" w14:textId="77777777" w:rsidR="00117CA2" w:rsidRDefault="0007222E" w:rsidP="00812734">
      <w:pPr>
        <w:shd w:val="clear" w:color="auto" w:fill="FFFFFF" w:themeFill="background1"/>
        <w:spacing w:after="0" w:line="240" w:lineRule="auto"/>
      </w:pPr>
      <w:r>
        <w:rPr>
          <w:b/>
          <w:bCs/>
        </w:rPr>
        <w:t>I. YÊU CẦU CẦN ĐẠT</w:t>
      </w:r>
    </w:p>
    <w:p w14:paraId="0014B332" w14:textId="77777777" w:rsidR="00117CA2" w:rsidRDefault="0007222E" w:rsidP="00812734">
      <w:pPr>
        <w:shd w:val="clear" w:color="auto" w:fill="FFFFFF" w:themeFill="background1"/>
        <w:spacing w:after="0" w:line="240" w:lineRule="auto"/>
      </w:pPr>
      <w:r>
        <w:rPr>
          <w:b/>
          <w:bCs/>
        </w:rPr>
        <w:t>1. Năng lực đặc thù</w:t>
      </w:r>
    </w:p>
    <w:p w14:paraId="352B241D" w14:textId="77777777" w:rsidR="00117CA2" w:rsidRDefault="0007222E" w:rsidP="00812734">
      <w:pPr>
        <w:shd w:val="clear" w:color="auto" w:fill="FFFFFF" w:themeFill="background1"/>
        <w:spacing w:after="0" w:line="240" w:lineRule="auto"/>
      </w:pPr>
      <w:r>
        <w:t>- Đọc đúng, trôi chảy bài Trò chơi của bố; phát âm đúng các từ khó: ngạc nhiên, ăn cỗ, hẳn hoi, bát miến, nết ngoan.</w:t>
      </w:r>
    </w:p>
    <w:p w14:paraId="531537AF" w14:textId="77777777" w:rsidR="00117CA2" w:rsidRDefault="0007222E" w:rsidP="00812734">
      <w:pPr>
        <w:shd w:val="clear" w:color="auto" w:fill="FFFFFF" w:themeFill="background1"/>
        <w:spacing w:after="0" w:line="240" w:lineRule="auto"/>
      </w:pPr>
      <w:r>
        <w:t>- Biết đọc lời người kể chuyện, lời bố và lời Hường phù hợp; ngắt nghỉ đúng theo dấu câu.</w:t>
      </w:r>
    </w:p>
    <w:p w14:paraId="7006048F" w14:textId="77777777" w:rsidR="00117CA2" w:rsidRDefault="0007222E" w:rsidP="00812734">
      <w:pPr>
        <w:shd w:val="clear" w:color="auto" w:fill="FFFFFF" w:themeFill="background1"/>
        <w:spacing w:after="0" w:line="240" w:lineRule="auto"/>
      </w:pPr>
      <w:r>
        <w:t>- Hiểu nội dung: qua trò chơi “ăn cỗ”, bố dạy Hường cách nói năng, cư xử lễ phép với người lớn tuổi.</w:t>
      </w:r>
    </w:p>
    <w:p w14:paraId="31E9CB26" w14:textId="77777777" w:rsidR="00117CA2" w:rsidRDefault="0007222E" w:rsidP="00812734">
      <w:pPr>
        <w:shd w:val="clear" w:color="auto" w:fill="FFFFFF" w:themeFill="background1"/>
        <w:spacing w:after="0" w:line="240" w:lineRule="auto"/>
      </w:pPr>
      <w:r>
        <w:t>- Biết nói và đáp lời yêu cầu, đề nghị bằng thái độ lịch sự.</w:t>
      </w:r>
    </w:p>
    <w:p w14:paraId="71234B8A" w14:textId="77777777" w:rsidR="00117CA2" w:rsidRDefault="0007222E" w:rsidP="00812734">
      <w:pPr>
        <w:shd w:val="clear" w:color="auto" w:fill="FFFFFF" w:themeFill="background1"/>
        <w:spacing w:after="0" w:line="240" w:lineRule="auto"/>
      </w:pPr>
      <w:r>
        <w:rPr>
          <w:b/>
          <w:bCs/>
        </w:rPr>
        <w:t>2. Năng lực chung</w:t>
      </w:r>
    </w:p>
    <w:p w14:paraId="7215EC0F" w14:textId="77777777" w:rsidR="00117CA2" w:rsidRDefault="0007222E" w:rsidP="00812734">
      <w:pPr>
        <w:shd w:val="clear" w:color="auto" w:fill="FFFFFF" w:themeFill="background1"/>
        <w:spacing w:after="0" w:line="240" w:lineRule="auto"/>
      </w:pPr>
      <w:r>
        <w:t>- Tự chủ và tự học: chủ động luyện đọc, đọc thầm tìm chi tiết.</w:t>
      </w:r>
    </w:p>
    <w:p w14:paraId="4E0DF043" w14:textId="77777777" w:rsidR="00117CA2" w:rsidRDefault="0007222E" w:rsidP="00812734">
      <w:pPr>
        <w:shd w:val="clear" w:color="auto" w:fill="FFFFFF" w:themeFill="background1"/>
        <w:spacing w:after="0" w:line="240" w:lineRule="auto"/>
      </w:pPr>
      <w:r>
        <w:t>- Giao tiếp và hợp tác: thảo luận nhóm, đóng vai nói - đáp lịch sự.</w:t>
      </w:r>
    </w:p>
    <w:p w14:paraId="07C71B13" w14:textId="77777777" w:rsidR="00117CA2" w:rsidRDefault="0007222E" w:rsidP="00812734">
      <w:pPr>
        <w:shd w:val="clear" w:color="auto" w:fill="FFFFFF" w:themeFill="background1"/>
        <w:spacing w:after="0" w:line="240" w:lineRule="auto"/>
      </w:pPr>
      <w:r>
        <w:t>- Giải quyết vấn đề và sáng tạo: lựa chọn lời nói phù hợp trong tình huống giao tiếp.</w:t>
      </w:r>
    </w:p>
    <w:p w14:paraId="7C666E7B" w14:textId="77777777" w:rsidR="00117CA2" w:rsidRDefault="0007222E" w:rsidP="00812734">
      <w:pPr>
        <w:shd w:val="clear" w:color="auto" w:fill="FFFFFF" w:themeFill="background1"/>
        <w:spacing w:after="0" w:line="240" w:lineRule="auto"/>
      </w:pPr>
      <w:r>
        <w:rPr>
          <w:b/>
          <w:bCs/>
        </w:rPr>
        <w:t>3. Phẩm chất</w:t>
      </w:r>
    </w:p>
    <w:p w14:paraId="00A968F0" w14:textId="77777777" w:rsidR="00117CA2" w:rsidRDefault="0007222E" w:rsidP="00812734">
      <w:pPr>
        <w:shd w:val="clear" w:color="auto" w:fill="FFFFFF" w:themeFill="background1"/>
        <w:spacing w:after="0" w:line="240" w:lineRule="auto"/>
      </w:pPr>
      <w:r>
        <w:t>- Nhân ái: biết trân trọng tình cảm gia đình, tình yêu thương của bố mẹ.</w:t>
      </w:r>
    </w:p>
    <w:p w14:paraId="7E2B6339" w14:textId="77777777" w:rsidR="00117CA2" w:rsidRDefault="0007222E" w:rsidP="00812734">
      <w:pPr>
        <w:shd w:val="clear" w:color="auto" w:fill="FFFFFF" w:themeFill="background1"/>
        <w:spacing w:after="0" w:line="240" w:lineRule="auto"/>
      </w:pPr>
      <w:r>
        <w:t>- Trách nhiệm: biết nói năng lễ phép, cư xử đúng mực với người lớn tuổi.</w:t>
      </w:r>
    </w:p>
    <w:p w14:paraId="618A9012" w14:textId="77777777" w:rsidR="00117CA2" w:rsidRDefault="0007222E" w:rsidP="00812734">
      <w:pPr>
        <w:shd w:val="clear" w:color="auto" w:fill="FFFFFF" w:themeFill="background1"/>
        <w:spacing w:after="0" w:line="240" w:lineRule="auto"/>
      </w:pPr>
      <w:r>
        <w:rPr>
          <w:b/>
          <w:bCs/>
          <w:color w:val="C00000"/>
        </w:rPr>
        <w:t>4. Tích hợp</w:t>
      </w:r>
    </w:p>
    <w:p w14:paraId="1BC5EC6A" w14:textId="77777777" w:rsidR="00117CA2" w:rsidRDefault="0007222E" w:rsidP="00812734">
      <w:pPr>
        <w:shd w:val="clear" w:color="auto" w:fill="FFFFFF" w:themeFill="background1"/>
        <w:spacing w:after="0" w:line="240" w:lineRule="auto"/>
      </w:pPr>
      <w:r>
        <w:rPr>
          <w:color w:val="C00000"/>
        </w:rPr>
        <w:t>- Lý tưởng cách mạng - đạo đức - lối sống: Giáo dục HS biết sử dụng lời nói lịch sự, tôn trọng người khác và vận dụng cách giao tiếp đúng mực trong các tình huống hằng ngày.</w:t>
      </w:r>
    </w:p>
    <w:p w14:paraId="130B6B3D" w14:textId="77777777" w:rsidR="00117CA2" w:rsidRDefault="0007222E" w:rsidP="00812734">
      <w:pPr>
        <w:shd w:val="clear" w:color="auto" w:fill="FFFFFF" w:themeFill="background1"/>
        <w:spacing w:after="0" w:line="240" w:lineRule="auto"/>
      </w:pPr>
      <w:r>
        <w:rPr>
          <w:b/>
          <w:bCs/>
        </w:rPr>
        <w:t>II. ĐỒ DÙNG DẠY HỌC</w:t>
      </w:r>
    </w:p>
    <w:p w14:paraId="381DB6A3" w14:textId="77777777" w:rsidR="00117CA2" w:rsidRDefault="0007222E" w:rsidP="00812734">
      <w:pPr>
        <w:shd w:val="clear" w:color="auto" w:fill="FFFFFF" w:themeFill="background1"/>
        <w:spacing w:after="0" w:line="240" w:lineRule="auto"/>
      </w:pPr>
      <w:r>
        <w:t>- Giáo viên: Máy tính, máy chiếu, tranh minh họa bài đọc, thẻ tình huống nói - đáp lời yêu cầu.</w:t>
      </w:r>
    </w:p>
    <w:p w14:paraId="66F45CE2" w14:textId="77777777" w:rsidR="00117CA2" w:rsidRDefault="0007222E" w:rsidP="00812734">
      <w:pPr>
        <w:shd w:val="clear" w:color="auto" w:fill="FFFFFF" w:themeFill="background1"/>
        <w:spacing w:after="0" w:line="240" w:lineRule="auto"/>
      </w:pPr>
      <w:r>
        <w:t>- Học sinh: SGK, VBT, vở ô li.</w:t>
      </w:r>
    </w:p>
    <w:p w14:paraId="479C49DB"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28C7BDE9"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51CA24C8" w14:textId="77777777" w:rsidR="00117CA2" w:rsidRDefault="0007222E" w:rsidP="00812734">
            <w:pPr>
              <w:shd w:val="clear" w:color="auto" w:fill="FFFFFF" w:themeFill="background1"/>
              <w:spacing w:after="0"/>
              <w:jc w:val="center"/>
            </w:pPr>
            <w:r>
              <w:rPr>
                <w:b/>
                <w:bCs/>
              </w:rPr>
              <w:lastRenderedPageBreak/>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52F1FEC5" w14:textId="77777777" w:rsidR="00117CA2" w:rsidRDefault="0007222E" w:rsidP="00812734">
            <w:pPr>
              <w:shd w:val="clear" w:color="auto" w:fill="FFFFFF" w:themeFill="background1"/>
              <w:spacing w:after="0"/>
              <w:jc w:val="center"/>
            </w:pPr>
            <w:r>
              <w:rPr>
                <w:b/>
                <w:bCs/>
              </w:rPr>
              <w:t>Hoạt động của học sinh</w:t>
            </w:r>
          </w:p>
        </w:tc>
      </w:tr>
      <w:tr w:rsidR="00117CA2" w14:paraId="0C3C75C8"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11CD4E2B" w14:textId="77777777" w:rsidR="00117CA2" w:rsidRDefault="0007222E" w:rsidP="00812734">
            <w:pPr>
              <w:shd w:val="clear" w:color="auto" w:fill="FFFFFF" w:themeFill="background1"/>
              <w:spacing w:after="0"/>
            </w:pPr>
            <w:r>
              <w:rPr>
                <w:b/>
                <w:bCs/>
                <w:color w:val="006100"/>
              </w:rPr>
              <w:t>TIẾT 1 - A. KHỞI ĐỘNG (5 PHÚT)</w:t>
            </w:r>
            <w:r>
              <w:rPr>
                <w:b/>
                <w:bCs/>
                <w:color w:val="006100"/>
              </w:rPr>
              <w:br/>
              <w:t>Mục tiêu: Tạo hứng thú, kết nối trải nghiệm chơi cùng bố mẹ với bài đọc.</w:t>
            </w:r>
          </w:p>
        </w:tc>
      </w:tr>
      <w:tr w:rsidR="00117CA2" w14:paraId="0AF7ECB2" w14:textId="77777777" w:rsidTr="00812734">
        <w:trPr>
          <w:jc w:val="center"/>
        </w:trPr>
        <w:tc>
          <w:tcPr>
            <w:tcW w:w="4762" w:type="dxa"/>
            <w:tcBorders>
              <w:top w:val="single" w:sz="6" w:space="0" w:color="000000"/>
            </w:tcBorders>
            <w:tcMar>
              <w:top w:w="60" w:type="dxa"/>
              <w:left w:w="90" w:type="dxa"/>
              <w:bottom w:w="60" w:type="dxa"/>
              <w:right w:w="90" w:type="dxa"/>
            </w:tcMar>
          </w:tcPr>
          <w:p w14:paraId="067F28F1" w14:textId="77777777" w:rsidR="00117CA2" w:rsidRDefault="0007222E" w:rsidP="00812734">
            <w:pPr>
              <w:shd w:val="clear" w:color="auto" w:fill="FFFFFF" w:themeFill="background1"/>
              <w:spacing w:after="0" w:line="240" w:lineRule="auto"/>
            </w:pPr>
            <w:r>
              <w:t>- GV yêu cầu HS đọc thuộc lòng một đoạn thơ em thích trong bài Mẹ và nói điều thú vị em học được.</w:t>
            </w:r>
          </w:p>
        </w:tc>
        <w:tc>
          <w:tcPr>
            <w:tcW w:w="4762" w:type="dxa"/>
            <w:tcBorders>
              <w:top w:val="single" w:sz="6" w:space="0" w:color="000000"/>
            </w:tcBorders>
            <w:tcMar>
              <w:top w:w="60" w:type="dxa"/>
              <w:left w:w="90" w:type="dxa"/>
              <w:bottom w:w="60" w:type="dxa"/>
              <w:right w:w="90" w:type="dxa"/>
            </w:tcMar>
          </w:tcPr>
          <w:p w14:paraId="57524A44" w14:textId="77777777" w:rsidR="00117CA2" w:rsidRDefault="0007222E" w:rsidP="00812734">
            <w:pPr>
              <w:shd w:val="clear" w:color="auto" w:fill="FFFFFF" w:themeFill="background1"/>
              <w:spacing w:after="0" w:line="240" w:lineRule="auto"/>
            </w:pPr>
            <w:r>
              <w:t>- HS đọc thuộc lòng và chia sẻ: Em biết mẹ rất yêu thương, chăm sóc con; em cần biết ơn cha mẹ.</w:t>
            </w:r>
          </w:p>
        </w:tc>
      </w:tr>
      <w:tr w:rsidR="00117CA2" w14:paraId="3EFB12B9" w14:textId="77777777" w:rsidTr="00812734">
        <w:trPr>
          <w:jc w:val="center"/>
        </w:trPr>
        <w:tc>
          <w:tcPr>
            <w:tcW w:w="4762" w:type="dxa"/>
            <w:tcMar>
              <w:top w:w="60" w:type="dxa"/>
              <w:left w:w="90" w:type="dxa"/>
              <w:bottom w:w="60" w:type="dxa"/>
              <w:right w:w="90" w:type="dxa"/>
            </w:tcMar>
          </w:tcPr>
          <w:p w14:paraId="644021E8" w14:textId="77777777" w:rsidR="00117CA2" w:rsidRDefault="0007222E" w:rsidP="00812734">
            <w:pPr>
              <w:shd w:val="clear" w:color="auto" w:fill="FFFFFF" w:themeFill="background1"/>
              <w:spacing w:after="0" w:line="240" w:lineRule="auto"/>
            </w:pPr>
            <w:r>
              <w:t>- GV yêu cầu HS trao đổi cặp đôi: Em thích chơi trò chơi gì cùng bố mẹ? Em cảm thấy thế nào?</w:t>
            </w:r>
          </w:p>
        </w:tc>
        <w:tc>
          <w:tcPr>
            <w:tcW w:w="4762" w:type="dxa"/>
            <w:tcMar>
              <w:top w:w="60" w:type="dxa"/>
              <w:left w:w="90" w:type="dxa"/>
              <w:bottom w:w="60" w:type="dxa"/>
              <w:right w:w="90" w:type="dxa"/>
            </w:tcMar>
          </w:tcPr>
          <w:p w14:paraId="0B61B8CC" w14:textId="77777777" w:rsidR="00117CA2" w:rsidRDefault="0007222E" w:rsidP="00812734">
            <w:pPr>
              <w:shd w:val="clear" w:color="auto" w:fill="FFFFFF" w:themeFill="background1"/>
              <w:spacing w:after="0" w:line="240" w:lineRule="auto"/>
            </w:pPr>
            <w:r>
              <w:t>- HS trao đổi và trả lời: Em thích chơi cờ, đá bóng, đọc sách, nấu ăn giả với bố mẹ. Em cảm thấy vui, gần gũi và được yêu thương.</w:t>
            </w:r>
          </w:p>
        </w:tc>
      </w:tr>
      <w:tr w:rsidR="00117CA2" w14:paraId="4C9A9221" w14:textId="77777777" w:rsidTr="00812734">
        <w:trPr>
          <w:jc w:val="center"/>
        </w:trPr>
        <w:tc>
          <w:tcPr>
            <w:tcW w:w="4762" w:type="dxa"/>
            <w:tcBorders>
              <w:bottom w:val="single" w:sz="6" w:space="0" w:color="000000"/>
            </w:tcBorders>
            <w:tcMar>
              <w:top w:w="60" w:type="dxa"/>
              <w:left w:w="90" w:type="dxa"/>
              <w:bottom w:w="60" w:type="dxa"/>
              <w:right w:w="90" w:type="dxa"/>
            </w:tcMar>
          </w:tcPr>
          <w:p w14:paraId="410A07EB" w14:textId="77777777" w:rsidR="00117CA2" w:rsidRDefault="0007222E" w:rsidP="00812734">
            <w:pPr>
              <w:shd w:val="clear" w:color="auto" w:fill="FFFFFF" w:themeFill="background1"/>
              <w:spacing w:after="0" w:line="240" w:lineRule="auto"/>
            </w:pPr>
            <w:r>
              <w:t>- GV giới thiệu bài: Chúng ta cùng đọc bài Trò chơi của bố để biết Hường và bố chơi trò gì, bố đã dạy Hường điều gì khi chơi.</w:t>
            </w:r>
          </w:p>
        </w:tc>
        <w:tc>
          <w:tcPr>
            <w:tcW w:w="4762" w:type="dxa"/>
            <w:tcBorders>
              <w:bottom w:val="single" w:sz="6" w:space="0" w:color="000000"/>
            </w:tcBorders>
            <w:tcMar>
              <w:top w:w="60" w:type="dxa"/>
              <w:left w:w="90" w:type="dxa"/>
              <w:bottom w:w="60" w:type="dxa"/>
              <w:right w:w="90" w:type="dxa"/>
            </w:tcMar>
          </w:tcPr>
          <w:p w14:paraId="38DE8B80" w14:textId="77777777" w:rsidR="00117CA2" w:rsidRDefault="0007222E" w:rsidP="00812734">
            <w:pPr>
              <w:shd w:val="clear" w:color="auto" w:fill="FFFFFF" w:themeFill="background1"/>
              <w:spacing w:after="0" w:line="240" w:lineRule="auto"/>
            </w:pPr>
            <w:r>
              <w:t>- HS lắng nghe và ghi tên bài: Trò chơi của bố.</w:t>
            </w:r>
          </w:p>
        </w:tc>
      </w:tr>
      <w:tr w:rsidR="00117CA2" w14:paraId="45989B70"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0E4D3A7" w14:textId="77777777" w:rsidR="00117CA2" w:rsidRDefault="0007222E" w:rsidP="00812734">
            <w:pPr>
              <w:shd w:val="clear" w:color="auto" w:fill="FFFFFF" w:themeFill="background1"/>
              <w:spacing w:after="0"/>
            </w:pPr>
            <w:r>
              <w:rPr>
                <w:b/>
                <w:bCs/>
                <w:color w:val="006100"/>
              </w:rPr>
              <w:t>B. KHÁM PHÁ - Hoạt động 1: Đọc văn bản (30 PHÚT)</w:t>
            </w:r>
            <w:r>
              <w:rPr>
                <w:b/>
                <w:bCs/>
                <w:color w:val="006100"/>
              </w:rPr>
              <w:br/>
              <w:t>Mục tiêu: Đọc đúng toàn bài, hiểu từ khó và bước đầu nhận biết giọng đọc nhân vật.</w:t>
            </w:r>
          </w:p>
        </w:tc>
      </w:tr>
      <w:tr w:rsidR="00117CA2" w14:paraId="25B26579" w14:textId="77777777" w:rsidTr="00812734">
        <w:trPr>
          <w:jc w:val="center"/>
        </w:trPr>
        <w:tc>
          <w:tcPr>
            <w:tcW w:w="4762" w:type="dxa"/>
            <w:tcBorders>
              <w:top w:val="single" w:sz="6" w:space="0" w:color="000000"/>
            </w:tcBorders>
            <w:tcMar>
              <w:top w:w="60" w:type="dxa"/>
              <w:left w:w="90" w:type="dxa"/>
              <w:bottom w:w="60" w:type="dxa"/>
              <w:right w:w="90" w:type="dxa"/>
            </w:tcMar>
          </w:tcPr>
          <w:p w14:paraId="0A8FF580" w14:textId="77777777" w:rsidR="00117CA2" w:rsidRDefault="0007222E" w:rsidP="00812734">
            <w:pPr>
              <w:shd w:val="clear" w:color="auto" w:fill="FFFFFF" w:themeFill="background1"/>
              <w:spacing w:after="0" w:line="240" w:lineRule="auto"/>
            </w:pPr>
            <w:r>
              <w:rPr>
                <w:b/>
                <w:bCs/>
              </w:rPr>
              <w:t>a. Quan sát tranh minh họa và giới thiệu bài đọc</w:t>
            </w:r>
          </w:p>
          <w:p w14:paraId="4FC9F2DC" w14:textId="77777777" w:rsidR="00117CA2" w:rsidRDefault="0007222E" w:rsidP="00812734">
            <w:pPr>
              <w:shd w:val="clear" w:color="auto" w:fill="FFFFFF" w:themeFill="background1"/>
              <w:spacing w:after="0" w:line="240" w:lineRule="auto"/>
            </w:pPr>
            <w:r>
              <w:t>- GV yêu cầu HS quan sát tranh minh họa bài đọc và nêu nội dung tranh.</w:t>
            </w:r>
          </w:p>
          <w:p w14:paraId="1176C714" w14:textId="1B2AD7CA"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14C005FD" w14:textId="77777777" w:rsidR="00117CA2" w:rsidRDefault="0007222E" w:rsidP="00812734">
            <w:pPr>
              <w:shd w:val="clear" w:color="auto" w:fill="FFFFFF" w:themeFill="background1"/>
              <w:spacing w:after="0" w:line="240" w:lineRule="auto"/>
            </w:pPr>
            <w:r>
              <w:t>- HS quan sát và trả lời: Tranh vẽ hai bố con đang ngồi chơi trò “ăn cỗ”; mẹ đứng gần đó quan sát hai bố con.</w:t>
            </w:r>
          </w:p>
        </w:tc>
      </w:tr>
      <w:tr w:rsidR="00117CA2" w14:paraId="6286259C" w14:textId="77777777" w:rsidTr="00812734">
        <w:trPr>
          <w:jc w:val="center"/>
        </w:trPr>
        <w:tc>
          <w:tcPr>
            <w:tcW w:w="4762" w:type="dxa"/>
            <w:tcMar>
              <w:top w:w="60" w:type="dxa"/>
              <w:left w:w="90" w:type="dxa"/>
              <w:bottom w:w="60" w:type="dxa"/>
              <w:right w:w="90" w:type="dxa"/>
            </w:tcMar>
          </w:tcPr>
          <w:p w14:paraId="47EB8D07" w14:textId="77777777" w:rsidR="00117CA2" w:rsidRDefault="0007222E" w:rsidP="00812734">
            <w:pPr>
              <w:shd w:val="clear" w:color="auto" w:fill="FFFFFF" w:themeFill="background1"/>
              <w:spacing w:after="0" w:line="240" w:lineRule="auto"/>
            </w:pPr>
            <w:r>
              <w:rPr>
                <w:b/>
                <w:bCs/>
              </w:rPr>
              <w:t>b. GV đọc mẫu</w:t>
            </w:r>
          </w:p>
          <w:p w14:paraId="328E169E" w14:textId="77777777" w:rsidR="00117CA2" w:rsidRDefault="0007222E" w:rsidP="00812734">
            <w:pPr>
              <w:shd w:val="clear" w:color="auto" w:fill="FFFFFF" w:themeFill="background1"/>
              <w:spacing w:after="0" w:line="240" w:lineRule="auto"/>
            </w:pPr>
            <w:r>
              <w:t>- GV đọc mẫu toàn bài với giọng nhẹ nhàng, tình cảm; phân biệt lời bố, lời Hường và lời người dẫn chuyện.</w:t>
            </w:r>
          </w:p>
        </w:tc>
        <w:tc>
          <w:tcPr>
            <w:tcW w:w="4762" w:type="dxa"/>
            <w:tcMar>
              <w:top w:w="60" w:type="dxa"/>
              <w:left w:w="90" w:type="dxa"/>
              <w:bottom w:w="60" w:type="dxa"/>
              <w:right w:w="90" w:type="dxa"/>
            </w:tcMar>
          </w:tcPr>
          <w:p w14:paraId="10067368" w14:textId="77777777" w:rsidR="00117CA2" w:rsidRDefault="0007222E" w:rsidP="00812734">
            <w:pPr>
              <w:shd w:val="clear" w:color="auto" w:fill="FFFFFF" w:themeFill="background1"/>
              <w:spacing w:after="0" w:line="240" w:lineRule="auto"/>
            </w:pPr>
            <w:r>
              <w:t>- HS nghe GV đọc mẫu, đọc thầm theo và chú ý giọng đọc của từng nhân vật.</w:t>
            </w:r>
          </w:p>
        </w:tc>
      </w:tr>
      <w:tr w:rsidR="00117CA2" w14:paraId="3AA1E6BF" w14:textId="77777777" w:rsidTr="00812734">
        <w:trPr>
          <w:jc w:val="center"/>
        </w:trPr>
        <w:tc>
          <w:tcPr>
            <w:tcW w:w="4762" w:type="dxa"/>
            <w:tcMar>
              <w:top w:w="60" w:type="dxa"/>
              <w:left w:w="90" w:type="dxa"/>
              <w:bottom w:w="60" w:type="dxa"/>
              <w:right w:w="90" w:type="dxa"/>
            </w:tcMar>
          </w:tcPr>
          <w:p w14:paraId="4F5DC0CA" w14:textId="77777777" w:rsidR="00117CA2" w:rsidRDefault="0007222E" w:rsidP="00812734">
            <w:pPr>
              <w:shd w:val="clear" w:color="auto" w:fill="FFFFFF" w:themeFill="background1"/>
              <w:spacing w:after="0" w:line="240" w:lineRule="auto"/>
            </w:pPr>
            <w:r>
              <w:rPr>
                <w:b/>
                <w:bCs/>
              </w:rPr>
              <w:t>c. Luyện đọc đoạn và đọc từ khó</w:t>
            </w:r>
          </w:p>
          <w:p w14:paraId="5AB9ED88" w14:textId="77777777" w:rsidR="00117CA2" w:rsidRDefault="0007222E" w:rsidP="00812734">
            <w:pPr>
              <w:shd w:val="clear" w:color="auto" w:fill="FFFFFF" w:themeFill="background1"/>
              <w:spacing w:after="0" w:line="240" w:lineRule="auto"/>
            </w:pPr>
            <w:r>
              <w:t>- GV hỏi: Bài đọc gồm mấy đoạn?</w:t>
            </w:r>
          </w:p>
        </w:tc>
        <w:tc>
          <w:tcPr>
            <w:tcW w:w="4762" w:type="dxa"/>
            <w:tcMar>
              <w:top w:w="60" w:type="dxa"/>
              <w:left w:w="90" w:type="dxa"/>
              <w:bottom w:w="60" w:type="dxa"/>
              <w:right w:w="90" w:type="dxa"/>
            </w:tcMar>
          </w:tcPr>
          <w:p w14:paraId="29DA66AE" w14:textId="77777777" w:rsidR="00117CA2" w:rsidRDefault="0007222E" w:rsidP="00812734">
            <w:pPr>
              <w:shd w:val="clear" w:color="auto" w:fill="FFFFFF" w:themeFill="background1"/>
              <w:spacing w:after="0" w:line="240" w:lineRule="auto"/>
            </w:pPr>
            <w:r>
              <w:t>- HS trả lời: Bài đọc gồm 3 đoạn: đoạn 1 từ đầu đến “đủ rồi”; đoạn 2 tiếp theo đến “Đây, mời bác”; đoạn 3 là phần còn lại.</w:t>
            </w:r>
          </w:p>
        </w:tc>
      </w:tr>
      <w:tr w:rsidR="00117CA2" w14:paraId="1167640F" w14:textId="77777777" w:rsidTr="00812734">
        <w:trPr>
          <w:jc w:val="center"/>
        </w:trPr>
        <w:tc>
          <w:tcPr>
            <w:tcW w:w="4762" w:type="dxa"/>
            <w:tcMar>
              <w:top w:w="60" w:type="dxa"/>
              <w:left w:w="90" w:type="dxa"/>
              <w:bottom w:w="60" w:type="dxa"/>
              <w:right w:w="90" w:type="dxa"/>
            </w:tcMar>
          </w:tcPr>
          <w:p w14:paraId="701DF670" w14:textId="77777777" w:rsidR="00117CA2" w:rsidRDefault="0007222E" w:rsidP="00812734">
            <w:pPr>
              <w:shd w:val="clear" w:color="auto" w:fill="FFFFFF" w:themeFill="background1"/>
              <w:spacing w:after="0" w:line="240" w:lineRule="auto"/>
            </w:pPr>
            <w:r>
              <w:t>- GV yêu cầu HS đọc nối tiếp từng đoạn lần 1.</w:t>
            </w:r>
          </w:p>
        </w:tc>
        <w:tc>
          <w:tcPr>
            <w:tcW w:w="4762" w:type="dxa"/>
            <w:tcMar>
              <w:top w:w="60" w:type="dxa"/>
              <w:left w:w="90" w:type="dxa"/>
              <w:bottom w:w="60" w:type="dxa"/>
              <w:right w:w="90" w:type="dxa"/>
            </w:tcMar>
          </w:tcPr>
          <w:p w14:paraId="48842AB6" w14:textId="77777777" w:rsidR="00117CA2" w:rsidRDefault="0007222E" w:rsidP="00812734">
            <w:pPr>
              <w:shd w:val="clear" w:color="auto" w:fill="FFFFFF" w:themeFill="background1"/>
              <w:spacing w:after="0" w:line="240" w:lineRule="auto"/>
            </w:pPr>
            <w:r>
              <w:t>- 3 HS đọc nối tiếp 3 đoạn; lớp theo dõi, phát hiện lỗi đọc.</w:t>
            </w:r>
          </w:p>
        </w:tc>
      </w:tr>
      <w:tr w:rsidR="00117CA2" w14:paraId="07015311" w14:textId="77777777" w:rsidTr="00812734">
        <w:trPr>
          <w:jc w:val="center"/>
        </w:trPr>
        <w:tc>
          <w:tcPr>
            <w:tcW w:w="4762" w:type="dxa"/>
            <w:tcMar>
              <w:top w:w="60" w:type="dxa"/>
              <w:left w:w="90" w:type="dxa"/>
              <w:bottom w:w="60" w:type="dxa"/>
              <w:right w:w="90" w:type="dxa"/>
            </w:tcMar>
          </w:tcPr>
          <w:p w14:paraId="4676420E" w14:textId="77777777" w:rsidR="00117CA2" w:rsidRDefault="0007222E" w:rsidP="00812734">
            <w:pPr>
              <w:shd w:val="clear" w:color="auto" w:fill="FFFFFF" w:themeFill="background1"/>
              <w:spacing w:after="0" w:line="240" w:lineRule="auto"/>
            </w:pPr>
            <w:r>
              <w:t>- GV hỏi: Trong bài có từ ngữ nào khó đọc?</w:t>
            </w:r>
          </w:p>
        </w:tc>
        <w:tc>
          <w:tcPr>
            <w:tcW w:w="4762" w:type="dxa"/>
            <w:tcMar>
              <w:top w:w="60" w:type="dxa"/>
              <w:left w:w="90" w:type="dxa"/>
              <w:bottom w:w="60" w:type="dxa"/>
              <w:right w:w="90" w:type="dxa"/>
            </w:tcMar>
          </w:tcPr>
          <w:p w14:paraId="41D0EC2D" w14:textId="77777777" w:rsidR="00117CA2" w:rsidRDefault="0007222E" w:rsidP="00812734">
            <w:pPr>
              <w:shd w:val="clear" w:color="auto" w:fill="FFFFFF" w:themeFill="background1"/>
              <w:spacing w:after="0" w:line="240" w:lineRule="auto"/>
            </w:pPr>
            <w:r>
              <w:t>- HS nêu từ khó: ngạc nhiên, ăn cỗ, hẳn hoi, bát miến, nết ngoan, miếng bánh.</w:t>
            </w:r>
          </w:p>
        </w:tc>
      </w:tr>
      <w:tr w:rsidR="00117CA2" w14:paraId="7510AD7E" w14:textId="77777777" w:rsidTr="00812734">
        <w:trPr>
          <w:jc w:val="center"/>
        </w:trPr>
        <w:tc>
          <w:tcPr>
            <w:tcW w:w="4762" w:type="dxa"/>
            <w:tcMar>
              <w:top w:w="60" w:type="dxa"/>
              <w:left w:w="90" w:type="dxa"/>
              <w:bottom w:w="60" w:type="dxa"/>
              <w:right w:w="90" w:type="dxa"/>
            </w:tcMar>
          </w:tcPr>
          <w:p w14:paraId="58DC690C" w14:textId="77777777" w:rsidR="00117CA2" w:rsidRDefault="0007222E" w:rsidP="00812734">
            <w:pPr>
              <w:shd w:val="clear" w:color="auto" w:fill="FFFFFF" w:themeFill="background1"/>
              <w:spacing w:after="0" w:line="240" w:lineRule="auto"/>
            </w:pPr>
            <w:r>
              <w:t>- GV viết từ khó lên bảng và cho HS luyện đọc.</w:t>
            </w:r>
          </w:p>
        </w:tc>
        <w:tc>
          <w:tcPr>
            <w:tcW w:w="4762" w:type="dxa"/>
            <w:tcMar>
              <w:top w:w="60" w:type="dxa"/>
              <w:left w:w="90" w:type="dxa"/>
              <w:bottom w:w="60" w:type="dxa"/>
              <w:right w:w="90" w:type="dxa"/>
            </w:tcMar>
          </w:tcPr>
          <w:p w14:paraId="1AB6E234" w14:textId="77777777" w:rsidR="00117CA2" w:rsidRDefault="0007222E" w:rsidP="00812734">
            <w:pPr>
              <w:shd w:val="clear" w:color="auto" w:fill="FFFFFF" w:themeFill="background1"/>
              <w:spacing w:after="0" w:line="240" w:lineRule="auto"/>
            </w:pPr>
            <w:r>
              <w:t>- HS luyện đọc cá nhân, nhóm, đồng thanh các từ khó.</w:t>
            </w:r>
          </w:p>
        </w:tc>
      </w:tr>
      <w:tr w:rsidR="00117CA2" w14:paraId="381BC3A6" w14:textId="77777777" w:rsidTr="00812734">
        <w:trPr>
          <w:jc w:val="center"/>
        </w:trPr>
        <w:tc>
          <w:tcPr>
            <w:tcW w:w="4762" w:type="dxa"/>
            <w:tcMar>
              <w:top w:w="60" w:type="dxa"/>
              <w:left w:w="90" w:type="dxa"/>
              <w:bottom w:w="60" w:type="dxa"/>
              <w:right w:w="90" w:type="dxa"/>
            </w:tcMar>
          </w:tcPr>
          <w:p w14:paraId="1BDCBB5A" w14:textId="77777777" w:rsidR="00117CA2" w:rsidRDefault="0007222E" w:rsidP="00812734">
            <w:pPr>
              <w:shd w:val="clear" w:color="auto" w:fill="FFFFFF" w:themeFill="background1"/>
              <w:spacing w:after="0" w:line="240" w:lineRule="auto"/>
            </w:pPr>
            <w:r>
              <w:rPr>
                <w:b/>
                <w:bCs/>
              </w:rPr>
              <w:t>d. Giải nghĩa từ và luyện đọc câu</w:t>
            </w:r>
          </w:p>
          <w:p w14:paraId="7E0C39D8" w14:textId="77777777" w:rsidR="00117CA2" w:rsidRDefault="0007222E" w:rsidP="00812734">
            <w:pPr>
              <w:shd w:val="clear" w:color="auto" w:fill="FFFFFF" w:themeFill="background1"/>
              <w:spacing w:after="0" w:line="240" w:lineRule="auto"/>
            </w:pPr>
            <w:r>
              <w:t>- GV hỏi: Em hiểu xơi có nghĩa là gì?</w:t>
            </w:r>
          </w:p>
        </w:tc>
        <w:tc>
          <w:tcPr>
            <w:tcW w:w="4762" w:type="dxa"/>
            <w:tcMar>
              <w:top w:w="60" w:type="dxa"/>
              <w:left w:w="90" w:type="dxa"/>
              <w:bottom w:w="60" w:type="dxa"/>
              <w:right w:w="90" w:type="dxa"/>
            </w:tcMar>
          </w:tcPr>
          <w:p w14:paraId="3613FE9E" w14:textId="77777777" w:rsidR="00117CA2" w:rsidRDefault="0007222E" w:rsidP="00812734">
            <w:pPr>
              <w:shd w:val="clear" w:color="auto" w:fill="FFFFFF" w:themeFill="background1"/>
              <w:spacing w:after="0" w:line="240" w:lineRule="auto"/>
            </w:pPr>
            <w:r>
              <w:t>- HS trả lời: Xơi là lời mời lịch sự, có nghĩa là ăn hoặc uống.</w:t>
            </w:r>
          </w:p>
        </w:tc>
      </w:tr>
      <w:tr w:rsidR="00117CA2" w14:paraId="062ECBD7" w14:textId="77777777" w:rsidTr="00812734">
        <w:trPr>
          <w:jc w:val="center"/>
        </w:trPr>
        <w:tc>
          <w:tcPr>
            <w:tcW w:w="4762" w:type="dxa"/>
            <w:tcMar>
              <w:top w:w="60" w:type="dxa"/>
              <w:left w:w="90" w:type="dxa"/>
              <w:bottom w:w="60" w:type="dxa"/>
              <w:right w:w="90" w:type="dxa"/>
            </w:tcMar>
          </w:tcPr>
          <w:p w14:paraId="1C2D7F63" w14:textId="77777777" w:rsidR="00117CA2" w:rsidRDefault="0007222E" w:rsidP="00812734">
            <w:pPr>
              <w:shd w:val="clear" w:color="auto" w:fill="FFFFFF" w:themeFill="background1"/>
              <w:spacing w:after="0" w:line="240" w:lineRule="auto"/>
            </w:pPr>
            <w:r>
              <w:t>- GV hướng dẫn thêm: “bát” là cách gọi đồ dùng ăn cơm ở miền Bắc; miền Nam thường gọi là “chén”.</w:t>
            </w:r>
          </w:p>
        </w:tc>
        <w:tc>
          <w:tcPr>
            <w:tcW w:w="4762" w:type="dxa"/>
            <w:tcMar>
              <w:top w:w="60" w:type="dxa"/>
              <w:left w:w="90" w:type="dxa"/>
              <w:bottom w:w="60" w:type="dxa"/>
              <w:right w:w="90" w:type="dxa"/>
            </w:tcMar>
          </w:tcPr>
          <w:p w14:paraId="187CC8C4" w14:textId="77777777" w:rsidR="00117CA2" w:rsidRDefault="0007222E" w:rsidP="00812734">
            <w:pPr>
              <w:shd w:val="clear" w:color="auto" w:fill="FFFFFF" w:themeFill="background1"/>
              <w:spacing w:after="0" w:line="240" w:lineRule="auto"/>
            </w:pPr>
            <w:r>
              <w:t>- HS hiểu: bát và chén đều là đồ dùng để ăn cơm, cách gọi tùy vùng miền.</w:t>
            </w:r>
          </w:p>
        </w:tc>
      </w:tr>
      <w:tr w:rsidR="00117CA2" w14:paraId="6F9C8F6E" w14:textId="77777777" w:rsidTr="00812734">
        <w:trPr>
          <w:jc w:val="center"/>
        </w:trPr>
        <w:tc>
          <w:tcPr>
            <w:tcW w:w="4762" w:type="dxa"/>
            <w:tcMar>
              <w:top w:w="60" w:type="dxa"/>
              <w:left w:w="90" w:type="dxa"/>
              <w:bottom w:w="60" w:type="dxa"/>
              <w:right w:w="90" w:type="dxa"/>
            </w:tcMar>
          </w:tcPr>
          <w:p w14:paraId="4C4EB944" w14:textId="77777777" w:rsidR="00117CA2" w:rsidRDefault="0007222E" w:rsidP="00812734">
            <w:pPr>
              <w:shd w:val="clear" w:color="auto" w:fill="FFFFFF" w:themeFill="background1"/>
              <w:spacing w:after="0" w:line="240" w:lineRule="auto"/>
            </w:pPr>
            <w:r>
              <w:lastRenderedPageBreak/>
              <w:t>- GV yêu cầu HS đọc nối tiếp từng đoạn lần 2, chú ý giọng lời thoại.</w:t>
            </w:r>
          </w:p>
        </w:tc>
        <w:tc>
          <w:tcPr>
            <w:tcW w:w="4762" w:type="dxa"/>
            <w:tcMar>
              <w:top w:w="60" w:type="dxa"/>
              <w:left w:w="90" w:type="dxa"/>
              <w:bottom w:w="60" w:type="dxa"/>
              <w:right w:w="90" w:type="dxa"/>
            </w:tcMar>
          </w:tcPr>
          <w:p w14:paraId="03264E75" w14:textId="77777777" w:rsidR="00117CA2" w:rsidRDefault="0007222E" w:rsidP="00812734">
            <w:pPr>
              <w:shd w:val="clear" w:color="auto" w:fill="FFFFFF" w:themeFill="background1"/>
              <w:spacing w:after="0" w:line="240" w:lineRule="auto"/>
            </w:pPr>
            <w:r>
              <w:t>- HS đọc nối tiếp lần 2; biết đọc lời bố nhẹ nhàng, lời Hường lễ phép.</w:t>
            </w:r>
          </w:p>
        </w:tc>
      </w:tr>
      <w:tr w:rsidR="00117CA2" w14:paraId="7F7BDEC6" w14:textId="77777777" w:rsidTr="00812734">
        <w:trPr>
          <w:jc w:val="center"/>
        </w:trPr>
        <w:tc>
          <w:tcPr>
            <w:tcW w:w="4762" w:type="dxa"/>
            <w:tcMar>
              <w:top w:w="60" w:type="dxa"/>
              <w:left w:w="90" w:type="dxa"/>
              <w:bottom w:w="60" w:type="dxa"/>
              <w:right w:w="90" w:type="dxa"/>
            </w:tcMar>
          </w:tcPr>
          <w:p w14:paraId="64376041" w14:textId="77777777" w:rsidR="00117CA2" w:rsidRDefault="0007222E" w:rsidP="00812734">
            <w:pPr>
              <w:shd w:val="clear" w:color="auto" w:fill="FFFFFF" w:themeFill="background1"/>
              <w:spacing w:after="0" w:line="240" w:lineRule="auto"/>
            </w:pPr>
            <w:r>
              <w:t>- GV mở rộng: Em hãy chọn một từ trong bài và đặt câu.</w:t>
            </w:r>
          </w:p>
        </w:tc>
        <w:tc>
          <w:tcPr>
            <w:tcW w:w="4762" w:type="dxa"/>
            <w:tcMar>
              <w:top w:w="60" w:type="dxa"/>
              <w:left w:w="90" w:type="dxa"/>
              <w:bottom w:w="60" w:type="dxa"/>
              <w:right w:w="90" w:type="dxa"/>
            </w:tcMar>
          </w:tcPr>
          <w:p w14:paraId="3B7480BE" w14:textId="77777777" w:rsidR="00117CA2" w:rsidRDefault="0007222E" w:rsidP="00812734">
            <w:pPr>
              <w:shd w:val="clear" w:color="auto" w:fill="FFFFFF" w:themeFill="background1"/>
              <w:spacing w:after="0" w:line="240" w:lineRule="auto"/>
            </w:pPr>
            <w:r>
              <w:t>- HS đặt câu: Em mời bà xơi cơm ạ./ Bố dạy em nói lời lễ phép.</w:t>
            </w:r>
          </w:p>
        </w:tc>
      </w:tr>
      <w:tr w:rsidR="00117CA2" w14:paraId="148E8DB0" w14:textId="77777777" w:rsidTr="00812734">
        <w:trPr>
          <w:jc w:val="center"/>
        </w:trPr>
        <w:tc>
          <w:tcPr>
            <w:tcW w:w="4762" w:type="dxa"/>
            <w:tcMar>
              <w:top w:w="60" w:type="dxa"/>
              <w:left w:w="90" w:type="dxa"/>
              <w:bottom w:w="60" w:type="dxa"/>
              <w:right w:w="90" w:type="dxa"/>
            </w:tcMar>
          </w:tcPr>
          <w:p w14:paraId="4E1E4565" w14:textId="77777777" w:rsidR="00117CA2" w:rsidRDefault="0007222E" w:rsidP="00812734">
            <w:pPr>
              <w:shd w:val="clear" w:color="auto" w:fill="FFFFFF" w:themeFill="background1"/>
              <w:spacing w:after="0" w:line="240" w:lineRule="auto"/>
            </w:pPr>
            <w:r>
              <w:rPr>
                <w:b/>
                <w:bCs/>
              </w:rPr>
              <w:t>e. Luyện đọc nhóm và đọc toàn bài</w:t>
            </w:r>
          </w:p>
          <w:p w14:paraId="7A590A15" w14:textId="77777777" w:rsidR="00117CA2" w:rsidRDefault="0007222E" w:rsidP="00812734">
            <w:pPr>
              <w:shd w:val="clear" w:color="auto" w:fill="FFFFFF" w:themeFill="background1"/>
              <w:spacing w:after="0" w:line="240" w:lineRule="auto"/>
            </w:pPr>
            <w:r>
              <w:t>- GV tổ chức cho HS luyện đọc theo nhóm 3.</w:t>
            </w:r>
          </w:p>
        </w:tc>
        <w:tc>
          <w:tcPr>
            <w:tcW w:w="4762" w:type="dxa"/>
            <w:tcMar>
              <w:top w:w="60" w:type="dxa"/>
              <w:left w:w="90" w:type="dxa"/>
              <w:bottom w:w="60" w:type="dxa"/>
              <w:right w:w="90" w:type="dxa"/>
            </w:tcMar>
          </w:tcPr>
          <w:p w14:paraId="44E4B207" w14:textId="77777777" w:rsidR="00117CA2" w:rsidRDefault="0007222E" w:rsidP="00812734">
            <w:pPr>
              <w:shd w:val="clear" w:color="auto" w:fill="FFFFFF" w:themeFill="background1"/>
              <w:spacing w:after="0" w:line="240" w:lineRule="auto"/>
            </w:pPr>
            <w:r>
              <w:t>- HS luyện đọc nhóm 3, mỗi bạn đọc một đoạn và góp ý cho nhau.</w:t>
            </w:r>
          </w:p>
        </w:tc>
      </w:tr>
      <w:tr w:rsidR="00117CA2" w14:paraId="3FCD5637" w14:textId="77777777" w:rsidTr="00812734">
        <w:trPr>
          <w:jc w:val="center"/>
        </w:trPr>
        <w:tc>
          <w:tcPr>
            <w:tcW w:w="4762" w:type="dxa"/>
            <w:tcMar>
              <w:top w:w="60" w:type="dxa"/>
              <w:left w:w="90" w:type="dxa"/>
              <w:bottom w:w="60" w:type="dxa"/>
              <w:right w:w="90" w:type="dxa"/>
            </w:tcMar>
          </w:tcPr>
          <w:p w14:paraId="3BDE55EE" w14:textId="77777777" w:rsidR="00117CA2" w:rsidRDefault="0007222E" w:rsidP="00812734">
            <w:pPr>
              <w:shd w:val="clear" w:color="auto" w:fill="FFFFFF" w:themeFill="background1"/>
              <w:spacing w:after="0" w:line="240" w:lineRule="auto"/>
            </w:pPr>
            <w:r>
              <w:t>- GV tổ chức cho 2 - 3 nhóm thi đọc.</w:t>
            </w:r>
          </w:p>
        </w:tc>
        <w:tc>
          <w:tcPr>
            <w:tcW w:w="4762" w:type="dxa"/>
            <w:tcMar>
              <w:top w:w="60" w:type="dxa"/>
              <w:left w:w="90" w:type="dxa"/>
              <w:bottom w:w="60" w:type="dxa"/>
              <w:right w:w="90" w:type="dxa"/>
            </w:tcMar>
          </w:tcPr>
          <w:p w14:paraId="5B935FC1" w14:textId="77777777" w:rsidR="00117CA2" w:rsidRDefault="0007222E" w:rsidP="00812734">
            <w:pPr>
              <w:shd w:val="clear" w:color="auto" w:fill="FFFFFF" w:themeFill="background1"/>
              <w:spacing w:after="0" w:line="240" w:lineRule="auto"/>
            </w:pPr>
            <w:r>
              <w:t>- Đại diện nhóm thi đọc; lớp bình chọn nhóm đọc đúng lời nhân vật nhất.</w:t>
            </w:r>
          </w:p>
        </w:tc>
      </w:tr>
      <w:tr w:rsidR="00117CA2" w14:paraId="4F0DBC41" w14:textId="77777777" w:rsidTr="00812734">
        <w:trPr>
          <w:jc w:val="center"/>
        </w:trPr>
        <w:tc>
          <w:tcPr>
            <w:tcW w:w="4762" w:type="dxa"/>
            <w:tcBorders>
              <w:bottom w:val="single" w:sz="6" w:space="0" w:color="000000"/>
            </w:tcBorders>
            <w:tcMar>
              <w:top w:w="60" w:type="dxa"/>
              <w:left w:w="90" w:type="dxa"/>
              <w:bottom w:w="60" w:type="dxa"/>
              <w:right w:w="90" w:type="dxa"/>
            </w:tcMar>
          </w:tcPr>
          <w:p w14:paraId="4371536C" w14:textId="77777777" w:rsidR="00117CA2" w:rsidRDefault="0007222E" w:rsidP="00812734">
            <w:pPr>
              <w:shd w:val="clear" w:color="auto" w:fill="FFFFFF" w:themeFill="background1"/>
              <w:spacing w:after="0" w:line="240" w:lineRule="auto"/>
            </w:pPr>
            <w:r>
              <w:t>- GV kết luận: Khi đọc bài có lời thoại, cần chú ý giọng của từng nhân vật để người nghe hiểu rõ nội dung.</w:t>
            </w:r>
          </w:p>
        </w:tc>
        <w:tc>
          <w:tcPr>
            <w:tcW w:w="4762" w:type="dxa"/>
            <w:tcBorders>
              <w:bottom w:val="single" w:sz="6" w:space="0" w:color="000000"/>
            </w:tcBorders>
            <w:tcMar>
              <w:top w:w="60" w:type="dxa"/>
              <w:left w:w="90" w:type="dxa"/>
              <w:bottom w:w="60" w:type="dxa"/>
              <w:right w:w="90" w:type="dxa"/>
            </w:tcMar>
          </w:tcPr>
          <w:p w14:paraId="6D9A2F19" w14:textId="77777777" w:rsidR="00117CA2" w:rsidRDefault="0007222E" w:rsidP="00812734">
            <w:pPr>
              <w:shd w:val="clear" w:color="auto" w:fill="FFFFFF" w:themeFill="background1"/>
              <w:spacing w:after="0" w:line="240" w:lineRule="auto"/>
            </w:pPr>
            <w:r>
              <w:t>- HS ghi nhớ cách đọc và chuẩn bị chuyển sang tiết 2.</w:t>
            </w:r>
          </w:p>
        </w:tc>
      </w:tr>
      <w:tr w:rsidR="00117CA2" w14:paraId="488AD135"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5CFBF249" w14:textId="77777777" w:rsidR="00117CA2" w:rsidRDefault="0007222E" w:rsidP="00812734">
            <w:pPr>
              <w:shd w:val="clear" w:color="auto" w:fill="FFFFFF" w:themeFill="background1"/>
              <w:spacing w:after="0"/>
            </w:pPr>
            <w:r>
              <w:rPr>
                <w:b/>
                <w:bCs/>
                <w:color w:val="006100"/>
              </w:rPr>
              <w:t>TIẾT 2 - Hoạt động 2: Đọc hiểu (12 PHÚT)</w:t>
            </w:r>
            <w:r>
              <w:rPr>
                <w:b/>
                <w:bCs/>
                <w:color w:val="006100"/>
              </w:rPr>
              <w:br/>
              <w:t>Mục tiêu: Trả lời đúng các câu hỏi đọc hiểu; hiểu cách bố dạy Hường nói năng lễ phép.</w:t>
            </w:r>
          </w:p>
        </w:tc>
      </w:tr>
      <w:tr w:rsidR="00117CA2" w14:paraId="798676DE" w14:textId="77777777" w:rsidTr="00812734">
        <w:trPr>
          <w:jc w:val="center"/>
        </w:trPr>
        <w:tc>
          <w:tcPr>
            <w:tcW w:w="4762" w:type="dxa"/>
            <w:tcBorders>
              <w:top w:val="single" w:sz="6" w:space="0" w:color="000000"/>
            </w:tcBorders>
            <w:tcMar>
              <w:top w:w="60" w:type="dxa"/>
              <w:left w:w="90" w:type="dxa"/>
              <w:bottom w:w="60" w:type="dxa"/>
              <w:right w:w="90" w:type="dxa"/>
            </w:tcMar>
          </w:tcPr>
          <w:p w14:paraId="1088AD4E" w14:textId="77777777" w:rsidR="00117CA2" w:rsidRDefault="0007222E" w:rsidP="00812734">
            <w:pPr>
              <w:shd w:val="clear" w:color="auto" w:fill="FFFFFF" w:themeFill="background1"/>
              <w:spacing w:after="0" w:line="240" w:lineRule="auto"/>
            </w:pPr>
            <w:r>
              <w:t>- GV yêu cầu HS đọc thầm bài và trả lời câu hỏi SGK.</w:t>
            </w:r>
          </w:p>
          <w:p w14:paraId="666D5503" w14:textId="55A532BA"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0B633F77" w14:textId="77777777" w:rsidR="00117CA2" w:rsidRDefault="0007222E" w:rsidP="00812734">
            <w:pPr>
              <w:shd w:val="clear" w:color="auto" w:fill="FFFFFF" w:themeFill="background1"/>
              <w:spacing w:after="0" w:line="240" w:lineRule="auto"/>
            </w:pPr>
            <w:r>
              <w:t>- HS đọc thầm bài và quan sát câu hỏi SGK.</w:t>
            </w:r>
          </w:p>
        </w:tc>
      </w:tr>
      <w:tr w:rsidR="00117CA2" w14:paraId="678F4C37" w14:textId="77777777" w:rsidTr="00812734">
        <w:trPr>
          <w:jc w:val="center"/>
        </w:trPr>
        <w:tc>
          <w:tcPr>
            <w:tcW w:w="4762" w:type="dxa"/>
            <w:tcMar>
              <w:top w:w="60" w:type="dxa"/>
              <w:left w:w="90" w:type="dxa"/>
              <w:bottom w:w="60" w:type="dxa"/>
              <w:right w:w="90" w:type="dxa"/>
            </w:tcMar>
          </w:tcPr>
          <w:p w14:paraId="368B1D28" w14:textId="77777777" w:rsidR="00117CA2" w:rsidRDefault="0007222E" w:rsidP="00812734">
            <w:pPr>
              <w:shd w:val="clear" w:color="auto" w:fill="FFFFFF" w:themeFill="background1"/>
              <w:spacing w:after="0" w:line="240" w:lineRule="auto"/>
            </w:pPr>
            <w:r>
              <w:t>- GV hỏi: Hai bố con Hường chơi trò chơi gì cùng nhau?</w:t>
            </w:r>
          </w:p>
        </w:tc>
        <w:tc>
          <w:tcPr>
            <w:tcW w:w="4762" w:type="dxa"/>
            <w:tcMar>
              <w:top w:w="60" w:type="dxa"/>
              <w:left w:w="90" w:type="dxa"/>
              <w:bottom w:w="60" w:type="dxa"/>
              <w:right w:w="90" w:type="dxa"/>
            </w:tcMar>
          </w:tcPr>
          <w:p w14:paraId="11EA60C6" w14:textId="77777777" w:rsidR="00117CA2" w:rsidRDefault="0007222E" w:rsidP="00812734">
            <w:pPr>
              <w:shd w:val="clear" w:color="auto" w:fill="FFFFFF" w:themeFill="background1"/>
              <w:spacing w:after="0" w:line="240" w:lineRule="auto"/>
            </w:pPr>
            <w:r>
              <w:t>- HS trả lời: Hai bố con Hường chơi trò “ăn cỗ” cùng nhau.</w:t>
            </w:r>
          </w:p>
        </w:tc>
      </w:tr>
      <w:tr w:rsidR="00117CA2" w14:paraId="1C344B4F" w14:textId="77777777" w:rsidTr="00812734">
        <w:trPr>
          <w:jc w:val="center"/>
        </w:trPr>
        <w:tc>
          <w:tcPr>
            <w:tcW w:w="4762" w:type="dxa"/>
            <w:tcMar>
              <w:top w:w="60" w:type="dxa"/>
              <w:left w:w="90" w:type="dxa"/>
              <w:bottom w:w="60" w:type="dxa"/>
              <w:right w:w="90" w:type="dxa"/>
            </w:tcMar>
          </w:tcPr>
          <w:p w14:paraId="7F6BD456" w14:textId="77777777" w:rsidR="00117CA2" w:rsidRDefault="0007222E" w:rsidP="00812734">
            <w:pPr>
              <w:shd w:val="clear" w:color="auto" w:fill="FFFFFF" w:themeFill="background1"/>
              <w:spacing w:after="0" w:line="240" w:lineRule="auto"/>
            </w:pPr>
            <w:r>
              <w:t>- GV hỏi: Khi chơi, hai bố con xưng hô với nhau như thế nào?</w:t>
            </w:r>
          </w:p>
        </w:tc>
        <w:tc>
          <w:tcPr>
            <w:tcW w:w="4762" w:type="dxa"/>
            <w:tcMar>
              <w:top w:w="60" w:type="dxa"/>
              <w:left w:w="90" w:type="dxa"/>
              <w:bottom w:w="60" w:type="dxa"/>
              <w:right w:w="90" w:type="dxa"/>
            </w:tcMar>
          </w:tcPr>
          <w:p w14:paraId="66BDD8D5" w14:textId="77777777" w:rsidR="00117CA2" w:rsidRDefault="0007222E" w:rsidP="00812734">
            <w:pPr>
              <w:shd w:val="clear" w:color="auto" w:fill="FFFFFF" w:themeFill="background1"/>
              <w:spacing w:after="0" w:line="240" w:lineRule="auto"/>
            </w:pPr>
            <w:r>
              <w:t>- HS trả lời: Khi chơi, hai bố con xưng hô là “bác” và “tôi”.</w:t>
            </w:r>
          </w:p>
        </w:tc>
      </w:tr>
      <w:tr w:rsidR="00117CA2" w14:paraId="343913D1" w14:textId="77777777" w:rsidTr="00812734">
        <w:trPr>
          <w:jc w:val="center"/>
        </w:trPr>
        <w:tc>
          <w:tcPr>
            <w:tcW w:w="4762" w:type="dxa"/>
            <w:tcMar>
              <w:top w:w="60" w:type="dxa"/>
              <w:left w:w="90" w:type="dxa"/>
              <w:bottom w:w="60" w:type="dxa"/>
              <w:right w:w="90" w:type="dxa"/>
            </w:tcMar>
          </w:tcPr>
          <w:p w14:paraId="1D39C6B4" w14:textId="77777777" w:rsidR="00117CA2" w:rsidRDefault="0007222E" w:rsidP="00812734">
            <w:pPr>
              <w:shd w:val="clear" w:color="auto" w:fill="FFFFFF" w:themeFill="background1"/>
              <w:spacing w:after="0" w:line="240" w:lineRule="auto"/>
            </w:pPr>
            <w:r>
              <w:t>- GV hỏi: Nhìn hai tay Hường đón bát cơm, mẹ nhớ tới điều gì?</w:t>
            </w:r>
          </w:p>
        </w:tc>
        <w:tc>
          <w:tcPr>
            <w:tcW w:w="4762" w:type="dxa"/>
            <w:tcMar>
              <w:top w:w="60" w:type="dxa"/>
              <w:left w:w="90" w:type="dxa"/>
              <w:bottom w:w="60" w:type="dxa"/>
              <w:right w:w="90" w:type="dxa"/>
            </w:tcMar>
          </w:tcPr>
          <w:p w14:paraId="4C88B949" w14:textId="77777777" w:rsidR="00117CA2" w:rsidRDefault="0007222E" w:rsidP="00812734">
            <w:pPr>
              <w:shd w:val="clear" w:color="auto" w:fill="FFFFFF" w:themeFill="background1"/>
              <w:spacing w:after="0" w:line="240" w:lineRule="auto"/>
            </w:pPr>
            <w:r>
              <w:t>- HS trả lời: Mẹ nhớ đến lúc hai bố con chơi trò “ăn cỗ” với nhau.</w:t>
            </w:r>
          </w:p>
        </w:tc>
      </w:tr>
      <w:tr w:rsidR="00117CA2" w14:paraId="2FFF9FC1" w14:textId="77777777" w:rsidTr="00812734">
        <w:trPr>
          <w:jc w:val="center"/>
        </w:trPr>
        <w:tc>
          <w:tcPr>
            <w:tcW w:w="4762" w:type="dxa"/>
            <w:tcMar>
              <w:top w:w="60" w:type="dxa"/>
              <w:left w:w="90" w:type="dxa"/>
              <w:bottom w:w="60" w:type="dxa"/>
              <w:right w:w="90" w:type="dxa"/>
            </w:tcMar>
          </w:tcPr>
          <w:p w14:paraId="0CB9FACB" w14:textId="77777777" w:rsidR="00117CA2" w:rsidRDefault="0007222E" w:rsidP="00812734">
            <w:pPr>
              <w:shd w:val="clear" w:color="auto" w:fill="FFFFFF" w:themeFill="background1"/>
              <w:spacing w:after="0" w:line="240" w:lineRule="auto"/>
            </w:pPr>
            <w:r>
              <w:t>- GV hỏi: Khi chơi cùng bố, Hường đã được bố dạy nết ngoan nào?</w:t>
            </w:r>
          </w:p>
        </w:tc>
        <w:tc>
          <w:tcPr>
            <w:tcW w:w="4762" w:type="dxa"/>
            <w:tcMar>
              <w:top w:w="60" w:type="dxa"/>
              <w:left w:w="90" w:type="dxa"/>
              <w:bottom w:w="60" w:type="dxa"/>
              <w:right w:w="90" w:type="dxa"/>
            </w:tcMar>
          </w:tcPr>
          <w:p w14:paraId="55D6E442" w14:textId="77777777" w:rsidR="00117CA2" w:rsidRDefault="0007222E" w:rsidP="00812734">
            <w:pPr>
              <w:shd w:val="clear" w:color="auto" w:fill="FFFFFF" w:themeFill="background1"/>
              <w:spacing w:after="0" w:line="240" w:lineRule="auto"/>
            </w:pPr>
            <w:r>
              <w:t>- HS trả lời: Hường được bố dạy có cử chỉ và lời nói lễ phép.</w:t>
            </w:r>
          </w:p>
        </w:tc>
      </w:tr>
      <w:tr w:rsidR="00117CA2" w14:paraId="50CBA279" w14:textId="77777777" w:rsidTr="00812734">
        <w:trPr>
          <w:jc w:val="center"/>
        </w:trPr>
        <w:tc>
          <w:tcPr>
            <w:tcW w:w="4762" w:type="dxa"/>
            <w:tcMar>
              <w:top w:w="60" w:type="dxa"/>
              <w:left w:w="90" w:type="dxa"/>
              <w:bottom w:w="60" w:type="dxa"/>
              <w:right w:w="90" w:type="dxa"/>
            </w:tcMar>
          </w:tcPr>
          <w:p w14:paraId="7CA0788A" w14:textId="77777777" w:rsidR="00117CA2" w:rsidRDefault="0007222E" w:rsidP="00812734">
            <w:pPr>
              <w:shd w:val="clear" w:color="auto" w:fill="FFFFFF" w:themeFill="background1"/>
              <w:spacing w:after="0" w:line="240" w:lineRule="auto"/>
            </w:pPr>
            <w:r>
              <w:t>- GV chốt nội dung bài đọc: Bài đọc nói về tình cảm gia đình và cách bố dạy Hường nói năng, cư xử lễ phép với người lớn.</w:t>
            </w:r>
          </w:p>
        </w:tc>
        <w:tc>
          <w:tcPr>
            <w:tcW w:w="4762" w:type="dxa"/>
            <w:tcMar>
              <w:top w:w="60" w:type="dxa"/>
              <w:left w:w="90" w:type="dxa"/>
              <w:bottom w:w="60" w:type="dxa"/>
              <w:right w:w="90" w:type="dxa"/>
            </w:tcMar>
          </w:tcPr>
          <w:p w14:paraId="333D46A3" w14:textId="77777777" w:rsidR="00117CA2" w:rsidRDefault="0007222E" w:rsidP="00812734">
            <w:pPr>
              <w:shd w:val="clear" w:color="auto" w:fill="FFFFFF" w:themeFill="background1"/>
              <w:spacing w:after="0" w:line="240" w:lineRule="auto"/>
            </w:pPr>
            <w:r>
              <w:t>- HS nhắc lại nội dung: Bố dạy Hường biết lễ phép, nói lời lịch sự khi giao tiếp.</w:t>
            </w:r>
          </w:p>
        </w:tc>
      </w:tr>
      <w:tr w:rsidR="00117CA2" w14:paraId="40370296" w14:textId="77777777" w:rsidTr="00812734">
        <w:trPr>
          <w:jc w:val="center"/>
        </w:trPr>
        <w:tc>
          <w:tcPr>
            <w:tcW w:w="4762" w:type="dxa"/>
            <w:tcMar>
              <w:top w:w="60" w:type="dxa"/>
              <w:left w:w="90" w:type="dxa"/>
              <w:bottom w:w="60" w:type="dxa"/>
              <w:right w:w="90" w:type="dxa"/>
            </w:tcMar>
          </w:tcPr>
          <w:p w14:paraId="2F24CBD5" w14:textId="77777777" w:rsidR="00117CA2" w:rsidRDefault="0007222E" w:rsidP="00812734">
            <w:pPr>
              <w:shd w:val="clear" w:color="auto" w:fill="FFFFFF" w:themeFill="background1"/>
              <w:spacing w:after="0" w:line="240" w:lineRule="auto"/>
            </w:pPr>
            <w:r>
              <w:t>- GV hỏi dẫn tích hợp: Vì sao khi nói với người khác, chúng ta cần dùng lời lịch sự?</w:t>
            </w:r>
          </w:p>
        </w:tc>
        <w:tc>
          <w:tcPr>
            <w:tcW w:w="4762" w:type="dxa"/>
            <w:tcMar>
              <w:top w:w="60" w:type="dxa"/>
              <w:left w:w="90" w:type="dxa"/>
              <w:bottom w:w="60" w:type="dxa"/>
              <w:right w:w="90" w:type="dxa"/>
            </w:tcMar>
          </w:tcPr>
          <w:p w14:paraId="31AC75FC" w14:textId="77777777" w:rsidR="00117CA2" w:rsidRDefault="0007222E" w:rsidP="00812734">
            <w:pPr>
              <w:shd w:val="clear" w:color="auto" w:fill="FFFFFF" w:themeFill="background1"/>
              <w:spacing w:after="0" w:line="240" w:lineRule="auto"/>
            </w:pPr>
            <w:r>
              <w:t>- HS trả lời: Vì lời nói lịch sự thể hiện sự tôn trọng, làm người nghe vui và giúp giao tiếp tốt hơn.</w:t>
            </w:r>
          </w:p>
        </w:tc>
      </w:tr>
      <w:tr w:rsidR="00117CA2" w14:paraId="0EFEF050" w14:textId="77777777" w:rsidTr="00812734">
        <w:trPr>
          <w:jc w:val="center"/>
        </w:trPr>
        <w:tc>
          <w:tcPr>
            <w:tcW w:w="4762" w:type="dxa"/>
            <w:tcBorders>
              <w:bottom w:val="single" w:sz="6" w:space="0" w:color="000000"/>
            </w:tcBorders>
            <w:tcMar>
              <w:top w:w="60" w:type="dxa"/>
              <w:left w:w="90" w:type="dxa"/>
              <w:bottom w:w="60" w:type="dxa"/>
              <w:right w:w="90" w:type="dxa"/>
            </w:tcMar>
          </w:tcPr>
          <w:p w14:paraId="196B1D9F" w14:textId="77777777" w:rsidR="00117CA2" w:rsidRDefault="0007222E" w:rsidP="00812734">
            <w:pPr>
              <w:shd w:val="clear" w:color="auto" w:fill="FFFFFF" w:themeFill="background1"/>
              <w:spacing w:after="0" w:line="240" w:lineRule="auto"/>
            </w:pPr>
            <w:r>
              <w:rPr>
                <w:color w:val="C00000"/>
              </w:rPr>
              <w:t xml:space="preserve">- Tích hợp Lý tưởng cách mạng - đạo đức - lối sống: GV diễn giải: Trong gia đình, trường học và nơi công cộng, lời nói lịch sự giúp chúng ta thể hiện sự tôn trọng người khác. Khi nhờ ai giúp, các em nên dùng các từ “dạ”, “xin”, “ạ”, “làm ơn”, “cảm ơn”. Khi đáp lại, các em cũng cần nói nhẹ </w:t>
            </w:r>
            <w:r>
              <w:rPr>
                <w:color w:val="C00000"/>
              </w:rPr>
              <w:lastRenderedPageBreak/>
              <w:t>nhàng, không cáu gắt. Đó là biểu hiện của nếp sống văn minh, biết điều và có đạo đức trong giao tiếp hằng ngày.</w:t>
            </w:r>
          </w:p>
        </w:tc>
        <w:tc>
          <w:tcPr>
            <w:tcW w:w="4762" w:type="dxa"/>
            <w:tcBorders>
              <w:bottom w:val="single" w:sz="6" w:space="0" w:color="000000"/>
            </w:tcBorders>
            <w:tcMar>
              <w:top w:w="60" w:type="dxa"/>
              <w:left w:w="90" w:type="dxa"/>
              <w:bottom w:w="60" w:type="dxa"/>
              <w:right w:w="90" w:type="dxa"/>
            </w:tcMar>
          </w:tcPr>
          <w:p w14:paraId="3D5C0A2B" w14:textId="77777777" w:rsidR="00117CA2" w:rsidRDefault="0007222E" w:rsidP="00812734">
            <w:pPr>
              <w:shd w:val="clear" w:color="auto" w:fill="FFFFFF" w:themeFill="background1"/>
              <w:spacing w:after="0" w:line="240" w:lineRule="auto"/>
            </w:pPr>
            <w:r>
              <w:lastRenderedPageBreak/>
              <w:t>- HS nêu cách nói lịch sự: Dạ, con cảm ơn mẹ ạ./ Bạn mở giúp tớ cửa sổ nhé./ Vâng ạ, con làm ngay ạ.</w:t>
            </w:r>
          </w:p>
        </w:tc>
      </w:tr>
      <w:tr w:rsidR="00117CA2" w14:paraId="28CAD45F"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555D49F" w14:textId="77777777" w:rsidR="00117CA2" w:rsidRDefault="0007222E" w:rsidP="00812734">
            <w:pPr>
              <w:shd w:val="clear" w:color="auto" w:fill="FFFFFF" w:themeFill="background1"/>
              <w:spacing w:after="0"/>
            </w:pPr>
            <w:r>
              <w:rPr>
                <w:b/>
                <w:bCs/>
                <w:color w:val="006100"/>
              </w:rPr>
              <w:t>C. LUYỆN TẬP - Hoạt động 3: Luyện đọc lại và luyện tập theo văn bản đọc (15 PHÚT)</w:t>
            </w:r>
            <w:r>
              <w:rPr>
                <w:b/>
                <w:bCs/>
                <w:color w:val="006100"/>
              </w:rPr>
              <w:br/>
              <w:t>Mục tiêu: Tìm được câu nói thể hiện thái độ lịch sự; biết nói - đáp lời yêu cầu, đề nghị.</w:t>
            </w:r>
          </w:p>
        </w:tc>
      </w:tr>
      <w:tr w:rsidR="00117CA2" w14:paraId="112261B2" w14:textId="77777777" w:rsidTr="00812734">
        <w:trPr>
          <w:jc w:val="center"/>
        </w:trPr>
        <w:tc>
          <w:tcPr>
            <w:tcW w:w="4762" w:type="dxa"/>
            <w:tcBorders>
              <w:top w:val="single" w:sz="6" w:space="0" w:color="000000"/>
            </w:tcBorders>
            <w:tcMar>
              <w:top w:w="60" w:type="dxa"/>
              <w:left w:w="90" w:type="dxa"/>
              <w:bottom w:w="60" w:type="dxa"/>
              <w:right w:w="90" w:type="dxa"/>
            </w:tcMar>
          </w:tcPr>
          <w:p w14:paraId="0841F69D" w14:textId="77777777" w:rsidR="00117CA2" w:rsidRDefault="0007222E" w:rsidP="00812734">
            <w:pPr>
              <w:shd w:val="clear" w:color="auto" w:fill="FFFFFF" w:themeFill="background1"/>
              <w:spacing w:after="0" w:line="240" w:lineRule="auto"/>
            </w:pPr>
            <w:r>
              <w:t>- GV yêu cầu HS tự luyện đọc lại toàn bài.</w:t>
            </w:r>
          </w:p>
        </w:tc>
        <w:tc>
          <w:tcPr>
            <w:tcW w:w="4762" w:type="dxa"/>
            <w:tcBorders>
              <w:top w:val="single" w:sz="6" w:space="0" w:color="000000"/>
            </w:tcBorders>
            <w:tcMar>
              <w:top w:w="60" w:type="dxa"/>
              <w:left w:w="90" w:type="dxa"/>
              <w:bottom w:w="60" w:type="dxa"/>
              <w:right w:w="90" w:type="dxa"/>
            </w:tcMar>
          </w:tcPr>
          <w:p w14:paraId="659E9E0E" w14:textId="77777777" w:rsidR="00117CA2" w:rsidRDefault="0007222E" w:rsidP="00812734">
            <w:pPr>
              <w:shd w:val="clear" w:color="auto" w:fill="FFFFFF" w:themeFill="background1"/>
              <w:spacing w:after="0" w:line="240" w:lineRule="auto"/>
            </w:pPr>
            <w:r>
              <w:t>- HS luyện đọc thầm, chú ý lời nhân vật.</w:t>
            </w:r>
          </w:p>
        </w:tc>
      </w:tr>
      <w:tr w:rsidR="00117CA2" w14:paraId="6A89C81A" w14:textId="77777777" w:rsidTr="00812734">
        <w:trPr>
          <w:jc w:val="center"/>
        </w:trPr>
        <w:tc>
          <w:tcPr>
            <w:tcW w:w="4762" w:type="dxa"/>
            <w:tcMar>
              <w:top w:w="60" w:type="dxa"/>
              <w:left w:w="90" w:type="dxa"/>
              <w:bottom w:w="60" w:type="dxa"/>
              <w:right w:w="90" w:type="dxa"/>
            </w:tcMar>
          </w:tcPr>
          <w:p w14:paraId="6F0A9EA3" w14:textId="77777777" w:rsidR="00117CA2" w:rsidRDefault="0007222E" w:rsidP="00812734">
            <w:pPr>
              <w:shd w:val="clear" w:color="auto" w:fill="FFFFFF" w:themeFill="background1"/>
              <w:spacing w:after="0" w:line="240" w:lineRule="auto"/>
            </w:pPr>
            <w:r>
              <w:t>- GV mời 1 - 2 HS đọc lại toàn bài.</w:t>
            </w:r>
          </w:p>
        </w:tc>
        <w:tc>
          <w:tcPr>
            <w:tcW w:w="4762" w:type="dxa"/>
            <w:tcMar>
              <w:top w:w="60" w:type="dxa"/>
              <w:left w:w="90" w:type="dxa"/>
              <w:bottom w:w="60" w:type="dxa"/>
              <w:right w:w="90" w:type="dxa"/>
            </w:tcMar>
          </w:tcPr>
          <w:p w14:paraId="0574BD2B" w14:textId="77777777" w:rsidR="00117CA2" w:rsidRDefault="0007222E" w:rsidP="00812734">
            <w:pPr>
              <w:shd w:val="clear" w:color="auto" w:fill="FFFFFF" w:themeFill="background1"/>
              <w:spacing w:after="0" w:line="240" w:lineRule="auto"/>
            </w:pPr>
            <w:r>
              <w:t>- HS đọc lại bài; lớp nhận xét cách đọc lời bố và lời Hường.</w:t>
            </w:r>
          </w:p>
        </w:tc>
      </w:tr>
      <w:tr w:rsidR="00117CA2" w14:paraId="221E5297" w14:textId="77777777" w:rsidTr="00812734">
        <w:trPr>
          <w:jc w:val="center"/>
        </w:trPr>
        <w:tc>
          <w:tcPr>
            <w:tcW w:w="4762" w:type="dxa"/>
            <w:tcMar>
              <w:top w:w="60" w:type="dxa"/>
              <w:left w:w="90" w:type="dxa"/>
              <w:bottom w:w="60" w:type="dxa"/>
              <w:right w:w="90" w:type="dxa"/>
            </w:tcMar>
          </w:tcPr>
          <w:p w14:paraId="42CE711A" w14:textId="77777777" w:rsidR="00117CA2" w:rsidRDefault="0007222E" w:rsidP="00812734">
            <w:pPr>
              <w:shd w:val="clear" w:color="auto" w:fill="FFFFFF" w:themeFill="background1"/>
              <w:spacing w:after="0" w:line="240" w:lineRule="auto"/>
            </w:pPr>
            <w:r>
              <w:rPr>
                <w:b/>
                <w:bCs/>
              </w:rPr>
              <w:t>- Bài tập 1: Những câu nói nào dưới đây thể hiện thái độ lịch sự?</w:t>
            </w:r>
          </w:p>
          <w:p w14:paraId="04D5BC41" w14:textId="77777777" w:rsidR="00117CA2" w:rsidRDefault="0007222E" w:rsidP="00812734">
            <w:pPr>
              <w:shd w:val="clear" w:color="auto" w:fill="FFFFFF" w:themeFill="background1"/>
              <w:spacing w:after="0" w:line="240" w:lineRule="auto"/>
            </w:pPr>
            <w:r>
              <w:t>- GV yêu cầu HS đọc đề và các phương án.</w:t>
            </w:r>
          </w:p>
        </w:tc>
        <w:tc>
          <w:tcPr>
            <w:tcW w:w="4762" w:type="dxa"/>
            <w:tcMar>
              <w:top w:w="60" w:type="dxa"/>
              <w:left w:w="90" w:type="dxa"/>
              <w:bottom w:w="60" w:type="dxa"/>
              <w:right w:w="90" w:type="dxa"/>
            </w:tcMar>
          </w:tcPr>
          <w:p w14:paraId="16A3B9DF" w14:textId="77777777" w:rsidR="00117CA2" w:rsidRDefault="0007222E" w:rsidP="00812734">
            <w:pPr>
              <w:shd w:val="clear" w:color="auto" w:fill="FFFFFF" w:themeFill="background1"/>
              <w:spacing w:after="0" w:line="240" w:lineRule="auto"/>
            </w:pPr>
            <w:r>
              <w:t>- HS đọc đề và các phương án: a. Cho tôi xin bát miến. b. Dạ, xin bác bát miến ạ. c. Đưa tôi bát miến!</w:t>
            </w:r>
          </w:p>
        </w:tc>
      </w:tr>
      <w:tr w:rsidR="00117CA2" w14:paraId="3671C29C" w14:textId="77777777" w:rsidTr="00812734">
        <w:trPr>
          <w:jc w:val="center"/>
        </w:trPr>
        <w:tc>
          <w:tcPr>
            <w:tcW w:w="4762" w:type="dxa"/>
            <w:tcMar>
              <w:top w:w="60" w:type="dxa"/>
              <w:left w:w="90" w:type="dxa"/>
              <w:bottom w:w="60" w:type="dxa"/>
              <w:right w:w="90" w:type="dxa"/>
            </w:tcMar>
          </w:tcPr>
          <w:p w14:paraId="005335A3" w14:textId="77777777" w:rsidR="00117CA2" w:rsidRDefault="0007222E" w:rsidP="00812734">
            <w:pPr>
              <w:shd w:val="clear" w:color="auto" w:fill="FFFFFF" w:themeFill="background1"/>
              <w:spacing w:after="0" w:line="240" w:lineRule="auto"/>
            </w:pPr>
            <w:r>
              <w:t>- GV yêu cầu HS trao đổi cặp đôi để chọn câu thể hiện thái độ lịch sự.</w:t>
            </w:r>
          </w:p>
        </w:tc>
        <w:tc>
          <w:tcPr>
            <w:tcW w:w="4762" w:type="dxa"/>
            <w:tcMar>
              <w:top w:w="60" w:type="dxa"/>
              <w:left w:w="90" w:type="dxa"/>
              <w:bottom w:w="60" w:type="dxa"/>
              <w:right w:w="90" w:type="dxa"/>
            </w:tcMar>
          </w:tcPr>
          <w:p w14:paraId="133D6C55" w14:textId="77777777" w:rsidR="00117CA2" w:rsidRDefault="0007222E" w:rsidP="00812734">
            <w:pPr>
              <w:shd w:val="clear" w:color="auto" w:fill="FFFFFF" w:themeFill="background1"/>
              <w:spacing w:after="0" w:line="240" w:lineRule="auto"/>
            </w:pPr>
            <w:r>
              <w:t>- HS trao đổi và chọn: a. Cho tôi xin bát miến; b. Dạ, xin bác bát miến ạ.</w:t>
            </w:r>
          </w:p>
        </w:tc>
      </w:tr>
      <w:tr w:rsidR="00117CA2" w14:paraId="74D54619" w14:textId="77777777" w:rsidTr="00812734">
        <w:trPr>
          <w:jc w:val="center"/>
        </w:trPr>
        <w:tc>
          <w:tcPr>
            <w:tcW w:w="4762" w:type="dxa"/>
            <w:tcBorders>
              <w:bottom w:val="single" w:sz="6" w:space="0" w:color="000000"/>
            </w:tcBorders>
            <w:tcMar>
              <w:top w:w="60" w:type="dxa"/>
              <w:left w:w="90" w:type="dxa"/>
              <w:bottom w:w="60" w:type="dxa"/>
              <w:right w:w="90" w:type="dxa"/>
            </w:tcMar>
          </w:tcPr>
          <w:p w14:paraId="4543B8B0" w14:textId="77777777" w:rsidR="00117CA2" w:rsidRDefault="0007222E" w:rsidP="00812734">
            <w:pPr>
              <w:shd w:val="clear" w:color="auto" w:fill="FFFFFF" w:themeFill="background1"/>
              <w:spacing w:after="0" w:line="240" w:lineRule="auto"/>
            </w:pPr>
            <w:r>
              <w:t>- GV hỏi: Câu nào lịch sự nhất? Vì sao?</w:t>
            </w:r>
          </w:p>
        </w:tc>
        <w:tc>
          <w:tcPr>
            <w:tcW w:w="4762" w:type="dxa"/>
            <w:tcBorders>
              <w:bottom w:val="single" w:sz="6" w:space="0" w:color="000000"/>
            </w:tcBorders>
            <w:tcMar>
              <w:top w:w="60" w:type="dxa"/>
              <w:left w:w="90" w:type="dxa"/>
              <w:bottom w:w="60" w:type="dxa"/>
              <w:right w:w="90" w:type="dxa"/>
            </w:tcMar>
          </w:tcPr>
          <w:p w14:paraId="52111812" w14:textId="77777777" w:rsidR="00117CA2" w:rsidRDefault="0007222E" w:rsidP="00812734">
            <w:pPr>
              <w:shd w:val="clear" w:color="auto" w:fill="FFFFFF" w:themeFill="background1"/>
              <w:spacing w:after="0" w:line="240" w:lineRule="auto"/>
            </w:pPr>
            <w:r>
              <w:t>- HS trả lời: Câu b lịch sự nhất vì có các từ “Dạ”, “xin”, “ạ”.</w:t>
            </w:r>
          </w:p>
        </w:tc>
      </w:tr>
      <w:tr w:rsidR="00117CA2" w14:paraId="56755D98"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34EF2BF0" w14:textId="77777777" w:rsidR="00117CA2" w:rsidRDefault="0007222E" w:rsidP="00812734">
            <w:pPr>
              <w:shd w:val="clear" w:color="auto" w:fill="FFFFFF" w:themeFill="background1"/>
              <w:spacing w:after="0"/>
            </w:pPr>
            <w:r>
              <w:rPr>
                <w:b/>
                <w:bCs/>
                <w:color w:val="006100"/>
              </w:rPr>
              <w:t>D. VẬN DỤNG (3 PHÚT)</w:t>
            </w:r>
            <w:r>
              <w:rPr>
                <w:b/>
                <w:bCs/>
                <w:color w:val="006100"/>
              </w:rPr>
              <w:br/>
              <w:t>Mục tiêu: Vận dụng cách nói - đáp lời yêu cầu, đề nghị lịch sự vào tình huống thực tế.</w:t>
            </w:r>
          </w:p>
        </w:tc>
      </w:tr>
      <w:tr w:rsidR="00117CA2" w14:paraId="441B8083" w14:textId="77777777" w:rsidTr="00812734">
        <w:trPr>
          <w:jc w:val="center"/>
        </w:trPr>
        <w:tc>
          <w:tcPr>
            <w:tcW w:w="4762" w:type="dxa"/>
            <w:tcBorders>
              <w:top w:val="single" w:sz="6" w:space="0" w:color="000000"/>
            </w:tcBorders>
            <w:tcMar>
              <w:top w:w="60" w:type="dxa"/>
              <w:left w:w="90" w:type="dxa"/>
              <w:bottom w:w="60" w:type="dxa"/>
              <w:right w:w="90" w:type="dxa"/>
            </w:tcMar>
          </w:tcPr>
          <w:p w14:paraId="6F946E07" w14:textId="77777777" w:rsidR="00117CA2" w:rsidRDefault="0007222E" w:rsidP="00812734">
            <w:pPr>
              <w:shd w:val="clear" w:color="auto" w:fill="FFFFFF" w:themeFill="background1"/>
              <w:spacing w:after="0" w:line="240" w:lineRule="auto"/>
            </w:pPr>
            <w:r>
              <w:rPr>
                <w:b/>
                <w:bCs/>
              </w:rPr>
              <w:t>- Bài tập 2: Cùng bạn đóng vai nói và đáp lời yêu cầu, đề nghị.</w:t>
            </w:r>
          </w:p>
          <w:p w14:paraId="2C4DEC45" w14:textId="77777777" w:rsidR="00117CA2" w:rsidRDefault="0007222E" w:rsidP="00812734">
            <w:pPr>
              <w:shd w:val="clear" w:color="auto" w:fill="FFFFFF" w:themeFill="background1"/>
              <w:spacing w:after="0" w:line="240" w:lineRule="auto"/>
            </w:pPr>
            <w:r>
              <w:t>- GV yêu cầu HS đọc mẫu và thực hành theo cặp.</w:t>
            </w:r>
          </w:p>
        </w:tc>
        <w:tc>
          <w:tcPr>
            <w:tcW w:w="4762" w:type="dxa"/>
            <w:tcBorders>
              <w:top w:val="single" w:sz="6" w:space="0" w:color="000000"/>
            </w:tcBorders>
            <w:tcMar>
              <w:top w:w="60" w:type="dxa"/>
              <w:left w:w="90" w:type="dxa"/>
              <w:bottom w:w="60" w:type="dxa"/>
              <w:right w:w="90" w:type="dxa"/>
            </w:tcMar>
          </w:tcPr>
          <w:p w14:paraId="446DD1EE" w14:textId="77777777" w:rsidR="00117CA2" w:rsidRDefault="0007222E" w:rsidP="00812734">
            <w:pPr>
              <w:shd w:val="clear" w:color="auto" w:fill="FFFFFF" w:themeFill="background1"/>
              <w:spacing w:after="0" w:line="240" w:lineRule="auto"/>
            </w:pPr>
            <w:r>
              <w:t>- HS thực hành theo cặp: Bạn mở giúp tớ cửa sổ nhé! – Ừ, đợi tớ một chút nhé./ Bác cho cháu mượn quyển sách ạ! – Ừ, bác đưa cháu ngay.</w:t>
            </w:r>
          </w:p>
        </w:tc>
      </w:tr>
      <w:tr w:rsidR="00117CA2" w14:paraId="37353344" w14:textId="77777777" w:rsidTr="00812734">
        <w:trPr>
          <w:jc w:val="center"/>
        </w:trPr>
        <w:tc>
          <w:tcPr>
            <w:tcW w:w="4762" w:type="dxa"/>
            <w:tcMar>
              <w:top w:w="60" w:type="dxa"/>
              <w:left w:w="90" w:type="dxa"/>
              <w:bottom w:w="60" w:type="dxa"/>
              <w:right w:w="90" w:type="dxa"/>
            </w:tcMar>
          </w:tcPr>
          <w:p w14:paraId="6E1DEE64" w14:textId="77777777" w:rsidR="00117CA2" w:rsidRDefault="0007222E" w:rsidP="00812734">
            <w:pPr>
              <w:shd w:val="clear" w:color="auto" w:fill="FFFFFF" w:themeFill="background1"/>
              <w:spacing w:after="0" w:line="240" w:lineRule="auto"/>
            </w:pPr>
            <w:r>
              <w:t>- GV mời một số cặp đóng vai trước lớp và nhận xét.</w:t>
            </w:r>
          </w:p>
        </w:tc>
        <w:tc>
          <w:tcPr>
            <w:tcW w:w="4762" w:type="dxa"/>
            <w:tcMar>
              <w:top w:w="60" w:type="dxa"/>
              <w:left w:w="90" w:type="dxa"/>
              <w:bottom w:w="60" w:type="dxa"/>
              <w:right w:w="90" w:type="dxa"/>
            </w:tcMar>
          </w:tcPr>
          <w:p w14:paraId="0D4F5324" w14:textId="77777777" w:rsidR="00117CA2" w:rsidRDefault="0007222E" w:rsidP="00812734">
            <w:pPr>
              <w:shd w:val="clear" w:color="auto" w:fill="FFFFFF" w:themeFill="background1"/>
              <w:spacing w:after="0" w:line="240" w:lineRule="auto"/>
            </w:pPr>
            <w:r>
              <w:t>- Các cặp đóng vai; lớp nhận xét bạn nói rõ ràng, lễ phép, biết dùng từ lịch sự.</w:t>
            </w:r>
          </w:p>
        </w:tc>
      </w:tr>
      <w:tr w:rsidR="00117CA2" w14:paraId="7105081E" w14:textId="77777777" w:rsidTr="00812734">
        <w:trPr>
          <w:jc w:val="center"/>
        </w:trPr>
        <w:tc>
          <w:tcPr>
            <w:tcW w:w="4762" w:type="dxa"/>
            <w:tcMar>
              <w:top w:w="60" w:type="dxa"/>
              <w:left w:w="90" w:type="dxa"/>
              <w:bottom w:w="60" w:type="dxa"/>
              <w:right w:w="90" w:type="dxa"/>
            </w:tcMar>
          </w:tcPr>
          <w:p w14:paraId="0EFC9178" w14:textId="77777777" w:rsidR="00117CA2" w:rsidRDefault="0007222E" w:rsidP="00812734">
            <w:pPr>
              <w:shd w:val="clear" w:color="auto" w:fill="FFFFFF" w:themeFill="background1"/>
              <w:spacing w:after="0" w:line="240" w:lineRule="auto"/>
            </w:pPr>
            <w:r>
              <w:t>- GV dặn HS thực hành nói lời lịch sự với người thân ở nhà.</w:t>
            </w:r>
          </w:p>
        </w:tc>
        <w:tc>
          <w:tcPr>
            <w:tcW w:w="4762" w:type="dxa"/>
            <w:tcMar>
              <w:top w:w="60" w:type="dxa"/>
              <w:left w:w="90" w:type="dxa"/>
              <w:bottom w:w="60" w:type="dxa"/>
              <w:right w:w="90" w:type="dxa"/>
            </w:tcMar>
          </w:tcPr>
          <w:p w14:paraId="0A65734D" w14:textId="77777777" w:rsidR="00117CA2" w:rsidRDefault="0007222E" w:rsidP="00812734">
            <w:pPr>
              <w:shd w:val="clear" w:color="auto" w:fill="FFFFFF" w:themeFill="background1"/>
              <w:spacing w:after="0" w:line="240" w:lineRule="auto"/>
            </w:pPr>
            <w:r>
              <w:t>- HS ghi nhớ và hứa thực hiện: Em sẽ nói “dạ”, “vâng ạ”, “con cảm ơn” khi giao tiếp với người lớn.</w:t>
            </w:r>
          </w:p>
        </w:tc>
      </w:tr>
    </w:tbl>
    <w:p w14:paraId="69155B1C" w14:textId="77777777" w:rsidR="00117CA2" w:rsidRDefault="0007222E" w:rsidP="00812734">
      <w:pPr>
        <w:shd w:val="clear" w:color="auto" w:fill="FFFFFF" w:themeFill="background1"/>
        <w:spacing w:after="0" w:line="240" w:lineRule="auto"/>
      </w:pPr>
      <w:r>
        <w:rPr>
          <w:b/>
          <w:bCs/>
        </w:rPr>
        <w:t>IV. ĐIỀU CHỈNH SAU TIẾT DẠY (NẾU CÓ):</w:t>
      </w:r>
    </w:p>
    <w:p w14:paraId="735536E2" w14:textId="77777777" w:rsidR="00117CA2" w:rsidRDefault="0007222E" w:rsidP="00812734">
      <w:pPr>
        <w:shd w:val="clear" w:color="auto" w:fill="FFFFFF" w:themeFill="background1"/>
        <w:spacing w:after="0" w:line="240" w:lineRule="auto"/>
      </w:pPr>
      <w:r>
        <w:t>……………………………………………………………………………………………………………………………</w:t>
      </w:r>
    </w:p>
    <w:p w14:paraId="272763A8" w14:textId="77777777" w:rsidR="00117CA2" w:rsidRDefault="0007222E" w:rsidP="00812734">
      <w:pPr>
        <w:shd w:val="clear" w:color="auto" w:fill="FFFFFF" w:themeFill="background1"/>
        <w:spacing w:after="0" w:line="240" w:lineRule="auto"/>
      </w:pPr>
      <w:r>
        <w:t>……………………………………………………………………………………………………………………………</w:t>
      </w:r>
    </w:p>
    <w:p w14:paraId="2D26D8B5" w14:textId="77777777" w:rsidR="00117CA2" w:rsidRDefault="0007222E" w:rsidP="00812734">
      <w:pPr>
        <w:shd w:val="clear" w:color="auto" w:fill="FFFFFF" w:themeFill="background1"/>
        <w:spacing w:after="0" w:line="240" w:lineRule="auto"/>
      </w:pPr>
      <w:r>
        <w:br w:type="page"/>
      </w:r>
    </w:p>
    <w:p w14:paraId="465465D4" w14:textId="77777777" w:rsidR="00117CA2" w:rsidRDefault="0007222E" w:rsidP="00812734">
      <w:pPr>
        <w:shd w:val="clear" w:color="auto" w:fill="FFFFFF" w:themeFill="background1"/>
        <w:spacing w:after="0" w:line="240" w:lineRule="auto"/>
        <w:jc w:val="center"/>
      </w:pPr>
      <w:r>
        <w:rPr>
          <w:b/>
          <w:bCs/>
        </w:rPr>
        <w:lastRenderedPageBreak/>
        <w:t>KẾ HOẠCH BÀI DẠY – TUẦN 15</w:t>
      </w:r>
    </w:p>
    <w:p w14:paraId="2ED35A32" w14:textId="77777777" w:rsidR="00117CA2" w:rsidRDefault="0007222E" w:rsidP="00812734">
      <w:pPr>
        <w:shd w:val="clear" w:color="auto" w:fill="FFFFFF" w:themeFill="background1"/>
        <w:spacing w:after="0" w:line="240" w:lineRule="auto"/>
        <w:jc w:val="center"/>
      </w:pPr>
      <w:r>
        <w:rPr>
          <w:b/>
          <w:bCs/>
        </w:rPr>
        <w:t>CHỦ ĐỀ 4: MÁI ẤM GIA ĐÌNH</w:t>
      </w:r>
    </w:p>
    <w:p w14:paraId="7D380461" w14:textId="77777777" w:rsidR="00117CA2" w:rsidRDefault="0007222E" w:rsidP="00812734">
      <w:pPr>
        <w:shd w:val="clear" w:color="auto" w:fill="FFFFFF" w:themeFill="background1"/>
        <w:spacing w:after="0" w:line="240" w:lineRule="auto"/>
        <w:jc w:val="center"/>
      </w:pPr>
      <w:r>
        <w:rPr>
          <w:b/>
          <w:bCs/>
        </w:rPr>
        <w:t>BÀI 28: TRÒ CHƠI CỦA BỐ</w:t>
      </w:r>
    </w:p>
    <w:p w14:paraId="690D03BB" w14:textId="77777777" w:rsidR="00117CA2" w:rsidRDefault="0007222E" w:rsidP="00812734">
      <w:pPr>
        <w:shd w:val="clear" w:color="auto" w:fill="FFFFFF" w:themeFill="background1"/>
        <w:spacing w:after="0" w:line="240" w:lineRule="auto"/>
        <w:jc w:val="center"/>
      </w:pPr>
      <w:r>
        <w:rPr>
          <w:b/>
          <w:bCs/>
        </w:rPr>
        <w:t>TIẾT 3: VIẾT – NGHE VIẾT: TRÒ CHƠI CỦA BỐ</w:t>
      </w:r>
    </w:p>
    <w:p w14:paraId="33551EEF" w14:textId="77777777" w:rsidR="00117CA2" w:rsidRDefault="0007222E" w:rsidP="00812734">
      <w:pPr>
        <w:shd w:val="clear" w:color="auto" w:fill="FFFFFF" w:themeFill="background1"/>
        <w:spacing w:after="0" w:line="240" w:lineRule="auto"/>
      </w:pPr>
      <w:r>
        <w:rPr>
          <w:b/>
          <w:bCs/>
        </w:rPr>
        <w:t>I. YÊU CẦU CẦN ĐẠT</w:t>
      </w:r>
    </w:p>
    <w:p w14:paraId="63909648" w14:textId="77777777" w:rsidR="00117CA2" w:rsidRDefault="0007222E" w:rsidP="00812734">
      <w:pPr>
        <w:shd w:val="clear" w:color="auto" w:fill="FFFFFF" w:themeFill="background1"/>
        <w:spacing w:after="0" w:line="240" w:lineRule="auto"/>
      </w:pPr>
      <w:r>
        <w:rPr>
          <w:b/>
          <w:bCs/>
        </w:rPr>
        <w:t>1. Năng lực đặc thù</w:t>
      </w:r>
    </w:p>
    <w:p w14:paraId="3CE231BB" w14:textId="77777777" w:rsidR="00117CA2" w:rsidRDefault="0007222E" w:rsidP="00812734">
      <w:pPr>
        <w:shd w:val="clear" w:color="auto" w:fill="FFFFFF" w:themeFill="background1"/>
        <w:spacing w:after="0" w:line="240" w:lineRule="auto"/>
      </w:pPr>
      <w:r>
        <w:t>- Nghe - viết đúng đoạn chính tả Trò chơi của bố; trình bày đúng đoạn văn, viết hoa chữ cái đầu câu.</w:t>
      </w:r>
    </w:p>
    <w:p w14:paraId="4C9AAA26" w14:textId="77777777" w:rsidR="00117CA2" w:rsidRDefault="0007222E" w:rsidP="00812734">
      <w:pPr>
        <w:shd w:val="clear" w:color="auto" w:fill="FFFFFF" w:themeFill="background1"/>
        <w:spacing w:after="0" w:line="240" w:lineRule="auto"/>
      </w:pPr>
      <w:r>
        <w:t>- Viết đúng địa chỉ nhà theo mẫu.</w:t>
      </w:r>
    </w:p>
    <w:p w14:paraId="647E5E20" w14:textId="77777777" w:rsidR="00117CA2" w:rsidRDefault="0007222E" w:rsidP="00812734">
      <w:pPr>
        <w:shd w:val="clear" w:color="auto" w:fill="FFFFFF" w:themeFill="background1"/>
        <w:spacing w:after="0" w:line="240" w:lineRule="auto"/>
      </w:pPr>
      <w:r>
        <w:t>- Làm đúng bài tập chính tả phân biệt l/n hoặc ao/au.</w:t>
      </w:r>
    </w:p>
    <w:p w14:paraId="5EEDE829" w14:textId="77777777" w:rsidR="00117CA2" w:rsidRDefault="0007222E" w:rsidP="00812734">
      <w:pPr>
        <w:shd w:val="clear" w:color="auto" w:fill="FFFFFF" w:themeFill="background1"/>
        <w:spacing w:after="0" w:line="240" w:lineRule="auto"/>
      </w:pPr>
      <w:r>
        <w:rPr>
          <w:b/>
          <w:bCs/>
        </w:rPr>
        <w:t>2. Năng lực chung</w:t>
      </w:r>
    </w:p>
    <w:p w14:paraId="67F0545E" w14:textId="77777777" w:rsidR="00117CA2" w:rsidRDefault="0007222E" w:rsidP="00812734">
      <w:pPr>
        <w:shd w:val="clear" w:color="auto" w:fill="FFFFFF" w:themeFill="background1"/>
        <w:spacing w:after="0" w:line="240" w:lineRule="auto"/>
      </w:pPr>
      <w:r>
        <w:t>- Tự chủ và tự học: tự soát lỗi, sửa lỗi chính tả.</w:t>
      </w:r>
    </w:p>
    <w:p w14:paraId="09E1946F" w14:textId="77777777" w:rsidR="00117CA2" w:rsidRDefault="0007222E" w:rsidP="00812734">
      <w:pPr>
        <w:shd w:val="clear" w:color="auto" w:fill="FFFFFF" w:themeFill="background1"/>
        <w:spacing w:after="0" w:line="240" w:lineRule="auto"/>
      </w:pPr>
      <w:r>
        <w:t>- Giao tiếp và hợp tác: đổi vở, góp ý cho bạn.</w:t>
      </w:r>
    </w:p>
    <w:p w14:paraId="2E082A96" w14:textId="77777777" w:rsidR="00117CA2" w:rsidRDefault="0007222E" w:rsidP="00812734">
      <w:pPr>
        <w:shd w:val="clear" w:color="auto" w:fill="FFFFFF" w:themeFill="background1"/>
        <w:spacing w:after="0" w:line="240" w:lineRule="auto"/>
      </w:pPr>
      <w:r>
        <w:t>- Giải quyết vấn đề và sáng tạo: biết vận dụng quy tắc chính tả để chọn tiếng đúng.</w:t>
      </w:r>
    </w:p>
    <w:p w14:paraId="0A56822E" w14:textId="77777777" w:rsidR="00117CA2" w:rsidRDefault="0007222E" w:rsidP="00812734">
      <w:pPr>
        <w:shd w:val="clear" w:color="auto" w:fill="FFFFFF" w:themeFill="background1"/>
        <w:spacing w:after="0" w:line="240" w:lineRule="auto"/>
      </w:pPr>
      <w:r>
        <w:rPr>
          <w:b/>
          <w:bCs/>
        </w:rPr>
        <w:t>3. Phẩm chất</w:t>
      </w:r>
    </w:p>
    <w:p w14:paraId="33CCCF57" w14:textId="77777777" w:rsidR="00117CA2" w:rsidRDefault="0007222E" w:rsidP="00812734">
      <w:pPr>
        <w:shd w:val="clear" w:color="auto" w:fill="FFFFFF" w:themeFill="background1"/>
        <w:spacing w:after="0" w:line="240" w:lineRule="auto"/>
      </w:pPr>
      <w:r>
        <w:t>- Chăm chỉ: cẩn thận khi viết bài.</w:t>
      </w:r>
    </w:p>
    <w:p w14:paraId="533B1206" w14:textId="77777777" w:rsidR="00117CA2" w:rsidRDefault="0007222E" w:rsidP="00812734">
      <w:pPr>
        <w:shd w:val="clear" w:color="auto" w:fill="FFFFFF" w:themeFill="background1"/>
        <w:spacing w:after="0" w:line="240" w:lineRule="auto"/>
      </w:pPr>
      <w:r>
        <w:t>- Trách nhiệm: giữ vở sạch, viết đúng và tự sửa lỗi.</w:t>
      </w:r>
    </w:p>
    <w:p w14:paraId="1C2F4CB8" w14:textId="77777777" w:rsidR="00117CA2" w:rsidRDefault="0007222E" w:rsidP="00812734">
      <w:pPr>
        <w:shd w:val="clear" w:color="auto" w:fill="FFFFFF" w:themeFill="background1"/>
        <w:spacing w:after="0" w:line="240" w:lineRule="auto"/>
      </w:pPr>
      <w:r>
        <w:rPr>
          <w:b/>
          <w:bCs/>
        </w:rPr>
        <w:t>II. ĐỒ DÙNG DẠY HỌC</w:t>
      </w:r>
    </w:p>
    <w:p w14:paraId="5D9EEED5" w14:textId="77777777" w:rsidR="00117CA2" w:rsidRDefault="0007222E" w:rsidP="00812734">
      <w:pPr>
        <w:shd w:val="clear" w:color="auto" w:fill="FFFFFF" w:themeFill="background1"/>
        <w:spacing w:after="0" w:line="240" w:lineRule="auto"/>
      </w:pPr>
      <w:r>
        <w:t>- Giáo viên: Máy tính, máy chiếu, phiếu bài tập chính tả, bảng phụ.</w:t>
      </w:r>
    </w:p>
    <w:p w14:paraId="353D3FDD" w14:textId="77777777" w:rsidR="00117CA2" w:rsidRDefault="0007222E" w:rsidP="00812734">
      <w:pPr>
        <w:shd w:val="clear" w:color="auto" w:fill="FFFFFF" w:themeFill="background1"/>
        <w:spacing w:after="0" w:line="240" w:lineRule="auto"/>
      </w:pPr>
      <w:r>
        <w:t>- Học sinh: Vở ô li, VBT Tiếng Việt, bảng con.</w:t>
      </w:r>
    </w:p>
    <w:p w14:paraId="09C7DD00"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1819584C"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53760910" w14:textId="77777777" w:rsidR="00117CA2" w:rsidRDefault="0007222E" w:rsidP="00812734">
            <w:pPr>
              <w:shd w:val="clear" w:color="auto" w:fill="FFFFFF" w:themeFill="background1"/>
              <w:spacing w:after="0"/>
              <w:jc w:val="center"/>
            </w:pPr>
            <w:r>
              <w:rPr>
                <w:b/>
                <w:bCs/>
              </w:rPr>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72469043" w14:textId="77777777" w:rsidR="00117CA2" w:rsidRDefault="0007222E" w:rsidP="00812734">
            <w:pPr>
              <w:shd w:val="clear" w:color="auto" w:fill="FFFFFF" w:themeFill="background1"/>
              <w:spacing w:after="0"/>
              <w:jc w:val="center"/>
            </w:pPr>
            <w:r>
              <w:rPr>
                <w:b/>
                <w:bCs/>
              </w:rPr>
              <w:t>Hoạt động của học sinh</w:t>
            </w:r>
          </w:p>
        </w:tc>
      </w:tr>
      <w:tr w:rsidR="00117CA2" w14:paraId="520CBA29"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1F5D1C20" w14:textId="77777777" w:rsidR="00117CA2" w:rsidRDefault="0007222E" w:rsidP="00812734">
            <w:pPr>
              <w:shd w:val="clear" w:color="auto" w:fill="FFFFFF" w:themeFill="background1"/>
              <w:spacing w:after="0"/>
            </w:pPr>
            <w:r>
              <w:rPr>
                <w:b/>
                <w:bCs/>
                <w:color w:val="006100"/>
              </w:rPr>
              <w:t>A. KHỞI ĐỘNG (3 PHÚT)</w:t>
            </w:r>
            <w:r>
              <w:rPr>
                <w:b/>
                <w:bCs/>
                <w:color w:val="006100"/>
              </w:rPr>
              <w:br/>
              <w:t>Mục tiêu: Tạo hứng thú và kết nối với đoạn chính tả.</w:t>
            </w:r>
          </w:p>
        </w:tc>
      </w:tr>
      <w:tr w:rsidR="00117CA2" w14:paraId="2B71DBDE" w14:textId="77777777" w:rsidTr="00812734">
        <w:trPr>
          <w:jc w:val="center"/>
        </w:trPr>
        <w:tc>
          <w:tcPr>
            <w:tcW w:w="4762" w:type="dxa"/>
            <w:tcBorders>
              <w:top w:val="single" w:sz="6" w:space="0" w:color="000000"/>
            </w:tcBorders>
            <w:tcMar>
              <w:top w:w="60" w:type="dxa"/>
              <w:left w:w="90" w:type="dxa"/>
              <w:bottom w:w="60" w:type="dxa"/>
              <w:right w:w="90" w:type="dxa"/>
            </w:tcMar>
          </w:tcPr>
          <w:p w14:paraId="4D4E9C1F" w14:textId="77777777" w:rsidR="00117CA2" w:rsidRDefault="0007222E" w:rsidP="00812734">
            <w:pPr>
              <w:shd w:val="clear" w:color="auto" w:fill="FFFFFF" w:themeFill="background1"/>
              <w:spacing w:after="0" w:line="240" w:lineRule="auto"/>
            </w:pPr>
            <w:r>
              <w:t>- GV cho HS hát và vận động theo bài Bố là tất cả.</w:t>
            </w:r>
          </w:p>
        </w:tc>
        <w:tc>
          <w:tcPr>
            <w:tcW w:w="4762" w:type="dxa"/>
            <w:tcBorders>
              <w:top w:val="single" w:sz="6" w:space="0" w:color="000000"/>
            </w:tcBorders>
            <w:tcMar>
              <w:top w:w="60" w:type="dxa"/>
              <w:left w:w="90" w:type="dxa"/>
              <w:bottom w:w="60" w:type="dxa"/>
              <w:right w:w="90" w:type="dxa"/>
            </w:tcMar>
          </w:tcPr>
          <w:p w14:paraId="5BC83A4F" w14:textId="77777777" w:rsidR="00117CA2" w:rsidRDefault="0007222E" w:rsidP="00812734">
            <w:pPr>
              <w:shd w:val="clear" w:color="auto" w:fill="FFFFFF" w:themeFill="background1"/>
              <w:spacing w:after="0" w:line="240" w:lineRule="auto"/>
            </w:pPr>
            <w:r>
              <w:t>- HS hát, vận động theo nhịp và nêu cảm xúc vui vẻ về tình cảm dành cho bố.</w:t>
            </w:r>
          </w:p>
        </w:tc>
      </w:tr>
      <w:tr w:rsidR="00117CA2" w14:paraId="39E1BCD5" w14:textId="77777777" w:rsidTr="00812734">
        <w:trPr>
          <w:jc w:val="center"/>
        </w:trPr>
        <w:tc>
          <w:tcPr>
            <w:tcW w:w="4762" w:type="dxa"/>
            <w:tcBorders>
              <w:bottom w:val="single" w:sz="6" w:space="0" w:color="000000"/>
            </w:tcBorders>
            <w:tcMar>
              <w:top w:w="60" w:type="dxa"/>
              <w:left w:w="90" w:type="dxa"/>
              <w:bottom w:w="60" w:type="dxa"/>
              <w:right w:w="90" w:type="dxa"/>
            </w:tcMar>
          </w:tcPr>
          <w:p w14:paraId="4A0C8E18" w14:textId="77777777" w:rsidR="00117CA2" w:rsidRDefault="0007222E" w:rsidP="00812734">
            <w:pPr>
              <w:shd w:val="clear" w:color="auto" w:fill="FFFFFF" w:themeFill="background1"/>
              <w:spacing w:after="0" w:line="240" w:lineRule="auto"/>
            </w:pPr>
            <w:r>
              <w:t>- GV giới thiệu: Tiết học hôm nay các em nghe - viết một đoạn trong bài Trò chơi của bố.</w:t>
            </w:r>
          </w:p>
        </w:tc>
        <w:tc>
          <w:tcPr>
            <w:tcW w:w="4762" w:type="dxa"/>
            <w:tcBorders>
              <w:bottom w:val="single" w:sz="6" w:space="0" w:color="000000"/>
            </w:tcBorders>
            <w:tcMar>
              <w:top w:w="60" w:type="dxa"/>
              <w:left w:w="90" w:type="dxa"/>
              <w:bottom w:w="60" w:type="dxa"/>
              <w:right w:w="90" w:type="dxa"/>
            </w:tcMar>
          </w:tcPr>
          <w:p w14:paraId="5EB3FC45" w14:textId="77777777" w:rsidR="00117CA2" w:rsidRDefault="0007222E" w:rsidP="00812734">
            <w:pPr>
              <w:shd w:val="clear" w:color="auto" w:fill="FFFFFF" w:themeFill="background1"/>
              <w:spacing w:after="0" w:line="240" w:lineRule="auto"/>
            </w:pPr>
            <w:r>
              <w:t>- HS lắng nghe và chuẩn bị vở viết.</w:t>
            </w:r>
          </w:p>
        </w:tc>
      </w:tr>
      <w:tr w:rsidR="00117CA2" w14:paraId="7B5ABD23"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24160216" w14:textId="77777777" w:rsidR="00117CA2" w:rsidRDefault="0007222E" w:rsidP="00812734">
            <w:pPr>
              <w:shd w:val="clear" w:color="auto" w:fill="FFFFFF" w:themeFill="background1"/>
              <w:spacing w:after="0"/>
            </w:pPr>
            <w:r>
              <w:rPr>
                <w:b/>
                <w:bCs/>
                <w:color w:val="006100"/>
              </w:rPr>
              <w:t>B. KHÁM PHÁ - Hoạt động 1: Hướng dẫn nghe - viết (20 PHÚT)</w:t>
            </w:r>
            <w:r>
              <w:rPr>
                <w:b/>
                <w:bCs/>
                <w:color w:val="006100"/>
              </w:rPr>
              <w:br/>
              <w:t>Mục tiêu: Viết đúng đoạn chính tả và biết tự soát lỗi.</w:t>
            </w:r>
          </w:p>
        </w:tc>
      </w:tr>
      <w:tr w:rsidR="00117CA2" w14:paraId="3F5ED4C0" w14:textId="77777777" w:rsidTr="00812734">
        <w:trPr>
          <w:jc w:val="center"/>
        </w:trPr>
        <w:tc>
          <w:tcPr>
            <w:tcW w:w="4762" w:type="dxa"/>
            <w:tcBorders>
              <w:top w:val="single" w:sz="6" w:space="0" w:color="000000"/>
            </w:tcBorders>
            <w:tcMar>
              <w:top w:w="60" w:type="dxa"/>
              <w:left w:w="90" w:type="dxa"/>
              <w:bottom w:w="60" w:type="dxa"/>
              <w:right w:w="90" w:type="dxa"/>
            </w:tcMar>
          </w:tcPr>
          <w:p w14:paraId="6316DBED" w14:textId="77777777" w:rsidR="00117CA2" w:rsidRDefault="0007222E" w:rsidP="00812734">
            <w:pPr>
              <w:shd w:val="clear" w:color="auto" w:fill="FFFFFF" w:themeFill="background1"/>
              <w:spacing w:after="0" w:line="240" w:lineRule="auto"/>
            </w:pPr>
            <w:r>
              <w:t>- GV đọc đoạn chính tả từ “Đến bữa ăn...” đến “một nết ngoan”.</w:t>
            </w:r>
          </w:p>
        </w:tc>
        <w:tc>
          <w:tcPr>
            <w:tcW w:w="4762" w:type="dxa"/>
            <w:tcBorders>
              <w:top w:val="single" w:sz="6" w:space="0" w:color="000000"/>
            </w:tcBorders>
            <w:tcMar>
              <w:top w:w="60" w:type="dxa"/>
              <w:left w:w="90" w:type="dxa"/>
              <w:bottom w:w="60" w:type="dxa"/>
              <w:right w:w="90" w:type="dxa"/>
            </w:tcMar>
          </w:tcPr>
          <w:p w14:paraId="7F0008CE" w14:textId="77777777" w:rsidR="00117CA2" w:rsidRDefault="0007222E" w:rsidP="00812734">
            <w:pPr>
              <w:shd w:val="clear" w:color="auto" w:fill="FFFFFF" w:themeFill="background1"/>
              <w:spacing w:after="0" w:line="240" w:lineRule="auto"/>
            </w:pPr>
            <w:r>
              <w:t>- HS nghe GV đọc, theo dõi đoạn viết trong SGK.</w:t>
            </w:r>
          </w:p>
        </w:tc>
      </w:tr>
      <w:tr w:rsidR="00117CA2" w14:paraId="5BDF17AF" w14:textId="77777777" w:rsidTr="00812734">
        <w:trPr>
          <w:jc w:val="center"/>
        </w:trPr>
        <w:tc>
          <w:tcPr>
            <w:tcW w:w="4762" w:type="dxa"/>
            <w:tcMar>
              <w:top w:w="60" w:type="dxa"/>
              <w:left w:w="90" w:type="dxa"/>
              <w:bottom w:w="60" w:type="dxa"/>
              <w:right w:w="90" w:type="dxa"/>
            </w:tcMar>
          </w:tcPr>
          <w:p w14:paraId="3414A4CA" w14:textId="77777777" w:rsidR="00117CA2" w:rsidRDefault="0007222E" w:rsidP="00812734">
            <w:pPr>
              <w:shd w:val="clear" w:color="auto" w:fill="FFFFFF" w:themeFill="background1"/>
              <w:spacing w:after="0" w:line="240" w:lineRule="auto"/>
            </w:pPr>
            <w:r>
              <w:t>- GV gọi 2 - 3 HS đọc lại đoạn chính tả.</w:t>
            </w:r>
          </w:p>
        </w:tc>
        <w:tc>
          <w:tcPr>
            <w:tcW w:w="4762" w:type="dxa"/>
            <w:tcMar>
              <w:top w:w="60" w:type="dxa"/>
              <w:left w:w="90" w:type="dxa"/>
              <w:bottom w:w="60" w:type="dxa"/>
              <w:right w:w="90" w:type="dxa"/>
            </w:tcMar>
          </w:tcPr>
          <w:p w14:paraId="1702A776" w14:textId="77777777" w:rsidR="00117CA2" w:rsidRDefault="0007222E" w:rsidP="00812734">
            <w:pPr>
              <w:shd w:val="clear" w:color="auto" w:fill="FFFFFF" w:themeFill="background1"/>
              <w:spacing w:after="0" w:line="240" w:lineRule="auto"/>
            </w:pPr>
            <w:r>
              <w:t>- HS đọc lại đoạn viết rõ ràng, đúng giọng.</w:t>
            </w:r>
          </w:p>
        </w:tc>
      </w:tr>
      <w:tr w:rsidR="00117CA2" w14:paraId="4AA07A4D" w14:textId="77777777" w:rsidTr="00812734">
        <w:trPr>
          <w:jc w:val="center"/>
        </w:trPr>
        <w:tc>
          <w:tcPr>
            <w:tcW w:w="4762" w:type="dxa"/>
            <w:tcMar>
              <w:top w:w="60" w:type="dxa"/>
              <w:left w:w="90" w:type="dxa"/>
              <w:bottom w:w="60" w:type="dxa"/>
              <w:right w:w="90" w:type="dxa"/>
            </w:tcMar>
          </w:tcPr>
          <w:p w14:paraId="189C68CC" w14:textId="77777777" w:rsidR="00117CA2" w:rsidRDefault="0007222E" w:rsidP="00812734">
            <w:pPr>
              <w:shd w:val="clear" w:color="auto" w:fill="FFFFFF" w:themeFill="background1"/>
              <w:spacing w:after="0" w:line="240" w:lineRule="auto"/>
            </w:pPr>
            <w:r>
              <w:t>- GV hỏi: Khi chơi cùng bố, Hường đã được bố dạy nết ngoan nào?</w:t>
            </w:r>
          </w:p>
        </w:tc>
        <w:tc>
          <w:tcPr>
            <w:tcW w:w="4762" w:type="dxa"/>
            <w:tcMar>
              <w:top w:w="60" w:type="dxa"/>
              <w:left w:w="90" w:type="dxa"/>
              <w:bottom w:w="60" w:type="dxa"/>
              <w:right w:w="90" w:type="dxa"/>
            </w:tcMar>
          </w:tcPr>
          <w:p w14:paraId="436D13E1" w14:textId="77777777" w:rsidR="00117CA2" w:rsidRDefault="0007222E" w:rsidP="00812734">
            <w:pPr>
              <w:shd w:val="clear" w:color="auto" w:fill="FFFFFF" w:themeFill="background1"/>
              <w:spacing w:after="0" w:line="240" w:lineRule="auto"/>
            </w:pPr>
            <w:r>
              <w:t>- HS trả lời: Hường được bố dạy có cử chỉ và lời nói lễ phép.</w:t>
            </w:r>
          </w:p>
        </w:tc>
      </w:tr>
      <w:tr w:rsidR="00117CA2" w14:paraId="475A6B27" w14:textId="77777777" w:rsidTr="00812734">
        <w:trPr>
          <w:jc w:val="center"/>
        </w:trPr>
        <w:tc>
          <w:tcPr>
            <w:tcW w:w="4762" w:type="dxa"/>
            <w:tcMar>
              <w:top w:w="60" w:type="dxa"/>
              <w:left w:w="90" w:type="dxa"/>
              <w:bottom w:w="60" w:type="dxa"/>
              <w:right w:w="90" w:type="dxa"/>
            </w:tcMar>
          </w:tcPr>
          <w:p w14:paraId="0980B477" w14:textId="77777777" w:rsidR="00117CA2" w:rsidRDefault="0007222E" w:rsidP="00812734">
            <w:pPr>
              <w:shd w:val="clear" w:color="auto" w:fill="FFFFFF" w:themeFill="background1"/>
              <w:spacing w:after="0" w:line="240" w:lineRule="auto"/>
            </w:pPr>
            <w:r>
              <w:t>- GV hỏi: Đoạn văn có những chữ nào cần viết hoa?</w:t>
            </w:r>
          </w:p>
        </w:tc>
        <w:tc>
          <w:tcPr>
            <w:tcW w:w="4762" w:type="dxa"/>
            <w:tcMar>
              <w:top w:w="60" w:type="dxa"/>
              <w:left w:w="90" w:type="dxa"/>
              <w:bottom w:w="60" w:type="dxa"/>
              <w:right w:w="90" w:type="dxa"/>
            </w:tcMar>
          </w:tcPr>
          <w:p w14:paraId="29980090" w14:textId="77777777" w:rsidR="00117CA2" w:rsidRDefault="0007222E" w:rsidP="00812734">
            <w:pPr>
              <w:shd w:val="clear" w:color="auto" w:fill="FFFFFF" w:themeFill="background1"/>
              <w:spacing w:after="0" w:line="240" w:lineRule="auto"/>
            </w:pPr>
            <w:r>
              <w:t>- HS trả lời: Viết hoa chữ cái đầu câu và tên riêng Hường nếu có trong đoạn viết.</w:t>
            </w:r>
          </w:p>
        </w:tc>
      </w:tr>
      <w:tr w:rsidR="00117CA2" w14:paraId="7B385253" w14:textId="77777777" w:rsidTr="00812734">
        <w:trPr>
          <w:jc w:val="center"/>
        </w:trPr>
        <w:tc>
          <w:tcPr>
            <w:tcW w:w="4762" w:type="dxa"/>
            <w:tcMar>
              <w:top w:w="60" w:type="dxa"/>
              <w:left w:w="90" w:type="dxa"/>
              <w:bottom w:w="60" w:type="dxa"/>
              <w:right w:w="90" w:type="dxa"/>
            </w:tcMar>
          </w:tcPr>
          <w:p w14:paraId="72CDA503" w14:textId="77777777" w:rsidR="00117CA2" w:rsidRDefault="0007222E" w:rsidP="00812734">
            <w:pPr>
              <w:shd w:val="clear" w:color="auto" w:fill="FFFFFF" w:themeFill="background1"/>
              <w:spacing w:after="0" w:line="240" w:lineRule="auto"/>
            </w:pPr>
            <w:r>
              <w:t>- GV hỏi: Đoạn văn có chữ nào dễ viết sai?</w:t>
            </w:r>
          </w:p>
        </w:tc>
        <w:tc>
          <w:tcPr>
            <w:tcW w:w="4762" w:type="dxa"/>
            <w:tcMar>
              <w:top w:w="60" w:type="dxa"/>
              <w:left w:w="90" w:type="dxa"/>
              <w:bottom w:w="60" w:type="dxa"/>
              <w:right w:w="90" w:type="dxa"/>
            </w:tcMar>
          </w:tcPr>
          <w:p w14:paraId="564048DE" w14:textId="77777777" w:rsidR="00117CA2" w:rsidRDefault="0007222E" w:rsidP="00812734">
            <w:pPr>
              <w:shd w:val="clear" w:color="auto" w:fill="FFFFFF" w:themeFill="background1"/>
              <w:spacing w:after="0" w:line="240" w:lineRule="auto"/>
            </w:pPr>
            <w:r>
              <w:t>- HS nêu chữ dễ viết sai: bữa ăn, bát cơm, miếng, nết ngoan, lễ phép, hẳn hoi.</w:t>
            </w:r>
          </w:p>
        </w:tc>
      </w:tr>
      <w:tr w:rsidR="00117CA2" w14:paraId="3378C414" w14:textId="77777777" w:rsidTr="00812734">
        <w:trPr>
          <w:jc w:val="center"/>
        </w:trPr>
        <w:tc>
          <w:tcPr>
            <w:tcW w:w="4762" w:type="dxa"/>
            <w:tcMar>
              <w:top w:w="60" w:type="dxa"/>
              <w:left w:w="90" w:type="dxa"/>
              <w:bottom w:w="60" w:type="dxa"/>
              <w:right w:w="90" w:type="dxa"/>
            </w:tcMar>
          </w:tcPr>
          <w:p w14:paraId="3ABB26A6" w14:textId="77777777" w:rsidR="00117CA2" w:rsidRDefault="0007222E" w:rsidP="00812734">
            <w:pPr>
              <w:shd w:val="clear" w:color="auto" w:fill="FFFFFF" w:themeFill="background1"/>
              <w:spacing w:after="0" w:line="240" w:lineRule="auto"/>
            </w:pPr>
            <w:r>
              <w:t>- GV yêu cầu HS viết bảng con một số chữ dễ sai.</w:t>
            </w:r>
          </w:p>
        </w:tc>
        <w:tc>
          <w:tcPr>
            <w:tcW w:w="4762" w:type="dxa"/>
            <w:tcMar>
              <w:top w:w="60" w:type="dxa"/>
              <w:left w:w="90" w:type="dxa"/>
              <w:bottom w:w="60" w:type="dxa"/>
              <w:right w:w="90" w:type="dxa"/>
            </w:tcMar>
          </w:tcPr>
          <w:p w14:paraId="38C688BE" w14:textId="77777777" w:rsidR="00117CA2" w:rsidRDefault="0007222E" w:rsidP="00812734">
            <w:pPr>
              <w:shd w:val="clear" w:color="auto" w:fill="FFFFFF" w:themeFill="background1"/>
              <w:spacing w:after="0" w:line="240" w:lineRule="auto"/>
            </w:pPr>
            <w:r>
              <w:t>- HS viết bảng con: bát cơm, nết ngoan, lễ phép, hẳn hoi.</w:t>
            </w:r>
          </w:p>
        </w:tc>
      </w:tr>
      <w:tr w:rsidR="00117CA2" w14:paraId="1F5712DC" w14:textId="77777777" w:rsidTr="00812734">
        <w:trPr>
          <w:jc w:val="center"/>
        </w:trPr>
        <w:tc>
          <w:tcPr>
            <w:tcW w:w="4762" w:type="dxa"/>
            <w:tcMar>
              <w:top w:w="60" w:type="dxa"/>
              <w:left w:w="90" w:type="dxa"/>
              <w:bottom w:w="60" w:type="dxa"/>
              <w:right w:w="90" w:type="dxa"/>
            </w:tcMar>
          </w:tcPr>
          <w:p w14:paraId="3B07120D" w14:textId="77777777" w:rsidR="00117CA2" w:rsidRDefault="0007222E" w:rsidP="00812734">
            <w:pPr>
              <w:shd w:val="clear" w:color="auto" w:fill="FFFFFF" w:themeFill="background1"/>
              <w:spacing w:after="0" w:line="240" w:lineRule="auto"/>
            </w:pPr>
            <w:r>
              <w:lastRenderedPageBreak/>
              <w:t>- GV hỏi: Khi viết đoạn văn, cần trình bày như thế nào?</w:t>
            </w:r>
          </w:p>
        </w:tc>
        <w:tc>
          <w:tcPr>
            <w:tcW w:w="4762" w:type="dxa"/>
            <w:tcMar>
              <w:top w:w="60" w:type="dxa"/>
              <w:left w:w="90" w:type="dxa"/>
              <w:bottom w:w="60" w:type="dxa"/>
              <w:right w:w="90" w:type="dxa"/>
            </w:tcMar>
          </w:tcPr>
          <w:p w14:paraId="194C4DF3" w14:textId="77777777" w:rsidR="00117CA2" w:rsidRDefault="0007222E" w:rsidP="00812734">
            <w:pPr>
              <w:shd w:val="clear" w:color="auto" w:fill="FFFFFF" w:themeFill="background1"/>
              <w:spacing w:after="0" w:line="240" w:lineRule="auto"/>
            </w:pPr>
            <w:r>
              <w:t>- HS trả lời: Viết lùi đầu dòng, viết hoa chữ cái đầu câu, đặt dấu câu đúng vị trí, chữ viết đều và sạch.</w:t>
            </w:r>
          </w:p>
        </w:tc>
      </w:tr>
      <w:tr w:rsidR="00117CA2" w14:paraId="1E3A2AD4" w14:textId="77777777" w:rsidTr="00812734">
        <w:trPr>
          <w:jc w:val="center"/>
        </w:trPr>
        <w:tc>
          <w:tcPr>
            <w:tcW w:w="4762" w:type="dxa"/>
            <w:tcMar>
              <w:top w:w="60" w:type="dxa"/>
              <w:left w:w="90" w:type="dxa"/>
              <w:bottom w:w="60" w:type="dxa"/>
              <w:right w:w="90" w:type="dxa"/>
            </w:tcMar>
          </w:tcPr>
          <w:p w14:paraId="6A7B4282" w14:textId="77777777" w:rsidR="00117CA2" w:rsidRDefault="0007222E" w:rsidP="00812734">
            <w:pPr>
              <w:shd w:val="clear" w:color="auto" w:fill="FFFFFF" w:themeFill="background1"/>
              <w:spacing w:after="0" w:line="240" w:lineRule="auto"/>
            </w:pPr>
            <w:r>
              <w:t>- GV đọc từng cụm từ cho HS viết vào vở.</w:t>
            </w:r>
          </w:p>
        </w:tc>
        <w:tc>
          <w:tcPr>
            <w:tcW w:w="4762" w:type="dxa"/>
            <w:tcMar>
              <w:top w:w="60" w:type="dxa"/>
              <w:left w:w="90" w:type="dxa"/>
              <w:bottom w:w="60" w:type="dxa"/>
              <w:right w:w="90" w:type="dxa"/>
            </w:tcMar>
          </w:tcPr>
          <w:p w14:paraId="15B36519" w14:textId="77777777" w:rsidR="00117CA2" w:rsidRDefault="0007222E" w:rsidP="00812734">
            <w:pPr>
              <w:shd w:val="clear" w:color="auto" w:fill="FFFFFF" w:themeFill="background1"/>
              <w:spacing w:after="0" w:line="240" w:lineRule="auto"/>
            </w:pPr>
            <w:r>
              <w:t>- HS nghe - viết đoạn chính tả vào vở ô li.</w:t>
            </w:r>
          </w:p>
        </w:tc>
      </w:tr>
      <w:tr w:rsidR="00117CA2" w14:paraId="1BDF0910" w14:textId="77777777" w:rsidTr="00812734">
        <w:trPr>
          <w:jc w:val="center"/>
        </w:trPr>
        <w:tc>
          <w:tcPr>
            <w:tcW w:w="4762" w:type="dxa"/>
            <w:tcMar>
              <w:top w:w="60" w:type="dxa"/>
              <w:left w:w="90" w:type="dxa"/>
              <w:bottom w:w="60" w:type="dxa"/>
              <w:right w:w="90" w:type="dxa"/>
            </w:tcMar>
          </w:tcPr>
          <w:p w14:paraId="3889CA14" w14:textId="77777777" w:rsidR="00117CA2" w:rsidRDefault="0007222E" w:rsidP="00812734">
            <w:pPr>
              <w:shd w:val="clear" w:color="auto" w:fill="FFFFFF" w:themeFill="background1"/>
              <w:spacing w:after="0" w:line="240" w:lineRule="auto"/>
            </w:pPr>
            <w:r>
              <w:t>- GV đọc lại đoạn viết cho HS soát lỗi.</w:t>
            </w:r>
          </w:p>
        </w:tc>
        <w:tc>
          <w:tcPr>
            <w:tcW w:w="4762" w:type="dxa"/>
            <w:tcMar>
              <w:top w:w="60" w:type="dxa"/>
              <w:left w:w="90" w:type="dxa"/>
              <w:bottom w:w="60" w:type="dxa"/>
              <w:right w:w="90" w:type="dxa"/>
            </w:tcMar>
          </w:tcPr>
          <w:p w14:paraId="191A2A8C" w14:textId="77777777" w:rsidR="00117CA2" w:rsidRDefault="0007222E" w:rsidP="00812734">
            <w:pPr>
              <w:shd w:val="clear" w:color="auto" w:fill="FFFFFF" w:themeFill="background1"/>
              <w:spacing w:after="0" w:line="240" w:lineRule="auto"/>
            </w:pPr>
            <w:r>
              <w:t>- HS soát lỗi lần 1 bằng bút mực; đổi vở cho bạn soát lỗi lần 2 bằng bút chì.</w:t>
            </w:r>
          </w:p>
        </w:tc>
      </w:tr>
      <w:tr w:rsidR="00117CA2" w14:paraId="6C8C8031" w14:textId="77777777" w:rsidTr="00812734">
        <w:trPr>
          <w:jc w:val="center"/>
        </w:trPr>
        <w:tc>
          <w:tcPr>
            <w:tcW w:w="4762" w:type="dxa"/>
            <w:tcBorders>
              <w:bottom w:val="single" w:sz="6" w:space="0" w:color="000000"/>
            </w:tcBorders>
            <w:tcMar>
              <w:top w:w="60" w:type="dxa"/>
              <w:left w:w="90" w:type="dxa"/>
              <w:bottom w:w="60" w:type="dxa"/>
              <w:right w:w="90" w:type="dxa"/>
            </w:tcMar>
          </w:tcPr>
          <w:p w14:paraId="566B7A3C" w14:textId="77777777" w:rsidR="00117CA2" w:rsidRDefault="0007222E" w:rsidP="00812734">
            <w:pPr>
              <w:shd w:val="clear" w:color="auto" w:fill="FFFFFF" w:themeFill="background1"/>
              <w:spacing w:after="0" w:line="240" w:lineRule="auto"/>
            </w:pPr>
            <w:r>
              <w:t>- GV nhận xét nhanh một số bài viết.</w:t>
            </w:r>
          </w:p>
        </w:tc>
        <w:tc>
          <w:tcPr>
            <w:tcW w:w="4762" w:type="dxa"/>
            <w:tcBorders>
              <w:bottom w:val="single" w:sz="6" w:space="0" w:color="000000"/>
            </w:tcBorders>
            <w:tcMar>
              <w:top w:w="60" w:type="dxa"/>
              <w:left w:w="90" w:type="dxa"/>
              <w:bottom w:w="60" w:type="dxa"/>
              <w:right w:w="90" w:type="dxa"/>
            </w:tcMar>
          </w:tcPr>
          <w:p w14:paraId="743D3E50" w14:textId="77777777" w:rsidR="00117CA2" w:rsidRDefault="0007222E" w:rsidP="00812734">
            <w:pPr>
              <w:shd w:val="clear" w:color="auto" w:fill="FFFFFF" w:themeFill="background1"/>
              <w:spacing w:after="0" w:line="240" w:lineRule="auto"/>
            </w:pPr>
            <w:r>
              <w:t>- HS quan sát lỗi cần sửa và tự điều chỉnh bài viết.</w:t>
            </w:r>
          </w:p>
        </w:tc>
      </w:tr>
      <w:tr w:rsidR="00117CA2" w14:paraId="678B9B90"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51EBED3" w14:textId="77777777" w:rsidR="00117CA2" w:rsidRDefault="0007222E" w:rsidP="00812734">
            <w:pPr>
              <w:shd w:val="clear" w:color="auto" w:fill="FFFFFF" w:themeFill="background1"/>
              <w:spacing w:after="0"/>
            </w:pPr>
            <w:r>
              <w:rPr>
                <w:b/>
                <w:bCs/>
                <w:color w:val="006100"/>
              </w:rPr>
              <w:t>C. LUYỆN TẬP - Hoạt động 2: Làm bài tập chính tả (10 PHÚT)</w:t>
            </w:r>
            <w:r>
              <w:rPr>
                <w:b/>
                <w:bCs/>
                <w:color w:val="006100"/>
              </w:rPr>
              <w:br/>
              <w:t>Mục tiêu: Viết đúng địa chỉ nhà; phân biệt l/n và ao/au.</w:t>
            </w:r>
          </w:p>
        </w:tc>
      </w:tr>
      <w:tr w:rsidR="00117CA2" w14:paraId="4B4C693E" w14:textId="77777777" w:rsidTr="00812734">
        <w:trPr>
          <w:jc w:val="center"/>
        </w:trPr>
        <w:tc>
          <w:tcPr>
            <w:tcW w:w="4762" w:type="dxa"/>
            <w:tcBorders>
              <w:top w:val="single" w:sz="6" w:space="0" w:color="000000"/>
            </w:tcBorders>
            <w:tcMar>
              <w:top w:w="60" w:type="dxa"/>
              <w:left w:w="90" w:type="dxa"/>
              <w:bottom w:w="60" w:type="dxa"/>
              <w:right w:w="90" w:type="dxa"/>
            </w:tcMar>
          </w:tcPr>
          <w:p w14:paraId="71DBC744" w14:textId="77777777" w:rsidR="00117CA2" w:rsidRDefault="0007222E" w:rsidP="00812734">
            <w:pPr>
              <w:shd w:val="clear" w:color="auto" w:fill="FFFFFF" w:themeFill="background1"/>
              <w:spacing w:after="0" w:line="240" w:lineRule="auto"/>
            </w:pPr>
            <w:r>
              <w:rPr>
                <w:b/>
                <w:bCs/>
              </w:rPr>
              <w:t>- Bài tập 2: Viết vào vở địa chỉ nhà em.</w:t>
            </w:r>
          </w:p>
          <w:p w14:paraId="17786162" w14:textId="77777777" w:rsidR="00117CA2" w:rsidRDefault="0007222E" w:rsidP="00812734">
            <w:pPr>
              <w:shd w:val="clear" w:color="auto" w:fill="FFFFFF" w:themeFill="background1"/>
              <w:spacing w:after="0" w:line="240" w:lineRule="auto"/>
            </w:pPr>
            <w:r>
              <w:t>- GV yêu cầu HS đọc đề bài và quan sát mẫu địa chỉ.</w:t>
            </w:r>
          </w:p>
          <w:p w14:paraId="003CB2D0" w14:textId="77777777" w:rsidR="00117CA2" w:rsidRDefault="0007222E" w:rsidP="00812734">
            <w:pPr>
              <w:shd w:val="clear" w:color="auto" w:fill="FFFFFF" w:themeFill="background1"/>
              <w:spacing w:after="0"/>
              <w:jc w:val="center"/>
            </w:pPr>
            <w:r>
              <w:rPr>
                <w:noProof/>
                <w:lang w:val="vi-VN" w:eastAsia="vi-VN"/>
              </w:rPr>
              <w:drawing>
                <wp:inline distT="0" distB="0" distL="0" distR="0" wp14:anchorId="4CA27EFD" wp14:editId="10EE80D6">
                  <wp:extent cx="2520000" cy="702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choi_viet.jpg"/>
                          <pic:cNvPicPr/>
                        </pic:nvPicPr>
                        <pic:blipFill>
                          <a:blip r:embed="rId8"/>
                          <a:stretch>
                            <a:fillRect/>
                          </a:stretch>
                        </pic:blipFill>
                        <pic:spPr>
                          <a:xfrm>
                            <a:off x="0" y="0"/>
                            <a:ext cx="2520000" cy="702545"/>
                          </a:xfrm>
                          <a:prstGeom prst="rect">
                            <a:avLst/>
                          </a:prstGeom>
                        </pic:spPr>
                      </pic:pic>
                    </a:graphicData>
                  </a:graphic>
                </wp:inline>
              </w:drawing>
            </w:r>
          </w:p>
        </w:tc>
        <w:tc>
          <w:tcPr>
            <w:tcW w:w="4762" w:type="dxa"/>
            <w:tcBorders>
              <w:top w:val="single" w:sz="6" w:space="0" w:color="000000"/>
            </w:tcBorders>
            <w:tcMar>
              <w:top w:w="60" w:type="dxa"/>
              <w:left w:w="90" w:type="dxa"/>
              <w:bottom w:w="60" w:type="dxa"/>
              <w:right w:w="90" w:type="dxa"/>
            </w:tcMar>
          </w:tcPr>
          <w:p w14:paraId="33A4909B" w14:textId="77777777" w:rsidR="00117CA2" w:rsidRDefault="0007222E" w:rsidP="00812734">
            <w:pPr>
              <w:shd w:val="clear" w:color="auto" w:fill="FFFFFF" w:themeFill="background1"/>
              <w:spacing w:after="0" w:line="240" w:lineRule="auto"/>
            </w:pPr>
            <w:r>
              <w:t>- HS đọc đề và mẫu: Số nhà 56, đường Đầm Vôi, xã Trần Yên, tỉnh Lào Cai.</w:t>
            </w:r>
          </w:p>
        </w:tc>
      </w:tr>
      <w:tr w:rsidR="00117CA2" w14:paraId="654F9923" w14:textId="77777777" w:rsidTr="00812734">
        <w:trPr>
          <w:jc w:val="center"/>
        </w:trPr>
        <w:tc>
          <w:tcPr>
            <w:tcW w:w="4762" w:type="dxa"/>
            <w:tcMar>
              <w:top w:w="60" w:type="dxa"/>
              <w:left w:w="90" w:type="dxa"/>
              <w:bottom w:w="60" w:type="dxa"/>
              <w:right w:w="90" w:type="dxa"/>
            </w:tcMar>
          </w:tcPr>
          <w:p w14:paraId="4D6E5D11" w14:textId="77777777" w:rsidR="00117CA2" w:rsidRDefault="0007222E" w:rsidP="00812734">
            <w:pPr>
              <w:shd w:val="clear" w:color="auto" w:fill="FFFFFF" w:themeFill="background1"/>
              <w:spacing w:after="0" w:line="240" w:lineRule="auto"/>
            </w:pPr>
            <w:r>
              <w:t>- GV hỏi: Khi viết địa chỉ, những từ nào cần viết hoa?</w:t>
            </w:r>
          </w:p>
        </w:tc>
        <w:tc>
          <w:tcPr>
            <w:tcW w:w="4762" w:type="dxa"/>
            <w:tcMar>
              <w:top w:w="60" w:type="dxa"/>
              <w:left w:w="90" w:type="dxa"/>
              <w:bottom w:w="60" w:type="dxa"/>
              <w:right w:w="90" w:type="dxa"/>
            </w:tcMar>
          </w:tcPr>
          <w:p w14:paraId="1DF54472" w14:textId="77777777" w:rsidR="00117CA2" w:rsidRDefault="0007222E" w:rsidP="00812734">
            <w:pPr>
              <w:shd w:val="clear" w:color="auto" w:fill="FFFFFF" w:themeFill="background1"/>
              <w:spacing w:after="0" w:line="240" w:lineRule="auto"/>
            </w:pPr>
            <w:r>
              <w:t>- HS trả lời: Cần viết hoa tên riêng đường, xã/phường, quận/huyện, tỉnh/thành phố.</w:t>
            </w:r>
          </w:p>
        </w:tc>
      </w:tr>
      <w:tr w:rsidR="00117CA2" w14:paraId="659AE87F" w14:textId="77777777" w:rsidTr="00812734">
        <w:trPr>
          <w:jc w:val="center"/>
        </w:trPr>
        <w:tc>
          <w:tcPr>
            <w:tcW w:w="4762" w:type="dxa"/>
            <w:tcMar>
              <w:top w:w="60" w:type="dxa"/>
              <w:left w:w="90" w:type="dxa"/>
              <w:bottom w:w="60" w:type="dxa"/>
              <w:right w:w="90" w:type="dxa"/>
            </w:tcMar>
          </w:tcPr>
          <w:p w14:paraId="39B2B7BF" w14:textId="77777777" w:rsidR="00117CA2" w:rsidRDefault="0007222E" w:rsidP="00812734">
            <w:pPr>
              <w:shd w:val="clear" w:color="auto" w:fill="FFFFFF" w:themeFill="background1"/>
              <w:spacing w:after="0" w:line="240" w:lineRule="auto"/>
            </w:pPr>
            <w:r>
              <w:t>- GV yêu cầu HS viết địa chỉ nhà mình vào vở.</w:t>
            </w:r>
          </w:p>
        </w:tc>
        <w:tc>
          <w:tcPr>
            <w:tcW w:w="4762" w:type="dxa"/>
            <w:tcMar>
              <w:top w:w="60" w:type="dxa"/>
              <w:left w:w="90" w:type="dxa"/>
              <w:bottom w:w="60" w:type="dxa"/>
              <w:right w:w="90" w:type="dxa"/>
            </w:tcMar>
          </w:tcPr>
          <w:p w14:paraId="183FE0AC" w14:textId="77777777" w:rsidR="00117CA2" w:rsidRDefault="0007222E" w:rsidP="00812734">
            <w:pPr>
              <w:shd w:val="clear" w:color="auto" w:fill="FFFFFF" w:themeFill="background1"/>
              <w:spacing w:after="0" w:line="240" w:lineRule="auto"/>
            </w:pPr>
            <w:r>
              <w:t>- HS viết địa chỉ nhà theo mẫu, dùng dấu phẩy để tách từng đơn vị hành chính.</w:t>
            </w:r>
          </w:p>
        </w:tc>
      </w:tr>
      <w:tr w:rsidR="00117CA2" w14:paraId="7A1274BE" w14:textId="77777777" w:rsidTr="00812734">
        <w:trPr>
          <w:jc w:val="center"/>
        </w:trPr>
        <w:tc>
          <w:tcPr>
            <w:tcW w:w="4762" w:type="dxa"/>
            <w:tcMar>
              <w:top w:w="60" w:type="dxa"/>
              <w:left w:w="90" w:type="dxa"/>
              <w:bottom w:w="60" w:type="dxa"/>
              <w:right w:w="90" w:type="dxa"/>
            </w:tcMar>
          </w:tcPr>
          <w:p w14:paraId="02D62AF4" w14:textId="77777777" w:rsidR="00117CA2" w:rsidRDefault="0007222E" w:rsidP="00812734">
            <w:pPr>
              <w:shd w:val="clear" w:color="auto" w:fill="FFFFFF" w:themeFill="background1"/>
              <w:spacing w:after="0" w:line="240" w:lineRule="auto"/>
            </w:pPr>
            <w:r>
              <w:t>- GV yêu cầu HS đổi vở cho bạn kiểm tra.</w:t>
            </w:r>
          </w:p>
        </w:tc>
        <w:tc>
          <w:tcPr>
            <w:tcW w:w="4762" w:type="dxa"/>
            <w:tcMar>
              <w:top w:w="60" w:type="dxa"/>
              <w:left w:w="90" w:type="dxa"/>
              <w:bottom w:w="60" w:type="dxa"/>
              <w:right w:w="90" w:type="dxa"/>
            </w:tcMar>
          </w:tcPr>
          <w:p w14:paraId="6D3A8BCF" w14:textId="77777777" w:rsidR="00117CA2" w:rsidRDefault="0007222E" w:rsidP="00812734">
            <w:pPr>
              <w:shd w:val="clear" w:color="auto" w:fill="FFFFFF" w:themeFill="background1"/>
              <w:spacing w:after="0" w:line="240" w:lineRule="auto"/>
            </w:pPr>
            <w:r>
              <w:t>- HS đổi vở, kiểm tra bạn đã viết hoa tên riêng và đặt dấu phẩy đúng chưa.</w:t>
            </w:r>
          </w:p>
        </w:tc>
      </w:tr>
      <w:tr w:rsidR="00117CA2" w14:paraId="0010FAC6" w14:textId="77777777" w:rsidTr="00812734">
        <w:trPr>
          <w:jc w:val="center"/>
        </w:trPr>
        <w:tc>
          <w:tcPr>
            <w:tcW w:w="4762" w:type="dxa"/>
            <w:tcMar>
              <w:top w:w="60" w:type="dxa"/>
              <w:left w:w="90" w:type="dxa"/>
              <w:bottom w:w="60" w:type="dxa"/>
              <w:right w:w="90" w:type="dxa"/>
            </w:tcMar>
          </w:tcPr>
          <w:p w14:paraId="31158733" w14:textId="77777777" w:rsidR="00117CA2" w:rsidRDefault="0007222E" w:rsidP="00812734">
            <w:pPr>
              <w:shd w:val="clear" w:color="auto" w:fill="FFFFFF" w:themeFill="background1"/>
              <w:spacing w:after="0" w:line="240" w:lineRule="auto"/>
            </w:pPr>
            <w:r>
              <w:rPr>
                <w:b/>
                <w:bCs/>
              </w:rPr>
              <w:t>- Bài tập 3: Chọn a hoặc b.</w:t>
            </w:r>
          </w:p>
          <w:p w14:paraId="21F071D7" w14:textId="77777777" w:rsidR="00117CA2" w:rsidRDefault="0007222E" w:rsidP="00812734">
            <w:pPr>
              <w:shd w:val="clear" w:color="auto" w:fill="FFFFFF" w:themeFill="background1"/>
              <w:spacing w:after="0" w:line="240" w:lineRule="auto"/>
            </w:pPr>
            <w:r>
              <w:t>- GV yêu cầu HS đọc đề bài, quan sát tranh và làm bài cá nhân.</w:t>
            </w:r>
          </w:p>
          <w:p w14:paraId="204C156E" w14:textId="3D97FB50" w:rsidR="00117CA2" w:rsidRDefault="00117CA2" w:rsidP="00812734">
            <w:pPr>
              <w:shd w:val="clear" w:color="auto" w:fill="FFFFFF" w:themeFill="background1"/>
              <w:spacing w:after="0"/>
              <w:jc w:val="center"/>
            </w:pPr>
          </w:p>
        </w:tc>
        <w:tc>
          <w:tcPr>
            <w:tcW w:w="4762" w:type="dxa"/>
            <w:tcMar>
              <w:top w:w="60" w:type="dxa"/>
              <w:left w:w="90" w:type="dxa"/>
              <w:bottom w:w="60" w:type="dxa"/>
              <w:right w:w="90" w:type="dxa"/>
            </w:tcMar>
          </w:tcPr>
          <w:p w14:paraId="21DEEC03" w14:textId="77777777" w:rsidR="00117CA2" w:rsidRDefault="0007222E" w:rsidP="00812734">
            <w:pPr>
              <w:shd w:val="clear" w:color="auto" w:fill="FFFFFF" w:themeFill="background1"/>
              <w:spacing w:after="0" w:line="240" w:lineRule="auto"/>
            </w:pPr>
            <w:r>
              <w:t>- HS đọc đề bài, quan sát tranh và hoàn thành bài tập.</w:t>
            </w:r>
          </w:p>
        </w:tc>
      </w:tr>
      <w:tr w:rsidR="00117CA2" w14:paraId="3A4F2F90" w14:textId="77777777" w:rsidTr="00812734">
        <w:trPr>
          <w:jc w:val="center"/>
        </w:trPr>
        <w:tc>
          <w:tcPr>
            <w:tcW w:w="4762" w:type="dxa"/>
            <w:tcMar>
              <w:top w:w="60" w:type="dxa"/>
              <w:left w:w="90" w:type="dxa"/>
              <w:bottom w:w="60" w:type="dxa"/>
              <w:right w:w="90" w:type="dxa"/>
            </w:tcMar>
          </w:tcPr>
          <w:p w14:paraId="26711C94" w14:textId="77777777" w:rsidR="00117CA2" w:rsidRDefault="0007222E" w:rsidP="00812734">
            <w:pPr>
              <w:shd w:val="clear" w:color="auto" w:fill="FFFFFF" w:themeFill="background1"/>
              <w:spacing w:after="0" w:line="240" w:lineRule="auto"/>
            </w:pPr>
            <w:r>
              <w:t>- GV nêu câu a: Tìm từ ngữ có tiếng bắt đầu bằng l hoặc n gọi tên sự vật trong từng hình.</w:t>
            </w:r>
          </w:p>
        </w:tc>
        <w:tc>
          <w:tcPr>
            <w:tcW w:w="4762" w:type="dxa"/>
            <w:tcMar>
              <w:top w:w="60" w:type="dxa"/>
              <w:left w:w="90" w:type="dxa"/>
              <w:bottom w:w="60" w:type="dxa"/>
              <w:right w:w="90" w:type="dxa"/>
            </w:tcMar>
          </w:tcPr>
          <w:p w14:paraId="5C621868" w14:textId="77777777" w:rsidR="00117CA2" w:rsidRDefault="0007222E" w:rsidP="00812734">
            <w:pPr>
              <w:shd w:val="clear" w:color="auto" w:fill="FFFFFF" w:themeFill="background1"/>
              <w:spacing w:after="0" w:line="240" w:lineRule="auto"/>
            </w:pPr>
            <w:r>
              <w:t>- HS trả lời: bàn là, nón, lẵng hoa.</w:t>
            </w:r>
          </w:p>
        </w:tc>
      </w:tr>
      <w:tr w:rsidR="00117CA2" w14:paraId="4A536F33" w14:textId="77777777" w:rsidTr="00812734">
        <w:trPr>
          <w:jc w:val="center"/>
        </w:trPr>
        <w:tc>
          <w:tcPr>
            <w:tcW w:w="4762" w:type="dxa"/>
            <w:tcMar>
              <w:top w:w="60" w:type="dxa"/>
              <w:left w:w="90" w:type="dxa"/>
              <w:bottom w:w="60" w:type="dxa"/>
              <w:right w:w="90" w:type="dxa"/>
            </w:tcMar>
          </w:tcPr>
          <w:p w14:paraId="0AE082BB" w14:textId="77777777" w:rsidR="00117CA2" w:rsidRDefault="0007222E" w:rsidP="00812734">
            <w:pPr>
              <w:shd w:val="clear" w:color="auto" w:fill="FFFFFF" w:themeFill="background1"/>
              <w:spacing w:after="0" w:line="240" w:lineRule="auto"/>
            </w:pPr>
            <w:r>
              <w:t>- GV nêu câu b: Chọn ao hoặc au thay cho ô vuông.</w:t>
            </w:r>
          </w:p>
        </w:tc>
        <w:tc>
          <w:tcPr>
            <w:tcW w:w="4762" w:type="dxa"/>
            <w:tcMar>
              <w:top w:w="60" w:type="dxa"/>
              <w:left w:w="90" w:type="dxa"/>
              <w:bottom w:w="60" w:type="dxa"/>
              <w:right w:w="90" w:type="dxa"/>
            </w:tcMar>
          </w:tcPr>
          <w:p w14:paraId="6203E41F" w14:textId="77777777" w:rsidR="00117CA2" w:rsidRDefault="0007222E" w:rsidP="00812734">
            <w:pPr>
              <w:shd w:val="clear" w:color="auto" w:fill="FFFFFF" w:themeFill="background1"/>
              <w:spacing w:after="0" w:line="240" w:lineRule="auto"/>
            </w:pPr>
            <w:r>
              <w:t>- HS trả lời: Hàng cau trước cổng cao vút. Cây bưởi sau nhà sai trĩu quả.</w:t>
            </w:r>
          </w:p>
        </w:tc>
      </w:tr>
      <w:tr w:rsidR="00117CA2" w14:paraId="6DF1A725" w14:textId="77777777" w:rsidTr="00812734">
        <w:trPr>
          <w:jc w:val="center"/>
        </w:trPr>
        <w:tc>
          <w:tcPr>
            <w:tcW w:w="4762" w:type="dxa"/>
            <w:tcBorders>
              <w:bottom w:val="single" w:sz="6" w:space="0" w:color="000000"/>
            </w:tcBorders>
            <w:tcMar>
              <w:top w:w="60" w:type="dxa"/>
              <w:left w:w="90" w:type="dxa"/>
              <w:bottom w:w="60" w:type="dxa"/>
              <w:right w:w="90" w:type="dxa"/>
            </w:tcMar>
          </w:tcPr>
          <w:p w14:paraId="7DDDCD9E" w14:textId="77777777" w:rsidR="00117CA2" w:rsidRDefault="0007222E" w:rsidP="00812734">
            <w:pPr>
              <w:shd w:val="clear" w:color="auto" w:fill="FFFFFF" w:themeFill="background1"/>
              <w:spacing w:after="0" w:line="240" w:lineRule="auto"/>
            </w:pPr>
            <w:r>
              <w:t>- GV kết luận: Khi làm bài chính tả, các em cần đọc kĩ tiếng, quan sát nghĩa của câu để chọn âm/vần đúng.</w:t>
            </w:r>
          </w:p>
        </w:tc>
        <w:tc>
          <w:tcPr>
            <w:tcW w:w="4762" w:type="dxa"/>
            <w:tcBorders>
              <w:bottom w:val="single" w:sz="6" w:space="0" w:color="000000"/>
            </w:tcBorders>
            <w:tcMar>
              <w:top w:w="60" w:type="dxa"/>
              <w:left w:w="90" w:type="dxa"/>
              <w:bottom w:w="60" w:type="dxa"/>
              <w:right w:w="90" w:type="dxa"/>
            </w:tcMar>
          </w:tcPr>
          <w:p w14:paraId="41261B49" w14:textId="77777777" w:rsidR="00117CA2" w:rsidRDefault="0007222E" w:rsidP="00812734">
            <w:pPr>
              <w:shd w:val="clear" w:color="auto" w:fill="FFFFFF" w:themeFill="background1"/>
              <w:spacing w:after="0" w:line="240" w:lineRule="auto"/>
            </w:pPr>
            <w:r>
              <w:t>- HS sửa bài vào vở và đọc lại đáp án đúng.</w:t>
            </w:r>
          </w:p>
        </w:tc>
      </w:tr>
      <w:tr w:rsidR="00117CA2" w14:paraId="00FEFE25"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AA6184C" w14:textId="77777777" w:rsidR="00117CA2" w:rsidRDefault="0007222E" w:rsidP="00812734">
            <w:pPr>
              <w:shd w:val="clear" w:color="auto" w:fill="FFFFFF" w:themeFill="background1"/>
              <w:spacing w:after="0"/>
            </w:pPr>
            <w:r>
              <w:rPr>
                <w:b/>
                <w:bCs/>
                <w:color w:val="006100"/>
              </w:rPr>
              <w:t>D. VẬN DỤNG (2 PHÚT)</w:t>
            </w:r>
            <w:r>
              <w:rPr>
                <w:b/>
                <w:bCs/>
                <w:color w:val="006100"/>
              </w:rPr>
              <w:br/>
              <w:t>Mục tiêu: Vận dụng chính tả vào đọc, viết hằng ngày.</w:t>
            </w:r>
          </w:p>
        </w:tc>
      </w:tr>
      <w:tr w:rsidR="00117CA2" w14:paraId="3B4741D5" w14:textId="77777777" w:rsidTr="00812734">
        <w:trPr>
          <w:jc w:val="center"/>
        </w:trPr>
        <w:tc>
          <w:tcPr>
            <w:tcW w:w="4762" w:type="dxa"/>
            <w:tcBorders>
              <w:top w:val="single" w:sz="6" w:space="0" w:color="000000"/>
            </w:tcBorders>
            <w:tcMar>
              <w:top w:w="60" w:type="dxa"/>
              <w:left w:w="90" w:type="dxa"/>
              <w:bottom w:w="60" w:type="dxa"/>
              <w:right w:w="90" w:type="dxa"/>
            </w:tcMar>
          </w:tcPr>
          <w:p w14:paraId="51687F72" w14:textId="77777777" w:rsidR="00117CA2" w:rsidRDefault="0007222E" w:rsidP="00812734">
            <w:pPr>
              <w:shd w:val="clear" w:color="auto" w:fill="FFFFFF" w:themeFill="background1"/>
              <w:spacing w:after="0" w:line="240" w:lineRule="auto"/>
            </w:pPr>
            <w:r>
              <w:t xml:space="preserve">- GV yêu cầu HS về nhà tìm thêm 3 từ bắt </w:t>
            </w:r>
            <w:r>
              <w:lastRenderedPageBreak/>
              <w:t>đầu bằng l hoặc n và 3 từ có vần ao hoặc au.</w:t>
            </w:r>
          </w:p>
        </w:tc>
        <w:tc>
          <w:tcPr>
            <w:tcW w:w="4762" w:type="dxa"/>
            <w:tcBorders>
              <w:top w:val="single" w:sz="6" w:space="0" w:color="000000"/>
            </w:tcBorders>
            <w:tcMar>
              <w:top w:w="60" w:type="dxa"/>
              <w:left w:w="90" w:type="dxa"/>
              <w:bottom w:w="60" w:type="dxa"/>
              <w:right w:w="90" w:type="dxa"/>
            </w:tcMar>
          </w:tcPr>
          <w:p w14:paraId="30EE267C" w14:textId="77777777" w:rsidR="00117CA2" w:rsidRDefault="0007222E" w:rsidP="00812734">
            <w:pPr>
              <w:shd w:val="clear" w:color="auto" w:fill="FFFFFF" w:themeFill="background1"/>
              <w:spacing w:after="0" w:line="240" w:lineRule="auto"/>
            </w:pPr>
            <w:r>
              <w:lastRenderedPageBreak/>
              <w:t xml:space="preserve">- HS ghi nhớ nhiệm vụ: tìm từ và luyện viết </w:t>
            </w:r>
            <w:r>
              <w:lastRenderedPageBreak/>
              <w:t>đúng chính tả ở nhà.</w:t>
            </w:r>
          </w:p>
        </w:tc>
      </w:tr>
    </w:tbl>
    <w:p w14:paraId="37B5599A" w14:textId="77777777" w:rsidR="00117CA2" w:rsidRDefault="0007222E" w:rsidP="00812734">
      <w:pPr>
        <w:shd w:val="clear" w:color="auto" w:fill="FFFFFF" w:themeFill="background1"/>
        <w:spacing w:after="0" w:line="240" w:lineRule="auto"/>
      </w:pPr>
      <w:r>
        <w:rPr>
          <w:b/>
          <w:bCs/>
        </w:rPr>
        <w:t>IV. ĐIỀU CHỈNH SAU TIẾT DẠY (NẾU CÓ):</w:t>
      </w:r>
    </w:p>
    <w:p w14:paraId="433B3EE3" w14:textId="77777777" w:rsidR="00117CA2" w:rsidRDefault="0007222E" w:rsidP="00812734">
      <w:pPr>
        <w:shd w:val="clear" w:color="auto" w:fill="FFFFFF" w:themeFill="background1"/>
        <w:spacing w:after="0" w:line="240" w:lineRule="auto"/>
      </w:pPr>
      <w:r>
        <w:t>……………………………………………………………………………………………………………………………</w:t>
      </w:r>
    </w:p>
    <w:p w14:paraId="52E8716A" w14:textId="77777777" w:rsidR="00117CA2" w:rsidRDefault="0007222E" w:rsidP="00812734">
      <w:pPr>
        <w:shd w:val="clear" w:color="auto" w:fill="FFFFFF" w:themeFill="background1"/>
        <w:spacing w:after="0" w:line="240" w:lineRule="auto"/>
      </w:pPr>
      <w:r>
        <w:t>……………………………………………………………………………………………………………………………</w:t>
      </w:r>
    </w:p>
    <w:p w14:paraId="3A53DF60" w14:textId="69E5A73C" w:rsidR="00117CA2" w:rsidRDefault="00117CA2" w:rsidP="00812734">
      <w:pPr>
        <w:shd w:val="clear" w:color="auto" w:fill="FFFFFF" w:themeFill="background1"/>
        <w:spacing w:after="0" w:line="240" w:lineRule="auto"/>
      </w:pPr>
    </w:p>
    <w:p w14:paraId="3EAD46FC" w14:textId="77777777" w:rsidR="00117CA2" w:rsidRDefault="0007222E" w:rsidP="00812734">
      <w:pPr>
        <w:shd w:val="clear" w:color="auto" w:fill="FFFFFF" w:themeFill="background1"/>
        <w:spacing w:after="0" w:line="240" w:lineRule="auto"/>
        <w:jc w:val="center"/>
      </w:pPr>
      <w:r>
        <w:rPr>
          <w:b/>
          <w:bCs/>
        </w:rPr>
        <w:t>KẾ HOẠCH BÀI DẠY – TUẦN 15</w:t>
      </w:r>
    </w:p>
    <w:p w14:paraId="1888F49C" w14:textId="77777777" w:rsidR="00117CA2" w:rsidRDefault="0007222E" w:rsidP="00812734">
      <w:pPr>
        <w:shd w:val="clear" w:color="auto" w:fill="FFFFFF" w:themeFill="background1"/>
        <w:spacing w:after="0" w:line="240" w:lineRule="auto"/>
        <w:jc w:val="center"/>
      </w:pPr>
      <w:r>
        <w:rPr>
          <w:b/>
          <w:bCs/>
        </w:rPr>
        <w:t>CHỦ ĐỀ 4: MÁI ẤM GIA ĐÌNH</w:t>
      </w:r>
    </w:p>
    <w:p w14:paraId="591CCDF3" w14:textId="77777777" w:rsidR="00117CA2" w:rsidRDefault="0007222E" w:rsidP="00812734">
      <w:pPr>
        <w:shd w:val="clear" w:color="auto" w:fill="FFFFFF" w:themeFill="background1"/>
        <w:spacing w:after="0" w:line="240" w:lineRule="auto"/>
        <w:jc w:val="center"/>
      </w:pPr>
      <w:r>
        <w:rPr>
          <w:b/>
          <w:bCs/>
        </w:rPr>
        <w:t>BÀI 28: TRÒ CHƠI CỦA BỐ</w:t>
      </w:r>
    </w:p>
    <w:p w14:paraId="4115D5D8" w14:textId="77777777" w:rsidR="00117CA2" w:rsidRDefault="0007222E" w:rsidP="00812734">
      <w:pPr>
        <w:shd w:val="clear" w:color="auto" w:fill="FFFFFF" w:themeFill="background1"/>
        <w:spacing w:after="0" w:line="240" w:lineRule="auto"/>
        <w:jc w:val="center"/>
      </w:pPr>
      <w:r>
        <w:rPr>
          <w:b/>
          <w:bCs/>
        </w:rPr>
        <w:t>TIẾT 4: LUYỆN TẬP – MỞ RỘNG VỐN TỪ VỀ TÌNH CẢM GIA ĐÌNH; DẤU CHẤM, DẤU CHẤM HỎI, DẤU CHẤM THAN</w:t>
      </w:r>
    </w:p>
    <w:p w14:paraId="7DB98EE4" w14:textId="77777777" w:rsidR="00117CA2" w:rsidRDefault="0007222E" w:rsidP="00812734">
      <w:pPr>
        <w:shd w:val="clear" w:color="auto" w:fill="FFFFFF" w:themeFill="background1"/>
        <w:spacing w:after="0" w:line="240" w:lineRule="auto"/>
      </w:pPr>
      <w:r>
        <w:rPr>
          <w:b/>
          <w:bCs/>
        </w:rPr>
        <w:t>I. YÊU CẦU CẦN ĐẠT</w:t>
      </w:r>
    </w:p>
    <w:p w14:paraId="52ABAF59" w14:textId="77777777" w:rsidR="00117CA2" w:rsidRDefault="0007222E" w:rsidP="00812734">
      <w:pPr>
        <w:shd w:val="clear" w:color="auto" w:fill="FFFFFF" w:themeFill="background1"/>
        <w:spacing w:after="0" w:line="240" w:lineRule="auto"/>
      </w:pPr>
      <w:r>
        <w:rPr>
          <w:b/>
          <w:bCs/>
        </w:rPr>
        <w:t>1. Năng lực đặc thù</w:t>
      </w:r>
    </w:p>
    <w:p w14:paraId="1F72C02D" w14:textId="77777777" w:rsidR="00117CA2" w:rsidRDefault="0007222E" w:rsidP="00812734">
      <w:pPr>
        <w:shd w:val="clear" w:color="auto" w:fill="FFFFFF" w:themeFill="background1"/>
        <w:spacing w:after="0" w:line="240" w:lineRule="auto"/>
      </w:pPr>
      <w:r>
        <w:t>- Phát triển vốn từ chỉ tình cảm của người thân trong gia đình và từ chỉ tính cách.</w:t>
      </w:r>
    </w:p>
    <w:p w14:paraId="104345D5" w14:textId="77777777" w:rsidR="00117CA2" w:rsidRDefault="0007222E" w:rsidP="00812734">
      <w:pPr>
        <w:shd w:val="clear" w:color="auto" w:fill="FFFFFF" w:themeFill="background1"/>
        <w:spacing w:after="0" w:line="240" w:lineRule="auto"/>
      </w:pPr>
      <w:r>
        <w:t>- Biết sử dụng dấu chấm, dấu chấm hỏi, dấu chấm than trong câu.</w:t>
      </w:r>
    </w:p>
    <w:p w14:paraId="7FDABACA" w14:textId="77777777" w:rsidR="00117CA2" w:rsidRDefault="0007222E" w:rsidP="00812734">
      <w:pPr>
        <w:shd w:val="clear" w:color="auto" w:fill="FFFFFF" w:themeFill="background1"/>
        <w:spacing w:after="0" w:line="240" w:lineRule="auto"/>
      </w:pPr>
      <w:r>
        <w:t>- Đặt được câu có dấu câu phù hợp.</w:t>
      </w:r>
    </w:p>
    <w:p w14:paraId="053CE35A" w14:textId="77777777" w:rsidR="00117CA2" w:rsidRDefault="0007222E" w:rsidP="00812734">
      <w:pPr>
        <w:shd w:val="clear" w:color="auto" w:fill="FFFFFF" w:themeFill="background1"/>
        <w:spacing w:after="0" w:line="240" w:lineRule="auto"/>
      </w:pPr>
      <w:r>
        <w:rPr>
          <w:b/>
          <w:bCs/>
        </w:rPr>
        <w:t>2. Năng lực chung</w:t>
      </w:r>
    </w:p>
    <w:p w14:paraId="0BEAB2DD" w14:textId="77777777" w:rsidR="00117CA2" w:rsidRDefault="0007222E" w:rsidP="00812734">
      <w:pPr>
        <w:shd w:val="clear" w:color="auto" w:fill="FFFFFF" w:themeFill="background1"/>
        <w:spacing w:after="0" w:line="240" w:lineRule="auto"/>
      </w:pPr>
      <w:r>
        <w:t>- Tự chủ và tự học: tự hoàn thành bài tập.</w:t>
      </w:r>
    </w:p>
    <w:p w14:paraId="45DC807B" w14:textId="77777777" w:rsidR="00117CA2" w:rsidRDefault="0007222E" w:rsidP="00812734">
      <w:pPr>
        <w:shd w:val="clear" w:color="auto" w:fill="FFFFFF" w:themeFill="background1"/>
        <w:spacing w:after="0" w:line="240" w:lineRule="auto"/>
      </w:pPr>
      <w:r>
        <w:t>- Giao tiếp và hợp tác: thảo luận nhóm, chia sẻ kết quả.</w:t>
      </w:r>
    </w:p>
    <w:p w14:paraId="3739D15D" w14:textId="77777777" w:rsidR="00117CA2" w:rsidRDefault="0007222E" w:rsidP="00812734">
      <w:pPr>
        <w:shd w:val="clear" w:color="auto" w:fill="FFFFFF" w:themeFill="background1"/>
        <w:spacing w:after="0" w:line="240" w:lineRule="auto"/>
      </w:pPr>
      <w:r>
        <w:t>- Giải quyết vấn đề và sáng tạo: biết lựa chọn dấu câu phù hợp với mục đích nói.</w:t>
      </w:r>
    </w:p>
    <w:p w14:paraId="4021BF17" w14:textId="77777777" w:rsidR="00117CA2" w:rsidRDefault="0007222E" w:rsidP="00812734">
      <w:pPr>
        <w:shd w:val="clear" w:color="auto" w:fill="FFFFFF" w:themeFill="background1"/>
        <w:spacing w:after="0" w:line="240" w:lineRule="auto"/>
      </w:pPr>
      <w:r>
        <w:rPr>
          <w:b/>
          <w:bCs/>
        </w:rPr>
        <w:t>3. Phẩm chất</w:t>
      </w:r>
    </w:p>
    <w:p w14:paraId="69ACBB2E" w14:textId="77777777" w:rsidR="00117CA2" w:rsidRDefault="0007222E" w:rsidP="00812734">
      <w:pPr>
        <w:shd w:val="clear" w:color="auto" w:fill="FFFFFF" w:themeFill="background1"/>
        <w:spacing w:after="0" w:line="240" w:lineRule="auto"/>
      </w:pPr>
      <w:r>
        <w:t>- Nhân ái: yêu thương, kính trọng người thân.</w:t>
      </w:r>
    </w:p>
    <w:p w14:paraId="2295CE25" w14:textId="77777777" w:rsidR="00117CA2" w:rsidRDefault="0007222E" w:rsidP="00812734">
      <w:pPr>
        <w:shd w:val="clear" w:color="auto" w:fill="FFFFFF" w:themeFill="background1"/>
        <w:spacing w:after="0" w:line="240" w:lineRule="auto"/>
      </w:pPr>
      <w:r>
        <w:t>- Chăm chỉ: tích cực làm bài.</w:t>
      </w:r>
    </w:p>
    <w:p w14:paraId="681233A3" w14:textId="77777777" w:rsidR="00117CA2" w:rsidRDefault="0007222E" w:rsidP="00812734">
      <w:pPr>
        <w:shd w:val="clear" w:color="auto" w:fill="FFFFFF" w:themeFill="background1"/>
        <w:spacing w:after="0" w:line="240" w:lineRule="auto"/>
      </w:pPr>
      <w:r>
        <w:t>- Trách nhiệm: hợp tác trong nhóm và sửa bài đầy đủ.</w:t>
      </w:r>
    </w:p>
    <w:p w14:paraId="1D53D806" w14:textId="77777777" w:rsidR="00117CA2" w:rsidRDefault="0007222E" w:rsidP="00812734">
      <w:pPr>
        <w:shd w:val="clear" w:color="auto" w:fill="FFFFFF" w:themeFill="background1"/>
        <w:spacing w:after="0" w:line="240" w:lineRule="auto"/>
      </w:pPr>
      <w:r>
        <w:rPr>
          <w:b/>
          <w:bCs/>
        </w:rPr>
        <w:t>II. ĐỒ DÙNG DẠY HỌC</w:t>
      </w:r>
    </w:p>
    <w:p w14:paraId="34930F8F" w14:textId="77777777" w:rsidR="00117CA2" w:rsidRDefault="0007222E" w:rsidP="00812734">
      <w:pPr>
        <w:shd w:val="clear" w:color="auto" w:fill="FFFFFF" w:themeFill="background1"/>
        <w:spacing w:after="0" w:line="240" w:lineRule="auto"/>
      </w:pPr>
      <w:r>
        <w:t>- Giáo viên: Máy tính, máy chiếu, thẻ từ, phiếu học tập.</w:t>
      </w:r>
    </w:p>
    <w:p w14:paraId="08C8AF54" w14:textId="77777777" w:rsidR="00117CA2" w:rsidRDefault="0007222E" w:rsidP="00812734">
      <w:pPr>
        <w:shd w:val="clear" w:color="auto" w:fill="FFFFFF" w:themeFill="background1"/>
        <w:spacing w:after="0" w:line="240" w:lineRule="auto"/>
      </w:pPr>
      <w:r>
        <w:t>- Học sinh: SGK, VBT, vở ô li, nháp.</w:t>
      </w:r>
    </w:p>
    <w:p w14:paraId="15FADCD8"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477B5C28"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53F70E34" w14:textId="77777777" w:rsidR="00117CA2" w:rsidRDefault="0007222E" w:rsidP="00812734">
            <w:pPr>
              <w:shd w:val="clear" w:color="auto" w:fill="FFFFFF" w:themeFill="background1"/>
              <w:spacing w:after="0"/>
              <w:jc w:val="center"/>
            </w:pPr>
            <w:r>
              <w:rPr>
                <w:b/>
                <w:bCs/>
              </w:rPr>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47E8C286" w14:textId="77777777" w:rsidR="00117CA2" w:rsidRDefault="0007222E" w:rsidP="00812734">
            <w:pPr>
              <w:shd w:val="clear" w:color="auto" w:fill="FFFFFF" w:themeFill="background1"/>
              <w:spacing w:after="0"/>
              <w:jc w:val="center"/>
            </w:pPr>
            <w:r>
              <w:rPr>
                <w:b/>
                <w:bCs/>
              </w:rPr>
              <w:t>Hoạt động của học sinh</w:t>
            </w:r>
          </w:p>
        </w:tc>
      </w:tr>
      <w:tr w:rsidR="00117CA2" w14:paraId="12BC8E58"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28B3D53" w14:textId="77777777" w:rsidR="00117CA2" w:rsidRDefault="0007222E" w:rsidP="00812734">
            <w:pPr>
              <w:shd w:val="clear" w:color="auto" w:fill="FFFFFF" w:themeFill="background1"/>
              <w:spacing w:after="0"/>
            </w:pPr>
            <w:r>
              <w:rPr>
                <w:b/>
                <w:bCs/>
                <w:color w:val="006100"/>
              </w:rPr>
              <w:t>A. KHỞI ĐỘNG (5 PHÚT)</w:t>
            </w:r>
            <w:r>
              <w:rPr>
                <w:b/>
                <w:bCs/>
                <w:color w:val="006100"/>
              </w:rPr>
              <w:br/>
              <w:t>Mục tiêu: Tạo hứng thú học tập, kết nối với chủ điểm gia đình.</w:t>
            </w:r>
          </w:p>
        </w:tc>
      </w:tr>
      <w:tr w:rsidR="00117CA2" w14:paraId="50DA4492" w14:textId="77777777" w:rsidTr="00812734">
        <w:trPr>
          <w:jc w:val="center"/>
        </w:trPr>
        <w:tc>
          <w:tcPr>
            <w:tcW w:w="4762" w:type="dxa"/>
            <w:tcBorders>
              <w:top w:val="single" w:sz="6" w:space="0" w:color="000000"/>
            </w:tcBorders>
            <w:tcMar>
              <w:top w:w="60" w:type="dxa"/>
              <w:left w:w="90" w:type="dxa"/>
              <w:bottom w:w="60" w:type="dxa"/>
              <w:right w:w="90" w:type="dxa"/>
            </w:tcMar>
          </w:tcPr>
          <w:p w14:paraId="66AD7CBD" w14:textId="77777777" w:rsidR="00117CA2" w:rsidRDefault="0007222E" w:rsidP="00812734">
            <w:pPr>
              <w:shd w:val="clear" w:color="auto" w:fill="FFFFFF" w:themeFill="background1"/>
              <w:spacing w:after="0" w:line="240" w:lineRule="auto"/>
            </w:pPr>
            <w:r>
              <w:t>- GV tổ chức cho HS hát bài Cả nhà thương nhau.</w:t>
            </w:r>
          </w:p>
        </w:tc>
        <w:tc>
          <w:tcPr>
            <w:tcW w:w="4762" w:type="dxa"/>
            <w:tcBorders>
              <w:top w:val="single" w:sz="6" w:space="0" w:color="000000"/>
            </w:tcBorders>
            <w:tcMar>
              <w:top w:w="60" w:type="dxa"/>
              <w:left w:w="90" w:type="dxa"/>
              <w:bottom w:w="60" w:type="dxa"/>
              <w:right w:w="90" w:type="dxa"/>
            </w:tcMar>
          </w:tcPr>
          <w:p w14:paraId="28975666" w14:textId="77777777" w:rsidR="00117CA2" w:rsidRDefault="0007222E" w:rsidP="00812734">
            <w:pPr>
              <w:shd w:val="clear" w:color="auto" w:fill="FFFFFF" w:themeFill="background1"/>
              <w:spacing w:after="0" w:line="240" w:lineRule="auto"/>
            </w:pPr>
            <w:r>
              <w:t>- HS hát, vận động theo nhịp và nêu cảm xúc yêu thương gia đình.</w:t>
            </w:r>
          </w:p>
        </w:tc>
      </w:tr>
      <w:tr w:rsidR="00117CA2" w14:paraId="40349B6D" w14:textId="77777777" w:rsidTr="00812734">
        <w:trPr>
          <w:jc w:val="center"/>
        </w:trPr>
        <w:tc>
          <w:tcPr>
            <w:tcW w:w="4762" w:type="dxa"/>
            <w:tcBorders>
              <w:bottom w:val="single" w:sz="6" w:space="0" w:color="000000"/>
            </w:tcBorders>
            <w:tcMar>
              <w:top w:w="60" w:type="dxa"/>
              <w:left w:w="90" w:type="dxa"/>
              <w:bottom w:w="60" w:type="dxa"/>
              <w:right w:w="90" w:type="dxa"/>
            </w:tcMar>
          </w:tcPr>
          <w:p w14:paraId="608573BF" w14:textId="77777777" w:rsidR="00117CA2" w:rsidRDefault="0007222E" w:rsidP="00812734">
            <w:pPr>
              <w:shd w:val="clear" w:color="auto" w:fill="FFFFFF" w:themeFill="background1"/>
              <w:spacing w:after="0" w:line="240" w:lineRule="auto"/>
            </w:pPr>
            <w:r>
              <w:t>- GV dẫn dắt: Tiết học hôm nay giúp các em mở rộng vốn từ về tình cảm gia đình và luyện dùng dấu câu.</w:t>
            </w:r>
          </w:p>
        </w:tc>
        <w:tc>
          <w:tcPr>
            <w:tcW w:w="4762" w:type="dxa"/>
            <w:tcBorders>
              <w:bottom w:val="single" w:sz="6" w:space="0" w:color="000000"/>
            </w:tcBorders>
            <w:tcMar>
              <w:top w:w="60" w:type="dxa"/>
              <w:left w:w="90" w:type="dxa"/>
              <w:bottom w:w="60" w:type="dxa"/>
              <w:right w:w="90" w:type="dxa"/>
            </w:tcMar>
          </w:tcPr>
          <w:p w14:paraId="7AB65700" w14:textId="77777777" w:rsidR="00117CA2" w:rsidRDefault="0007222E" w:rsidP="00812734">
            <w:pPr>
              <w:shd w:val="clear" w:color="auto" w:fill="FFFFFF" w:themeFill="background1"/>
              <w:spacing w:after="0" w:line="240" w:lineRule="auto"/>
            </w:pPr>
            <w:r>
              <w:t>- HS lắng nghe, ghi tên bài.</w:t>
            </w:r>
          </w:p>
        </w:tc>
      </w:tr>
      <w:tr w:rsidR="00117CA2" w14:paraId="305CCA1E"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3D3B8B53" w14:textId="77777777" w:rsidR="00117CA2" w:rsidRDefault="0007222E" w:rsidP="00812734">
            <w:pPr>
              <w:shd w:val="clear" w:color="auto" w:fill="FFFFFF" w:themeFill="background1"/>
              <w:spacing w:after="0"/>
            </w:pPr>
            <w:r>
              <w:rPr>
                <w:b/>
                <w:bCs/>
                <w:color w:val="006100"/>
              </w:rPr>
              <w:t>B. LUYỆN TẬP - Hoạt động 1: Mở rộng vốn từ chỉ tình cảm, tính cách (15 PHÚT)</w:t>
            </w:r>
            <w:r>
              <w:rPr>
                <w:b/>
                <w:bCs/>
                <w:color w:val="006100"/>
              </w:rPr>
              <w:br/>
              <w:t>Mục tiêu: Nhận biết từ chỉ tình cảm của người thân và từ chỉ tính cách.</w:t>
            </w:r>
          </w:p>
        </w:tc>
      </w:tr>
      <w:tr w:rsidR="00117CA2" w14:paraId="1F7E7BC1" w14:textId="77777777" w:rsidTr="00812734">
        <w:trPr>
          <w:jc w:val="center"/>
        </w:trPr>
        <w:tc>
          <w:tcPr>
            <w:tcW w:w="4762" w:type="dxa"/>
            <w:tcBorders>
              <w:top w:val="single" w:sz="6" w:space="0" w:color="000000"/>
            </w:tcBorders>
            <w:tcMar>
              <w:top w:w="60" w:type="dxa"/>
              <w:left w:w="90" w:type="dxa"/>
              <w:bottom w:w="60" w:type="dxa"/>
              <w:right w:w="90" w:type="dxa"/>
            </w:tcMar>
          </w:tcPr>
          <w:p w14:paraId="72C2A801" w14:textId="77777777" w:rsidR="00117CA2" w:rsidRDefault="0007222E" w:rsidP="00812734">
            <w:pPr>
              <w:shd w:val="clear" w:color="auto" w:fill="FFFFFF" w:themeFill="background1"/>
              <w:spacing w:after="0" w:line="240" w:lineRule="auto"/>
            </w:pPr>
            <w:r>
              <w:rPr>
                <w:b/>
                <w:bCs/>
              </w:rPr>
              <w:t xml:space="preserve">- Bài tập 1: Những từ nào dưới đây chỉ </w:t>
            </w:r>
            <w:r>
              <w:rPr>
                <w:b/>
                <w:bCs/>
              </w:rPr>
              <w:lastRenderedPageBreak/>
              <w:t>tình cảm của người thân trong gia đình?</w:t>
            </w:r>
          </w:p>
          <w:p w14:paraId="30B416AA" w14:textId="77777777" w:rsidR="00117CA2" w:rsidRDefault="0007222E" w:rsidP="00812734">
            <w:pPr>
              <w:shd w:val="clear" w:color="auto" w:fill="FFFFFF" w:themeFill="background1"/>
              <w:spacing w:after="0" w:line="240" w:lineRule="auto"/>
            </w:pPr>
            <w:r>
              <w:t>- GV yêu cầu HS đọc đề bài và các từ ngữ cho sẵn.</w:t>
            </w:r>
          </w:p>
          <w:p w14:paraId="07D64B9B" w14:textId="0A90FB91"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431F369A" w14:textId="77777777" w:rsidR="00117CA2" w:rsidRDefault="0007222E" w:rsidP="00812734">
            <w:pPr>
              <w:shd w:val="clear" w:color="auto" w:fill="FFFFFF" w:themeFill="background1"/>
              <w:spacing w:after="0" w:line="240" w:lineRule="auto"/>
            </w:pPr>
            <w:r>
              <w:lastRenderedPageBreak/>
              <w:t xml:space="preserve">- HS đọc đề và các từ: chăm sóc, chăm chỉ, </w:t>
            </w:r>
            <w:r>
              <w:lastRenderedPageBreak/>
              <w:t>quan tâm, yêu thương, kính trọng, vui chơi.</w:t>
            </w:r>
          </w:p>
        </w:tc>
      </w:tr>
      <w:tr w:rsidR="00117CA2" w14:paraId="31BAF323" w14:textId="77777777" w:rsidTr="00812734">
        <w:trPr>
          <w:jc w:val="center"/>
        </w:trPr>
        <w:tc>
          <w:tcPr>
            <w:tcW w:w="4762" w:type="dxa"/>
            <w:tcMar>
              <w:top w:w="60" w:type="dxa"/>
              <w:left w:w="90" w:type="dxa"/>
              <w:bottom w:w="60" w:type="dxa"/>
              <w:right w:w="90" w:type="dxa"/>
            </w:tcMar>
          </w:tcPr>
          <w:p w14:paraId="525E4B5E" w14:textId="77777777" w:rsidR="00117CA2" w:rsidRDefault="0007222E" w:rsidP="00812734">
            <w:pPr>
              <w:shd w:val="clear" w:color="auto" w:fill="FFFFFF" w:themeFill="background1"/>
              <w:spacing w:after="0" w:line="240" w:lineRule="auto"/>
            </w:pPr>
            <w:r>
              <w:lastRenderedPageBreak/>
              <w:t>- GV tổ chức cho HS làm việc nhóm 4, viết các từ chỉ tình cảm vào thẻ.</w:t>
            </w:r>
          </w:p>
        </w:tc>
        <w:tc>
          <w:tcPr>
            <w:tcW w:w="4762" w:type="dxa"/>
            <w:tcMar>
              <w:top w:w="60" w:type="dxa"/>
              <w:left w:w="90" w:type="dxa"/>
              <w:bottom w:w="60" w:type="dxa"/>
              <w:right w:w="90" w:type="dxa"/>
            </w:tcMar>
          </w:tcPr>
          <w:p w14:paraId="067E2E18" w14:textId="77777777" w:rsidR="00117CA2" w:rsidRDefault="0007222E" w:rsidP="00812734">
            <w:pPr>
              <w:shd w:val="clear" w:color="auto" w:fill="FFFFFF" w:themeFill="background1"/>
              <w:spacing w:after="0" w:line="240" w:lineRule="auto"/>
            </w:pPr>
            <w:r>
              <w:t>- HS thảo luận nhóm 4 và viết các từ đúng: chăm sóc, quan tâm, yêu thương, kính trọng.</w:t>
            </w:r>
          </w:p>
        </w:tc>
      </w:tr>
      <w:tr w:rsidR="00117CA2" w14:paraId="78D65DD1" w14:textId="77777777" w:rsidTr="00812734">
        <w:trPr>
          <w:jc w:val="center"/>
        </w:trPr>
        <w:tc>
          <w:tcPr>
            <w:tcW w:w="4762" w:type="dxa"/>
            <w:tcMar>
              <w:top w:w="60" w:type="dxa"/>
              <w:left w:w="90" w:type="dxa"/>
              <w:bottom w:w="60" w:type="dxa"/>
              <w:right w:w="90" w:type="dxa"/>
            </w:tcMar>
          </w:tcPr>
          <w:p w14:paraId="6C0E43D4" w14:textId="77777777" w:rsidR="00117CA2" w:rsidRDefault="0007222E" w:rsidP="00812734">
            <w:pPr>
              <w:shd w:val="clear" w:color="auto" w:fill="FFFFFF" w:themeFill="background1"/>
              <w:spacing w:after="0" w:line="240" w:lineRule="auto"/>
            </w:pPr>
            <w:r>
              <w:t>- GV hỏi: Vì sao em không chọn từ chăm chỉ và vui chơi?</w:t>
            </w:r>
          </w:p>
        </w:tc>
        <w:tc>
          <w:tcPr>
            <w:tcW w:w="4762" w:type="dxa"/>
            <w:tcMar>
              <w:top w:w="60" w:type="dxa"/>
              <w:left w:w="90" w:type="dxa"/>
              <w:bottom w:w="60" w:type="dxa"/>
              <w:right w:w="90" w:type="dxa"/>
            </w:tcMar>
          </w:tcPr>
          <w:p w14:paraId="7A4D0C1B" w14:textId="77777777" w:rsidR="00117CA2" w:rsidRDefault="0007222E" w:rsidP="00812734">
            <w:pPr>
              <w:shd w:val="clear" w:color="auto" w:fill="FFFFFF" w:themeFill="background1"/>
              <w:spacing w:after="0" w:line="240" w:lineRule="auto"/>
            </w:pPr>
            <w:r>
              <w:t>- HS trả lời: Chăm chỉ chỉ tính cách; vui chơi chỉ hoạt động, không phải từ chỉ tình cảm của người thân.</w:t>
            </w:r>
          </w:p>
        </w:tc>
      </w:tr>
      <w:tr w:rsidR="00117CA2" w14:paraId="3FD749D8" w14:textId="77777777" w:rsidTr="00812734">
        <w:trPr>
          <w:jc w:val="center"/>
        </w:trPr>
        <w:tc>
          <w:tcPr>
            <w:tcW w:w="4762" w:type="dxa"/>
            <w:tcMar>
              <w:top w:w="60" w:type="dxa"/>
              <w:left w:w="90" w:type="dxa"/>
              <w:bottom w:w="60" w:type="dxa"/>
              <w:right w:w="90" w:type="dxa"/>
            </w:tcMar>
          </w:tcPr>
          <w:p w14:paraId="52DA1E6D" w14:textId="77777777" w:rsidR="00117CA2" w:rsidRDefault="0007222E" w:rsidP="00812734">
            <w:pPr>
              <w:shd w:val="clear" w:color="auto" w:fill="FFFFFF" w:themeFill="background1"/>
              <w:spacing w:after="0" w:line="240" w:lineRule="auto"/>
            </w:pPr>
            <w:r>
              <w:t>- GV yêu cầu HS đặt câu với một từ vừa tìm được.</w:t>
            </w:r>
          </w:p>
        </w:tc>
        <w:tc>
          <w:tcPr>
            <w:tcW w:w="4762" w:type="dxa"/>
            <w:tcMar>
              <w:top w:w="60" w:type="dxa"/>
              <w:left w:w="90" w:type="dxa"/>
              <w:bottom w:w="60" w:type="dxa"/>
              <w:right w:w="90" w:type="dxa"/>
            </w:tcMar>
          </w:tcPr>
          <w:p w14:paraId="14CE0D0C" w14:textId="77777777" w:rsidR="00117CA2" w:rsidRDefault="0007222E" w:rsidP="00812734">
            <w:pPr>
              <w:shd w:val="clear" w:color="auto" w:fill="FFFFFF" w:themeFill="background1"/>
              <w:spacing w:after="0" w:line="240" w:lineRule="auto"/>
            </w:pPr>
            <w:r>
              <w:t>- HS đặt câu: Mẹ luôn chăm sóc em chu đáo./ Em kính trọng ông bà./ Bố mẹ rất quan tâm đến em.</w:t>
            </w:r>
          </w:p>
        </w:tc>
      </w:tr>
      <w:tr w:rsidR="00117CA2" w14:paraId="4D46C82C" w14:textId="77777777" w:rsidTr="00812734">
        <w:trPr>
          <w:jc w:val="center"/>
        </w:trPr>
        <w:tc>
          <w:tcPr>
            <w:tcW w:w="4762" w:type="dxa"/>
            <w:tcMar>
              <w:top w:w="60" w:type="dxa"/>
              <w:left w:w="90" w:type="dxa"/>
              <w:bottom w:w="60" w:type="dxa"/>
              <w:right w:w="90" w:type="dxa"/>
            </w:tcMar>
          </w:tcPr>
          <w:p w14:paraId="4138BE0F" w14:textId="77777777" w:rsidR="00117CA2" w:rsidRDefault="0007222E" w:rsidP="00812734">
            <w:pPr>
              <w:shd w:val="clear" w:color="auto" w:fill="FFFFFF" w:themeFill="background1"/>
              <w:spacing w:after="0" w:line="240" w:lineRule="auto"/>
            </w:pPr>
            <w:r>
              <w:rPr>
                <w:b/>
                <w:bCs/>
              </w:rPr>
              <w:t>- Bài tập 2: Tìm từ ngữ bạn nhỏ nói về tính cách của bố mình trong đoạn văn.</w:t>
            </w:r>
          </w:p>
          <w:p w14:paraId="38E01014" w14:textId="77777777" w:rsidR="00117CA2" w:rsidRDefault="0007222E" w:rsidP="00812734">
            <w:pPr>
              <w:shd w:val="clear" w:color="auto" w:fill="FFFFFF" w:themeFill="background1"/>
              <w:spacing w:after="0" w:line="240" w:lineRule="auto"/>
            </w:pPr>
            <w:r>
              <w:t>- GV yêu cầu HS đọc đoạn văn và tìm từ chỉ tính cách.</w:t>
            </w:r>
          </w:p>
        </w:tc>
        <w:tc>
          <w:tcPr>
            <w:tcW w:w="4762" w:type="dxa"/>
            <w:tcMar>
              <w:top w:w="60" w:type="dxa"/>
              <w:left w:w="90" w:type="dxa"/>
              <w:bottom w:w="60" w:type="dxa"/>
              <w:right w:w="90" w:type="dxa"/>
            </w:tcMar>
          </w:tcPr>
          <w:p w14:paraId="06D5A5D0" w14:textId="77777777" w:rsidR="00117CA2" w:rsidRDefault="0007222E" w:rsidP="00812734">
            <w:pPr>
              <w:shd w:val="clear" w:color="auto" w:fill="FFFFFF" w:themeFill="background1"/>
              <w:spacing w:after="0" w:line="240" w:lineRule="auto"/>
            </w:pPr>
            <w:r>
              <w:t>- HS đọc đoạn văn và tìm được các từ: kiên nhẫn, vui tính, nghiêm khắc, dễ tha thứ.</w:t>
            </w:r>
          </w:p>
        </w:tc>
      </w:tr>
      <w:tr w:rsidR="00117CA2" w14:paraId="41083681" w14:textId="77777777" w:rsidTr="00812734">
        <w:trPr>
          <w:jc w:val="center"/>
        </w:trPr>
        <w:tc>
          <w:tcPr>
            <w:tcW w:w="4762" w:type="dxa"/>
            <w:tcMar>
              <w:top w:w="60" w:type="dxa"/>
              <w:left w:w="90" w:type="dxa"/>
              <w:bottom w:w="60" w:type="dxa"/>
              <w:right w:w="90" w:type="dxa"/>
            </w:tcMar>
          </w:tcPr>
          <w:p w14:paraId="2F7A0EE3" w14:textId="77777777" w:rsidR="00117CA2" w:rsidRDefault="0007222E" w:rsidP="00812734">
            <w:pPr>
              <w:shd w:val="clear" w:color="auto" w:fill="FFFFFF" w:themeFill="background1"/>
              <w:spacing w:after="0" w:line="240" w:lineRule="auto"/>
            </w:pPr>
            <w:r>
              <w:t>- GV yêu cầu HS chia sẻ tính cách của một người thân trong gia đình.</w:t>
            </w:r>
          </w:p>
        </w:tc>
        <w:tc>
          <w:tcPr>
            <w:tcW w:w="4762" w:type="dxa"/>
            <w:tcMar>
              <w:top w:w="60" w:type="dxa"/>
              <w:left w:w="90" w:type="dxa"/>
              <w:bottom w:w="60" w:type="dxa"/>
              <w:right w:w="90" w:type="dxa"/>
            </w:tcMar>
          </w:tcPr>
          <w:p w14:paraId="7899D834" w14:textId="77777777" w:rsidR="00117CA2" w:rsidRDefault="0007222E" w:rsidP="00812734">
            <w:pPr>
              <w:shd w:val="clear" w:color="auto" w:fill="FFFFFF" w:themeFill="background1"/>
              <w:spacing w:after="0" w:line="240" w:lineRule="auto"/>
            </w:pPr>
            <w:r>
              <w:t>- HS chia sẻ: Mẹ em hiền hậu và chăm chỉ./ Bố em vui tính nhưng nghiêm khắc./ Bà em dịu dàng và kiên nhẫn.</w:t>
            </w:r>
          </w:p>
        </w:tc>
      </w:tr>
      <w:tr w:rsidR="00117CA2" w14:paraId="40BB130C" w14:textId="77777777" w:rsidTr="00812734">
        <w:trPr>
          <w:jc w:val="center"/>
        </w:trPr>
        <w:tc>
          <w:tcPr>
            <w:tcW w:w="4762" w:type="dxa"/>
            <w:tcBorders>
              <w:bottom w:val="single" w:sz="6" w:space="0" w:color="000000"/>
            </w:tcBorders>
            <w:tcMar>
              <w:top w:w="60" w:type="dxa"/>
              <w:left w:w="90" w:type="dxa"/>
              <w:bottom w:w="60" w:type="dxa"/>
              <w:right w:w="90" w:type="dxa"/>
            </w:tcMar>
          </w:tcPr>
          <w:p w14:paraId="731FD731" w14:textId="77777777" w:rsidR="00117CA2" w:rsidRDefault="0007222E" w:rsidP="00812734">
            <w:pPr>
              <w:shd w:val="clear" w:color="auto" w:fill="FFFFFF" w:themeFill="background1"/>
              <w:spacing w:after="0" w:line="240" w:lineRule="auto"/>
            </w:pPr>
            <w:r>
              <w:t>- GV kết luận: Từ ngữ về tình cảm và tính cách giúp chúng ta nói, viết rõ hơn về người thân.</w:t>
            </w:r>
          </w:p>
        </w:tc>
        <w:tc>
          <w:tcPr>
            <w:tcW w:w="4762" w:type="dxa"/>
            <w:tcBorders>
              <w:bottom w:val="single" w:sz="6" w:space="0" w:color="000000"/>
            </w:tcBorders>
            <w:tcMar>
              <w:top w:w="60" w:type="dxa"/>
              <w:left w:w="90" w:type="dxa"/>
              <w:bottom w:w="60" w:type="dxa"/>
              <w:right w:w="90" w:type="dxa"/>
            </w:tcMar>
          </w:tcPr>
          <w:p w14:paraId="278F54F5" w14:textId="77777777" w:rsidR="00117CA2" w:rsidRDefault="0007222E" w:rsidP="00812734">
            <w:pPr>
              <w:shd w:val="clear" w:color="auto" w:fill="FFFFFF" w:themeFill="background1"/>
              <w:spacing w:after="0" w:line="240" w:lineRule="auto"/>
            </w:pPr>
            <w:r>
              <w:t>- HS ghi nhớ và sửa bài vào vở.</w:t>
            </w:r>
          </w:p>
        </w:tc>
      </w:tr>
      <w:tr w:rsidR="00117CA2" w14:paraId="35A97518"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3D6773E" w14:textId="77777777" w:rsidR="00117CA2" w:rsidRDefault="0007222E" w:rsidP="00812734">
            <w:pPr>
              <w:shd w:val="clear" w:color="auto" w:fill="FFFFFF" w:themeFill="background1"/>
              <w:spacing w:after="0"/>
            </w:pPr>
            <w:r>
              <w:rPr>
                <w:b/>
                <w:bCs/>
                <w:color w:val="006100"/>
              </w:rPr>
              <w:t>C. VẬN DỤNG - Hoạt động 2: Luyện dùng dấu câu (12 PHÚT)</w:t>
            </w:r>
            <w:r>
              <w:rPr>
                <w:b/>
                <w:bCs/>
                <w:color w:val="006100"/>
              </w:rPr>
              <w:br/>
              <w:t>Mục tiêu: Chọn đúng dấu chấm, dấu chấm hỏi hoặc dấu chấm than trong đoạn đối thoại.</w:t>
            </w:r>
          </w:p>
        </w:tc>
      </w:tr>
      <w:tr w:rsidR="00117CA2" w14:paraId="694D8DA1" w14:textId="77777777" w:rsidTr="00812734">
        <w:trPr>
          <w:jc w:val="center"/>
        </w:trPr>
        <w:tc>
          <w:tcPr>
            <w:tcW w:w="4762" w:type="dxa"/>
            <w:tcBorders>
              <w:top w:val="single" w:sz="6" w:space="0" w:color="000000"/>
            </w:tcBorders>
            <w:tcMar>
              <w:top w:w="60" w:type="dxa"/>
              <w:left w:w="90" w:type="dxa"/>
              <w:bottom w:w="60" w:type="dxa"/>
              <w:right w:w="90" w:type="dxa"/>
            </w:tcMar>
          </w:tcPr>
          <w:p w14:paraId="40FDDEF4" w14:textId="77777777" w:rsidR="00117CA2" w:rsidRDefault="0007222E" w:rsidP="00812734">
            <w:pPr>
              <w:shd w:val="clear" w:color="auto" w:fill="FFFFFF" w:themeFill="background1"/>
              <w:spacing w:after="0" w:line="240" w:lineRule="auto"/>
            </w:pPr>
            <w:r>
              <w:rPr>
                <w:b/>
                <w:bCs/>
              </w:rPr>
              <w:t>- Bài tập 3: Chọn dấu chấm, dấu chấm hỏi hoặc dấu chấm than thay cho ô vuông.</w:t>
            </w:r>
          </w:p>
          <w:p w14:paraId="665F0A2F" w14:textId="77777777" w:rsidR="00117CA2" w:rsidRDefault="0007222E" w:rsidP="00812734">
            <w:pPr>
              <w:shd w:val="clear" w:color="auto" w:fill="FFFFFF" w:themeFill="background1"/>
              <w:spacing w:after="0" w:line="240" w:lineRule="auto"/>
            </w:pPr>
            <w:r>
              <w:t>- GV yêu cầu HS đọc đề bài và đoạn đối thoại.</w:t>
            </w:r>
          </w:p>
        </w:tc>
        <w:tc>
          <w:tcPr>
            <w:tcW w:w="4762" w:type="dxa"/>
            <w:tcBorders>
              <w:top w:val="single" w:sz="6" w:space="0" w:color="000000"/>
            </w:tcBorders>
            <w:tcMar>
              <w:top w:w="60" w:type="dxa"/>
              <w:left w:w="90" w:type="dxa"/>
              <w:bottom w:w="60" w:type="dxa"/>
              <w:right w:w="90" w:type="dxa"/>
            </w:tcMar>
          </w:tcPr>
          <w:p w14:paraId="67169B37" w14:textId="77777777" w:rsidR="00117CA2" w:rsidRDefault="0007222E" w:rsidP="00812734">
            <w:pPr>
              <w:shd w:val="clear" w:color="auto" w:fill="FFFFFF" w:themeFill="background1"/>
              <w:spacing w:after="0" w:line="240" w:lineRule="auto"/>
            </w:pPr>
            <w:r>
              <w:t>- HS đọc đề bài và đoạn đối thoại “Đặt câu”.</w:t>
            </w:r>
          </w:p>
        </w:tc>
      </w:tr>
      <w:tr w:rsidR="00117CA2" w14:paraId="208496BD" w14:textId="77777777" w:rsidTr="00812734">
        <w:trPr>
          <w:jc w:val="center"/>
        </w:trPr>
        <w:tc>
          <w:tcPr>
            <w:tcW w:w="4762" w:type="dxa"/>
            <w:tcMar>
              <w:top w:w="60" w:type="dxa"/>
              <w:left w:w="90" w:type="dxa"/>
              <w:bottom w:w="60" w:type="dxa"/>
              <w:right w:w="90" w:type="dxa"/>
            </w:tcMar>
          </w:tcPr>
          <w:p w14:paraId="5F3F54F8" w14:textId="77777777" w:rsidR="00117CA2" w:rsidRDefault="0007222E" w:rsidP="00812734">
            <w:pPr>
              <w:shd w:val="clear" w:color="auto" w:fill="FFFFFF" w:themeFill="background1"/>
              <w:spacing w:after="0" w:line="240" w:lineRule="auto"/>
            </w:pPr>
            <w:r>
              <w:t>- GV hỏi: Câu “Nam ơi” là câu dùng để làm gì? Cần điền dấu gì?</w:t>
            </w:r>
          </w:p>
        </w:tc>
        <w:tc>
          <w:tcPr>
            <w:tcW w:w="4762" w:type="dxa"/>
            <w:tcMar>
              <w:top w:w="60" w:type="dxa"/>
              <w:left w:w="90" w:type="dxa"/>
              <w:bottom w:w="60" w:type="dxa"/>
              <w:right w:w="90" w:type="dxa"/>
            </w:tcMar>
          </w:tcPr>
          <w:p w14:paraId="1BAB951F" w14:textId="77777777" w:rsidR="00117CA2" w:rsidRDefault="0007222E" w:rsidP="00812734">
            <w:pPr>
              <w:shd w:val="clear" w:color="auto" w:fill="FFFFFF" w:themeFill="background1"/>
              <w:spacing w:after="0" w:line="240" w:lineRule="auto"/>
            </w:pPr>
            <w:r>
              <w:t>- HS trả lời: Câu “Nam ơi” là câu gọi, cần điền dấu chấm than.</w:t>
            </w:r>
          </w:p>
        </w:tc>
      </w:tr>
      <w:tr w:rsidR="00117CA2" w14:paraId="270382C4" w14:textId="77777777" w:rsidTr="00812734">
        <w:trPr>
          <w:jc w:val="center"/>
        </w:trPr>
        <w:tc>
          <w:tcPr>
            <w:tcW w:w="4762" w:type="dxa"/>
            <w:tcMar>
              <w:top w:w="60" w:type="dxa"/>
              <w:left w:w="90" w:type="dxa"/>
              <w:bottom w:w="60" w:type="dxa"/>
              <w:right w:w="90" w:type="dxa"/>
            </w:tcMar>
          </w:tcPr>
          <w:p w14:paraId="19978749" w14:textId="77777777" w:rsidR="00117CA2" w:rsidRDefault="0007222E" w:rsidP="00812734">
            <w:pPr>
              <w:shd w:val="clear" w:color="auto" w:fill="FFFFFF" w:themeFill="background1"/>
              <w:spacing w:after="0" w:line="240" w:lineRule="auto"/>
            </w:pPr>
            <w:r>
              <w:t>- GV yêu cầu HS làm bài cá nhân vào phiếu.</w:t>
            </w:r>
          </w:p>
        </w:tc>
        <w:tc>
          <w:tcPr>
            <w:tcW w:w="4762" w:type="dxa"/>
            <w:tcMar>
              <w:top w:w="60" w:type="dxa"/>
              <w:left w:w="90" w:type="dxa"/>
              <w:bottom w:w="60" w:type="dxa"/>
              <w:right w:w="90" w:type="dxa"/>
            </w:tcMar>
          </w:tcPr>
          <w:p w14:paraId="652DBEF4" w14:textId="77777777" w:rsidR="00117CA2" w:rsidRDefault="0007222E" w:rsidP="00812734">
            <w:pPr>
              <w:shd w:val="clear" w:color="auto" w:fill="FFFFFF" w:themeFill="background1"/>
              <w:spacing w:after="0" w:line="240" w:lineRule="auto"/>
            </w:pPr>
            <w:r>
              <w:t>- HS làm bài cá nhân, chọn dấu câu phù hợp.</w:t>
            </w:r>
          </w:p>
        </w:tc>
      </w:tr>
      <w:tr w:rsidR="00117CA2" w14:paraId="673BF77A" w14:textId="77777777" w:rsidTr="00812734">
        <w:trPr>
          <w:jc w:val="center"/>
        </w:trPr>
        <w:tc>
          <w:tcPr>
            <w:tcW w:w="4762" w:type="dxa"/>
            <w:tcMar>
              <w:top w:w="60" w:type="dxa"/>
              <w:left w:w="90" w:type="dxa"/>
              <w:bottom w:w="60" w:type="dxa"/>
              <w:right w:w="90" w:type="dxa"/>
            </w:tcMar>
          </w:tcPr>
          <w:p w14:paraId="4CBC50CD" w14:textId="77777777" w:rsidR="00117CA2" w:rsidRDefault="0007222E" w:rsidP="00812734">
            <w:pPr>
              <w:shd w:val="clear" w:color="auto" w:fill="FFFFFF" w:themeFill="background1"/>
              <w:spacing w:after="0" w:line="240" w:lineRule="auto"/>
            </w:pPr>
            <w:r>
              <w:t>- GV mời HS chữa bài.</w:t>
            </w:r>
          </w:p>
        </w:tc>
        <w:tc>
          <w:tcPr>
            <w:tcW w:w="4762" w:type="dxa"/>
            <w:tcMar>
              <w:top w:w="60" w:type="dxa"/>
              <w:left w:w="90" w:type="dxa"/>
              <w:bottom w:w="60" w:type="dxa"/>
              <w:right w:w="90" w:type="dxa"/>
            </w:tcMar>
          </w:tcPr>
          <w:p w14:paraId="6F7499C4" w14:textId="77777777" w:rsidR="00117CA2" w:rsidRDefault="0007222E" w:rsidP="00812734">
            <w:pPr>
              <w:shd w:val="clear" w:color="auto" w:fill="FFFFFF" w:themeFill="background1"/>
              <w:spacing w:after="0" w:line="240" w:lineRule="auto"/>
            </w:pPr>
            <w:r>
              <w:t>- HS chữa bài: Bố: Nam ơi! Con hãy đặt một câu có từ “đường” nhé! Con: Bố em đang uống cà phê. Bố: Thế từ “đường” đâu? Con: Dạ, đường có ở trong cốc cà phê rồi ạ.</w:t>
            </w:r>
          </w:p>
        </w:tc>
      </w:tr>
      <w:tr w:rsidR="00117CA2" w14:paraId="0A3B19F3" w14:textId="77777777" w:rsidTr="00812734">
        <w:trPr>
          <w:jc w:val="center"/>
        </w:trPr>
        <w:tc>
          <w:tcPr>
            <w:tcW w:w="4762" w:type="dxa"/>
            <w:tcMar>
              <w:top w:w="60" w:type="dxa"/>
              <w:left w:w="90" w:type="dxa"/>
              <w:bottom w:w="60" w:type="dxa"/>
              <w:right w:w="90" w:type="dxa"/>
            </w:tcMar>
          </w:tcPr>
          <w:p w14:paraId="0291E628" w14:textId="77777777" w:rsidR="00117CA2" w:rsidRDefault="0007222E" w:rsidP="00812734">
            <w:pPr>
              <w:shd w:val="clear" w:color="auto" w:fill="FFFFFF" w:themeFill="background1"/>
              <w:spacing w:after="0" w:line="240" w:lineRule="auto"/>
            </w:pPr>
            <w:r>
              <w:lastRenderedPageBreak/>
              <w:t>- GV yêu cầu HS đặt thêm một câu có dùng dấu chấm hỏi hoặc dấu chấm than.</w:t>
            </w:r>
          </w:p>
        </w:tc>
        <w:tc>
          <w:tcPr>
            <w:tcW w:w="4762" w:type="dxa"/>
            <w:tcMar>
              <w:top w:w="60" w:type="dxa"/>
              <w:left w:w="90" w:type="dxa"/>
              <w:bottom w:w="60" w:type="dxa"/>
              <w:right w:w="90" w:type="dxa"/>
            </w:tcMar>
          </w:tcPr>
          <w:p w14:paraId="3237300C" w14:textId="77777777" w:rsidR="00117CA2" w:rsidRDefault="0007222E" w:rsidP="00812734">
            <w:pPr>
              <w:shd w:val="clear" w:color="auto" w:fill="FFFFFF" w:themeFill="background1"/>
              <w:spacing w:after="0" w:line="240" w:lineRule="auto"/>
            </w:pPr>
            <w:r>
              <w:t>- HS đặt câu: Mẹ ơi, con giúp mẹ được không? Ôi, bông hoa đẹp quá!</w:t>
            </w:r>
          </w:p>
        </w:tc>
      </w:tr>
      <w:tr w:rsidR="00117CA2" w14:paraId="460E292B" w14:textId="77777777" w:rsidTr="00812734">
        <w:trPr>
          <w:jc w:val="center"/>
        </w:trPr>
        <w:tc>
          <w:tcPr>
            <w:tcW w:w="4762" w:type="dxa"/>
            <w:tcBorders>
              <w:bottom w:val="single" w:sz="6" w:space="0" w:color="000000"/>
            </w:tcBorders>
            <w:tcMar>
              <w:top w:w="60" w:type="dxa"/>
              <w:left w:w="90" w:type="dxa"/>
              <w:bottom w:w="60" w:type="dxa"/>
              <w:right w:w="90" w:type="dxa"/>
            </w:tcMar>
          </w:tcPr>
          <w:p w14:paraId="185F44BD" w14:textId="77777777" w:rsidR="00117CA2" w:rsidRDefault="0007222E" w:rsidP="00812734">
            <w:pPr>
              <w:shd w:val="clear" w:color="auto" w:fill="FFFFFF" w:themeFill="background1"/>
              <w:spacing w:after="0" w:line="240" w:lineRule="auto"/>
            </w:pPr>
            <w:r>
              <w:t>- GV kết luận: Dấu câu giúp người đọc hiểu câu dùng để kể, hỏi hay bộc lộ cảm xúc.</w:t>
            </w:r>
          </w:p>
        </w:tc>
        <w:tc>
          <w:tcPr>
            <w:tcW w:w="4762" w:type="dxa"/>
            <w:tcBorders>
              <w:bottom w:val="single" w:sz="6" w:space="0" w:color="000000"/>
            </w:tcBorders>
            <w:tcMar>
              <w:top w:w="60" w:type="dxa"/>
              <w:left w:w="90" w:type="dxa"/>
              <w:bottom w:w="60" w:type="dxa"/>
              <w:right w:w="90" w:type="dxa"/>
            </w:tcMar>
          </w:tcPr>
          <w:p w14:paraId="19DCC8C0" w14:textId="77777777" w:rsidR="00117CA2" w:rsidRDefault="0007222E" w:rsidP="00812734">
            <w:pPr>
              <w:shd w:val="clear" w:color="auto" w:fill="FFFFFF" w:themeFill="background1"/>
              <w:spacing w:after="0" w:line="240" w:lineRule="auto"/>
            </w:pPr>
            <w:r>
              <w:t>- HS đọc lại đoạn đối thoại đã điền dấu câu.</w:t>
            </w:r>
          </w:p>
        </w:tc>
      </w:tr>
      <w:tr w:rsidR="00117CA2" w14:paraId="5AE24DD2"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284E3209" w14:textId="77777777" w:rsidR="00117CA2" w:rsidRDefault="0007222E" w:rsidP="00812734">
            <w:pPr>
              <w:shd w:val="clear" w:color="auto" w:fill="FFFFFF" w:themeFill="background1"/>
              <w:spacing w:after="0"/>
            </w:pPr>
            <w:r>
              <w:rPr>
                <w:b/>
                <w:bCs/>
                <w:color w:val="006100"/>
              </w:rPr>
              <w:t>D. CỦNG CỐ (3 PHÚT)</w:t>
            </w:r>
            <w:r>
              <w:rPr>
                <w:b/>
                <w:bCs/>
                <w:color w:val="006100"/>
              </w:rPr>
              <w:br/>
              <w:t>Mục tiêu: Khắc sâu kiến thức về vốn từ và dấu câu.</w:t>
            </w:r>
          </w:p>
        </w:tc>
      </w:tr>
      <w:tr w:rsidR="00117CA2" w14:paraId="629B03C8" w14:textId="77777777" w:rsidTr="00812734">
        <w:trPr>
          <w:jc w:val="center"/>
        </w:trPr>
        <w:tc>
          <w:tcPr>
            <w:tcW w:w="4762" w:type="dxa"/>
            <w:tcBorders>
              <w:top w:val="single" w:sz="6" w:space="0" w:color="000000"/>
            </w:tcBorders>
            <w:tcMar>
              <w:top w:w="60" w:type="dxa"/>
              <w:left w:w="90" w:type="dxa"/>
              <w:bottom w:w="60" w:type="dxa"/>
              <w:right w:w="90" w:type="dxa"/>
            </w:tcMar>
          </w:tcPr>
          <w:p w14:paraId="36D0673A" w14:textId="77777777" w:rsidR="00117CA2" w:rsidRDefault="0007222E" w:rsidP="00812734">
            <w:pPr>
              <w:shd w:val="clear" w:color="auto" w:fill="FFFFFF" w:themeFill="background1"/>
              <w:spacing w:after="0" w:line="240" w:lineRule="auto"/>
            </w:pPr>
            <w:r>
              <w:t>- GV hỏi: Hôm nay em học được điều gì?</w:t>
            </w:r>
          </w:p>
        </w:tc>
        <w:tc>
          <w:tcPr>
            <w:tcW w:w="4762" w:type="dxa"/>
            <w:tcBorders>
              <w:top w:val="single" w:sz="6" w:space="0" w:color="000000"/>
            </w:tcBorders>
            <w:tcMar>
              <w:top w:w="60" w:type="dxa"/>
              <w:left w:w="90" w:type="dxa"/>
              <w:bottom w:w="60" w:type="dxa"/>
              <w:right w:w="90" w:type="dxa"/>
            </w:tcMar>
          </w:tcPr>
          <w:p w14:paraId="7414F229" w14:textId="77777777" w:rsidR="00117CA2" w:rsidRDefault="0007222E" w:rsidP="00812734">
            <w:pPr>
              <w:shd w:val="clear" w:color="auto" w:fill="FFFFFF" w:themeFill="background1"/>
              <w:spacing w:after="0" w:line="240" w:lineRule="auto"/>
            </w:pPr>
            <w:r>
              <w:t>- HS trả lời: Em biết thêm từ chỉ tình cảm gia đình, tính cách của người thân và biết dùng dấu chấm, dấu hỏi, dấu chấm than.</w:t>
            </w:r>
          </w:p>
        </w:tc>
      </w:tr>
      <w:tr w:rsidR="00117CA2" w14:paraId="1297C0A0" w14:textId="77777777" w:rsidTr="00812734">
        <w:trPr>
          <w:jc w:val="center"/>
        </w:trPr>
        <w:tc>
          <w:tcPr>
            <w:tcW w:w="4762" w:type="dxa"/>
            <w:tcMar>
              <w:top w:w="60" w:type="dxa"/>
              <w:left w:w="90" w:type="dxa"/>
              <w:bottom w:w="60" w:type="dxa"/>
              <w:right w:w="90" w:type="dxa"/>
            </w:tcMar>
          </w:tcPr>
          <w:p w14:paraId="6FECF748" w14:textId="77777777" w:rsidR="00117CA2" w:rsidRDefault="0007222E" w:rsidP="00812734">
            <w:pPr>
              <w:shd w:val="clear" w:color="auto" w:fill="FFFFFF" w:themeFill="background1"/>
              <w:spacing w:after="0" w:line="240" w:lineRule="auto"/>
            </w:pPr>
            <w:r>
              <w:t>- GV dặn HS hoàn thành VBT và chuẩn bị tiết sau.</w:t>
            </w:r>
          </w:p>
        </w:tc>
        <w:tc>
          <w:tcPr>
            <w:tcW w:w="4762" w:type="dxa"/>
            <w:tcMar>
              <w:top w:w="60" w:type="dxa"/>
              <w:left w:w="90" w:type="dxa"/>
              <w:bottom w:w="60" w:type="dxa"/>
              <w:right w:w="90" w:type="dxa"/>
            </w:tcMar>
          </w:tcPr>
          <w:p w14:paraId="70D76703" w14:textId="77777777" w:rsidR="00117CA2" w:rsidRDefault="0007222E" w:rsidP="00812734">
            <w:pPr>
              <w:shd w:val="clear" w:color="auto" w:fill="FFFFFF" w:themeFill="background1"/>
              <w:spacing w:after="0" w:line="240" w:lineRule="auto"/>
            </w:pPr>
            <w:r>
              <w:t>- HS ghi nhớ nhiệm vụ.</w:t>
            </w:r>
          </w:p>
        </w:tc>
      </w:tr>
    </w:tbl>
    <w:p w14:paraId="62C56834" w14:textId="77777777" w:rsidR="00117CA2" w:rsidRDefault="0007222E" w:rsidP="00812734">
      <w:pPr>
        <w:shd w:val="clear" w:color="auto" w:fill="FFFFFF" w:themeFill="background1"/>
        <w:spacing w:after="0" w:line="240" w:lineRule="auto"/>
      </w:pPr>
      <w:r>
        <w:rPr>
          <w:b/>
          <w:bCs/>
        </w:rPr>
        <w:t>IV. ĐIỀU CHỈNH SAU TIẾT DẠY (NẾU CÓ):</w:t>
      </w:r>
    </w:p>
    <w:p w14:paraId="4A3B87EE" w14:textId="77777777" w:rsidR="00117CA2" w:rsidRDefault="0007222E" w:rsidP="00812734">
      <w:pPr>
        <w:shd w:val="clear" w:color="auto" w:fill="FFFFFF" w:themeFill="background1"/>
        <w:spacing w:after="0" w:line="240" w:lineRule="auto"/>
      </w:pPr>
      <w:r>
        <w:t>……………………………………………………………………………………………………………………………</w:t>
      </w:r>
    </w:p>
    <w:p w14:paraId="68DA84A8" w14:textId="77777777" w:rsidR="00117CA2" w:rsidRDefault="0007222E" w:rsidP="00812734">
      <w:pPr>
        <w:shd w:val="clear" w:color="auto" w:fill="FFFFFF" w:themeFill="background1"/>
        <w:spacing w:after="0" w:line="240" w:lineRule="auto"/>
      </w:pPr>
      <w:r>
        <w:t>……………………………………………………………………………………………………………………………</w:t>
      </w:r>
    </w:p>
    <w:p w14:paraId="22202103" w14:textId="2A4D991E" w:rsidR="00117CA2" w:rsidRDefault="00117CA2" w:rsidP="00812734">
      <w:pPr>
        <w:shd w:val="clear" w:color="auto" w:fill="FFFFFF" w:themeFill="background1"/>
        <w:spacing w:after="0" w:line="240" w:lineRule="auto"/>
      </w:pPr>
    </w:p>
    <w:p w14:paraId="459F2CDB" w14:textId="77777777" w:rsidR="00117CA2" w:rsidRDefault="0007222E" w:rsidP="00812734">
      <w:pPr>
        <w:shd w:val="clear" w:color="auto" w:fill="FFFFFF" w:themeFill="background1"/>
        <w:spacing w:after="0" w:line="240" w:lineRule="auto"/>
        <w:jc w:val="center"/>
      </w:pPr>
      <w:r>
        <w:rPr>
          <w:b/>
          <w:bCs/>
        </w:rPr>
        <w:t>KẾ HOẠCH BÀI DẠY – TUẦN 15</w:t>
      </w:r>
    </w:p>
    <w:p w14:paraId="0688B351" w14:textId="77777777" w:rsidR="00117CA2" w:rsidRDefault="0007222E" w:rsidP="00812734">
      <w:pPr>
        <w:shd w:val="clear" w:color="auto" w:fill="FFFFFF" w:themeFill="background1"/>
        <w:spacing w:after="0" w:line="240" w:lineRule="auto"/>
        <w:jc w:val="center"/>
      </w:pPr>
      <w:r>
        <w:rPr>
          <w:b/>
          <w:bCs/>
        </w:rPr>
        <w:t>CHỦ ĐỀ 4: MÁI ẤM GIA ĐÌNH</w:t>
      </w:r>
    </w:p>
    <w:p w14:paraId="4553D12A" w14:textId="77777777" w:rsidR="00117CA2" w:rsidRDefault="0007222E" w:rsidP="00812734">
      <w:pPr>
        <w:shd w:val="clear" w:color="auto" w:fill="FFFFFF" w:themeFill="background1"/>
        <w:spacing w:after="0" w:line="240" w:lineRule="auto"/>
        <w:jc w:val="center"/>
      </w:pPr>
      <w:r>
        <w:rPr>
          <w:b/>
          <w:bCs/>
        </w:rPr>
        <w:t>BÀI 28: TRÒ CHƠI CỦA BỐ</w:t>
      </w:r>
    </w:p>
    <w:p w14:paraId="3B8C0E93" w14:textId="77777777" w:rsidR="00117CA2" w:rsidRDefault="0007222E" w:rsidP="00812734">
      <w:pPr>
        <w:shd w:val="clear" w:color="auto" w:fill="FFFFFF" w:themeFill="background1"/>
        <w:spacing w:after="0" w:line="240" w:lineRule="auto"/>
        <w:jc w:val="center"/>
      </w:pPr>
      <w:r>
        <w:rPr>
          <w:b/>
          <w:bCs/>
        </w:rPr>
        <w:t>TIẾT 5: LUYỆN TẬP – VIẾT ĐOẠN VĂN THỂ HIỆN TÌNH CẢM VỚI NGƯỜI THÂN</w:t>
      </w:r>
    </w:p>
    <w:p w14:paraId="071800D6" w14:textId="77777777" w:rsidR="00117CA2" w:rsidRDefault="0007222E" w:rsidP="00812734">
      <w:pPr>
        <w:shd w:val="clear" w:color="auto" w:fill="FFFFFF" w:themeFill="background1"/>
        <w:spacing w:after="0" w:line="240" w:lineRule="auto"/>
      </w:pPr>
      <w:r>
        <w:rPr>
          <w:b/>
          <w:bCs/>
        </w:rPr>
        <w:t>I. YÊU CẦU CẦN ĐẠT</w:t>
      </w:r>
    </w:p>
    <w:p w14:paraId="3EE4C6A4" w14:textId="77777777" w:rsidR="00117CA2" w:rsidRDefault="0007222E" w:rsidP="00812734">
      <w:pPr>
        <w:shd w:val="clear" w:color="auto" w:fill="FFFFFF" w:themeFill="background1"/>
        <w:spacing w:after="0" w:line="240" w:lineRule="auto"/>
      </w:pPr>
      <w:r>
        <w:rPr>
          <w:b/>
          <w:bCs/>
        </w:rPr>
        <w:t>1. Năng lực đặc thù</w:t>
      </w:r>
    </w:p>
    <w:p w14:paraId="69A5648E" w14:textId="77777777" w:rsidR="00117CA2" w:rsidRDefault="0007222E" w:rsidP="00812734">
      <w:pPr>
        <w:shd w:val="clear" w:color="auto" w:fill="FFFFFF" w:themeFill="background1"/>
        <w:spacing w:after="0" w:line="240" w:lineRule="auto"/>
      </w:pPr>
      <w:r>
        <w:t>- Đọc hiểu đoạn văn mẫu và trả lời được câu hỏi.</w:t>
      </w:r>
    </w:p>
    <w:p w14:paraId="090F99C5" w14:textId="77777777" w:rsidR="00117CA2" w:rsidRDefault="0007222E" w:rsidP="00812734">
      <w:pPr>
        <w:shd w:val="clear" w:color="auto" w:fill="FFFFFF" w:themeFill="background1"/>
        <w:spacing w:after="0" w:line="240" w:lineRule="auto"/>
      </w:pPr>
      <w:r>
        <w:t>- Viết được 3 - 4 câu thể hiện tình cảm của em đối với người thân.</w:t>
      </w:r>
    </w:p>
    <w:p w14:paraId="368AC98C" w14:textId="77777777" w:rsidR="00117CA2" w:rsidRDefault="0007222E" w:rsidP="00812734">
      <w:pPr>
        <w:shd w:val="clear" w:color="auto" w:fill="FFFFFF" w:themeFill="background1"/>
        <w:spacing w:after="0" w:line="240" w:lineRule="auto"/>
      </w:pPr>
      <w:r>
        <w:t>- Biết dùng từ ngữ thể hiện tình cảm yêu thương, biết ơn trong đoạn văn.</w:t>
      </w:r>
    </w:p>
    <w:p w14:paraId="0562D56E" w14:textId="77777777" w:rsidR="00117CA2" w:rsidRDefault="0007222E" w:rsidP="00812734">
      <w:pPr>
        <w:shd w:val="clear" w:color="auto" w:fill="FFFFFF" w:themeFill="background1"/>
        <w:spacing w:after="0" w:line="240" w:lineRule="auto"/>
      </w:pPr>
      <w:r>
        <w:rPr>
          <w:b/>
          <w:bCs/>
        </w:rPr>
        <w:t>2. Năng lực chung</w:t>
      </w:r>
    </w:p>
    <w:p w14:paraId="3BA2A112" w14:textId="77777777" w:rsidR="00117CA2" w:rsidRDefault="0007222E" w:rsidP="00812734">
      <w:pPr>
        <w:shd w:val="clear" w:color="auto" w:fill="FFFFFF" w:themeFill="background1"/>
        <w:spacing w:after="0" w:line="240" w:lineRule="auto"/>
      </w:pPr>
      <w:r>
        <w:t>- Tự chủ và tự học: tự hình thành ý tưởng và viết đoạn văn.</w:t>
      </w:r>
    </w:p>
    <w:p w14:paraId="690A0DA6" w14:textId="77777777" w:rsidR="00117CA2" w:rsidRDefault="0007222E" w:rsidP="00812734">
      <w:pPr>
        <w:shd w:val="clear" w:color="auto" w:fill="FFFFFF" w:themeFill="background1"/>
        <w:spacing w:after="0" w:line="240" w:lineRule="auto"/>
      </w:pPr>
      <w:r>
        <w:t>- Giao tiếp và hợp tác: trao đổi cặp đôi, góp ý bài viết cho bạn.</w:t>
      </w:r>
    </w:p>
    <w:p w14:paraId="41BA788A" w14:textId="77777777" w:rsidR="00117CA2" w:rsidRDefault="0007222E" w:rsidP="00812734">
      <w:pPr>
        <w:shd w:val="clear" w:color="auto" w:fill="FFFFFF" w:themeFill="background1"/>
        <w:spacing w:after="0" w:line="240" w:lineRule="auto"/>
      </w:pPr>
      <w:r>
        <w:t>- Giải quyết vấn đề và sáng tạo: biết lựa chọn chi tiết phù hợp để thể hiện tình cảm.</w:t>
      </w:r>
    </w:p>
    <w:p w14:paraId="29AF1ACE" w14:textId="77777777" w:rsidR="00117CA2" w:rsidRDefault="0007222E" w:rsidP="00812734">
      <w:pPr>
        <w:shd w:val="clear" w:color="auto" w:fill="FFFFFF" w:themeFill="background1"/>
        <w:spacing w:after="0" w:line="240" w:lineRule="auto"/>
      </w:pPr>
      <w:r>
        <w:rPr>
          <w:b/>
          <w:bCs/>
        </w:rPr>
        <w:t>3. Phẩm chất</w:t>
      </w:r>
    </w:p>
    <w:p w14:paraId="3DA40E0E" w14:textId="77777777" w:rsidR="00117CA2" w:rsidRDefault="0007222E" w:rsidP="00812734">
      <w:pPr>
        <w:shd w:val="clear" w:color="auto" w:fill="FFFFFF" w:themeFill="background1"/>
        <w:spacing w:after="0" w:line="240" w:lineRule="auto"/>
      </w:pPr>
      <w:r>
        <w:t>- Nhân ái: yêu thương, kính trọng người thân.</w:t>
      </w:r>
    </w:p>
    <w:p w14:paraId="59BBF1EC" w14:textId="77777777" w:rsidR="00117CA2" w:rsidRDefault="0007222E" w:rsidP="00812734">
      <w:pPr>
        <w:shd w:val="clear" w:color="auto" w:fill="FFFFFF" w:themeFill="background1"/>
        <w:spacing w:after="0" w:line="240" w:lineRule="auto"/>
      </w:pPr>
      <w:r>
        <w:t>- Trách nhiệm: biết thể hiện tình cảm bằng lời nói, việc làm phù hợp.</w:t>
      </w:r>
    </w:p>
    <w:p w14:paraId="1A3CC57A" w14:textId="77777777" w:rsidR="00117CA2" w:rsidRDefault="0007222E" w:rsidP="00812734">
      <w:pPr>
        <w:shd w:val="clear" w:color="auto" w:fill="FFFFFF" w:themeFill="background1"/>
        <w:spacing w:after="0" w:line="240" w:lineRule="auto"/>
      </w:pPr>
      <w:r>
        <w:rPr>
          <w:b/>
          <w:color w:val="C00000"/>
        </w:rPr>
        <w:t>4. Tích hợp</w:t>
      </w:r>
    </w:p>
    <w:p w14:paraId="28708B86" w14:textId="77777777" w:rsidR="00117CA2" w:rsidRDefault="0007222E" w:rsidP="00812734">
      <w:pPr>
        <w:shd w:val="clear" w:color="auto" w:fill="FFFFFF" w:themeFill="background1"/>
        <w:spacing w:after="0" w:line="240" w:lineRule="auto"/>
      </w:pPr>
      <w:r>
        <w:rPr>
          <w:color w:val="C00000"/>
        </w:rPr>
        <w:t>- Tích hợp AI 2.A1.2: Thể hiện được thái độ đúng đắn khi sử dụng AI; biết tin tưởng ở mức hợp lí, có trách nhiệm và có sự kiểm soát của con người: HS hiểu AI có thể gợi ý dàn ý, từ ngữ cho đoạn văn về người thân nhưng HS phải tự viết bằng cảm xúc thật, kiểm tra lại nội dung, không sao chép máy móc và không nhập thông tin riêng tư của gia đình.</w:t>
      </w:r>
    </w:p>
    <w:p w14:paraId="00A561FC" w14:textId="77777777" w:rsidR="00117CA2" w:rsidRDefault="0007222E" w:rsidP="00812734">
      <w:pPr>
        <w:shd w:val="clear" w:color="auto" w:fill="FFFFFF" w:themeFill="background1"/>
        <w:spacing w:after="0" w:line="240" w:lineRule="auto"/>
      </w:pPr>
      <w:r>
        <w:rPr>
          <w:b/>
          <w:bCs/>
        </w:rPr>
        <w:t>II. ĐỒ DÙNG DẠY HỌC</w:t>
      </w:r>
    </w:p>
    <w:p w14:paraId="63ACACE7" w14:textId="77777777" w:rsidR="00117CA2" w:rsidRDefault="0007222E" w:rsidP="00812734">
      <w:pPr>
        <w:shd w:val="clear" w:color="auto" w:fill="FFFFFF" w:themeFill="background1"/>
        <w:spacing w:after="0" w:line="240" w:lineRule="auto"/>
      </w:pPr>
      <w:r>
        <w:t>- Giáo viên: Máy tính, máy chiếu, slide nội dung bài tập, phiếu gợi ý viết đoạn.</w:t>
      </w:r>
    </w:p>
    <w:p w14:paraId="72720823" w14:textId="77777777" w:rsidR="00117CA2" w:rsidRDefault="0007222E" w:rsidP="00812734">
      <w:pPr>
        <w:shd w:val="clear" w:color="auto" w:fill="FFFFFF" w:themeFill="background1"/>
        <w:spacing w:after="0" w:line="240" w:lineRule="auto"/>
      </w:pPr>
      <w:r>
        <w:t>- Học sinh: SGK, VBT, vở ô li, nháp.</w:t>
      </w:r>
    </w:p>
    <w:p w14:paraId="1BAF1370"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63768B5C"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268978BF" w14:textId="77777777" w:rsidR="00117CA2" w:rsidRDefault="0007222E" w:rsidP="00812734">
            <w:pPr>
              <w:shd w:val="clear" w:color="auto" w:fill="FFFFFF" w:themeFill="background1"/>
              <w:spacing w:after="0"/>
              <w:jc w:val="center"/>
            </w:pPr>
            <w:r>
              <w:rPr>
                <w:b/>
                <w:bCs/>
              </w:rPr>
              <w:lastRenderedPageBreak/>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02E9EEB0" w14:textId="77777777" w:rsidR="00117CA2" w:rsidRDefault="0007222E" w:rsidP="00812734">
            <w:pPr>
              <w:shd w:val="clear" w:color="auto" w:fill="FFFFFF" w:themeFill="background1"/>
              <w:spacing w:after="0"/>
              <w:jc w:val="center"/>
            </w:pPr>
            <w:r>
              <w:rPr>
                <w:b/>
                <w:bCs/>
              </w:rPr>
              <w:t>Hoạt động của học sinh</w:t>
            </w:r>
          </w:p>
        </w:tc>
      </w:tr>
      <w:tr w:rsidR="00117CA2" w14:paraId="3C968B43"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55CD35D2" w14:textId="77777777" w:rsidR="00117CA2" w:rsidRDefault="0007222E" w:rsidP="00812734">
            <w:pPr>
              <w:shd w:val="clear" w:color="auto" w:fill="FFFFFF" w:themeFill="background1"/>
              <w:spacing w:after="0"/>
            </w:pPr>
            <w:r>
              <w:rPr>
                <w:b/>
                <w:bCs/>
                <w:color w:val="006100"/>
              </w:rPr>
              <w:t>A. KHỞI ĐỘNG (3 PHÚT)</w:t>
            </w:r>
            <w:r>
              <w:rPr>
                <w:b/>
                <w:bCs/>
                <w:color w:val="006100"/>
              </w:rPr>
              <w:br/>
              <w:t>Mục tiêu: Gợi cảm xúc về người thân trước khi viết đoạn văn.</w:t>
            </w:r>
          </w:p>
        </w:tc>
      </w:tr>
      <w:tr w:rsidR="00117CA2" w14:paraId="1DF5FDF5" w14:textId="77777777" w:rsidTr="00812734">
        <w:trPr>
          <w:jc w:val="center"/>
        </w:trPr>
        <w:tc>
          <w:tcPr>
            <w:tcW w:w="4762" w:type="dxa"/>
            <w:tcBorders>
              <w:top w:val="single" w:sz="6" w:space="0" w:color="000000"/>
            </w:tcBorders>
            <w:tcMar>
              <w:top w:w="60" w:type="dxa"/>
              <w:left w:w="90" w:type="dxa"/>
              <w:bottom w:w="60" w:type="dxa"/>
              <w:right w:w="90" w:type="dxa"/>
            </w:tcMar>
          </w:tcPr>
          <w:p w14:paraId="7669583D" w14:textId="77777777" w:rsidR="00117CA2" w:rsidRDefault="0007222E" w:rsidP="00812734">
            <w:pPr>
              <w:shd w:val="clear" w:color="auto" w:fill="FFFFFF" w:themeFill="background1"/>
              <w:spacing w:after="0" w:line="240" w:lineRule="auto"/>
            </w:pPr>
            <w:r>
              <w:t>- GV tổ chức trò chơi “Truyền điện”: mỗi HS nói nhanh tên một người thân trong gia đình và một từ thể hiện tình cảm với người đó.</w:t>
            </w:r>
          </w:p>
        </w:tc>
        <w:tc>
          <w:tcPr>
            <w:tcW w:w="4762" w:type="dxa"/>
            <w:tcBorders>
              <w:top w:val="single" w:sz="6" w:space="0" w:color="000000"/>
            </w:tcBorders>
            <w:tcMar>
              <w:top w:w="60" w:type="dxa"/>
              <w:left w:w="90" w:type="dxa"/>
              <w:bottom w:w="60" w:type="dxa"/>
              <w:right w:w="90" w:type="dxa"/>
            </w:tcMar>
          </w:tcPr>
          <w:p w14:paraId="426B0044" w14:textId="77777777" w:rsidR="00117CA2" w:rsidRDefault="0007222E" w:rsidP="00812734">
            <w:pPr>
              <w:shd w:val="clear" w:color="auto" w:fill="FFFFFF" w:themeFill="background1"/>
              <w:spacing w:after="0" w:line="240" w:lineRule="auto"/>
            </w:pPr>
            <w:r>
              <w:t>- HS tham gia: mẹ - yêu thương; bố - kính trọng; bà - dịu dàng; ông - hiền hậu; anh/chị - quan tâm.</w:t>
            </w:r>
          </w:p>
        </w:tc>
      </w:tr>
      <w:tr w:rsidR="00117CA2" w14:paraId="2EB46641" w14:textId="77777777" w:rsidTr="00812734">
        <w:trPr>
          <w:jc w:val="center"/>
        </w:trPr>
        <w:tc>
          <w:tcPr>
            <w:tcW w:w="4762" w:type="dxa"/>
            <w:tcBorders>
              <w:bottom w:val="single" w:sz="6" w:space="0" w:color="000000"/>
            </w:tcBorders>
            <w:tcMar>
              <w:top w:w="60" w:type="dxa"/>
              <w:left w:w="90" w:type="dxa"/>
              <w:bottom w:w="60" w:type="dxa"/>
              <w:right w:w="90" w:type="dxa"/>
            </w:tcMar>
          </w:tcPr>
          <w:p w14:paraId="011C5DE6" w14:textId="77777777" w:rsidR="00117CA2" w:rsidRDefault="0007222E" w:rsidP="00812734">
            <w:pPr>
              <w:shd w:val="clear" w:color="auto" w:fill="FFFFFF" w:themeFill="background1"/>
              <w:spacing w:after="0" w:line="240" w:lineRule="auto"/>
            </w:pPr>
            <w:r>
              <w:t>- GV dẫn dắt vào bài: Hôm nay các em sẽ viết đoạn văn thể hiện tình cảm với người thân.</w:t>
            </w:r>
          </w:p>
        </w:tc>
        <w:tc>
          <w:tcPr>
            <w:tcW w:w="4762" w:type="dxa"/>
            <w:tcBorders>
              <w:bottom w:val="single" w:sz="6" w:space="0" w:color="000000"/>
            </w:tcBorders>
            <w:tcMar>
              <w:top w:w="60" w:type="dxa"/>
              <w:left w:w="90" w:type="dxa"/>
              <w:bottom w:w="60" w:type="dxa"/>
              <w:right w:w="90" w:type="dxa"/>
            </w:tcMar>
          </w:tcPr>
          <w:p w14:paraId="384AF561" w14:textId="77777777" w:rsidR="00117CA2" w:rsidRDefault="0007222E" w:rsidP="00812734">
            <w:pPr>
              <w:shd w:val="clear" w:color="auto" w:fill="FFFFFF" w:themeFill="background1"/>
              <w:spacing w:after="0" w:line="240" w:lineRule="auto"/>
            </w:pPr>
            <w:r>
              <w:t>- HS lắng nghe và ghi tên bài.</w:t>
            </w:r>
          </w:p>
        </w:tc>
      </w:tr>
      <w:tr w:rsidR="00117CA2" w14:paraId="3DF7AF9F"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59C38CA6" w14:textId="77777777" w:rsidR="00117CA2" w:rsidRDefault="0007222E" w:rsidP="00812734">
            <w:pPr>
              <w:shd w:val="clear" w:color="auto" w:fill="FFFFFF" w:themeFill="background1"/>
              <w:spacing w:after="0"/>
            </w:pPr>
            <w:r>
              <w:rPr>
                <w:b/>
                <w:bCs/>
                <w:color w:val="006100"/>
              </w:rPr>
              <w:t>B. THỰC HÀNH - Hoạt động 1: Đọc đoạn văn mẫu và trả lời câu hỏi (15 PHÚT)</w:t>
            </w:r>
            <w:r>
              <w:rPr>
                <w:b/>
                <w:bCs/>
                <w:color w:val="006100"/>
              </w:rPr>
              <w:br/>
              <w:t>Mục tiêu: Hiểu cách viết đoạn văn thể hiện tình cảm với người thân.</w:t>
            </w:r>
          </w:p>
        </w:tc>
      </w:tr>
      <w:tr w:rsidR="00117CA2" w14:paraId="27CBFD73" w14:textId="77777777" w:rsidTr="00812734">
        <w:trPr>
          <w:jc w:val="center"/>
        </w:trPr>
        <w:tc>
          <w:tcPr>
            <w:tcW w:w="4762" w:type="dxa"/>
            <w:tcBorders>
              <w:top w:val="single" w:sz="6" w:space="0" w:color="000000"/>
            </w:tcBorders>
            <w:tcMar>
              <w:top w:w="60" w:type="dxa"/>
              <w:left w:w="90" w:type="dxa"/>
              <w:bottom w:w="60" w:type="dxa"/>
              <w:right w:w="90" w:type="dxa"/>
            </w:tcMar>
          </w:tcPr>
          <w:p w14:paraId="62192F24" w14:textId="77777777" w:rsidR="00117CA2" w:rsidRDefault="0007222E" w:rsidP="00812734">
            <w:pPr>
              <w:shd w:val="clear" w:color="auto" w:fill="FFFFFF" w:themeFill="background1"/>
              <w:spacing w:after="0" w:line="240" w:lineRule="auto"/>
            </w:pPr>
            <w:r>
              <w:rPr>
                <w:b/>
                <w:bCs/>
              </w:rPr>
              <w:t>- Bài tập 1: Đọc đoạn văn và trả lời câu hỏi.</w:t>
            </w:r>
          </w:p>
          <w:p w14:paraId="7B3263BF" w14:textId="77777777" w:rsidR="00117CA2" w:rsidRDefault="0007222E" w:rsidP="00812734">
            <w:pPr>
              <w:shd w:val="clear" w:color="auto" w:fill="FFFFFF" w:themeFill="background1"/>
              <w:spacing w:after="0" w:line="240" w:lineRule="auto"/>
            </w:pPr>
            <w:r>
              <w:t>- GV yêu cầu HS đọc đoạn văn mẫu trong SGK.</w:t>
            </w:r>
          </w:p>
          <w:p w14:paraId="57299743" w14:textId="1F5B04A5" w:rsidR="00117CA2" w:rsidRPr="00812734" w:rsidRDefault="00117CA2" w:rsidP="00812734">
            <w:pPr>
              <w:shd w:val="clear" w:color="auto" w:fill="FFFFFF" w:themeFill="background1"/>
              <w:spacing w:after="0"/>
            </w:pPr>
          </w:p>
        </w:tc>
        <w:tc>
          <w:tcPr>
            <w:tcW w:w="4762" w:type="dxa"/>
            <w:tcBorders>
              <w:top w:val="single" w:sz="6" w:space="0" w:color="000000"/>
            </w:tcBorders>
            <w:tcMar>
              <w:top w:w="60" w:type="dxa"/>
              <w:left w:w="90" w:type="dxa"/>
              <w:bottom w:w="60" w:type="dxa"/>
              <w:right w:w="90" w:type="dxa"/>
            </w:tcMar>
          </w:tcPr>
          <w:p w14:paraId="719CCF5C" w14:textId="77777777" w:rsidR="00117CA2" w:rsidRDefault="0007222E" w:rsidP="00812734">
            <w:pPr>
              <w:shd w:val="clear" w:color="auto" w:fill="FFFFFF" w:themeFill="background1"/>
              <w:spacing w:after="0" w:line="240" w:lineRule="auto"/>
            </w:pPr>
            <w:r>
              <w:t>- HS đọc đoạn văn: Trong nhà, mẹ là người luôn ở bên tôi... Tôi biết mẹ sẽ rất vui khi tôi làm được việc tốt. Tôi rất yêu mẹ tôi.</w:t>
            </w:r>
          </w:p>
        </w:tc>
      </w:tr>
      <w:tr w:rsidR="00117CA2" w14:paraId="333A70BD" w14:textId="77777777" w:rsidTr="00812734">
        <w:trPr>
          <w:jc w:val="center"/>
        </w:trPr>
        <w:tc>
          <w:tcPr>
            <w:tcW w:w="4762" w:type="dxa"/>
            <w:tcMar>
              <w:top w:w="60" w:type="dxa"/>
              <w:left w:w="90" w:type="dxa"/>
              <w:bottom w:w="60" w:type="dxa"/>
              <w:right w:w="90" w:type="dxa"/>
            </w:tcMar>
          </w:tcPr>
          <w:p w14:paraId="57C6F686" w14:textId="77777777" w:rsidR="00117CA2" w:rsidRDefault="0007222E" w:rsidP="00812734">
            <w:pPr>
              <w:shd w:val="clear" w:color="auto" w:fill="FFFFFF" w:themeFill="background1"/>
              <w:spacing w:after="0" w:line="240" w:lineRule="auto"/>
            </w:pPr>
            <w:r>
              <w:t>- GV hỏi: Trong đoạn văn trên, bạn nhỏ kể về ai?</w:t>
            </w:r>
          </w:p>
        </w:tc>
        <w:tc>
          <w:tcPr>
            <w:tcW w:w="4762" w:type="dxa"/>
            <w:tcMar>
              <w:top w:w="60" w:type="dxa"/>
              <w:left w:w="90" w:type="dxa"/>
              <w:bottom w:w="60" w:type="dxa"/>
              <w:right w:w="90" w:type="dxa"/>
            </w:tcMar>
          </w:tcPr>
          <w:p w14:paraId="06EC530B" w14:textId="77777777" w:rsidR="00117CA2" w:rsidRDefault="0007222E" w:rsidP="00812734">
            <w:pPr>
              <w:shd w:val="clear" w:color="auto" w:fill="FFFFFF" w:themeFill="background1"/>
              <w:spacing w:after="0" w:line="240" w:lineRule="auto"/>
            </w:pPr>
            <w:r>
              <w:t>- HS trả lời: Bạn nhỏ kể về mẹ.</w:t>
            </w:r>
          </w:p>
        </w:tc>
      </w:tr>
      <w:tr w:rsidR="00117CA2" w14:paraId="65D17B61" w14:textId="77777777" w:rsidTr="00812734">
        <w:trPr>
          <w:jc w:val="center"/>
        </w:trPr>
        <w:tc>
          <w:tcPr>
            <w:tcW w:w="4762" w:type="dxa"/>
            <w:tcMar>
              <w:top w:w="60" w:type="dxa"/>
              <w:left w:w="90" w:type="dxa"/>
              <w:bottom w:w="60" w:type="dxa"/>
              <w:right w:w="90" w:type="dxa"/>
            </w:tcMar>
          </w:tcPr>
          <w:p w14:paraId="6403CEC9" w14:textId="77777777" w:rsidR="00117CA2" w:rsidRDefault="0007222E" w:rsidP="00812734">
            <w:pPr>
              <w:shd w:val="clear" w:color="auto" w:fill="FFFFFF" w:themeFill="background1"/>
              <w:spacing w:after="0" w:line="240" w:lineRule="auto"/>
            </w:pPr>
            <w:r>
              <w:t>- GV hỏi: Những câu nào thể hiện rõ tình cảm của bạn nhỏ đối với mẹ?</w:t>
            </w:r>
          </w:p>
        </w:tc>
        <w:tc>
          <w:tcPr>
            <w:tcW w:w="4762" w:type="dxa"/>
            <w:tcMar>
              <w:top w:w="60" w:type="dxa"/>
              <w:left w:w="90" w:type="dxa"/>
              <w:bottom w:w="60" w:type="dxa"/>
              <w:right w:w="90" w:type="dxa"/>
            </w:tcMar>
          </w:tcPr>
          <w:p w14:paraId="0120E3D8" w14:textId="77777777" w:rsidR="00117CA2" w:rsidRDefault="0007222E" w:rsidP="00812734">
            <w:pPr>
              <w:shd w:val="clear" w:color="auto" w:fill="FFFFFF" w:themeFill="background1"/>
              <w:spacing w:after="0" w:line="240" w:lineRule="auto"/>
            </w:pPr>
            <w:r>
              <w:t>- HS trả lời: Các câu thể hiện tình cảm là: “Tôi biết mẹ sẽ rất vui khi tôi làm được việc tốt.” và “Tôi rất yêu mẹ tôi.”</w:t>
            </w:r>
          </w:p>
        </w:tc>
      </w:tr>
      <w:tr w:rsidR="00117CA2" w14:paraId="6A7B0FD6" w14:textId="77777777" w:rsidTr="00812734">
        <w:trPr>
          <w:jc w:val="center"/>
        </w:trPr>
        <w:tc>
          <w:tcPr>
            <w:tcW w:w="4762" w:type="dxa"/>
            <w:tcMar>
              <w:top w:w="60" w:type="dxa"/>
              <w:left w:w="90" w:type="dxa"/>
              <w:bottom w:w="60" w:type="dxa"/>
              <w:right w:w="90" w:type="dxa"/>
            </w:tcMar>
          </w:tcPr>
          <w:p w14:paraId="307734FF" w14:textId="77777777" w:rsidR="00117CA2" w:rsidRDefault="0007222E" w:rsidP="00812734">
            <w:pPr>
              <w:shd w:val="clear" w:color="auto" w:fill="FFFFFF" w:themeFill="background1"/>
              <w:spacing w:after="0" w:line="240" w:lineRule="auto"/>
            </w:pPr>
            <w:r>
              <w:t>- GV hỏi: Vì sao mẹ được bạn nhỏ yêu quý?</w:t>
            </w:r>
          </w:p>
        </w:tc>
        <w:tc>
          <w:tcPr>
            <w:tcW w:w="4762" w:type="dxa"/>
            <w:tcMar>
              <w:top w:w="60" w:type="dxa"/>
              <w:left w:w="90" w:type="dxa"/>
              <w:bottom w:w="60" w:type="dxa"/>
              <w:right w:w="90" w:type="dxa"/>
            </w:tcMar>
          </w:tcPr>
          <w:p w14:paraId="6838EA22" w14:textId="77777777" w:rsidR="00117CA2" w:rsidRDefault="0007222E" w:rsidP="00812734">
            <w:pPr>
              <w:shd w:val="clear" w:color="auto" w:fill="FFFFFF" w:themeFill="background1"/>
              <w:spacing w:after="0" w:line="240" w:lineRule="auto"/>
            </w:pPr>
            <w:r>
              <w:t>- HS trả lời: Vì mẹ luôn ở bên bạn nhỏ, chăm sóc khi bạn ốm, động viên, giúp đỡ bạn và dạy bạn làm việc tốt.</w:t>
            </w:r>
          </w:p>
        </w:tc>
      </w:tr>
      <w:tr w:rsidR="00117CA2" w14:paraId="4ABCE361" w14:textId="77777777" w:rsidTr="00812734">
        <w:trPr>
          <w:jc w:val="center"/>
        </w:trPr>
        <w:tc>
          <w:tcPr>
            <w:tcW w:w="4762" w:type="dxa"/>
            <w:tcBorders>
              <w:bottom w:val="single" w:sz="6" w:space="0" w:color="000000"/>
            </w:tcBorders>
            <w:tcMar>
              <w:top w:w="60" w:type="dxa"/>
              <w:left w:w="90" w:type="dxa"/>
              <w:bottom w:w="60" w:type="dxa"/>
              <w:right w:w="90" w:type="dxa"/>
            </w:tcMar>
          </w:tcPr>
          <w:p w14:paraId="0E1B7DC1" w14:textId="77777777" w:rsidR="00117CA2" w:rsidRDefault="0007222E" w:rsidP="00812734">
            <w:pPr>
              <w:shd w:val="clear" w:color="auto" w:fill="FFFFFF" w:themeFill="background1"/>
              <w:spacing w:after="0" w:line="240" w:lineRule="auto"/>
            </w:pPr>
            <w:r>
              <w:t>- GV kết luận: Khi viết về người thân, các em cần nêu người mình muốn kể, việc người đó làm cho em và tình cảm của em với người đó.</w:t>
            </w:r>
          </w:p>
        </w:tc>
        <w:tc>
          <w:tcPr>
            <w:tcW w:w="4762" w:type="dxa"/>
            <w:tcBorders>
              <w:bottom w:val="single" w:sz="6" w:space="0" w:color="000000"/>
            </w:tcBorders>
            <w:tcMar>
              <w:top w:w="60" w:type="dxa"/>
              <w:left w:w="90" w:type="dxa"/>
              <w:bottom w:w="60" w:type="dxa"/>
              <w:right w:w="90" w:type="dxa"/>
            </w:tcMar>
          </w:tcPr>
          <w:p w14:paraId="4FB41600" w14:textId="77777777" w:rsidR="00117CA2" w:rsidRDefault="0007222E" w:rsidP="00812734">
            <w:pPr>
              <w:shd w:val="clear" w:color="auto" w:fill="FFFFFF" w:themeFill="background1"/>
              <w:spacing w:after="0" w:line="240" w:lineRule="auto"/>
            </w:pPr>
            <w:r>
              <w:t>- HS ghi nhớ cách viết đoạn văn: giới thiệu người thân, nêu việc làm, nêu tình cảm của em.</w:t>
            </w:r>
          </w:p>
        </w:tc>
      </w:tr>
      <w:tr w:rsidR="00117CA2" w14:paraId="023872D9"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4B6BD0DC" w14:textId="77777777" w:rsidR="00117CA2" w:rsidRDefault="0007222E" w:rsidP="00812734">
            <w:pPr>
              <w:shd w:val="clear" w:color="auto" w:fill="FFFFFF" w:themeFill="background1"/>
              <w:spacing w:after="0" w:line="240" w:lineRule="auto"/>
            </w:pPr>
            <w:r>
              <w:rPr>
                <w:b/>
                <w:color w:val="000000"/>
              </w:rPr>
              <w:t>C. VẬN DỤNG - Hoạt động 2: Viết 3 - 4 câu thể hiện tình cảm với người thân (15 PHÚT)</w:t>
            </w:r>
            <w:r>
              <w:br/>
            </w:r>
            <w:r>
              <w:rPr>
                <w:color w:val="000000"/>
              </w:rPr>
              <w:t>Mục tiêu: Viết được đoạn văn ngắn đúng yêu cầu; biết sử dụng gợi ý AI ở mức tham khảo, tự kiểm tra nội dung và bảo vệ thông tin riêng tư của gia đình.</w:t>
            </w:r>
          </w:p>
        </w:tc>
      </w:tr>
      <w:tr w:rsidR="00117CA2" w14:paraId="6C43DC53" w14:textId="77777777" w:rsidTr="00812734">
        <w:trPr>
          <w:jc w:val="center"/>
        </w:trPr>
        <w:tc>
          <w:tcPr>
            <w:tcW w:w="4762" w:type="dxa"/>
            <w:tcBorders>
              <w:top w:val="single" w:sz="6" w:space="0" w:color="000000"/>
            </w:tcBorders>
            <w:tcMar>
              <w:top w:w="60" w:type="dxa"/>
              <w:left w:w="90" w:type="dxa"/>
              <w:bottom w:w="60" w:type="dxa"/>
              <w:right w:w="90" w:type="dxa"/>
            </w:tcMar>
          </w:tcPr>
          <w:p w14:paraId="4A9AAA06" w14:textId="77777777" w:rsidR="00117CA2" w:rsidRDefault="0007222E" w:rsidP="00812734">
            <w:pPr>
              <w:shd w:val="clear" w:color="auto" w:fill="FFFFFF" w:themeFill="background1"/>
              <w:spacing w:after="0" w:line="240" w:lineRule="auto"/>
            </w:pPr>
            <w:r>
              <w:rPr>
                <w:b/>
                <w:bCs/>
              </w:rPr>
              <w:t>- Bài tập 2: Viết 3 - 4 câu thể hiện tình cảm của em đối với người thân.</w:t>
            </w:r>
          </w:p>
          <w:p w14:paraId="2A79950E" w14:textId="77777777" w:rsidR="00117CA2" w:rsidRDefault="0007222E" w:rsidP="00812734">
            <w:pPr>
              <w:shd w:val="clear" w:color="auto" w:fill="FFFFFF" w:themeFill="background1"/>
              <w:spacing w:after="0" w:line="240" w:lineRule="auto"/>
            </w:pPr>
            <w:r>
              <w:t>- GV yêu cầu HS đọc hai câu hỏi gợi ý: Em muốn kể về ai trong gia đình? Em có tình cảm thế nào với người đó? Vì sao?</w:t>
            </w:r>
          </w:p>
        </w:tc>
        <w:tc>
          <w:tcPr>
            <w:tcW w:w="4762" w:type="dxa"/>
            <w:tcBorders>
              <w:top w:val="single" w:sz="6" w:space="0" w:color="000000"/>
            </w:tcBorders>
            <w:tcMar>
              <w:top w:w="60" w:type="dxa"/>
              <w:left w:w="90" w:type="dxa"/>
              <w:bottom w:w="60" w:type="dxa"/>
              <w:right w:w="90" w:type="dxa"/>
            </w:tcMar>
          </w:tcPr>
          <w:p w14:paraId="155801A5" w14:textId="77777777" w:rsidR="00117CA2" w:rsidRDefault="0007222E" w:rsidP="00812734">
            <w:pPr>
              <w:shd w:val="clear" w:color="auto" w:fill="FFFFFF" w:themeFill="background1"/>
              <w:spacing w:after="0" w:line="240" w:lineRule="auto"/>
            </w:pPr>
            <w:r>
              <w:t>- HS đọc gợi ý và chọn người thân để viết: mẹ, bố, ông, bà, anh, chị hoặc em.</w:t>
            </w:r>
          </w:p>
        </w:tc>
      </w:tr>
      <w:tr w:rsidR="00117CA2" w14:paraId="58168806" w14:textId="77777777" w:rsidTr="00812734">
        <w:trPr>
          <w:jc w:val="center"/>
        </w:trPr>
        <w:tc>
          <w:tcPr>
            <w:tcW w:w="4762" w:type="dxa"/>
            <w:tcMar>
              <w:top w:w="60" w:type="dxa"/>
              <w:left w:w="90" w:type="dxa"/>
              <w:bottom w:w="60" w:type="dxa"/>
              <w:right w:w="90" w:type="dxa"/>
            </w:tcMar>
          </w:tcPr>
          <w:p w14:paraId="02683DA3" w14:textId="77777777" w:rsidR="00117CA2" w:rsidRDefault="0007222E" w:rsidP="00812734">
            <w:pPr>
              <w:shd w:val="clear" w:color="auto" w:fill="FFFFFF" w:themeFill="background1"/>
              <w:spacing w:after="0" w:line="240" w:lineRule="auto"/>
            </w:pPr>
            <w:r>
              <w:t>- GV tổ chức cho HS trao đổi cặp đôi về ý tưởng bài viết.</w:t>
            </w:r>
          </w:p>
        </w:tc>
        <w:tc>
          <w:tcPr>
            <w:tcW w:w="4762" w:type="dxa"/>
            <w:tcMar>
              <w:top w:w="60" w:type="dxa"/>
              <w:left w:w="90" w:type="dxa"/>
              <w:bottom w:w="60" w:type="dxa"/>
              <w:right w:w="90" w:type="dxa"/>
            </w:tcMar>
          </w:tcPr>
          <w:p w14:paraId="741155D3" w14:textId="77777777" w:rsidR="00117CA2" w:rsidRDefault="0007222E" w:rsidP="00812734">
            <w:pPr>
              <w:shd w:val="clear" w:color="auto" w:fill="FFFFFF" w:themeFill="background1"/>
              <w:spacing w:after="0" w:line="240" w:lineRule="auto"/>
            </w:pPr>
            <w:r>
              <w:t xml:space="preserve">- HS trao đổi: Em muốn kể về mẹ. Mẹ chăm sóc em khi em ốm. Em rất yêu và biết </w:t>
            </w:r>
            <w:r>
              <w:lastRenderedPageBreak/>
              <w:t>ơn mẹ.</w:t>
            </w:r>
          </w:p>
        </w:tc>
      </w:tr>
      <w:tr w:rsidR="00117CA2" w14:paraId="5C375F74" w14:textId="77777777" w:rsidTr="00812734">
        <w:trPr>
          <w:jc w:val="center"/>
        </w:trPr>
        <w:tc>
          <w:tcPr>
            <w:tcW w:w="4762" w:type="dxa"/>
            <w:tcMar>
              <w:top w:w="60" w:type="dxa"/>
              <w:left w:w="90" w:type="dxa"/>
              <w:bottom w:w="60" w:type="dxa"/>
              <w:right w:w="90" w:type="dxa"/>
            </w:tcMar>
          </w:tcPr>
          <w:p w14:paraId="736D2F36" w14:textId="77777777" w:rsidR="00117CA2" w:rsidRDefault="0007222E" w:rsidP="00812734">
            <w:pPr>
              <w:shd w:val="clear" w:color="auto" w:fill="FFFFFF" w:themeFill="background1"/>
              <w:spacing w:after="0" w:line="240" w:lineRule="auto"/>
            </w:pPr>
            <w:r>
              <w:rPr>
                <w:color w:val="C00000"/>
              </w:rPr>
              <w:lastRenderedPageBreak/>
              <w:t>- GV hỏi dẫn tích hợp AI: Nếu sử dụng công cụ AI để gợi ý dàn ý đoạn văn về người thân, em cần lưu ý điều gì?</w:t>
            </w:r>
          </w:p>
        </w:tc>
        <w:tc>
          <w:tcPr>
            <w:tcW w:w="4762" w:type="dxa"/>
            <w:tcMar>
              <w:top w:w="60" w:type="dxa"/>
              <w:left w:w="90" w:type="dxa"/>
              <w:bottom w:w="60" w:type="dxa"/>
              <w:right w:w="90" w:type="dxa"/>
            </w:tcMar>
          </w:tcPr>
          <w:p w14:paraId="3EB90D13" w14:textId="77777777" w:rsidR="00117CA2" w:rsidRDefault="0007222E" w:rsidP="00812734">
            <w:pPr>
              <w:shd w:val="clear" w:color="auto" w:fill="FFFFFF" w:themeFill="background1"/>
              <w:spacing w:after="0" w:line="240" w:lineRule="auto"/>
            </w:pPr>
            <w:r>
              <w:rPr>
                <w:color w:val="C00000"/>
              </w:rPr>
              <w:t>- HS trả lời: Em chỉ dùng AI để tham khảo ý tưởng, không chép y nguyên; em tự viết bằng tình cảm thật của mình, kiểm tra lại câu văn và không nhập họ tên, địa chỉ, số điện thoại hay chuyện riêng của gia đình.</w:t>
            </w:r>
          </w:p>
        </w:tc>
      </w:tr>
      <w:tr w:rsidR="00117CA2" w14:paraId="08256510" w14:textId="77777777" w:rsidTr="00812734">
        <w:trPr>
          <w:jc w:val="center"/>
        </w:trPr>
        <w:tc>
          <w:tcPr>
            <w:tcW w:w="4762" w:type="dxa"/>
            <w:tcMar>
              <w:top w:w="60" w:type="dxa"/>
              <w:left w:w="90" w:type="dxa"/>
              <w:bottom w:w="60" w:type="dxa"/>
              <w:right w:w="90" w:type="dxa"/>
            </w:tcMar>
          </w:tcPr>
          <w:p w14:paraId="5355BEE7" w14:textId="77777777" w:rsidR="00117CA2" w:rsidRDefault="0007222E" w:rsidP="00812734">
            <w:pPr>
              <w:shd w:val="clear" w:color="auto" w:fill="FFFFFF" w:themeFill="background1"/>
              <w:spacing w:after="0" w:line="240" w:lineRule="auto"/>
            </w:pPr>
            <w:r>
              <w:rPr>
                <w:color w:val="C00000"/>
              </w:rPr>
              <w:t>- Tích hợp AI 2.A1.2: GV diễn giải: Công cụ AI có thể hỗ trợ gợi ý dàn ý, từ ngữ hoặc câu mở đầu cho đoạn văn về người thân. Tuy nhiên, đoạn văn thể hiện tình cảm gia đình phải xuất phát từ cảm xúc thật của các em. Khi dùng AI, các em cần đọc lại gợi ý, chọn ý phù hợp, chỉnh sửa bằng lời văn của mình, không sao chép máy móc và tuyệt đối không nhập thông tin riêng tư của gia đình như họ tên đầy đủ, địa chỉ nhà, số điện thoại hoặc những chuyện riêng tư lên công cụ số.</w:t>
            </w:r>
          </w:p>
        </w:tc>
        <w:tc>
          <w:tcPr>
            <w:tcW w:w="4762" w:type="dxa"/>
            <w:tcMar>
              <w:top w:w="60" w:type="dxa"/>
              <w:left w:w="90" w:type="dxa"/>
              <w:bottom w:w="60" w:type="dxa"/>
              <w:right w:w="90" w:type="dxa"/>
            </w:tcMar>
          </w:tcPr>
          <w:p w14:paraId="1B8994FD" w14:textId="77777777" w:rsidR="00117CA2" w:rsidRDefault="0007222E" w:rsidP="00812734">
            <w:pPr>
              <w:shd w:val="clear" w:color="auto" w:fill="FFFFFF" w:themeFill="background1"/>
              <w:spacing w:after="0" w:line="240" w:lineRule="auto"/>
            </w:pPr>
            <w:r>
              <w:rPr>
                <w:color w:val="C00000"/>
              </w:rPr>
              <w:t>- HS ghi nhớ: AI chỉ giúp em tham khảo cách sắp xếp ý; em tự chọn người thân, tự nêu việc làm cụ thể và viết bằng tình cảm thật. Em biết bảo vệ thông tin riêng tư của gia đình khi học tập trong môi trường số.</w:t>
            </w:r>
          </w:p>
        </w:tc>
      </w:tr>
      <w:tr w:rsidR="00117CA2" w14:paraId="3D31D478" w14:textId="77777777" w:rsidTr="00812734">
        <w:trPr>
          <w:jc w:val="center"/>
        </w:trPr>
        <w:tc>
          <w:tcPr>
            <w:tcW w:w="4762" w:type="dxa"/>
            <w:tcMar>
              <w:top w:w="60" w:type="dxa"/>
              <w:left w:w="90" w:type="dxa"/>
              <w:bottom w:w="60" w:type="dxa"/>
              <w:right w:w="90" w:type="dxa"/>
            </w:tcMar>
          </w:tcPr>
          <w:p w14:paraId="1DA2BE4D" w14:textId="77777777" w:rsidR="00117CA2" w:rsidRDefault="0007222E" w:rsidP="00812734">
            <w:pPr>
              <w:shd w:val="clear" w:color="auto" w:fill="FFFFFF" w:themeFill="background1"/>
              <w:spacing w:after="0" w:line="240" w:lineRule="auto"/>
            </w:pPr>
            <w:r>
              <w:t>- GV yêu cầu HS viết đoạn văn 3 - 4 câu vào vở.</w:t>
            </w:r>
          </w:p>
        </w:tc>
        <w:tc>
          <w:tcPr>
            <w:tcW w:w="4762" w:type="dxa"/>
            <w:tcMar>
              <w:top w:w="60" w:type="dxa"/>
              <w:left w:w="90" w:type="dxa"/>
              <w:bottom w:w="60" w:type="dxa"/>
              <w:right w:w="90" w:type="dxa"/>
            </w:tcMar>
          </w:tcPr>
          <w:p w14:paraId="076B5F40" w14:textId="77777777" w:rsidR="00117CA2" w:rsidRDefault="0007222E" w:rsidP="00812734">
            <w:pPr>
              <w:shd w:val="clear" w:color="auto" w:fill="FFFFFF" w:themeFill="background1"/>
              <w:spacing w:after="0" w:line="240" w:lineRule="auto"/>
            </w:pPr>
            <w:r>
              <w:t>- HS viết đoạn văn vào vở. Ví dụ: Em rất yêu mẹ của em. Mẹ luôn chăm sóc em từng bữa ăn, giấc ngủ. Khi em ốm, mẹ thức khuya để chăm em. Em sẽ học thật tốt và giúp mẹ những việc vừa sức.</w:t>
            </w:r>
          </w:p>
        </w:tc>
      </w:tr>
      <w:tr w:rsidR="00117CA2" w14:paraId="6201C27B" w14:textId="77777777" w:rsidTr="00812734">
        <w:trPr>
          <w:jc w:val="center"/>
        </w:trPr>
        <w:tc>
          <w:tcPr>
            <w:tcW w:w="4762" w:type="dxa"/>
            <w:tcMar>
              <w:top w:w="60" w:type="dxa"/>
              <w:left w:w="90" w:type="dxa"/>
              <w:bottom w:w="60" w:type="dxa"/>
              <w:right w:w="90" w:type="dxa"/>
            </w:tcMar>
          </w:tcPr>
          <w:p w14:paraId="3BB0DE9A" w14:textId="77777777" w:rsidR="00117CA2" w:rsidRDefault="0007222E" w:rsidP="00812734">
            <w:pPr>
              <w:shd w:val="clear" w:color="auto" w:fill="FFFFFF" w:themeFill="background1"/>
              <w:spacing w:after="0" w:line="240" w:lineRule="auto"/>
            </w:pPr>
            <w:r>
              <w:t>- GV mời một số HS đọc bài viết trước lớp.</w:t>
            </w:r>
          </w:p>
        </w:tc>
        <w:tc>
          <w:tcPr>
            <w:tcW w:w="4762" w:type="dxa"/>
            <w:tcMar>
              <w:top w:w="60" w:type="dxa"/>
              <w:left w:w="90" w:type="dxa"/>
              <w:bottom w:w="60" w:type="dxa"/>
              <w:right w:w="90" w:type="dxa"/>
            </w:tcMar>
          </w:tcPr>
          <w:p w14:paraId="0B58A013" w14:textId="77777777" w:rsidR="00117CA2" w:rsidRDefault="0007222E" w:rsidP="00812734">
            <w:pPr>
              <w:shd w:val="clear" w:color="auto" w:fill="FFFFFF" w:themeFill="background1"/>
              <w:spacing w:after="0" w:line="240" w:lineRule="auto"/>
            </w:pPr>
            <w:r>
              <w:t>- HS đọc bài viết; lớp nhận xét đoạn văn đủ 3 - 4 câu, có nêu người thân, việc làm và tình cảm.</w:t>
            </w:r>
          </w:p>
        </w:tc>
      </w:tr>
      <w:tr w:rsidR="00117CA2" w14:paraId="7BC4CD4F" w14:textId="77777777" w:rsidTr="00812734">
        <w:trPr>
          <w:jc w:val="center"/>
        </w:trPr>
        <w:tc>
          <w:tcPr>
            <w:tcW w:w="4762" w:type="dxa"/>
            <w:tcBorders>
              <w:bottom w:val="single" w:sz="6" w:space="0" w:color="000000"/>
            </w:tcBorders>
            <w:tcMar>
              <w:top w:w="60" w:type="dxa"/>
              <w:left w:w="90" w:type="dxa"/>
              <w:bottom w:w="60" w:type="dxa"/>
              <w:right w:w="90" w:type="dxa"/>
            </w:tcMar>
          </w:tcPr>
          <w:p w14:paraId="788ED0C2" w14:textId="77777777" w:rsidR="00117CA2" w:rsidRDefault="0007222E" w:rsidP="00812734">
            <w:pPr>
              <w:shd w:val="clear" w:color="auto" w:fill="FFFFFF" w:themeFill="background1"/>
              <w:spacing w:after="0" w:line="240" w:lineRule="auto"/>
            </w:pPr>
            <w:r>
              <w:t>- GV hướng dẫn HS sửa lỗi dùng từ, dấu câu, chữ viết.</w:t>
            </w:r>
          </w:p>
        </w:tc>
        <w:tc>
          <w:tcPr>
            <w:tcW w:w="4762" w:type="dxa"/>
            <w:tcBorders>
              <w:bottom w:val="single" w:sz="6" w:space="0" w:color="000000"/>
            </w:tcBorders>
            <w:tcMar>
              <w:top w:w="60" w:type="dxa"/>
              <w:left w:w="90" w:type="dxa"/>
              <w:bottom w:w="60" w:type="dxa"/>
              <w:right w:w="90" w:type="dxa"/>
            </w:tcMar>
          </w:tcPr>
          <w:p w14:paraId="19EB87C8" w14:textId="77777777" w:rsidR="00117CA2" w:rsidRDefault="0007222E" w:rsidP="00812734">
            <w:pPr>
              <w:shd w:val="clear" w:color="auto" w:fill="FFFFFF" w:themeFill="background1"/>
              <w:spacing w:after="0" w:line="240" w:lineRule="auto"/>
            </w:pPr>
            <w:r>
              <w:t>- HS sửa bài: viết hoa đầu câu, đặt dấu chấm cuối câu, dùng từ tình cảm phù hợp.</w:t>
            </w:r>
          </w:p>
        </w:tc>
      </w:tr>
      <w:tr w:rsidR="00117CA2" w14:paraId="0C44E05C"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48053EBE" w14:textId="77777777" w:rsidR="00117CA2" w:rsidRDefault="0007222E" w:rsidP="00812734">
            <w:pPr>
              <w:shd w:val="clear" w:color="auto" w:fill="FFFFFF" w:themeFill="background1"/>
              <w:spacing w:after="0"/>
            </w:pPr>
            <w:r>
              <w:rPr>
                <w:b/>
                <w:bCs/>
                <w:color w:val="006100"/>
              </w:rPr>
              <w:t>D. CỦNG CỐ (2 PHÚT)</w:t>
            </w:r>
            <w:r>
              <w:rPr>
                <w:b/>
                <w:bCs/>
                <w:color w:val="006100"/>
              </w:rPr>
              <w:br/>
              <w:t>Mục tiêu: Ghi nhớ cách viết đoạn văn thể hiện tình cảm.</w:t>
            </w:r>
          </w:p>
        </w:tc>
      </w:tr>
      <w:tr w:rsidR="00117CA2" w14:paraId="40E87432" w14:textId="77777777" w:rsidTr="00812734">
        <w:trPr>
          <w:jc w:val="center"/>
        </w:trPr>
        <w:tc>
          <w:tcPr>
            <w:tcW w:w="4762" w:type="dxa"/>
            <w:tcBorders>
              <w:top w:val="single" w:sz="6" w:space="0" w:color="000000"/>
            </w:tcBorders>
            <w:tcMar>
              <w:top w:w="60" w:type="dxa"/>
              <w:left w:w="90" w:type="dxa"/>
              <w:bottom w:w="60" w:type="dxa"/>
              <w:right w:w="90" w:type="dxa"/>
            </w:tcMar>
          </w:tcPr>
          <w:p w14:paraId="495FDB06" w14:textId="77777777" w:rsidR="00117CA2" w:rsidRDefault="0007222E" w:rsidP="00812734">
            <w:pPr>
              <w:shd w:val="clear" w:color="auto" w:fill="FFFFFF" w:themeFill="background1"/>
              <w:spacing w:after="0" w:line="240" w:lineRule="auto"/>
            </w:pPr>
            <w:r>
              <w:t>- GV hỏi: Đoạn văn thể hiện tình cảm với người thân cần có những ý nào?</w:t>
            </w:r>
          </w:p>
        </w:tc>
        <w:tc>
          <w:tcPr>
            <w:tcW w:w="4762" w:type="dxa"/>
            <w:tcBorders>
              <w:top w:val="single" w:sz="6" w:space="0" w:color="000000"/>
            </w:tcBorders>
            <w:tcMar>
              <w:top w:w="60" w:type="dxa"/>
              <w:left w:w="90" w:type="dxa"/>
              <w:bottom w:w="60" w:type="dxa"/>
              <w:right w:w="90" w:type="dxa"/>
            </w:tcMar>
          </w:tcPr>
          <w:p w14:paraId="7D625875" w14:textId="77777777" w:rsidR="00117CA2" w:rsidRDefault="0007222E" w:rsidP="00812734">
            <w:pPr>
              <w:shd w:val="clear" w:color="auto" w:fill="FFFFFF" w:themeFill="background1"/>
              <w:spacing w:after="0" w:line="240" w:lineRule="auto"/>
            </w:pPr>
            <w:r>
              <w:t>- HS trả lời: Cần nêu người em muốn kể, việc người đó đã làm và tình cảm của em với người đó.</w:t>
            </w:r>
          </w:p>
        </w:tc>
      </w:tr>
      <w:tr w:rsidR="00117CA2" w14:paraId="29ABD546" w14:textId="77777777" w:rsidTr="00812734">
        <w:trPr>
          <w:jc w:val="center"/>
        </w:trPr>
        <w:tc>
          <w:tcPr>
            <w:tcW w:w="4762" w:type="dxa"/>
            <w:tcMar>
              <w:top w:w="60" w:type="dxa"/>
              <w:left w:w="90" w:type="dxa"/>
              <w:bottom w:w="60" w:type="dxa"/>
              <w:right w:w="90" w:type="dxa"/>
            </w:tcMar>
          </w:tcPr>
          <w:p w14:paraId="30BE6706" w14:textId="77777777" w:rsidR="00117CA2" w:rsidRDefault="0007222E" w:rsidP="00812734">
            <w:pPr>
              <w:shd w:val="clear" w:color="auto" w:fill="FFFFFF" w:themeFill="background1"/>
              <w:spacing w:after="0" w:line="240" w:lineRule="auto"/>
            </w:pPr>
            <w:r>
              <w:t>- GV dặn HS về nhà đọc đoạn văn cho người thân nghe và hoàn thiện bài nếu cần.</w:t>
            </w:r>
          </w:p>
        </w:tc>
        <w:tc>
          <w:tcPr>
            <w:tcW w:w="4762" w:type="dxa"/>
            <w:tcMar>
              <w:top w:w="60" w:type="dxa"/>
              <w:left w:w="90" w:type="dxa"/>
              <w:bottom w:w="60" w:type="dxa"/>
              <w:right w:w="90" w:type="dxa"/>
            </w:tcMar>
          </w:tcPr>
          <w:p w14:paraId="13832840" w14:textId="77777777" w:rsidR="00117CA2" w:rsidRDefault="0007222E" w:rsidP="00812734">
            <w:pPr>
              <w:shd w:val="clear" w:color="auto" w:fill="FFFFFF" w:themeFill="background1"/>
              <w:spacing w:after="0" w:line="240" w:lineRule="auto"/>
            </w:pPr>
            <w:r>
              <w:t>- HS ghi nhớ nhiệm vụ và chuẩn bị bài sau.</w:t>
            </w:r>
          </w:p>
        </w:tc>
      </w:tr>
    </w:tbl>
    <w:p w14:paraId="4021B6D8" w14:textId="77777777" w:rsidR="00117CA2" w:rsidRDefault="0007222E" w:rsidP="00812734">
      <w:pPr>
        <w:shd w:val="clear" w:color="auto" w:fill="FFFFFF" w:themeFill="background1"/>
        <w:spacing w:after="0" w:line="240" w:lineRule="auto"/>
      </w:pPr>
      <w:r>
        <w:rPr>
          <w:b/>
          <w:bCs/>
        </w:rPr>
        <w:t>IV. ĐIỀU CHỈNH SAU TIẾT DẠY (NẾU CÓ):</w:t>
      </w:r>
    </w:p>
    <w:p w14:paraId="68706331" w14:textId="77777777" w:rsidR="00117CA2" w:rsidRDefault="0007222E" w:rsidP="00812734">
      <w:pPr>
        <w:shd w:val="clear" w:color="auto" w:fill="FFFFFF" w:themeFill="background1"/>
        <w:spacing w:after="0" w:line="240" w:lineRule="auto"/>
      </w:pPr>
      <w:r>
        <w:t>……………………………………………………………………………………………………………………………</w:t>
      </w:r>
    </w:p>
    <w:p w14:paraId="3A9A5021" w14:textId="77777777" w:rsidR="00117CA2" w:rsidRDefault="0007222E" w:rsidP="00812734">
      <w:pPr>
        <w:shd w:val="clear" w:color="auto" w:fill="FFFFFF" w:themeFill="background1"/>
        <w:spacing w:after="0" w:line="240" w:lineRule="auto"/>
      </w:pPr>
      <w:r>
        <w:t>……………………………………………………………………………………………………………………………</w:t>
      </w:r>
    </w:p>
    <w:p w14:paraId="4D00C918" w14:textId="77777777" w:rsidR="00117CA2" w:rsidRDefault="0007222E" w:rsidP="00812734">
      <w:pPr>
        <w:shd w:val="clear" w:color="auto" w:fill="FFFFFF" w:themeFill="background1"/>
        <w:spacing w:after="0" w:line="240" w:lineRule="auto"/>
      </w:pPr>
      <w:r>
        <w:br w:type="page"/>
      </w:r>
    </w:p>
    <w:p w14:paraId="322F8605" w14:textId="77777777" w:rsidR="00117CA2" w:rsidRDefault="0007222E" w:rsidP="00812734">
      <w:pPr>
        <w:shd w:val="clear" w:color="auto" w:fill="FFFFFF" w:themeFill="background1"/>
        <w:spacing w:after="0" w:line="240" w:lineRule="auto"/>
        <w:jc w:val="center"/>
      </w:pPr>
      <w:r>
        <w:rPr>
          <w:b/>
          <w:bCs/>
        </w:rPr>
        <w:lastRenderedPageBreak/>
        <w:t>KẾ HOẠCH BÀI DẠY – TUẦN 15</w:t>
      </w:r>
    </w:p>
    <w:p w14:paraId="643541A9" w14:textId="77777777" w:rsidR="00117CA2" w:rsidRDefault="0007222E" w:rsidP="00812734">
      <w:pPr>
        <w:shd w:val="clear" w:color="auto" w:fill="FFFFFF" w:themeFill="background1"/>
        <w:spacing w:after="0" w:line="240" w:lineRule="auto"/>
        <w:jc w:val="center"/>
      </w:pPr>
      <w:r>
        <w:rPr>
          <w:b/>
          <w:bCs/>
        </w:rPr>
        <w:t>CHỦ ĐỀ 4: MÁI ẤM GIA ĐÌNH</w:t>
      </w:r>
    </w:p>
    <w:p w14:paraId="6A24D40C" w14:textId="77777777" w:rsidR="00117CA2" w:rsidRDefault="0007222E" w:rsidP="00812734">
      <w:pPr>
        <w:shd w:val="clear" w:color="auto" w:fill="FFFFFF" w:themeFill="background1"/>
        <w:spacing w:after="0" w:line="240" w:lineRule="auto"/>
        <w:jc w:val="center"/>
      </w:pPr>
      <w:r>
        <w:rPr>
          <w:b/>
          <w:bCs/>
        </w:rPr>
        <w:t>BÀI 28: TRÒ CHƠI CỦA BỐ</w:t>
      </w:r>
    </w:p>
    <w:p w14:paraId="21E7C087" w14:textId="77777777" w:rsidR="00117CA2" w:rsidRDefault="0007222E" w:rsidP="00812734">
      <w:pPr>
        <w:shd w:val="clear" w:color="auto" w:fill="FFFFFF" w:themeFill="background1"/>
        <w:spacing w:after="0" w:line="240" w:lineRule="auto"/>
        <w:jc w:val="center"/>
      </w:pPr>
      <w:r>
        <w:rPr>
          <w:b/>
          <w:bCs/>
        </w:rPr>
        <w:t>TIẾT 6: ĐỌC MỞ RỘNG</w:t>
      </w:r>
    </w:p>
    <w:p w14:paraId="52D1D1A9" w14:textId="77777777" w:rsidR="00117CA2" w:rsidRDefault="0007222E" w:rsidP="00812734">
      <w:pPr>
        <w:shd w:val="clear" w:color="auto" w:fill="FFFFFF" w:themeFill="background1"/>
        <w:spacing w:after="0" w:line="240" w:lineRule="auto"/>
      </w:pPr>
      <w:r>
        <w:rPr>
          <w:b/>
          <w:bCs/>
        </w:rPr>
        <w:t>I. YÊU CẦU CẦN ĐẠT</w:t>
      </w:r>
    </w:p>
    <w:p w14:paraId="56651955" w14:textId="77777777" w:rsidR="00117CA2" w:rsidRDefault="0007222E" w:rsidP="00812734">
      <w:pPr>
        <w:shd w:val="clear" w:color="auto" w:fill="FFFFFF" w:themeFill="background1"/>
        <w:spacing w:after="0" w:line="240" w:lineRule="auto"/>
      </w:pPr>
      <w:r>
        <w:rPr>
          <w:b/>
          <w:bCs/>
        </w:rPr>
        <w:t>1. Năng lực đặc thù</w:t>
      </w:r>
    </w:p>
    <w:p w14:paraId="7F89C304" w14:textId="77777777" w:rsidR="00117CA2" w:rsidRDefault="0007222E" w:rsidP="00812734">
      <w:pPr>
        <w:shd w:val="clear" w:color="auto" w:fill="FFFFFF" w:themeFill="background1"/>
        <w:spacing w:after="0" w:line="240" w:lineRule="auto"/>
      </w:pPr>
      <w:r>
        <w:t>- Tự tìm đọc được một bài thơ hoặc câu chuyện về tình cảm gia đình.</w:t>
      </w:r>
    </w:p>
    <w:p w14:paraId="630B7B4B" w14:textId="77777777" w:rsidR="00117CA2" w:rsidRDefault="0007222E" w:rsidP="00812734">
      <w:pPr>
        <w:shd w:val="clear" w:color="auto" w:fill="FFFFFF" w:themeFill="background1"/>
        <w:spacing w:after="0" w:line="240" w:lineRule="auto"/>
      </w:pPr>
      <w:r>
        <w:t>- Biết chia sẻ với bạn về tên bài, tên tác giả hoặc nội dung chính của bài thơ/câu chuyện đã đọc.</w:t>
      </w:r>
    </w:p>
    <w:p w14:paraId="4A85DC6A" w14:textId="77777777" w:rsidR="00117CA2" w:rsidRDefault="0007222E" w:rsidP="00812734">
      <w:pPr>
        <w:shd w:val="clear" w:color="auto" w:fill="FFFFFF" w:themeFill="background1"/>
        <w:spacing w:after="0" w:line="240" w:lineRule="auto"/>
      </w:pPr>
      <w:r>
        <w:t>- Nói được cảm xúc của bản thân về bài thơ/câu chuyện.</w:t>
      </w:r>
    </w:p>
    <w:p w14:paraId="0C65A521" w14:textId="77777777" w:rsidR="00117CA2" w:rsidRDefault="0007222E" w:rsidP="00812734">
      <w:pPr>
        <w:shd w:val="clear" w:color="auto" w:fill="FFFFFF" w:themeFill="background1"/>
        <w:spacing w:after="0" w:line="240" w:lineRule="auto"/>
      </w:pPr>
      <w:r>
        <w:rPr>
          <w:b/>
          <w:bCs/>
        </w:rPr>
        <w:t>2. Năng lực chung</w:t>
      </w:r>
    </w:p>
    <w:p w14:paraId="327C9591" w14:textId="77777777" w:rsidR="00117CA2" w:rsidRDefault="0007222E" w:rsidP="00812734">
      <w:pPr>
        <w:shd w:val="clear" w:color="auto" w:fill="FFFFFF" w:themeFill="background1"/>
        <w:spacing w:after="0" w:line="240" w:lineRule="auto"/>
      </w:pPr>
      <w:r>
        <w:t>- Tự chủ và tự học: biết tìm sách, chọn văn bản đọc phù hợp.</w:t>
      </w:r>
    </w:p>
    <w:p w14:paraId="7082A674" w14:textId="77777777" w:rsidR="00117CA2" w:rsidRDefault="0007222E" w:rsidP="00812734">
      <w:pPr>
        <w:shd w:val="clear" w:color="auto" w:fill="FFFFFF" w:themeFill="background1"/>
        <w:spacing w:after="0" w:line="240" w:lineRule="auto"/>
      </w:pPr>
      <w:r>
        <w:t>- Giao tiếp và hợp tác: chia sẻ văn bản đã đọc, lắng nghe bạn trình bày.</w:t>
      </w:r>
    </w:p>
    <w:p w14:paraId="5F38949E" w14:textId="77777777" w:rsidR="00117CA2" w:rsidRDefault="0007222E" w:rsidP="00812734">
      <w:pPr>
        <w:shd w:val="clear" w:color="auto" w:fill="FFFFFF" w:themeFill="background1"/>
        <w:spacing w:after="0" w:line="240" w:lineRule="auto"/>
      </w:pPr>
      <w:r>
        <w:t>- Giải quyết vấn đề và sáng tạo: biết chọn thông tin phù hợp từ sách hoặc nguồn số đơn giản.</w:t>
      </w:r>
    </w:p>
    <w:p w14:paraId="18AA6192" w14:textId="77777777" w:rsidR="00117CA2" w:rsidRDefault="0007222E" w:rsidP="00812734">
      <w:pPr>
        <w:shd w:val="clear" w:color="auto" w:fill="FFFFFF" w:themeFill="background1"/>
        <w:spacing w:after="0" w:line="240" w:lineRule="auto"/>
      </w:pPr>
      <w:r>
        <w:rPr>
          <w:b/>
          <w:bCs/>
        </w:rPr>
        <w:t>3. Phẩm chất</w:t>
      </w:r>
    </w:p>
    <w:p w14:paraId="5B6DCE4B" w14:textId="77777777" w:rsidR="00117CA2" w:rsidRDefault="0007222E" w:rsidP="00812734">
      <w:pPr>
        <w:shd w:val="clear" w:color="auto" w:fill="FFFFFF" w:themeFill="background1"/>
        <w:spacing w:after="0" w:line="240" w:lineRule="auto"/>
      </w:pPr>
      <w:r>
        <w:t>- Nhân ái: bồi dưỡng tình cảm yêu thương người thân trong gia đình.</w:t>
      </w:r>
    </w:p>
    <w:p w14:paraId="1E8FEC30" w14:textId="77777777" w:rsidR="00117CA2" w:rsidRDefault="0007222E" w:rsidP="00812734">
      <w:pPr>
        <w:shd w:val="clear" w:color="auto" w:fill="FFFFFF" w:themeFill="background1"/>
        <w:spacing w:after="0" w:line="240" w:lineRule="auto"/>
      </w:pPr>
      <w:r>
        <w:t>- Chăm chỉ: hình thành thói quen đọc sách.</w:t>
      </w:r>
    </w:p>
    <w:p w14:paraId="1264B838" w14:textId="77777777" w:rsidR="00117CA2" w:rsidRDefault="0007222E" w:rsidP="00812734">
      <w:pPr>
        <w:shd w:val="clear" w:color="auto" w:fill="FFFFFF" w:themeFill="background1"/>
        <w:spacing w:after="0" w:line="240" w:lineRule="auto"/>
      </w:pPr>
      <w:r>
        <w:t>- Trách nhiệm: biết chọn nguồn đọc an toàn, phù hợp lứa tuổi.</w:t>
      </w:r>
    </w:p>
    <w:p w14:paraId="3CFBFA76" w14:textId="77777777" w:rsidR="00117CA2" w:rsidRDefault="0007222E" w:rsidP="00812734">
      <w:pPr>
        <w:shd w:val="clear" w:color="auto" w:fill="FFFFFF" w:themeFill="background1"/>
        <w:spacing w:after="0" w:line="240" w:lineRule="auto"/>
      </w:pPr>
      <w:r>
        <w:rPr>
          <w:b/>
          <w:bCs/>
          <w:color w:val="C00000"/>
        </w:rPr>
        <w:t>4. Tích hợp</w:t>
      </w:r>
    </w:p>
    <w:p w14:paraId="29C44A99" w14:textId="77777777" w:rsidR="00117CA2" w:rsidRDefault="0007222E" w:rsidP="00812734">
      <w:pPr>
        <w:shd w:val="clear" w:color="auto" w:fill="FFFFFF" w:themeFill="background1"/>
        <w:spacing w:after="0" w:line="240" w:lineRule="auto"/>
      </w:pPr>
      <w:r>
        <w:rPr>
          <w:color w:val="C00000"/>
        </w:rPr>
        <w:t>- Tích hợp NLS 1.1.CB1a: Xác định được thông tin, tìm kiếm dữ liệu, thông tin và nội dung thông qua tìm kiếm đơn giản trong môi trường số. Biết chọn lọc thông tin phù hợp.</w:t>
      </w:r>
    </w:p>
    <w:p w14:paraId="6A6E9F3B" w14:textId="77777777" w:rsidR="00117CA2" w:rsidRDefault="0007222E" w:rsidP="00812734">
      <w:pPr>
        <w:shd w:val="clear" w:color="auto" w:fill="FFFFFF" w:themeFill="background1"/>
        <w:spacing w:after="0" w:line="240" w:lineRule="auto"/>
      </w:pPr>
      <w:r>
        <w:rPr>
          <w:b/>
          <w:bCs/>
        </w:rPr>
        <w:t>II. ĐỒ DÙNG DẠY HỌC</w:t>
      </w:r>
    </w:p>
    <w:p w14:paraId="30DF777F" w14:textId="77777777" w:rsidR="00117CA2" w:rsidRDefault="0007222E" w:rsidP="00812734">
      <w:pPr>
        <w:shd w:val="clear" w:color="auto" w:fill="FFFFFF" w:themeFill="background1"/>
        <w:spacing w:after="0" w:line="240" w:lineRule="auto"/>
      </w:pPr>
      <w:r>
        <w:t>- Giáo viên: Máy tính, máy chiếu, một số sách/báo có bài thơ, câu chuyện về tình cảm gia đình; phiếu đọc sách.</w:t>
      </w:r>
    </w:p>
    <w:p w14:paraId="07F80D8B" w14:textId="77777777" w:rsidR="00117CA2" w:rsidRDefault="0007222E" w:rsidP="00812734">
      <w:pPr>
        <w:shd w:val="clear" w:color="auto" w:fill="FFFFFF" w:themeFill="background1"/>
        <w:spacing w:after="0" w:line="240" w:lineRule="auto"/>
      </w:pPr>
      <w:r>
        <w:t>- Học sinh: SGK, sách/báo hoặc bài thơ, câu chuyện đã chuẩn bị.</w:t>
      </w:r>
    </w:p>
    <w:p w14:paraId="522C4F22" w14:textId="77777777" w:rsidR="00117CA2" w:rsidRDefault="0007222E" w:rsidP="00812734">
      <w:pPr>
        <w:shd w:val="clear" w:color="auto" w:fill="FFFFFF" w:themeFill="background1"/>
        <w:spacing w:after="0" w:line="240" w:lineRule="auto"/>
      </w:pPr>
      <w:r>
        <w:rPr>
          <w:b/>
          <w:bCs/>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4762"/>
        <w:gridCol w:w="4762"/>
      </w:tblGrid>
      <w:tr w:rsidR="00117CA2" w14:paraId="2C5F3ECA" w14:textId="77777777" w:rsidTr="00812734">
        <w:trPr>
          <w:tblHeader/>
          <w:jc w:val="center"/>
        </w:trPr>
        <w:tc>
          <w:tcPr>
            <w:tcW w:w="4762" w:type="dxa"/>
            <w:tcBorders>
              <w:bottom w:val="single" w:sz="6" w:space="0" w:color="000000"/>
            </w:tcBorders>
            <w:shd w:val="clear" w:color="auto" w:fill="E2F0D9"/>
            <w:tcMar>
              <w:top w:w="60" w:type="dxa"/>
              <w:left w:w="90" w:type="dxa"/>
              <w:bottom w:w="60" w:type="dxa"/>
              <w:right w:w="90" w:type="dxa"/>
            </w:tcMar>
            <w:vAlign w:val="center"/>
          </w:tcPr>
          <w:p w14:paraId="08E4A9B1" w14:textId="77777777" w:rsidR="00117CA2" w:rsidRDefault="0007222E" w:rsidP="00812734">
            <w:pPr>
              <w:shd w:val="clear" w:color="auto" w:fill="FFFFFF" w:themeFill="background1"/>
              <w:spacing w:after="0"/>
              <w:jc w:val="center"/>
            </w:pPr>
            <w:r>
              <w:rPr>
                <w:b/>
                <w:bCs/>
              </w:rPr>
              <w:t>Hoạt động của giáo viên</w:t>
            </w:r>
          </w:p>
        </w:tc>
        <w:tc>
          <w:tcPr>
            <w:tcW w:w="4762" w:type="dxa"/>
            <w:tcBorders>
              <w:bottom w:val="single" w:sz="6" w:space="0" w:color="000000"/>
            </w:tcBorders>
            <w:shd w:val="clear" w:color="auto" w:fill="E2F0D9"/>
            <w:tcMar>
              <w:top w:w="60" w:type="dxa"/>
              <w:left w:w="90" w:type="dxa"/>
              <w:bottom w:w="60" w:type="dxa"/>
              <w:right w:w="90" w:type="dxa"/>
            </w:tcMar>
            <w:vAlign w:val="center"/>
          </w:tcPr>
          <w:p w14:paraId="474E92B7" w14:textId="77777777" w:rsidR="00117CA2" w:rsidRDefault="0007222E" w:rsidP="00812734">
            <w:pPr>
              <w:shd w:val="clear" w:color="auto" w:fill="FFFFFF" w:themeFill="background1"/>
              <w:spacing w:after="0"/>
              <w:jc w:val="center"/>
            </w:pPr>
            <w:r>
              <w:rPr>
                <w:b/>
                <w:bCs/>
              </w:rPr>
              <w:t>Hoạt động của học sinh</w:t>
            </w:r>
          </w:p>
        </w:tc>
      </w:tr>
      <w:tr w:rsidR="00117CA2" w14:paraId="45C85CD7"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5CF889B9" w14:textId="77777777" w:rsidR="00117CA2" w:rsidRDefault="0007222E" w:rsidP="00812734">
            <w:pPr>
              <w:shd w:val="clear" w:color="auto" w:fill="FFFFFF" w:themeFill="background1"/>
              <w:spacing w:after="0"/>
            </w:pPr>
            <w:r>
              <w:rPr>
                <w:b/>
                <w:bCs/>
                <w:color w:val="006100"/>
              </w:rPr>
              <w:t>A. KHỞI ĐỘNG (3 PHÚT)</w:t>
            </w:r>
            <w:r>
              <w:rPr>
                <w:b/>
                <w:bCs/>
                <w:color w:val="006100"/>
              </w:rPr>
              <w:br/>
              <w:t>Mục tiêu: Tạo hứng thú đọc mở rộng về chủ đề gia đình.</w:t>
            </w:r>
          </w:p>
        </w:tc>
      </w:tr>
      <w:tr w:rsidR="00117CA2" w14:paraId="2CD860D0" w14:textId="77777777" w:rsidTr="00812734">
        <w:trPr>
          <w:jc w:val="center"/>
        </w:trPr>
        <w:tc>
          <w:tcPr>
            <w:tcW w:w="4762" w:type="dxa"/>
            <w:tcBorders>
              <w:top w:val="single" w:sz="6" w:space="0" w:color="000000"/>
            </w:tcBorders>
            <w:tcMar>
              <w:top w:w="60" w:type="dxa"/>
              <w:left w:w="90" w:type="dxa"/>
              <w:bottom w:w="60" w:type="dxa"/>
              <w:right w:w="90" w:type="dxa"/>
            </w:tcMar>
          </w:tcPr>
          <w:p w14:paraId="329E8DC1" w14:textId="77777777" w:rsidR="00117CA2" w:rsidRDefault="0007222E" w:rsidP="00812734">
            <w:pPr>
              <w:shd w:val="clear" w:color="auto" w:fill="FFFFFF" w:themeFill="background1"/>
              <w:spacing w:after="0" w:line="240" w:lineRule="auto"/>
            </w:pPr>
            <w:r>
              <w:t>- GV cho HS kể tên một bài thơ, câu chuyện về tình cảm gia đình mà em biết.</w:t>
            </w:r>
          </w:p>
        </w:tc>
        <w:tc>
          <w:tcPr>
            <w:tcW w:w="4762" w:type="dxa"/>
            <w:tcBorders>
              <w:top w:val="single" w:sz="6" w:space="0" w:color="000000"/>
            </w:tcBorders>
            <w:tcMar>
              <w:top w:w="60" w:type="dxa"/>
              <w:left w:w="90" w:type="dxa"/>
              <w:bottom w:w="60" w:type="dxa"/>
              <w:right w:w="90" w:type="dxa"/>
            </w:tcMar>
          </w:tcPr>
          <w:p w14:paraId="07B1034D" w14:textId="77777777" w:rsidR="00117CA2" w:rsidRDefault="0007222E" w:rsidP="00812734">
            <w:pPr>
              <w:shd w:val="clear" w:color="auto" w:fill="FFFFFF" w:themeFill="background1"/>
              <w:spacing w:after="0" w:line="240" w:lineRule="auto"/>
            </w:pPr>
            <w:r>
              <w:t>- HS nêu: Con yêu mẹ, Con yêu bố chừng nào, Ngôi nhà nhỏ trên thảo nguyên, Tôi yêu mẹ, Làm anh...</w:t>
            </w:r>
          </w:p>
        </w:tc>
      </w:tr>
      <w:tr w:rsidR="00117CA2" w14:paraId="57596B4D" w14:textId="77777777" w:rsidTr="00812734">
        <w:trPr>
          <w:jc w:val="center"/>
        </w:trPr>
        <w:tc>
          <w:tcPr>
            <w:tcW w:w="4762" w:type="dxa"/>
            <w:tcBorders>
              <w:bottom w:val="single" w:sz="6" w:space="0" w:color="000000"/>
            </w:tcBorders>
            <w:tcMar>
              <w:top w:w="60" w:type="dxa"/>
              <w:left w:w="90" w:type="dxa"/>
              <w:bottom w:w="60" w:type="dxa"/>
              <w:right w:w="90" w:type="dxa"/>
            </w:tcMar>
          </w:tcPr>
          <w:p w14:paraId="0406DC1D" w14:textId="77777777" w:rsidR="00117CA2" w:rsidRDefault="0007222E" w:rsidP="00812734">
            <w:pPr>
              <w:shd w:val="clear" w:color="auto" w:fill="FFFFFF" w:themeFill="background1"/>
              <w:spacing w:after="0" w:line="240" w:lineRule="auto"/>
            </w:pPr>
            <w:r>
              <w:t>- GV giới thiệu: Tiết học này các em sẽ chia sẻ bài thơ hoặc câu chuyện về tình cảm gia đình mà mình đã tìm đọc.</w:t>
            </w:r>
          </w:p>
        </w:tc>
        <w:tc>
          <w:tcPr>
            <w:tcW w:w="4762" w:type="dxa"/>
            <w:tcBorders>
              <w:bottom w:val="single" w:sz="6" w:space="0" w:color="000000"/>
            </w:tcBorders>
            <w:tcMar>
              <w:top w:w="60" w:type="dxa"/>
              <w:left w:w="90" w:type="dxa"/>
              <w:bottom w:w="60" w:type="dxa"/>
              <w:right w:w="90" w:type="dxa"/>
            </w:tcMar>
          </w:tcPr>
          <w:p w14:paraId="16370221" w14:textId="77777777" w:rsidR="00117CA2" w:rsidRDefault="0007222E" w:rsidP="00812734">
            <w:pPr>
              <w:shd w:val="clear" w:color="auto" w:fill="FFFFFF" w:themeFill="background1"/>
              <w:spacing w:after="0" w:line="240" w:lineRule="auto"/>
            </w:pPr>
            <w:r>
              <w:t>- HS lắng nghe và chuẩn bị sách/bài đọc đã mang theo.</w:t>
            </w:r>
          </w:p>
        </w:tc>
      </w:tr>
      <w:tr w:rsidR="00117CA2" w14:paraId="02B9B709"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1C765579" w14:textId="77777777" w:rsidR="00117CA2" w:rsidRDefault="0007222E" w:rsidP="00812734">
            <w:pPr>
              <w:shd w:val="clear" w:color="auto" w:fill="FFFFFF" w:themeFill="background1"/>
              <w:spacing w:after="0"/>
            </w:pPr>
            <w:r>
              <w:rPr>
                <w:b/>
                <w:bCs/>
                <w:color w:val="006100"/>
              </w:rPr>
              <w:t>B. KHÁM PHÁ - Hoạt động 1: Tìm đọc bài thơ, câu chuyện về tình cảm gia đình (10 PHÚT)</w:t>
            </w:r>
            <w:r>
              <w:rPr>
                <w:b/>
                <w:bCs/>
                <w:color w:val="006100"/>
              </w:rPr>
              <w:br/>
              <w:t>Mục tiêu: Biết chọn văn bản đọc phù hợp chủ đề.</w:t>
            </w:r>
          </w:p>
        </w:tc>
      </w:tr>
      <w:tr w:rsidR="00117CA2" w14:paraId="75587173" w14:textId="77777777" w:rsidTr="00812734">
        <w:trPr>
          <w:jc w:val="center"/>
        </w:trPr>
        <w:tc>
          <w:tcPr>
            <w:tcW w:w="4762" w:type="dxa"/>
            <w:tcBorders>
              <w:top w:val="single" w:sz="6" w:space="0" w:color="000000"/>
            </w:tcBorders>
            <w:tcMar>
              <w:top w:w="60" w:type="dxa"/>
              <w:left w:w="90" w:type="dxa"/>
              <w:bottom w:w="60" w:type="dxa"/>
              <w:right w:w="90" w:type="dxa"/>
            </w:tcMar>
          </w:tcPr>
          <w:p w14:paraId="29AF90F7" w14:textId="77777777" w:rsidR="00117CA2" w:rsidRDefault="0007222E" w:rsidP="00812734">
            <w:pPr>
              <w:shd w:val="clear" w:color="auto" w:fill="FFFFFF" w:themeFill="background1"/>
              <w:spacing w:after="0" w:line="240" w:lineRule="auto"/>
            </w:pPr>
            <w:r>
              <w:rPr>
                <w:b/>
                <w:bCs/>
              </w:rPr>
              <w:t>- Bài tập 1: Tìm đọc một bài thơ, câu chuyện về tình cảm gia đình.</w:t>
            </w:r>
          </w:p>
          <w:p w14:paraId="4F590C27" w14:textId="77777777" w:rsidR="00117CA2" w:rsidRDefault="0007222E" w:rsidP="00812734">
            <w:pPr>
              <w:shd w:val="clear" w:color="auto" w:fill="FFFFFF" w:themeFill="background1"/>
              <w:spacing w:after="0" w:line="240" w:lineRule="auto"/>
            </w:pPr>
            <w:r>
              <w:t>- GV yêu cầu HS quan sát gợi ý trong SGK và đọc các lời thoại minh họa.</w:t>
            </w:r>
          </w:p>
          <w:p w14:paraId="26341C65" w14:textId="01CDE1A5" w:rsidR="00117CA2" w:rsidRDefault="00117CA2" w:rsidP="00812734">
            <w:pPr>
              <w:shd w:val="clear" w:color="auto" w:fill="FFFFFF" w:themeFill="background1"/>
              <w:spacing w:after="0"/>
              <w:jc w:val="center"/>
            </w:pPr>
          </w:p>
        </w:tc>
        <w:tc>
          <w:tcPr>
            <w:tcW w:w="4762" w:type="dxa"/>
            <w:tcBorders>
              <w:top w:val="single" w:sz="6" w:space="0" w:color="000000"/>
            </w:tcBorders>
            <w:tcMar>
              <w:top w:w="60" w:type="dxa"/>
              <w:left w:w="90" w:type="dxa"/>
              <w:bottom w:w="60" w:type="dxa"/>
              <w:right w:w="90" w:type="dxa"/>
            </w:tcMar>
          </w:tcPr>
          <w:p w14:paraId="38321B92" w14:textId="77777777" w:rsidR="00117CA2" w:rsidRDefault="0007222E" w:rsidP="00812734">
            <w:pPr>
              <w:shd w:val="clear" w:color="auto" w:fill="FFFFFF" w:themeFill="background1"/>
              <w:spacing w:after="0" w:line="240" w:lineRule="auto"/>
            </w:pPr>
            <w:r>
              <w:t>- HS quan sát tranh Đọc mở rộng và đọc các gợi ý: “Bài thơ Con yêu mẹ của Xuân Quỳnh hay lắm.”, “Chị tớ có tập truyện Ngôi nhà nhỏ trên thảo nguyên.”, “Đó là cuốn Con yêu bố chừng nào.”</w:t>
            </w:r>
          </w:p>
        </w:tc>
      </w:tr>
      <w:tr w:rsidR="00117CA2" w14:paraId="49E492E4" w14:textId="77777777" w:rsidTr="00812734">
        <w:trPr>
          <w:jc w:val="center"/>
        </w:trPr>
        <w:tc>
          <w:tcPr>
            <w:tcW w:w="4762" w:type="dxa"/>
            <w:tcMar>
              <w:top w:w="60" w:type="dxa"/>
              <w:left w:w="90" w:type="dxa"/>
              <w:bottom w:w="60" w:type="dxa"/>
              <w:right w:w="90" w:type="dxa"/>
            </w:tcMar>
          </w:tcPr>
          <w:p w14:paraId="5D053892" w14:textId="77777777" w:rsidR="00117CA2" w:rsidRDefault="0007222E" w:rsidP="00812734">
            <w:pPr>
              <w:shd w:val="clear" w:color="auto" w:fill="FFFFFF" w:themeFill="background1"/>
              <w:spacing w:after="0" w:line="240" w:lineRule="auto"/>
            </w:pPr>
            <w:r>
              <w:t xml:space="preserve">- GV hỏi: Bài thơ, câu chuyện em chọn có </w:t>
            </w:r>
            <w:r>
              <w:lastRenderedPageBreak/>
              <w:t>nội dung về ai trong gia đình?</w:t>
            </w:r>
          </w:p>
        </w:tc>
        <w:tc>
          <w:tcPr>
            <w:tcW w:w="4762" w:type="dxa"/>
            <w:tcMar>
              <w:top w:w="60" w:type="dxa"/>
              <w:left w:w="90" w:type="dxa"/>
              <w:bottom w:w="60" w:type="dxa"/>
              <w:right w:w="90" w:type="dxa"/>
            </w:tcMar>
          </w:tcPr>
          <w:p w14:paraId="2C58132E" w14:textId="77777777" w:rsidR="00117CA2" w:rsidRDefault="0007222E" w:rsidP="00812734">
            <w:pPr>
              <w:shd w:val="clear" w:color="auto" w:fill="FFFFFF" w:themeFill="background1"/>
              <w:spacing w:after="0" w:line="240" w:lineRule="auto"/>
            </w:pPr>
            <w:r>
              <w:lastRenderedPageBreak/>
              <w:t xml:space="preserve">- HS trả lời: Em chọn bài thơ về mẹ/bố/anh </w:t>
            </w:r>
            <w:r>
              <w:lastRenderedPageBreak/>
              <w:t>chị em/ông bà trong gia đình.</w:t>
            </w:r>
          </w:p>
        </w:tc>
      </w:tr>
      <w:tr w:rsidR="00117CA2" w14:paraId="42F79CDE" w14:textId="77777777" w:rsidTr="00812734">
        <w:trPr>
          <w:jc w:val="center"/>
        </w:trPr>
        <w:tc>
          <w:tcPr>
            <w:tcW w:w="4762" w:type="dxa"/>
            <w:tcMar>
              <w:top w:w="60" w:type="dxa"/>
              <w:left w:w="90" w:type="dxa"/>
              <w:bottom w:w="60" w:type="dxa"/>
              <w:right w:w="90" w:type="dxa"/>
            </w:tcMar>
          </w:tcPr>
          <w:p w14:paraId="60E42418" w14:textId="77777777" w:rsidR="00117CA2" w:rsidRDefault="0007222E" w:rsidP="00812734">
            <w:pPr>
              <w:shd w:val="clear" w:color="auto" w:fill="FFFFFF" w:themeFill="background1"/>
              <w:spacing w:after="0" w:line="240" w:lineRule="auto"/>
            </w:pPr>
            <w:r>
              <w:t>- GV hướng dẫn HS ghi thông tin vào phiếu đọc sách: tên bài, tên tác giả nếu có, nhân vật hoặc nội dung chính, cảm xúc của em.</w:t>
            </w:r>
          </w:p>
        </w:tc>
        <w:tc>
          <w:tcPr>
            <w:tcW w:w="4762" w:type="dxa"/>
            <w:tcMar>
              <w:top w:w="60" w:type="dxa"/>
              <w:left w:w="90" w:type="dxa"/>
              <w:bottom w:w="60" w:type="dxa"/>
              <w:right w:w="90" w:type="dxa"/>
            </w:tcMar>
          </w:tcPr>
          <w:p w14:paraId="2B49A2CF" w14:textId="77777777" w:rsidR="00117CA2" w:rsidRDefault="0007222E" w:rsidP="00812734">
            <w:pPr>
              <w:shd w:val="clear" w:color="auto" w:fill="FFFFFF" w:themeFill="background1"/>
              <w:spacing w:after="0" w:line="240" w:lineRule="auto"/>
            </w:pPr>
            <w:r>
              <w:t>- HS ghi phiếu đọc sách: Tên bài: Con yêu mẹ; Nội dung: tình cảm của bạn nhỏ dành cho mẹ; Cảm xúc: em thấy yêu mẹ hơn.</w:t>
            </w:r>
          </w:p>
        </w:tc>
      </w:tr>
      <w:tr w:rsidR="00117CA2" w14:paraId="50BBDC8E" w14:textId="77777777" w:rsidTr="00812734">
        <w:trPr>
          <w:jc w:val="center"/>
        </w:trPr>
        <w:tc>
          <w:tcPr>
            <w:tcW w:w="4762" w:type="dxa"/>
            <w:tcMar>
              <w:top w:w="60" w:type="dxa"/>
              <w:left w:w="90" w:type="dxa"/>
              <w:bottom w:w="60" w:type="dxa"/>
              <w:right w:w="90" w:type="dxa"/>
            </w:tcMar>
          </w:tcPr>
          <w:p w14:paraId="3049B6EF" w14:textId="77777777" w:rsidR="00117CA2" w:rsidRDefault="0007222E" w:rsidP="00812734">
            <w:pPr>
              <w:shd w:val="clear" w:color="auto" w:fill="FFFFFF" w:themeFill="background1"/>
              <w:spacing w:after="0" w:line="240" w:lineRule="auto"/>
            </w:pPr>
            <w:r>
              <w:t>- GV hỏi dẫn tích hợp NLS: Nếu tìm bài đọc trên mạng, em cần làm gì để chọn thông tin phù hợp?</w:t>
            </w:r>
          </w:p>
        </w:tc>
        <w:tc>
          <w:tcPr>
            <w:tcW w:w="4762" w:type="dxa"/>
            <w:tcMar>
              <w:top w:w="60" w:type="dxa"/>
              <w:left w:w="90" w:type="dxa"/>
              <w:bottom w:w="60" w:type="dxa"/>
              <w:right w:w="90" w:type="dxa"/>
            </w:tcMar>
          </w:tcPr>
          <w:p w14:paraId="16FBB0D7" w14:textId="77777777" w:rsidR="00117CA2" w:rsidRDefault="0007222E" w:rsidP="00812734">
            <w:pPr>
              <w:shd w:val="clear" w:color="auto" w:fill="FFFFFF" w:themeFill="background1"/>
              <w:spacing w:after="0" w:line="240" w:lineRule="auto"/>
            </w:pPr>
            <w:r>
              <w:t>- HS trả lời: Em cần gõ từ khóa đơn giản như “bài thơ về mẹ cho thiếu nhi”, chọn trang phù hợp với lứa tuổi, không bấm vào trang lạ, không nhập thông tin cá nhân.</w:t>
            </w:r>
          </w:p>
        </w:tc>
      </w:tr>
      <w:tr w:rsidR="00117CA2" w14:paraId="50140025" w14:textId="77777777" w:rsidTr="00812734">
        <w:trPr>
          <w:jc w:val="center"/>
        </w:trPr>
        <w:tc>
          <w:tcPr>
            <w:tcW w:w="4762" w:type="dxa"/>
            <w:tcBorders>
              <w:bottom w:val="single" w:sz="6" w:space="0" w:color="000000"/>
            </w:tcBorders>
            <w:tcMar>
              <w:top w:w="60" w:type="dxa"/>
              <w:left w:w="90" w:type="dxa"/>
              <w:bottom w:w="60" w:type="dxa"/>
              <w:right w:w="90" w:type="dxa"/>
            </w:tcMar>
          </w:tcPr>
          <w:p w14:paraId="5209131E" w14:textId="77777777" w:rsidR="00117CA2" w:rsidRDefault="0007222E" w:rsidP="00812734">
            <w:pPr>
              <w:shd w:val="clear" w:color="auto" w:fill="FFFFFF" w:themeFill="background1"/>
              <w:spacing w:after="0" w:line="240" w:lineRule="auto"/>
            </w:pPr>
            <w:r>
              <w:rPr>
                <w:color w:val="C00000"/>
              </w:rPr>
              <w:t>- Tích hợp NLS 1.1.CB1a: GV diễn giải: Khi tìm bài thơ hoặc câu chuyện trên môi trường số, các em cần xác định rõ thông tin mình cần tìm, dùng từ khóa ngắn gọn như “truyện về tình cảm gia đình cho học sinh lớp 2”. Sau khi có kết quả, các em không chọn ngay kết quả đầu tiên mà cần đọc tên bài, xem nội dung có phù hợp với chủ đề gia đình và lứa tuổi không. Nếu chưa chắc chắn, các em hỏi thầy cô hoặc cha mẹ. Tuyệt đối không nhập họ tên, địa chỉ nhà, số điện thoại vào các trang lạ.</w:t>
            </w:r>
          </w:p>
        </w:tc>
        <w:tc>
          <w:tcPr>
            <w:tcW w:w="4762" w:type="dxa"/>
            <w:tcBorders>
              <w:bottom w:val="single" w:sz="6" w:space="0" w:color="000000"/>
            </w:tcBorders>
            <w:tcMar>
              <w:top w:w="60" w:type="dxa"/>
              <w:left w:w="90" w:type="dxa"/>
              <w:bottom w:w="60" w:type="dxa"/>
              <w:right w:w="90" w:type="dxa"/>
            </w:tcMar>
          </w:tcPr>
          <w:p w14:paraId="412F5671" w14:textId="77777777" w:rsidR="00117CA2" w:rsidRDefault="0007222E" w:rsidP="00812734">
            <w:pPr>
              <w:shd w:val="clear" w:color="auto" w:fill="FFFFFF" w:themeFill="background1"/>
              <w:spacing w:after="0" w:line="240" w:lineRule="auto"/>
            </w:pPr>
            <w:r>
              <w:t>- HS nêu lại cách tìm kiếm an toàn: Em dùng từ khóa rõ ràng, chọn bài phù hợp, hỏi người lớn khi chưa chắc chắn và không nhập thông tin cá nhân.</w:t>
            </w:r>
          </w:p>
        </w:tc>
      </w:tr>
      <w:tr w:rsidR="00117CA2" w14:paraId="51FF0FBB"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2A567624" w14:textId="77777777" w:rsidR="00117CA2" w:rsidRDefault="0007222E" w:rsidP="00812734">
            <w:pPr>
              <w:shd w:val="clear" w:color="auto" w:fill="FFFFFF" w:themeFill="background1"/>
              <w:spacing w:after="0"/>
            </w:pPr>
            <w:r>
              <w:rPr>
                <w:b/>
                <w:bCs/>
                <w:color w:val="006100"/>
              </w:rPr>
              <w:t>C. THỰC HÀNH - Hoạt động 2: Chia sẻ với bạn về bài thơ, câu chuyện đã đọc (17 PHÚT)</w:t>
            </w:r>
            <w:r>
              <w:rPr>
                <w:b/>
                <w:bCs/>
                <w:color w:val="006100"/>
              </w:rPr>
              <w:br/>
              <w:t>Mục tiêu: Biết chia sẻ tên bài đọc, nội dung và cảm xúc của bản thân.</w:t>
            </w:r>
          </w:p>
        </w:tc>
      </w:tr>
      <w:tr w:rsidR="00117CA2" w14:paraId="4289669C" w14:textId="77777777" w:rsidTr="00812734">
        <w:trPr>
          <w:jc w:val="center"/>
        </w:trPr>
        <w:tc>
          <w:tcPr>
            <w:tcW w:w="4762" w:type="dxa"/>
            <w:tcBorders>
              <w:top w:val="single" w:sz="6" w:space="0" w:color="000000"/>
            </w:tcBorders>
            <w:tcMar>
              <w:top w:w="60" w:type="dxa"/>
              <w:left w:w="90" w:type="dxa"/>
              <w:bottom w:w="60" w:type="dxa"/>
              <w:right w:w="90" w:type="dxa"/>
            </w:tcMar>
          </w:tcPr>
          <w:p w14:paraId="410B4BCE" w14:textId="77777777" w:rsidR="00117CA2" w:rsidRDefault="0007222E" w:rsidP="00812734">
            <w:pPr>
              <w:shd w:val="clear" w:color="auto" w:fill="FFFFFF" w:themeFill="background1"/>
              <w:spacing w:after="0" w:line="240" w:lineRule="auto"/>
            </w:pPr>
            <w:r>
              <w:rPr>
                <w:b/>
                <w:bCs/>
              </w:rPr>
              <w:t>- Bài tập 2: Chia sẻ với các bạn cảm xúc của em về bài thơ, câu chuyện đó.</w:t>
            </w:r>
          </w:p>
          <w:p w14:paraId="6967F3A0" w14:textId="77777777" w:rsidR="00117CA2" w:rsidRDefault="0007222E" w:rsidP="00812734">
            <w:pPr>
              <w:shd w:val="clear" w:color="auto" w:fill="FFFFFF" w:themeFill="background1"/>
              <w:spacing w:after="0" w:line="240" w:lineRule="auto"/>
            </w:pPr>
            <w:r>
              <w:t>- GV tổ chức cho HS chia sẻ theo nhóm 4.</w:t>
            </w:r>
          </w:p>
        </w:tc>
        <w:tc>
          <w:tcPr>
            <w:tcW w:w="4762" w:type="dxa"/>
            <w:tcBorders>
              <w:top w:val="single" w:sz="6" w:space="0" w:color="000000"/>
            </w:tcBorders>
            <w:tcMar>
              <w:top w:w="60" w:type="dxa"/>
              <w:left w:w="90" w:type="dxa"/>
              <w:bottom w:w="60" w:type="dxa"/>
              <w:right w:w="90" w:type="dxa"/>
            </w:tcMar>
          </w:tcPr>
          <w:p w14:paraId="53FA4081" w14:textId="77777777" w:rsidR="00117CA2" w:rsidRDefault="0007222E" w:rsidP="00812734">
            <w:pPr>
              <w:shd w:val="clear" w:color="auto" w:fill="FFFFFF" w:themeFill="background1"/>
              <w:spacing w:after="0" w:line="240" w:lineRule="auto"/>
            </w:pPr>
            <w:r>
              <w:t>- HS chia sẻ trong nhóm: Em đọc bài Con yêu mẹ. Bài thơ nói về tình yêu của bạn nhỏ với mẹ. Em thấy bài thơ rất hay và làm em nhớ đến mẹ.</w:t>
            </w:r>
          </w:p>
        </w:tc>
      </w:tr>
      <w:tr w:rsidR="00117CA2" w14:paraId="4B832F37" w14:textId="77777777" w:rsidTr="00812734">
        <w:trPr>
          <w:jc w:val="center"/>
        </w:trPr>
        <w:tc>
          <w:tcPr>
            <w:tcW w:w="4762" w:type="dxa"/>
            <w:tcMar>
              <w:top w:w="60" w:type="dxa"/>
              <w:left w:w="90" w:type="dxa"/>
              <w:bottom w:w="60" w:type="dxa"/>
              <w:right w:w="90" w:type="dxa"/>
            </w:tcMar>
          </w:tcPr>
          <w:p w14:paraId="2C324F08" w14:textId="77777777" w:rsidR="00117CA2" w:rsidRDefault="0007222E" w:rsidP="00812734">
            <w:pPr>
              <w:shd w:val="clear" w:color="auto" w:fill="FFFFFF" w:themeFill="background1"/>
              <w:spacing w:after="0" w:line="240" w:lineRule="auto"/>
            </w:pPr>
            <w:r>
              <w:t>- GV gợi ý câu chia sẻ: Em đọc bài gì? Bài đó viết về ai? Em thích chi tiết nào? Vì sao?</w:t>
            </w:r>
          </w:p>
        </w:tc>
        <w:tc>
          <w:tcPr>
            <w:tcW w:w="4762" w:type="dxa"/>
            <w:tcMar>
              <w:top w:w="60" w:type="dxa"/>
              <w:left w:w="90" w:type="dxa"/>
              <w:bottom w:w="60" w:type="dxa"/>
              <w:right w:w="90" w:type="dxa"/>
            </w:tcMar>
          </w:tcPr>
          <w:p w14:paraId="210EB003" w14:textId="77777777" w:rsidR="00117CA2" w:rsidRDefault="0007222E" w:rsidP="00812734">
            <w:pPr>
              <w:shd w:val="clear" w:color="auto" w:fill="FFFFFF" w:themeFill="background1"/>
              <w:spacing w:after="0" w:line="240" w:lineRule="auto"/>
            </w:pPr>
            <w:r>
              <w:t>- HS nói theo gợi ý: Em đọc truyện Con yêu bố chừng nào. Truyện viết về tình cảm của bạn nhỏ dành cho bố. Em thích đoạn bạn nhỏ ôm bố vì rất ấm áp.</w:t>
            </w:r>
          </w:p>
        </w:tc>
      </w:tr>
      <w:tr w:rsidR="00117CA2" w14:paraId="5BF40725" w14:textId="77777777" w:rsidTr="00812734">
        <w:trPr>
          <w:jc w:val="center"/>
        </w:trPr>
        <w:tc>
          <w:tcPr>
            <w:tcW w:w="4762" w:type="dxa"/>
            <w:tcMar>
              <w:top w:w="60" w:type="dxa"/>
              <w:left w:w="90" w:type="dxa"/>
              <w:bottom w:w="60" w:type="dxa"/>
              <w:right w:w="90" w:type="dxa"/>
            </w:tcMar>
          </w:tcPr>
          <w:p w14:paraId="02B73FCE" w14:textId="77777777" w:rsidR="00117CA2" w:rsidRDefault="0007222E" w:rsidP="00812734">
            <w:pPr>
              <w:shd w:val="clear" w:color="auto" w:fill="FFFFFF" w:themeFill="background1"/>
              <w:spacing w:after="0" w:line="240" w:lineRule="auto"/>
            </w:pPr>
            <w:r>
              <w:t>- GV mời một số HS chia sẻ trước lớp.</w:t>
            </w:r>
          </w:p>
        </w:tc>
        <w:tc>
          <w:tcPr>
            <w:tcW w:w="4762" w:type="dxa"/>
            <w:tcMar>
              <w:top w:w="60" w:type="dxa"/>
              <w:left w:w="90" w:type="dxa"/>
              <w:bottom w:w="60" w:type="dxa"/>
              <w:right w:w="90" w:type="dxa"/>
            </w:tcMar>
          </w:tcPr>
          <w:p w14:paraId="4B1767C0" w14:textId="77777777" w:rsidR="00117CA2" w:rsidRDefault="0007222E" w:rsidP="00812734">
            <w:pPr>
              <w:shd w:val="clear" w:color="auto" w:fill="FFFFFF" w:themeFill="background1"/>
              <w:spacing w:after="0" w:line="240" w:lineRule="auto"/>
            </w:pPr>
            <w:r>
              <w:t>- HS trình bày trước lớp; lớp lắng nghe và đặt câu hỏi: Bạn thích nhân vật nào? Bạn học được điều gì?</w:t>
            </w:r>
          </w:p>
        </w:tc>
      </w:tr>
      <w:tr w:rsidR="00117CA2" w14:paraId="3F66FBA8" w14:textId="77777777" w:rsidTr="00812734">
        <w:trPr>
          <w:jc w:val="center"/>
        </w:trPr>
        <w:tc>
          <w:tcPr>
            <w:tcW w:w="4762" w:type="dxa"/>
            <w:tcBorders>
              <w:bottom w:val="single" w:sz="6" w:space="0" w:color="000000"/>
            </w:tcBorders>
            <w:tcMar>
              <w:top w:w="60" w:type="dxa"/>
              <w:left w:w="90" w:type="dxa"/>
              <w:bottom w:w="60" w:type="dxa"/>
              <w:right w:w="90" w:type="dxa"/>
            </w:tcMar>
          </w:tcPr>
          <w:p w14:paraId="3BC2F17B" w14:textId="77777777" w:rsidR="00117CA2" w:rsidRDefault="0007222E" w:rsidP="00812734">
            <w:pPr>
              <w:shd w:val="clear" w:color="auto" w:fill="FFFFFF" w:themeFill="background1"/>
              <w:spacing w:after="0" w:line="240" w:lineRule="auto"/>
            </w:pPr>
            <w:r>
              <w:t>- GV nhận xét, khen những HS biết chia sẻ rõ tên bài, nội dung và cảm xúc.</w:t>
            </w:r>
          </w:p>
        </w:tc>
        <w:tc>
          <w:tcPr>
            <w:tcW w:w="4762" w:type="dxa"/>
            <w:tcBorders>
              <w:bottom w:val="single" w:sz="6" w:space="0" w:color="000000"/>
            </w:tcBorders>
            <w:tcMar>
              <w:top w:w="60" w:type="dxa"/>
              <w:left w:w="90" w:type="dxa"/>
              <w:bottom w:w="60" w:type="dxa"/>
              <w:right w:w="90" w:type="dxa"/>
            </w:tcMar>
          </w:tcPr>
          <w:p w14:paraId="40B6C9C2" w14:textId="77777777" w:rsidR="00117CA2" w:rsidRDefault="0007222E" w:rsidP="00812734">
            <w:pPr>
              <w:shd w:val="clear" w:color="auto" w:fill="FFFFFF" w:themeFill="background1"/>
              <w:spacing w:after="0" w:line="240" w:lineRule="auto"/>
            </w:pPr>
            <w:r>
              <w:t>- HS lắng nghe và bổ sung vào phiếu đọc sách nếu còn thiếu.</w:t>
            </w:r>
          </w:p>
        </w:tc>
      </w:tr>
      <w:tr w:rsidR="00117CA2" w14:paraId="3034E762" w14:textId="77777777" w:rsidTr="00812734">
        <w:trPr>
          <w:jc w:val="center"/>
        </w:trPr>
        <w:tc>
          <w:tcPr>
            <w:tcW w:w="9524" w:type="dxa"/>
            <w:gridSpan w:val="2"/>
            <w:tcBorders>
              <w:top w:val="single" w:sz="6" w:space="0" w:color="000000"/>
              <w:bottom w:val="single" w:sz="6" w:space="0" w:color="000000"/>
            </w:tcBorders>
            <w:shd w:val="clear" w:color="auto" w:fill="F2F2F2"/>
            <w:tcMar>
              <w:top w:w="60" w:type="dxa"/>
              <w:left w:w="90" w:type="dxa"/>
              <w:bottom w:w="60" w:type="dxa"/>
              <w:right w:w="90" w:type="dxa"/>
            </w:tcMar>
          </w:tcPr>
          <w:p w14:paraId="6CD13040" w14:textId="77777777" w:rsidR="00117CA2" w:rsidRDefault="0007222E" w:rsidP="00812734">
            <w:pPr>
              <w:shd w:val="clear" w:color="auto" w:fill="FFFFFF" w:themeFill="background1"/>
              <w:spacing w:after="0"/>
            </w:pPr>
            <w:r>
              <w:rPr>
                <w:b/>
                <w:bCs/>
                <w:color w:val="006100"/>
              </w:rPr>
              <w:t>D. VẬN DỤNG (5 PHÚT)</w:t>
            </w:r>
            <w:r>
              <w:rPr>
                <w:b/>
                <w:bCs/>
                <w:color w:val="006100"/>
              </w:rPr>
              <w:br/>
              <w:t>Mục tiêu: Hình thành thói quen đọc sách và chia sẻ với người thân.</w:t>
            </w:r>
          </w:p>
        </w:tc>
      </w:tr>
      <w:tr w:rsidR="00117CA2" w14:paraId="34555420" w14:textId="77777777" w:rsidTr="00812734">
        <w:trPr>
          <w:jc w:val="center"/>
        </w:trPr>
        <w:tc>
          <w:tcPr>
            <w:tcW w:w="4762" w:type="dxa"/>
            <w:tcBorders>
              <w:top w:val="single" w:sz="6" w:space="0" w:color="000000"/>
            </w:tcBorders>
            <w:tcMar>
              <w:top w:w="60" w:type="dxa"/>
              <w:left w:w="90" w:type="dxa"/>
              <w:bottom w:w="60" w:type="dxa"/>
              <w:right w:w="90" w:type="dxa"/>
            </w:tcMar>
          </w:tcPr>
          <w:p w14:paraId="789D763C" w14:textId="77777777" w:rsidR="00117CA2" w:rsidRDefault="0007222E" w:rsidP="00812734">
            <w:pPr>
              <w:shd w:val="clear" w:color="auto" w:fill="FFFFFF" w:themeFill="background1"/>
              <w:spacing w:after="0" w:line="240" w:lineRule="auto"/>
            </w:pPr>
            <w:r>
              <w:t xml:space="preserve">- GV yêu cầu HS chọn một câu thơ/câu văn hay trong bài đọc để đọc cho người thân </w:t>
            </w:r>
            <w:r>
              <w:lastRenderedPageBreak/>
              <w:t>nghe.</w:t>
            </w:r>
          </w:p>
        </w:tc>
        <w:tc>
          <w:tcPr>
            <w:tcW w:w="4762" w:type="dxa"/>
            <w:tcBorders>
              <w:top w:val="single" w:sz="6" w:space="0" w:color="000000"/>
            </w:tcBorders>
            <w:tcMar>
              <w:top w:w="60" w:type="dxa"/>
              <w:left w:w="90" w:type="dxa"/>
              <w:bottom w:w="60" w:type="dxa"/>
              <w:right w:w="90" w:type="dxa"/>
            </w:tcMar>
          </w:tcPr>
          <w:p w14:paraId="4BCDE19E" w14:textId="77777777" w:rsidR="00117CA2" w:rsidRDefault="0007222E" w:rsidP="00812734">
            <w:pPr>
              <w:shd w:val="clear" w:color="auto" w:fill="FFFFFF" w:themeFill="background1"/>
              <w:spacing w:after="0" w:line="240" w:lineRule="auto"/>
            </w:pPr>
            <w:r>
              <w:lastRenderedPageBreak/>
              <w:t>- HS chọn một câu/cụm từ hay và chuẩn bị đọc cho người thân nghe ở nhà.</w:t>
            </w:r>
          </w:p>
        </w:tc>
      </w:tr>
      <w:tr w:rsidR="00117CA2" w14:paraId="4EA0A3C7" w14:textId="77777777" w:rsidTr="00812734">
        <w:trPr>
          <w:jc w:val="center"/>
        </w:trPr>
        <w:tc>
          <w:tcPr>
            <w:tcW w:w="4762" w:type="dxa"/>
            <w:tcMar>
              <w:top w:w="60" w:type="dxa"/>
              <w:left w:w="90" w:type="dxa"/>
              <w:bottom w:w="60" w:type="dxa"/>
              <w:right w:w="90" w:type="dxa"/>
            </w:tcMar>
          </w:tcPr>
          <w:p w14:paraId="48890E6A" w14:textId="77777777" w:rsidR="00117CA2" w:rsidRDefault="0007222E" w:rsidP="00812734">
            <w:pPr>
              <w:shd w:val="clear" w:color="auto" w:fill="FFFFFF" w:themeFill="background1"/>
              <w:spacing w:after="0" w:line="240" w:lineRule="auto"/>
            </w:pPr>
            <w:r>
              <w:t>- GV hỏi: Sau tiết đọc mở rộng, em sẽ làm gì để thể hiện tình cảm với gia đình?</w:t>
            </w:r>
          </w:p>
        </w:tc>
        <w:tc>
          <w:tcPr>
            <w:tcW w:w="4762" w:type="dxa"/>
            <w:tcMar>
              <w:top w:w="60" w:type="dxa"/>
              <w:left w:w="90" w:type="dxa"/>
              <w:bottom w:w="60" w:type="dxa"/>
              <w:right w:w="90" w:type="dxa"/>
            </w:tcMar>
          </w:tcPr>
          <w:p w14:paraId="4CFADA97" w14:textId="77777777" w:rsidR="00117CA2" w:rsidRDefault="0007222E" w:rsidP="00812734">
            <w:pPr>
              <w:shd w:val="clear" w:color="auto" w:fill="FFFFFF" w:themeFill="background1"/>
              <w:spacing w:after="0" w:line="240" w:lineRule="auto"/>
            </w:pPr>
            <w:r>
              <w:t>- HS trả lời: Em sẽ nói lời yêu thương với bố mẹ, giúp ông bà việc nhỏ, đọc truyện cho em nghe, lễ phép với người lớn.</w:t>
            </w:r>
          </w:p>
        </w:tc>
      </w:tr>
      <w:tr w:rsidR="00117CA2" w14:paraId="0C7862F3" w14:textId="77777777" w:rsidTr="00812734">
        <w:trPr>
          <w:jc w:val="center"/>
        </w:trPr>
        <w:tc>
          <w:tcPr>
            <w:tcW w:w="4762" w:type="dxa"/>
            <w:tcMar>
              <w:top w:w="60" w:type="dxa"/>
              <w:left w:w="90" w:type="dxa"/>
              <w:bottom w:w="60" w:type="dxa"/>
              <w:right w:w="90" w:type="dxa"/>
            </w:tcMar>
          </w:tcPr>
          <w:p w14:paraId="03B7E9BB" w14:textId="77777777" w:rsidR="00117CA2" w:rsidRDefault="0007222E" w:rsidP="00812734">
            <w:pPr>
              <w:shd w:val="clear" w:color="auto" w:fill="FFFFFF" w:themeFill="background1"/>
              <w:spacing w:after="0" w:line="240" w:lineRule="auto"/>
            </w:pPr>
            <w:r>
              <w:t>- GV kết luận: Đọc mở rộng giúp các em biết thêm nhiều bài thơ, câu chuyện hay và nuôi dưỡng tình yêu thương gia đình.</w:t>
            </w:r>
          </w:p>
        </w:tc>
        <w:tc>
          <w:tcPr>
            <w:tcW w:w="4762" w:type="dxa"/>
            <w:tcMar>
              <w:top w:w="60" w:type="dxa"/>
              <w:left w:w="90" w:type="dxa"/>
              <w:bottom w:w="60" w:type="dxa"/>
              <w:right w:w="90" w:type="dxa"/>
            </w:tcMar>
          </w:tcPr>
          <w:p w14:paraId="418E55A5" w14:textId="77777777" w:rsidR="00117CA2" w:rsidRDefault="0007222E" w:rsidP="00812734">
            <w:pPr>
              <w:shd w:val="clear" w:color="auto" w:fill="FFFFFF" w:themeFill="background1"/>
              <w:spacing w:after="0" w:line="240" w:lineRule="auto"/>
            </w:pPr>
            <w:r>
              <w:t>- HS ghi nhớ nhiệm vụ đọc thêm và chia sẻ bài đọc ở nhà.</w:t>
            </w:r>
          </w:p>
        </w:tc>
      </w:tr>
    </w:tbl>
    <w:p w14:paraId="0178CD1D" w14:textId="77777777" w:rsidR="00117CA2" w:rsidRDefault="0007222E" w:rsidP="00812734">
      <w:pPr>
        <w:shd w:val="clear" w:color="auto" w:fill="FFFFFF" w:themeFill="background1"/>
        <w:spacing w:after="0" w:line="240" w:lineRule="auto"/>
      </w:pPr>
      <w:r>
        <w:rPr>
          <w:b/>
          <w:bCs/>
        </w:rPr>
        <w:t>IV. ĐIỀU CHỈNH SAU TIẾT DẠY (NẾU CÓ):</w:t>
      </w:r>
    </w:p>
    <w:p w14:paraId="126173EE" w14:textId="77777777" w:rsidR="00117CA2" w:rsidRDefault="0007222E" w:rsidP="00812734">
      <w:pPr>
        <w:shd w:val="clear" w:color="auto" w:fill="FFFFFF" w:themeFill="background1"/>
        <w:spacing w:after="0" w:line="240" w:lineRule="auto"/>
      </w:pPr>
      <w:r>
        <w:t>……………………………………………………………………………………………………………………………</w:t>
      </w:r>
    </w:p>
    <w:p w14:paraId="3FA93340" w14:textId="77777777" w:rsidR="00117CA2" w:rsidRDefault="0007222E" w:rsidP="00812734">
      <w:pPr>
        <w:shd w:val="clear" w:color="auto" w:fill="FFFFFF" w:themeFill="background1"/>
        <w:spacing w:after="0" w:line="240" w:lineRule="auto"/>
      </w:pPr>
      <w:r>
        <w:t>……………………………………………………………………………………………………………………………</w:t>
      </w:r>
    </w:p>
    <w:sectPr w:rsidR="00117CA2"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7929397">
    <w:abstractNumId w:val="8"/>
  </w:num>
  <w:num w:numId="2" w16cid:durableId="624114925">
    <w:abstractNumId w:val="6"/>
  </w:num>
  <w:num w:numId="3" w16cid:durableId="1612978257">
    <w:abstractNumId w:val="5"/>
  </w:num>
  <w:num w:numId="4" w16cid:durableId="133524709">
    <w:abstractNumId w:val="4"/>
  </w:num>
  <w:num w:numId="5" w16cid:durableId="94058232">
    <w:abstractNumId w:val="7"/>
  </w:num>
  <w:num w:numId="6" w16cid:durableId="1956249799">
    <w:abstractNumId w:val="3"/>
  </w:num>
  <w:num w:numId="7" w16cid:durableId="1629160850">
    <w:abstractNumId w:val="2"/>
  </w:num>
  <w:num w:numId="8" w16cid:durableId="175651988">
    <w:abstractNumId w:val="1"/>
  </w:num>
  <w:num w:numId="9" w16cid:durableId="12838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22E"/>
    <w:rsid w:val="00117CA2"/>
    <w:rsid w:val="0015074B"/>
    <w:rsid w:val="0029639D"/>
    <w:rsid w:val="00326F90"/>
    <w:rsid w:val="00721F00"/>
    <w:rsid w:val="0081273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FA1E3A"/>
  <w14:defaultImageDpi w14:val="300"/>
  <w15:docId w15:val="{7863BEBA-0229-4F46-A901-9CC3B73D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7F31C-ADFC-4683-85B8-334E2AC6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6721</Words>
  <Characters>38312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2026-06-07T22:37:00Z</dcterms:created>
  <dcterms:modified xsi:type="dcterms:W3CDTF">2026-08-17T13:56:00Z</dcterms:modified>
  <cp:category/>
</cp:coreProperties>
</file>