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803F3" w14:textId="77777777" w:rsidR="00B8287F" w:rsidRPr="00090925" w:rsidRDefault="00000000" w:rsidP="00A80FFA">
      <w:pPr>
        <w:pStyle w:val="a0"/>
        <w:spacing w:before="240"/>
        <w:rPr>
          <w:b w:val="0"/>
          <w:bCs/>
          <w:sz w:val="44"/>
          <w:szCs w:val="32"/>
        </w:rPr>
      </w:pPr>
      <w:r w:rsidRPr="00090925">
        <w:rPr>
          <w:b w:val="0"/>
          <w:bCs/>
          <w:sz w:val="44"/>
          <w:szCs w:val="32"/>
          <w:rtl/>
          <w:cs/>
        </w:rPr>
        <w:t>[عنوان المقال باللغة العربية: واضح، دقيق، ومباشر]</w:t>
      </w:r>
    </w:p>
    <w:p w14:paraId="5EFC79B0" w14:textId="77777777" w:rsidR="00B8287F" w:rsidRPr="00397A68" w:rsidRDefault="00000000">
      <w:pPr>
        <w:pStyle w:val="a1"/>
        <w:rPr>
          <w:bCs/>
          <w:sz w:val="28"/>
          <w:szCs w:val="24"/>
          <w:rtl/>
          <w:lang w:bidi="ar-TN"/>
        </w:rPr>
      </w:pPr>
      <w:r w:rsidRPr="00397A68">
        <w:rPr>
          <w:bCs/>
          <w:sz w:val="28"/>
          <w:szCs w:val="24"/>
          <w:rtl/>
          <w:cs/>
        </w:rPr>
        <w:t>اسم المؤلف الأول¹*، اسم المؤلف الثاني²، اسم المؤلف الثالث³</w:t>
      </w:r>
    </w:p>
    <w:p w14:paraId="16D52AE2" w14:textId="3E110F41" w:rsidR="00B8287F" w:rsidRDefault="00000000">
      <w:pPr>
        <w:pStyle w:val="a1"/>
      </w:pPr>
      <w:r>
        <w:rPr>
          <w:sz w:val="21"/>
          <w:rtl/>
          <w:cs/>
        </w:rPr>
        <w:t>¹ الرتبة العلمية، القسم، الكلية/المعهد، الجامعة/الدولة. البريد الإلكتروني: author1@example.com</w:t>
      </w:r>
    </w:p>
    <w:p w14:paraId="0ADAE0B1" w14:textId="4DDF1C39" w:rsidR="00B8287F" w:rsidRDefault="00000000">
      <w:pPr>
        <w:pStyle w:val="a1"/>
      </w:pPr>
      <w:r>
        <w:rPr>
          <w:sz w:val="21"/>
          <w:rtl/>
          <w:cs/>
        </w:rPr>
        <w:t xml:space="preserve">² الرتبة العلمية، القسم، الكلية/المعهد، الجامعة/الدولة. البريد الإلكتروني: author2@example.com </w:t>
      </w:r>
    </w:p>
    <w:p w14:paraId="09EAAFCF" w14:textId="40078A4E" w:rsidR="00B8287F" w:rsidRDefault="00000000" w:rsidP="00721A96">
      <w:pPr>
        <w:pStyle w:val="a1"/>
      </w:pPr>
      <w:r>
        <w:rPr>
          <w:sz w:val="21"/>
          <w:rtl/>
          <w:cs/>
        </w:rPr>
        <w:t xml:space="preserve">³ الرتبة العلمية، القسم، الكلية/المعهد، الجامعة/الدولة. البريد الإلكتروني: author3@example.com </w:t>
      </w:r>
    </w:p>
    <w:p w14:paraId="0B6752F2" w14:textId="77777777" w:rsidR="00B8287F" w:rsidRDefault="00000000">
      <w:pPr>
        <w:pStyle w:val="a1"/>
      </w:pPr>
      <w:r>
        <w:rPr>
          <w:sz w:val="22"/>
          <w:rtl/>
          <w:cs/>
        </w:rPr>
        <w:t>* المؤلف المراسل: الاسم الكامل | البريد الإلكتروني: corresponding@example.com</w:t>
      </w:r>
    </w:p>
    <w:p w14:paraId="253D32DD" w14:textId="77777777" w:rsidR="00613764" w:rsidRDefault="00613764" w:rsidP="00613764">
      <w:pPr>
        <w:pBdr>
          <w:bottom w:val="single" w:sz="18" w:space="1" w:color="FFC000"/>
        </w:pBdr>
        <w:spacing w:after="0"/>
        <w:rPr>
          <w:rFonts w:ascii="Times New Roman" w:eastAsia="Times New Roman" w:hAnsi="Times New Roman" w:cs="Times New Roman"/>
          <w:sz w:val="21"/>
          <w:lang w:val="fr-FR" w:eastAsia="fr-FR" w:bidi="fr-FR"/>
        </w:rPr>
      </w:pPr>
    </w:p>
    <w:p w14:paraId="3E087A5E" w14:textId="7082B4D4" w:rsidR="00613764" w:rsidRPr="00613764" w:rsidRDefault="00613764" w:rsidP="00C0074F">
      <w:pPr>
        <w:pBdr>
          <w:bottom w:val="single" w:sz="18" w:space="1" w:color="FFC000"/>
        </w:pBdr>
        <w:spacing w:after="0"/>
        <w:jc w:val="center"/>
        <w:rPr>
          <w:rFonts w:asciiTheme="majorBidi" w:hAnsiTheme="majorBidi" w:cstheme="majorBidi"/>
          <w:sz w:val="22"/>
          <w:lang w:val="fr-FR"/>
        </w:rPr>
      </w:pPr>
      <w:r w:rsidRPr="00613764">
        <w:rPr>
          <w:rFonts w:asciiTheme="majorBidi" w:hAnsiTheme="majorBidi" w:cs="Times New Roman"/>
          <w:sz w:val="22"/>
          <w:rtl/>
          <w:lang w:val="fr-FR"/>
        </w:rPr>
        <w:t>تاريخ الاستلام: 10-08-2025؛ تاريخ القبول: 10-10-2025؛ تاريخ النشر: 10-01-2025</w:t>
      </w:r>
    </w:p>
    <w:p w14:paraId="34836AC8" w14:textId="77777777" w:rsidR="00B4461F" w:rsidRPr="00B4461F" w:rsidRDefault="00B4461F" w:rsidP="00343BB0">
      <w:pPr>
        <w:pStyle w:val="a2"/>
        <w:spacing w:before="0" w:after="0"/>
        <w:jc w:val="both"/>
        <w:rPr>
          <w:b w:val="0"/>
          <w:bCs/>
          <w:sz w:val="24"/>
          <w:szCs w:val="24"/>
          <w:rtl/>
          <w:cs/>
        </w:rPr>
      </w:pPr>
    </w:p>
    <w:p w14:paraId="7DD241A5" w14:textId="325D8C42" w:rsidR="00B8287F" w:rsidRDefault="00000000" w:rsidP="00343BB0">
      <w:pPr>
        <w:pStyle w:val="a2"/>
        <w:spacing w:before="0" w:after="0"/>
        <w:jc w:val="both"/>
        <w:rPr>
          <w:b w:val="0"/>
          <w:bCs/>
          <w:sz w:val="24"/>
          <w:szCs w:val="24"/>
          <w:rtl/>
          <w:cs/>
        </w:rPr>
      </w:pPr>
      <w:r w:rsidRPr="00343BB0">
        <w:rPr>
          <w:b w:val="0"/>
          <w:bCs/>
          <w:sz w:val="24"/>
          <w:szCs w:val="24"/>
          <w:rtl/>
          <w:cs/>
        </w:rPr>
        <w:t>الملخص</w:t>
      </w:r>
      <w:r w:rsidR="00343BB0">
        <w:rPr>
          <w:rFonts w:hint="cs"/>
          <w:b w:val="0"/>
          <w:bCs/>
          <w:sz w:val="24"/>
          <w:szCs w:val="24"/>
          <w:rtl/>
        </w:rPr>
        <w:t xml:space="preserve"> </w:t>
      </w:r>
      <w:r w:rsidR="00343BB0" w:rsidRPr="00343BB0">
        <w:rPr>
          <w:rFonts w:hint="cs"/>
          <w:b w:val="0"/>
          <w:bCs/>
          <w:sz w:val="24"/>
          <w:szCs w:val="24"/>
          <w:rtl/>
          <w:cs/>
        </w:rPr>
        <w:t>(150كلمة على الأكثر)</w:t>
      </w:r>
    </w:p>
    <w:p w14:paraId="2856518E" w14:textId="48411034" w:rsidR="005027E1" w:rsidRPr="00343BB0" w:rsidRDefault="005027E1" w:rsidP="00343BB0">
      <w:pPr>
        <w:pStyle w:val="a4"/>
        <w:rPr>
          <w:sz w:val="24"/>
          <w:szCs w:val="24"/>
        </w:rPr>
      </w:pPr>
      <w:r w:rsidRPr="00343BB0">
        <w:rPr>
          <w:color w:val="5A5A5A"/>
          <w:sz w:val="24"/>
          <w:szCs w:val="24"/>
          <w:rtl/>
          <w:cs/>
        </w:rPr>
        <w:t>[يكتب الملخص في فقرة واحدة مركزة، ويعرض بإيجاز موضوع البحث أو إشكاليته، وأهدافه، ومنهجه أو مقاربته، وأبرز نتائجه واستنتاجاته، من دون إحالات مرجعية غير ضرورية.]</w:t>
      </w:r>
      <w:r w:rsidR="001B5D5A" w:rsidRPr="00343BB0">
        <w:rPr>
          <w:rFonts w:hint="cs"/>
          <w:sz w:val="24"/>
          <w:szCs w:val="24"/>
          <w:rtl/>
        </w:rPr>
        <w:t xml:space="preserve"> </w:t>
      </w:r>
      <w:r w:rsidRPr="00343BB0">
        <w:rPr>
          <w:color w:val="5A5A5A"/>
          <w:sz w:val="24"/>
          <w:szCs w:val="24"/>
          <w:rtl/>
          <w:cs/>
        </w:rPr>
        <w:t xml:space="preserve">[يكتب </w:t>
      </w:r>
      <w:r w:rsidRPr="001D5B4F">
        <w:rPr>
          <w:color w:val="5A5A5A"/>
          <w:sz w:val="24"/>
          <w:szCs w:val="24"/>
          <w:rtl/>
          <w:cs/>
        </w:rPr>
        <w:t>الملخص في فقرة واحدة مركزة، ويعرض بإيجاز موضوع البحث أو إشكاليته، وأهدافه، ومنهجه أو مقاربته، وأبرز نتائجه واستنتاجاته، من دون إحالات مرجعية غير ضرورية.]</w:t>
      </w:r>
      <w:r w:rsidR="001B5D5A" w:rsidRPr="001D5B4F">
        <w:rPr>
          <w:rFonts w:hint="cs"/>
          <w:sz w:val="24"/>
          <w:szCs w:val="24"/>
          <w:rtl/>
        </w:rPr>
        <w:t xml:space="preserve"> </w:t>
      </w:r>
      <w:r w:rsidRPr="001D5B4F">
        <w:rPr>
          <w:color w:val="5A5A5A"/>
          <w:sz w:val="24"/>
          <w:szCs w:val="24"/>
          <w:rtl/>
          <w:cs/>
        </w:rPr>
        <w:t>[يكتب الملخص في فقرة واحدة مركزة، ويعرض بإيجاز موضوع البحث أو</w:t>
      </w:r>
      <w:r w:rsidRPr="00343BB0">
        <w:rPr>
          <w:color w:val="5A5A5A"/>
          <w:sz w:val="24"/>
          <w:szCs w:val="24"/>
          <w:rtl/>
          <w:cs/>
        </w:rPr>
        <w:t xml:space="preserve"> إشكاليته، وأهدافه، ومنهجه أو مقاربته، وأبرز نتائجه واستنتاجاته، من دون إحالات مرجعية غير ضرورية.]</w:t>
      </w:r>
      <w:r w:rsidR="001B5D5A" w:rsidRPr="00343BB0">
        <w:rPr>
          <w:rFonts w:hint="cs"/>
          <w:color w:val="5A5A5A"/>
          <w:sz w:val="24"/>
          <w:szCs w:val="24"/>
          <w:rtl/>
          <w:cs/>
        </w:rPr>
        <w:t xml:space="preserve"> </w:t>
      </w:r>
      <w:r w:rsidR="001B5D5A" w:rsidRPr="00343BB0">
        <w:rPr>
          <w:color w:val="5A5A5A"/>
          <w:sz w:val="24"/>
          <w:szCs w:val="24"/>
          <w:rtl/>
          <w:cs/>
        </w:rPr>
        <w:t>[يكتب الملخص في فقرة واحدة مركزة، ويعرض بإيجاز موضوع البحث أو إشكاليته، وأهدافه، ومنهجه أو مقاربته، وأبرز نتائجه واستنتاجاته، من دون إحالات مرجعية غير ضرورية.]</w:t>
      </w:r>
      <w:r w:rsidR="001B5D5A" w:rsidRPr="00343BB0">
        <w:rPr>
          <w:rFonts w:hint="cs"/>
          <w:color w:val="5A5A5A"/>
          <w:sz w:val="24"/>
          <w:szCs w:val="24"/>
          <w:rtl/>
          <w:cs/>
        </w:rPr>
        <w:t xml:space="preserve"> </w:t>
      </w:r>
      <w:r w:rsidR="001B5D5A" w:rsidRPr="00343BB0">
        <w:rPr>
          <w:color w:val="5A5A5A"/>
          <w:sz w:val="24"/>
          <w:szCs w:val="24"/>
          <w:rtl/>
          <w:cs/>
        </w:rPr>
        <w:t>[يكتب الملخص في فقرة واحدة مركزة، ويعرض بإيجاز موضوع البحث أو إشكاليته، وأهدافه، ومنهجه أو مقاربته، وأبرز نتائجه واستنتاجاته، من دون إحالات مرجعية غير ضرورية.]</w:t>
      </w:r>
      <w:r w:rsidR="00492434" w:rsidRPr="00343BB0">
        <w:rPr>
          <w:rFonts w:hint="cs"/>
          <w:color w:val="5A5A5A"/>
          <w:sz w:val="24"/>
          <w:szCs w:val="24"/>
          <w:rtl/>
          <w:cs/>
        </w:rPr>
        <w:t xml:space="preserve"> </w:t>
      </w:r>
      <w:r w:rsidR="00492434" w:rsidRPr="00343BB0">
        <w:rPr>
          <w:color w:val="5A5A5A"/>
          <w:sz w:val="24"/>
          <w:szCs w:val="24"/>
          <w:rtl/>
          <w:cs/>
        </w:rPr>
        <w:t>[يكتب الملخص في فقرة واحدة مركزة، ويعرض بإيجاز موضوع البحث أو إشكاليته، وأهدافه، ومنهجه أو مقاربته، وأبرز نتائجه واستنتاجاته، من دون إحالات مرجعية غير ضرورية.]</w:t>
      </w:r>
    </w:p>
    <w:p w14:paraId="5CD4DEFC" w14:textId="599DEA2E" w:rsidR="006C1877" w:rsidRPr="0049001A" w:rsidRDefault="0049001A" w:rsidP="0049001A">
      <w:pPr>
        <w:pBdr>
          <w:bottom w:val="single" w:sz="18" w:space="1" w:color="FFC000"/>
        </w:pBdr>
        <w:bidi/>
        <w:spacing w:after="0"/>
        <w:rPr>
          <w:rFonts w:asciiTheme="majorBidi" w:hAnsiTheme="majorBidi" w:cstheme="majorBidi"/>
          <w:sz w:val="22"/>
        </w:rPr>
      </w:pPr>
      <w:r w:rsidRPr="00343BB0">
        <w:rPr>
          <w:rFonts w:eastAsia="Simplified Arabic" w:cs="Simplified Arabic"/>
          <w:bCs/>
          <w:sz w:val="24"/>
          <w:szCs w:val="24"/>
          <w:rtl/>
          <w:cs/>
        </w:rPr>
        <w:t>الكلمات المفتاحية:</w:t>
      </w:r>
      <w:r w:rsidRPr="00343BB0">
        <w:rPr>
          <w:rFonts w:eastAsia="Simplified Arabic" w:cs="Simplified Arabic"/>
          <w:b/>
          <w:sz w:val="24"/>
          <w:szCs w:val="24"/>
          <w:rtl/>
          <w:cs/>
        </w:rPr>
        <w:t xml:space="preserve"> </w:t>
      </w:r>
      <w:r w:rsidRPr="00343BB0">
        <w:rPr>
          <w:rFonts w:eastAsia="Simplified Arabic" w:cs="Simplified Arabic"/>
          <w:color w:val="5A5A5A"/>
          <w:sz w:val="24"/>
          <w:szCs w:val="24"/>
          <w:rtl/>
          <w:cs/>
        </w:rPr>
        <w:t>[كلمة مفتاحية؛ كلمة مفتاحية؛ كلمة مفتاحية؛ ...</w:t>
      </w:r>
      <w:r w:rsidRPr="00343BB0">
        <w:rPr>
          <w:rFonts w:hint="cs"/>
          <w:color w:val="5A5A5A"/>
          <w:sz w:val="24"/>
          <w:szCs w:val="24"/>
          <w:rtl/>
          <w:cs/>
        </w:rPr>
        <w:t xml:space="preserve"> </w:t>
      </w:r>
      <w:r w:rsidRPr="00343BB0">
        <w:rPr>
          <w:rFonts w:asciiTheme="majorBidi" w:eastAsia="Calibri" w:hAnsiTheme="majorBidi" w:cs="Times New Roman"/>
          <w:sz w:val="24"/>
          <w:szCs w:val="24"/>
          <w:rtl/>
          <w:lang w:eastAsia="it-IT"/>
        </w:rPr>
        <w:t>(</w:t>
      </w:r>
      <w:r w:rsidRPr="00343BB0">
        <w:rPr>
          <w:rFonts w:asciiTheme="majorBidi" w:eastAsia="Calibri" w:hAnsiTheme="majorBidi" w:cs="Times New Roman" w:hint="cs"/>
          <w:sz w:val="24"/>
          <w:szCs w:val="24"/>
          <w:rtl/>
          <w:lang w:eastAsia="it-IT"/>
        </w:rPr>
        <w:t>3-</w:t>
      </w:r>
      <w:r w:rsidRPr="00343BB0">
        <w:rPr>
          <w:rFonts w:asciiTheme="majorBidi" w:eastAsia="Calibri" w:hAnsiTheme="majorBidi" w:cs="Times New Roman"/>
          <w:sz w:val="24"/>
          <w:szCs w:val="24"/>
          <w:rtl/>
          <w:lang w:eastAsia="it-IT"/>
        </w:rPr>
        <w:t xml:space="preserve"> 7 كلم</w:t>
      </w:r>
      <w:r w:rsidRPr="00343BB0">
        <w:rPr>
          <w:rFonts w:asciiTheme="majorBidi" w:eastAsia="Calibri" w:hAnsiTheme="majorBidi" w:cs="Times New Roman" w:hint="cs"/>
          <w:sz w:val="24"/>
          <w:szCs w:val="24"/>
          <w:rtl/>
          <w:lang w:eastAsia="it-IT"/>
        </w:rPr>
        <w:t>ة</w:t>
      </w:r>
      <w:r w:rsidRPr="00343BB0">
        <w:rPr>
          <w:rFonts w:asciiTheme="majorBidi" w:eastAsia="Calibri" w:hAnsiTheme="majorBidi" w:cs="Times New Roman"/>
          <w:sz w:val="24"/>
          <w:szCs w:val="24"/>
          <w:rtl/>
          <w:lang w:eastAsia="it-IT"/>
        </w:rPr>
        <w:t>)</w:t>
      </w:r>
      <w:r w:rsidRPr="00343BB0">
        <w:rPr>
          <w:rFonts w:eastAsia="Simplified Arabic" w:cs="Simplified Arabic"/>
          <w:color w:val="5A5A5A"/>
          <w:sz w:val="24"/>
          <w:szCs w:val="24"/>
          <w:rtl/>
          <w:cs/>
        </w:rPr>
        <w:t>]</w:t>
      </w:r>
    </w:p>
    <w:p w14:paraId="0623CB20" w14:textId="77777777" w:rsidR="00B8287F" w:rsidRDefault="00000000">
      <w:pPr>
        <w:pStyle w:val="a5"/>
      </w:pPr>
      <w:r>
        <w:t>[Translated Title in English or French]</w:t>
      </w:r>
    </w:p>
    <w:p w14:paraId="6DDACA17" w14:textId="03EA9DAA" w:rsidR="009217B8" w:rsidRPr="00E24C92" w:rsidRDefault="005027E1" w:rsidP="00343BB0">
      <w:pPr>
        <w:pStyle w:val="a6"/>
        <w:rPr>
          <w:color w:val="5A5A5A"/>
          <w:sz w:val="22"/>
          <w:rtl/>
        </w:rPr>
      </w:pPr>
      <w:r w:rsidRPr="00E24C92">
        <w:rPr>
          <w:b/>
          <w:bCs/>
          <w:color w:val="5A5A5A"/>
          <w:sz w:val="22"/>
        </w:rPr>
        <w:t xml:space="preserve">Abstract / Résumé: </w:t>
      </w:r>
      <w:r w:rsidR="00C2242F" w:rsidRPr="00E24C92">
        <w:rPr>
          <w:color w:val="5A5A5A"/>
          <w:sz w:val="22"/>
        </w:rPr>
        <w:t>(</w:t>
      </w:r>
      <w:r w:rsidR="00C2242F" w:rsidRPr="00E24C92">
        <w:rPr>
          <w:rFonts w:asciiTheme="majorBidi" w:eastAsia="Calibri" w:hAnsiTheme="majorBidi"/>
          <w:sz w:val="22"/>
          <w:lang w:eastAsia="it-IT"/>
        </w:rPr>
        <w:t xml:space="preserve">200 </w:t>
      </w:r>
      <w:r w:rsidR="00C2242F" w:rsidRPr="00E24C92">
        <w:rPr>
          <w:sz w:val="22"/>
        </w:rPr>
        <w:t>Keywords / Mots</w:t>
      </w:r>
      <w:r w:rsidR="00C2242F" w:rsidRPr="00E24C92">
        <w:rPr>
          <w:rFonts w:asciiTheme="majorBidi" w:eastAsia="Calibri" w:hAnsiTheme="majorBidi"/>
          <w:sz w:val="22"/>
          <w:lang w:eastAsia="it-IT"/>
        </w:rPr>
        <w:t>)</w:t>
      </w:r>
    </w:p>
    <w:p w14:paraId="1DFF643F" w14:textId="0C30A925" w:rsidR="001D2EF3" w:rsidRPr="00397A68" w:rsidRDefault="005027E1" w:rsidP="001D5B4F">
      <w:pPr>
        <w:pStyle w:val="a6"/>
        <w:rPr>
          <w:color w:val="5A5A5A"/>
          <w:sz w:val="22"/>
        </w:rPr>
      </w:pPr>
      <w:r w:rsidRPr="00343BB0">
        <w:rPr>
          <w:color w:val="5A5A5A"/>
          <w:sz w:val="22"/>
        </w:rPr>
        <w:t>[Provide an accurate translation of the title, abstract and keywords into one of the journal’s other accepted languages. Keep the translated abstract concise and faithful to the Arabic version.] [Provide an accurate translation of the title, abstract and keywords into one of the journal’s other accepted languages. Keep the translated abstract concise and faithful to the Arabic version.]</w:t>
      </w:r>
      <w:r w:rsidR="00397A68">
        <w:rPr>
          <w:color w:val="5A5A5A"/>
          <w:sz w:val="22"/>
        </w:rPr>
        <w:t xml:space="preserve"> </w:t>
      </w:r>
      <w:r w:rsidRPr="00343BB0">
        <w:rPr>
          <w:color w:val="5A5A5A"/>
          <w:sz w:val="22"/>
        </w:rPr>
        <w:t>[Provide an accurate translation of the title, abstract and keywords into one of the journal’s other accepted languages. Keep the translated abstract concise and faithful to the Arabic version.] [Provide an accurate translation of the title, abstract and keywords into one of the journal’s other accepted languages. Keep the translated abstract concise and faithful to the Arabic version.]</w:t>
      </w:r>
      <w:r w:rsidR="00397A68">
        <w:rPr>
          <w:color w:val="5A5A5A"/>
          <w:sz w:val="22"/>
        </w:rPr>
        <w:t xml:space="preserve"> </w:t>
      </w:r>
      <w:r w:rsidRPr="00343BB0">
        <w:rPr>
          <w:color w:val="5A5A5A"/>
          <w:sz w:val="22"/>
        </w:rPr>
        <w:t>[Provide an accurate translation of the title, abstract and keywords into one of the journal’s other accepted languages. Keep the translated abstract concise and faithful to the Arabic version.] [Provide an accurate translation of the title, abstract and keywords into one of the journal’s other accepted languages. Keep the translated abstract concise and faithful to the Arabic version.]</w:t>
      </w:r>
      <w:r w:rsidR="00397A68">
        <w:rPr>
          <w:color w:val="5A5A5A"/>
          <w:sz w:val="22"/>
        </w:rPr>
        <w:t xml:space="preserve"> </w:t>
      </w:r>
      <w:r w:rsidRPr="00343BB0">
        <w:rPr>
          <w:color w:val="5A5A5A"/>
          <w:sz w:val="22"/>
        </w:rPr>
        <w:t xml:space="preserve">[Provide an accurate translation of the title, abstract and keywords into one of the journal’s other accepted languages. Keep the translated abstract concise and faithful] </w:t>
      </w:r>
    </w:p>
    <w:p w14:paraId="3F33669D" w14:textId="031CB38C" w:rsidR="00B8287F" w:rsidRPr="00343BB0" w:rsidRDefault="00000000" w:rsidP="00343BB0">
      <w:pPr>
        <w:pStyle w:val="a6"/>
        <w:rPr>
          <w:color w:val="5A5A5A"/>
          <w:sz w:val="22"/>
          <w:rtl/>
        </w:rPr>
      </w:pPr>
      <w:r w:rsidRPr="00343BB0">
        <w:rPr>
          <w:b/>
          <w:sz w:val="22"/>
        </w:rPr>
        <w:t xml:space="preserve">Keywords / Mots-clés: </w:t>
      </w:r>
      <w:r w:rsidRPr="00343BB0">
        <w:rPr>
          <w:color w:val="5A5A5A"/>
          <w:sz w:val="22"/>
        </w:rPr>
        <w:t>[keyword; keyword; keyword; …</w:t>
      </w:r>
      <w:r w:rsidR="001D2EF3" w:rsidRPr="00343BB0">
        <w:rPr>
          <w:rFonts w:asciiTheme="majorBidi" w:eastAsia="Calibri" w:hAnsiTheme="majorBidi"/>
          <w:sz w:val="22"/>
          <w:lang w:eastAsia="it-IT"/>
        </w:rPr>
        <w:t>(</w:t>
      </w:r>
      <w:r w:rsidR="00397A68">
        <w:rPr>
          <w:rFonts w:asciiTheme="majorBidi" w:eastAsia="Calibri" w:hAnsiTheme="majorBidi"/>
          <w:sz w:val="22"/>
          <w:lang w:eastAsia="it-IT"/>
        </w:rPr>
        <w:t xml:space="preserve">3-7 </w:t>
      </w:r>
      <w:r w:rsidR="001D2EF3" w:rsidRPr="00343BB0">
        <w:rPr>
          <w:b/>
          <w:sz w:val="22"/>
        </w:rPr>
        <w:t>Keywords / Mots</w:t>
      </w:r>
      <w:r w:rsidR="001D2EF3" w:rsidRPr="00343BB0">
        <w:rPr>
          <w:rFonts w:asciiTheme="majorBidi" w:eastAsia="Calibri" w:hAnsiTheme="majorBidi"/>
          <w:sz w:val="22"/>
          <w:lang w:eastAsia="it-IT"/>
        </w:rPr>
        <w:t>)</w:t>
      </w:r>
      <w:r w:rsidRPr="00343BB0">
        <w:rPr>
          <w:color w:val="5A5A5A"/>
          <w:sz w:val="22"/>
        </w:rPr>
        <w:t>]</w:t>
      </w:r>
    </w:p>
    <w:p w14:paraId="19F88949" w14:textId="77777777" w:rsidR="004933B7" w:rsidRDefault="004933B7">
      <w:pPr>
        <w:pStyle w:val="a6"/>
        <w:rPr>
          <w:color w:val="5A5A5A"/>
          <w:szCs w:val="24"/>
          <w:rtl/>
        </w:rPr>
      </w:pPr>
    </w:p>
    <w:p w14:paraId="31F47A44" w14:textId="77777777" w:rsidR="00B8287F" w:rsidRPr="00090925" w:rsidRDefault="00000000" w:rsidP="00090925">
      <w:pPr>
        <w:pStyle w:val="a2"/>
        <w:jc w:val="both"/>
        <w:rPr>
          <w:b w:val="0"/>
          <w:bCs/>
          <w:szCs w:val="32"/>
        </w:rPr>
      </w:pPr>
      <w:r w:rsidRPr="00090925">
        <w:rPr>
          <w:b w:val="0"/>
          <w:bCs/>
          <w:szCs w:val="32"/>
          <w:rtl/>
          <w:cs/>
        </w:rPr>
        <w:lastRenderedPageBreak/>
        <w:t>مقدمة</w:t>
      </w:r>
    </w:p>
    <w:p w14:paraId="20F0B8F1" w14:textId="14984CBC" w:rsidR="00CE3462" w:rsidRPr="00CE3462" w:rsidRDefault="00000000" w:rsidP="00CE3462">
      <w:pPr>
        <w:pStyle w:val="a"/>
        <w:rPr>
          <w:color w:val="5A5A5A"/>
          <w:sz w:val="36"/>
          <w:szCs w:val="28"/>
        </w:rPr>
      </w:pPr>
      <w:r w:rsidRPr="00CE3462">
        <w:rPr>
          <w:color w:val="5A5A5A"/>
          <w:sz w:val="36"/>
          <w:szCs w:val="28"/>
          <w:rtl/>
          <w:cs/>
        </w:rPr>
        <w:t>تقدم المقدمة موضوع البحث وسياقه، وتحدد الإشكالية أو السؤال الرئيس، والأهداف، والمنهج أو المقاربة المعتمدة، وتوضح أهمية الدراسة وصلتها بالأدبيات ذات الصلة بما يتناسب مع طبيعة التخصص.</w:t>
      </w:r>
      <w:r w:rsidR="00CE3462">
        <w:rPr>
          <w:rFonts w:hint="cs"/>
          <w:color w:val="5A5A5A"/>
          <w:sz w:val="36"/>
          <w:szCs w:val="28"/>
          <w:rtl/>
          <w:cs/>
        </w:rPr>
        <w:t xml:space="preserve"> </w:t>
      </w:r>
      <w:r w:rsidR="00CE3462" w:rsidRPr="00CE3462">
        <w:rPr>
          <w:color w:val="5A5A5A"/>
          <w:sz w:val="36"/>
          <w:szCs w:val="28"/>
          <w:rtl/>
          <w:cs/>
        </w:rPr>
        <w:t>تقدم المقدمة موضوع البحث وسياقه، وتحدد الإشكالية أو السؤال الرئيس، والأهداف، والمنهج أو المقاربة المعتمدة، وتوضح أهمية الدراسة وصلتها بالأدبيات ذات الصلة</w:t>
      </w:r>
      <w:r w:rsidR="00A80FFA">
        <w:rPr>
          <w:rFonts w:hint="cs"/>
          <w:color w:val="5A5A5A"/>
          <w:sz w:val="36"/>
          <w:szCs w:val="28"/>
          <w:rtl/>
          <w:cs/>
        </w:rPr>
        <w:t>.</w:t>
      </w:r>
    </w:p>
    <w:p w14:paraId="1789DA22" w14:textId="77777777" w:rsidR="00B8287F" w:rsidRPr="00090925" w:rsidRDefault="00000000" w:rsidP="00090925">
      <w:pPr>
        <w:pStyle w:val="a2"/>
        <w:jc w:val="both"/>
        <w:rPr>
          <w:b w:val="0"/>
          <w:bCs/>
          <w:szCs w:val="32"/>
        </w:rPr>
      </w:pPr>
      <w:r w:rsidRPr="00090925">
        <w:rPr>
          <w:b w:val="0"/>
          <w:bCs/>
          <w:szCs w:val="32"/>
          <w:rtl/>
          <w:cs/>
        </w:rPr>
        <w:t>العنوان الرئيسي الأول</w:t>
      </w:r>
    </w:p>
    <w:p w14:paraId="1CABDBFE" w14:textId="50B12453" w:rsidR="00CE3462" w:rsidRPr="00CE3462" w:rsidRDefault="00000000" w:rsidP="00CE3462">
      <w:pPr>
        <w:pStyle w:val="a"/>
        <w:rPr>
          <w:color w:val="5A5A5A"/>
          <w:sz w:val="36"/>
          <w:szCs w:val="28"/>
        </w:rPr>
      </w:pPr>
      <w:r w:rsidRPr="00CE3462">
        <w:rPr>
          <w:color w:val="5A5A5A"/>
          <w:sz w:val="36"/>
          <w:szCs w:val="28"/>
          <w:rtl/>
          <w:cs/>
        </w:rPr>
        <w:t>[اكتب هنا القسم الأول من البحث. يمكن تعديل عناوين الأقسام وترتيبها وفق طبيعة الدراسة: نظرية، نقدية، تاريخية، ميدانية، لغوية، أدبية، اجتماعية، جغرافية، أو غيرها.]</w:t>
      </w:r>
      <w:r w:rsidR="00CE3462" w:rsidRPr="00CE3462">
        <w:rPr>
          <w:rFonts w:hint="cs"/>
          <w:color w:val="5A5A5A"/>
          <w:sz w:val="36"/>
          <w:szCs w:val="28"/>
          <w:rtl/>
          <w:cs/>
        </w:rPr>
        <w:t xml:space="preserve"> </w:t>
      </w:r>
      <w:r w:rsidR="00CE3462" w:rsidRPr="00CE3462">
        <w:rPr>
          <w:color w:val="5A5A5A"/>
          <w:sz w:val="36"/>
          <w:szCs w:val="28"/>
          <w:rtl/>
          <w:cs/>
        </w:rPr>
        <w:t>[اكتب هنا القسم الأول من البحث. يمكن تعديل عناوين الأقسام وترتيبها وفق طبيعة الدراسة: نظرية، نقدية، تاريخية، ميدانية، لغوية، أدبية، اجتماعية، جغرافية، أو غيرها.]</w:t>
      </w:r>
    </w:p>
    <w:p w14:paraId="68263428" w14:textId="77777777" w:rsidR="00CE3462" w:rsidRPr="00CE3462" w:rsidRDefault="00CE3462" w:rsidP="00090925">
      <w:pPr>
        <w:pStyle w:val="a"/>
        <w:rPr>
          <w:sz w:val="36"/>
          <w:szCs w:val="28"/>
        </w:rPr>
      </w:pPr>
    </w:p>
    <w:p w14:paraId="7CFED3A8" w14:textId="77777777" w:rsidR="00B8287F" w:rsidRPr="00CE3462" w:rsidRDefault="00000000" w:rsidP="00090925">
      <w:pPr>
        <w:pStyle w:val="a3"/>
        <w:jc w:val="both"/>
        <w:rPr>
          <w:b w:val="0"/>
          <w:bCs/>
          <w:sz w:val="36"/>
          <w:szCs w:val="28"/>
        </w:rPr>
      </w:pPr>
      <w:r w:rsidRPr="00CE3462">
        <w:rPr>
          <w:b w:val="0"/>
          <w:bCs/>
          <w:sz w:val="36"/>
          <w:szCs w:val="28"/>
          <w:rtl/>
          <w:cs/>
        </w:rPr>
        <w:t>العنوان الفرعي الأول</w:t>
      </w:r>
    </w:p>
    <w:p w14:paraId="2CE74741" w14:textId="40D3FD0B" w:rsidR="00CE3462" w:rsidRPr="00CE3462" w:rsidRDefault="00CE3462" w:rsidP="00CE3462">
      <w:pPr>
        <w:pStyle w:val="a"/>
        <w:jc w:val="lowKashida"/>
        <w:rPr>
          <w:sz w:val="36"/>
          <w:szCs w:val="28"/>
        </w:rPr>
      </w:pPr>
      <w:r w:rsidRPr="00CE3462">
        <w:rPr>
          <w:color w:val="5A5A5A"/>
          <w:sz w:val="36"/>
          <w:szCs w:val="28"/>
          <w:rtl/>
          <w:cs/>
        </w:rPr>
        <w:t>[النص…النص… …النص…النص…النص…النص…النص…النص…</w:t>
      </w:r>
      <w:r w:rsidRPr="00CE3462">
        <w:rPr>
          <w:rFonts w:hint="cs"/>
          <w:color w:val="5A5A5A"/>
          <w:sz w:val="36"/>
          <w:szCs w:val="28"/>
          <w:rtl/>
          <w:cs/>
        </w:rPr>
        <w:t xml:space="preserve"> </w:t>
      </w:r>
      <w:r w:rsidRPr="00CE3462">
        <w:rPr>
          <w:color w:val="5A5A5A"/>
          <w:sz w:val="36"/>
          <w:szCs w:val="28"/>
          <w:rtl/>
          <w:cs/>
        </w:rPr>
        <w:t>النص…النص…النص…النص…النص…النص…]</w:t>
      </w:r>
      <w:r w:rsidRPr="00CE3462">
        <w:rPr>
          <w:rFonts w:hint="cs"/>
          <w:sz w:val="36"/>
          <w:szCs w:val="28"/>
          <w:rtl/>
        </w:rPr>
        <w:t xml:space="preserve"> </w:t>
      </w:r>
      <w:r w:rsidRPr="00CE3462">
        <w:rPr>
          <w:color w:val="5A5A5A"/>
          <w:sz w:val="36"/>
          <w:szCs w:val="28"/>
          <w:rtl/>
          <w:cs/>
        </w:rPr>
        <w:t>[النص…النص… …النص…النص… …النص…</w:t>
      </w:r>
      <w:r w:rsidRPr="00CE3462">
        <w:rPr>
          <w:rFonts w:hint="cs"/>
          <w:color w:val="5A5A5A"/>
          <w:sz w:val="36"/>
          <w:szCs w:val="28"/>
          <w:rtl/>
          <w:cs/>
        </w:rPr>
        <w:t xml:space="preserve"> </w:t>
      </w:r>
      <w:r w:rsidRPr="00CE3462">
        <w:rPr>
          <w:color w:val="5A5A5A"/>
          <w:sz w:val="36"/>
          <w:szCs w:val="28"/>
          <w:rtl/>
          <w:cs/>
        </w:rPr>
        <w:t>النص…النص…النص…النص…النص…النص…]</w:t>
      </w:r>
      <w:r w:rsidRPr="00CE3462">
        <w:rPr>
          <w:rFonts w:hint="cs"/>
          <w:sz w:val="36"/>
          <w:szCs w:val="28"/>
          <w:rtl/>
        </w:rPr>
        <w:t xml:space="preserve"> </w:t>
      </w:r>
    </w:p>
    <w:p w14:paraId="570AD428" w14:textId="5AC290CD" w:rsidR="00B8287F" w:rsidRPr="00CE3462" w:rsidRDefault="00B8287F" w:rsidP="00090925">
      <w:pPr>
        <w:pStyle w:val="a"/>
        <w:rPr>
          <w:sz w:val="36"/>
          <w:szCs w:val="28"/>
        </w:rPr>
      </w:pPr>
    </w:p>
    <w:p w14:paraId="5579F3BF" w14:textId="77777777" w:rsidR="00B8287F" w:rsidRPr="00CE3462" w:rsidRDefault="00000000" w:rsidP="00090925">
      <w:pPr>
        <w:pStyle w:val="a3"/>
        <w:jc w:val="both"/>
        <w:rPr>
          <w:b w:val="0"/>
          <w:bCs/>
          <w:sz w:val="36"/>
          <w:szCs w:val="28"/>
        </w:rPr>
      </w:pPr>
      <w:r w:rsidRPr="00CE3462">
        <w:rPr>
          <w:b w:val="0"/>
          <w:bCs/>
          <w:sz w:val="36"/>
          <w:szCs w:val="28"/>
          <w:rtl/>
          <w:cs/>
        </w:rPr>
        <w:t>العنوان الفرعي الثاني</w:t>
      </w:r>
    </w:p>
    <w:p w14:paraId="6D38BC2B" w14:textId="4720D864" w:rsidR="00CE3462" w:rsidRPr="00CE3462" w:rsidRDefault="00CE3462" w:rsidP="00CE3462">
      <w:pPr>
        <w:pStyle w:val="a"/>
        <w:jc w:val="lowKashida"/>
        <w:rPr>
          <w:sz w:val="36"/>
          <w:szCs w:val="28"/>
        </w:rPr>
      </w:pPr>
      <w:r w:rsidRPr="00CE3462">
        <w:rPr>
          <w:color w:val="5A5A5A"/>
          <w:sz w:val="36"/>
          <w:szCs w:val="28"/>
          <w:rtl/>
          <w:cs/>
        </w:rPr>
        <w:t>[النص…النص… …النص…النص…النص…النص…… النص…النص…النص…النص…النص… …النص…النص…النص…النص… …]</w:t>
      </w:r>
    </w:p>
    <w:p w14:paraId="15E6C45A" w14:textId="77777777" w:rsidR="00B8287F" w:rsidRPr="00090925" w:rsidRDefault="00000000" w:rsidP="00090925">
      <w:pPr>
        <w:pStyle w:val="a2"/>
        <w:jc w:val="both"/>
        <w:rPr>
          <w:b w:val="0"/>
          <w:bCs/>
          <w:szCs w:val="32"/>
        </w:rPr>
      </w:pPr>
      <w:r w:rsidRPr="00090925">
        <w:rPr>
          <w:b w:val="0"/>
          <w:bCs/>
          <w:szCs w:val="32"/>
          <w:rtl/>
          <w:cs/>
        </w:rPr>
        <w:t>العنوان الرئيسي الثاني</w:t>
      </w:r>
    </w:p>
    <w:p w14:paraId="737EB6D3" w14:textId="7C6997DE" w:rsidR="00CE3462" w:rsidRPr="00CE3462" w:rsidRDefault="00CE3462" w:rsidP="00CE3462">
      <w:pPr>
        <w:pStyle w:val="a"/>
        <w:rPr>
          <w:sz w:val="36"/>
          <w:szCs w:val="28"/>
        </w:rPr>
      </w:pPr>
      <w:r w:rsidRPr="00CE3462">
        <w:rPr>
          <w:color w:val="5A5A5A"/>
          <w:sz w:val="36"/>
          <w:szCs w:val="28"/>
          <w:rtl/>
          <w:cs/>
        </w:rPr>
        <w:t>[اكتب هنا القسم الثاني، مع الحفاظ على التسلسل المنطقي والترابط بين أجزاء البحث.]</w:t>
      </w:r>
      <w:r>
        <w:rPr>
          <w:rFonts w:hint="cs"/>
          <w:sz w:val="36"/>
          <w:szCs w:val="28"/>
          <w:rtl/>
        </w:rPr>
        <w:t xml:space="preserve"> </w:t>
      </w:r>
      <w:r w:rsidRPr="00CE3462">
        <w:rPr>
          <w:color w:val="5A5A5A"/>
          <w:sz w:val="36"/>
          <w:szCs w:val="28"/>
          <w:rtl/>
          <w:cs/>
        </w:rPr>
        <w:t>[اكتب هنا القسم الثاني، مع الحفاظ على التسلسل المنطقي والترابط بين أجزاء البحث.]</w:t>
      </w:r>
      <w:r>
        <w:rPr>
          <w:rFonts w:hint="cs"/>
          <w:sz w:val="36"/>
          <w:szCs w:val="28"/>
          <w:rtl/>
        </w:rPr>
        <w:t xml:space="preserve"> </w:t>
      </w:r>
      <w:r w:rsidRPr="00CE3462">
        <w:rPr>
          <w:color w:val="5A5A5A"/>
          <w:sz w:val="36"/>
          <w:szCs w:val="28"/>
          <w:rtl/>
          <w:cs/>
        </w:rPr>
        <w:t>[اكتب هنا القسم الثاني، مع الحفاظ على التسلسل المنطقي والترابط بين أجزاء البحث.]</w:t>
      </w:r>
    </w:p>
    <w:p w14:paraId="27E1EC63" w14:textId="77777777" w:rsidR="00B8287F" w:rsidRDefault="00000000">
      <w:pPr>
        <w:pStyle w:val="aa"/>
      </w:pPr>
      <w:r w:rsidRPr="00090925">
        <w:rPr>
          <w:b w:val="0"/>
          <w:bCs/>
          <w:rtl/>
          <w:cs/>
        </w:rPr>
        <w:t xml:space="preserve">جدول (1): </w:t>
      </w:r>
      <w:r>
        <w:rPr>
          <w:rtl/>
          <w:cs/>
        </w:rPr>
        <w:t>[عنوان الجدول]</w:t>
      </w:r>
    </w:p>
    <w:tbl>
      <w:tblPr>
        <w:tblStyle w:val="Grilledutableau"/>
        <w:bidiVisual/>
        <w:tblW w:w="0" w:type="auto"/>
        <w:jc w:val="center"/>
        <w:tblLook w:val="04A0" w:firstRow="1" w:lastRow="0" w:firstColumn="1" w:lastColumn="0" w:noHBand="0" w:noVBand="1"/>
      </w:tblPr>
      <w:tblGrid>
        <w:gridCol w:w="3020"/>
        <w:gridCol w:w="3021"/>
        <w:gridCol w:w="3021"/>
      </w:tblGrid>
      <w:tr w:rsidR="00B8287F" w14:paraId="50DD9518" w14:textId="77777777">
        <w:trPr>
          <w:tblHeader/>
          <w:jc w:val="center"/>
        </w:trPr>
        <w:tc>
          <w:tcPr>
            <w:tcW w:w="3024" w:type="dxa"/>
            <w:shd w:val="clear" w:color="auto" w:fill="EDEDED"/>
            <w:vAlign w:val="center"/>
          </w:tcPr>
          <w:p w14:paraId="213647C4" w14:textId="77777777" w:rsidR="00B8287F" w:rsidRDefault="00000000">
            <w:pPr>
              <w:bidi/>
              <w:jc w:val="center"/>
            </w:pPr>
            <w:r>
              <w:rPr>
                <w:rFonts w:eastAsia="Simplified Arabic" w:cs="Simplified Arabic"/>
                <w:b/>
                <w:sz w:val="22"/>
                <w:rtl/>
                <w:cs/>
              </w:rPr>
              <w:t>المتغير</w:t>
            </w:r>
          </w:p>
        </w:tc>
        <w:tc>
          <w:tcPr>
            <w:tcW w:w="3024" w:type="dxa"/>
            <w:shd w:val="clear" w:color="auto" w:fill="EDEDED"/>
            <w:vAlign w:val="center"/>
          </w:tcPr>
          <w:p w14:paraId="3A6BEDB7" w14:textId="77777777" w:rsidR="00B8287F" w:rsidRDefault="00000000">
            <w:pPr>
              <w:bidi/>
              <w:jc w:val="center"/>
            </w:pPr>
            <w:r>
              <w:rPr>
                <w:rFonts w:eastAsia="Simplified Arabic" w:cs="Simplified Arabic"/>
                <w:b/>
                <w:sz w:val="22"/>
                <w:rtl/>
                <w:cs/>
              </w:rPr>
              <w:t>القيمة</w:t>
            </w:r>
          </w:p>
        </w:tc>
        <w:tc>
          <w:tcPr>
            <w:tcW w:w="3024" w:type="dxa"/>
            <w:shd w:val="clear" w:color="auto" w:fill="EDEDED"/>
            <w:vAlign w:val="center"/>
          </w:tcPr>
          <w:p w14:paraId="598B5235" w14:textId="77777777" w:rsidR="00B8287F" w:rsidRDefault="00000000">
            <w:pPr>
              <w:bidi/>
              <w:jc w:val="center"/>
            </w:pPr>
            <w:r>
              <w:rPr>
                <w:rFonts w:eastAsia="Simplified Arabic" w:cs="Simplified Arabic"/>
                <w:b/>
                <w:sz w:val="22"/>
                <w:rtl/>
                <w:cs/>
              </w:rPr>
              <w:t>ملاحظة</w:t>
            </w:r>
          </w:p>
        </w:tc>
      </w:tr>
      <w:tr w:rsidR="00B8287F" w14:paraId="3B37AF4B" w14:textId="77777777">
        <w:trPr>
          <w:jc w:val="center"/>
        </w:trPr>
        <w:tc>
          <w:tcPr>
            <w:tcW w:w="3024" w:type="dxa"/>
            <w:vAlign w:val="center"/>
          </w:tcPr>
          <w:p w14:paraId="5FAD8B64" w14:textId="77777777" w:rsidR="00B8287F" w:rsidRDefault="00000000">
            <w:pPr>
              <w:bidi/>
              <w:jc w:val="center"/>
            </w:pPr>
            <w:r>
              <w:rPr>
                <w:rFonts w:eastAsia="Simplified Arabic" w:cs="Simplified Arabic"/>
                <w:color w:val="646464"/>
                <w:sz w:val="22"/>
                <w:rtl/>
                <w:cs/>
              </w:rPr>
              <w:t>[بيان]</w:t>
            </w:r>
          </w:p>
        </w:tc>
        <w:tc>
          <w:tcPr>
            <w:tcW w:w="3024" w:type="dxa"/>
            <w:vAlign w:val="center"/>
          </w:tcPr>
          <w:p w14:paraId="1FC954B8" w14:textId="77777777" w:rsidR="00B8287F" w:rsidRDefault="00000000">
            <w:pPr>
              <w:bidi/>
              <w:jc w:val="center"/>
            </w:pPr>
            <w:r>
              <w:rPr>
                <w:rFonts w:eastAsia="Simplified Arabic" w:cs="Simplified Arabic"/>
                <w:color w:val="646464"/>
                <w:sz w:val="22"/>
                <w:rtl/>
                <w:cs/>
              </w:rPr>
              <w:t>[قيمة]</w:t>
            </w:r>
          </w:p>
        </w:tc>
        <w:tc>
          <w:tcPr>
            <w:tcW w:w="3024" w:type="dxa"/>
            <w:vAlign w:val="center"/>
          </w:tcPr>
          <w:p w14:paraId="09C3E513" w14:textId="77777777" w:rsidR="00B8287F" w:rsidRDefault="00000000">
            <w:pPr>
              <w:bidi/>
              <w:jc w:val="center"/>
            </w:pPr>
            <w:r>
              <w:rPr>
                <w:rFonts w:eastAsia="Simplified Arabic" w:cs="Simplified Arabic"/>
                <w:color w:val="646464"/>
                <w:sz w:val="22"/>
                <w:rtl/>
                <w:cs/>
              </w:rPr>
              <w:t>[ملاحظة]</w:t>
            </w:r>
          </w:p>
        </w:tc>
      </w:tr>
      <w:tr w:rsidR="00B8287F" w14:paraId="7C89C884" w14:textId="77777777">
        <w:trPr>
          <w:jc w:val="center"/>
        </w:trPr>
        <w:tc>
          <w:tcPr>
            <w:tcW w:w="3024" w:type="dxa"/>
            <w:vAlign w:val="center"/>
          </w:tcPr>
          <w:p w14:paraId="624C9C39" w14:textId="77777777" w:rsidR="00B8287F" w:rsidRDefault="00000000">
            <w:pPr>
              <w:bidi/>
              <w:jc w:val="center"/>
            </w:pPr>
            <w:r>
              <w:rPr>
                <w:rFonts w:eastAsia="Simplified Arabic" w:cs="Simplified Arabic"/>
                <w:color w:val="646464"/>
                <w:sz w:val="22"/>
                <w:rtl/>
                <w:cs/>
              </w:rPr>
              <w:t>[بيان]</w:t>
            </w:r>
          </w:p>
        </w:tc>
        <w:tc>
          <w:tcPr>
            <w:tcW w:w="3024" w:type="dxa"/>
            <w:vAlign w:val="center"/>
          </w:tcPr>
          <w:p w14:paraId="30121797" w14:textId="77777777" w:rsidR="00B8287F" w:rsidRDefault="00000000">
            <w:pPr>
              <w:bidi/>
              <w:jc w:val="center"/>
            </w:pPr>
            <w:r>
              <w:rPr>
                <w:rFonts w:eastAsia="Simplified Arabic" w:cs="Simplified Arabic"/>
                <w:color w:val="646464"/>
                <w:sz w:val="22"/>
                <w:rtl/>
                <w:cs/>
              </w:rPr>
              <w:t>[قيمة]</w:t>
            </w:r>
          </w:p>
        </w:tc>
        <w:tc>
          <w:tcPr>
            <w:tcW w:w="3024" w:type="dxa"/>
            <w:vAlign w:val="center"/>
          </w:tcPr>
          <w:p w14:paraId="411FD060" w14:textId="77777777" w:rsidR="00B8287F" w:rsidRDefault="00000000">
            <w:pPr>
              <w:bidi/>
              <w:jc w:val="center"/>
            </w:pPr>
            <w:r>
              <w:rPr>
                <w:rFonts w:eastAsia="Simplified Arabic" w:cs="Simplified Arabic"/>
                <w:color w:val="646464"/>
                <w:sz w:val="22"/>
                <w:rtl/>
                <w:cs/>
              </w:rPr>
              <w:t>[ملاحظة]</w:t>
            </w:r>
          </w:p>
        </w:tc>
      </w:tr>
    </w:tbl>
    <w:p w14:paraId="4CDE6165" w14:textId="77777777" w:rsidR="00B8287F" w:rsidRDefault="00000000">
      <w:pPr>
        <w:pStyle w:val="a9"/>
        <w:jc w:val="center"/>
      </w:pPr>
      <w:r>
        <w:rPr>
          <w:color w:val="5A5A5A"/>
          <w:sz w:val="21"/>
          <w:rtl/>
          <w:cs/>
        </w:rPr>
        <w:t>المصدر: [يذكر المصدر أسفل الجدول عند الاقتباس أو الاعتماد على بيانات منشورة.]</w:t>
      </w:r>
    </w:p>
    <w:p w14:paraId="0A4B39D5" w14:textId="77777777" w:rsidR="00B8287F" w:rsidRDefault="00000000">
      <w:pPr>
        <w:pStyle w:val="aa"/>
      </w:pPr>
      <w:r w:rsidRPr="00090925">
        <w:rPr>
          <w:b w:val="0"/>
          <w:bCs/>
          <w:rtl/>
          <w:cs/>
        </w:rPr>
        <w:lastRenderedPageBreak/>
        <w:t>شكل (1):</w:t>
      </w:r>
      <w:r>
        <w:rPr>
          <w:rtl/>
          <w:cs/>
        </w:rPr>
        <w:t xml:space="preserve"> [عنوان الشكل/الخريطة/الصورة]</w:t>
      </w:r>
    </w:p>
    <w:tbl>
      <w:tblPr>
        <w:tblStyle w:val="Grilledutableau"/>
        <w:tblW w:w="0" w:type="auto"/>
        <w:jc w:val="center"/>
        <w:tblLook w:val="04A0" w:firstRow="1" w:lastRow="0" w:firstColumn="1" w:lastColumn="0" w:noHBand="0" w:noVBand="1"/>
      </w:tblPr>
      <w:tblGrid>
        <w:gridCol w:w="9062"/>
      </w:tblGrid>
      <w:tr w:rsidR="00B8287F" w14:paraId="41EFC838" w14:textId="77777777">
        <w:trPr>
          <w:trHeight w:val="2041"/>
          <w:jc w:val="center"/>
        </w:trPr>
        <w:tc>
          <w:tcPr>
            <w:tcW w:w="9072" w:type="dxa"/>
            <w:shd w:val="clear" w:color="auto" w:fill="FAFAFA"/>
            <w:vAlign w:val="center"/>
          </w:tcPr>
          <w:p w14:paraId="02F66791" w14:textId="77777777" w:rsidR="00B8287F" w:rsidRDefault="00000000">
            <w:pPr>
              <w:bidi/>
              <w:jc w:val="center"/>
            </w:pPr>
            <w:r>
              <w:rPr>
                <w:rFonts w:eastAsia="Simplified Arabic" w:cs="Simplified Arabic"/>
                <w:color w:val="7D7D7D"/>
                <w:sz w:val="22"/>
                <w:rtl/>
                <w:cs/>
              </w:rPr>
              <w:t>[أدرج الشكل أو الخريطة أو الصورة هنا بجودة واضحة، داخل موضعها في النص]</w:t>
            </w:r>
          </w:p>
        </w:tc>
      </w:tr>
    </w:tbl>
    <w:p w14:paraId="26E0DC12" w14:textId="77777777" w:rsidR="00B8287F" w:rsidRDefault="00000000">
      <w:pPr>
        <w:pStyle w:val="a9"/>
        <w:jc w:val="center"/>
      </w:pPr>
      <w:r>
        <w:rPr>
          <w:color w:val="5A5A5A"/>
          <w:sz w:val="21"/>
          <w:rtl/>
          <w:cs/>
        </w:rPr>
        <w:t>المصدر: [يذكر المصدر عند الحاجة.]</w:t>
      </w:r>
    </w:p>
    <w:p w14:paraId="1B677336" w14:textId="77777777" w:rsidR="00B8287F" w:rsidRPr="00090925" w:rsidRDefault="00000000" w:rsidP="00090925">
      <w:pPr>
        <w:pStyle w:val="a2"/>
        <w:jc w:val="both"/>
        <w:rPr>
          <w:b w:val="0"/>
          <w:bCs/>
          <w:szCs w:val="32"/>
        </w:rPr>
      </w:pPr>
      <w:r w:rsidRPr="00090925">
        <w:rPr>
          <w:b w:val="0"/>
          <w:bCs/>
          <w:szCs w:val="32"/>
          <w:rtl/>
          <w:cs/>
        </w:rPr>
        <w:t>النتائج والتحليل والمناقشة</w:t>
      </w:r>
    </w:p>
    <w:p w14:paraId="6ABB9BD5" w14:textId="77777777" w:rsidR="00B8287F" w:rsidRDefault="00000000">
      <w:pPr>
        <w:pStyle w:val="a"/>
      </w:pPr>
      <w:r>
        <w:rPr>
          <w:color w:val="5A5A5A"/>
          <w:rtl/>
          <w:cs/>
        </w:rPr>
        <w:t>[تعرض النتائج وتحلل وتناقش بحسب طبيعة البحث. يمكن فصل النتائج عن المناقشة أو دمجهما، ولا يلزم هذا العنوان إذا كانت بنية التخصص تقتضي تنظيما آخر.]</w:t>
      </w:r>
    </w:p>
    <w:p w14:paraId="3A562394" w14:textId="77777777" w:rsidR="00B8287F" w:rsidRPr="00090925" w:rsidRDefault="00000000" w:rsidP="00090925">
      <w:pPr>
        <w:pStyle w:val="a2"/>
        <w:jc w:val="both"/>
        <w:rPr>
          <w:b w:val="0"/>
          <w:bCs/>
          <w:szCs w:val="32"/>
        </w:rPr>
      </w:pPr>
      <w:r w:rsidRPr="00090925">
        <w:rPr>
          <w:b w:val="0"/>
          <w:bCs/>
          <w:szCs w:val="32"/>
          <w:rtl/>
          <w:cs/>
        </w:rPr>
        <w:t>خاتمة</w:t>
      </w:r>
    </w:p>
    <w:p w14:paraId="159FBF82" w14:textId="77777777" w:rsidR="00B8287F" w:rsidRDefault="00000000">
      <w:pPr>
        <w:pStyle w:val="a"/>
      </w:pPr>
      <w:r>
        <w:rPr>
          <w:color w:val="5A5A5A"/>
          <w:rtl/>
          <w:cs/>
        </w:rPr>
        <w:t>[تتضمن الخاتمة أهم النتائج والاستنتاجات التي توصل إليها البحث، وما يلزم من توصيات أو آفاق بحثية، من دون تكرار مطول لمتن المقال.]</w:t>
      </w:r>
    </w:p>
    <w:p w14:paraId="2C82906E" w14:textId="77777777" w:rsidR="00B8287F" w:rsidRDefault="00000000" w:rsidP="00CE3462">
      <w:pPr>
        <w:pStyle w:val="a3"/>
        <w:jc w:val="both"/>
      </w:pPr>
      <w:r>
        <w:rPr>
          <w:rtl/>
          <w:cs/>
        </w:rPr>
        <w:t>شكر وتمويل (اختياري)</w:t>
      </w:r>
    </w:p>
    <w:p w14:paraId="27EB9A43" w14:textId="77777777" w:rsidR="00B8287F" w:rsidRDefault="00000000">
      <w:pPr>
        <w:pStyle w:val="a"/>
      </w:pPr>
      <w:r>
        <w:rPr>
          <w:color w:val="5A5A5A"/>
          <w:rtl/>
          <w:cs/>
        </w:rPr>
        <w:t>[يذكر بإيجاز الدعم أو التمويل أو الشكر العلمي عند الحاجة.]</w:t>
      </w:r>
    </w:p>
    <w:p w14:paraId="1489CF10" w14:textId="77777777" w:rsidR="00B8287F" w:rsidRPr="00090925" w:rsidRDefault="00000000" w:rsidP="00090925">
      <w:pPr>
        <w:pStyle w:val="a2"/>
        <w:jc w:val="both"/>
        <w:rPr>
          <w:b w:val="0"/>
          <w:bCs/>
          <w:szCs w:val="32"/>
        </w:rPr>
      </w:pPr>
      <w:r w:rsidRPr="00090925">
        <w:rPr>
          <w:b w:val="0"/>
          <w:bCs/>
          <w:szCs w:val="32"/>
          <w:rtl/>
          <w:cs/>
        </w:rPr>
        <w:t>المراجع</w:t>
      </w:r>
    </w:p>
    <w:p w14:paraId="05D960AC" w14:textId="77777777" w:rsidR="00B8287F" w:rsidRDefault="00000000">
      <w:pPr>
        <w:pStyle w:val="a7"/>
        <w:rPr>
          <w:color w:val="FF0000"/>
          <w:rtl/>
          <w:cs/>
        </w:rPr>
      </w:pPr>
      <w:r w:rsidRPr="00CE3462">
        <w:rPr>
          <w:color w:val="FF0000"/>
          <w:rtl/>
          <w:cs/>
        </w:rPr>
        <w:t>[ترتب المراجع وفق APA، الإصدار السابع، عندما يلائم التخصص، أو وفق نظام علمي آخر تقتضيه طبيعة المجال بشرط توحيده في البحث. يجب تطابق الإحالات مع قائمة المراجع، واستكمال بيانات النشر، وإدراج DOI متى كان متاحا، أو الرابط الإلكتروني عند عدم توفره.]</w:t>
      </w:r>
    </w:p>
    <w:p w14:paraId="3DF0BDED" w14:textId="77777777" w:rsidR="009C0433" w:rsidRPr="00512960" w:rsidRDefault="009C0433" w:rsidP="009C0433">
      <w:pPr>
        <w:bidi/>
        <w:spacing w:after="0"/>
        <w:ind w:left="576" w:hanging="576"/>
        <w:jc w:val="both"/>
        <w:rPr>
          <w:rFonts w:asciiTheme="majorBidi" w:eastAsia="Calibri" w:hAnsiTheme="majorBidi" w:cstheme="majorBidi"/>
          <w:b/>
          <w:bCs/>
          <w:snapToGrid w:val="0"/>
          <w:w w:val="0"/>
          <w:sz w:val="24"/>
          <w:szCs w:val="24"/>
          <w:rtl/>
          <w:lang w:eastAsia="it-IT" w:bidi="ar-JO"/>
        </w:rPr>
      </w:pPr>
      <w:r w:rsidRPr="00512960">
        <w:rPr>
          <w:rFonts w:asciiTheme="majorBidi" w:eastAsia="Calibri" w:hAnsiTheme="majorBidi" w:cstheme="majorBidi"/>
          <w:b/>
          <w:bCs/>
          <w:snapToGrid w:val="0"/>
          <w:w w:val="0"/>
          <w:sz w:val="24"/>
          <w:szCs w:val="24"/>
          <w:rtl/>
          <w:lang w:eastAsia="it-IT" w:bidi="ar-JO"/>
        </w:rPr>
        <w:t xml:space="preserve">ملاحظة: </w:t>
      </w:r>
      <w:r w:rsidRPr="00512960">
        <w:rPr>
          <w:rFonts w:asciiTheme="majorBidi" w:eastAsia="Calibri" w:hAnsiTheme="majorBidi" w:cstheme="majorBidi"/>
          <w:snapToGrid w:val="0"/>
          <w:w w:val="0"/>
          <w:sz w:val="24"/>
          <w:szCs w:val="24"/>
          <w:rtl/>
          <w:lang w:eastAsia="it-IT" w:bidi="ar-JO"/>
        </w:rPr>
        <w:t>يجب إزالة الألقاب العلمية من الهوامش والمراجع.</w:t>
      </w:r>
    </w:p>
    <w:p w14:paraId="1B80F982" w14:textId="77777777" w:rsidR="009C0433" w:rsidRPr="00CE3462" w:rsidRDefault="009C0433">
      <w:pPr>
        <w:pStyle w:val="a7"/>
        <w:rPr>
          <w:color w:val="FF0000"/>
          <w:lang w:bidi="ar-JO"/>
        </w:rPr>
      </w:pPr>
    </w:p>
    <w:p w14:paraId="7F5E6160" w14:textId="77777777" w:rsidR="00B8287F" w:rsidRDefault="00000000">
      <w:pPr>
        <w:pStyle w:val="a7"/>
      </w:pPr>
      <w:r>
        <w:rPr>
          <w:color w:val="6E6E6E"/>
          <w:rtl/>
          <w:cs/>
        </w:rPr>
        <w:t>مثال مرجع عربي بصيغة APA 7: [اسم العائلة، الاسم. (السنة). عنوان العمل. جهة النشر/اسم المجلة، المجلد(العدد)، الصفحات. DOI/الرابط.]</w:t>
      </w:r>
    </w:p>
    <w:p w14:paraId="62CA973C" w14:textId="77777777" w:rsidR="00B8287F" w:rsidRDefault="00000000">
      <w:pPr>
        <w:pStyle w:val="a8"/>
      </w:pPr>
      <w:r>
        <w:rPr>
          <w:color w:val="6E6E6E"/>
        </w:rPr>
        <w:t>Example: Author, A. A. (Year). Title of article. Journal Title, 00(0), 00–00. https://doi.org/xxxxx</w:t>
      </w:r>
    </w:p>
    <w:p w14:paraId="1118C047" w14:textId="77777777" w:rsidR="00B8287F" w:rsidRPr="005E2B3E" w:rsidRDefault="00000000" w:rsidP="005E2B3E">
      <w:pPr>
        <w:pStyle w:val="a2"/>
        <w:jc w:val="both"/>
        <w:rPr>
          <w:b w:val="0"/>
          <w:bCs/>
          <w:sz w:val="44"/>
          <w:szCs w:val="32"/>
        </w:rPr>
      </w:pPr>
      <w:r w:rsidRPr="005E2B3E">
        <w:rPr>
          <w:b w:val="0"/>
          <w:bCs/>
          <w:sz w:val="44"/>
          <w:szCs w:val="32"/>
          <w:rtl/>
          <w:cs/>
        </w:rPr>
        <w:t>الملاحق والمواد التكميلية (إن وجدت)</w:t>
      </w:r>
    </w:p>
    <w:p w14:paraId="7D951159" w14:textId="77777777" w:rsidR="00B8287F" w:rsidRDefault="00000000" w:rsidP="005E2B3E">
      <w:pPr>
        <w:pStyle w:val="a"/>
      </w:pPr>
      <w:r>
        <w:rPr>
          <w:color w:val="5A5A5A"/>
          <w:rtl/>
          <w:cs/>
        </w:rPr>
        <w:t>[تدرج الملاحق أو المواد التكميلية الضرورية فقط، مع مراعاة أن العدد الإجمالي لصفحات البحث، بما في ذلك الأشكال والرسوم والملاحق، يتراوح بين 15 و30 صفحة.]</w:t>
      </w:r>
    </w:p>
    <w:p w14:paraId="10F22745" w14:textId="77777777" w:rsidR="00A80FFA" w:rsidRDefault="00A80FFA" w:rsidP="005E2B3E">
      <w:pPr>
        <w:pStyle w:val="a2"/>
        <w:jc w:val="both"/>
        <w:rPr>
          <w:b w:val="0"/>
          <w:bCs/>
          <w:u w:val="single"/>
          <w:rtl/>
          <w:cs/>
        </w:rPr>
      </w:pPr>
    </w:p>
    <w:p w14:paraId="10AE3CD0" w14:textId="31831460" w:rsidR="00B8287F" w:rsidRPr="004D6B25" w:rsidRDefault="00A80FFA" w:rsidP="004D6B25">
      <w:pPr>
        <w:pStyle w:val="a9"/>
        <w:jc w:val="both"/>
        <w:rPr>
          <w:color w:val="FF0000"/>
        </w:rPr>
      </w:pPr>
      <w:r w:rsidRPr="00A80FFA">
        <w:rPr>
          <w:bCs/>
          <w:color w:val="FF0000"/>
          <w:sz w:val="20"/>
          <w:szCs w:val="20"/>
          <w:rtl/>
          <w:cs/>
        </w:rPr>
        <w:t>إرشاد سريع (يحذف قبل الإرسال):</w:t>
      </w:r>
      <w:r w:rsidRPr="00A80FFA">
        <w:rPr>
          <w:b/>
          <w:color w:val="FF0000"/>
          <w:sz w:val="20"/>
          <w:szCs w:val="20"/>
          <w:rtl/>
          <w:cs/>
        </w:rPr>
        <w:t xml:space="preserve"> </w:t>
      </w:r>
      <w:r w:rsidRPr="00A80FFA">
        <w:rPr>
          <w:color w:val="FF0000"/>
          <w:sz w:val="20"/>
          <w:szCs w:val="20"/>
          <w:rtl/>
          <w:cs/>
        </w:rPr>
        <w:t xml:space="preserve">متن </w:t>
      </w:r>
      <w:r w:rsidR="009C0951">
        <w:rPr>
          <w:rFonts w:hint="cs"/>
          <w:color w:val="FF0000"/>
          <w:sz w:val="20"/>
          <w:szCs w:val="20"/>
          <w:rtl/>
          <w:cs/>
        </w:rPr>
        <w:t>الم</w:t>
      </w:r>
      <w:r w:rsidR="004D6B25">
        <w:rPr>
          <w:rFonts w:hint="cs"/>
          <w:color w:val="FF0000"/>
          <w:sz w:val="20"/>
          <w:szCs w:val="20"/>
          <w:rtl/>
          <w:cs/>
        </w:rPr>
        <w:t>ق</w:t>
      </w:r>
      <w:r w:rsidR="009C0951">
        <w:rPr>
          <w:rFonts w:hint="cs"/>
          <w:color w:val="FF0000"/>
          <w:sz w:val="20"/>
          <w:szCs w:val="20"/>
          <w:rtl/>
          <w:cs/>
        </w:rPr>
        <w:t>ال ال</w:t>
      </w:r>
      <w:r w:rsidRPr="00A80FFA">
        <w:rPr>
          <w:color w:val="FF0000"/>
          <w:sz w:val="20"/>
          <w:szCs w:val="20"/>
          <w:rtl/>
          <w:cs/>
        </w:rPr>
        <w:t>عربي</w:t>
      </w:r>
      <w:r w:rsidR="009C0951">
        <w:rPr>
          <w:rFonts w:hint="cs"/>
          <w:color w:val="FF0000"/>
          <w:sz w:val="20"/>
          <w:szCs w:val="20"/>
          <w:rtl/>
          <w:cs/>
        </w:rPr>
        <w:t xml:space="preserve"> يكو </w:t>
      </w:r>
      <w:r w:rsidR="004D6B25">
        <w:rPr>
          <w:rFonts w:hint="cs"/>
          <w:color w:val="FF0000"/>
          <w:sz w:val="20"/>
          <w:szCs w:val="20"/>
          <w:rtl/>
        </w:rPr>
        <w:t>بنمط</w:t>
      </w:r>
      <w:r w:rsidR="009C0951">
        <w:rPr>
          <w:rFonts w:hint="cs"/>
          <w:color w:val="FF0000"/>
          <w:sz w:val="20"/>
          <w:szCs w:val="20"/>
          <w:rtl/>
          <w:cs/>
        </w:rPr>
        <w:t xml:space="preserve"> وحجم خط:</w:t>
      </w:r>
      <w:r w:rsidR="00397A68">
        <w:rPr>
          <w:rFonts w:hint="cs"/>
          <w:color w:val="FF0000"/>
          <w:sz w:val="20"/>
          <w:szCs w:val="20"/>
          <w:rtl/>
        </w:rPr>
        <w:t xml:space="preserve"> </w:t>
      </w:r>
      <w:r w:rsidRPr="00A80FFA">
        <w:rPr>
          <w:color w:val="FF0000"/>
          <w:sz w:val="20"/>
          <w:szCs w:val="20"/>
          <w:rtl/>
          <w:cs/>
        </w:rPr>
        <w:t>Simplified Arabic 14، العناوين الرئيسية</w:t>
      </w:r>
      <w:r w:rsidR="009C0951">
        <w:rPr>
          <w:rFonts w:hint="cs"/>
          <w:color w:val="FF0000"/>
          <w:sz w:val="20"/>
          <w:szCs w:val="20"/>
          <w:rtl/>
          <w:cs/>
        </w:rPr>
        <w:t xml:space="preserve"> خط</w:t>
      </w:r>
      <w:r w:rsidRPr="00A80FFA">
        <w:rPr>
          <w:color w:val="FF0000"/>
          <w:sz w:val="20"/>
          <w:szCs w:val="20"/>
          <w:rtl/>
          <w:cs/>
        </w:rPr>
        <w:t xml:space="preserve"> 16 غليظ، ال</w:t>
      </w:r>
      <w:r w:rsidRPr="00A80FFA">
        <w:rPr>
          <w:rFonts w:hint="cs"/>
          <w:color w:val="FF0000"/>
          <w:sz w:val="20"/>
          <w:szCs w:val="20"/>
          <w:rtl/>
          <w:cs/>
        </w:rPr>
        <w:t>ملخص وال</w:t>
      </w:r>
      <w:r w:rsidRPr="00A80FFA">
        <w:rPr>
          <w:color w:val="FF0000"/>
          <w:sz w:val="20"/>
          <w:szCs w:val="20"/>
          <w:rtl/>
          <w:cs/>
        </w:rPr>
        <w:t>هوامش 12، هوامش الصفحة 2.5 سم، تباعد مفرد (1.0)، والبحث بين 15 و30 صفحة. توضع الجداول والأشكال داخل مواضعها في النص.</w:t>
      </w:r>
    </w:p>
    <w:sectPr w:rsidR="00B8287F" w:rsidRPr="004D6B25" w:rsidSect="00034616">
      <w:headerReference w:type="default" r:id="rId8"/>
      <w:footerReference w:type="default" r:id="rId9"/>
      <w:pgSz w:w="11906" w:h="16838"/>
      <w:pgMar w:top="1417" w:right="1417" w:bottom="141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2EE9E" w14:textId="77777777" w:rsidR="001F25D8" w:rsidRDefault="001F25D8">
      <w:pPr>
        <w:spacing w:after="0"/>
      </w:pPr>
      <w:r>
        <w:separator/>
      </w:r>
    </w:p>
  </w:endnote>
  <w:endnote w:type="continuationSeparator" w:id="0">
    <w:p w14:paraId="452A487A" w14:textId="77777777" w:rsidR="001F25D8" w:rsidRDefault="001F25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493" w14:textId="77777777" w:rsidR="00B8287F" w:rsidRDefault="00000000">
    <w:pPr>
      <w:pStyle w:val="Pieddepage"/>
      <w:bidi/>
      <w:jc w:val="center"/>
    </w:pPr>
    <w:r>
      <w:rPr>
        <w:rFonts w:eastAsia="Simplified Arabic" w:cs="Simplified Arabic"/>
        <w:sz w:val="20"/>
        <w:rtl/>
        <w:cs/>
      </w:rPr>
      <w:t xml:space="preserve">ص </w:t>
    </w:r>
    <w:r>
      <w:rPr>
        <w:rFonts w:eastAsia="Simplified Arabic" w:cs="Simplified Arabic"/>
        <w:sz w:val="20"/>
        <w:rtl/>
        <w:cs/>
      </w:rPr>
      <w:fldChar w:fldCharType="begin"/>
    </w:r>
    <w:r>
      <w:rPr>
        <w:rFonts w:eastAsia="Simplified Arabic" w:cs="Simplified Arabic"/>
        <w:sz w:val="20"/>
        <w:rtl/>
        <w:cs/>
      </w:rPr>
      <w:instrText xml:space="preserve"> PAGE </w:instrText>
    </w:r>
    <w:r>
      <w:rPr>
        <w:rFonts w:eastAsia="Simplified Arabic" w:cs="Simplified Arabic"/>
        <w:sz w:val="20"/>
        <w:rtl/>
        <w:cs/>
      </w:rPr>
      <w:fldChar w:fldCharType="separate"/>
    </w:r>
    <w:r w:rsidR="00090925">
      <w:rPr>
        <w:rFonts w:eastAsia="Simplified Arabic" w:cs="Simplified Arabic"/>
        <w:noProof/>
        <w:sz w:val="20"/>
        <w:rtl/>
      </w:rPr>
      <w:t>1</w:t>
    </w:r>
    <w:r>
      <w:rPr>
        <w:rFonts w:eastAsia="Simplified Arabic" w:cs="Simplified Arabic"/>
        <w:sz w:val="20"/>
        <w:rtl/>
        <w: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93C2" w14:textId="77777777" w:rsidR="001F25D8" w:rsidRDefault="001F25D8">
      <w:pPr>
        <w:spacing w:after="0"/>
      </w:pPr>
      <w:r>
        <w:separator/>
      </w:r>
    </w:p>
  </w:footnote>
  <w:footnote w:type="continuationSeparator" w:id="0">
    <w:p w14:paraId="51C212AC" w14:textId="77777777" w:rsidR="001F25D8" w:rsidRDefault="001F25D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3BB0" w14:textId="685F764C" w:rsidR="00247DBA" w:rsidRPr="0013701B" w:rsidRDefault="00000000" w:rsidP="00667B73">
    <w:pPr>
      <w:pStyle w:val="En-tte"/>
      <w:shd w:val="clear" w:color="auto" w:fill="FFCC66"/>
      <w:bidi/>
      <w:jc w:val="center"/>
      <w:rPr>
        <w:rFonts w:eastAsia="Simplified Arabic" w:cs="Simplified Arabic"/>
        <w:b/>
        <w:sz w:val="22"/>
        <w:rtl/>
      </w:rPr>
    </w:pPr>
    <w:r>
      <w:rPr>
        <w:rFonts w:eastAsia="Simplified Arabic" w:cs="Simplified Arabic"/>
        <w:b/>
        <w:sz w:val="22"/>
        <w:rtl/>
        <w:cs/>
      </w:rPr>
      <w:t>حوليات كلية الآداب والعلوم الإنسانية – جامعة نواكشوط</w:t>
    </w:r>
    <w:r w:rsidR="0013701B">
      <w:rPr>
        <w:rFonts w:eastAsia="Simplified Arabic" w:cs="Simplified Arabic" w:hint="cs"/>
        <w:b/>
        <w:sz w:val="22"/>
        <w:rtl/>
        <w:cs/>
      </w:rPr>
      <w:t xml:space="preserve"> </w:t>
    </w:r>
    <w:r w:rsidR="0013701B" w:rsidRPr="0013701B">
      <w:rPr>
        <w:rFonts w:eastAsia="Simplified Arabic" w:cs="Simplified Arabic"/>
        <w:b/>
        <w:sz w:val="22"/>
      </w:rPr>
      <w:t xml:space="preserve">| </w:t>
    </w:r>
    <w:r w:rsidR="0013701B" w:rsidRPr="0013701B">
      <w:rPr>
        <w:rFonts w:eastAsia="Simplified Arabic" w:cs="Simplified Arabic" w:hint="cs"/>
        <w:b/>
        <w:sz w:val="22"/>
        <w:rtl/>
      </w:rPr>
      <w:t xml:space="preserve"> </w:t>
    </w:r>
    <w:r w:rsidR="00247DBA">
      <w:rPr>
        <w:rFonts w:eastAsia="Simplified Arabic" w:cs="Simplified Arabic" w:hint="cs"/>
        <w:b/>
        <w:sz w:val="22"/>
        <w:rtl/>
        <w:cs/>
      </w:rPr>
      <w:t xml:space="preserve">عدد </w:t>
    </w:r>
    <w:r w:rsidR="004D384C">
      <w:rPr>
        <w:rFonts w:eastAsia="Simplified Arabic" w:cs="Simplified Arabic" w:hint="cs"/>
        <w:b/>
        <w:sz w:val="22"/>
        <w:rtl/>
        <w:cs/>
      </w:rPr>
      <w:t>21</w:t>
    </w:r>
    <w:r w:rsidR="00247DBA">
      <w:rPr>
        <w:rFonts w:eastAsia="Simplified Arabic" w:cs="Simplified Arabic" w:hint="cs"/>
        <w:b/>
        <w:sz w:val="22"/>
        <w:rtl/>
        <w:cs/>
      </w:rPr>
      <w:t xml:space="preserve"> (</w:t>
    </w:r>
    <w:r w:rsidR="004D384C">
      <w:rPr>
        <w:rFonts w:eastAsia="Simplified Arabic" w:cs="Simplified Arabic" w:hint="cs"/>
        <w:b/>
        <w:sz w:val="22"/>
        <w:rtl/>
        <w:cs/>
      </w:rPr>
      <w:t>2026</w:t>
    </w:r>
    <w:r w:rsidR="00247DBA">
      <w:rPr>
        <w:rFonts w:eastAsia="Simplified Arabic" w:cs="Simplified Arabic" w:hint="cs"/>
        <w:b/>
        <w:sz w:val="22"/>
        <w:rtl/>
        <w:cs/>
      </w:rPr>
      <w:t>)</w:t>
    </w:r>
    <w:r w:rsidR="0013701B" w:rsidRPr="0013701B">
      <w:rPr>
        <w:rFonts w:eastAsia="Simplified Arabic" w:cs="Simplified Arabic" w:hint="cs"/>
        <w:b/>
        <w:sz w:val="22"/>
        <w:rtl/>
      </w:rPr>
      <w:t xml:space="preserve"> </w:t>
    </w:r>
    <w:r w:rsidR="0013701B" w:rsidRPr="0013701B">
      <w:rPr>
        <w:rFonts w:eastAsia="Simplified Arabic" w:cs="Simplified Arabic"/>
        <w:b/>
        <w:sz w:val="22"/>
      </w:rPr>
      <w:t xml:space="preserve">| </w:t>
    </w:r>
    <w:r w:rsidR="00247DBA">
      <w:rPr>
        <w:rFonts w:eastAsia="Simplified Arabic" w:cs="Simplified Arabic" w:hint="cs"/>
        <w:b/>
        <w:sz w:val="22"/>
        <w:rtl/>
        <w:cs/>
      </w:rPr>
      <w:t xml:space="preserve"> </w:t>
    </w:r>
    <w:r w:rsidR="00247DBA" w:rsidRPr="0013701B">
      <w:rPr>
        <w:rFonts w:eastAsia="Simplified Arabic" w:cs="Simplified Arabic" w:hint="cs"/>
        <w:b/>
        <w:sz w:val="22"/>
        <w:rtl/>
      </w:rPr>
      <w:t xml:space="preserve">ص ص : </w:t>
    </w:r>
    <w:r w:rsidR="004D384C">
      <w:rPr>
        <w:rFonts w:eastAsia="Simplified Arabic" w:cs="Simplified Arabic" w:hint="cs"/>
        <w:b/>
        <w:sz w:val="22"/>
        <w:rtl/>
      </w:rPr>
      <w:t>..</w:t>
    </w:r>
    <w:r w:rsidR="00553D53" w:rsidRPr="0013701B">
      <w:rPr>
        <w:rFonts w:eastAsia="Simplified Arabic" w:cs="Simplified Arabic" w:hint="cs"/>
        <w:b/>
        <w:sz w:val="22"/>
        <w:rtl/>
      </w:rPr>
      <w:t>-</w:t>
    </w:r>
    <w:r w:rsidR="004D384C">
      <w:rPr>
        <w:rFonts w:eastAsia="Simplified Arabic" w:cs="Simplified Arabic" w:hint="cs"/>
        <w:b/>
        <w:sz w:val="22"/>
        <w:rtl/>
      </w:rPr>
      <w:t>..</w:t>
    </w:r>
  </w:p>
  <w:p w14:paraId="4CC926A9" w14:textId="0D982D4C" w:rsidR="009C0433" w:rsidRPr="009C0433" w:rsidRDefault="00A26074" w:rsidP="009C0433">
    <w:pPr>
      <w:pBdr>
        <w:bottom w:val="single" w:sz="6" w:space="1" w:color="888888"/>
      </w:pBdr>
      <w:shd w:val="clear" w:color="auto" w:fill="FFCC66"/>
      <w:spacing w:after="40"/>
      <w:jc w:val="center"/>
      <w:rPr>
        <w:rFonts w:ascii="Times New Roman" w:eastAsia="Times New Roman" w:hAnsi="Times New Roman" w:cs="Times New Roman"/>
        <w:sz w:val="16"/>
      </w:rPr>
    </w:pPr>
    <w:r w:rsidRPr="00397A68">
      <w:rPr>
        <w:rFonts w:ascii="Times New Roman" w:eastAsia="Times New Roman" w:hAnsi="Times New Roman" w:cs="Times New Roman"/>
        <w:sz w:val="16"/>
      </w:rPr>
      <w:t>ISSN: 2523-1863 (Print)</w:t>
    </w:r>
    <w:r>
      <w:rPr>
        <w:rFonts w:ascii="Times New Roman" w:eastAsia="Times New Roman" w:hAnsi="Times New Roman" w:cs="Times New Roman" w:hint="cs"/>
        <w:sz w:val="16"/>
        <w:rtl/>
        <w:lang w:val="fr-FR"/>
      </w:rPr>
      <w:t xml:space="preserve"> </w:t>
    </w:r>
    <w:r w:rsidRPr="00397A68">
      <w:rPr>
        <w:rFonts w:ascii="Times New Roman" w:eastAsia="Times New Roman" w:hAnsi="Times New Roman" w:cs="Times New Roman"/>
        <w:sz w:val="16"/>
      </w:rPr>
      <w:t>|</w:t>
    </w:r>
    <w:r w:rsidR="00397A68" w:rsidRPr="00397A68">
      <w:rPr>
        <w:rFonts w:ascii="Times New Roman" w:eastAsia="Times New Roman" w:hAnsi="Times New Roman" w:cs="Times New Roman"/>
        <w:sz w:val="16"/>
      </w:rPr>
      <w:t xml:space="preserve"> </w:t>
    </w:r>
    <w:r w:rsidRPr="00397A68">
      <w:rPr>
        <w:rFonts w:ascii="Times New Roman" w:eastAsia="Times New Roman" w:hAnsi="Times New Roman" w:cs="Times New Roman"/>
        <w:sz w:val="16"/>
      </w:rPr>
      <w:t xml:space="preserve"> ISSN: </w:t>
    </w:r>
    <w:r w:rsidRPr="00A26074">
      <w:rPr>
        <w:rFonts w:ascii="Times New Roman" w:eastAsia="Times New Roman" w:hAnsi="Times New Roman" w:cs="Times New Roman" w:hint="cs"/>
        <w:sz w:val="16"/>
        <w:rtl/>
        <w:lang w:val="fr-FR"/>
      </w:rPr>
      <w:t>......</w:t>
    </w:r>
    <w:r w:rsidRPr="00397A68">
      <w:rPr>
        <w:rFonts w:ascii="Times New Roman" w:eastAsia="Times New Roman" w:hAnsi="Times New Roman" w:cs="Times New Roman"/>
        <w:sz w:val="16"/>
      </w:rPr>
      <w:t>-</w:t>
    </w:r>
    <w:r w:rsidRPr="00A26074">
      <w:rPr>
        <w:rFonts w:ascii="Times New Roman" w:eastAsia="Times New Roman" w:hAnsi="Times New Roman" w:cs="Times New Roman" w:hint="cs"/>
        <w:sz w:val="16"/>
        <w:rtl/>
        <w:lang w:val="fr-FR"/>
      </w:rPr>
      <w:t>.....</w:t>
    </w:r>
    <w:r w:rsidRPr="00397A68">
      <w:rPr>
        <w:rFonts w:ascii="Times New Roman" w:eastAsia="Times New Roman" w:hAnsi="Times New Roman" w:cs="Times New Roman"/>
        <w:sz w:val="16"/>
      </w:rPr>
      <w:t xml:space="preserve"> </w:t>
    </w:r>
    <w:r w:rsidRPr="009C0433">
      <w:rPr>
        <w:rFonts w:ascii="Times New Roman" w:eastAsia="Times New Roman" w:hAnsi="Times New Roman" w:cs="Times New Roman"/>
        <w:sz w:val="16"/>
      </w:rPr>
      <w:t>(</w:t>
    </w:r>
    <w:r w:rsidRPr="00397A68">
      <w:rPr>
        <w:rFonts w:ascii="Times New Roman" w:eastAsia="Times New Roman" w:hAnsi="Times New Roman" w:cs="Times New Roman"/>
        <w:sz w:val="16"/>
      </w:rPr>
      <w:t>Online)</w:t>
    </w:r>
    <w:r w:rsidRPr="0013701B">
      <w:rPr>
        <w:rFonts w:ascii="Times New Roman" w:eastAsia="Times New Roman" w:hAnsi="Times New Roman" w:cs="Times New Roman" w:hint="cs"/>
        <w:b/>
        <w:bCs/>
        <w:sz w:val="16"/>
        <w:rtl/>
        <w:lang w:val="fr-FR"/>
      </w:rPr>
      <w:t xml:space="preserve"> </w:t>
    </w:r>
    <w:r w:rsidRPr="0013701B">
      <w:rPr>
        <w:rFonts w:ascii="Times New Roman" w:eastAsia="Times New Roman" w:hAnsi="Times New Roman" w:cs="Times New Roman"/>
        <w:b/>
        <w:bCs/>
        <w:sz w:val="16"/>
      </w:rPr>
      <w:t>|</w:t>
    </w:r>
    <w:r w:rsidR="00397A68">
      <w:rPr>
        <w:rFonts w:ascii="Times New Roman" w:eastAsia="Times New Roman" w:hAnsi="Times New Roman" w:cs="Times New Roman"/>
        <w:sz w:val="16"/>
      </w:rPr>
      <w:t xml:space="preserve"> </w:t>
    </w:r>
    <w:r w:rsidR="009C0433" w:rsidRPr="00397A68">
      <w:rPr>
        <w:rFonts w:ascii="Times New Roman" w:eastAsia="Times New Roman" w:hAnsi="Times New Roman" w:cs="Times New Roman"/>
        <w:sz w:val="16"/>
      </w:rPr>
      <w:t>Website</w:t>
    </w:r>
    <w:r w:rsidR="009C0433" w:rsidRPr="009C0433">
      <w:rPr>
        <w:rFonts w:ascii="Times New Roman" w:eastAsia="Times New Roman" w:hAnsi="Times New Roman" w:cs="Times New Roman"/>
        <w:sz w:val="16"/>
      </w:rPr>
      <w:t xml:space="preserve">: </w:t>
    </w:r>
    <w:hyperlink r:id="rId1" w:history="1">
      <w:r w:rsidR="009C0433" w:rsidRPr="008C227D">
        <w:rPr>
          <w:rStyle w:val="Lienhypertexte"/>
          <w:rFonts w:eastAsia="Times New Roman"/>
          <w:sz w:val="16"/>
        </w:rPr>
        <w:t>https://</w:t>
      </w:r>
      <w:r w:rsidR="009C0433" w:rsidRPr="008C227D">
        <w:rPr>
          <w:rStyle w:val="Lienhypertexte"/>
          <w:rFonts w:ascii="Times New Roman" w:eastAsia="Times New Roman" w:hAnsi="Times New Roman" w:cs="Times New Roman"/>
          <w:sz w:val="16"/>
        </w:rPr>
        <w:t>ejournals.univ-nkc.mr/index.php/AFLSH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45787564">
    <w:abstractNumId w:val="8"/>
  </w:num>
  <w:num w:numId="2" w16cid:durableId="1981496303">
    <w:abstractNumId w:val="6"/>
  </w:num>
  <w:num w:numId="3" w16cid:durableId="1658873589">
    <w:abstractNumId w:val="5"/>
  </w:num>
  <w:num w:numId="4" w16cid:durableId="2133400524">
    <w:abstractNumId w:val="4"/>
  </w:num>
  <w:num w:numId="5" w16cid:durableId="1368405471">
    <w:abstractNumId w:val="7"/>
  </w:num>
  <w:num w:numId="6" w16cid:durableId="1738935901">
    <w:abstractNumId w:val="3"/>
  </w:num>
  <w:num w:numId="7" w16cid:durableId="1885016235">
    <w:abstractNumId w:val="2"/>
  </w:num>
  <w:num w:numId="8" w16cid:durableId="1366828318">
    <w:abstractNumId w:val="1"/>
  </w:num>
  <w:num w:numId="9" w16cid:durableId="421533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925"/>
    <w:rsid w:val="000D2D74"/>
    <w:rsid w:val="000E7408"/>
    <w:rsid w:val="0013701B"/>
    <w:rsid w:val="001400AD"/>
    <w:rsid w:val="0015074B"/>
    <w:rsid w:val="001A39BD"/>
    <w:rsid w:val="001B5D5A"/>
    <w:rsid w:val="001D2EF3"/>
    <w:rsid w:val="001D5B4F"/>
    <w:rsid w:val="001F25D8"/>
    <w:rsid w:val="00227393"/>
    <w:rsid w:val="00236712"/>
    <w:rsid w:val="00243F6B"/>
    <w:rsid w:val="00247DBA"/>
    <w:rsid w:val="0029639D"/>
    <w:rsid w:val="00326F90"/>
    <w:rsid w:val="00343BB0"/>
    <w:rsid w:val="00397A68"/>
    <w:rsid w:val="003E68CF"/>
    <w:rsid w:val="004201B7"/>
    <w:rsid w:val="0049001A"/>
    <w:rsid w:val="00492434"/>
    <w:rsid w:val="004933B7"/>
    <w:rsid w:val="004A3E78"/>
    <w:rsid w:val="004C735F"/>
    <w:rsid w:val="004D384C"/>
    <w:rsid w:val="004D6B25"/>
    <w:rsid w:val="005027E1"/>
    <w:rsid w:val="00505A57"/>
    <w:rsid w:val="00553D53"/>
    <w:rsid w:val="005602BF"/>
    <w:rsid w:val="005E2B3E"/>
    <w:rsid w:val="00613764"/>
    <w:rsid w:val="00617F2A"/>
    <w:rsid w:val="00667B73"/>
    <w:rsid w:val="00691090"/>
    <w:rsid w:val="006A7687"/>
    <w:rsid w:val="006C1877"/>
    <w:rsid w:val="006F17B4"/>
    <w:rsid w:val="00721A96"/>
    <w:rsid w:val="007B1A5C"/>
    <w:rsid w:val="007B34A1"/>
    <w:rsid w:val="00886A43"/>
    <w:rsid w:val="009217B8"/>
    <w:rsid w:val="009709AE"/>
    <w:rsid w:val="009C0433"/>
    <w:rsid w:val="009C0951"/>
    <w:rsid w:val="00A122D8"/>
    <w:rsid w:val="00A26074"/>
    <w:rsid w:val="00A30895"/>
    <w:rsid w:val="00A653F2"/>
    <w:rsid w:val="00A7204D"/>
    <w:rsid w:val="00A80FFA"/>
    <w:rsid w:val="00AA1D8D"/>
    <w:rsid w:val="00B4461F"/>
    <w:rsid w:val="00B47730"/>
    <w:rsid w:val="00B551F6"/>
    <w:rsid w:val="00B8287F"/>
    <w:rsid w:val="00B930B2"/>
    <w:rsid w:val="00C0074F"/>
    <w:rsid w:val="00C17EFB"/>
    <w:rsid w:val="00C2242F"/>
    <w:rsid w:val="00C52A08"/>
    <w:rsid w:val="00C6459E"/>
    <w:rsid w:val="00C72387"/>
    <w:rsid w:val="00C858F4"/>
    <w:rsid w:val="00C8716C"/>
    <w:rsid w:val="00C97750"/>
    <w:rsid w:val="00CB0664"/>
    <w:rsid w:val="00CE3462"/>
    <w:rsid w:val="00D0720C"/>
    <w:rsid w:val="00D4342B"/>
    <w:rsid w:val="00D75B1F"/>
    <w:rsid w:val="00DE3F94"/>
    <w:rsid w:val="00E24C92"/>
    <w:rsid w:val="00F927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5052B7"/>
  <w14:defaultImageDpi w14:val="300"/>
  <w15:docId w15:val="{44548BE6-95F4-45B0-833C-69787AD3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Simplified Arabic" w:hAnsi="Simplified Arabic"/>
      <w:sz w:val="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
    <w:name w:val="متن عربي"/>
    <w:pPr>
      <w:bidi/>
      <w:spacing w:after="0" w:line="240" w:lineRule="auto"/>
      <w:ind w:firstLine="425"/>
      <w:jc w:val="both"/>
    </w:pPr>
    <w:rPr>
      <w:rFonts w:ascii="Simplified Arabic" w:eastAsia="Simplified Arabic" w:hAnsi="Simplified Arabic" w:cs="Simplified Arabic"/>
      <w:sz w:val="28"/>
    </w:rPr>
  </w:style>
  <w:style w:type="paragraph" w:customStyle="1" w:styleId="a0">
    <w:name w:val="عنوان المقال"/>
    <w:pPr>
      <w:keepNext/>
      <w:bidi/>
      <w:spacing w:after="160" w:line="240" w:lineRule="auto"/>
      <w:jc w:val="center"/>
    </w:pPr>
    <w:rPr>
      <w:rFonts w:ascii="Simplified Arabic" w:eastAsia="Simplified Arabic" w:hAnsi="Simplified Arabic" w:cs="Simplified Arabic"/>
      <w:b/>
      <w:sz w:val="32"/>
    </w:rPr>
  </w:style>
  <w:style w:type="paragraph" w:customStyle="1" w:styleId="a1">
    <w:name w:val="بيانات المؤلف"/>
    <w:pPr>
      <w:bidi/>
      <w:spacing w:after="0" w:line="240" w:lineRule="auto"/>
      <w:jc w:val="center"/>
    </w:pPr>
    <w:rPr>
      <w:rFonts w:ascii="Simplified Arabic" w:eastAsia="Simplified Arabic" w:hAnsi="Simplified Arabic" w:cs="Simplified Arabic"/>
      <w:sz w:val="24"/>
    </w:rPr>
  </w:style>
  <w:style w:type="paragraph" w:customStyle="1" w:styleId="a2">
    <w:name w:val="عنوان رئيسي"/>
    <w:pPr>
      <w:keepNext/>
      <w:bidi/>
      <w:spacing w:before="200" w:after="80" w:line="240" w:lineRule="auto"/>
      <w:jc w:val="right"/>
    </w:pPr>
    <w:rPr>
      <w:rFonts w:ascii="Simplified Arabic" w:eastAsia="Simplified Arabic" w:hAnsi="Simplified Arabic" w:cs="Simplified Arabic"/>
      <w:b/>
      <w:sz w:val="32"/>
    </w:rPr>
  </w:style>
  <w:style w:type="paragraph" w:customStyle="1" w:styleId="a3">
    <w:name w:val="عنوان فرعي"/>
    <w:pPr>
      <w:keepNext/>
      <w:bidi/>
      <w:spacing w:before="120" w:after="40" w:line="240" w:lineRule="auto"/>
      <w:jc w:val="right"/>
    </w:pPr>
    <w:rPr>
      <w:rFonts w:ascii="Simplified Arabic" w:eastAsia="Simplified Arabic" w:hAnsi="Simplified Arabic" w:cs="Simplified Arabic"/>
      <w:b/>
      <w:sz w:val="28"/>
    </w:rPr>
  </w:style>
  <w:style w:type="paragraph" w:customStyle="1" w:styleId="a4">
    <w:name w:val="ملخص عربي"/>
    <w:pPr>
      <w:bidi/>
      <w:spacing w:after="0" w:line="240" w:lineRule="auto"/>
      <w:jc w:val="both"/>
    </w:pPr>
    <w:rPr>
      <w:rFonts w:ascii="Simplified Arabic" w:eastAsia="Simplified Arabic" w:hAnsi="Simplified Arabic" w:cs="Simplified Arabic"/>
      <w:sz w:val="28"/>
    </w:rPr>
  </w:style>
  <w:style w:type="paragraph" w:customStyle="1" w:styleId="a5">
    <w:name w:val="عنوان أجنبي"/>
    <w:pPr>
      <w:keepNext/>
      <w:spacing w:before="160" w:after="80" w:line="240" w:lineRule="auto"/>
      <w:jc w:val="center"/>
    </w:pPr>
    <w:rPr>
      <w:rFonts w:ascii="Times New Roman" w:eastAsia="Times New Roman" w:hAnsi="Times New Roman" w:cs="Times New Roman"/>
      <w:b/>
      <w:sz w:val="28"/>
    </w:rPr>
  </w:style>
  <w:style w:type="paragraph" w:customStyle="1" w:styleId="a6">
    <w:name w:val="نص أجنبي"/>
    <w:pPr>
      <w:spacing w:after="0" w:line="240" w:lineRule="auto"/>
      <w:jc w:val="both"/>
    </w:pPr>
    <w:rPr>
      <w:rFonts w:ascii="Times New Roman" w:eastAsia="Times New Roman" w:hAnsi="Times New Roman" w:cs="Times New Roman"/>
      <w:sz w:val="24"/>
    </w:rPr>
  </w:style>
  <w:style w:type="paragraph" w:customStyle="1" w:styleId="a7">
    <w:name w:val="مرجع عربي"/>
    <w:pPr>
      <w:bidi/>
      <w:spacing w:after="40" w:line="240" w:lineRule="auto"/>
      <w:jc w:val="both"/>
    </w:pPr>
    <w:rPr>
      <w:rFonts w:ascii="Simplified Arabic" w:eastAsia="Simplified Arabic" w:hAnsi="Simplified Arabic" w:cs="Simplified Arabic"/>
      <w:sz w:val="24"/>
    </w:rPr>
  </w:style>
  <w:style w:type="paragraph" w:customStyle="1" w:styleId="a8">
    <w:name w:val="مرجع أجنبي"/>
    <w:pPr>
      <w:spacing w:after="40" w:line="240" w:lineRule="auto"/>
    </w:pPr>
    <w:rPr>
      <w:rFonts w:ascii="Times New Roman" w:eastAsia="Times New Roman" w:hAnsi="Times New Roman" w:cs="Times New Roman"/>
      <w:sz w:val="20"/>
    </w:rPr>
  </w:style>
  <w:style w:type="paragraph" w:customStyle="1" w:styleId="a9">
    <w:name w:val="تعليق توضيحي"/>
    <w:pPr>
      <w:bidi/>
      <w:spacing w:before="40" w:after="40" w:line="240" w:lineRule="auto"/>
      <w:jc w:val="right"/>
    </w:pPr>
    <w:rPr>
      <w:rFonts w:ascii="Simplified Arabic" w:eastAsia="Simplified Arabic" w:hAnsi="Simplified Arabic" w:cs="Simplified Arabic"/>
    </w:rPr>
  </w:style>
  <w:style w:type="paragraph" w:customStyle="1" w:styleId="aa">
    <w:name w:val="تسمية عنصر"/>
    <w:pPr>
      <w:keepNext/>
      <w:bidi/>
      <w:spacing w:before="100" w:after="40" w:line="240" w:lineRule="auto"/>
      <w:jc w:val="center"/>
    </w:pPr>
    <w:rPr>
      <w:rFonts w:ascii="Simplified Arabic" w:eastAsia="Simplified Arabic" w:hAnsi="Simplified Arabic" w:cs="Simplified Arabic"/>
      <w:b/>
      <w:sz w:val="24"/>
    </w:rPr>
  </w:style>
  <w:style w:type="character" w:styleId="Lienhypertexte">
    <w:name w:val="Hyperlink"/>
    <w:uiPriority w:val="99"/>
    <w:unhideWhenUsed/>
    <w:rsid w:val="009C0433"/>
    <w:rPr>
      <w:color w:val="0000FF"/>
      <w:u w:val="single"/>
    </w:rPr>
  </w:style>
  <w:style w:type="character" w:styleId="Mentionnonrsolue">
    <w:name w:val="Unresolved Mention"/>
    <w:basedOn w:val="Policepardfaut"/>
    <w:uiPriority w:val="99"/>
    <w:semiHidden/>
    <w:unhideWhenUsed/>
    <w:rsid w:val="009C0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ejournals.univ-nkc.mr/index.php/AFL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927</Words>
  <Characters>5099</Characters>
  <Application>Microsoft Office Word</Application>
  <DocSecurity>0</DocSecurity>
  <Lines>42</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قالب كتابة المقال باللغة العربية - حوليات كلية الآداب والعلوم الإنسانية</vt:lpstr>
      <vt:lpstr/>
    </vt:vector>
  </TitlesOfParts>
  <Manager/>
  <Company/>
  <LinksUpToDate>false</LinksUpToDate>
  <CharactersWithSpaces>6014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كتابة المقال باللغة العربية - حوليات كلية الآداب والعلوم الإنسانية</dc:title>
  <dc:subject>قالب إعداد المقالات العربية وفق متطلبات النشر بالمجلة</dc:subject>
  <dc:creator>حوليات كلية الآداب والعلوم الإنسانية - جامعة نواكشوط</dc:creator>
  <cp:keywords>قالب مقال، حوليات كلية الآداب، جامعة نواكشوط، APA 7</cp:keywords>
  <dc:description>generated by python-docx</dc:description>
  <cp:lastModifiedBy>DALY .</cp:lastModifiedBy>
  <cp:revision>5</cp:revision>
  <cp:lastPrinted>2026-08-15T17:07:00Z</cp:lastPrinted>
  <dcterms:created xsi:type="dcterms:W3CDTF">2026-09-04T22:23:00Z</dcterms:created>
  <dcterms:modified xsi:type="dcterms:W3CDTF">2026-09-04T22:54:00Z</dcterms:modified>
  <cp:category/>
</cp:coreProperties>
</file>