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B6F" w:rsidRPr="002350D1" w:rsidRDefault="0003580F">
      <w:pPr>
        <w:spacing w:after="0" w:line="240" w:lineRule="auto"/>
        <w:jc w:val="center"/>
      </w:pPr>
      <w:r w:rsidRPr="002350D1">
        <w:rPr>
          <w:rFonts w:ascii="Times New Roman" w:eastAsia="Times New Roman" w:hAnsi="Times New Roman"/>
          <w:b/>
          <w:sz w:val="26"/>
        </w:rPr>
        <w:t>TUẦN 30</w:t>
      </w:r>
    </w:p>
    <w:p w:rsidR="00D51B6F" w:rsidRPr="002350D1" w:rsidRDefault="0003580F">
      <w:pPr>
        <w:spacing w:after="0" w:line="240" w:lineRule="auto"/>
        <w:jc w:val="center"/>
      </w:pPr>
      <w:r w:rsidRPr="002350D1">
        <w:rPr>
          <w:rFonts w:ascii="Times New Roman" w:eastAsia="Times New Roman" w:hAnsi="Times New Roman"/>
          <w:b/>
          <w:sz w:val="26"/>
        </w:rPr>
        <w:t>KẾ HOẠCH BÀI DẠY MÔN TOÁN 3</w:t>
      </w:r>
    </w:p>
    <w:p w:rsidR="00D51B6F" w:rsidRPr="002350D1" w:rsidRDefault="0003580F">
      <w:pPr>
        <w:spacing w:after="0" w:line="240" w:lineRule="auto"/>
        <w:jc w:val="center"/>
      </w:pPr>
      <w:r w:rsidRPr="002350D1">
        <w:rPr>
          <w:rFonts w:ascii="Times New Roman" w:eastAsia="Times New Roman" w:hAnsi="Times New Roman"/>
          <w:b/>
          <w:sz w:val="26"/>
        </w:rPr>
        <w:t>CHỦ ĐỀ 13: XEM ĐỒNG HỒ, THÁNG - NĂM, TIỀN VIỆT NAM</w:t>
      </w:r>
    </w:p>
    <w:p w:rsidR="00D51B6F" w:rsidRPr="002350D1" w:rsidRDefault="0003580F">
      <w:pPr>
        <w:spacing w:after="0" w:line="240" w:lineRule="auto"/>
        <w:jc w:val="center"/>
      </w:pPr>
      <w:r w:rsidRPr="002350D1">
        <w:rPr>
          <w:rFonts w:ascii="Times New Roman" w:eastAsia="Times New Roman" w:hAnsi="Times New Roman"/>
          <w:b/>
          <w:sz w:val="26"/>
        </w:rPr>
        <w:t>Bài 68: Tiền Việt Nam (Tiết 2) - Trang 87</w:t>
      </w:r>
    </w:p>
    <w:p w:rsidR="00D51B6F" w:rsidRPr="002350D1" w:rsidRDefault="0003580F">
      <w:pPr>
        <w:spacing w:after="0" w:line="240" w:lineRule="auto"/>
      </w:pPr>
      <w:r w:rsidRPr="002350D1">
        <w:rPr>
          <w:rFonts w:ascii="Times New Roman" w:eastAsia="Times New Roman" w:hAnsi="Times New Roman"/>
          <w:b/>
          <w:sz w:val="26"/>
        </w:rPr>
        <w:t>I. YÊU CẦU CẦN ĐẠT:</w:t>
      </w:r>
    </w:p>
    <w:p w:rsidR="00D51B6F" w:rsidRPr="002350D1" w:rsidRDefault="0003580F">
      <w:pPr>
        <w:spacing w:after="0" w:line="240" w:lineRule="auto"/>
      </w:pPr>
      <w:r w:rsidRPr="002350D1">
        <w:rPr>
          <w:rFonts w:ascii="Times New Roman" w:eastAsia="Times New Roman" w:hAnsi="Times New Roman"/>
          <w:b/>
          <w:sz w:val="26"/>
        </w:rPr>
        <w:t>1. Năng lực đặc thù:</w:t>
      </w:r>
    </w:p>
    <w:p w:rsidR="00D51B6F" w:rsidRPr="002350D1" w:rsidRDefault="0003580F">
      <w:pPr>
        <w:spacing w:after="0" w:line="240" w:lineRule="auto"/>
      </w:pPr>
      <w:r w:rsidRPr="002350D1">
        <w:rPr>
          <w:rFonts w:ascii="Times New Roman" w:eastAsia="Times New Roman" w:hAnsi="Times New Roman"/>
          <w:sz w:val="26"/>
        </w:rPr>
        <w:t>- Tính được giá tiền của từng loại hàng hóa trong tình huống mua bán.</w:t>
      </w:r>
    </w:p>
    <w:p w:rsidR="00D51B6F" w:rsidRPr="002350D1" w:rsidRDefault="0003580F">
      <w:pPr>
        <w:spacing w:after="0" w:line="240" w:lineRule="auto"/>
      </w:pPr>
      <w:r w:rsidRPr="002350D1">
        <w:rPr>
          <w:rFonts w:ascii="Times New Roman" w:eastAsia="Times New Roman" w:hAnsi="Times New Roman"/>
          <w:sz w:val="26"/>
        </w:rPr>
        <w:t>- Tính được số tiền chênh lệch giữa giá tiền đầu vụ và giữa vụ.</w:t>
      </w:r>
    </w:p>
    <w:p w:rsidR="00D51B6F" w:rsidRPr="002350D1" w:rsidRDefault="0003580F">
      <w:pPr>
        <w:spacing w:after="0" w:line="240" w:lineRule="auto"/>
      </w:pPr>
      <w:r w:rsidRPr="002350D1">
        <w:rPr>
          <w:rFonts w:ascii="Times New Roman" w:eastAsia="Times New Roman" w:hAnsi="Times New Roman"/>
          <w:sz w:val="26"/>
        </w:rPr>
        <w:t>- Tính được tổng tiền mua nguyên liệu, tiền còn lại sau khi trừ chi phí.</w:t>
      </w:r>
    </w:p>
    <w:p w:rsidR="00D51B6F" w:rsidRPr="002350D1" w:rsidRDefault="0003580F">
      <w:pPr>
        <w:spacing w:after="0" w:line="240" w:lineRule="auto"/>
      </w:pPr>
      <w:r w:rsidRPr="002350D1">
        <w:rPr>
          <w:rFonts w:ascii="Times New Roman" w:eastAsia="Times New Roman" w:hAnsi="Times New Roman"/>
          <w:sz w:val="26"/>
        </w:rPr>
        <w:t>- Đổi được các tờ tiền Việt Nam có cùng giá trị.</w:t>
      </w:r>
    </w:p>
    <w:p w:rsidR="00D51B6F" w:rsidRPr="002350D1" w:rsidRDefault="0003580F">
      <w:pPr>
        <w:spacing w:after="0" w:line="240" w:lineRule="auto"/>
      </w:pPr>
      <w:r w:rsidRPr="002350D1">
        <w:rPr>
          <w:rFonts w:ascii="Times New Roman" w:eastAsia="Times New Roman" w:hAnsi="Times New Roman"/>
          <w:b/>
          <w:sz w:val="26"/>
        </w:rPr>
        <w:t>2. Năng lực chung:</w:t>
      </w:r>
    </w:p>
    <w:p w:rsidR="00D51B6F" w:rsidRPr="002350D1" w:rsidRDefault="0003580F">
      <w:pPr>
        <w:spacing w:after="0" w:line="240" w:lineRule="auto"/>
      </w:pPr>
      <w:r w:rsidRPr="002350D1">
        <w:rPr>
          <w:rFonts w:ascii="Times New Roman" w:eastAsia="Times New Roman" w:hAnsi="Times New Roman"/>
          <w:sz w:val="26"/>
        </w:rPr>
        <w:t>- Tự chủ, tự học: tự đọc giá tiền, tính tổng tiền, tiền thừa và kiểm tra kết quả.</w:t>
      </w:r>
    </w:p>
    <w:p w:rsidR="00D51B6F" w:rsidRPr="002350D1" w:rsidRDefault="0003580F">
      <w:pPr>
        <w:spacing w:after="0" w:line="240" w:lineRule="auto"/>
      </w:pPr>
      <w:r w:rsidRPr="002350D1">
        <w:rPr>
          <w:rFonts w:ascii="Times New Roman" w:eastAsia="Times New Roman" w:hAnsi="Times New Roman"/>
          <w:sz w:val="26"/>
        </w:rPr>
        <w:t>- Giao tiếp, hợp tác: trao đổi nhóm 2 khi đổi tiền và chọn cách đổi đúng.</w:t>
      </w:r>
    </w:p>
    <w:p w:rsidR="00D51B6F" w:rsidRPr="002350D1" w:rsidRDefault="0003580F">
      <w:pPr>
        <w:spacing w:after="0" w:line="240" w:lineRule="auto"/>
      </w:pPr>
      <w:r w:rsidRPr="002350D1">
        <w:rPr>
          <w:rFonts w:ascii="Times New Roman" w:eastAsia="Times New Roman" w:hAnsi="Times New Roman"/>
          <w:sz w:val="26"/>
        </w:rPr>
        <w:t>- Giải quyết vấn đề: vận dụng cộng, trừ, nhân, chia với đơn vị đồng vào tình huống mua bán.</w:t>
      </w:r>
    </w:p>
    <w:p w:rsidR="00D51B6F" w:rsidRPr="002350D1" w:rsidRDefault="0003580F">
      <w:pPr>
        <w:spacing w:after="0" w:line="240" w:lineRule="auto"/>
      </w:pPr>
      <w:r w:rsidRPr="002350D1">
        <w:rPr>
          <w:rFonts w:ascii="Times New Roman" w:eastAsia="Times New Roman" w:hAnsi="Times New Roman"/>
          <w:b/>
          <w:sz w:val="26"/>
        </w:rPr>
        <w:t>3. Phẩm chất:</w:t>
      </w:r>
    </w:p>
    <w:p w:rsidR="00D51B6F" w:rsidRPr="002350D1" w:rsidRDefault="0003580F">
      <w:pPr>
        <w:spacing w:after="0" w:line="240" w:lineRule="auto"/>
      </w:pPr>
      <w:r w:rsidRPr="002350D1">
        <w:rPr>
          <w:rFonts w:ascii="Times New Roman" w:eastAsia="Times New Roman" w:hAnsi="Times New Roman"/>
          <w:sz w:val="26"/>
        </w:rPr>
        <w:t>- Chăm chỉ: luyện tính tiền trong các tình huống thực tế.</w:t>
      </w:r>
    </w:p>
    <w:p w:rsidR="00D51B6F" w:rsidRPr="002350D1" w:rsidRDefault="0003580F">
      <w:pPr>
        <w:spacing w:after="0" w:line="240" w:lineRule="auto"/>
      </w:pPr>
      <w:r w:rsidRPr="002350D1">
        <w:rPr>
          <w:rFonts w:ascii="Times New Roman" w:eastAsia="Times New Roman" w:hAnsi="Times New Roman"/>
          <w:sz w:val="26"/>
        </w:rPr>
        <w:t>- Trung thực: biết trả tiền, nhận tiền thừa đúng và không gian dối khi mua bán.</w:t>
      </w:r>
    </w:p>
    <w:p w:rsidR="00D51B6F" w:rsidRPr="002350D1" w:rsidRDefault="0003580F">
      <w:pPr>
        <w:spacing w:after="0" w:line="240" w:lineRule="auto"/>
      </w:pPr>
      <w:r w:rsidRPr="002350D1">
        <w:rPr>
          <w:rFonts w:ascii="Times New Roman" w:eastAsia="Times New Roman" w:hAnsi="Times New Roman"/>
          <w:sz w:val="26"/>
        </w:rPr>
        <w:t>- Tiết kiệm: biết quý trọng đồng tiền, sử dụng tiền đúng mục đích, tránh lãng phí.</w:t>
      </w:r>
    </w:p>
    <w:p w:rsidR="00D51B6F" w:rsidRPr="002350D1" w:rsidRDefault="0003580F">
      <w:pPr>
        <w:spacing w:after="0" w:line="240" w:lineRule="auto"/>
      </w:pPr>
      <w:r w:rsidRPr="002350D1">
        <w:rPr>
          <w:rFonts w:ascii="Times New Roman" w:eastAsia="Times New Roman" w:hAnsi="Times New Roman"/>
          <w:b/>
          <w:sz w:val="26"/>
        </w:rPr>
        <w:t>4. Tích hợp:</w:t>
      </w:r>
    </w:p>
    <w:p w:rsidR="00D51B6F" w:rsidRPr="002350D1" w:rsidRDefault="0003580F">
      <w:pPr>
        <w:spacing w:after="0" w:line="240" w:lineRule="auto"/>
      </w:pPr>
      <w:r w:rsidRPr="002350D1">
        <w:rPr>
          <w:rFonts w:ascii="Times New Roman" w:eastAsia="Times New Roman" w:hAnsi="Times New Roman"/>
          <w:sz w:val="26"/>
        </w:rPr>
        <w:t>- Tích hợp NLS 4.1.CB1b: GV trình chiếu hình ảnh tờ tiền Việt Nam từ nguồn chính thống do GV chuẩn bị trong PowerPoint; HS nhận biết mệnh giá, không dùng hình ảnh tiền giả và không chia sẻ thông tin cá nhân khi tìm kiếm trực tuyến.</w:t>
      </w:r>
    </w:p>
    <w:p w:rsidR="00D51B6F" w:rsidRPr="002350D1" w:rsidRDefault="0003580F">
      <w:pPr>
        <w:spacing w:after="0" w:line="240" w:lineRule="auto"/>
      </w:pPr>
      <w:r w:rsidRPr="002350D1">
        <w:rPr>
          <w:rFonts w:ascii="Times New Roman" w:eastAsia="Times New Roman" w:hAnsi="Times New Roman"/>
          <w:b/>
          <w:sz w:val="26"/>
        </w:rPr>
        <w:t>II. ĐỒ DÙNG DẠY HỌC</w:t>
      </w:r>
    </w:p>
    <w:p w:rsidR="00D51B6F" w:rsidRPr="002350D1" w:rsidRDefault="0003580F">
      <w:pPr>
        <w:spacing w:after="0" w:line="240" w:lineRule="auto"/>
      </w:pPr>
      <w:r w:rsidRPr="002350D1">
        <w:rPr>
          <w:rFonts w:ascii="Times New Roman" w:eastAsia="Times New Roman" w:hAnsi="Times New Roman"/>
          <w:sz w:val="26"/>
        </w:rPr>
        <w:t>- Kế hoạch bài dạy, SGK Toán 3 tập hai, bài giảng PowerPoint.</w:t>
      </w:r>
    </w:p>
    <w:p w:rsidR="00D51B6F" w:rsidRPr="002350D1" w:rsidRDefault="0003580F">
      <w:pPr>
        <w:spacing w:after="0" w:line="240" w:lineRule="auto"/>
      </w:pPr>
      <w:r w:rsidRPr="002350D1">
        <w:rPr>
          <w:rFonts w:ascii="Times New Roman" w:eastAsia="Times New Roman" w:hAnsi="Times New Roman"/>
          <w:sz w:val="26"/>
        </w:rPr>
        <w:t>- PowerPoint hình ảnh tờ tiền Việt Nam từ nguồn chính thống, bảng con, phiếu học tập.</w:t>
      </w:r>
    </w:p>
    <w:p w:rsidR="00D51B6F" w:rsidRPr="002350D1" w:rsidRDefault="0003580F">
      <w:pPr>
        <w:spacing w:after="0" w:line="240" w:lineRule="auto"/>
      </w:pPr>
      <w:r w:rsidRPr="002350D1">
        <w:rPr>
          <w:rFonts w:ascii="Times New Roman" w:eastAsia="Times New Roman" w:hAnsi="Times New Roman"/>
          <w:sz w:val="26"/>
        </w:rPr>
        <w:t>- Hình cắt từ SGK trang 87.</w:t>
      </w:r>
    </w:p>
    <w:p w:rsidR="00D51B6F" w:rsidRPr="002350D1" w:rsidRDefault="0003580F">
      <w:pPr>
        <w:spacing w:after="0" w:line="240" w:lineRule="auto"/>
      </w:pPr>
      <w:r w:rsidRPr="002350D1">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2350D1" w:rsidRPr="002350D1" w:rsidTr="002350D1">
        <w:trPr>
          <w:jc w:val="center"/>
        </w:trPr>
        <w:tc>
          <w:tcPr>
            <w:tcW w:w="5040" w:type="dxa"/>
            <w:tcBorders>
              <w:bottom w:val="single" w:sz="8" w:space="0" w:color="000000"/>
            </w:tcBorders>
            <w:shd w:val="clear" w:color="auto" w:fill="auto"/>
          </w:tcPr>
          <w:p w:rsidR="00D51B6F" w:rsidRPr="002350D1" w:rsidRDefault="0003580F">
            <w:pPr>
              <w:spacing w:after="0" w:line="240" w:lineRule="auto"/>
              <w:jc w:val="center"/>
            </w:pPr>
            <w:r w:rsidRPr="002350D1">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D51B6F" w:rsidRPr="002350D1" w:rsidRDefault="0003580F">
            <w:pPr>
              <w:spacing w:after="0" w:line="240" w:lineRule="auto"/>
              <w:jc w:val="center"/>
            </w:pPr>
            <w:r w:rsidRPr="002350D1">
              <w:rPr>
                <w:rFonts w:ascii="Times New Roman" w:eastAsia="Times New Roman" w:hAnsi="Times New Roman"/>
                <w:b/>
                <w:sz w:val="26"/>
              </w:rPr>
              <w:t>Hoạt động của học sinh</w:t>
            </w:r>
          </w:p>
        </w:tc>
      </w:tr>
      <w:tr w:rsidR="002350D1" w:rsidRPr="002350D1" w:rsidTr="002350D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1. Khởi động (5 phút):</w:t>
            </w:r>
          </w:p>
          <w:p w:rsidR="00D51B6F" w:rsidRPr="002350D1" w:rsidRDefault="0003580F">
            <w:pPr>
              <w:spacing w:after="0" w:line="240" w:lineRule="auto"/>
            </w:pPr>
            <w:r w:rsidRPr="002350D1">
              <w:rPr>
                <w:rFonts w:ascii="Times New Roman" w:eastAsia="Times New Roman" w:hAnsi="Times New Roman"/>
                <w:sz w:val="26"/>
              </w:rPr>
              <w:t>- Mục tiêu: Ôn nhận biết mệnh giá tiền Việt Nam và cách tính tổng tiền.</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2350D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tổ chức trò chơi “Mệnh giá nào?”: GV nêu 1 000 đồng, 5 000 đồng, 10 000 đồng, 50 000 đồng.</w:t>
            </w: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gọi tên mệnh giá và nêu cách nhận biết.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Khi mua hàng, em cần tính những gì?</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Em cần tính giá tiền phải trả, tiền thừa và kiểm tra mệnh giá tiền.</w:t>
            </w:r>
          </w:p>
        </w:tc>
      </w:tr>
      <w:tr w:rsidR="002350D1" w:rsidRPr="002350D1" w:rsidTr="002350D1">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dẫn dắt vào tiết luyện tập về Tiền Việt Nam.</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2. Luyện tập (25 phút):</w:t>
            </w:r>
          </w:p>
          <w:p w:rsidR="00D51B6F" w:rsidRPr="002350D1" w:rsidRDefault="0003580F">
            <w:pPr>
              <w:spacing w:after="0" w:line="240" w:lineRule="auto"/>
            </w:pPr>
            <w:r w:rsidRPr="002350D1">
              <w:rPr>
                <w:rFonts w:ascii="Times New Roman" w:eastAsia="Times New Roman" w:hAnsi="Times New Roman"/>
                <w:sz w:val="26"/>
              </w:rPr>
              <w:t>- Mục tiêu: Tính giá tiền từng loại hàng, tính chênh lệch giá, tính tiền còn lại và đổi tiền.</w:t>
            </w:r>
          </w:p>
          <w:p w:rsidR="00D51B6F" w:rsidRPr="002350D1" w:rsidRDefault="0003580F">
            <w:pPr>
              <w:spacing w:after="0" w:line="240" w:lineRule="auto"/>
            </w:pPr>
            <w:r w:rsidRPr="002350D1">
              <w:rPr>
                <w:rFonts w:ascii="Times New Roman" w:eastAsia="Times New Roman" w:hAnsi="Times New Roman"/>
                <w:sz w:val="26"/>
              </w:rPr>
              <w:t>- Mục tiêu tích hợp NLS 4.1.CB1b: HS nhận biết mệnh giá tiền từ hình ảnh chính thống, không dùng hình ảnh tiền giả và không chia sẻ thông tin cá nhân khi tìm kiếm trực tuyến.</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2350D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Bài 1. Tìm giá tiền của từng loại: bắp ngô, cà rốt, dưa chuột. (Làm việc cá nhân vào vở)</w:t>
            </w:r>
          </w:p>
          <w:p w:rsidR="00D51B6F" w:rsidRPr="002350D1" w:rsidRDefault="0003580F">
            <w:pPr>
              <w:spacing w:after="0" w:line="240" w:lineRule="auto"/>
            </w:pPr>
            <w:r w:rsidRPr="002350D1">
              <w:rPr>
                <w:rFonts w:ascii="Times New Roman" w:eastAsia="Times New Roman" w:hAnsi="Times New Roman"/>
                <w:sz w:val="26"/>
              </w:rPr>
              <w:lastRenderedPageBreak/>
              <w:t>- HS quan sát hình SGK.</w:t>
            </w:r>
          </w:p>
          <w:p w:rsidR="00D51B6F" w:rsidRPr="002350D1" w:rsidRDefault="00D51B6F">
            <w:pPr>
              <w:spacing w:after="0" w:line="240" w:lineRule="auto"/>
              <w:jc w:val="center"/>
            </w:pP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cho HS đọc yêu cầu Bài 1.</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Tìm giá tiền của từng loại: bắp ngô, cà rốt, dưa chuột.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Tích hợp NLS - PowerPoint hình ảnh tờ tiền chính thống: GV trình chiếu hình ảnh tờ tiền Việt Nam từ nguồn chính thống do GV chuẩn bị sẵn, hướng dẫn HS quan sát mệnh giá, màu sắc, chữ số và đơn vị đồng; GV nhấn mạnh HS chỉ xem hình để học nhận biết tiền, không sao chép, chỉnh sửa, in ấn hình tiền; khi cần tìm thông tin trên Internet phải có người lớn/GV hướng dẫn, không nhập họ tên, địa chỉ, số điện thoại hay thông tin cá nhân. HS đối chiếu mệnh giá trong SGK với hình trình chiếu, đọc to giá tiền và ghi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hình ảnh chính thống, đọc đúng mệnh giá và ghi nhớ không chia sẻ thông tin cá nhân khi dùng Internet.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Bắp ngô giá bao nhiêu tiền?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Bắp ngô giá 10 000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Cà rốt giá bao nhiêu tiền?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Cà rốt giá 8 000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Dưa chuột giá bao nhiêu tiền?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Dưa chuột giá 5 000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kết quả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viết: Bắp ngô 10 000 đồng; cà rốt 8 000 đồng; dưa chuột 5 000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Khi đọc giá tiền, cần nhận biết đúng mệnh giá và ghi đúng đơn vị đồng.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2. Giá tiền bắp ngô đầu vụ, giữa vụ. (Làm việc cá nhân)</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2.</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Đầu vụ, 1 bắp ngô giá 5 000 đồng; giữa vụ, 5 000 đồng mua được 2 bắp ngô.</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Giữa vụ, giá tiền 1 bắp ngô là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5 000 : 2 = 2 500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Giá tiền 1 bắp ngô đầu vụ nhiều hơn giữa vụ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5 000 - 2 500 = 2 500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làm cá nhân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kết quả: a) 2 500 đồng; b) 2 500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Vì sao giữa vụ cùng 5 000 đồng mua được nhiều bắp ngô hơn?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Vì giá bắp ngô giữa vụ rẻ hơn đầu vụ.</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trước lớp.</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và nhận xét bài của bạn.</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Muốn so sánh giá tiền, cần tính giá một đơn vị rồi lấy hiệu.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3. Bán nước chanh. (Làm việc cá nhân vào vở)</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đề Bài 3.</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bảng tiền mua nước, đường kính, chanh và tiền bán nước chanh.</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xml:space="preserve">- GV hỏi: Tổng tiền mua nguyên liệu là bao </w:t>
            </w:r>
            <w:r w:rsidRPr="002350D1">
              <w:rPr>
                <w:rFonts w:ascii="Times New Roman" w:eastAsia="Times New Roman" w:hAnsi="Times New Roman"/>
                <w:sz w:val="26"/>
              </w:rPr>
              <w:lastRenderedPageBreak/>
              <w:t>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xml:space="preserve">- HS trả lời: 20 000 + 14 000 + 10 000 = 44 </w:t>
            </w:r>
            <w:r w:rsidRPr="002350D1">
              <w:rPr>
                <w:rFonts w:ascii="Times New Roman" w:eastAsia="Times New Roman" w:hAnsi="Times New Roman"/>
                <w:sz w:val="26"/>
              </w:rPr>
              <w:lastRenderedPageBreak/>
              <w:t>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hỏi: Nam và Mai bán nước chanh được bao nhiêu tiền?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80 000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Sau khi trừ tiền mua nguyên liệu, hai bạn còn lại bao nhiêu tiền?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80 000 - 44 000 = 36 000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bài giải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a) 44 000 đồng; b) 36 000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mời HS nhận xét bài giải của bạn.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nhận xét cách trình bày và đơn vị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Khi bán hàng, cần tính tổng chi phí rồi lấy tiền thu được trừ chi phí để biết còn lại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4. Đổi tiền. (Làm việc nhóm 2)</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4.</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Số?</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làm nhóm 2, dùng thẻ tiền mô phỏng để đổi giá trị tương đương.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trao đổi nhóm 2 và dùng thẻ tiền để thử đổi.</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2 tờ 10 000 đồng đổi được 1 tờ bao nhiêu đồng?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20 000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Mấy tờ 10 000 đồng đổi được 1 tờ 50 000 đồng?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5 tờ.</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1 tờ 50 000 đồng đổi được 1 tờ 10 000 đồng và mấy tờ 20 000 đồng?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 tờ 20 000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1 tờ 100 000 đồng đổi được mấy tờ 50 000 đồng?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 tờ.</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kết quả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viết: 20 000; 5; 2; 2.</w:t>
            </w:r>
          </w:p>
        </w:tc>
      </w:tr>
      <w:tr w:rsidR="002350D1" w:rsidRPr="002350D1" w:rsidTr="002350D1">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Đổi tiền cần giữ nguyên tổng giá trị tiền.</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3. Vận dụng - Trải nghiệm (5 phút):</w:t>
            </w:r>
          </w:p>
          <w:p w:rsidR="00D51B6F" w:rsidRPr="002350D1" w:rsidRDefault="0003580F">
            <w:pPr>
              <w:spacing w:after="0" w:line="240" w:lineRule="auto"/>
            </w:pPr>
            <w:r w:rsidRPr="002350D1">
              <w:rPr>
                <w:rFonts w:ascii="Times New Roman" w:eastAsia="Times New Roman" w:hAnsi="Times New Roman"/>
                <w:sz w:val="26"/>
              </w:rPr>
              <w:t>- Mục tiêu: Củng cố tính tiền, đổi tiền và liên hệ chi tiêu tiết kiệm.</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2350D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Khi mua hàng, muốn biết được trả lại bao nhiêu tiền, em làm thế nào?</w:t>
            </w: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Lấy số tiền đưa cho người bán trừ số tiền phải trả.</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Vì sao cần dùng tiền tiết kiệm, đúng mục đích?</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Vì tiền do lao động làm ra, cần quý trọng và chi tiêu hợp lí.</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nhận xét tiết học, tuyên dương HS biết tính tiền và đổi tiền đúng.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dặn dò HS về nhà quan sát các mệnh giá tiền cùng người thân và chuẩn bị Bài 69.</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nhớ nhiệm vụ.</w:t>
            </w:r>
          </w:p>
        </w:tc>
      </w:tr>
    </w:tbl>
    <w:p w:rsidR="00D51B6F" w:rsidRPr="002350D1" w:rsidRDefault="0003580F">
      <w:pPr>
        <w:spacing w:after="0" w:line="240" w:lineRule="auto"/>
      </w:pPr>
      <w:r w:rsidRPr="002350D1">
        <w:rPr>
          <w:rFonts w:ascii="Times New Roman" w:eastAsia="Times New Roman" w:hAnsi="Times New Roman"/>
          <w:b/>
          <w:sz w:val="26"/>
        </w:rPr>
        <w:t>IV. ĐIỀU CHỈNH SAU BÀI DẠY:</w:t>
      </w:r>
    </w:p>
    <w:p w:rsidR="00D51B6F" w:rsidRPr="002350D1" w:rsidRDefault="0003580F">
      <w:pPr>
        <w:spacing w:after="0" w:line="240" w:lineRule="auto"/>
      </w:pPr>
      <w:r w:rsidRPr="002350D1">
        <w:rPr>
          <w:rFonts w:ascii="Times New Roman" w:eastAsia="Times New Roman" w:hAnsi="Times New Roman"/>
          <w:sz w:val="26"/>
        </w:rPr>
        <w:t>.......................................................................................................................................</w:t>
      </w:r>
    </w:p>
    <w:p w:rsidR="00D51B6F" w:rsidRPr="002350D1" w:rsidRDefault="0003580F">
      <w:pPr>
        <w:spacing w:after="0" w:line="240" w:lineRule="auto"/>
      </w:pPr>
      <w:r w:rsidRPr="002350D1">
        <w:rPr>
          <w:rFonts w:ascii="Times New Roman" w:eastAsia="Times New Roman" w:hAnsi="Times New Roman"/>
          <w:sz w:val="26"/>
        </w:rPr>
        <w:t>.......................................................................................................................................</w:t>
      </w:r>
    </w:p>
    <w:p w:rsidR="00D51B6F" w:rsidRPr="002350D1" w:rsidRDefault="0003580F">
      <w:pPr>
        <w:spacing w:after="0" w:line="240" w:lineRule="auto"/>
      </w:pPr>
      <w:r w:rsidRPr="002350D1">
        <w:rPr>
          <w:rFonts w:ascii="Times New Roman" w:eastAsia="Times New Roman" w:hAnsi="Times New Roman"/>
          <w:sz w:val="26"/>
        </w:rPr>
        <w:br w:type="page"/>
      </w:r>
    </w:p>
    <w:p w:rsidR="00D51B6F" w:rsidRPr="002350D1" w:rsidRDefault="0003580F">
      <w:pPr>
        <w:spacing w:after="0" w:line="240" w:lineRule="auto"/>
        <w:jc w:val="center"/>
      </w:pPr>
      <w:r w:rsidRPr="002350D1">
        <w:rPr>
          <w:rFonts w:ascii="Times New Roman" w:eastAsia="Times New Roman" w:hAnsi="Times New Roman"/>
          <w:b/>
          <w:sz w:val="26"/>
        </w:rPr>
        <w:lastRenderedPageBreak/>
        <w:t>TUẦN 30</w:t>
      </w:r>
    </w:p>
    <w:p w:rsidR="00D51B6F" w:rsidRPr="002350D1" w:rsidRDefault="0003580F">
      <w:pPr>
        <w:spacing w:after="0" w:line="240" w:lineRule="auto"/>
        <w:jc w:val="center"/>
      </w:pPr>
      <w:r w:rsidRPr="002350D1">
        <w:rPr>
          <w:rFonts w:ascii="Times New Roman" w:eastAsia="Times New Roman" w:hAnsi="Times New Roman"/>
          <w:b/>
          <w:sz w:val="26"/>
        </w:rPr>
        <w:t>KẾ HOẠCH BÀI DẠY MÔN TOÁN 3</w:t>
      </w:r>
    </w:p>
    <w:p w:rsidR="00D51B6F" w:rsidRPr="002350D1" w:rsidRDefault="0003580F">
      <w:pPr>
        <w:spacing w:after="0" w:line="240" w:lineRule="auto"/>
        <w:jc w:val="center"/>
      </w:pPr>
      <w:r w:rsidRPr="002350D1">
        <w:rPr>
          <w:rFonts w:ascii="Times New Roman" w:eastAsia="Times New Roman" w:hAnsi="Times New Roman"/>
          <w:b/>
          <w:sz w:val="26"/>
        </w:rPr>
        <w:t>CHỦ ĐỀ 13: XEM ĐỒNG HỒ, THÁNG - NĂM, TIỀN VIỆT NAM</w:t>
      </w:r>
    </w:p>
    <w:p w:rsidR="00D51B6F" w:rsidRPr="002350D1" w:rsidRDefault="0003580F">
      <w:pPr>
        <w:spacing w:after="0" w:line="240" w:lineRule="auto"/>
        <w:jc w:val="center"/>
      </w:pPr>
      <w:r w:rsidRPr="002350D1">
        <w:rPr>
          <w:rFonts w:ascii="Times New Roman" w:eastAsia="Times New Roman" w:hAnsi="Times New Roman"/>
          <w:b/>
          <w:sz w:val="26"/>
        </w:rPr>
        <w:t>Bài 69: Luyện tập chung (Tiết 1) - Trang 88, 89</w:t>
      </w:r>
    </w:p>
    <w:p w:rsidR="00D51B6F" w:rsidRPr="002350D1" w:rsidRDefault="0003580F">
      <w:pPr>
        <w:spacing w:after="0" w:line="240" w:lineRule="auto"/>
      </w:pPr>
      <w:r w:rsidRPr="002350D1">
        <w:rPr>
          <w:rFonts w:ascii="Times New Roman" w:eastAsia="Times New Roman" w:hAnsi="Times New Roman"/>
          <w:b/>
          <w:sz w:val="26"/>
        </w:rPr>
        <w:t>I. YÊU CẦU CẦN ĐẠT:</w:t>
      </w:r>
    </w:p>
    <w:p w:rsidR="00D51B6F" w:rsidRPr="002350D1" w:rsidRDefault="0003580F">
      <w:pPr>
        <w:spacing w:after="0" w:line="240" w:lineRule="auto"/>
      </w:pPr>
      <w:r w:rsidRPr="002350D1">
        <w:rPr>
          <w:rFonts w:ascii="Times New Roman" w:eastAsia="Times New Roman" w:hAnsi="Times New Roman"/>
          <w:b/>
          <w:sz w:val="26"/>
        </w:rPr>
        <w:t>1. Năng lực đặc thù:</w:t>
      </w:r>
    </w:p>
    <w:p w:rsidR="00D51B6F" w:rsidRPr="002350D1" w:rsidRDefault="0003580F">
      <w:pPr>
        <w:spacing w:after="0" w:line="240" w:lineRule="auto"/>
      </w:pPr>
      <w:r w:rsidRPr="002350D1">
        <w:rPr>
          <w:rFonts w:ascii="Times New Roman" w:eastAsia="Times New Roman" w:hAnsi="Times New Roman"/>
          <w:sz w:val="26"/>
        </w:rPr>
        <w:t>- Củng cố đọc giờ, phút trên đồng hồ và đọc lịch tháng.</w:t>
      </w:r>
    </w:p>
    <w:p w:rsidR="00D51B6F" w:rsidRPr="002350D1" w:rsidRDefault="0003580F">
      <w:pPr>
        <w:spacing w:after="0" w:line="240" w:lineRule="auto"/>
      </w:pPr>
      <w:r w:rsidRPr="002350D1">
        <w:rPr>
          <w:rFonts w:ascii="Times New Roman" w:eastAsia="Times New Roman" w:hAnsi="Times New Roman"/>
          <w:sz w:val="26"/>
        </w:rPr>
        <w:t>- Tính được số ngày, số tháng, số phút trong các tình huống đơn giản.</w:t>
      </w:r>
    </w:p>
    <w:p w:rsidR="00D51B6F" w:rsidRPr="002350D1" w:rsidRDefault="0003580F">
      <w:pPr>
        <w:spacing w:after="0" w:line="240" w:lineRule="auto"/>
      </w:pPr>
      <w:r w:rsidRPr="002350D1">
        <w:rPr>
          <w:rFonts w:ascii="Times New Roman" w:eastAsia="Times New Roman" w:hAnsi="Times New Roman"/>
          <w:sz w:val="26"/>
        </w:rPr>
        <w:t>- Tính được giá tiền của món hàng và tiền phải trả thêm.</w:t>
      </w:r>
    </w:p>
    <w:p w:rsidR="00D51B6F" w:rsidRPr="002350D1" w:rsidRDefault="0003580F">
      <w:pPr>
        <w:spacing w:after="0" w:line="240" w:lineRule="auto"/>
      </w:pPr>
      <w:r w:rsidRPr="002350D1">
        <w:rPr>
          <w:rFonts w:ascii="Times New Roman" w:eastAsia="Times New Roman" w:hAnsi="Times New Roman"/>
          <w:sz w:val="26"/>
        </w:rPr>
        <w:t>- Xác định được thời gian đi học bằng xe buýt qua hai đồng hồ.</w:t>
      </w:r>
    </w:p>
    <w:p w:rsidR="00D51B6F" w:rsidRPr="002350D1" w:rsidRDefault="0003580F">
      <w:pPr>
        <w:spacing w:after="0" w:line="240" w:lineRule="auto"/>
      </w:pPr>
      <w:r w:rsidRPr="002350D1">
        <w:rPr>
          <w:rFonts w:ascii="Times New Roman" w:eastAsia="Times New Roman" w:hAnsi="Times New Roman"/>
          <w:b/>
          <w:sz w:val="26"/>
        </w:rPr>
        <w:t>2. Năng lực chung:</w:t>
      </w:r>
    </w:p>
    <w:p w:rsidR="00D51B6F" w:rsidRPr="002350D1" w:rsidRDefault="0003580F">
      <w:pPr>
        <w:spacing w:after="0" w:line="240" w:lineRule="auto"/>
      </w:pPr>
      <w:r w:rsidRPr="002350D1">
        <w:rPr>
          <w:rFonts w:ascii="Times New Roman" w:eastAsia="Times New Roman" w:hAnsi="Times New Roman"/>
          <w:sz w:val="26"/>
        </w:rPr>
        <w:t>- Tự chủ, tự học: tự đọc đồng hồ, lịch và tính thời gian.</w:t>
      </w:r>
    </w:p>
    <w:p w:rsidR="00D51B6F" w:rsidRPr="002350D1" w:rsidRDefault="0003580F">
      <w:pPr>
        <w:spacing w:after="0" w:line="240" w:lineRule="auto"/>
      </w:pPr>
      <w:r w:rsidRPr="002350D1">
        <w:rPr>
          <w:rFonts w:ascii="Times New Roman" w:eastAsia="Times New Roman" w:hAnsi="Times New Roman"/>
          <w:sz w:val="26"/>
        </w:rPr>
        <w:t>- Giao tiếp, hợp tác: trao đổi nhóm 2 khi giải thích cách xem lịch và đi xe buýt.</w:t>
      </w:r>
    </w:p>
    <w:p w:rsidR="00D51B6F" w:rsidRPr="002350D1" w:rsidRDefault="0003580F">
      <w:pPr>
        <w:spacing w:after="0" w:line="240" w:lineRule="auto"/>
      </w:pPr>
      <w:r w:rsidRPr="002350D1">
        <w:rPr>
          <w:rFonts w:ascii="Times New Roman" w:eastAsia="Times New Roman" w:hAnsi="Times New Roman"/>
          <w:sz w:val="26"/>
        </w:rPr>
        <w:t>- Giải quyết vấn đề: vận dụng thời gian, lịch, tiền vào tình huống thực tế.</w:t>
      </w:r>
    </w:p>
    <w:p w:rsidR="00D51B6F" w:rsidRPr="002350D1" w:rsidRDefault="0003580F">
      <w:pPr>
        <w:spacing w:after="0" w:line="240" w:lineRule="auto"/>
      </w:pPr>
      <w:r w:rsidRPr="002350D1">
        <w:rPr>
          <w:rFonts w:ascii="Times New Roman" w:eastAsia="Times New Roman" w:hAnsi="Times New Roman"/>
          <w:b/>
          <w:sz w:val="26"/>
        </w:rPr>
        <w:t>3. Phẩm chất:</w:t>
      </w:r>
    </w:p>
    <w:p w:rsidR="00D51B6F" w:rsidRPr="002350D1" w:rsidRDefault="0003580F">
      <w:pPr>
        <w:spacing w:after="0" w:line="240" w:lineRule="auto"/>
      </w:pPr>
      <w:r w:rsidRPr="002350D1">
        <w:rPr>
          <w:rFonts w:ascii="Times New Roman" w:eastAsia="Times New Roman" w:hAnsi="Times New Roman"/>
          <w:sz w:val="26"/>
        </w:rPr>
        <w:t>- Chăm chỉ: luyện tập tổng hợp các kiến thức đã học.</w:t>
      </w:r>
    </w:p>
    <w:p w:rsidR="00D51B6F" w:rsidRPr="002350D1" w:rsidRDefault="0003580F">
      <w:pPr>
        <w:spacing w:after="0" w:line="240" w:lineRule="auto"/>
      </w:pPr>
      <w:r w:rsidRPr="002350D1">
        <w:rPr>
          <w:rFonts w:ascii="Times New Roman" w:eastAsia="Times New Roman" w:hAnsi="Times New Roman"/>
          <w:sz w:val="26"/>
        </w:rPr>
        <w:t>- Trung thực: tự sửa lỗi khi đọc sai giờ, ngày hoặc tính tiền sai.</w:t>
      </w:r>
    </w:p>
    <w:p w:rsidR="00D51B6F" w:rsidRPr="002350D1" w:rsidRDefault="0003580F">
      <w:pPr>
        <w:spacing w:after="0" w:line="240" w:lineRule="auto"/>
      </w:pPr>
      <w:r w:rsidRPr="002350D1">
        <w:rPr>
          <w:rFonts w:ascii="Times New Roman" w:eastAsia="Times New Roman" w:hAnsi="Times New Roman"/>
          <w:sz w:val="26"/>
        </w:rPr>
        <w:t>- Kĩ năng sống: biết sắp xếp thời gian học tập, vui chơi và sinh hoạt hợp lí.</w:t>
      </w:r>
    </w:p>
    <w:p w:rsidR="00D51B6F" w:rsidRPr="002350D1" w:rsidRDefault="0003580F">
      <w:pPr>
        <w:spacing w:after="0" w:line="240" w:lineRule="auto"/>
      </w:pPr>
      <w:r w:rsidRPr="002350D1">
        <w:rPr>
          <w:rFonts w:ascii="Times New Roman" w:eastAsia="Times New Roman" w:hAnsi="Times New Roman"/>
          <w:b/>
          <w:sz w:val="26"/>
        </w:rPr>
        <w:t>4. Tích hợp:</w:t>
      </w:r>
    </w:p>
    <w:p w:rsidR="00D51B6F" w:rsidRPr="002350D1" w:rsidRDefault="0003580F">
      <w:pPr>
        <w:spacing w:after="0" w:line="240" w:lineRule="auto"/>
      </w:pPr>
      <w:r w:rsidRPr="002350D1">
        <w:rPr>
          <w:rFonts w:ascii="Times New Roman" w:eastAsia="Times New Roman" w:hAnsi="Times New Roman"/>
          <w:sz w:val="26"/>
        </w:rPr>
        <w:t>- Tích hợp KNS: HS biết đọc giờ, xem lịch để sắp xếp việc học, vui chơi, nghỉ ngơi; hình thành thói quen đi học đúng giờ và chuẩn bị đồ dùng trước khi đến lớp.</w:t>
      </w:r>
    </w:p>
    <w:p w:rsidR="00D51B6F" w:rsidRPr="002350D1" w:rsidRDefault="0003580F">
      <w:pPr>
        <w:spacing w:after="0" w:line="240" w:lineRule="auto"/>
      </w:pPr>
      <w:r w:rsidRPr="002350D1">
        <w:rPr>
          <w:rFonts w:ascii="Times New Roman" w:eastAsia="Times New Roman" w:hAnsi="Times New Roman"/>
          <w:b/>
          <w:sz w:val="26"/>
        </w:rPr>
        <w:t>II. ĐỒ DÙNG DẠY HỌC</w:t>
      </w:r>
    </w:p>
    <w:p w:rsidR="00D51B6F" w:rsidRPr="002350D1" w:rsidRDefault="0003580F">
      <w:pPr>
        <w:spacing w:after="0" w:line="240" w:lineRule="auto"/>
      </w:pPr>
      <w:r w:rsidRPr="002350D1">
        <w:rPr>
          <w:rFonts w:ascii="Times New Roman" w:eastAsia="Times New Roman" w:hAnsi="Times New Roman"/>
          <w:sz w:val="26"/>
        </w:rPr>
        <w:t>- Kế hoạch bài dạy, SGK Toán 3 tập hai, bài giảng PowerPoint.</w:t>
      </w:r>
    </w:p>
    <w:p w:rsidR="00D51B6F" w:rsidRPr="002350D1" w:rsidRDefault="0003580F">
      <w:pPr>
        <w:spacing w:after="0" w:line="240" w:lineRule="auto"/>
      </w:pPr>
      <w:r w:rsidRPr="002350D1">
        <w:rPr>
          <w:rFonts w:ascii="Times New Roman" w:eastAsia="Times New Roman" w:hAnsi="Times New Roman"/>
          <w:sz w:val="26"/>
        </w:rPr>
        <w:t>- Đồng hồ mô hình, lịch tháng, bảng con, phiếu học tập.</w:t>
      </w:r>
    </w:p>
    <w:p w:rsidR="00D51B6F" w:rsidRPr="002350D1" w:rsidRDefault="0003580F">
      <w:pPr>
        <w:spacing w:after="0" w:line="240" w:lineRule="auto"/>
      </w:pPr>
      <w:r w:rsidRPr="002350D1">
        <w:rPr>
          <w:rFonts w:ascii="Times New Roman" w:eastAsia="Times New Roman" w:hAnsi="Times New Roman"/>
          <w:sz w:val="26"/>
        </w:rPr>
        <w:t>- Hình cắt từ SGK trang 88, 89.</w:t>
      </w:r>
    </w:p>
    <w:p w:rsidR="00D51B6F" w:rsidRPr="002350D1" w:rsidRDefault="0003580F">
      <w:pPr>
        <w:spacing w:after="0" w:line="240" w:lineRule="auto"/>
      </w:pPr>
      <w:r w:rsidRPr="002350D1">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2350D1" w:rsidRPr="002350D1" w:rsidTr="002350D1">
        <w:trPr>
          <w:jc w:val="center"/>
        </w:trPr>
        <w:tc>
          <w:tcPr>
            <w:tcW w:w="5040" w:type="dxa"/>
            <w:tcBorders>
              <w:bottom w:val="single" w:sz="8" w:space="0" w:color="000000"/>
            </w:tcBorders>
            <w:shd w:val="clear" w:color="auto" w:fill="auto"/>
          </w:tcPr>
          <w:p w:rsidR="00D51B6F" w:rsidRPr="002350D1" w:rsidRDefault="0003580F">
            <w:pPr>
              <w:spacing w:after="0" w:line="240" w:lineRule="auto"/>
              <w:jc w:val="center"/>
            </w:pPr>
            <w:r w:rsidRPr="002350D1">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D51B6F" w:rsidRPr="002350D1" w:rsidRDefault="0003580F">
            <w:pPr>
              <w:spacing w:after="0" w:line="240" w:lineRule="auto"/>
              <w:jc w:val="center"/>
            </w:pPr>
            <w:r w:rsidRPr="002350D1">
              <w:rPr>
                <w:rFonts w:ascii="Times New Roman" w:eastAsia="Times New Roman" w:hAnsi="Times New Roman"/>
                <w:b/>
                <w:sz w:val="26"/>
              </w:rPr>
              <w:t>Hoạt động của học sinh</w:t>
            </w:r>
          </w:p>
        </w:tc>
      </w:tr>
      <w:tr w:rsidR="002350D1" w:rsidRPr="002350D1" w:rsidTr="002350D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1. Khởi động (5 phút):</w:t>
            </w:r>
          </w:p>
          <w:p w:rsidR="00D51B6F" w:rsidRPr="002350D1" w:rsidRDefault="0003580F">
            <w:pPr>
              <w:spacing w:after="0" w:line="240" w:lineRule="auto"/>
            </w:pPr>
            <w:r w:rsidRPr="002350D1">
              <w:rPr>
                <w:rFonts w:ascii="Times New Roman" w:eastAsia="Times New Roman" w:hAnsi="Times New Roman"/>
                <w:sz w:val="26"/>
              </w:rPr>
              <w:t>- Mục tiêu: Ôn đọc giờ, xem lịch và tính tiền đơn giản.</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2350D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2 giờ bằng bao nhiêu phút?</w:t>
            </w: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 giờ = 120 phút.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Khi xem lịch tháng, em cần chú ý những cột nào?</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Cần chú ý các cột thứ trong tuần và ngày trong tháng.</w:t>
            </w:r>
          </w:p>
        </w:tc>
      </w:tr>
      <w:tr w:rsidR="002350D1" w:rsidRPr="002350D1" w:rsidTr="002350D1">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dẫn dắt vào tiết luyện tập chung.</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2. Luyện tập (25 phút):</w:t>
            </w:r>
          </w:p>
          <w:p w:rsidR="00D51B6F" w:rsidRPr="002350D1" w:rsidRDefault="0003580F">
            <w:pPr>
              <w:spacing w:after="0" w:line="240" w:lineRule="auto"/>
            </w:pPr>
            <w:r w:rsidRPr="002350D1">
              <w:rPr>
                <w:rFonts w:ascii="Times New Roman" w:eastAsia="Times New Roman" w:hAnsi="Times New Roman"/>
                <w:sz w:val="26"/>
              </w:rPr>
              <w:t>- Mục tiêu: Luyện đọc giờ, xem lịch, tính tiền, đổi đơn vị thời gian và tính thời gian đi xe buýt.</w:t>
            </w:r>
          </w:p>
          <w:p w:rsidR="00D51B6F" w:rsidRPr="002350D1" w:rsidRDefault="0003580F">
            <w:pPr>
              <w:spacing w:after="0" w:line="240" w:lineRule="auto"/>
            </w:pPr>
            <w:r w:rsidRPr="002350D1">
              <w:rPr>
                <w:rFonts w:ascii="Times New Roman" w:eastAsia="Times New Roman" w:hAnsi="Times New Roman"/>
                <w:sz w:val="26"/>
              </w:rPr>
              <w:t>- Mục tiêu tích hợp KNS: HS biết đọc giờ, xem lịch để đi học đúng giờ, sắp xếp việc học, vui chơi, nghỉ ngơi hợp lí.</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2350D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Bài 1. Xem đồng hồ và cho biết Mai đến nhà mỗi bạn vào lúc nào. (Làm việc cá nhân)</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1.</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xml:space="preserve">- HS đọc: Buổi sáng, Mai và bố đến nhà để </w:t>
            </w:r>
            <w:r w:rsidRPr="002350D1">
              <w:rPr>
                <w:rFonts w:ascii="Times New Roman" w:eastAsia="Times New Roman" w:hAnsi="Times New Roman"/>
                <w:sz w:val="26"/>
              </w:rPr>
              <w:lastRenderedPageBreak/>
              <w:t>tặng bánh cho các bạn.</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hướng dẫn HS đọc đồng hồ theo mẫu.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mẫu: Mai đến nhà Rô-bốt lúc 8 giờ 50 phút hay 9 giờ kém 10 phút.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Mai đến nhà bạn ở góc dưới bên trái lúc mấy giờ?</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Lúc 10 giờ 10 phút sáng.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Mai đến nhà bạn ở bên phải lúc mấy giờ?</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Lúc 11 giờ 25 phút sáng.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làm cá nhân vào vở các giờ trong tranh.</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các thời điểm đọc được từ đồng hồ.</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Tích hợp KNS: GV nhắc HS đọc giờ đúng giúp biết thời điểm đi học, đi chơi, đến nhà bạn và tránh đến muộn. GV hướng dẫn HS liên hệ bản thân: buổi tối chuẩn bị sách vở, đặt báo thức hoặc nhờ người thân nhắc giờ; buổi sáng xem đồng hồ để biết còn bao nhiêu phút trước giờ vào lớp; khi có lịch học, lịch sinh hoạt, cần ghi lại vào sổ tay hoặc lịch gia đình. HS nêu một việc cụ thể sẽ làm để quản lí thời gian tốt hơn như đi ngủ đúng giờ, chuẩn bị cặp từ tối hôm trước, đến lớp đúng giờ.</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 nêu việc cần làm để đi học đúng giờ.</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Đọc giờ chính xác giúp sắp xếp công việc hằng ngày hợp lí.</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2. Xem tờ lịch tháng 4 rồi trả lời câu hỏi. (Làm việc cá nhân vào vở)</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2.</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Xem tờ lịch tháng 4 rồi trả lời câu hỏi.</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Ngày Sách Việt Nam 21 tháng 4 là thứ mấy?</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Chủ nhật.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Thứ Bảy đầu tiên của tháng 4 là ngày nào?</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Ngày 6 tháng 4.</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Nếu ngày 6 tháng 4 có 7 bông hoa và mỗi ngày thêm một bông, cây bắt đầu ra hoa vào ngày nào?</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Ngày 31 tháng 3.</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cách đếm lùi số ngày.</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6/4 là 7 bông, 5/4 là 6 bông, ... 31/3 là 1 bông.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ghi đáp án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a) Chủ nhật; b) ngày 31 tháng 3.</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Xem lịch cần xác định đúng ngày, thứ và đếm đủ số ngày.</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3. Tính giá kẹo và bim bim. (Làm việc cá nhân)</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3.</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xml:space="preserve">- HS đọc: Mai mua một cái kẹo, sau đó muốn trả lại để mua một gói bim bim và phải đưa </w:t>
            </w:r>
            <w:r w:rsidRPr="002350D1">
              <w:rPr>
                <w:rFonts w:ascii="Times New Roman" w:eastAsia="Times New Roman" w:hAnsi="Times New Roman"/>
                <w:sz w:val="26"/>
              </w:rPr>
              <w:lastRenderedPageBreak/>
              <w:t>thêm 5 000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hỏi: Giá của một cái kẹo là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Muốn mua gói bim bim, Mai phải đưa thêm bao nhiêu tiền?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5 000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Giá của một gói bim bim là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2 000 + 5 000 = 7 000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câu trả lời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viết: a) 2 000 đồng; b) 7 000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nhắc HS ghi đúng đơn vị đồng.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kiểm tra đơn vị.</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Khi đổi món hàng, cần lấy giá món đã có cộng số tiền phải trả thêm.</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4. Số? (Làm việc cá nhân vào vở)</w:t>
            </w:r>
          </w:p>
          <w:p w:rsidR="00D51B6F" w:rsidRPr="002350D1" w:rsidRDefault="0003580F">
            <w:pPr>
              <w:spacing w:after="0" w:line="240" w:lineRule="auto"/>
            </w:pPr>
            <w:r w:rsidRPr="002350D1">
              <w:rPr>
                <w:rFonts w:ascii="Times New Roman" w:eastAsia="Times New Roman" w:hAnsi="Times New Roman"/>
                <w:sz w:val="26"/>
              </w:rPr>
              <w:t>- HS quan sát phần Bài 4 trong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4.</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Số?</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2 giờ bằng bao nhiêu phút?</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 giờ = 120 phút.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2 năm bằng bao nhiêu tháng?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 năm = 24 tháng.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ghi kết quả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a) 120; b) 24.</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1 giờ = 60 phút, 1 năm = 12 tháng.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5. Rô-bốt đi học bằng xe buýt. (Làm việc nhóm 2)</w:t>
            </w:r>
          </w:p>
          <w:p w:rsidR="00D51B6F" w:rsidRPr="002350D1" w:rsidRDefault="0003580F" w:rsidP="002350D1">
            <w:pPr>
              <w:spacing w:after="0" w:line="240" w:lineRule="auto"/>
            </w:pPr>
            <w:r w:rsidRPr="002350D1">
              <w:rPr>
                <w:rFonts w:ascii="Times New Roman" w:eastAsia="Times New Roman" w:hAnsi="Times New Roman"/>
                <w:sz w:val="26"/>
              </w:rPr>
              <w:t>- HS quan sát phần Bài 5 trong hình SGK.</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hai hành trình xe buýt.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5.</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Quan sát rồi cho biết Rô-bốt đi từ nhà đến trường mất bao nhiêu phút và từ trường về nhà mất bao nhiêu phút.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làm nhóm 2, đọc giờ bắt đầu và giờ kết thúc ở mỗi hành trình.</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trao đổi nhóm 2.</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Từ nhà đến trường, Rô-bốt đi trong bao nhiêu phút?</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20 phút.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Từ trường về nhà, Rô-bốt đi trong bao nhiêu phút?</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25 phút.</w:t>
            </w:r>
          </w:p>
        </w:tc>
      </w:tr>
      <w:tr w:rsidR="002350D1" w:rsidRPr="002350D1" w:rsidTr="002350D1">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Muốn tính thời gian đi đường, cần lấy thời điểm đến trừ thời điểm xuất phát.</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3. Vận dụng - Trải nghiệm (5 phút):</w:t>
            </w:r>
          </w:p>
          <w:p w:rsidR="00D51B6F" w:rsidRPr="002350D1" w:rsidRDefault="0003580F">
            <w:pPr>
              <w:spacing w:after="0" w:line="240" w:lineRule="auto"/>
            </w:pPr>
            <w:r w:rsidRPr="002350D1">
              <w:rPr>
                <w:rFonts w:ascii="Times New Roman" w:eastAsia="Times New Roman" w:hAnsi="Times New Roman"/>
                <w:sz w:val="26"/>
              </w:rPr>
              <w:t>- Mục tiêu: Củng cố xem giờ, xem lịch, tính tiền và liên hệ đi học đúng giờ.</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2350D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Muốn đi học đúng giờ, em cần biết những gì?</w:t>
            </w: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Cần biết giờ xuất phát, thời gian đi đường và giờ vào học.</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2 giờ bằng bao nhiêu phút?</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120 phút.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nhận xét tiết học, tuyên dương HS biết đọc giờ, xem lịch và tính tiền.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dặn dò HS về nhà xem đồng hồ khi chuẩn bị đi học và chuẩn bị tiết 2.</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nhớ nhiệm vụ.</w:t>
            </w:r>
          </w:p>
        </w:tc>
      </w:tr>
    </w:tbl>
    <w:p w:rsidR="00D51B6F" w:rsidRPr="002350D1" w:rsidRDefault="0003580F">
      <w:pPr>
        <w:spacing w:after="0" w:line="240" w:lineRule="auto"/>
      </w:pPr>
      <w:r w:rsidRPr="002350D1">
        <w:rPr>
          <w:rFonts w:ascii="Times New Roman" w:eastAsia="Times New Roman" w:hAnsi="Times New Roman"/>
          <w:b/>
          <w:sz w:val="26"/>
        </w:rPr>
        <w:t>IV. ĐIỀU CHỈNH SAU BÀI DẠY:</w:t>
      </w:r>
    </w:p>
    <w:p w:rsidR="00D51B6F" w:rsidRPr="002350D1" w:rsidRDefault="0003580F">
      <w:pPr>
        <w:spacing w:after="0" w:line="240" w:lineRule="auto"/>
      </w:pPr>
      <w:r w:rsidRPr="002350D1">
        <w:rPr>
          <w:rFonts w:ascii="Times New Roman" w:eastAsia="Times New Roman" w:hAnsi="Times New Roman"/>
          <w:sz w:val="26"/>
        </w:rPr>
        <w:t>.......................................................................................................................................</w:t>
      </w:r>
    </w:p>
    <w:p w:rsidR="00D51B6F" w:rsidRPr="002350D1" w:rsidRDefault="0003580F">
      <w:pPr>
        <w:spacing w:after="0" w:line="240" w:lineRule="auto"/>
      </w:pPr>
      <w:r w:rsidRPr="002350D1">
        <w:rPr>
          <w:rFonts w:ascii="Times New Roman" w:eastAsia="Times New Roman" w:hAnsi="Times New Roman"/>
          <w:sz w:val="26"/>
        </w:rPr>
        <w:t>.......................................................................................................................................</w:t>
      </w:r>
    </w:p>
    <w:p w:rsidR="00D51B6F" w:rsidRPr="002350D1" w:rsidRDefault="0003580F">
      <w:pPr>
        <w:spacing w:after="0" w:line="240" w:lineRule="auto"/>
        <w:jc w:val="center"/>
      </w:pPr>
      <w:r w:rsidRPr="002350D1">
        <w:rPr>
          <w:rFonts w:ascii="Times New Roman" w:eastAsia="Times New Roman" w:hAnsi="Times New Roman"/>
          <w:b/>
          <w:sz w:val="26"/>
        </w:rPr>
        <w:lastRenderedPageBreak/>
        <w:t>TUẦN 30</w:t>
      </w:r>
    </w:p>
    <w:p w:rsidR="00D51B6F" w:rsidRPr="002350D1" w:rsidRDefault="0003580F">
      <w:pPr>
        <w:spacing w:after="0" w:line="240" w:lineRule="auto"/>
        <w:jc w:val="center"/>
      </w:pPr>
      <w:r w:rsidRPr="002350D1">
        <w:rPr>
          <w:rFonts w:ascii="Times New Roman" w:eastAsia="Times New Roman" w:hAnsi="Times New Roman"/>
          <w:b/>
          <w:sz w:val="26"/>
        </w:rPr>
        <w:t>KẾ HOẠCH BÀI DẠY MÔN TOÁN 3</w:t>
      </w:r>
    </w:p>
    <w:p w:rsidR="00D51B6F" w:rsidRPr="002350D1" w:rsidRDefault="0003580F">
      <w:pPr>
        <w:spacing w:after="0" w:line="240" w:lineRule="auto"/>
        <w:jc w:val="center"/>
      </w:pPr>
      <w:r w:rsidRPr="002350D1">
        <w:rPr>
          <w:rFonts w:ascii="Times New Roman" w:eastAsia="Times New Roman" w:hAnsi="Times New Roman"/>
          <w:b/>
          <w:sz w:val="26"/>
        </w:rPr>
        <w:t>CHỦ ĐỀ 13: XEM ĐỒNG HỒ, THÁNG - NĂM, TIỀN VIỆT NAM</w:t>
      </w:r>
    </w:p>
    <w:p w:rsidR="00D51B6F" w:rsidRPr="002350D1" w:rsidRDefault="0003580F">
      <w:pPr>
        <w:spacing w:after="0" w:line="240" w:lineRule="auto"/>
        <w:jc w:val="center"/>
      </w:pPr>
      <w:r w:rsidRPr="002350D1">
        <w:rPr>
          <w:rFonts w:ascii="Times New Roman" w:eastAsia="Times New Roman" w:hAnsi="Times New Roman"/>
          <w:b/>
          <w:sz w:val="26"/>
        </w:rPr>
        <w:t>Bài 69: Luyện tập chung (Tiết 2) - Trang 90, 91, 92</w:t>
      </w:r>
    </w:p>
    <w:p w:rsidR="00D51B6F" w:rsidRPr="002350D1" w:rsidRDefault="0003580F">
      <w:pPr>
        <w:spacing w:after="0" w:line="240" w:lineRule="auto"/>
      </w:pPr>
      <w:r w:rsidRPr="002350D1">
        <w:rPr>
          <w:rFonts w:ascii="Times New Roman" w:eastAsia="Times New Roman" w:hAnsi="Times New Roman"/>
          <w:b/>
          <w:sz w:val="26"/>
        </w:rPr>
        <w:t>I. YÊU CẦU CẦN ĐẠT:</w:t>
      </w:r>
    </w:p>
    <w:p w:rsidR="00D51B6F" w:rsidRPr="002350D1" w:rsidRDefault="0003580F">
      <w:pPr>
        <w:spacing w:after="0" w:line="240" w:lineRule="auto"/>
      </w:pPr>
      <w:r w:rsidRPr="002350D1">
        <w:rPr>
          <w:rFonts w:ascii="Times New Roman" w:eastAsia="Times New Roman" w:hAnsi="Times New Roman"/>
          <w:b/>
          <w:sz w:val="26"/>
        </w:rPr>
        <w:t>1. Năng lực đặc thù:</w:t>
      </w:r>
    </w:p>
    <w:p w:rsidR="00D51B6F" w:rsidRPr="002350D1" w:rsidRDefault="0003580F">
      <w:pPr>
        <w:spacing w:after="0" w:line="240" w:lineRule="auto"/>
      </w:pPr>
      <w:r w:rsidRPr="002350D1">
        <w:rPr>
          <w:rFonts w:ascii="Times New Roman" w:eastAsia="Times New Roman" w:hAnsi="Times New Roman"/>
          <w:sz w:val="26"/>
        </w:rPr>
        <w:t>- Củng cố đọc đồng hồ trong các hoạt động hằng ngày.</w:t>
      </w:r>
    </w:p>
    <w:p w:rsidR="00D51B6F" w:rsidRPr="002350D1" w:rsidRDefault="0003580F">
      <w:pPr>
        <w:spacing w:after="0" w:line="240" w:lineRule="auto"/>
      </w:pPr>
      <w:r w:rsidRPr="002350D1">
        <w:rPr>
          <w:rFonts w:ascii="Times New Roman" w:eastAsia="Times New Roman" w:hAnsi="Times New Roman"/>
          <w:sz w:val="26"/>
        </w:rPr>
        <w:t>- Đọc được lịch tháng 12 để xác định số ngày hoạt động lặp lại.</w:t>
      </w:r>
    </w:p>
    <w:p w:rsidR="00D51B6F" w:rsidRPr="002350D1" w:rsidRDefault="0003580F">
      <w:pPr>
        <w:spacing w:after="0" w:line="240" w:lineRule="auto"/>
      </w:pPr>
      <w:r w:rsidRPr="002350D1">
        <w:rPr>
          <w:rFonts w:ascii="Times New Roman" w:eastAsia="Times New Roman" w:hAnsi="Times New Roman"/>
          <w:sz w:val="26"/>
        </w:rPr>
        <w:t>- Tính được giá tiền một bút chì khi biết tổng tiền mua ba bút chì.</w:t>
      </w:r>
    </w:p>
    <w:p w:rsidR="00D51B6F" w:rsidRPr="002350D1" w:rsidRDefault="0003580F">
      <w:pPr>
        <w:spacing w:after="0" w:line="240" w:lineRule="auto"/>
      </w:pPr>
      <w:r w:rsidRPr="002350D1">
        <w:rPr>
          <w:rFonts w:ascii="Times New Roman" w:eastAsia="Times New Roman" w:hAnsi="Times New Roman"/>
          <w:sz w:val="26"/>
        </w:rPr>
        <w:t>- Chọn được đồng hồ thích hợp theo quy luật.</w:t>
      </w:r>
    </w:p>
    <w:p w:rsidR="00D51B6F" w:rsidRPr="002350D1" w:rsidRDefault="0003580F">
      <w:pPr>
        <w:spacing w:after="0" w:line="240" w:lineRule="auto"/>
      </w:pPr>
      <w:r w:rsidRPr="002350D1">
        <w:rPr>
          <w:rFonts w:ascii="Times New Roman" w:eastAsia="Times New Roman" w:hAnsi="Times New Roman"/>
          <w:b/>
          <w:sz w:val="26"/>
        </w:rPr>
        <w:t>2. Năng lực chung:</w:t>
      </w:r>
    </w:p>
    <w:p w:rsidR="00D51B6F" w:rsidRPr="002350D1" w:rsidRDefault="0003580F">
      <w:pPr>
        <w:spacing w:after="0" w:line="240" w:lineRule="auto"/>
      </w:pPr>
      <w:r w:rsidRPr="002350D1">
        <w:rPr>
          <w:rFonts w:ascii="Times New Roman" w:eastAsia="Times New Roman" w:hAnsi="Times New Roman"/>
          <w:sz w:val="26"/>
        </w:rPr>
        <w:t>- Tự chủ, tự học: tự đọc đồng hồ, lịch tháng và tính giá tiền.</w:t>
      </w:r>
    </w:p>
    <w:p w:rsidR="00D51B6F" w:rsidRPr="002350D1" w:rsidRDefault="0003580F">
      <w:pPr>
        <w:spacing w:after="0" w:line="240" w:lineRule="auto"/>
      </w:pPr>
      <w:r w:rsidRPr="002350D1">
        <w:rPr>
          <w:rFonts w:ascii="Times New Roman" w:eastAsia="Times New Roman" w:hAnsi="Times New Roman"/>
          <w:sz w:val="26"/>
        </w:rPr>
        <w:t>- Giao tiếp, hợp tác: trao đổi nhóm 2 khi chọn đồng hồ theo quy luật.</w:t>
      </w:r>
    </w:p>
    <w:p w:rsidR="00D51B6F" w:rsidRPr="002350D1" w:rsidRDefault="0003580F">
      <w:pPr>
        <w:spacing w:after="0" w:line="240" w:lineRule="auto"/>
      </w:pPr>
      <w:r w:rsidRPr="002350D1">
        <w:rPr>
          <w:rFonts w:ascii="Times New Roman" w:eastAsia="Times New Roman" w:hAnsi="Times New Roman"/>
          <w:sz w:val="26"/>
        </w:rPr>
        <w:t>- Giải quyết vấn đề: vận dụng thời gian, lịch và tiền vào tình huống thực tế.</w:t>
      </w:r>
    </w:p>
    <w:p w:rsidR="00D51B6F" w:rsidRPr="002350D1" w:rsidRDefault="0003580F">
      <w:pPr>
        <w:spacing w:after="0" w:line="240" w:lineRule="auto"/>
      </w:pPr>
      <w:r w:rsidRPr="002350D1">
        <w:rPr>
          <w:rFonts w:ascii="Times New Roman" w:eastAsia="Times New Roman" w:hAnsi="Times New Roman"/>
          <w:b/>
          <w:sz w:val="26"/>
        </w:rPr>
        <w:t>3. Phẩm chất:</w:t>
      </w:r>
    </w:p>
    <w:p w:rsidR="00D51B6F" w:rsidRPr="002350D1" w:rsidRDefault="0003580F">
      <w:pPr>
        <w:spacing w:after="0" w:line="240" w:lineRule="auto"/>
      </w:pPr>
      <w:r w:rsidRPr="002350D1">
        <w:rPr>
          <w:rFonts w:ascii="Times New Roman" w:eastAsia="Times New Roman" w:hAnsi="Times New Roman"/>
          <w:sz w:val="26"/>
        </w:rPr>
        <w:t>- Chăm chỉ: luyện tập đọc giờ, xem lịch và tính tiền.</w:t>
      </w:r>
    </w:p>
    <w:p w:rsidR="00D51B6F" w:rsidRPr="002350D1" w:rsidRDefault="0003580F">
      <w:pPr>
        <w:spacing w:after="0" w:line="240" w:lineRule="auto"/>
      </w:pPr>
      <w:r w:rsidRPr="002350D1">
        <w:rPr>
          <w:rFonts w:ascii="Times New Roman" w:eastAsia="Times New Roman" w:hAnsi="Times New Roman"/>
          <w:sz w:val="26"/>
        </w:rPr>
        <w:t>- Trung thực: tự sửa lỗi khi chọn sai đồng hồ hoặc đọc sai lịch.</w:t>
      </w:r>
    </w:p>
    <w:p w:rsidR="00D51B6F" w:rsidRPr="002350D1" w:rsidRDefault="0003580F">
      <w:pPr>
        <w:spacing w:after="0" w:line="240" w:lineRule="auto"/>
      </w:pPr>
      <w:r w:rsidRPr="002350D1">
        <w:rPr>
          <w:rFonts w:ascii="Times New Roman" w:eastAsia="Times New Roman" w:hAnsi="Times New Roman"/>
          <w:sz w:val="26"/>
        </w:rPr>
        <w:t>- Trách nhiệm: biết đi xe buýt an toàn và không chia sẻ vị trí cá nhân khi dùng công cụ số.</w:t>
      </w:r>
    </w:p>
    <w:p w:rsidR="00D51B6F" w:rsidRPr="002350D1" w:rsidRDefault="0003580F">
      <w:pPr>
        <w:spacing w:after="0" w:line="240" w:lineRule="auto"/>
      </w:pPr>
      <w:r w:rsidRPr="002350D1">
        <w:rPr>
          <w:rFonts w:ascii="Times New Roman" w:eastAsia="Times New Roman" w:hAnsi="Times New Roman"/>
          <w:b/>
          <w:sz w:val="26"/>
        </w:rPr>
        <w:t>4. Tích hợp:</w:t>
      </w:r>
    </w:p>
    <w:p w:rsidR="00D51B6F" w:rsidRPr="002350D1" w:rsidRDefault="0003580F">
      <w:pPr>
        <w:spacing w:after="0" w:line="240" w:lineRule="auto"/>
      </w:pPr>
      <w:r w:rsidRPr="002350D1">
        <w:rPr>
          <w:rFonts w:ascii="Times New Roman" w:eastAsia="Times New Roman" w:hAnsi="Times New Roman"/>
          <w:sz w:val="26"/>
        </w:rPr>
        <w:t>- Tích hợp ATGT: HS biết đi xe buýt an toàn, xếp hàng, lên xuống xe đúng cách, giữ trật tự nơi công cộng và quản lí thời gian để đi học đúng giờ.</w:t>
      </w:r>
    </w:p>
    <w:p w:rsidR="00D51B6F" w:rsidRPr="002350D1" w:rsidRDefault="0003580F">
      <w:pPr>
        <w:spacing w:after="0" w:line="240" w:lineRule="auto"/>
      </w:pPr>
      <w:r w:rsidRPr="002350D1">
        <w:rPr>
          <w:rFonts w:ascii="Times New Roman" w:eastAsia="Times New Roman" w:hAnsi="Times New Roman"/>
          <w:sz w:val="26"/>
        </w:rPr>
        <w:t>- Tích hợp NLS 5.2.CB1a: GV trình chiếu bản đồ số Google Maps ở chế độ mô phỏng tuyến xe buýt và đồng hồ số; chỉ chọn các câu dạng chọn đồng hồ hoặc chọn đáp án về thời gian trong SGK đưa lên Quizizz. HS đọc thời gian di chuyển, xem phản hồi và không chia sẻ vị trí cá nhân, địa chỉ nhà khi sử dụng công cụ số.</w:t>
      </w:r>
    </w:p>
    <w:p w:rsidR="00D51B6F" w:rsidRPr="002350D1" w:rsidRDefault="0003580F">
      <w:pPr>
        <w:spacing w:after="0" w:line="240" w:lineRule="auto"/>
      </w:pPr>
      <w:r w:rsidRPr="002350D1">
        <w:rPr>
          <w:rFonts w:ascii="Times New Roman" w:eastAsia="Times New Roman" w:hAnsi="Times New Roman"/>
          <w:b/>
          <w:sz w:val="26"/>
        </w:rPr>
        <w:t>II. ĐỒ DÙNG DẠY HỌC</w:t>
      </w:r>
    </w:p>
    <w:p w:rsidR="00D51B6F" w:rsidRPr="002350D1" w:rsidRDefault="0003580F">
      <w:pPr>
        <w:spacing w:after="0" w:line="240" w:lineRule="auto"/>
      </w:pPr>
      <w:r w:rsidRPr="002350D1">
        <w:rPr>
          <w:rFonts w:ascii="Times New Roman" w:eastAsia="Times New Roman" w:hAnsi="Times New Roman"/>
          <w:sz w:val="26"/>
        </w:rPr>
        <w:t>- Kế hoạch bài dạy, SGK Toán 3 tập hai, bài giảng PowerPoint.</w:t>
      </w:r>
    </w:p>
    <w:p w:rsidR="00D51B6F" w:rsidRPr="002350D1" w:rsidRDefault="0003580F">
      <w:pPr>
        <w:spacing w:after="0" w:line="240" w:lineRule="auto"/>
      </w:pPr>
      <w:r w:rsidRPr="002350D1">
        <w:rPr>
          <w:rFonts w:ascii="Times New Roman" w:eastAsia="Times New Roman" w:hAnsi="Times New Roman"/>
          <w:sz w:val="26"/>
        </w:rPr>
        <w:t>- Quizizz câu hỏi chọn đồng hồ, Google Maps mô phỏng tuyến xe buýt, đồng hồ số.</w:t>
      </w:r>
    </w:p>
    <w:p w:rsidR="00D51B6F" w:rsidRPr="002350D1" w:rsidRDefault="0003580F">
      <w:pPr>
        <w:spacing w:after="0" w:line="240" w:lineRule="auto"/>
      </w:pPr>
      <w:r w:rsidRPr="002350D1">
        <w:rPr>
          <w:rFonts w:ascii="Times New Roman" w:eastAsia="Times New Roman" w:hAnsi="Times New Roman"/>
          <w:sz w:val="26"/>
        </w:rPr>
        <w:t>- Hình cắt từ SGK trang 90, 91, 92.</w:t>
      </w:r>
    </w:p>
    <w:p w:rsidR="00D51B6F" w:rsidRPr="002350D1" w:rsidRDefault="0003580F">
      <w:pPr>
        <w:spacing w:after="0" w:line="240" w:lineRule="auto"/>
      </w:pPr>
      <w:r w:rsidRPr="002350D1">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2350D1" w:rsidRPr="002350D1" w:rsidTr="002350D1">
        <w:trPr>
          <w:jc w:val="center"/>
        </w:trPr>
        <w:tc>
          <w:tcPr>
            <w:tcW w:w="5040" w:type="dxa"/>
            <w:tcBorders>
              <w:bottom w:val="single" w:sz="8" w:space="0" w:color="000000"/>
            </w:tcBorders>
            <w:shd w:val="clear" w:color="auto" w:fill="auto"/>
          </w:tcPr>
          <w:p w:rsidR="00D51B6F" w:rsidRPr="002350D1" w:rsidRDefault="0003580F">
            <w:pPr>
              <w:spacing w:after="0" w:line="240" w:lineRule="auto"/>
              <w:jc w:val="center"/>
            </w:pPr>
            <w:r w:rsidRPr="002350D1">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D51B6F" w:rsidRPr="002350D1" w:rsidRDefault="0003580F">
            <w:pPr>
              <w:spacing w:after="0" w:line="240" w:lineRule="auto"/>
              <w:jc w:val="center"/>
            </w:pPr>
            <w:r w:rsidRPr="002350D1">
              <w:rPr>
                <w:rFonts w:ascii="Times New Roman" w:eastAsia="Times New Roman" w:hAnsi="Times New Roman"/>
                <w:b/>
                <w:sz w:val="26"/>
              </w:rPr>
              <w:t>Hoạt động của học sinh</w:t>
            </w:r>
          </w:p>
        </w:tc>
      </w:tr>
      <w:tr w:rsidR="002350D1" w:rsidRPr="002350D1" w:rsidTr="002350D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1. Khởi động (5 phút):</w:t>
            </w:r>
          </w:p>
          <w:p w:rsidR="00D51B6F" w:rsidRPr="002350D1" w:rsidRDefault="0003580F">
            <w:pPr>
              <w:spacing w:after="0" w:line="240" w:lineRule="auto"/>
            </w:pPr>
            <w:r w:rsidRPr="002350D1">
              <w:rPr>
                <w:rFonts w:ascii="Times New Roman" w:eastAsia="Times New Roman" w:hAnsi="Times New Roman"/>
                <w:sz w:val="26"/>
              </w:rPr>
              <w:t>- Mục tiêu: Ôn xem giờ và nhắc lại an toàn khi đi xe buýt.</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2350D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Khi đi xe buýt, em cần làm gì để an toàn?</w:t>
            </w: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Em xếp hàng, lên xuống xe đúng cách, không chen lấn, giữ trật tự.</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nhanh hai giờ trên đồng hồ mô hình.</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giờ theo đồng hồ GV đưa.</w:t>
            </w:r>
          </w:p>
        </w:tc>
      </w:tr>
      <w:tr w:rsidR="002350D1" w:rsidRPr="002350D1" w:rsidTr="002350D1">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dẫn dắt vào tiết luyện tập chung.</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2. Luyện tập (25 phút):</w:t>
            </w:r>
          </w:p>
          <w:p w:rsidR="00D51B6F" w:rsidRPr="002350D1" w:rsidRDefault="0003580F">
            <w:pPr>
              <w:spacing w:after="0" w:line="240" w:lineRule="auto"/>
            </w:pPr>
            <w:r w:rsidRPr="002350D1">
              <w:rPr>
                <w:rFonts w:ascii="Times New Roman" w:eastAsia="Times New Roman" w:hAnsi="Times New Roman"/>
                <w:sz w:val="26"/>
              </w:rPr>
              <w:t>- Mục tiêu: Luyện đọc đồng hồ, xem lịch, tính tiền và chọn đồng hồ theo quy luật.</w:t>
            </w:r>
          </w:p>
          <w:p w:rsidR="00D51B6F" w:rsidRPr="002350D1" w:rsidRDefault="0003580F">
            <w:pPr>
              <w:spacing w:after="0" w:line="240" w:lineRule="auto"/>
            </w:pPr>
            <w:r w:rsidRPr="002350D1">
              <w:rPr>
                <w:rFonts w:ascii="Times New Roman" w:eastAsia="Times New Roman" w:hAnsi="Times New Roman"/>
                <w:sz w:val="26"/>
              </w:rPr>
              <w:t>- Mục tiêu tích hợp ATGT, NLS: HS biết đi xe buýt an toàn, quản lí thời gian và không chia sẻ vị trí cá nhân khi dùng công cụ số.</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2350D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Bài 1. Mai thực hiện hai hoạt động nào trước? (Làm việc cá nhân)</w:t>
            </w:r>
          </w:p>
          <w:p w:rsidR="00D51B6F" w:rsidRPr="002350D1" w:rsidRDefault="0003580F">
            <w:pPr>
              <w:spacing w:after="0" w:line="240" w:lineRule="auto"/>
            </w:pPr>
            <w:r w:rsidRPr="002350D1">
              <w:rPr>
                <w:rFonts w:ascii="Times New Roman" w:eastAsia="Times New Roman" w:hAnsi="Times New Roman"/>
                <w:sz w:val="26"/>
              </w:rPr>
              <w:lastRenderedPageBreak/>
              <w:t>- HS quan sát hình SGK.</w:t>
            </w:r>
          </w:p>
          <w:p w:rsidR="00D51B6F" w:rsidRPr="002350D1" w:rsidRDefault="00D51B6F">
            <w:pPr>
              <w:spacing w:after="0" w:line="240" w:lineRule="auto"/>
              <w:jc w:val="center"/>
            </w:pP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cho HS đọc yêu cầu Bài 1.</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Sáng thứ Bảy, Mai đã thực hiện hai hoạt động... Hỏi Mai thực hiện hoạt động nào trước?</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đồng hồ ở từng tranh.</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giờ trên các đồng hồ trong tranh.</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Ở câu a, Mai làm bài tập và sắp xếp giá sách, hoạt động nào diễn ra trước?</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Mai làm bài tập trước, sắp xếp giá sách sau.</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Ở câu b, gấp quần áo và làm bánh, hoạt động nào diễn ra trước?</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Gấp quần áo trước, làm bánh sau.</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Ở câu c, xem phim và đọc truyện, hoạt động nào diễn ra trước?</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Xem phim trước, đọc truyện sau.</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cách xác định hoạt động trước, sau.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So sánh thời điểm trên đồng hồ, thời điểm nhỏ hơn diễn ra trước.</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Đọc đúng giờ giúp biết thứ tự các hoạt động trong ngày.</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2. Xem tờ lịch tháng 12. (Làm việc cá nhân vào vở)</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2.</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Xem tờ lịch tháng 12 rồi trả lời các câu hỏi.</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Rô-bốt tưới hoa vào Chủ nhật hằng tuần. Trong tháng 12 có mấy lần tưới hoa?</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5 lần, vào các ngày 1, 8, 15, 22, 29.</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Mai bắt đầu học võ vào chiều thứ Bảy hằng tuần từ ngày 14 tháng 12. Mai có bao nhiêu buổi học võ trong tháng 12?</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3 buổi, vào các ngày 14, 21, 28.</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cách xem lịch.</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Quan sát cột Chủ nhật và cột Thứ Bảy trong tháng 12.</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nhắc HS khi xem lịch cần tính đúng ngày bắt đầu.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ghi đáp án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a) 5 lần; b) 3 buổi.</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Hoạt động lặp lại hằng tuần được xác định theo cột thứ trong lịch.</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3. Tính giá tiền một cái bút chì. (Làm việc cá nhân)</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3.</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Nam dùng toàn bộ số tiền trong hình để mua ba cái bút chì giống nhau.</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Nam có bao nhiêu tiền?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2 000 + 2 000 + 5 000 = 9 000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Ba cái bút chì giá 9 000 đồng, một cái bút chì giá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9 000 : 3 = 3 000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Nếu Việt mua một cái bút chì giống Nam, Việt phải trả bao nhiêu tiền?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3 000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phép tính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viết: 9 000 : 3 = 3 000 đồng.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kết luận: Muốn tìm giá một món giống nhau, lấy tổng tiền chia cho số món.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Tích hợp ATGT, NLS: GV liên hệ việc sử dụng bản đồ số hoặc ứng dụng xe buýt chỉ ở mức mô phỏng tuyến đường, không yêu cầu HS nhập địa chỉ nhà hay chia sẻ vị trí cá nhân. GV nhắc khi đi xe buýt cần đến điểm đón sớm, xếp hàng, lên xuống xe đúng cửa, bám tay vịn, không đùa nghịch, không chạy qua đường trước đầu xe. HS nêu cách quản lí thời gian đi học: xem giờ xuất phát, tính thời gian đi đường, chuẩn bị đồ dùng trước để không vội vàng và đảm bảo an toàn.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 và nêu một việc làm an toàn khi đi xe buýt.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4. Chọn đồng hồ thích hợp thay vào ô có dấu hỏi. (Làm việc nhóm 2 trên Quizizz)</w:t>
            </w:r>
          </w:p>
          <w:p w:rsidR="00D51B6F" w:rsidRPr="002350D1" w:rsidRDefault="0003580F" w:rsidP="002350D1">
            <w:pPr>
              <w:spacing w:after="0" w:line="240" w:lineRule="auto"/>
            </w:pPr>
            <w:r w:rsidRPr="002350D1">
              <w:rPr>
                <w:rFonts w:ascii="Times New Roman" w:eastAsia="Times New Roman" w:hAnsi="Times New Roman"/>
                <w:sz w:val="26"/>
              </w:rPr>
              <w:t>- HS quan sát hình SGK.</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4.</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Chọn đồng hồ thích hợp thay vào ô có dấu hỏi.</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Tích hợp NLS - Công cụ Quizizz: GV đưa câu hỏi dạng chọn đáp án/chọn đồng hồ đúng lên Quizizz để HS luyện nhanh; trước khi bấm chọn, HS phải đọc yêu cầu trong SGK, tự tính hoặc tự đọc đồng hồ vào nháp. Sau mỗi câu, GV yêu cầu HS xem phản hồi, ghi lại lỗi sai như nhầm ngày, nhầm thứ, nhầm kim giờ, kim phút, rồi sửa vào vở. GV nhấn mạnh Quizizz chỉ là công cụ tự kiểm tra, kết quả đúng phải được giải thích bằng kiến thức xem lịch, xem đồng hồ.</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làm Quizizz, xem phản hồi và sửa lỗi.</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làm nhóm 2, quan sát dãy đồng hồ câu a.</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trao đổi nhóm 2 để tìm quy luật.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Muốn chọn đồng hồ đúng, em cần quan sát gì?</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Quan sát kim giờ, kim phút và khoảng thời gian thay đổi giữa các đồng hồ.</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đáp án câu a, b theo lựa chọn đúng trên Quizizz.</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đáp án đã chọn và giải thích quy luật.</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nhận xét, chốt đáp án đúng theo phản hồi của Quizizz.</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sửa bài nếu sai.</w:t>
            </w:r>
          </w:p>
        </w:tc>
      </w:tr>
      <w:tr w:rsidR="002350D1" w:rsidRPr="002350D1" w:rsidTr="002350D1">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Chọn đồng hồ theo quy luật cần quan sát thứ tự thời gian và sự dịch chuyển của kim.</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3. Vận dụng - Trải nghiệm (5 phút):</w:t>
            </w:r>
          </w:p>
          <w:p w:rsidR="00D51B6F" w:rsidRPr="002350D1" w:rsidRDefault="0003580F">
            <w:pPr>
              <w:spacing w:after="0" w:line="240" w:lineRule="auto"/>
            </w:pPr>
            <w:r w:rsidRPr="002350D1">
              <w:rPr>
                <w:rFonts w:ascii="Times New Roman" w:eastAsia="Times New Roman" w:hAnsi="Times New Roman"/>
                <w:sz w:val="26"/>
              </w:rPr>
              <w:t>- Mục tiêu: Củng cố xem giờ, xem lịch, tính giá tiền và giáo dục đi xe buýt an toàn.</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2350D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Khi xem lịch hoạt động hằng tuần, em cần quan sát gì?</w:t>
            </w: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Quan sát đúng cột thứ và các ngày trong tháng.</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xml:space="preserve">- GV hỏi: Khi dùng bản đồ số hoặc Google </w:t>
            </w:r>
            <w:r w:rsidRPr="002350D1">
              <w:rPr>
                <w:rFonts w:ascii="Times New Roman" w:eastAsia="Times New Roman" w:hAnsi="Times New Roman"/>
                <w:sz w:val="26"/>
              </w:rPr>
              <w:lastRenderedPageBreak/>
              <w:t>Maps, em không nên chia sẻ điều gì?</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xml:space="preserve">- HS trả lời: Không chia sẻ vị trí cá nhân, địa </w:t>
            </w:r>
            <w:r w:rsidRPr="002350D1">
              <w:rPr>
                <w:rFonts w:ascii="Times New Roman" w:eastAsia="Times New Roman" w:hAnsi="Times New Roman"/>
                <w:sz w:val="26"/>
              </w:rPr>
              <w:lastRenderedPageBreak/>
              <w:t>chỉ nhà.</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nhận xét tiết học, tuyên dương HS làm bài cẩn thận và biết liên hệ an toàn giao thông.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2350D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dặn dò HS ôn xem giờ, xem lịch và chuẩn bị tiết 3.</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nhớ nhiệm vụ.</w:t>
            </w:r>
          </w:p>
        </w:tc>
      </w:tr>
    </w:tbl>
    <w:p w:rsidR="00D51B6F" w:rsidRPr="002350D1" w:rsidRDefault="0003580F">
      <w:pPr>
        <w:spacing w:after="0" w:line="240" w:lineRule="auto"/>
      </w:pPr>
      <w:r w:rsidRPr="002350D1">
        <w:rPr>
          <w:rFonts w:ascii="Times New Roman" w:eastAsia="Times New Roman" w:hAnsi="Times New Roman"/>
          <w:b/>
          <w:sz w:val="26"/>
        </w:rPr>
        <w:t>IV. ĐIỀU CHỈNH SAU BÀI DẠY:</w:t>
      </w:r>
    </w:p>
    <w:p w:rsidR="00D51B6F" w:rsidRPr="002350D1" w:rsidRDefault="0003580F">
      <w:pPr>
        <w:spacing w:after="0" w:line="240" w:lineRule="auto"/>
      </w:pPr>
      <w:r w:rsidRPr="002350D1">
        <w:rPr>
          <w:rFonts w:ascii="Times New Roman" w:eastAsia="Times New Roman" w:hAnsi="Times New Roman"/>
          <w:sz w:val="26"/>
        </w:rPr>
        <w:t>.......................................................................................................................................</w:t>
      </w:r>
    </w:p>
    <w:p w:rsidR="00D51B6F" w:rsidRPr="002350D1" w:rsidRDefault="0003580F">
      <w:pPr>
        <w:spacing w:after="0" w:line="240" w:lineRule="auto"/>
      </w:pPr>
      <w:r w:rsidRPr="002350D1">
        <w:rPr>
          <w:rFonts w:ascii="Times New Roman" w:eastAsia="Times New Roman" w:hAnsi="Times New Roman"/>
          <w:sz w:val="26"/>
        </w:rPr>
        <w:t>.......................................................................................................................................</w:t>
      </w:r>
    </w:p>
    <w:p w:rsidR="00D51B6F" w:rsidRPr="002350D1" w:rsidRDefault="0003580F">
      <w:pPr>
        <w:spacing w:after="0" w:line="240" w:lineRule="auto"/>
        <w:jc w:val="center"/>
      </w:pPr>
      <w:r w:rsidRPr="002350D1">
        <w:rPr>
          <w:rFonts w:ascii="Times New Roman" w:eastAsia="Times New Roman" w:hAnsi="Times New Roman"/>
          <w:b/>
          <w:sz w:val="26"/>
        </w:rPr>
        <w:t>TUẦN 30</w:t>
      </w:r>
    </w:p>
    <w:p w:rsidR="00D51B6F" w:rsidRPr="002350D1" w:rsidRDefault="0003580F">
      <w:pPr>
        <w:spacing w:after="0" w:line="240" w:lineRule="auto"/>
        <w:jc w:val="center"/>
      </w:pPr>
      <w:r w:rsidRPr="002350D1">
        <w:rPr>
          <w:rFonts w:ascii="Times New Roman" w:eastAsia="Times New Roman" w:hAnsi="Times New Roman"/>
          <w:b/>
          <w:sz w:val="26"/>
        </w:rPr>
        <w:t>KẾ HOẠCH BÀI DẠY MÔN TOÁN 3</w:t>
      </w:r>
    </w:p>
    <w:p w:rsidR="00D51B6F" w:rsidRPr="002350D1" w:rsidRDefault="0003580F">
      <w:pPr>
        <w:spacing w:after="0" w:line="240" w:lineRule="auto"/>
        <w:jc w:val="center"/>
      </w:pPr>
      <w:r w:rsidRPr="002350D1">
        <w:rPr>
          <w:rFonts w:ascii="Times New Roman" w:eastAsia="Times New Roman" w:hAnsi="Times New Roman"/>
          <w:b/>
          <w:sz w:val="26"/>
        </w:rPr>
        <w:t>CHỦ ĐỀ 13: XEM ĐỒNG HỒ, THÁNG - NĂM, TIỀN VIỆT NAM</w:t>
      </w:r>
    </w:p>
    <w:p w:rsidR="00D51B6F" w:rsidRPr="002350D1" w:rsidRDefault="0003580F">
      <w:pPr>
        <w:spacing w:after="0" w:line="240" w:lineRule="auto"/>
        <w:jc w:val="center"/>
      </w:pPr>
      <w:r w:rsidRPr="002350D1">
        <w:rPr>
          <w:rFonts w:ascii="Times New Roman" w:eastAsia="Times New Roman" w:hAnsi="Times New Roman"/>
          <w:b/>
          <w:sz w:val="26"/>
        </w:rPr>
        <w:t>Bài 69: Luyện tập chung (Tiết 3) - Trang 92, 93</w:t>
      </w:r>
    </w:p>
    <w:p w:rsidR="00D51B6F" w:rsidRPr="002350D1" w:rsidRDefault="0003580F">
      <w:pPr>
        <w:spacing w:after="0" w:line="240" w:lineRule="auto"/>
      </w:pPr>
      <w:r w:rsidRPr="002350D1">
        <w:rPr>
          <w:rFonts w:ascii="Times New Roman" w:eastAsia="Times New Roman" w:hAnsi="Times New Roman"/>
          <w:b/>
          <w:sz w:val="26"/>
        </w:rPr>
        <w:t>I. YÊU CẦU CẦN ĐẠT:</w:t>
      </w:r>
    </w:p>
    <w:p w:rsidR="00D51B6F" w:rsidRPr="002350D1" w:rsidRDefault="0003580F">
      <w:pPr>
        <w:spacing w:after="0" w:line="240" w:lineRule="auto"/>
      </w:pPr>
      <w:r w:rsidRPr="002350D1">
        <w:rPr>
          <w:rFonts w:ascii="Times New Roman" w:eastAsia="Times New Roman" w:hAnsi="Times New Roman"/>
          <w:b/>
          <w:sz w:val="26"/>
        </w:rPr>
        <w:t>1. Năng lực đặc thù:</w:t>
      </w:r>
    </w:p>
    <w:p w:rsidR="00D51B6F" w:rsidRPr="002350D1" w:rsidRDefault="0003580F">
      <w:pPr>
        <w:spacing w:after="0" w:line="240" w:lineRule="auto"/>
      </w:pPr>
      <w:r w:rsidRPr="002350D1">
        <w:rPr>
          <w:rFonts w:ascii="Times New Roman" w:eastAsia="Times New Roman" w:hAnsi="Times New Roman"/>
          <w:sz w:val="26"/>
        </w:rPr>
        <w:t>- Củng cố chọn đồng hồ đúng theo thời điểm cho trước.</w:t>
      </w:r>
    </w:p>
    <w:p w:rsidR="00D51B6F" w:rsidRPr="002350D1" w:rsidRDefault="0003580F">
      <w:pPr>
        <w:spacing w:after="0" w:line="240" w:lineRule="auto"/>
      </w:pPr>
      <w:r w:rsidRPr="002350D1">
        <w:rPr>
          <w:rFonts w:ascii="Times New Roman" w:eastAsia="Times New Roman" w:hAnsi="Times New Roman"/>
          <w:sz w:val="26"/>
        </w:rPr>
        <w:t>- Đổi được đơn vị thời gian: tuần, ngày, giờ, phút, năm, tháng.</w:t>
      </w:r>
    </w:p>
    <w:p w:rsidR="00D51B6F" w:rsidRPr="002350D1" w:rsidRDefault="0003580F">
      <w:pPr>
        <w:spacing w:after="0" w:line="240" w:lineRule="auto"/>
      </w:pPr>
      <w:r w:rsidRPr="002350D1">
        <w:rPr>
          <w:rFonts w:ascii="Times New Roman" w:eastAsia="Times New Roman" w:hAnsi="Times New Roman"/>
          <w:sz w:val="26"/>
        </w:rPr>
        <w:t>- Giải được bài toán về tuổi, tháng sinh.</w:t>
      </w:r>
    </w:p>
    <w:p w:rsidR="00D51B6F" w:rsidRPr="002350D1" w:rsidRDefault="0003580F">
      <w:pPr>
        <w:spacing w:after="0" w:line="240" w:lineRule="auto"/>
      </w:pPr>
      <w:r w:rsidRPr="002350D1">
        <w:rPr>
          <w:rFonts w:ascii="Times New Roman" w:eastAsia="Times New Roman" w:hAnsi="Times New Roman"/>
          <w:sz w:val="26"/>
        </w:rPr>
        <w:t>- Tham gia trò chơi quay đồng hồ để luyện đọc giờ.</w:t>
      </w:r>
    </w:p>
    <w:p w:rsidR="00D51B6F" w:rsidRPr="002350D1" w:rsidRDefault="0003580F">
      <w:pPr>
        <w:spacing w:after="0" w:line="240" w:lineRule="auto"/>
      </w:pPr>
      <w:r w:rsidRPr="002350D1">
        <w:rPr>
          <w:rFonts w:ascii="Times New Roman" w:eastAsia="Times New Roman" w:hAnsi="Times New Roman"/>
          <w:b/>
          <w:sz w:val="26"/>
        </w:rPr>
        <w:t>2. Năng lực chung:</w:t>
      </w:r>
    </w:p>
    <w:p w:rsidR="00D51B6F" w:rsidRPr="002350D1" w:rsidRDefault="0003580F">
      <w:pPr>
        <w:spacing w:after="0" w:line="240" w:lineRule="auto"/>
      </w:pPr>
      <w:r w:rsidRPr="002350D1">
        <w:rPr>
          <w:rFonts w:ascii="Times New Roman" w:eastAsia="Times New Roman" w:hAnsi="Times New Roman"/>
          <w:sz w:val="26"/>
        </w:rPr>
        <w:t>- Tự chủ, tự học: tự đổi đơn vị thời gian và kiểm tra kết quả.</w:t>
      </w:r>
    </w:p>
    <w:p w:rsidR="00D51B6F" w:rsidRPr="002350D1" w:rsidRDefault="0003580F">
      <w:pPr>
        <w:spacing w:after="0" w:line="240" w:lineRule="auto"/>
      </w:pPr>
      <w:r w:rsidRPr="002350D1">
        <w:rPr>
          <w:rFonts w:ascii="Times New Roman" w:eastAsia="Times New Roman" w:hAnsi="Times New Roman"/>
          <w:sz w:val="26"/>
        </w:rPr>
        <w:t>- Giao tiếp, hợp tác: tham gia trò chơi theo cặp, đọc giờ và quay kim đồng hồ.</w:t>
      </w:r>
    </w:p>
    <w:p w:rsidR="00D51B6F" w:rsidRPr="002350D1" w:rsidRDefault="0003580F">
      <w:pPr>
        <w:spacing w:after="0" w:line="240" w:lineRule="auto"/>
      </w:pPr>
      <w:r w:rsidRPr="002350D1">
        <w:rPr>
          <w:rFonts w:ascii="Times New Roman" w:eastAsia="Times New Roman" w:hAnsi="Times New Roman"/>
          <w:sz w:val="26"/>
        </w:rPr>
        <w:t>- Giải quyết vấn đề: vận dụng tháng, năm vào bài toán tuổi.</w:t>
      </w:r>
    </w:p>
    <w:p w:rsidR="00D51B6F" w:rsidRPr="002350D1" w:rsidRDefault="0003580F">
      <w:pPr>
        <w:spacing w:after="0" w:line="240" w:lineRule="auto"/>
      </w:pPr>
      <w:r w:rsidRPr="002350D1">
        <w:rPr>
          <w:rFonts w:ascii="Times New Roman" w:eastAsia="Times New Roman" w:hAnsi="Times New Roman"/>
          <w:b/>
          <w:sz w:val="26"/>
        </w:rPr>
        <w:t>3. Phẩm chất:</w:t>
      </w:r>
    </w:p>
    <w:p w:rsidR="00D51B6F" w:rsidRPr="002350D1" w:rsidRDefault="0003580F">
      <w:pPr>
        <w:spacing w:after="0" w:line="240" w:lineRule="auto"/>
      </w:pPr>
      <w:r w:rsidRPr="002350D1">
        <w:rPr>
          <w:rFonts w:ascii="Times New Roman" w:eastAsia="Times New Roman" w:hAnsi="Times New Roman"/>
          <w:sz w:val="26"/>
        </w:rPr>
        <w:t>- Chăm chỉ: luyện tập tổng hợp về thời gian.</w:t>
      </w:r>
    </w:p>
    <w:p w:rsidR="00D51B6F" w:rsidRPr="002350D1" w:rsidRDefault="0003580F">
      <w:pPr>
        <w:spacing w:after="0" w:line="240" w:lineRule="auto"/>
      </w:pPr>
      <w:r w:rsidRPr="002350D1">
        <w:rPr>
          <w:rFonts w:ascii="Times New Roman" w:eastAsia="Times New Roman" w:hAnsi="Times New Roman"/>
          <w:sz w:val="26"/>
        </w:rPr>
        <w:t>- Trung thực: tự sửa lỗi khi đổi đơn vị sai.</w:t>
      </w:r>
    </w:p>
    <w:p w:rsidR="00D51B6F" w:rsidRPr="002350D1" w:rsidRDefault="0003580F">
      <w:pPr>
        <w:spacing w:after="0" w:line="240" w:lineRule="auto"/>
      </w:pPr>
      <w:r w:rsidRPr="002350D1">
        <w:rPr>
          <w:rFonts w:ascii="Times New Roman" w:eastAsia="Times New Roman" w:hAnsi="Times New Roman"/>
          <w:sz w:val="26"/>
        </w:rPr>
        <w:t>- Trách nhiệm: tham gia trò chơi đúng luật, tôn trọng bạn.</w:t>
      </w:r>
    </w:p>
    <w:p w:rsidR="00D51B6F" w:rsidRPr="002350D1" w:rsidRDefault="0003580F">
      <w:pPr>
        <w:spacing w:after="0" w:line="240" w:lineRule="auto"/>
      </w:pPr>
      <w:r w:rsidRPr="002350D1">
        <w:rPr>
          <w:rFonts w:ascii="Times New Roman" w:eastAsia="Times New Roman" w:hAnsi="Times New Roman"/>
          <w:b/>
          <w:sz w:val="26"/>
        </w:rPr>
        <w:t>II. ĐỒ DÙNG DẠY HỌC</w:t>
      </w:r>
    </w:p>
    <w:p w:rsidR="00D51B6F" w:rsidRPr="002350D1" w:rsidRDefault="0003580F">
      <w:pPr>
        <w:spacing w:after="0" w:line="240" w:lineRule="auto"/>
      </w:pPr>
      <w:r w:rsidRPr="002350D1">
        <w:rPr>
          <w:rFonts w:ascii="Times New Roman" w:eastAsia="Times New Roman" w:hAnsi="Times New Roman"/>
          <w:sz w:val="26"/>
        </w:rPr>
        <w:t>- Kế hoạch bài dạy, SGK Toán 3 tập hai, bài giảng PowerPoint.</w:t>
      </w:r>
    </w:p>
    <w:p w:rsidR="00D51B6F" w:rsidRPr="002350D1" w:rsidRDefault="0003580F">
      <w:pPr>
        <w:spacing w:after="0" w:line="240" w:lineRule="auto"/>
      </w:pPr>
      <w:r w:rsidRPr="002350D1">
        <w:rPr>
          <w:rFonts w:ascii="Times New Roman" w:eastAsia="Times New Roman" w:hAnsi="Times New Roman"/>
          <w:sz w:val="26"/>
        </w:rPr>
        <w:t>- Đồng hồ mô hình, bảng con, phiếu trò chơi.</w:t>
      </w:r>
    </w:p>
    <w:p w:rsidR="00D51B6F" w:rsidRPr="002350D1" w:rsidRDefault="0003580F">
      <w:pPr>
        <w:spacing w:after="0" w:line="240" w:lineRule="auto"/>
      </w:pPr>
      <w:r w:rsidRPr="002350D1">
        <w:rPr>
          <w:rFonts w:ascii="Times New Roman" w:eastAsia="Times New Roman" w:hAnsi="Times New Roman"/>
          <w:sz w:val="26"/>
        </w:rPr>
        <w:t>- Hình cắt từ SGK trang 92, 93.</w:t>
      </w:r>
    </w:p>
    <w:p w:rsidR="00D51B6F" w:rsidRPr="002350D1" w:rsidRDefault="0003580F">
      <w:pPr>
        <w:spacing w:after="0" w:line="240" w:lineRule="auto"/>
      </w:pPr>
      <w:r w:rsidRPr="002350D1">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2350D1" w:rsidRPr="002350D1" w:rsidTr="00FE2581">
        <w:trPr>
          <w:jc w:val="center"/>
        </w:trPr>
        <w:tc>
          <w:tcPr>
            <w:tcW w:w="5040" w:type="dxa"/>
            <w:tcBorders>
              <w:bottom w:val="single" w:sz="8" w:space="0" w:color="000000"/>
            </w:tcBorders>
            <w:shd w:val="clear" w:color="auto" w:fill="auto"/>
          </w:tcPr>
          <w:p w:rsidR="00D51B6F" w:rsidRPr="002350D1" w:rsidRDefault="0003580F">
            <w:pPr>
              <w:spacing w:after="0" w:line="240" w:lineRule="auto"/>
              <w:jc w:val="center"/>
            </w:pPr>
            <w:r w:rsidRPr="002350D1">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D51B6F" w:rsidRPr="002350D1" w:rsidRDefault="0003580F">
            <w:pPr>
              <w:spacing w:after="0" w:line="240" w:lineRule="auto"/>
              <w:jc w:val="center"/>
            </w:pPr>
            <w:r w:rsidRPr="002350D1">
              <w:rPr>
                <w:rFonts w:ascii="Times New Roman" w:eastAsia="Times New Roman" w:hAnsi="Times New Roman"/>
                <w:b/>
                <w:sz w:val="26"/>
              </w:rPr>
              <w:t>Hoạt động của học sinh</w:t>
            </w:r>
          </w:p>
        </w:tc>
      </w:tr>
      <w:tr w:rsidR="002350D1" w:rsidRPr="002350D1" w:rsidTr="00FE258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1. Khởi động (5 phút):</w:t>
            </w:r>
          </w:p>
          <w:p w:rsidR="00D51B6F" w:rsidRPr="002350D1" w:rsidRDefault="0003580F">
            <w:pPr>
              <w:spacing w:after="0" w:line="240" w:lineRule="auto"/>
            </w:pPr>
            <w:r w:rsidRPr="002350D1">
              <w:rPr>
                <w:rFonts w:ascii="Times New Roman" w:eastAsia="Times New Roman" w:hAnsi="Times New Roman"/>
                <w:sz w:val="26"/>
              </w:rPr>
              <w:t>- Mục tiêu: Ôn đổi đơn vị thời gian cơ bản.</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FE258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1 tuần bằng bao nhiêu ngày?</w:t>
            </w: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1 tuần = 7 ngày.</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1 giờ bằng bao nhiêu phút?</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1 giờ = 60 phút.</w:t>
            </w:r>
          </w:p>
        </w:tc>
      </w:tr>
      <w:tr w:rsidR="002350D1" w:rsidRPr="002350D1" w:rsidTr="00FE2581">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dẫn dắt vào tiết luyện tập chung.</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2. Luyện tập (25 phút):</w:t>
            </w:r>
          </w:p>
          <w:p w:rsidR="00D51B6F" w:rsidRPr="002350D1" w:rsidRDefault="0003580F">
            <w:pPr>
              <w:spacing w:after="0" w:line="240" w:lineRule="auto"/>
            </w:pPr>
            <w:r w:rsidRPr="002350D1">
              <w:rPr>
                <w:rFonts w:ascii="Times New Roman" w:eastAsia="Times New Roman" w:hAnsi="Times New Roman"/>
                <w:sz w:val="26"/>
              </w:rPr>
              <w:t>- Mục tiêu: Luyện chọn đồng hồ đúng, đổi đơn vị thời gian và giải bài toán về tuổi, tháng sinh.</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FE258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Bài 1. Chọn câu trả lời đúng. (Làm việc cá nhân)</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cho HS đọc yêu cầu Bài 1.</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Chọn câu trả lời đúng.</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Bây giờ là 11 giờ 20 phút, 10 phút nữa là mấy giờ?</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11 giờ 30 phút.</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Đồng hồ nào chỉ 11 giờ 30 phút?</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Đồng hồ C.</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Bây giờ là 3 giờ 15 phút, chơi 15 phút thì lúc nào?</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3 giờ 30 phút.</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chọn đồng hồ chỉ 3 giờ 30 phút.</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chọn đồng hồ đúng trong các đáp án.</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cách tính thêm phút.</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Cộng số phút vào thời điểm hiện tại.</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Muốn tìm thời điểm sau một khoảng thời gian, cộng thêm khoảng thời gian đó vào giờ hiện tại.</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2. Số? (Làm việc cá nhân vào vở)</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2.</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Số?</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3 tuần bằng bao nhiêu ngày?</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3 tuần = 21 ngày.</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3 giờ bằng bao nhiêu phút?</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3 giờ = 180 phút.</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3 năm bằng bao nhiêu tháng?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3 năm = 36 tháng.</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3 ngày bằng bao nhiêu giờ?</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3 ngày = 72 giờ.</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ghi đáp án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21; 180; 36; 72.</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Khi đổi đơn vị thời gian, cần nhớ 1 tuần = 7 ngày, 1 giờ = 60 phút, 1 năm = 12 tháng, 1 ngày = 24 giờ.</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3. Bài toán tuổi và tháng sinh. (Làm việc cá nhân)</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3.</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bài toán về Mai, Minh, Việt và Nam.</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Mai được 6 năm 3 tháng tuổi, Minh 7 tuổi. Minh hơn Mai bao nhiêu tháng?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7 tuổi = 84 tháng; 6 năm 3 tháng = 75 tháng; 84 - 75 = 9 tháng.</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Việt sinh tháng 1, Mai sinh sau Việt 3 tháng thì Mai sinh tháng mấy?</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Mai sinh tháng 4.</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Mai sinh trước Nam 8 tháng thì Nam sinh tháng mấy?</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Nam sinh tháng 12.</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cách đổi năm ra tháng.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1 năm = 12 tháng, rồi tính tổng số tháng.</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ghi đáp án.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a) 9 tháng; b) tháng 12.</w:t>
            </w:r>
          </w:p>
        </w:tc>
      </w:tr>
      <w:tr w:rsidR="002350D1" w:rsidRPr="002350D1" w:rsidTr="00FE2581">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Bài toán về tuổi, tháng sinh cần đổi năm ra tháng và tính theo thứ tự tháng trong năm.</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3. Trò chơi “Cuộc đua đến 60 tấn học” (5 phút):</w:t>
            </w:r>
          </w:p>
          <w:p w:rsidR="00D51B6F" w:rsidRPr="002350D1" w:rsidRDefault="0003580F">
            <w:pPr>
              <w:spacing w:after="0" w:line="240" w:lineRule="auto"/>
            </w:pPr>
            <w:r w:rsidRPr="002350D1">
              <w:rPr>
                <w:rFonts w:ascii="Times New Roman" w:eastAsia="Times New Roman" w:hAnsi="Times New Roman"/>
                <w:sz w:val="26"/>
              </w:rPr>
              <w:t>- Mục tiêu: Luyện quay kim đồng hồ và đọc giờ theo luật chơi.</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FE258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 xml:space="preserve">Trò chơi. Cuộc đua đến 60 tấn học. (Làm </w:t>
            </w:r>
            <w:r w:rsidRPr="002350D1">
              <w:rPr>
                <w:rFonts w:ascii="Times New Roman" w:eastAsia="Times New Roman" w:hAnsi="Times New Roman"/>
                <w:b/>
                <w:sz w:val="26"/>
              </w:rPr>
              <w:lastRenderedPageBreak/>
              <w:t>việc theo cặp)</w:t>
            </w:r>
          </w:p>
          <w:p w:rsidR="00D51B6F" w:rsidRPr="002350D1" w:rsidRDefault="0003580F" w:rsidP="00FE2581">
            <w:pPr>
              <w:spacing w:after="0" w:line="240" w:lineRule="auto"/>
            </w:pPr>
            <w:r w:rsidRPr="002350D1">
              <w:rPr>
                <w:rFonts w:ascii="Times New Roman" w:eastAsia="Times New Roman" w:hAnsi="Times New Roman"/>
                <w:sz w:val="26"/>
              </w:rPr>
              <w:t>- HS quan sát hình và luật chơi trong SGK.</w:t>
            </w: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HS quan sát hình trò chơi.</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cho HS đọc luật chơi: Người chơi bắt đầu với chiếc đồng hồ chỉ 3 giờ, lần lượt quay kim đồng hồ thêm 5 hoặc 10 phút, trò chơi kết thúc khi kim đồng hồ đến đúng 4 giờ.</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luật chơi.</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tổ chức cho HS chơi theo cặp, đọc thời gian sau mỗi lượt quay.</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chơi theo cặp, đọc giờ sau mỗi lượt.</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nhận xét cách đọc giờ và thao tác quay kim của HS.</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 và sửa nếu đọc sai.</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Trò chơi giúp luyện cộng thêm 5 phút, 10 phút và đọc giờ chính xác.</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10080" w:type="dxa"/>
            <w:gridSpan w:val="2"/>
            <w:shd w:val="clear" w:color="auto" w:fill="auto"/>
          </w:tcPr>
          <w:p w:rsidR="00D51B6F" w:rsidRPr="002350D1" w:rsidRDefault="0003580F">
            <w:pPr>
              <w:spacing w:after="0" w:line="240" w:lineRule="auto"/>
            </w:pPr>
            <w:r w:rsidRPr="002350D1">
              <w:rPr>
                <w:rFonts w:ascii="Times New Roman" w:eastAsia="Times New Roman" w:hAnsi="Times New Roman"/>
                <w:b/>
                <w:sz w:val="26"/>
              </w:rPr>
              <w:t>4. Vận dụng - Trải nghiệm (5 phút):</w:t>
            </w:r>
          </w:p>
          <w:p w:rsidR="00D51B6F" w:rsidRPr="002350D1" w:rsidRDefault="0003580F">
            <w:pPr>
              <w:spacing w:after="0" w:line="240" w:lineRule="auto"/>
            </w:pPr>
            <w:r w:rsidRPr="002350D1">
              <w:rPr>
                <w:rFonts w:ascii="Times New Roman" w:eastAsia="Times New Roman" w:hAnsi="Times New Roman"/>
                <w:sz w:val="26"/>
              </w:rPr>
              <w:t>- Mục tiêu: Củng cố đổi đơn vị thời gian và liên hệ quản lí thời gian.</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3 ngày bằng bao nhiêu giờ?</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72 giờ.</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Muốn tính Minh hơn Mai bao nhiêu tháng, em làm thế nào?</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Đổi tuổi của hai bạn ra tháng rồi lấy hiệu.</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nhận xét tiết học, tuyên dương HS đổi đơn vị và chơi đúng luật.</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dặn dò HS ôn lại Chủ đề 13 và chuẩn bị Bài 70.</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nhớ nhiệm vụ.</w:t>
            </w:r>
          </w:p>
        </w:tc>
      </w:tr>
    </w:tbl>
    <w:p w:rsidR="00D51B6F" w:rsidRPr="002350D1" w:rsidRDefault="0003580F">
      <w:pPr>
        <w:spacing w:after="0" w:line="240" w:lineRule="auto"/>
      </w:pPr>
      <w:r w:rsidRPr="002350D1">
        <w:rPr>
          <w:rFonts w:ascii="Times New Roman" w:eastAsia="Times New Roman" w:hAnsi="Times New Roman"/>
          <w:b/>
          <w:sz w:val="26"/>
        </w:rPr>
        <w:t>IV. ĐIỀU CHỈNH SAU BÀI DẠY:</w:t>
      </w:r>
    </w:p>
    <w:p w:rsidR="00D51B6F" w:rsidRPr="002350D1" w:rsidRDefault="0003580F">
      <w:pPr>
        <w:spacing w:after="0" w:line="240" w:lineRule="auto"/>
      </w:pPr>
      <w:r w:rsidRPr="002350D1">
        <w:rPr>
          <w:rFonts w:ascii="Times New Roman" w:eastAsia="Times New Roman" w:hAnsi="Times New Roman"/>
          <w:sz w:val="26"/>
        </w:rPr>
        <w:t>.......................................................................................................................................</w:t>
      </w:r>
    </w:p>
    <w:p w:rsidR="00D51B6F" w:rsidRPr="002350D1" w:rsidRDefault="0003580F">
      <w:pPr>
        <w:spacing w:after="0" w:line="240" w:lineRule="auto"/>
      </w:pPr>
      <w:r w:rsidRPr="002350D1">
        <w:rPr>
          <w:rFonts w:ascii="Times New Roman" w:eastAsia="Times New Roman" w:hAnsi="Times New Roman"/>
          <w:sz w:val="26"/>
        </w:rPr>
        <w:t>.......................................................................................................................................</w:t>
      </w:r>
    </w:p>
    <w:p w:rsidR="00D51B6F" w:rsidRPr="002350D1" w:rsidRDefault="0003580F">
      <w:pPr>
        <w:spacing w:after="0" w:line="240" w:lineRule="auto"/>
        <w:jc w:val="center"/>
      </w:pPr>
      <w:bookmarkStart w:id="0" w:name="_GoBack"/>
      <w:bookmarkEnd w:id="0"/>
      <w:r w:rsidRPr="002350D1">
        <w:rPr>
          <w:rFonts w:ascii="Times New Roman" w:eastAsia="Times New Roman" w:hAnsi="Times New Roman"/>
          <w:b/>
          <w:sz w:val="26"/>
        </w:rPr>
        <w:t>TUẦN 30</w:t>
      </w:r>
    </w:p>
    <w:p w:rsidR="00D51B6F" w:rsidRPr="002350D1" w:rsidRDefault="0003580F">
      <w:pPr>
        <w:spacing w:after="0" w:line="240" w:lineRule="auto"/>
        <w:jc w:val="center"/>
      </w:pPr>
      <w:r w:rsidRPr="002350D1">
        <w:rPr>
          <w:rFonts w:ascii="Times New Roman" w:eastAsia="Times New Roman" w:hAnsi="Times New Roman"/>
          <w:b/>
          <w:sz w:val="26"/>
        </w:rPr>
        <w:t>KẾ HOẠCH BÀI DẠY MÔN TOÁN 3</w:t>
      </w:r>
    </w:p>
    <w:p w:rsidR="00D51B6F" w:rsidRPr="002350D1" w:rsidRDefault="0003580F">
      <w:pPr>
        <w:spacing w:after="0" w:line="240" w:lineRule="auto"/>
        <w:jc w:val="center"/>
      </w:pPr>
      <w:r w:rsidRPr="002350D1">
        <w:rPr>
          <w:rFonts w:ascii="Times New Roman" w:eastAsia="Times New Roman" w:hAnsi="Times New Roman"/>
          <w:b/>
          <w:sz w:val="26"/>
        </w:rPr>
        <w:t>CHỦ ĐỀ 14: NHÂN, CHIA TRONG PHẠM VI 100 000</w:t>
      </w:r>
    </w:p>
    <w:p w:rsidR="00D51B6F" w:rsidRPr="002350D1" w:rsidRDefault="0003580F">
      <w:pPr>
        <w:spacing w:after="0" w:line="240" w:lineRule="auto"/>
        <w:jc w:val="center"/>
      </w:pPr>
      <w:r w:rsidRPr="002350D1">
        <w:rPr>
          <w:rFonts w:ascii="Times New Roman" w:eastAsia="Times New Roman" w:hAnsi="Times New Roman"/>
          <w:b/>
          <w:sz w:val="26"/>
        </w:rPr>
        <w:t>Bài 70: Nhân số có năm chữ số với số có một chữ số (Tiết 1) - Trang 94, 95, 96</w:t>
      </w:r>
    </w:p>
    <w:p w:rsidR="00D51B6F" w:rsidRPr="002350D1" w:rsidRDefault="0003580F">
      <w:pPr>
        <w:spacing w:after="0" w:line="240" w:lineRule="auto"/>
      </w:pPr>
      <w:r w:rsidRPr="002350D1">
        <w:rPr>
          <w:rFonts w:ascii="Times New Roman" w:eastAsia="Times New Roman" w:hAnsi="Times New Roman"/>
          <w:b/>
          <w:sz w:val="26"/>
        </w:rPr>
        <w:t>I. YÊU CẦU CẦN ĐẠT:</w:t>
      </w:r>
    </w:p>
    <w:p w:rsidR="00D51B6F" w:rsidRPr="002350D1" w:rsidRDefault="0003580F">
      <w:pPr>
        <w:spacing w:after="0" w:line="240" w:lineRule="auto"/>
      </w:pPr>
      <w:r w:rsidRPr="002350D1">
        <w:rPr>
          <w:rFonts w:ascii="Times New Roman" w:eastAsia="Times New Roman" w:hAnsi="Times New Roman"/>
          <w:b/>
          <w:sz w:val="26"/>
        </w:rPr>
        <w:t>1. Năng lực đặc thù:</w:t>
      </w:r>
    </w:p>
    <w:p w:rsidR="00D51B6F" w:rsidRPr="002350D1" w:rsidRDefault="0003580F">
      <w:pPr>
        <w:spacing w:after="0" w:line="240" w:lineRule="auto"/>
      </w:pPr>
      <w:r w:rsidRPr="002350D1">
        <w:rPr>
          <w:rFonts w:ascii="Times New Roman" w:eastAsia="Times New Roman" w:hAnsi="Times New Roman"/>
          <w:sz w:val="26"/>
        </w:rPr>
        <w:t>- Biết đặt tính và nhân số có năm chữ số với số có một chữ số.</w:t>
      </w:r>
    </w:p>
    <w:p w:rsidR="00D51B6F" w:rsidRPr="002350D1" w:rsidRDefault="0003580F">
      <w:pPr>
        <w:spacing w:after="0" w:line="240" w:lineRule="auto"/>
      </w:pPr>
      <w:r w:rsidRPr="002350D1">
        <w:rPr>
          <w:rFonts w:ascii="Times New Roman" w:eastAsia="Times New Roman" w:hAnsi="Times New Roman"/>
          <w:sz w:val="26"/>
        </w:rPr>
        <w:t>- Thực hiện được phép nhân có nhớ trong phạm vi 100 000.</w:t>
      </w:r>
    </w:p>
    <w:p w:rsidR="00D51B6F" w:rsidRPr="002350D1" w:rsidRDefault="0003580F">
      <w:pPr>
        <w:spacing w:after="0" w:line="240" w:lineRule="auto"/>
      </w:pPr>
      <w:r w:rsidRPr="002350D1">
        <w:rPr>
          <w:rFonts w:ascii="Times New Roman" w:eastAsia="Times New Roman" w:hAnsi="Times New Roman"/>
          <w:sz w:val="26"/>
        </w:rPr>
        <w:t>- Tính nhẩm được một số phép nhân số tròn nghìn với số có một chữ số.</w:t>
      </w:r>
    </w:p>
    <w:p w:rsidR="00D51B6F" w:rsidRPr="002350D1" w:rsidRDefault="0003580F">
      <w:pPr>
        <w:spacing w:after="0" w:line="240" w:lineRule="auto"/>
      </w:pPr>
      <w:r w:rsidRPr="002350D1">
        <w:rPr>
          <w:rFonts w:ascii="Times New Roman" w:eastAsia="Times New Roman" w:hAnsi="Times New Roman"/>
          <w:sz w:val="26"/>
        </w:rPr>
        <w:t>- Giải được bài toán thực tế liên quan đến phép nhân.</w:t>
      </w:r>
    </w:p>
    <w:p w:rsidR="00D51B6F" w:rsidRPr="002350D1" w:rsidRDefault="0003580F">
      <w:pPr>
        <w:spacing w:after="0" w:line="240" w:lineRule="auto"/>
      </w:pPr>
      <w:r w:rsidRPr="002350D1">
        <w:rPr>
          <w:rFonts w:ascii="Times New Roman" w:eastAsia="Times New Roman" w:hAnsi="Times New Roman"/>
          <w:b/>
          <w:sz w:val="26"/>
        </w:rPr>
        <w:t>2. Năng lực chung:</w:t>
      </w:r>
    </w:p>
    <w:p w:rsidR="00D51B6F" w:rsidRPr="002350D1" w:rsidRDefault="0003580F">
      <w:pPr>
        <w:spacing w:after="0" w:line="240" w:lineRule="auto"/>
      </w:pPr>
      <w:r w:rsidRPr="002350D1">
        <w:rPr>
          <w:rFonts w:ascii="Times New Roman" w:eastAsia="Times New Roman" w:hAnsi="Times New Roman"/>
          <w:sz w:val="26"/>
        </w:rPr>
        <w:t>- Tự chủ, tự học: tự đặt tính, nhân và kiểm tra kết quả.</w:t>
      </w:r>
    </w:p>
    <w:p w:rsidR="00D51B6F" w:rsidRPr="002350D1" w:rsidRDefault="0003580F">
      <w:pPr>
        <w:spacing w:after="0" w:line="240" w:lineRule="auto"/>
      </w:pPr>
      <w:r w:rsidRPr="002350D1">
        <w:rPr>
          <w:rFonts w:ascii="Times New Roman" w:eastAsia="Times New Roman" w:hAnsi="Times New Roman"/>
          <w:sz w:val="26"/>
        </w:rPr>
        <w:t>- Giao tiếp, hợp tác: trình bày cách nhân có nhớ và nhận xét bài của bạn.</w:t>
      </w:r>
    </w:p>
    <w:p w:rsidR="00D51B6F" w:rsidRPr="002350D1" w:rsidRDefault="0003580F">
      <w:pPr>
        <w:spacing w:after="0" w:line="240" w:lineRule="auto"/>
      </w:pPr>
      <w:r w:rsidRPr="002350D1">
        <w:rPr>
          <w:rFonts w:ascii="Times New Roman" w:eastAsia="Times New Roman" w:hAnsi="Times New Roman"/>
          <w:sz w:val="26"/>
        </w:rPr>
        <w:t>- Giải quyết vấn đề: vận dụng phép nhân vào tình huống sản lượng, khối lượng, số lượng cây giống.</w:t>
      </w:r>
    </w:p>
    <w:p w:rsidR="00D51B6F" w:rsidRPr="002350D1" w:rsidRDefault="0003580F">
      <w:pPr>
        <w:spacing w:after="0" w:line="240" w:lineRule="auto"/>
      </w:pPr>
      <w:r w:rsidRPr="002350D1">
        <w:rPr>
          <w:rFonts w:ascii="Times New Roman" w:eastAsia="Times New Roman" w:hAnsi="Times New Roman"/>
          <w:b/>
          <w:sz w:val="26"/>
        </w:rPr>
        <w:t>3. Phẩm chất:</w:t>
      </w:r>
    </w:p>
    <w:p w:rsidR="00D51B6F" w:rsidRPr="002350D1" w:rsidRDefault="0003580F">
      <w:pPr>
        <w:spacing w:after="0" w:line="240" w:lineRule="auto"/>
      </w:pPr>
      <w:r w:rsidRPr="002350D1">
        <w:rPr>
          <w:rFonts w:ascii="Times New Roman" w:eastAsia="Times New Roman" w:hAnsi="Times New Roman"/>
          <w:sz w:val="26"/>
        </w:rPr>
        <w:t>- Chăm chỉ: luyện tập nhân số có năm chữ số với số có một chữ số.</w:t>
      </w:r>
    </w:p>
    <w:p w:rsidR="00D51B6F" w:rsidRPr="002350D1" w:rsidRDefault="0003580F">
      <w:pPr>
        <w:spacing w:after="0" w:line="240" w:lineRule="auto"/>
      </w:pPr>
      <w:r w:rsidRPr="002350D1">
        <w:rPr>
          <w:rFonts w:ascii="Times New Roman" w:eastAsia="Times New Roman" w:hAnsi="Times New Roman"/>
          <w:sz w:val="26"/>
        </w:rPr>
        <w:t>- Trung thực: tự sửa lỗi khi nhân thiếu nhớ hoặc đặt tính sai.</w:t>
      </w:r>
    </w:p>
    <w:p w:rsidR="00D51B6F" w:rsidRPr="002350D1" w:rsidRDefault="0003580F">
      <w:pPr>
        <w:spacing w:after="0" w:line="240" w:lineRule="auto"/>
      </w:pPr>
      <w:r w:rsidRPr="002350D1">
        <w:rPr>
          <w:rFonts w:ascii="Times New Roman" w:eastAsia="Times New Roman" w:hAnsi="Times New Roman"/>
          <w:sz w:val="26"/>
        </w:rPr>
        <w:t>- Trách nhiệm: hiểu công cụ/AI dự đoán cần dựa trên dữ liệu đúng và quy luật rõ ràng.</w:t>
      </w:r>
    </w:p>
    <w:p w:rsidR="00D51B6F" w:rsidRPr="002350D1" w:rsidRDefault="0003580F">
      <w:pPr>
        <w:spacing w:after="0" w:line="240" w:lineRule="auto"/>
      </w:pPr>
      <w:r w:rsidRPr="002350D1">
        <w:rPr>
          <w:rFonts w:ascii="Times New Roman" w:eastAsia="Times New Roman" w:hAnsi="Times New Roman"/>
          <w:b/>
          <w:sz w:val="26"/>
        </w:rPr>
        <w:t>4. Tích hợp:</w:t>
      </w:r>
    </w:p>
    <w:p w:rsidR="00D51B6F" w:rsidRPr="002350D1" w:rsidRDefault="0003580F">
      <w:pPr>
        <w:spacing w:after="0" w:line="240" w:lineRule="auto"/>
      </w:pPr>
      <w:r w:rsidRPr="002350D1">
        <w:rPr>
          <w:rFonts w:ascii="Times New Roman" w:eastAsia="Times New Roman" w:hAnsi="Times New Roman"/>
          <w:sz w:val="26"/>
        </w:rPr>
        <w:lastRenderedPageBreak/>
        <w:t>- Tích hợp AI (Khung 3439) - 3.C5.2: Nhận biết AI ứng dụng học máy để dự đoán kết quả dựa trên quy luật số liệu; liên hệ AI dự đoán sản lượng nông nghiệp dựa trên diện tích, năng suất và ảnh chụp vệ tinh.</w:t>
      </w:r>
    </w:p>
    <w:p w:rsidR="00D51B6F" w:rsidRPr="002350D1" w:rsidRDefault="0003580F">
      <w:pPr>
        <w:spacing w:after="0" w:line="240" w:lineRule="auto"/>
      </w:pPr>
      <w:r w:rsidRPr="002350D1">
        <w:rPr>
          <w:rFonts w:ascii="Times New Roman" w:eastAsia="Times New Roman" w:hAnsi="Times New Roman"/>
          <w:b/>
          <w:sz w:val="26"/>
        </w:rPr>
        <w:t>II. ĐỒ DÙNG DẠY HỌC</w:t>
      </w:r>
    </w:p>
    <w:p w:rsidR="00D51B6F" w:rsidRPr="002350D1" w:rsidRDefault="0003580F">
      <w:pPr>
        <w:spacing w:after="0" w:line="240" w:lineRule="auto"/>
      </w:pPr>
      <w:r w:rsidRPr="002350D1">
        <w:rPr>
          <w:rFonts w:ascii="Times New Roman" w:eastAsia="Times New Roman" w:hAnsi="Times New Roman"/>
          <w:sz w:val="26"/>
        </w:rPr>
        <w:t>- Kế hoạch bài dạy, SGK Toán 3 tập hai, bài giảng PowerPoint.</w:t>
      </w:r>
    </w:p>
    <w:p w:rsidR="00D51B6F" w:rsidRPr="002350D1" w:rsidRDefault="0003580F">
      <w:pPr>
        <w:spacing w:after="0" w:line="240" w:lineRule="auto"/>
      </w:pPr>
      <w:r w:rsidRPr="002350D1">
        <w:rPr>
          <w:rFonts w:ascii="Times New Roman" w:eastAsia="Times New Roman" w:hAnsi="Times New Roman"/>
          <w:sz w:val="26"/>
        </w:rPr>
        <w:t>- Bảng con, phiếu đặt tính, hình minh họa AI dự đoán sản lượng nông nghiệp.</w:t>
      </w:r>
    </w:p>
    <w:p w:rsidR="00D51B6F" w:rsidRPr="002350D1" w:rsidRDefault="0003580F">
      <w:pPr>
        <w:spacing w:after="0" w:line="240" w:lineRule="auto"/>
      </w:pPr>
      <w:r w:rsidRPr="002350D1">
        <w:rPr>
          <w:rFonts w:ascii="Times New Roman" w:eastAsia="Times New Roman" w:hAnsi="Times New Roman"/>
          <w:sz w:val="26"/>
        </w:rPr>
        <w:t>- Hình cắt từ SGK trang 94, 95, 96.</w:t>
      </w:r>
    </w:p>
    <w:p w:rsidR="00D51B6F" w:rsidRPr="002350D1" w:rsidRDefault="0003580F">
      <w:pPr>
        <w:spacing w:after="0" w:line="240" w:lineRule="auto"/>
      </w:pPr>
      <w:r w:rsidRPr="002350D1">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2350D1" w:rsidRPr="002350D1" w:rsidTr="00FE2581">
        <w:trPr>
          <w:jc w:val="center"/>
        </w:trPr>
        <w:tc>
          <w:tcPr>
            <w:tcW w:w="5040" w:type="dxa"/>
            <w:tcBorders>
              <w:bottom w:val="single" w:sz="8" w:space="0" w:color="000000"/>
            </w:tcBorders>
            <w:shd w:val="clear" w:color="auto" w:fill="auto"/>
          </w:tcPr>
          <w:p w:rsidR="00D51B6F" w:rsidRPr="002350D1" w:rsidRDefault="0003580F">
            <w:pPr>
              <w:spacing w:after="0" w:line="240" w:lineRule="auto"/>
              <w:jc w:val="center"/>
            </w:pPr>
            <w:r w:rsidRPr="002350D1">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D51B6F" w:rsidRPr="002350D1" w:rsidRDefault="0003580F">
            <w:pPr>
              <w:spacing w:after="0" w:line="240" w:lineRule="auto"/>
              <w:jc w:val="center"/>
            </w:pPr>
            <w:r w:rsidRPr="002350D1">
              <w:rPr>
                <w:rFonts w:ascii="Times New Roman" w:eastAsia="Times New Roman" w:hAnsi="Times New Roman"/>
                <w:b/>
                <w:sz w:val="26"/>
              </w:rPr>
              <w:t>Hoạt động của học sinh</w:t>
            </w:r>
          </w:p>
        </w:tc>
      </w:tr>
      <w:tr w:rsidR="002350D1" w:rsidRPr="002350D1" w:rsidTr="00FE258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1. Khởi động (5 phút):</w:t>
            </w:r>
          </w:p>
          <w:p w:rsidR="00D51B6F" w:rsidRPr="002350D1" w:rsidRDefault="0003580F">
            <w:pPr>
              <w:spacing w:after="0" w:line="240" w:lineRule="auto"/>
            </w:pPr>
            <w:r w:rsidRPr="002350D1">
              <w:rPr>
                <w:rFonts w:ascii="Times New Roman" w:eastAsia="Times New Roman" w:hAnsi="Times New Roman"/>
                <w:sz w:val="26"/>
              </w:rPr>
              <w:t>- Mục tiêu: Ôn nhân số có bốn chữ số với số có một chữ số và gợi mở nhân số có năm chữ số.</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FE258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tổ chức trò chơi “Nhân nhanh”: 3 000 x 4; 12 000 x 3.</w:t>
            </w: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12 000; 36 000.</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Khi đặt tính nhân, em nhân theo thứ tự nào?</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Nhân từ phải sang trái, bắt đầu từ hàng đơn vị.</w:t>
            </w:r>
          </w:p>
        </w:tc>
      </w:tr>
      <w:tr w:rsidR="002350D1" w:rsidRPr="002350D1" w:rsidTr="00FE2581">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dẫn dắt vào bài nhân số có năm chữ số với số có một chữ số.</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2. Khám phá (10 phút):</w:t>
            </w:r>
          </w:p>
          <w:p w:rsidR="00D51B6F" w:rsidRPr="002350D1" w:rsidRDefault="0003580F">
            <w:pPr>
              <w:spacing w:after="0" w:line="240" w:lineRule="auto"/>
            </w:pPr>
            <w:r w:rsidRPr="002350D1">
              <w:rPr>
                <w:rFonts w:ascii="Times New Roman" w:eastAsia="Times New Roman" w:hAnsi="Times New Roman"/>
                <w:sz w:val="26"/>
              </w:rPr>
              <w:t>- Mục tiêu: Hình thành cách nhân số có năm chữ số với số có một chữ số.</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FE2581">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Khám phá. Phép nhân 12 415 x 3. (Làm việc cá nhân, cả lớp)</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tình huống trong SGK.</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Đồi thứ nhất trồng được 12 415 cây, đồi thứ hai gấp 3 lần.</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Muốn biết đồi thứ hai trồng được bao nhiêu cây, ta làm phép tính gì?</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12 415 x 3.</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đặt tính vào bảng con.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đặt tính 12 415 x 3.</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hướng dẫn HS nhân lần lượt từ phải sang trái.</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theo dõi: 3 nhân 5 bằng 15 viết 5 nhớ 1; 3 nhân 1 bằng 3 thêm 1 bằng 4; 3 nhân 4 bằng 12 viết 2 nhớ 1; 3 nhân 2 bằng 6 thêm 1 bằng 7; 3 nhân 1 bằng 3 viết 3.</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12 415 x 3 bằng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37 245.</w:t>
            </w:r>
          </w:p>
        </w:tc>
      </w:tr>
      <w:tr w:rsidR="002350D1" w:rsidRPr="002350D1" w:rsidTr="004816AE">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Khi nhân số có năm chữ số với số có một chữ số, nhân từ phải sang trái và nhớ đúng sang hàng bên trái.</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nhắc lại cách nhân.</w:t>
            </w:r>
          </w:p>
        </w:tc>
      </w:tr>
      <w:tr w:rsidR="002350D1" w:rsidRPr="002350D1" w:rsidTr="004816AE">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3. Hoạt động (10 phút):</w:t>
            </w:r>
          </w:p>
          <w:p w:rsidR="00D51B6F" w:rsidRPr="002350D1" w:rsidRDefault="0003580F">
            <w:pPr>
              <w:spacing w:after="0" w:line="240" w:lineRule="auto"/>
            </w:pPr>
            <w:r w:rsidRPr="002350D1">
              <w:rPr>
                <w:rFonts w:ascii="Times New Roman" w:eastAsia="Times New Roman" w:hAnsi="Times New Roman"/>
                <w:sz w:val="26"/>
              </w:rPr>
              <w:t>- Mục tiêu: Luyện tính, đặt tính và giải bài toán nhân số có năm chữ số.</w:t>
            </w:r>
          </w:p>
          <w:p w:rsidR="00D51B6F" w:rsidRPr="002350D1" w:rsidRDefault="0003580F">
            <w:pPr>
              <w:spacing w:after="0" w:line="240" w:lineRule="auto"/>
            </w:pPr>
            <w:r w:rsidRPr="002350D1">
              <w:rPr>
                <w:rFonts w:ascii="Times New Roman" w:eastAsia="Times New Roman" w:hAnsi="Times New Roman"/>
                <w:sz w:val="26"/>
              </w:rPr>
              <w:t>- Mục tiêu tích hợp AI 3.C5.2: HS liên hệ phép nhân với việc dự đoán sản lượng dựa trên quy luật dữ liệu.</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4816AE">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Bài 1. Tính. (Làm việc cá nhân vào vở)</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cho HS đọc yêu cầu Bài 1.</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Tính.</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làm cá nhân vào vở ba phép nhân.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làm bài vào vở.</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47 235 x 2 bằng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94 470.</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18 142 x 4 bằng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72 568.</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15 160 x 5 bằng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75 800.</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một phép nhân có nhớ.</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cách nhân từ phải sang trái và phần nhớ.</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Cần nhân đủ từng hàng và ghi nhớ đúng để kết quả không sai.</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2. Đặt tính rồi tính. (Làm việc cá nhân vào vở)</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2.</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Đặt tính rồi tính.</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nhắc HS đặt số có năm chữ số phía trên, số có một chữ số phía dưới hàng đơn vị.</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làm cá nhân vào vở hai phép tính.</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làm bài.</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31 504 x 3 bằng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94 512.</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23 162 x 4 bằng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92 648.</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kết quả trên bảng.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bạn khác nhận xét.</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Đặt tính đúng giúp nhân đúng từng hàng.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3. Chuyển thóc vào kho. (Làm việc cá nhân vào vở)</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rsidP="004816AE">
            <w:pPr>
              <w:spacing w:after="0" w:line="240" w:lineRule="auto"/>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đề Bài 3.</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Mỗi người chuyển 250 kg thóc vào kho. Sau 3 chuyến như vậy, người đó chuyển được bao nhiêu ki-lô-gam thóc?</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Mỗi chuyến chuyển bao nhiêu ki-lô-gam thóc?</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250 kg.</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Có mấy chuyến?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3 chuyến.</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Muốn biết chuyển được tất cả bao nhiêu ki-lô-gam, làm phép tính gì?</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250 x 3.</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làm bài giải vào vở.</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250 x 3 = 750 (kg). Đáp số: 750 kg thóc.</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xml:space="preserve">- Tích hợp AI - Dự đoán sản lượng: GV diễn giải AI có thể học từ dữ liệu nhiều vụ mùa như diện tích ruộng, số cây giống, lượng mưa, năng suất cũ và ảnh chụp vệ tinh để dự đoán sản lượng nông nghiệp. Tuy nhiên, muốn dự đoán đúng phải có dữ liệu đúng, đủ và quy luật rõ ràng; nếu nhập sai số cây mỗi luống hoặc số luống, kết quả dự đoán cũng sai. GV liên hệ bài toán nhân: “mỗi lần như nhau x số </w:t>
            </w:r>
            <w:r w:rsidRPr="002350D1">
              <w:rPr>
                <w:rFonts w:ascii="Times New Roman" w:eastAsia="Times New Roman" w:hAnsi="Times New Roman"/>
                <w:sz w:val="26"/>
              </w:rPr>
              <w:lastRenderedPageBreak/>
              <w:t>lần” là quy luật cơ bản để tính nhanh tổng số lượng, giống cách công cụ số dựa vào quy luật để xử lí dữ liệu.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HS lắng nghe và nêu: Muốn dự đoán đúng cần dữ liệu đúng và quy luật rõ ràng.</w:t>
            </w:r>
          </w:p>
        </w:tc>
      </w:tr>
      <w:tr w:rsidR="002350D1" w:rsidRPr="002350D1" w:rsidTr="004816AE">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kết luận: Bài toán “mỗi lần như nhau, nhiều lần” thường dùng phép nhân.</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4816AE">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4. Luyện tập (15 phút):</w:t>
            </w:r>
          </w:p>
          <w:p w:rsidR="00D51B6F" w:rsidRPr="002350D1" w:rsidRDefault="0003580F">
            <w:pPr>
              <w:spacing w:after="0" w:line="240" w:lineRule="auto"/>
            </w:pPr>
            <w:r w:rsidRPr="002350D1">
              <w:rPr>
                <w:rFonts w:ascii="Times New Roman" w:eastAsia="Times New Roman" w:hAnsi="Times New Roman"/>
                <w:sz w:val="26"/>
              </w:rPr>
              <w:t>- Mục tiêu: Củng cố bảng nhân, đặt tính, nhẩm và giải toán thực tế.</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4816AE">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Bài 1. Số? (Làm việc cá nhân)</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1.</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Số?</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18 171 x 5 bằng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90 855.</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13 061 x 6 bằng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78 366.</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12 540 x 7 bằng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87 780.</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hoàn thành bảng.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viết các tích vào bảng.</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cách nhân một tích.</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cách nhân và nhớ.</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Bảng giúp kiểm tra mối quan hệ giữa thừa số và tích.</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2. Đặt tính rồi tính; tính giá trị biểu thức. (Làm việc cá nhân vào vở)</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yêu cầu Bài 2.</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a) Đặt tính rồi tính; b) Tính giá trị của biểu thức.</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31 624 x 3 và 15 041 x 5 bằng bao nhiêu?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94 872 và 75 205.</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Biểu thức 26 745 + 1 071 x 6 thực hiện phép tính nào trước?</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Nhân trước, cộng sau.</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yêu cầu HS tính giá trị biểu thức.</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tính: 1 071 x 6 = 6 426; 26 745 + 6 426 = 33 171.</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trình bày kết quả.</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a) 94 872; 75 205; b) 33 171.</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nhắc HS thực hiện nhân trước cộng sau.</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Với biểu thức có phép nhân và phép cộng, thực hiện phép nhân trước.</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nhớ.</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b/>
                <w:sz w:val="26"/>
              </w:rPr>
              <w:t>Bài 3, 4. Giải toán thực tế. (Làm việc cá nhân vào vở)</w:t>
            </w:r>
          </w:p>
          <w:p w:rsidR="00D51B6F" w:rsidRPr="002350D1" w:rsidRDefault="0003580F">
            <w:pPr>
              <w:spacing w:after="0" w:line="240" w:lineRule="auto"/>
            </w:pPr>
            <w:r w:rsidRPr="002350D1">
              <w:rPr>
                <w:rFonts w:ascii="Times New Roman" w:eastAsia="Times New Roman" w:hAnsi="Times New Roman"/>
                <w:sz w:val="26"/>
              </w:rPr>
              <w:t>- HS quan sát hình SGK.</w:t>
            </w:r>
          </w:p>
          <w:p w:rsidR="00D51B6F" w:rsidRPr="002350D1" w:rsidRDefault="00D51B6F">
            <w:pPr>
              <w:spacing w:after="0" w:line="240" w:lineRule="auto"/>
              <w:jc w:val="center"/>
            </w:pP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quan sát bài trong SGK.</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Bài 3.</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Việt mua 6 quyển vở, mỗi quyển 6 000 đồng; còn bán hàng tờ 100 000 đồng.</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Việt mua vở hết bao nhiêu tiền và phải trả bao nhiêu tiền?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6 x 6 000 = 36 000 đồng; 36 000 + 10 000 = 46 000 đồng.</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cho HS đọc Bài 4.</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đọc: Hai vườn ươm có 14 000 cây giống và 15 000 cây giống.</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Cả hai trại ươm có bao nhiêu cây giống?</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14 000 + 15 000 = 29 000 cây giống.</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lastRenderedPageBreak/>
              <w:t>- GV cho HS trình bày hai bài giải.</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trình bày: Bài 3 đáp số 46 000 đồng; Bài 4 đáp số 29 000 cây giống.</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nhận xét cách trình bày và đơn vị.</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 sửa nếu thiếu đơn vị.</w:t>
            </w:r>
          </w:p>
        </w:tc>
      </w:tr>
      <w:tr w:rsidR="002350D1" w:rsidRPr="002350D1" w:rsidTr="004816AE">
        <w:trPr>
          <w:jc w:val="center"/>
        </w:trPr>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kết luận: Đọc kĩ đề giúp chọn đúng phép nhân hoặc phép cộng khi giải toán.</w:t>
            </w:r>
          </w:p>
        </w:tc>
        <w:tc>
          <w:tcPr>
            <w:tcW w:w="5040" w:type="dxa"/>
            <w:tcBorders>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4816AE">
        <w:trPr>
          <w:jc w:val="center"/>
        </w:trPr>
        <w:tc>
          <w:tcPr>
            <w:tcW w:w="10080" w:type="dxa"/>
            <w:gridSpan w:val="2"/>
            <w:tcBorders>
              <w:top w:val="single" w:sz="8" w:space="0" w:color="000000"/>
              <w:bottom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b/>
                <w:sz w:val="26"/>
              </w:rPr>
              <w:t>5. Vận dụng - Trải nghiệm (5 phút):</w:t>
            </w:r>
          </w:p>
          <w:p w:rsidR="00D51B6F" w:rsidRPr="002350D1" w:rsidRDefault="0003580F">
            <w:pPr>
              <w:spacing w:after="0" w:line="240" w:lineRule="auto"/>
            </w:pPr>
            <w:r w:rsidRPr="002350D1">
              <w:rPr>
                <w:rFonts w:ascii="Times New Roman" w:eastAsia="Times New Roman" w:hAnsi="Times New Roman"/>
                <w:sz w:val="26"/>
              </w:rPr>
              <w:t>- Mục tiêu: Củng cố nhân số có năm chữ số với số có một chữ số và liên hệ dự đoán sản lượng.</w:t>
            </w:r>
          </w:p>
          <w:p w:rsidR="00D51B6F" w:rsidRPr="002350D1" w:rsidRDefault="0003580F">
            <w:pPr>
              <w:spacing w:after="0" w:line="240" w:lineRule="auto"/>
            </w:pPr>
            <w:r w:rsidRPr="002350D1">
              <w:rPr>
                <w:rFonts w:ascii="Times New Roman" w:eastAsia="Times New Roman" w:hAnsi="Times New Roman"/>
                <w:sz w:val="26"/>
              </w:rPr>
              <w:t>*Cách tiến hành:</w:t>
            </w:r>
          </w:p>
        </w:tc>
      </w:tr>
      <w:tr w:rsidR="002350D1" w:rsidRPr="002350D1" w:rsidTr="004816AE">
        <w:trPr>
          <w:jc w:val="center"/>
        </w:trPr>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Khi nhân số có năm chữ số với số có một chữ số, em thực hiện từ đâu?</w:t>
            </w:r>
          </w:p>
        </w:tc>
        <w:tc>
          <w:tcPr>
            <w:tcW w:w="5040" w:type="dxa"/>
            <w:tcBorders>
              <w:top w:val="single" w:sz="8" w:space="0" w:color="000000"/>
            </w:tcBorders>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Nhân từ phải sang trái, từ hàng đơn vị.</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hỏi: Bài toán “mỗi chuyến 250 kg, 3 chuyến” dùng phép tính gì?</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trả lời: Dùng phép nhân 250 x 3.</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liên hệ: AI dự đoán sản lượng cũng cần dữ liệu đúng và quy luật rõ ràng, giống như bài toán phải biết “mỗi lần” và “số lần”.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nhận xét tiết học, tuyên dương HS nhân có nhớ cẩn thận.</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lắng nghe.</w:t>
            </w:r>
          </w:p>
        </w:tc>
      </w:tr>
      <w:tr w:rsidR="002350D1" w:rsidRPr="002350D1" w:rsidTr="00FE2581">
        <w:trPr>
          <w:jc w:val="center"/>
        </w:trPr>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GV dặn dò HS luyện thêm 3 phép nhân và chuẩn bị Bài 70 tiết 2.</w:t>
            </w:r>
          </w:p>
        </w:tc>
        <w:tc>
          <w:tcPr>
            <w:tcW w:w="5040" w:type="dxa"/>
            <w:shd w:val="clear" w:color="auto" w:fill="auto"/>
          </w:tcPr>
          <w:p w:rsidR="00D51B6F" w:rsidRPr="002350D1" w:rsidRDefault="0003580F">
            <w:pPr>
              <w:spacing w:after="0" w:line="240" w:lineRule="auto"/>
            </w:pPr>
            <w:r w:rsidRPr="002350D1">
              <w:rPr>
                <w:rFonts w:ascii="Times New Roman" w:eastAsia="Times New Roman" w:hAnsi="Times New Roman"/>
                <w:sz w:val="26"/>
              </w:rPr>
              <w:t>- HS ghi nhớ nhiệm vụ.</w:t>
            </w:r>
          </w:p>
        </w:tc>
      </w:tr>
    </w:tbl>
    <w:p w:rsidR="00D51B6F" w:rsidRPr="002350D1" w:rsidRDefault="0003580F">
      <w:pPr>
        <w:spacing w:after="0" w:line="240" w:lineRule="auto"/>
      </w:pPr>
      <w:r w:rsidRPr="002350D1">
        <w:rPr>
          <w:rFonts w:ascii="Times New Roman" w:eastAsia="Times New Roman" w:hAnsi="Times New Roman"/>
          <w:b/>
          <w:sz w:val="26"/>
        </w:rPr>
        <w:t>IV. ĐIỀU CHỈNH SAU BÀI DẠY:</w:t>
      </w:r>
    </w:p>
    <w:p w:rsidR="00D51B6F" w:rsidRPr="002350D1" w:rsidRDefault="0003580F">
      <w:pPr>
        <w:spacing w:after="0" w:line="240" w:lineRule="auto"/>
      </w:pPr>
      <w:r w:rsidRPr="002350D1">
        <w:rPr>
          <w:rFonts w:ascii="Times New Roman" w:eastAsia="Times New Roman" w:hAnsi="Times New Roman"/>
          <w:sz w:val="26"/>
        </w:rPr>
        <w:t>.......................................................................................................................................</w:t>
      </w:r>
    </w:p>
    <w:p w:rsidR="00D51B6F" w:rsidRPr="002350D1" w:rsidRDefault="0003580F">
      <w:pPr>
        <w:spacing w:after="0" w:line="240" w:lineRule="auto"/>
      </w:pPr>
      <w:r w:rsidRPr="002350D1">
        <w:rPr>
          <w:rFonts w:ascii="Times New Roman" w:eastAsia="Times New Roman" w:hAnsi="Times New Roman"/>
          <w:sz w:val="26"/>
        </w:rPr>
        <w:t>.......................................................................................................................................</w:t>
      </w:r>
    </w:p>
    <w:sectPr w:rsidR="00D51B6F" w:rsidRPr="002350D1" w:rsidSect="00034616">
      <w:pgSz w:w="12240" w:h="15840"/>
      <w:pgMar w:top="936" w:right="936" w:bottom="864"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3580F"/>
    <w:rsid w:val="0006063C"/>
    <w:rsid w:val="0015074B"/>
    <w:rsid w:val="002350D1"/>
    <w:rsid w:val="0029639D"/>
    <w:rsid w:val="00326F90"/>
    <w:rsid w:val="004816AE"/>
    <w:rsid w:val="00AA1D8D"/>
    <w:rsid w:val="00AC3B3C"/>
    <w:rsid w:val="00B47730"/>
    <w:rsid w:val="00CB0664"/>
    <w:rsid w:val="00D51B6F"/>
    <w:rsid w:val="00FC693F"/>
    <w:rsid w:val="00FE25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35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0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35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0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7E930-028F-44E2-A224-F0E7EFEEF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5154</Words>
  <Characters>29378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34464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2026-06-19T04:50:00Z</dcterms:created>
  <dcterms:modified xsi:type="dcterms:W3CDTF">2026-08-15T07:21:00Z</dcterms:modified>
  <cp:category/>
</cp:coreProperties>
</file>