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B1" w:rsidRPr="00BF13F8" w:rsidRDefault="00BF13F8">
      <w:pPr>
        <w:spacing w:after="0" w:line="240" w:lineRule="auto"/>
        <w:jc w:val="center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TOÁN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>
        <w:rPr>
          <w:rFonts w:cs="Times New Roman"/>
          <w:b/>
        </w:rPr>
        <w:t>Bài 40: ÔN TẬP HÌNH HỌC VÀ ĐO LƯỜNG (TIẾT 1)</w:t>
      </w:r>
    </w:p>
    <w:p w:rsidR="00413BB1" w:rsidRPr="00BF13F8" w:rsidRDefault="00413BB1">
      <w:pPr>
        <w:spacing w:after="0" w:line="240" w:lineRule="auto"/>
        <w:jc w:val="both"/>
        <w:rPr>
          <w:sz w:val="28"/>
          <w:szCs w:val="28"/>
        </w:rPr>
      </w:pPr>
    </w:p>
    <w:p w:rsidR="00413BB1" w:rsidRPr="00BF13F8" w:rsidRDefault="00413BB1">
      <w:pPr>
        <w:spacing w:after="0" w:line="240" w:lineRule="auto"/>
        <w:jc w:val="both"/>
        <w:rPr>
          <w:sz w:val="28"/>
          <w:szCs w:val="28"/>
        </w:rPr>
      </w:pP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I. YÊU CẦU CẦN ĐẠT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1. Năng lực đặc thù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Nhận biết được khối lập phương, khối hộp chữ nhật qua hình ảnh trực quan.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Quan sát hình và tìm được số lượng một số hình đơn giản trong hình vẽ.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Xếp que tính để tạo hình, nhận biết được số hình tam giác trong hình đã cho.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Tìm được hình thích hợp để điền vào chỗ trống theo quy luật.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Rèn kĩ năng quan sát, suy luận và giải quyết vấn đề toán học đơn giản.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2. Năng lực chung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Năng lực tư duy và lập luận toán học: Biết quan sát, so sánh, phân loại và nêu được kết quả.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Năng lực giải quyết vấn đề: Biết tìm cách làm phù hợp để hoàn thành các bài tập.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Năng lực giao tiếp và hợp tác: Biết trao đổi với bạn, trình bày bài làm, nhận xét bài của bạn.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3. Phẩm chất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Chăm chỉ: Tích cực tham gia các hoạt động học tập, hoàn thành bài tập.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Trung thực: Nêu đúng kết quả, mạnh dạn sửa sai khi được góp ý.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Trách nhiệm: Có ý thức hợp tác với bạn và hoàn thành nhiệm vụ được giao.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II. ĐỒ DÙNG DẠY HỌC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1. Học liệu: SGK, que tính, bảng con, vở.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2. Thiết bị: Máy tính, máy chiếu.</w:t>
      </w:r>
    </w:p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III. CÁC HOẠT ĐỘNG DẠY HỌC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13BB1" w:rsidRPr="00BF13F8" w:rsidTr="00940E95">
        <w:trPr>
          <w:jc w:val="center"/>
        </w:trPr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Hoạt động của GV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Hoạt động của HS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1. Khởi động  Mục tiêu: Tạo không khí vui vẻ, gợi nhớ một số hình khối và hình đã học.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tổ chức cho HS chơi trò chơi “Nói nhanh tên hình”.</w:t>
            </w:r>
          </w:p>
        </w:tc>
        <w:tc>
          <w:tcPr>
            <w:tcW w:w="45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tham gia trò chơi.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giơ lần lượt một số hình: hình vuông, hình chữ nhật, hình tam giác, khối hộp chữ nhật, khối lập phương và mời HS gọi tên.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quan sát và gọi tên hình, khối theo yêu cầu.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nhận xét, tuyên dương và giới thiệu bài: Ôn tập hình học và đo lường.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nghe, nhắc lại tên bài.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2. Luyện tập, thực hành  Mục tiêu: Củng cố kĩ năng nhận biết hình khối, đếm hình, xếp hình và tìm quy luật.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BB1" w:rsidRPr="00BF13F8" w:rsidRDefault="00BF13F8" w:rsidP="00BF13F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- Bài 1: GV gọi HS nêu yêu cầu từng phần của bài 1.</w:t>
            </w:r>
          </w:p>
          <w:p w:rsidR="00BF13F8" w:rsidRPr="00BF13F8" w:rsidRDefault="00BF13F8" w:rsidP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BB1" w:rsidRPr="00BF13F8" w:rsidRDefault="00BF13F8" w:rsidP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nêu yêu cầu bài 1.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cho HS quan sát các hình ở phần a và hỏi: Những hình nào là khối lập phương?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quan sát và trả lời: Các hình là khối lập phương là A, C, D.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gọi HS nhận xét, bổ sung.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nhận xét, bổ sung ý kiến cho bạn.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cho HS quan sát các hình ở phần b và hỏi: Những hình nào là khối hộp chữ nhật?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trả lời: Các hình là khối hộp chữ nhật là A, C, D.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kết luận, chữa bài.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- Bài 2: GV gọi HS nêu yêu cầu bài.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nêu: Xem hình sau rồi tìm số thích hợp.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 w:rsidP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 xml:space="preserve">- GV yêu cầu HS làm việc cá nhân, quan sát </w:t>
            </w:r>
            <w:r w:rsidRPr="00BF13F8">
              <w:rPr>
                <w:rFonts w:cs="Times New Roman"/>
                <w:szCs w:val="28"/>
              </w:rPr>
              <w:lastRenderedPageBreak/>
              <w:t>hình rô-bốt và đếm số hình vuông, hình chữ nhật, hình tròn, hình tam giác có trong hình.</w:t>
            </w:r>
          </w:p>
          <w:p w:rsidR="00BF13F8" w:rsidRPr="00BF13F8" w:rsidRDefault="00BF13F8" w:rsidP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 w:rsidP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lastRenderedPageBreak/>
              <w:t>- HS làm bài cá nhân, quan sát và đếm hình.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lastRenderedPageBreak/>
              <w:t>- GV mời một số HS trình bày.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trình bày: Có 2 hình vuông, 8 hình chữ nhật, 11 hình tròn, 3 hình tam giác.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gọi HS nhận xét, bổ sung.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nhận xét, bổ sung.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kết luận.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 w:rsidP="00BF13F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- Bài 3: GV gọi 2 HS đọc yêu cầu từng phần của bài.</w:t>
            </w:r>
          </w:p>
          <w:p w:rsidR="00BF13F8" w:rsidRPr="00BF13F8" w:rsidRDefault="00BF13F8" w:rsidP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 w:rsidP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- 2 HS đọc yêu cầu bài 3.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cho HS quan sát hình được xếp bằng 9 que tính và hỏi: Hình bên có mấy hình tam giác?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quan sát và trả lời: Hình bên có 4 hình tam giác.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chia lớp thành nhóm 2, yêu cầu HS thảo luận cách nhấc ra 2 que tính để hình còn lại có 2 hình tam giác.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làm việc nhóm 2, thảo luận cách nhấc que tính.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mời đại diện một số nhóm trình bày.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trình bày một số cách làm phù hợp để còn lại 2 hình tam giác.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nhận xét, chốt: Có thể nhấc 2 que tính ở giữa để hình còn lại có 2 hình tam giác.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nghe, ghi nhớ.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- Bài 4: GV gọi HS nêu yêu cầu từng phần của bài.</w:t>
            </w:r>
          </w:p>
          <w:p w:rsidR="00BF13F8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nêu yêu cầu bài 4.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yêu cầu HS làm việc nhóm 4, quan sát dãy hình ở phần a để tìm hình thích hợp đặt vào dấu “?”.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làm việc nhóm 4, quan sát và tìm quy luật.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mời đại diện nhóm trình bày phần a.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trình bày: Hình thích hợp ở phần a là hình chữ nhật màu hồng, chọn D.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yêu cầu HS tiếp tục quan sát dãy khối ở phần b và tìm khối thích hợp đặt vào dấu “?”.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quan sát và tìm quy luật ở phần b.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mời đại diện nhóm trình bày phần b.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trình bày: Khối thích hợp ở phần b là khối hộp chữ nhật màu xanh, chọn C.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gọi HS nhận xét, bổ sung.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nhận xét, bổ sung.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kết luận, chữa bài.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3. Vận dụng  Mục tiêu: Củng cố nội dung bài học và tạo hứng thú học tập.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yêu cầu HS nêu lại tên một số hình, khối đã ôn trong bài.</w:t>
            </w:r>
          </w:p>
        </w:tc>
        <w:tc>
          <w:tcPr>
            <w:tcW w:w="45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nêu: hình vuông, hình chữ nhật, hình tròn, hình tam giác, khối lập phương, khối hộp chữ nhật.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nhận xét chung giờ học.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nghe.</w:t>
            </w:r>
          </w:p>
        </w:tc>
      </w:tr>
      <w:tr w:rsidR="00413BB1" w:rsidRPr="00BF13F8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dặn HS về nhà quan sát thêm các đồ vật có dạng khối hộp chữ nhật, khối lập phương trong gia đình.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413BB1" w:rsidRPr="00BF13F8" w:rsidRDefault="00BF1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nghe, thực hiện.</w:t>
            </w:r>
          </w:p>
        </w:tc>
      </w:tr>
    </w:tbl>
    <w:p w:rsidR="00413BB1" w:rsidRPr="00BF13F8" w:rsidRDefault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IV. ĐIỀU CHỈNH SAU BÀI DẠY</w:t>
      </w:r>
    </w:p>
    <w:p w:rsidR="00BF13F8" w:rsidRPr="00BF13F8" w:rsidRDefault="00BF13F8" w:rsidP="00BF13F8">
      <w:pPr>
        <w:pageBreakBefore/>
        <w:spacing w:after="0" w:line="240" w:lineRule="auto"/>
        <w:jc w:val="both"/>
        <w:rPr>
          <w:sz w:val="28"/>
          <w:szCs w:val="28"/>
        </w:rPr>
      </w:pPr>
      <w:r>
        <w:rPr>
          <w:rFonts w:cs="Times New Roman"/>
          <w:b/>
        </w:rPr>
        <w:lastRenderedPageBreak/>
        <w:t xml:space="preserve">Bài 40: ÔN TẬP HÌNH HỌC VÀ </w:t>
      </w:r>
      <w:proofErr w:type="gramStart"/>
      <w:r>
        <w:rPr>
          <w:rFonts w:cs="Times New Roman"/>
          <w:b/>
        </w:rPr>
        <w:t>ĐO</w:t>
      </w:r>
      <w:proofErr w:type="gramEnd"/>
      <w:r>
        <w:rPr>
          <w:rFonts w:cs="Times New Roman"/>
          <w:b/>
        </w:rPr>
        <w:t xml:space="preserve"> LƯỜNG (TIẾT 2)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I. YÊU CẦU CẦN ĐẠT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1. Năng lực đặc thù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- Nhận biết và ghép đúng thời gian trên đồng hồ với hoạt động tương ứng trong ngày.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- Xác định đúng thứ trong tuần trong các tình huống đơn giản, gần gũi với đời sống của học sinh.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- Biết dùng thước có vạch chia xăng-ti-mét để đo độ dài một số đồ vật trên hình; biết so sánh để xác định vật dài nhất, ngắn nhất.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- Chọn được câu trả lời phù hợp về độ dài và đơn vị đo trong các tình huống thực tế.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2. Năng lực chung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- Tự chủ và tự học: chủ động quan sát tranh, đọc yêu cầu, hoàn thành nhiệm vụ học tập; biết tự kiểm tra kết quả sau khi làm bài.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- Giao tiếp và hợp tác: tích cực trao đổi trong nhóm đôi, nhóm 4; biết lắng nghe, nhận xét, bổ sung ý kiến cho bạn.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- Giải quyết vấn đề và sáng tạo: lựa chọn cách làm phù hợp khi đọc giờ, xác định thứ trong tuần, đo độ dài và chọn đơn vị đo thích hợp.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3. Phẩm chất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- Chăm chỉ: tích cực tham gia các hoạt động học tập, hoàn thành nhiệm vụ được giao.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- Trách nhiệm: biết sắp xếp thời gian học tập, vui chơi, nghỉ ngơi hợp lí; có ý thức sử dụng đồ dùng học tập đúng cách.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- Trung thực: nêu kết quả đúng theo quan sát, đo đạc và suy nghĩ của bản thân.</w:t>
      </w:r>
    </w:p>
    <w:p w:rsidR="00E55491" w:rsidRDefault="00887084">
      <w:pPr>
        <w:spacing w:after="0" w:line="240" w:lineRule="auto"/>
        <w:jc w:val="both"/>
      </w:pPr>
      <w:r>
        <w:rPr>
          <w:rFonts w:cs="Times New Roman"/>
          <w:b/>
          <w:color w:val="FF0000"/>
        </w:rPr>
        <w:t>4. Tích hợp</w:t>
      </w:r>
    </w:p>
    <w:p w:rsidR="00E55491" w:rsidRDefault="00887084">
      <w:pPr>
        <w:spacing w:after="0" w:line="240" w:lineRule="auto"/>
        <w:jc w:val="both"/>
      </w:pPr>
      <w:r>
        <w:rPr>
          <w:rFonts w:cs="Times New Roman"/>
          <w:color w:val="FF0000"/>
        </w:rPr>
        <w:t>- Năng lực số 5.2.CB1a: Xác định được các nhu cầu cá nhân.</w:t>
      </w:r>
    </w:p>
    <w:p w:rsidR="00E55491" w:rsidRDefault="00887084">
      <w:pPr>
        <w:spacing w:after="0" w:line="240" w:lineRule="auto"/>
        <w:jc w:val="both"/>
      </w:pPr>
      <w:r>
        <w:rPr>
          <w:rFonts w:cs="Times New Roman"/>
          <w:color w:val="FF0000"/>
        </w:rPr>
        <w:t>- HS xác định được nhu cầu học tập, nghỉ ngơi, vui chơi, rèn luyện sức khỏe theo thời gian phù hợp trong ngày; biết dựa vào giờ và lịch để sắp xếp hoạt động hợp lí.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II. ĐỒ DÙNG DẠY HỌC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- GV: SGK, tranh bài học, đồng hồ mô hình, thẻ giờ, thước kẻ, phiếu học tập, máy tính/ti vi hoặc máy chiếu, tài khoản Quizizz và mã/QR tham gia cho HS.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- HS: SGK, vở, bảng con, bút chì, thước kẻ có vạch chia xăng-ti-mét; thiết bị tham gia Quizizz theo cá nhân hoặc theo cặp (nếu có).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br w:type="page"/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>
        <w:rPr>
          <w:rFonts w:cs="Times New Roman"/>
          <w:b/>
        </w:rPr>
        <w:lastRenderedPageBreak/>
        <w:t>III. CÁC HOẠT ĐỘNG DẠY HỌC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919"/>
        <w:gridCol w:w="4919"/>
      </w:tblGrid>
      <w:tr w:rsidR="00BF13F8" w:rsidRPr="00BF13F8" w:rsidTr="00940E95">
        <w:trPr>
          <w:jc w:val="center"/>
        </w:trPr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Hoạt động của GV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Hoạt động của HS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1. Khởi động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Mục tiêu: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Tạo tâm thế vui vẻ, hứng thú cho HS trước khi vào bài.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Ôn lại cách xem giờ đúng và gợi nhớ một số hoạt động quen thuộc trong ngày.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tổ chức trò chơi “Tia chớp”: quay nhanh kim đồng hồ mô hình, nêu một số giờ đúng như 6 giờ sáng, 7 giờ sáng, 12 giờ trưa, 8 giờ tối và yêu cầu HS nói nhanh hoạt động thường làm vào thời điểm đó.</w:t>
            </w:r>
          </w:p>
        </w:tc>
        <w:tc>
          <w:tcPr>
            <w:tcW w:w="4592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quan sát đồng hồ, trả lời nhanh: 6 giờ sáng em tập thể dục; 7 giờ sáng em đi học; 12 giờ trưa em ăn trưa; 8 giờ tối em học bài hoặc sinh hoạt buổi tối.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dùng hỏi đáp gợi mở: Vì sao em cần biết đúng giờ trong ngày?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mời 2 – 3 HS trình bày trước lớp.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trả lời: Biết đúng giờ để đi học đúng giờ, ăn ngủ đúng giờ, vui chơi và nghỉ ngơi hợp lí.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Một số HS trình bày trước lớp, cả lớp lắng nghe và bổ sung.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nhận xét, tuyên dương HS trả lời nhanh và dẫn dắt vào bài: Hôm nay chúng ta cùng ôn tập về đo lường: xem giờ, xác định thứ trong tuần, đo độ dài và chọn đơn vị đo thích hợp.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nghe, mở SGK, chuẩn bị đồ dùng học tập.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2. Luyện tập, thực hành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Mục tiêu: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thực hiện được các bài tập ôn tập về thời gian, thứ trong tuần và độ dài.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biết trao đổi, thảo luận nhóm, trình bày kết quả và giải thích cách làm.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sử dụng Quizizz để trả lời và trình bày kết quả ở Bài 2 và Bài 5.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- Bài 1. Chọn đồng hồ thích hợp với mỗi bức tranh.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cho HS quan sát 6 bức tranh, dùng kĩ thuật hỏi đáp gợi mở để HS nêu tên hoạt động trong từng tranh.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nêu tên các hoạt động: Việt tập thể dục; Việt đi học; Việt ăn trưa; Việt tập bơi; Việt chơi đàn; Việt đi ngủ.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chia HS thành nhóm 2, yêu cầu mỗi cặp trao đổi, ghép đồng hồ đúng với từng hoạt động; sau đó dùng bút chì nối trong SGK hoặc phiếu học tập.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đi tới các nhóm hỗ trợ HS còn lúng túng.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làm việc theo nhóm 2, trao đổi và ghép đồng hồ phù hợp với từng tranh.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thống nhất kết quả trong cặp.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mời đại diện từng cặp trình bày kết quả; mời HS khác nhận xét, bổ sung.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chốt đáp án và nhấn mạnh cách nói thời gian trong ngày.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 xml:space="preserve">- HS trình bày: Việt tập thể dục lúc 6 giờ sáng; Việt đi học lúc 7 giờ sáng; Việt ăn trưa lúc 12 giờ; Việt tập bơi lúc 5 giờ chiều; Việt chơi đàn lúc 8 giờ tối; Việt đi ngủ lúc 9 giờ </w:t>
            </w:r>
            <w:r w:rsidRPr="00BF13F8">
              <w:rPr>
                <w:rFonts w:cs="Times New Roman"/>
                <w:szCs w:val="28"/>
              </w:rPr>
              <w:lastRenderedPageBreak/>
              <w:t>tối.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nhận xét, bổ sung nếu cần và chữa bài.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b/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b/>
                <w:color w:val="FF0000"/>
                <w:szCs w:val="28"/>
              </w:rPr>
              <w:lastRenderedPageBreak/>
              <w:t>- Bài 2. Chọn câu trả lời đúng (thực hiện trên Quizizz).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mở Quizizz, cung cấp mã/QR cho HS; nếu thiếu thiết bị, GV cho HS làm theo nhóm 2. GV nêu rõ yêu cầu: đọc kĩ câu hỏi trên màn hình, chọn đáp án đúng và quan sát bảng xếp hạng sau mỗi câu.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đăng nhập vào Quizizz bằng thiết bị cá nhân hoặc theo nhóm 2, nhập tên và sẵn sàng làm bài.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cho hiện câu hỏi 1 trên Quizizz: “Trong một tuần, nếu ngày 20 là thứ Hai thì ngày 22 là thứ mấy?”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yêu cầu HS suy nghĩ cá nhân rồi chọn đáp án trên Quizizz.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suy nghĩ: ngày 21 là thứ Ba, ngày 22 là thứ Tư.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chọn đáp án A. Thứ Tư trên Quizizz.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mời 1 – 2 HS giải thích vì sao chọn đáp án đó; dùng kĩ thuật trình bày nhanh để HS nói gọn cách suy luận.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nhận xét và chốt đáp án.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trình bày: Em đếm tiếp từ thứ Hai đến thứ Ba rồi đến thứ Tư nên ngày 22 là thứ Tư.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nghe nhận xét và tự đối chiếu kết quả trên Quizizz.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cho hiện câu hỏi 2 trên Quizizz: “Nếu hôm qua là thứ Ba thì ngày mai là thứ mấy?”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yêu cầu HS bấm chọn đáp án và theo dõi bảng xếp hạng.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suy nghĩ: hôm nay là thứ Tư nên ngày mai là thứ Năm.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chọn đáp án B. Thứ Năm trên Quizizz.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mời HS trình bày; liên hệ tích hợp NLS 5.2.CB1a bằng câu hỏi: Biết đúng thứ trong tuần giúp em làm gì?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chốt đáp án và nhấn mạnh việc sử dụng công cụ số để trình bày kết quả học tập.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trả lời: Biết đúng thứ để chuẩn bị sách vở, đi học, tham gia sinh hoạt, nghỉ ngơi đúng kế hoạch của bản thân.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nghe, ghi nhớ: câu 1 chọn A; câu 2 chọn B.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- Bài 3. Đo độ dài mỗi đồ vật sau với đơn vị là xăng-ti-mét.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giới thiệu thước kẻ, nhắc HS cách đặt vạch 0 trùng với một đầu của đồ vật rồi đọc số ở đầu kia. GV lưu ý: nếu bản in phóng to hoặc thu nhỏ, kết quả có thể chênh lệch; HS cần đo trực tiếp trên bản của mình.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quan sát cách đặt thước, nhắc lại: đặt vạch 0 trùng một đầu vật và đọc số ở đầu còn lại theo đơn vị xăng-ti-mét.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chia lớp thành nhóm 4, phát phiếu hoặc yêu cầu HS dùng thước đo trực tiếp trong SGK; mỗi nhóm phân công: bạn đo hình a, bạn đo hình b, bạn đo hình c, bạn ghi kết quả.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theo dõi, hỗ trợ các nhóm.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làm việc theo nhóm 4, lần lượt đo và ghi kết quả đo của từng đồ vật.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trao đổi để thống nhất kết quả của nhóm.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lastRenderedPageBreak/>
              <w:t>- GV mời đại diện 2 – 3 nhóm trình bày kết quả; yêu cầu HS nêu cách đặt thước khi đo.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nhận xét. Với bản in chuẩn, GV có thể dùng các kết quả tham khảo để đối chiếu.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trình bày kết quả đo trên phiếu/bản in của mình.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Một số HS nêu kết quả tham khảo: a) cái bấm ghim khoảng 14 cm; b) thỏi hồ khoảng 8 cm; c) bàn chải đánh răng khoảng 16 cm.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giải thích cách đo: đặt vạch 0 trùng đầu vật rồi đọc số ở đầu kia.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- Bài 4. Trong hình dưới đây, băng giấy nào dài nhất, băng giấy nào ngắn nhất?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cho HS quan sát hình ô vuông, gợi ý HS đếm số ô hoặc so sánh độ dài của từng băng giấy A, B, C, D.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quan sát hình, đếm ô hoặc so sánh trực tiếp độ dài của các băng giấy.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cho HS thảo luận nhóm 2, yêu cầu mỗi cặp nêu đáp án và giải thích ngắn gọn.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mời 2 cặp HS trình bày trước lớp.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thảo luận theo cặp và thống nhất: băng giấy B dài nhất, băng giấy D ngắn nhất.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Đại diện cặp trình bày, HS khác nhận xét và bổ sung.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kết luận, nhấn mạnh: khi so sánh độ dài có thể dựa vào các ô vuông bằng nhau để nhận ra vật dài hơn hoặc ngắn hơn.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chữa bài: B dài nhất; D ngắn nhất.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b/>
                <w:color w:val="FF0000"/>
                <w:szCs w:val="28"/>
              </w:rPr>
              <w:t>- Bài 5. Chọn câu trả lời đúng (thực hiện trên Quizizz).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tiếp tục mở bộ câu hỏi Quizizz cho Bài 5; yêu cầu HS đọc câu hỏi, chọn đáp án đúng và sau mỗi câu nêu lí do lựa chọn.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tiếp tục tham gia Quizizz, đọc kĩ từng câu hỏi và chuẩn bị bấm chọn đáp án.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cho hiện câu a trên Quizizz: “Gang tay của em dài khoảng:” A. 10 cm; B. 1 cm; C. 5 cm.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yêu cầu HS chọn đáp án và mời 1 HS giải thích.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chọn đáp án A. 10 cm.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giải thích: gang tay của em không thể chỉ dài 1 cm; 10 cm là phù hợp hơn.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cho hiện câu b trên Quizizz: “Bàn học của em cao khoảng:” A. 6 cm; B. 6 gang tay; C. 20 cm.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yêu cầu HS chọn đáp án, theo dõi bảng xếp hạng.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chọn đáp án B. 6 gang tay.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nêu: chiều cao bàn học không thể chỉ khoảng 6 cm hoặc 20 cm.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cho hiện câu c trên Quizizz: “Bảng lớp học dài khoảng:” A. 3 sải tay; B. 3 gang tay; C. 30 cm.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mời HS giải thích lựa chọn và liên hệ với nhu cầu thực tế khi dùng đơn vị đo.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chọn đáp án A. 3 sải tay.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trình bày: bảng lớp dài hơn nhiều so với 30 cm và cũng dài hơn 3 gang tay; dùng sải tay để ước lượng sẽ phù hợp hơn.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 xml:space="preserve">- GV chốt đáp án của Bài 5, tuyên dương HS có kết quả tốt trên Quizizz; nhấn mạnh việc </w:t>
            </w:r>
            <w:r w:rsidRPr="00BF13F8">
              <w:rPr>
                <w:rFonts w:cs="Times New Roman"/>
                <w:szCs w:val="28"/>
              </w:rPr>
              <w:lastRenderedPageBreak/>
              <w:t>biết ước lượng độ dài giúp HS lựa chọn đồ dùng, sắp xếp chỗ học tập và đáp ứng nhu cầu sinh hoạt hằng ngày.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lastRenderedPageBreak/>
              <w:t>- HS nghe nhận xét, đối chiếu kết quả trên Quizizz và ghi nhớ đáp án: a) A; b) B; c) A.</w:t>
            </w:r>
          </w:p>
        </w:tc>
      </w:tr>
      <w:tr w:rsidR="00E55491" w:rsidTr="00940E95">
        <w:trPr>
          <w:jc w:val="center"/>
        </w:trPr>
        <w:tc>
          <w:tcPr>
            <w:tcW w:w="4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91" w:rsidRDefault="00887084">
            <w:pPr>
              <w:spacing w:after="0" w:line="240" w:lineRule="auto"/>
              <w:jc w:val="both"/>
            </w:pPr>
            <w:r>
              <w:rPr>
                <w:rFonts w:cs="Times New Roman"/>
                <w:b/>
                <w:color w:val="FF0000"/>
              </w:rPr>
              <w:lastRenderedPageBreak/>
              <w:t>HOẠT ĐỘNG TÍCH HỢP NLS 5.2.CB1a - SẮP XẾP THỜI GIAN PHÙ HỢP</w:t>
            </w:r>
            <w:r>
              <w:rPr>
                <w:rFonts w:cs="Times New Roman"/>
                <w:b/>
                <w:color w:val="FF0000"/>
              </w:rPr>
              <w:br/>
              <w:t>Mục tiêu: HS xác định được nhu cầu học tập, vui chơi, nghỉ ngơi và rèn luyện sức khỏe của bản thân theo thời gian trong ngày.</w:t>
            </w:r>
          </w:p>
        </w:tc>
      </w:tr>
      <w:tr w:rsidR="00E55491" w:rsidTr="00940E95">
        <w:trPr>
          <w:jc w:val="center"/>
        </w:trPr>
        <w:tc>
          <w:tcPr>
            <w:tcW w:w="45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5491" w:rsidRDefault="00887084">
            <w:pPr>
              <w:spacing w:after="0" w:line="240" w:lineRule="auto"/>
              <w:jc w:val="both"/>
            </w:pPr>
            <w:r>
              <w:rPr>
                <w:rFonts w:cs="Times New Roman"/>
                <w:color w:val="FF0000"/>
              </w:rPr>
              <w:t>- GV nêu các thẻ hoạt động: học bài, vui chơi, tập thể dục, đi ngủ; yêu cầu HS chọn thời điểm phù hợp trong ngày cho từng hoạt động.</w:t>
            </w:r>
          </w:p>
        </w:tc>
        <w:tc>
          <w:tcPr>
            <w:tcW w:w="45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5491" w:rsidRDefault="00887084">
            <w:pPr>
              <w:spacing w:after="0" w:line="240" w:lineRule="auto"/>
              <w:jc w:val="both"/>
            </w:pPr>
            <w:r>
              <w:rPr>
                <w:rFonts w:cs="Times New Roman"/>
                <w:color w:val="FF0000"/>
              </w:rPr>
              <w:t>- HS thảo luận và nêu: học bài vào thời gian đã quy định; tập thể dục buổi sáng; vui chơi sau khi hoàn thành nhiệm vụ; đi ngủ đúng giờ.</w:t>
            </w:r>
          </w:p>
        </w:tc>
      </w:tr>
      <w:tr w:rsidR="00E55491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E55491" w:rsidRDefault="00887084">
            <w:pPr>
              <w:spacing w:after="0" w:line="240" w:lineRule="auto"/>
              <w:jc w:val="both"/>
            </w:pPr>
            <w:r>
              <w:rPr>
                <w:rFonts w:cs="Times New Roman"/>
                <w:color w:val="FF0000"/>
              </w:rPr>
              <w:t>- GV hỏi: Vì sao em không nên vui chơi quá lâu làm quên giờ học hoặc giờ ngủ?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E55491" w:rsidRDefault="00887084">
            <w:pPr>
              <w:spacing w:after="0" w:line="240" w:lineRule="auto"/>
              <w:jc w:val="both"/>
            </w:pPr>
            <w:r>
              <w:rPr>
                <w:rFonts w:cs="Times New Roman"/>
                <w:color w:val="FF0000"/>
              </w:rPr>
              <w:t>- HS trả lời: Vì em cần học tập đầy đủ, giữ sức khỏe và thực hiện nền nếp sinh hoạt.</w:t>
            </w:r>
          </w:p>
        </w:tc>
      </w:tr>
      <w:tr w:rsidR="00E55491" w:rsidTr="00940E95">
        <w:trPr>
          <w:jc w:val="center"/>
        </w:trPr>
        <w:tc>
          <w:tcPr>
            <w:tcW w:w="4592" w:type="dxa"/>
            <w:shd w:val="clear" w:color="auto" w:fill="auto"/>
            <w:vAlign w:val="center"/>
          </w:tcPr>
          <w:p w:rsidR="00E55491" w:rsidRDefault="00887084">
            <w:pPr>
              <w:spacing w:after="0" w:line="240" w:lineRule="auto"/>
              <w:jc w:val="both"/>
            </w:pPr>
            <w:r>
              <w:rPr>
                <w:rFonts w:cs="Times New Roman"/>
                <w:color w:val="FF0000"/>
              </w:rPr>
              <w:t>- GV yêu cầu HS nói một kế hoạch nhỏ của bản thân theo mẫu: “Lúc ... giờ, em sẽ ...”.</w:t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E55491" w:rsidRDefault="00887084">
            <w:pPr>
              <w:spacing w:after="0" w:line="240" w:lineRule="auto"/>
              <w:jc w:val="both"/>
            </w:pPr>
            <w:r>
              <w:rPr>
                <w:rFonts w:cs="Times New Roman"/>
                <w:color w:val="FF0000"/>
              </w:rPr>
              <w:t>- HS trình bày: “Lúc 8 giờ tối, em sẽ chuẩn bị sách vở”; “Lúc 9 giờ tối, em sẽ đi ngủ”.</w:t>
            </w:r>
          </w:p>
        </w:tc>
      </w:tr>
      <w:tr w:rsidR="00E55491" w:rsidTr="00940E95">
        <w:trPr>
          <w:jc w:val="center"/>
        </w:trPr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5491" w:rsidRDefault="00887084">
            <w:pPr>
              <w:spacing w:after="0" w:line="240" w:lineRule="auto"/>
              <w:jc w:val="both"/>
            </w:pPr>
            <w:r>
              <w:rPr>
                <w:rFonts w:cs="Times New Roman"/>
                <w:color w:val="FF0000"/>
              </w:rPr>
              <w:t>- GV kết luận: Biết xem thời gian và xác định nhu cầu cá nhân giúp em sinh hoạt khoa học, học tập hiệu quả và giữ sức khỏe.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5491" w:rsidRDefault="00887084">
            <w:pPr>
              <w:spacing w:after="0" w:line="240" w:lineRule="auto"/>
              <w:jc w:val="both"/>
            </w:pPr>
            <w:r>
              <w:rPr>
                <w:rFonts w:cs="Times New Roman"/>
                <w:color w:val="FF0000"/>
              </w:rPr>
              <w:t>- HS lắng nghe, ghi nhớ và thực hiện theo thời gian biểu phù hợp.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3. Vận dụng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Mục tiêu: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vận dụng kiến thức đã học để liên hệ với cuộc sống hằng ngày.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biết xác định nhu cầu cá nhân và sắp xếp thời gian, hoạt động phù hợp.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chia lớp thành nhóm 4, giao nhiệm vụ: mỗi nhóm thảo luận và nêu 3 việc em cần làm trong ngày để đáp ứng nhu cầu cá nhân như học tập, ăn uống, nghỉ ngơi, vận động; ghi kèm thời gian phù hợp.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khuyến khích HS sử dụng thẻ giờ hoặc nói miệng theo nhóm.</w:t>
            </w:r>
          </w:p>
        </w:tc>
        <w:tc>
          <w:tcPr>
            <w:tcW w:w="4592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thảo luận nhóm 4 và nêu ví dụ: 6 giờ sáng tập thể dục; 7 giờ sáng đi học; 9 giờ tối đi ngủ.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nêu thêm: cần ăn đúng giờ, học đúng giờ, nghỉ ngơi đủ giấc để cơ thể khỏe mạnh.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mời đại diện 2 – 3 nhóm trình bày; dùng kĩ thuật nhận xét nhanh để các nhóm khác bổ sung.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nhận xét, liên hệ giáo dục HS biết quản lí thời gian và sử dụng công cụ số đúng mục đích học tập.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Đại diện nhóm trình bày trước lớp.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nhận xét, bổ sung và rút ra điều cần nhớ: biết giờ giấc, thứ trong tuần và độ dài giúp em học tập, sinh hoạt thuận lợi hơn.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củng cố toàn bài bằng các câu hỏi ngắn: Hôm nay em đã ôn những nội dung nào? Bài nào em thực hiện trên Quizizz?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dặn HS về nhà quan sát thêm giờ sinh hoạt của bản thân, ước lượng độ dài một số đồ vật quen thuộc và chuẩn bị bài sau.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trả lời: Em ôn xem giờ, xác định thứ trong tuần, đo độ dài, so sánh độ dài và chọn đơn vị đo.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trả lời: Bài 2 và Bài 5 em thực hiện trên Quizizz.</w:t>
            </w:r>
          </w:p>
          <w:p w:rsidR="00BF13F8" w:rsidRPr="00BF13F8" w:rsidRDefault="00BF13F8" w:rsidP="00E46C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ghi nhớ nhiệm vụ về nhà.</w:t>
            </w:r>
          </w:p>
        </w:tc>
      </w:tr>
    </w:tbl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</w:p>
    <w:p w:rsidR="00BF13F8" w:rsidRPr="00BF13F8" w:rsidRDefault="00BF13F8" w:rsidP="00BF13F8">
      <w:pPr>
        <w:pageBreakBefore/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lastRenderedPageBreak/>
        <w:t>Bài 41: ÔN TẬP CHUNG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I. YÊU CẦU CẦN ĐẠT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1. Năng lực đặc thù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Đọc, nhận biết và nối đúng số với cách đọc số.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Sắp xếp được các số theo thứ tự từ bé đến lớn.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Thực hiện được phép cộng, phép trừ trong phạm vi đã học.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Đọc đúng giờ trên đồng hồ.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Giải được bài toán có lời văn về thêm, bớt.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Chọn được câu trả lời đúng trong các bài tập về ngày tháng, đo độ dài, hình học.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2. Năng lực chung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Năng lực tư duy và lập luận toán học: Biết quan sát, so sánh, phân tích và lựa chọn cách làm phù hợp.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Năng lực giải quyết vấn đề: Biết vận dụng kiến thức đã học để giải bài tập và bài toán thực tế.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Năng lực giao tiếp và hợp tác: Biết trao đổi với bạn, trình bày kết quả, nhận xét bài làm của bạn trong hoạt động cá nhân, nhóm 2, nhóm 4.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3. Phẩm chất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Chăm chỉ: Tích cực tham gia các hoạt động học tập, tự giác hoàn thành bài tập.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Trung thực: Làm bài cẩn thận, nêu đúng kết quả của mình.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Trách nhiệm: Có ý thức hoàn thành nhiệm vụ học tập, hợp tác với bạn trong các hoạt động nhóm.</w:t>
      </w:r>
    </w:p>
    <w:p w:rsidR="00E55491" w:rsidRDefault="00887084">
      <w:pPr>
        <w:spacing w:after="0" w:line="240" w:lineRule="auto"/>
        <w:jc w:val="both"/>
      </w:pPr>
      <w:r>
        <w:rPr>
          <w:rFonts w:cs="Times New Roman"/>
          <w:b/>
          <w:color w:val="FF0000"/>
        </w:rPr>
        <w:t>4. Tích hợp</w:t>
      </w:r>
    </w:p>
    <w:p w:rsidR="00E55491" w:rsidRDefault="00887084">
      <w:pPr>
        <w:spacing w:after="0" w:line="240" w:lineRule="auto"/>
        <w:jc w:val="both"/>
      </w:pPr>
      <w:r>
        <w:rPr>
          <w:rFonts w:cs="Times New Roman"/>
          <w:color w:val="FF0000"/>
        </w:rPr>
        <w:t>- Năng lực số 5.2.CB1a: Xác định được các nhu cầu cá nhân; sử dụng công cụ số để trình bày.</w:t>
      </w:r>
    </w:p>
    <w:p w:rsidR="00E55491" w:rsidRDefault="00887084">
      <w:pPr>
        <w:spacing w:after="0" w:line="240" w:lineRule="auto"/>
        <w:jc w:val="both"/>
      </w:pPr>
      <w:r>
        <w:rPr>
          <w:rFonts w:cs="Times New Roman"/>
          <w:color w:val="FF0000"/>
        </w:rPr>
        <w:t>- HS bước đầu tham gia trả lời câu hỏi học tập trên Quizizz; biết sử dụng thiết bị số theo hướng dẫn để chọn đáp án, kiểm tra kết quả và tự đánh giá mức độ hoàn thành nhiệm vụ.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II. ĐỒ DÙNG DẠY HỌC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1. Học liệu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SGK, bảng con, vở.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2. Thiết bị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– Máy tính, máy chiếu, điện thoại/máy tính bảng (nếu có), đường link hoặc mã phòng Quizizz.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t>III. CÁC HOẠT ĐỘNG DẠY HỌC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919"/>
        <w:gridCol w:w="4919"/>
      </w:tblGrid>
      <w:tr w:rsidR="00BF13F8" w:rsidRPr="00BF13F8" w:rsidTr="00940E95">
        <w:trPr>
          <w:jc w:val="center"/>
        </w:trPr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center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Hoạt động của GV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center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Hoạt động của HS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F13F8" w:rsidRDefault="00BF13F8" w:rsidP="00E46C00">
            <w:pPr>
              <w:jc w:val="both"/>
              <w:rPr>
                <w:b/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 xml:space="preserve">1. Khởi động  </w:t>
            </w:r>
          </w:p>
          <w:p w:rsidR="00BF13F8" w:rsidRPr="00BF13F8" w:rsidRDefault="00BF13F8" w:rsidP="00E46C00">
            <w:pPr>
              <w:jc w:val="both"/>
              <w:rPr>
                <w:b/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Mục tiêu: Tạo không khí vui vẻ, ôn lại một số kiến thức đã học.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tổ chức cho HS chơi trò chơi “Nêu nhanh kết quả”.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tham gia trò chơi.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nêu nhanh một số câu hỏi: 13 + 5 = ?, 78 – 6 = ?, 42 + 56 = ?, 69 – 63 = ?.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trả lời: 13 + 5 = 18; 78 – 6 = 72; 42 + 56 = 98; 69 – 63 = 6.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mời 2 HS trình bày miệng.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- 2 HS trình bày trước lớp.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yêu cầu cả lớp nhận xét.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nhận xét, bổ sung.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nhận xét, tuyên dương và giới thiệu bài: Ôn tập chung.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F13F8" w:rsidRDefault="00BF13F8" w:rsidP="00E46C00">
            <w:pPr>
              <w:jc w:val="both"/>
              <w:rPr>
                <w:b/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lastRenderedPageBreak/>
              <w:t xml:space="preserve">2. Luyện tập, thực hành  </w:t>
            </w:r>
          </w:p>
          <w:p w:rsidR="00BF13F8" w:rsidRPr="00BF13F8" w:rsidRDefault="00BF13F8" w:rsidP="00E46C00">
            <w:pPr>
              <w:jc w:val="both"/>
              <w:rPr>
                <w:b/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Mục tiêu: Củng cố các kiến thức về số, phép tính, đồng hồ, giải toán, ngày tháng, đo độ dài, hình học.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- Bài 1: a) Tìm chỗ đỗ cho xe ô tô; b) Sắp xếp các số 48, 25, 42, 74 theo thứ tự từ bé đến lớn.</w:t>
            </w:r>
          </w:p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gọi HS nêu yêu cầu bài 1a.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nêu: Tìm chỗ đỗ cho xe ô tô.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chia lớp thành nhóm 2, yêu cầu HS đọc số ghi trên mỗi xe.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làm việc nhóm 2, đọc số: Ba mươi lăm, Sáu mươi tư, Bảy mươi mốt, Bốn mươi tám.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mời đại diện nhóm trình bày kết quả nối.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trình bày: Ba mươi lăm nối 35; Sáu mươi tư nối 64; Bảy mươi mốt nối 71; Bốn mươi tám nối 48.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gọi HS nhận xét.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nhận xét, bổ sung.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chuyển sang bài 1b, yêu cầu HS làm cá nhân vào vở.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làm vở.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mời 1 HS trình bày.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trình bày: 25, 42, 48, 74.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kết luận.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- Bài 2: Đặt tính rồi tính.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gọi HS nêu yêu cầu bài.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nêu: Đặt tính rồi tính.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nhắc HS đặt tính thẳng cột.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yêu cầu HS làm việc cá nhân vào vở.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làm vở.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mời 4 HS lên bảng trình bày.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trình bày: 13 + 5 = 18; 78 – 6 = 72; 42 + 56 = 98; 69 – 63 = 6.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gọi HS nhận xét bài làm của bạn.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nhận xét, bổ sung.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kết luận, chữa bài.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- Bài 3: Đồng hồ chỉ mấy giờ?</w:t>
            </w:r>
          </w:p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gọi HS nêu yêu cầu bài.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nêu: Đồng hồ chỉ mấy giờ.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cho HS quan sát 2 đồng hồ.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quan sát.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hỏi đồng hồ thứ nhất chỉ mấy giờ.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trả lời: Đồng hồ thứ nhất chỉ 2 giờ.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hỏi đồng hồ thứ hai chỉ mấy giờ.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trả lời: Đồng hồ thứ hai chỉ 5 giờ.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gọi HS nhận xét.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nhận xét, bổ sung.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kết luận.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Default="00BF13F8" w:rsidP="00BF13F8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szCs w:val="28"/>
              </w:rPr>
              <w:t>- Bài 4: Giải toán.</w:t>
            </w:r>
          </w:p>
          <w:p w:rsidR="00BF13F8" w:rsidRPr="00BF13F8" w:rsidRDefault="00BF13F8" w:rsidP="00BF13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BF13F8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lastRenderedPageBreak/>
              <w:t>- GV mời 2 HS đọc câu a.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- 2 HS đọc đề.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hỏi: Bài toán cho biết gì?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trả lời: Mai hái được 23 bông hoa, Mi hái được 14 bông hoa.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hỏi: Bài toán hỏi gì?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trả lời: Hỏi cả hai chị em hái được bao nhiêu bông hoa.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hỏi: Muốn tìm cả hai chị em hái được bao nhiêu bông hoa, ta làm phép tính gì?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trả lời: Làm phép cộng 23 + 14.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yêu cầu HS làm vở.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làm vở.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mời 1 HS trình bày.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trình bày: 23 + 14 = 37. Trả lời: Cả hai chị em hái được 37 bông hoa.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chuyển sang câu b, mời 2 HS đọc đề.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- 2 HS đọc đề.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hỏi: Nam có 25 viên bi, cho Việt 10 viên bi. Hỏi Nam còn lại bao nhiêu viên bi, ta làm phép tính gì?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trả lời: Làm phép trừ 25 – 10.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yêu cầu HS làm vở.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làm vở.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mời 1 HS trình bày.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trình bày: 25 – 10 = 15. Trả lời: Nam còn lại 15 viên bi.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kết luận.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Default="00BF13F8" w:rsidP="00BF13F8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color w:val="FF0000"/>
                <w:szCs w:val="28"/>
              </w:rPr>
              <w:t>- Bài 5: Chọn câu trả lời đúng – thực hiện trên Quizizz.</w:t>
            </w:r>
          </w:p>
          <w:p w:rsidR="00BF13F8" w:rsidRPr="00BF13F8" w:rsidRDefault="00BF13F8" w:rsidP="00BF13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BF13F8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lắng nghe.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giới thiệu: Bài 5 hôm nay các con sẽ làm trên Quizizz.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lắng nghe.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nêu mục tiêu: Các con sử dụng công cụ số để chọn đáp án đúng.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lắng nghe, chuẩn bị thiết bị.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hướng dẫn HS vào phòng Quizizz bằng mã hoặc đường link GV cung cấp.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đăng nhập theo hướng dẫn.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chia lớp thành nhóm 2 nếu số thiết bị hạn chế.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làm việc cá nhân hoặc theo nhóm 2.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cho HS thực hiện câu 5a trên Quizizz: “Nếu thứ Ba là ngày 11 thì thứ Sáu tuần đó là ngày nào?”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chọn đáp án đúng: Ngày 14.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cho HS thực hiện câu 5b trên Quizizz: “Đo độ dài rồi chọn câu trả lời đúng. Bút bi trên dài bao nhiêu?”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quan sát và chọn đáp án đúng theo kết quả đo: 15 cm.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mời một số HS nêu lại đáp án sau khi hoàn thành.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nêu: Câu 5a chọn B. Ngày 14; câu 5b chọn B. 15 cm.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 xml:space="preserve">- GV nhận xét kết quả hiển thị trên Quizizz, tuyên dương HS hoặc nhóm làm đúng </w:t>
            </w:r>
            <w:r w:rsidRPr="00BF13F8">
              <w:rPr>
                <w:rFonts w:cs="Times New Roman"/>
                <w:color w:val="FF0000"/>
                <w:szCs w:val="28"/>
              </w:rPr>
              <w:lastRenderedPageBreak/>
              <w:t>nhanh.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lastRenderedPageBreak/>
              <w:t>- HS lắng nghe.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lastRenderedPageBreak/>
              <w:t>- GV kết luận: Các con đã biết sử dụng công cụ số để học tập và kiểm tra kết quả của mình.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lắng nghe, ghi nhớ.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Default="00BF13F8" w:rsidP="00BF13F8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b/>
                <w:color w:val="FF0000"/>
                <w:szCs w:val="28"/>
              </w:rPr>
              <w:t>- Bài 6: Chọn câu trả lời đúng – thực hiện trên Quizizz.</w:t>
            </w:r>
          </w:p>
          <w:p w:rsidR="00BF13F8" w:rsidRPr="00BF13F8" w:rsidRDefault="00BF13F8" w:rsidP="00BF13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BF13F8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lắng nghe.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giới thiệu tiếp: Bài 6 các con cũng thực hiện trên Quizizz.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lắng nghe.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yêu cầu HS quan sát hình và chọn đáp án đúng.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quan sát hình trên màn hình hoặc thiết bị.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cho HS làm bài trên Quizizz với câu hỏi: “Hình bên có mấy hình vuông?”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chọn đáp án đúng: B. 4 hình vuông.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mời 1 – 2 HS giải thích cách chọn.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trả lời: Hình gồm 4 ô vuông nhỏ nên có 4 hình vuông.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nhận xét kết quả trên Quizizz, tuyên dương HS.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lắng nghe.</w:t>
            </w:r>
          </w:p>
        </w:tc>
      </w:tr>
      <w:tr w:rsidR="00BF13F8" w:rsidRPr="00BF13F8" w:rsidTr="00DA44B5">
        <w:trPr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kết luận: Các con đã biết quan sát hình và chọn đáp án đúng bằng công cụ số.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lắng nghe.</w:t>
            </w:r>
          </w:p>
        </w:tc>
      </w:tr>
      <w:tr w:rsidR="00E55491" w:rsidTr="00DA44B5">
        <w:trPr>
          <w:jc w:val="center"/>
        </w:trPr>
        <w:tc>
          <w:tcPr>
            <w:tcW w:w="45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5491" w:rsidRDefault="00887084">
            <w:pPr>
              <w:jc w:val="both"/>
            </w:pPr>
            <w:r>
              <w:rPr>
                <w:rFonts w:cs="Times New Roman"/>
                <w:b/>
                <w:color w:val="FF0000"/>
              </w:rPr>
              <w:t>HOẠT ĐỘNG TÍCH HỢP NLS 5.2.CB1a - TRÌNH BÀY KẾT QUẢ TRÊN QUIZIZZ</w:t>
            </w:r>
            <w:r>
              <w:rPr>
                <w:rFonts w:cs="Times New Roman"/>
                <w:b/>
                <w:color w:val="FF0000"/>
              </w:rPr>
              <w:br/>
              <w:t>Mục tiêu: HS bước đầu sử dụng công cụ số theo hướng dẫn để chọn đáp án, kiểm tra kết quả và tự đánh giá việc học.</w:t>
            </w:r>
          </w:p>
        </w:tc>
      </w:tr>
      <w:tr w:rsidR="00E55491" w:rsidTr="00940E95">
        <w:trPr>
          <w:jc w:val="center"/>
        </w:trPr>
        <w:tc>
          <w:tcPr>
            <w:tcW w:w="45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55491" w:rsidRDefault="00887084">
            <w:pPr>
              <w:jc w:val="both"/>
            </w:pPr>
            <w:r>
              <w:rPr>
                <w:rFonts w:cs="Times New Roman"/>
                <w:color w:val="FF0000"/>
              </w:rPr>
              <w:t>- GV nhắc HS đăng nhập bằng tên theo quy định, đọc kĩ câu hỏi, chỉ chọn đáp án sau khi đã tự suy nghĩ và làm bài.</w:t>
            </w:r>
          </w:p>
        </w:tc>
        <w:tc>
          <w:tcPr>
            <w:tcW w:w="45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55491" w:rsidRDefault="00887084">
            <w:pPr>
              <w:jc w:val="both"/>
            </w:pPr>
            <w:r>
              <w:rPr>
                <w:rFonts w:cs="Times New Roman"/>
                <w:color w:val="FF0000"/>
              </w:rPr>
              <w:t>- HS thực hiện theo hướng dẫn, tự suy nghĩ trước khi chọn đáp án trên Quizizz.</w:t>
            </w:r>
          </w:p>
        </w:tc>
      </w:tr>
      <w:tr w:rsidR="00E55491" w:rsidTr="00940E95">
        <w:trPr>
          <w:jc w:val="center"/>
        </w:trPr>
        <w:tc>
          <w:tcPr>
            <w:tcW w:w="4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55491" w:rsidRDefault="00887084">
            <w:pPr>
              <w:jc w:val="both"/>
            </w:pPr>
            <w:r>
              <w:rPr>
                <w:rFonts w:cs="Times New Roman"/>
                <w:color w:val="FF0000"/>
              </w:rPr>
              <w:t>- GV yêu cầu HS quan sát kết quả sau mỗi câu và hỏi: Nếu câu trả lời chưa đúng, em cần làm gì?</w:t>
            </w: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55491" w:rsidRDefault="00887084">
            <w:pPr>
              <w:jc w:val="both"/>
            </w:pPr>
            <w:r>
              <w:rPr>
                <w:rFonts w:cs="Times New Roman"/>
                <w:color w:val="FF0000"/>
              </w:rPr>
              <w:t>- HS trả lời: Em cần xem lại câu hỏi, kiểm tra cách làm và sửa lại kiến thức chưa đúng.</w:t>
            </w:r>
          </w:p>
        </w:tc>
      </w:tr>
      <w:tr w:rsidR="00E55491" w:rsidTr="00940E95">
        <w:trPr>
          <w:jc w:val="center"/>
        </w:trPr>
        <w:tc>
          <w:tcPr>
            <w:tcW w:w="45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55491" w:rsidRDefault="00887084">
            <w:pPr>
              <w:jc w:val="both"/>
            </w:pPr>
            <w:r>
              <w:rPr>
                <w:rFonts w:cs="Times New Roman"/>
                <w:color w:val="FF0000"/>
              </w:rPr>
              <w:t>- GV chốt: Quizizz giúp trình bày và kiểm tra kết quả học tập; HS sử dụng thiết bị đúng mục đích, không bấm tùy ý và biết tự đánh giá.</w:t>
            </w:r>
          </w:p>
        </w:tc>
        <w:tc>
          <w:tcPr>
            <w:tcW w:w="45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55491" w:rsidRDefault="00887084">
            <w:pPr>
              <w:jc w:val="both"/>
            </w:pPr>
            <w:r>
              <w:rPr>
                <w:rFonts w:cs="Times New Roman"/>
                <w:color w:val="FF0000"/>
              </w:rPr>
              <w:t>- HS lắng nghe, tự nêu mức độ hoàn thành nhiệm vụ của mình.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BF13F8" w:rsidRDefault="00BF13F8" w:rsidP="00E46C00">
            <w:pPr>
              <w:jc w:val="both"/>
              <w:rPr>
                <w:b/>
                <w:sz w:val="28"/>
                <w:szCs w:val="28"/>
              </w:rPr>
            </w:pPr>
            <w:r w:rsidRPr="00BF13F8">
              <w:rPr>
                <w:rFonts w:cs="Times New Roman"/>
                <w:b/>
                <w:color w:val="FF0000"/>
                <w:szCs w:val="28"/>
              </w:rPr>
              <w:t xml:space="preserve">3. Vận dụng  </w:t>
            </w:r>
          </w:p>
          <w:p w:rsidR="00BF13F8" w:rsidRPr="00BF13F8" w:rsidRDefault="00BF13F8" w:rsidP="00E46C00">
            <w:pPr>
              <w:jc w:val="both"/>
              <w:rPr>
                <w:b/>
                <w:sz w:val="28"/>
                <w:szCs w:val="28"/>
              </w:rPr>
            </w:pPr>
            <w:r w:rsidRPr="00BF13F8">
              <w:rPr>
                <w:rFonts w:cs="Times New Roman"/>
                <w:b/>
                <w:color w:val="FF0000"/>
                <w:szCs w:val="28"/>
              </w:rPr>
              <w:t>Mục tiêu: Củng cố nội dung bài học và phát triển năng lực sử dụng công cụ số.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hỏi: Hôm nay các con đã ôn lại những nội dung nào?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trả lời: Ôn về số, phép tính, đồng hồ, bài toán, ngày tháng, đo độ dài, hình vuông.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GV hỏi: Các con đã sử dụng công cụ số nào để làm bài?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color w:val="FF0000"/>
                <w:szCs w:val="28"/>
              </w:rPr>
              <w:t>- HS trả lời: Quizizz.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nhận xét chung giờ học.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nghe.</w:t>
            </w:r>
          </w:p>
        </w:tc>
      </w:tr>
      <w:tr w:rsidR="00BF13F8" w:rsidRPr="00BF13F8" w:rsidTr="00940E95">
        <w:trPr>
          <w:jc w:val="center"/>
        </w:trPr>
        <w:tc>
          <w:tcPr>
            <w:tcW w:w="4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GV dặn HS về nhà ôn lại bài, chuẩn bị bài sau.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BF13F8" w:rsidRPr="00BF13F8" w:rsidRDefault="00BF13F8" w:rsidP="00E46C00">
            <w:pPr>
              <w:jc w:val="both"/>
              <w:rPr>
                <w:sz w:val="28"/>
                <w:szCs w:val="28"/>
              </w:rPr>
            </w:pPr>
            <w:r w:rsidRPr="00BF13F8">
              <w:rPr>
                <w:rFonts w:cs="Times New Roman"/>
                <w:szCs w:val="28"/>
              </w:rPr>
              <w:t>- HS lắng nghe, thực hiện.</w:t>
            </w:r>
          </w:p>
        </w:tc>
      </w:tr>
    </w:tbl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b/>
          <w:szCs w:val="28"/>
        </w:rPr>
        <w:lastRenderedPageBreak/>
        <w:t>IV. ĐIỀU CHỈNH SAU BÀI DẠY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.............................................................................................................</w:t>
      </w:r>
    </w:p>
    <w:p w:rsidR="00BF13F8" w:rsidRPr="00BF13F8" w:rsidRDefault="00BF13F8" w:rsidP="00BF13F8">
      <w:pPr>
        <w:spacing w:after="0" w:line="240" w:lineRule="auto"/>
        <w:jc w:val="both"/>
        <w:rPr>
          <w:sz w:val="28"/>
          <w:szCs w:val="28"/>
        </w:rPr>
      </w:pPr>
      <w:r w:rsidRPr="00BF13F8">
        <w:rPr>
          <w:rFonts w:cs="Times New Roman"/>
          <w:szCs w:val="28"/>
        </w:rPr>
        <w:t>..............................................................................................</w:t>
      </w:r>
      <w:bookmarkStart w:id="0" w:name="_GoBack"/>
      <w:bookmarkEnd w:id="0"/>
      <w:r w:rsidRPr="00BF13F8">
        <w:rPr>
          <w:rFonts w:cs="Times New Roman"/>
          <w:szCs w:val="28"/>
        </w:rPr>
        <w:t>...............</w:t>
      </w:r>
    </w:p>
    <w:sectPr w:rsidR="00BF13F8" w:rsidRPr="00BF13F8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3BB1"/>
    <w:rsid w:val="00887084"/>
    <w:rsid w:val="00940E95"/>
    <w:rsid w:val="00AA1D8D"/>
    <w:rsid w:val="00B47730"/>
    <w:rsid w:val="00BF13F8"/>
    <w:rsid w:val="00CB0664"/>
    <w:rsid w:val="00DA44B5"/>
    <w:rsid w:val="00E554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4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E9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4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E9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634E13-B158-4E26-849F-DCF69BEF5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3454</Words>
  <Characters>19693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23101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</dc:creator>
  <cp:keywords/>
  <dc:description>generated by python-docx</dc:description>
  <cp:lastModifiedBy>Iamp Iamp</cp:lastModifiedBy>
  <cp:revision>4</cp:revision>
  <dcterms:created xsi:type="dcterms:W3CDTF">2026-06-03T16:53:00Z</dcterms:created>
  <dcterms:modified xsi:type="dcterms:W3CDTF">2026-08-18T02:37:00Z</dcterms:modified>
  <cp:category/>
</cp:coreProperties>
</file>