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C11" w:rsidRPr="00840CD1" w:rsidRDefault="00840CD1" w:rsidP="00840CD1">
      <w:pPr>
        <w:jc w:val="center"/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TU</w:t>
      </w:r>
      <w:r w:rsidRPr="00840CD1">
        <w:rPr>
          <w:b/>
          <w:color w:val="1F4E79"/>
          <w:sz w:val="28"/>
          <w:szCs w:val="28"/>
        </w:rPr>
        <w:t>Ầ</w:t>
      </w:r>
      <w:r w:rsidRPr="00840CD1">
        <w:rPr>
          <w:b/>
          <w:color w:val="1F4E79"/>
          <w:sz w:val="28"/>
          <w:szCs w:val="28"/>
        </w:rPr>
        <w:t>N 21</w:t>
      </w:r>
    </w:p>
    <w:p w:rsidR="00857C11" w:rsidRPr="00840CD1" w:rsidRDefault="00840CD1" w:rsidP="00840CD1">
      <w:pPr>
        <w:jc w:val="center"/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Đ</w:t>
      </w:r>
      <w:r w:rsidRPr="00840CD1">
        <w:rPr>
          <w:b/>
          <w:color w:val="1F4E79"/>
          <w:sz w:val="28"/>
          <w:szCs w:val="28"/>
        </w:rPr>
        <w:t>Ạ</w:t>
      </w:r>
      <w:r w:rsidRPr="00840CD1">
        <w:rPr>
          <w:b/>
          <w:color w:val="1F4E79"/>
          <w:sz w:val="28"/>
          <w:szCs w:val="28"/>
        </w:rPr>
        <w:t>O Đ</w:t>
      </w:r>
      <w:r w:rsidRPr="00840CD1">
        <w:rPr>
          <w:b/>
          <w:color w:val="1F4E79"/>
          <w:sz w:val="28"/>
          <w:szCs w:val="28"/>
        </w:rPr>
        <w:t>Ứ</w:t>
      </w:r>
      <w:r w:rsidRPr="00840CD1">
        <w:rPr>
          <w:b/>
          <w:color w:val="1F4E79"/>
          <w:sz w:val="28"/>
          <w:szCs w:val="28"/>
        </w:rPr>
        <w:t>C</w:t>
      </w:r>
    </w:p>
    <w:p w:rsidR="00857C11" w:rsidRPr="00840CD1" w:rsidRDefault="00840CD1" w:rsidP="00840CD1">
      <w:pPr>
        <w:jc w:val="center"/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CH</w:t>
      </w:r>
      <w:r w:rsidRPr="00840CD1">
        <w:rPr>
          <w:b/>
          <w:color w:val="1F4E79"/>
          <w:sz w:val="28"/>
          <w:szCs w:val="28"/>
        </w:rPr>
        <w:t>Ủ</w:t>
      </w:r>
      <w:r w:rsidRPr="00840CD1">
        <w:rPr>
          <w:b/>
          <w:color w:val="1F4E79"/>
          <w:sz w:val="28"/>
          <w:szCs w:val="28"/>
        </w:rPr>
        <w:t xml:space="preserve"> Đ</w:t>
      </w:r>
      <w:r w:rsidRPr="00840CD1">
        <w:rPr>
          <w:b/>
          <w:color w:val="1F4E79"/>
          <w:sz w:val="28"/>
          <w:szCs w:val="28"/>
        </w:rPr>
        <w:t>Ề</w:t>
      </w:r>
      <w:r w:rsidRPr="00840CD1">
        <w:rPr>
          <w:b/>
          <w:color w:val="1F4E79"/>
          <w:sz w:val="28"/>
          <w:szCs w:val="28"/>
        </w:rPr>
        <w:t xml:space="preserve"> 6: KHÁM PHÁ B</w:t>
      </w:r>
      <w:r w:rsidRPr="00840CD1">
        <w:rPr>
          <w:b/>
          <w:color w:val="1F4E79"/>
          <w:sz w:val="28"/>
          <w:szCs w:val="28"/>
        </w:rPr>
        <w:t>Ả</w:t>
      </w:r>
      <w:r w:rsidRPr="00840CD1">
        <w:rPr>
          <w:b/>
          <w:color w:val="1F4E79"/>
          <w:sz w:val="28"/>
          <w:szCs w:val="28"/>
        </w:rPr>
        <w:t>N THÂN</w:t>
      </w:r>
    </w:p>
    <w:p w:rsidR="00857C11" w:rsidRPr="00840CD1" w:rsidRDefault="00840CD1" w:rsidP="00840CD1">
      <w:pPr>
        <w:jc w:val="center"/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Bài 07: KHÁM PHÁ B</w:t>
      </w:r>
      <w:r w:rsidRPr="00840CD1">
        <w:rPr>
          <w:b/>
          <w:color w:val="1F4E79"/>
          <w:sz w:val="28"/>
          <w:szCs w:val="28"/>
        </w:rPr>
        <w:t>Ả</w:t>
      </w:r>
      <w:r w:rsidRPr="00840CD1">
        <w:rPr>
          <w:b/>
          <w:color w:val="1F4E79"/>
          <w:sz w:val="28"/>
          <w:szCs w:val="28"/>
        </w:rPr>
        <w:t>N THÂN (T5)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I. YÊU C</w:t>
      </w:r>
      <w:r w:rsidRPr="00840CD1">
        <w:rPr>
          <w:b/>
          <w:color w:val="1F4E79"/>
          <w:sz w:val="28"/>
          <w:szCs w:val="28"/>
        </w:rPr>
        <w:t>Ầ</w:t>
      </w:r>
      <w:r w:rsidRPr="00840CD1">
        <w:rPr>
          <w:b/>
          <w:color w:val="1F4E79"/>
          <w:sz w:val="28"/>
          <w:szCs w:val="28"/>
        </w:rPr>
        <w:t>U C</w:t>
      </w:r>
      <w:r w:rsidRPr="00840CD1">
        <w:rPr>
          <w:b/>
          <w:color w:val="1F4E79"/>
          <w:sz w:val="28"/>
          <w:szCs w:val="28"/>
        </w:rPr>
        <w:t>Ầ</w:t>
      </w:r>
      <w:r w:rsidRPr="00840CD1">
        <w:rPr>
          <w:b/>
          <w:color w:val="1F4E79"/>
          <w:sz w:val="28"/>
          <w:szCs w:val="28"/>
        </w:rPr>
        <w:t>N Đ</w:t>
      </w:r>
      <w:r w:rsidRPr="00840CD1">
        <w:rPr>
          <w:b/>
          <w:color w:val="1F4E79"/>
          <w:sz w:val="28"/>
          <w:szCs w:val="28"/>
        </w:rPr>
        <w:t>Ạ</w:t>
      </w:r>
      <w:r w:rsidRPr="00840CD1">
        <w:rPr>
          <w:b/>
          <w:color w:val="1F4E79"/>
          <w:sz w:val="28"/>
          <w:szCs w:val="28"/>
        </w:rPr>
        <w:t>T: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1. Năng l</w:t>
      </w:r>
      <w:r w:rsidRPr="00840CD1">
        <w:rPr>
          <w:b/>
          <w:color w:val="1F4E79"/>
          <w:sz w:val="28"/>
          <w:szCs w:val="28"/>
        </w:rPr>
        <w:t>ự</w:t>
      </w:r>
      <w:r w:rsidRPr="00840CD1">
        <w:rPr>
          <w:b/>
          <w:color w:val="1F4E79"/>
          <w:sz w:val="28"/>
          <w:szCs w:val="28"/>
        </w:rPr>
        <w:t>c đ</w:t>
      </w:r>
      <w:r w:rsidRPr="00840CD1">
        <w:rPr>
          <w:b/>
          <w:color w:val="1F4E79"/>
          <w:sz w:val="28"/>
          <w:szCs w:val="28"/>
        </w:rPr>
        <w:t>ặ</w:t>
      </w:r>
      <w:r w:rsidRPr="00840CD1">
        <w:rPr>
          <w:b/>
          <w:color w:val="1F4E79"/>
          <w:sz w:val="28"/>
          <w:szCs w:val="28"/>
        </w:rPr>
        <w:t>c thù: Sau bài h</w:t>
      </w:r>
      <w:r w:rsidRPr="00840CD1">
        <w:rPr>
          <w:b/>
          <w:color w:val="1F4E79"/>
          <w:sz w:val="28"/>
          <w:szCs w:val="28"/>
        </w:rPr>
        <w:t>ọ</w:t>
      </w:r>
      <w:r w:rsidRPr="00840CD1">
        <w:rPr>
          <w:b/>
          <w:color w:val="1F4E79"/>
          <w:sz w:val="28"/>
          <w:szCs w:val="28"/>
        </w:rPr>
        <w:t>c, h</w:t>
      </w:r>
      <w:r w:rsidRPr="00840CD1">
        <w:rPr>
          <w:b/>
          <w:color w:val="1F4E79"/>
          <w:sz w:val="28"/>
          <w:szCs w:val="28"/>
        </w:rPr>
        <w:t>ọ</w:t>
      </w:r>
      <w:r w:rsidRPr="00840CD1">
        <w:rPr>
          <w:b/>
          <w:color w:val="1F4E79"/>
          <w:sz w:val="28"/>
          <w:szCs w:val="28"/>
        </w:rPr>
        <w:t>c sinh s</w:t>
      </w:r>
      <w:r w:rsidRPr="00840CD1">
        <w:rPr>
          <w:b/>
          <w:color w:val="1F4E79"/>
          <w:sz w:val="28"/>
          <w:szCs w:val="28"/>
        </w:rPr>
        <w:t>ẽ</w:t>
      </w:r>
      <w:r w:rsidRPr="00840CD1">
        <w:rPr>
          <w:b/>
          <w:color w:val="1F4E79"/>
          <w:sz w:val="28"/>
          <w:szCs w:val="28"/>
        </w:rPr>
        <w:t>: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Nêu đư</w:t>
      </w:r>
      <w:r w:rsidRPr="00840CD1">
        <w:rPr>
          <w:sz w:val="28"/>
          <w:szCs w:val="28"/>
        </w:rPr>
        <w:t>ợ</w:t>
      </w:r>
      <w:r w:rsidRPr="00840CD1">
        <w:rPr>
          <w:sz w:val="28"/>
          <w:szCs w:val="28"/>
        </w:rPr>
        <w:t>c m</w:t>
      </w:r>
      <w:r w:rsidRPr="00840CD1">
        <w:rPr>
          <w:sz w:val="28"/>
          <w:szCs w:val="28"/>
        </w:rPr>
        <w:t>ộ</w:t>
      </w:r>
      <w:r w:rsidRPr="00840CD1">
        <w:rPr>
          <w:sz w:val="28"/>
          <w:szCs w:val="28"/>
        </w:rPr>
        <w:t>t s</w:t>
      </w:r>
      <w:r w:rsidRPr="00840CD1">
        <w:rPr>
          <w:sz w:val="28"/>
          <w:szCs w:val="28"/>
        </w:rPr>
        <w:t>ố</w:t>
      </w:r>
      <w:r w:rsidRPr="00840CD1">
        <w:rPr>
          <w:sz w:val="28"/>
          <w:szCs w:val="28"/>
        </w:rPr>
        <w:t xml:space="preserve"> đi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m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nh, đi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y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u c</w:t>
      </w:r>
      <w:r w:rsidRPr="00840CD1">
        <w:rPr>
          <w:sz w:val="28"/>
          <w:szCs w:val="28"/>
        </w:rPr>
        <w:t>ủ</w:t>
      </w:r>
      <w:r w:rsidRPr="00840CD1">
        <w:rPr>
          <w:sz w:val="28"/>
          <w:szCs w:val="28"/>
        </w:rPr>
        <w:t>a b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thân.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Nêu đư</w:t>
      </w:r>
      <w:r w:rsidRPr="00840CD1">
        <w:rPr>
          <w:sz w:val="28"/>
          <w:szCs w:val="28"/>
        </w:rPr>
        <w:t>ợ</w:t>
      </w:r>
      <w:r w:rsidRPr="00840CD1">
        <w:rPr>
          <w:sz w:val="28"/>
          <w:szCs w:val="28"/>
        </w:rPr>
        <w:t>c vì sao c</w:t>
      </w:r>
      <w:r w:rsidRPr="00840CD1">
        <w:rPr>
          <w:sz w:val="28"/>
          <w:szCs w:val="28"/>
        </w:rPr>
        <w:t>ầ</w:t>
      </w:r>
      <w:r w:rsidRPr="00840CD1">
        <w:rPr>
          <w:sz w:val="28"/>
          <w:szCs w:val="28"/>
        </w:rPr>
        <w:t>n bi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t đi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m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nh, đi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y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u c</w:t>
      </w:r>
      <w:r w:rsidRPr="00840CD1">
        <w:rPr>
          <w:sz w:val="28"/>
          <w:szCs w:val="28"/>
        </w:rPr>
        <w:t>ủ</w:t>
      </w:r>
      <w:r w:rsidRPr="00840CD1">
        <w:rPr>
          <w:sz w:val="28"/>
          <w:szCs w:val="28"/>
        </w:rPr>
        <w:t>a b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thân.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Th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>c hi</w:t>
      </w:r>
      <w:r w:rsidRPr="00840CD1">
        <w:rPr>
          <w:sz w:val="28"/>
          <w:szCs w:val="28"/>
        </w:rPr>
        <w:t>ệ</w:t>
      </w:r>
      <w:r w:rsidRPr="00840CD1">
        <w:rPr>
          <w:sz w:val="28"/>
          <w:szCs w:val="28"/>
        </w:rPr>
        <w:t>n m</w:t>
      </w:r>
      <w:r w:rsidRPr="00840CD1">
        <w:rPr>
          <w:sz w:val="28"/>
          <w:szCs w:val="28"/>
        </w:rPr>
        <w:t>ộ</w:t>
      </w:r>
      <w:r w:rsidRPr="00840CD1">
        <w:rPr>
          <w:sz w:val="28"/>
          <w:szCs w:val="28"/>
        </w:rPr>
        <w:t>t s</w:t>
      </w:r>
      <w:r w:rsidRPr="00840CD1">
        <w:rPr>
          <w:sz w:val="28"/>
          <w:szCs w:val="28"/>
        </w:rPr>
        <w:t>ố</w:t>
      </w:r>
      <w:r w:rsidRPr="00840CD1">
        <w:rPr>
          <w:sz w:val="28"/>
          <w:szCs w:val="28"/>
        </w:rPr>
        <w:t xml:space="preserve"> cách đơn gi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t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 xml:space="preserve"> đánh giá đi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m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nh, đi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y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u c</w:t>
      </w:r>
      <w:r w:rsidRPr="00840CD1">
        <w:rPr>
          <w:sz w:val="28"/>
          <w:szCs w:val="28"/>
        </w:rPr>
        <w:t>ủ</w:t>
      </w:r>
      <w:r w:rsidRPr="00840CD1">
        <w:rPr>
          <w:sz w:val="28"/>
          <w:szCs w:val="28"/>
        </w:rPr>
        <w:t>a b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thân.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2. Năng l</w:t>
      </w:r>
      <w:r w:rsidRPr="00840CD1">
        <w:rPr>
          <w:b/>
          <w:color w:val="1F4E79"/>
          <w:sz w:val="28"/>
          <w:szCs w:val="28"/>
        </w:rPr>
        <w:t>ự</w:t>
      </w:r>
      <w:r w:rsidRPr="00840CD1">
        <w:rPr>
          <w:b/>
          <w:color w:val="1F4E79"/>
          <w:sz w:val="28"/>
          <w:szCs w:val="28"/>
        </w:rPr>
        <w:t>c chung.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Năng l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>c t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 xml:space="preserve"> ch</w:t>
      </w:r>
      <w:r w:rsidRPr="00840CD1">
        <w:rPr>
          <w:sz w:val="28"/>
          <w:szCs w:val="28"/>
        </w:rPr>
        <w:t>ủ</w:t>
      </w:r>
      <w:r w:rsidRPr="00840CD1">
        <w:rPr>
          <w:sz w:val="28"/>
          <w:szCs w:val="28"/>
        </w:rPr>
        <w:t>, t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 xml:space="preserve"> </w:t>
      </w:r>
      <w:bookmarkStart w:id="0" w:name="_GoBack"/>
      <w:bookmarkEnd w:id="0"/>
      <w:r w:rsidRPr="00840CD1">
        <w:rPr>
          <w:sz w:val="28"/>
          <w:szCs w:val="28"/>
        </w:rPr>
        <w:t>h</w:t>
      </w:r>
      <w:r w:rsidRPr="00840CD1">
        <w:rPr>
          <w:sz w:val="28"/>
          <w:szCs w:val="28"/>
        </w:rPr>
        <w:t>ọ</w:t>
      </w:r>
      <w:r w:rsidRPr="00840CD1">
        <w:rPr>
          <w:sz w:val="28"/>
          <w:szCs w:val="28"/>
        </w:rPr>
        <w:t>c: đi</w:t>
      </w:r>
      <w:r w:rsidRPr="00840CD1">
        <w:rPr>
          <w:sz w:val="28"/>
          <w:szCs w:val="28"/>
        </w:rPr>
        <w:t>ề</w:t>
      </w:r>
      <w:r w:rsidRPr="00840CD1">
        <w:rPr>
          <w:sz w:val="28"/>
          <w:szCs w:val="28"/>
        </w:rPr>
        <w:t>u ch</w:t>
      </w:r>
      <w:r w:rsidRPr="00840CD1">
        <w:rPr>
          <w:sz w:val="28"/>
          <w:szCs w:val="28"/>
        </w:rPr>
        <w:t>ỉ</w:t>
      </w:r>
      <w:r w:rsidRPr="00840CD1">
        <w:rPr>
          <w:sz w:val="28"/>
          <w:szCs w:val="28"/>
        </w:rPr>
        <w:t xml:space="preserve">nh hành </w:t>
      </w:r>
      <w:proofErr w:type="gramStart"/>
      <w:r w:rsidRPr="00840CD1">
        <w:rPr>
          <w:sz w:val="28"/>
          <w:szCs w:val="28"/>
        </w:rPr>
        <w:t>vi ,</w:t>
      </w:r>
      <w:proofErr w:type="gramEnd"/>
      <w:r w:rsidRPr="00840CD1">
        <w:rPr>
          <w:sz w:val="28"/>
          <w:szCs w:val="28"/>
        </w:rPr>
        <w:t xml:space="preserve"> phát tri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n b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thân,kĩ năng ki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soát,nh</w:t>
      </w:r>
      <w:r w:rsidRPr="00840CD1">
        <w:rPr>
          <w:sz w:val="28"/>
          <w:szCs w:val="28"/>
        </w:rPr>
        <w:t>ậ</w:t>
      </w:r>
      <w:r w:rsidRPr="00840CD1">
        <w:rPr>
          <w:sz w:val="28"/>
          <w:szCs w:val="28"/>
        </w:rPr>
        <w:t>n th</w:t>
      </w:r>
      <w:r w:rsidRPr="00840CD1">
        <w:rPr>
          <w:sz w:val="28"/>
          <w:szCs w:val="28"/>
        </w:rPr>
        <w:t>ứ</w:t>
      </w:r>
      <w:r w:rsidRPr="00840CD1">
        <w:rPr>
          <w:sz w:val="28"/>
          <w:szCs w:val="28"/>
        </w:rPr>
        <w:t>c, qu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lí  b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thân,l</w:t>
      </w:r>
      <w:r w:rsidRPr="00840CD1">
        <w:rPr>
          <w:sz w:val="28"/>
          <w:szCs w:val="28"/>
        </w:rPr>
        <w:t>ắ</w:t>
      </w:r>
      <w:r w:rsidRPr="00840CD1">
        <w:rPr>
          <w:sz w:val="28"/>
          <w:szCs w:val="28"/>
        </w:rPr>
        <w:t>ng nghe, tr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 xml:space="preserve"> l</w:t>
      </w:r>
      <w:r w:rsidRPr="00840CD1">
        <w:rPr>
          <w:sz w:val="28"/>
          <w:szCs w:val="28"/>
        </w:rPr>
        <w:t>ờ</w:t>
      </w:r>
      <w:r w:rsidRPr="00840CD1">
        <w:rPr>
          <w:sz w:val="28"/>
          <w:szCs w:val="28"/>
        </w:rPr>
        <w:t>i câu h</w:t>
      </w:r>
      <w:r w:rsidRPr="00840CD1">
        <w:rPr>
          <w:sz w:val="28"/>
          <w:szCs w:val="28"/>
        </w:rPr>
        <w:t>ỏ</w:t>
      </w:r>
      <w:r w:rsidRPr="00840CD1">
        <w:rPr>
          <w:sz w:val="28"/>
          <w:szCs w:val="28"/>
        </w:rPr>
        <w:t>i, làm bài t</w:t>
      </w:r>
      <w:r w:rsidRPr="00840CD1">
        <w:rPr>
          <w:sz w:val="28"/>
          <w:szCs w:val="28"/>
        </w:rPr>
        <w:t>ậ</w:t>
      </w:r>
      <w:r w:rsidRPr="00840CD1">
        <w:rPr>
          <w:sz w:val="28"/>
          <w:szCs w:val="28"/>
        </w:rPr>
        <w:t>p.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 xml:space="preserve">- </w:t>
      </w:r>
      <w:r w:rsidRPr="00840CD1">
        <w:rPr>
          <w:sz w:val="28"/>
          <w:szCs w:val="28"/>
        </w:rPr>
        <w:t>Năng l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>c gi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i quy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t v</w:t>
      </w:r>
      <w:r w:rsidRPr="00840CD1">
        <w:rPr>
          <w:sz w:val="28"/>
          <w:szCs w:val="28"/>
        </w:rPr>
        <w:t>ấ</w:t>
      </w:r>
      <w:r w:rsidRPr="00840CD1">
        <w:rPr>
          <w:sz w:val="28"/>
          <w:szCs w:val="28"/>
        </w:rPr>
        <w:t>n đ</w:t>
      </w:r>
      <w:r w:rsidRPr="00840CD1">
        <w:rPr>
          <w:sz w:val="28"/>
          <w:szCs w:val="28"/>
        </w:rPr>
        <w:t>ề</w:t>
      </w:r>
      <w:r w:rsidRPr="00840CD1">
        <w:rPr>
          <w:sz w:val="28"/>
          <w:szCs w:val="28"/>
        </w:rPr>
        <w:t xml:space="preserve"> và sáng t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o: tham gia trò chơi, v</w:t>
      </w:r>
      <w:r w:rsidRPr="00840CD1">
        <w:rPr>
          <w:sz w:val="28"/>
          <w:szCs w:val="28"/>
        </w:rPr>
        <w:t>ậ</w:t>
      </w:r>
      <w:r w:rsidRPr="00840CD1">
        <w:rPr>
          <w:sz w:val="28"/>
          <w:szCs w:val="28"/>
        </w:rPr>
        <w:t>n d</w:t>
      </w:r>
      <w:r w:rsidRPr="00840CD1">
        <w:rPr>
          <w:sz w:val="28"/>
          <w:szCs w:val="28"/>
        </w:rPr>
        <w:t>ụ</w:t>
      </w:r>
      <w:r w:rsidRPr="00840CD1">
        <w:rPr>
          <w:sz w:val="28"/>
          <w:szCs w:val="28"/>
        </w:rPr>
        <w:t>ng.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Năng l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>c giao ti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p và h</w:t>
      </w:r>
      <w:r w:rsidRPr="00840CD1">
        <w:rPr>
          <w:sz w:val="28"/>
          <w:szCs w:val="28"/>
        </w:rPr>
        <w:t>ợ</w:t>
      </w:r>
      <w:r w:rsidRPr="00840CD1">
        <w:rPr>
          <w:sz w:val="28"/>
          <w:szCs w:val="28"/>
        </w:rPr>
        <w:t>p tác: ho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t đ</w:t>
      </w:r>
      <w:r w:rsidRPr="00840CD1">
        <w:rPr>
          <w:sz w:val="28"/>
          <w:szCs w:val="28"/>
        </w:rPr>
        <w:t>ộ</w:t>
      </w:r>
      <w:r w:rsidRPr="00840CD1">
        <w:rPr>
          <w:sz w:val="28"/>
          <w:szCs w:val="28"/>
        </w:rPr>
        <w:t>ng nhóm.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Rèn luy</w:t>
      </w:r>
      <w:r w:rsidRPr="00840CD1">
        <w:rPr>
          <w:sz w:val="28"/>
          <w:szCs w:val="28"/>
        </w:rPr>
        <w:t>ệ</w:t>
      </w:r>
      <w:r w:rsidRPr="00840CD1">
        <w:rPr>
          <w:sz w:val="28"/>
          <w:szCs w:val="28"/>
        </w:rPr>
        <w:t xml:space="preserve">n </w:t>
      </w:r>
      <w:proofErr w:type="gramStart"/>
      <w:r w:rsidRPr="00840CD1">
        <w:rPr>
          <w:sz w:val="28"/>
          <w:szCs w:val="28"/>
        </w:rPr>
        <w:t>đ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 xml:space="preserve">  phát</w:t>
      </w:r>
      <w:proofErr w:type="gramEnd"/>
      <w:r w:rsidRPr="00840CD1">
        <w:rPr>
          <w:sz w:val="28"/>
          <w:szCs w:val="28"/>
        </w:rPr>
        <w:t xml:space="preserve"> huy đi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m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nh và kh</w:t>
      </w:r>
      <w:r w:rsidRPr="00840CD1">
        <w:rPr>
          <w:sz w:val="28"/>
          <w:szCs w:val="28"/>
        </w:rPr>
        <w:t>ắ</w:t>
      </w:r>
      <w:r w:rsidRPr="00840CD1">
        <w:rPr>
          <w:sz w:val="28"/>
          <w:szCs w:val="28"/>
        </w:rPr>
        <w:t>c ph</w:t>
      </w:r>
      <w:r w:rsidRPr="00840CD1">
        <w:rPr>
          <w:sz w:val="28"/>
          <w:szCs w:val="28"/>
        </w:rPr>
        <w:t>ụ</w:t>
      </w:r>
      <w:r w:rsidRPr="00840CD1">
        <w:rPr>
          <w:sz w:val="28"/>
          <w:szCs w:val="28"/>
        </w:rPr>
        <w:t>c đi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m y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u c</w:t>
      </w:r>
      <w:r w:rsidRPr="00840CD1">
        <w:rPr>
          <w:sz w:val="28"/>
          <w:szCs w:val="28"/>
        </w:rPr>
        <w:t>ủ</w:t>
      </w:r>
      <w:r w:rsidRPr="00840CD1">
        <w:rPr>
          <w:sz w:val="28"/>
          <w:szCs w:val="28"/>
        </w:rPr>
        <w:t>a b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thân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3. Ph</w:t>
      </w:r>
      <w:r w:rsidRPr="00840CD1">
        <w:rPr>
          <w:b/>
          <w:color w:val="1F4E79"/>
          <w:sz w:val="28"/>
          <w:szCs w:val="28"/>
        </w:rPr>
        <w:t>ẩ</w:t>
      </w:r>
      <w:r w:rsidRPr="00840CD1">
        <w:rPr>
          <w:b/>
          <w:color w:val="1F4E79"/>
          <w:sz w:val="28"/>
          <w:szCs w:val="28"/>
        </w:rPr>
        <w:t>m ch</w:t>
      </w:r>
      <w:r w:rsidRPr="00840CD1">
        <w:rPr>
          <w:b/>
          <w:color w:val="1F4E79"/>
          <w:sz w:val="28"/>
          <w:szCs w:val="28"/>
        </w:rPr>
        <w:t>ấ</w:t>
      </w:r>
      <w:r w:rsidRPr="00840CD1">
        <w:rPr>
          <w:b/>
          <w:color w:val="1F4E79"/>
          <w:sz w:val="28"/>
          <w:szCs w:val="28"/>
        </w:rPr>
        <w:t>t.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Ph</w:t>
      </w:r>
      <w:r w:rsidRPr="00840CD1">
        <w:rPr>
          <w:sz w:val="28"/>
          <w:szCs w:val="28"/>
        </w:rPr>
        <w:t>ẩ</w:t>
      </w:r>
      <w:r w:rsidRPr="00840CD1">
        <w:rPr>
          <w:sz w:val="28"/>
          <w:szCs w:val="28"/>
        </w:rPr>
        <w:t>m ch</w:t>
      </w:r>
      <w:r w:rsidRPr="00840CD1">
        <w:rPr>
          <w:sz w:val="28"/>
          <w:szCs w:val="28"/>
        </w:rPr>
        <w:t>ấ</w:t>
      </w:r>
      <w:r w:rsidRPr="00840CD1">
        <w:rPr>
          <w:sz w:val="28"/>
          <w:szCs w:val="28"/>
        </w:rPr>
        <w:t>t yêu nư</w:t>
      </w:r>
      <w:r w:rsidRPr="00840CD1">
        <w:rPr>
          <w:sz w:val="28"/>
          <w:szCs w:val="28"/>
        </w:rPr>
        <w:t>ớ</w:t>
      </w:r>
      <w:r w:rsidRPr="00840CD1">
        <w:rPr>
          <w:sz w:val="28"/>
          <w:szCs w:val="28"/>
        </w:rPr>
        <w:t>c: Có bi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>u hi</w:t>
      </w:r>
      <w:r w:rsidRPr="00840CD1">
        <w:rPr>
          <w:sz w:val="28"/>
          <w:szCs w:val="28"/>
        </w:rPr>
        <w:t>ệ</w:t>
      </w:r>
      <w:r w:rsidRPr="00840CD1">
        <w:rPr>
          <w:sz w:val="28"/>
          <w:szCs w:val="28"/>
        </w:rPr>
        <w:t>n yêu nư</w:t>
      </w:r>
      <w:r w:rsidRPr="00840CD1">
        <w:rPr>
          <w:sz w:val="28"/>
          <w:szCs w:val="28"/>
        </w:rPr>
        <w:t>ớ</w:t>
      </w:r>
      <w:r w:rsidRPr="00840CD1">
        <w:rPr>
          <w:sz w:val="28"/>
          <w:szCs w:val="28"/>
        </w:rPr>
        <w:t>c qua thái đ</w:t>
      </w:r>
      <w:r w:rsidRPr="00840CD1">
        <w:rPr>
          <w:sz w:val="28"/>
          <w:szCs w:val="28"/>
        </w:rPr>
        <w:t>ộ</w:t>
      </w:r>
      <w:r w:rsidRPr="00840CD1">
        <w:rPr>
          <w:sz w:val="28"/>
          <w:szCs w:val="28"/>
        </w:rPr>
        <w:t xml:space="preserve"> nghiêm túc rèn luy</w:t>
      </w:r>
      <w:r w:rsidRPr="00840CD1">
        <w:rPr>
          <w:sz w:val="28"/>
          <w:szCs w:val="28"/>
        </w:rPr>
        <w:t>ệ</w:t>
      </w:r>
      <w:r w:rsidRPr="00840CD1">
        <w:rPr>
          <w:sz w:val="28"/>
          <w:szCs w:val="28"/>
        </w:rPr>
        <w:t>n b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 thân góp ph</w:t>
      </w:r>
      <w:r w:rsidRPr="00840CD1">
        <w:rPr>
          <w:sz w:val="28"/>
          <w:szCs w:val="28"/>
        </w:rPr>
        <w:t>ầ</w:t>
      </w:r>
      <w:r w:rsidRPr="00840CD1">
        <w:rPr>
          <w:sz w:val="28"/>
          <w:szCs w:val="28"/>
        </w:rPr>
        <w:t>n xây d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>ng đ</w:t>
      </w:r>
      <w:r w:rsidRPr="00840CD1">
        <w:rPr>
          <w:sz w:val="28"/>
          <w:szCs w:val="28"/>
        </w:rPr>
        <w:t>ấ</w:t>
      </w:r>
      <w:r w:rsidRPr="00840CD1">
        <w:rPr>
          <w:sz w:val="28"/>
          <w:szCs w:val="28"/>
        </w:rPr>
        <w:t>t nư</w:t>
      </w:r>
      <w:r w:rsidRPr="00840CD1">
        <w:rPr>
          <w:sz w:val="28"/>
          <w:szCs w:val="28"/>
        </w:rPr>
        <w:t>ớ</w:t>
      </w:r>
      <w:r w:rsidRPr="00840CD1">
        <w:rPr>
          <w:sz w:val="28"/>
          <w:szCs w:val="28"/>
        </w:rPr>
        <w:t>c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Ph</w:t>
      </w:r>
      <w:r w:rsidRPr="00840CD1">
        <w:rPr>
          <w:sz w:val="28"/>
          <w:szCs w:val="28"/>
        </w:rPr>
        <w:t>ẩ</w:t>
      </w:r>
      <w:r w:rsidRPr="00840CD1">
        <w:rPr>
          <w:sz w:val="28"/>
          <w:szCs w:val="28"/>
        </w:rPr>
        <w:t>m ch</w:t>
      </w:r>
      <w:r w:rsidRPr="00840CD1">
        <w:rPr>
          <w:sz w:val="28"/>
          <w:szCs w:val="28"/>
        </w:rPr>
        <w:t>ấ</w:t>
      </w:r>
      <w:r w:rsidRPr="00840CD1">
        <w:rPr>
          <w:sz w:val="28"/>
          <w:szCs w:val="28"/>
        </w:rPr>
        <w:t>t nhân ái: Có ý th</w:t>
      </w:r>
      <w:r w:rsidRPr="00840CD1">
        <w:rPr>
          <w:sz w:val="28"/>
          <w:szCs w:val="28"/>
        </w:rPr>
        <w:t>ứ</w:t>
      </w:r>
      <w:r w:rsidRPr="00840CD1">
        <w:rPr>
          <w:sz w:val="28"/>
          <w:szCs w:val="28"/>
        </w:rPr>
        <w:t>c giúp đ</w:t>
      </w:r>
      <w:r w:rsidRPr="00840CD1">
        <w:rPr>
          <w:sz w:val="28"/>
          <w:szCs w:val="28"/>
        </w:rPr>
        <w:t>ỡ</w:t>
      </w:r>
      <w:r w:rsidRPr="00840CD1">
        <w:rPr>
          <w:sz w:val="28"/>
          <w:szCs w:val="28"/>
        </w:rPr>
        <w:t xml:space="preserve"> l</w:t>
      </w:r>
      <w:r w:rsidRPr="00840CD1">
        <w:rPr>
          <w:sz w:val="28"/>
          <w:szCs w:val="28"/>
        </w:rPr>
        <w:t>ẫ</w:t>
      </w:r>
      <w:r w:rsidRPr="00840CD1">
        <w:rPr>
          <w:sz w:val="28"/>
          <w:szCs w:val="28"/>
        </w:rPr>
        <w:t>n nhau trong ho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t đ</w:t>
      </w:r>
      <w:r w:rsidRPr="00840CD1">
        <w:rPr>
          <w:sz w:val="28"/>
          <w:szCs w:val="28"/>
        </w:rPr>
        <w:t>ộ</w:t>
      </w:r>
      <w:r w:rsidRPr="00840CD1">
        <w:rPr>
          <w:sz w:val="28"/>
          <w:szCs w:val="28"/>
        </w:rPr>
        <w:t>ng nhóm đ</w:t>
      </w:r>
      <w:r w:rsidRPr="00840CD1">
        <w:rPr>
          <w:sz w:val="28"/>
          <w:szCs w:val="28"/>
        </w:rPr>
        <w:t>ể</w:t>
      </w:r>
      <w:r w:rsidRPr="00840CD1">
        <w:rPr>
          <w:sz w:val="28"/>
          <w:szCs w:val="28"/>
        </w:rPr>
        <w:t xml:space="preserve"> hoàn thành nhi</w:t>
      </w:r>
      <w:r w:rsidRPr="00840CD1">
        <w:rPr>
          <w:sz w:val="28"/>
          <w:szCs w:val="28"/>
        </w:rPr>
        <w:t>ệ</w:t>
      </w:r>
      <w:r w:rsidRPr="00840CD1">
        <w:rPr>
          <w:sz w:val="28"/>
          <w:szCs w:val="28"/>
        </w:rPr>
        <w:t>m v</w:t>
      </w:r>
      <w:r w:rsidRPr="00840CD1">
        <w:rPr>
          <w:sz w:val="28"/>
          <w:szCs w:val="28"/>
        </w:rPr>
        <w:t>ụ</w:t>
      </w:r>
      <w:r w:rsidRPr="00840CD1">
        <w:rPr>
          <w:sz w:val="28"/>
          <w:szCs w:val="28"/>
        </w:rPr>
        <w:t>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Ph</w:t>
      </w:r>
      <w:r w:rsidRPr="00840CD1">
        <w:rPr>
          <w:sz w:val="28"/>
          <w:szCs w:val="28"/>
        </w:rPr>
        <w:t>ẩ</w:t>
      </w:r>
      <w:r w:rsidRPr="00840CD1">
        <w:rPr>
          <w:sz w:val="28"/>
          <w:szCs w:val="28"/>
        </w:rPr>
        <w:t>m ch</w:t>
      </w:r>
      <w:r w:rsidRPr="00840CD1">
        <w:rPr>
          <w:sz w:val="28"/>
          <w:szCs w:val="28"/>
        </w:rPr>
        <w:t>ấ</w:t>
      </w:r>
      <w:r w:rsidRPr="00840CD1">
        <w:rPr>
          <w:sz w:val="28"/>
          <w:szCs w:val="28"/>
        </w:rPr>
        <w:t>t chăm ch</w:t>
      </w:r>
      <w:r w:rsidRPr="00840CD1">
        <w:rPr>
          <w:sz w:val="28"/>
          <w:szCs w:val="28"/>
        </w:rPr>
        <w:t>ỉ</w:t>
      </w:r>
      <w:r w:rsidRPr="00840CD1">
        <w:rPr>
          <w:sz w:val="28"/>
          <w:szCs w:val="28"/>
        </w:rPr>
        <w:t>: Chăm ch</w:t>
      </w:r>
      <w:r w:rsidRPr="00840CD1">
        <w:rPr>
          <w:sz w:val="28"/>
          <w:szCs w:val="28"/>
        </w:rPr>
        <w:t>ỉ</w:t>
      </w:r>
      <w:r w:rsidRPr="00840CD1">
        <w:rPr>
          <w:sz w:val="28"/>
          <w:szCs w:val="28"/>
        </w:rPr>
        <w:t xml:space="preserve"> suy nghĩ, tr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 xml:space="preserve"> l</w:t>
      </w:r>
      <w:r w:rsidRPr="00840CD1">
        <w:rPr>
          <w:sz w:val="28"/>
          <w:szCs w:val="28"/>
        </w:rPr>
        <w:t>ờ</w:t>
      </w:r>
      <w:r w:rsidRPr="00840CD1">
        <w:rPr>
          <w:sz w:val="28"/>
          <w:szCs w:val="28"/>
        </w:rPr>
        <w:t>i câu h</w:t>
      </w:r>
      <w:r w:rsidRPr="00840CD1">
        <w:rPr>
          <w:sz w:val="28"/>
          <w:szCs w:val="28"/>
        </w:rPr>
        <w:t>ỏ</w:t>
      </w:r>
      <w:r w:rsidRPr="00840CD1">
        <w:rPr>
          <w:sz w:val="28"/>
          <w:szCs w:val="28"/>
        </w:rPr>
        <w:t>i; làm t</w:t>
      </w:r>
      <w:r w:rsidRPr="00840CD1">
        <w:rPr>
          <w:sz w:val="28"/>
          <w:szCs w:val="28"/>
        </w:rPr>
        <w:t>ố</w:t>
      </w:r>
      <w:r w:rsidRPr="00840CD1">
        <w:rPr>
          <w:sz w:val="28"/>
          <w:szCs w:val="28"/>
        </w:rPr>
        <w:t>t các bài t</w:t>
      </w:r>
      <w:r w:rsidRPr="00840CD1">
        <w:rPr>
          <w:sz w:val="28"/>
          <w:szCs w:val="28"/>
        </w:rPr>
        <w:t>ậ</w:t>
      </w:r>
      <w:r w:rsidRPr="00840CD1">
        <w:rPr>
          <w:sz w:val="28"/>
          <w:szCs w:val="28"/>
        </w:rPr>
        <w:t>p.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Ph</w:t>
      </w:r>
      <w:r w:rsidRPr="00840CD1">
        <w:rPr>
          <w:sz w:val="28"/>
          <w:szCs w:val="28"/>
        </w:rPr>
        <w:t>ẩ</w:t>
      </w:r>
      <w:r w:rsidRPr="00840CD1">
        <w:rPr>
          <w:sz w:val="28"/>
          <w:szCs w:val="28"/>
        </w:rPr>
        <w:t>m ch</w:t>
      </w:r>
      <w:r w:rsidRPr="00840CD1">
        <w:rPr>
          <w:sz w:val="28"/>
          <w:szCs w:val="28"/>
        </w:rPr>
        <w:t>ấ</w:t>
      </w:r>
      <w:r w:rsidRPr="00840CD1">
        <w:rPr>
          <w:sz w:val="28"/>
          <w:szCs w:val="28"/>
        </w:rPr>
        <w:t>t trách nhi</w:t>
      </w:r>
      <w:r w:rsidRPr="00840CD1">
        <w:rPr>
          <w:sz w:val="28"/>
          <w:szCs w:val="28"/>
        </w:rPr>
        <w:t>ệ</w:t>
      </w:r>
      <w:r w:rsidRPr="00840CD1">
        <w:rPr>
          <w:sz w:val="28"/>
          <w:szCs w:val="28"/>
        </w:rPr>
        <w:t xml:space="preserve">m: </w:t>
      </w:r>
      <w:r w:rsidRPr="00840CD1">
        <w:rPr>
          <w:sz w:val="28"/>
          <w:szCs w:val="28"/>
        </w:rPr>
        <w:t>Gi</w:t>
      </w:r>
      <w:r w:rsidRPr="00840CD1">
        <w:rPr>
          <w:sz w:val="28"/>
          <w:szCs w:val="28"/>
        </w:rPr>
        <w:t>ữ</w:t>
      </w:r>
      <w:r w:rsidRPr="00840CD1">
        <w:rPr>
          <w:sz w:val="28"/>
          <w:szCs w:val="28"/>
        </w:rPr>
        <w:t xml:space="preserve"> tr</w:t>
      </w:r>
      <w:r w:rsidRPr="00840CD1">
        <w:rPr>
          <w:sz w:val="28"/>
          <w:szCs w:val="28"/>
        </w:rPr>
        <w:t>ậ</w:t>
      </w:r>
      <w:r w:rsidRPr="00840CD1">
        <w:rPr>
          <w:sz w:val="28"/>
          <w:szCs w:val="28"/>
        </w:rPr>
        <w:t>t t</w:t>
      </w:r>
      <w:r w:rsidRPr="00840CD1">
        <w:rPr>
          <w:sz w:val="28"/>
          <w:szCs w:val="28"/>
        </w:rPr>
        <w:t>ự</w:t>
      </w:r>
      <w:r w:rsidRPr="00840CD1">
        <w:rPr>
          <w:sz w:val="28"/>
          <w:szCs w:val="28"/>
        </w:rPr>
        <w:t>, bi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t l</w:t>
      </w:r>
      <w:r w:rsidRPr="00840CD1">
        <w:rPr>
          <w:sz w:val="28"/>
          <w:szCs w:val="28"/>
        </w:rPr>
        <w:t>ắ</w:t>
      </w:r>
      <w:r w:rsidRPr="00840CD1">
        <w:rPr>
          <w:sz w:val="28"/>
          <w:szCs w:val="28"/>
        </w:rPr>
        <w:t>ng nghe, h</w:t>
      </w:r>
      <w:r w:rsidRPr="00840CD1">
        <w:rPr>
          <w:sz w:val="28"/>
          <w:szCs w:val="28"/>
        </w:rPr>
        <w:t>ọ</w:t>
      </w:r>
      <w:r w:rsidRPr="00840CD1">
        <w:rPr>
          <w:sz w:val="28"/>
          <w:szCs w:val="28"/>
        </w:rPr>
        <w:t>c t</w:t>
      </w:r>
      <w:r w:rsidRPr="00840CD1">
        <w:rPr>
          <w:sz w:val="28"/>
          <w:szCs w:val="28"/>
        </w:rPr>
        <w:t>ậ</w:t>
      </w:r>
      <w:r w:rsidRPr="00840CD1">
        <w:rPr>
          <w:sz w:val="28"/>
          <w:szCs w:val="28"/>
        </w:rPr>
        <w:t>p nghiêm túc.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4. Tích h</w:t>
      </w:r>
      <w:r w:rsidRPr="00840CD1">
        <w:rPr>
          <w:b/>
          <w:color w:val="1F4E79"/>
          <w:sz w:val="28"/>
          <w:szCs w:val="28"/>
        </w:rPr>
        <w:t>ợ</w:t>
      </w:r>
      <w:r w:rsidRPr="00840CD1">
        <w:rPr>
          <w:b/>
          <w:color w:val="1F4E79"/>
          <w:sz w:val="28"/>
          <w:szCs w:val="28"/>
        </w:rPr>
        <w:t>p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color w:val="FF0000"/>
          <w:sz w:val="28"/>
          <w:szCs w:val="28"/>
        </w:rPr>
        <w:t>- Quy</w:t>
      </w:r>
      <w:r w:rsidRPr="00840CD1">
        <w:rPr>
          <w:color w:val="FF0000"/>
          <w:sz w:val="28"/>
          <w:szCs w:val="28"/>
        </w:rPr>
        <w:t>ề</w:t>
      </w:r>
      <w:r w:rsidRPr="00840CD1">
        <w:rPr>
          <w:color w:val="FF0000"/>
          <w:sz w:val="28"/>
          <w:szCs w:val="28"/>
        </w:rPr>
        <w:t>n con ngư</w:t>
      </w:r>
      <w:r w:rsidRPr="00840CD1">
        <w:rPr>
          <w:color w:val="FF0000"/>
          <w:sz w:val="28"/>
          <w:szCs w:val="28"/>
        </w:rPr>
        <w:t>ờ</w:t>
      </w:r>
      <w:r w:rsidRPr="00840CD1">
        <w:rPr>
          <w:color w:val="FF0000"/>
          <w:sz w:val="28"/>
          <w:szCs w:val="28"/>
        </w:rPr>
        <w:t>i: tôn tr</w:t>
      </w:r>
      <w:r w:rsidRPr="00840CD1">
        <w:rPr>
          <w:color w:val="FF0000"/>
          <w:sz w:val="28"/>
          <w:szCs w:val="28"/>
        </w:rPr>
        <w:t>ọ</w:t>
      </w:r>
      <w:r w:rsidRPr="00840CD1">
        <w:rPr>
          <w:color w:val="FF0000"/>
          <w:sz w:val="28"/>
          <w:szCs w:val="28"/>
        </w:rPr>
        <w:t>ng ph</w:t>
      </w:r>
      <w:r w:rsidRPr="00840CD1">
        <w:rPr>
          <w:color w:val="FF0000"/>
          <w:sz w:val="28"/>
          <w:szCs w:val="28"/>
        </w:rPr>
        <w:t>ẩ</w:t>
      </w:r>
      <w:r w:rsidRPr="00840CD1">
        <w:rPr>
          <w:color w:val="FF0000"/>
          <w:sz w:val="28"/>
          <w:szCs w:val="28"/>
        </w:rPr>
        <w:t>m giá và s</w:t>
      </w:r>
      <w:r w:rsidRPr="00840CD1">
        <w:rPr>
          <w:color w:val="FF0000"/>
          <w:sz w:val="28"/>
          <w:szCs w:val="28"/>
        </w:rPr>
        <w:t>ự</w:t>
      </w:r>
      <w:r w:rsidRPr="00840CD1">
        <w:rPr>
          <w:color w:val="FF0000"/>
          <w:sz w:val="28"/>
          <w:szCs w:val="28"/>
        </w:rPr>
        <w:t xml:space="preserve"> khác bi</w:t>
      </w:r>
      <w:r w:rsidRPr="00840CD1">
        <w:rPr>
          <w:color w:val="FF0000"/>
          <w:sz w:val="28"/>
          <w:szCs w:val="28"/>
        </w:rPr>
        <w:t>ệ</w:t>
      </w:r>
      <w:r w:rsidRPr="00840CD1">
        <w:rPr>
          <w:color w:val="FF0000"/>
          <w:sz w:val="28"/>
          <w:szCs w:val="28"/>
        </w:rPr>
        <w:t>t c</w:t>
      </w:r>
      <w:r w:rsidRPr="00840CD1">
        <w:rPr>
          <w:color w:val="FF0000"/>
          <w:sz w:val="28"/>
          <w:szCs w:val="28"/>
        </w:rPr>
        <w:t>ủ</w:t>
      </w:r>
      <w:r w:rsidRPr="00840CD1">
        <w:rPr>
          <w:color w:val="FF0000"/>
          <w:sz w:val="28"/>
          <w:szCs w:val="28"/>
        </w:rPr>
        <w:t>a m</w:t>
      </w:r>
      <w:r w:rsidRPr="00840CD1">
        <w:rPr>
          <w:color w:val="FF0000"/>
          <w:sz w:val="28"/>
          <w:szCs w:val="28"/>
        </w:rPr>
        <w:t>ỗ</w:t>
      </w:r>
      <w:r w:rsidRPr="00840CD1">
        <w:rPr>
          <w:color w:val="FF0000"/>
          <w:sz w:val="28"/>
          <w:szCs w:val="28"/>
        </w:rPr>
        <w:t>i cá nhân; quy</w:t>
      </w:r>
      <w:r w:rsidRPr="00840CD1">
        <w:rPr>
          <w:color w:val="FF0000"/>
          <w:sz w:val="28"/>
          <w:szCs w:val="28"/>
        </w:rPr>
        <w:t>ề</w:t>
      </w:r>
      <w:r w:rsidRPr="00840CD1">
        <w:rPr>
          <w:color w:val="FF0000"/>
          <w:sz w:val="28"/>
          <w:szCs w:val="28"/>
        </w:rPr>
        <w:t>n đư</w:t>
      </w:r>
      <w:r w:rsidRPr="00840CD1">
        <w:rPr>
          <w:color w:val="FF0000"/>
          <w:sz w:val="28"/>
          <w:szCs w:val="28"/>
        </w:rPr>
        <w:t>ợ</w:t>
      </w:r>
      <w:r w:rsidRPr="00840CD1">
        <w:rPr>
          <w:color w:val="FF0000"/>
          <w:sz w:val="28"/>
          <w:szCs w:val="28"/>
        </w:rPr>
        <w:t>c h</w:t>
      </w:r>
      <w:r w:rsidRPr="00840CD1">
        <w:rPr>
          <w:color w:val="FF0000"/>
          <w:sz w:val="28"/>
          <w:szCs w:val="28"/>
        </w:rPr>
        <w:t>ọ</w:t>
      </w:r>
      <w:r w:rsidRPr="00840CD1">
        <w:rPr>
          <w:color w:val="FF0000"/>
          <w:sz w:val="28"/>
          <w:szCs w:val="28"/>
        </w:rPr>
        <w:t>c t</w:t>
      </w:r>
      <w:r w:rsidRPr="00840CD1">
        <w:rPr>
          <w:color w:val="FF0000"/>
          <w:sz w:val="28"/>
          <w:szCs w:val="28"/>
        </w:rPr>
        <w:t>ậ</w:t>
      </w:r>
      <w:r w:rsidRPr="00840CD1">
        <w:rPr>
          <w:color w:val="FF0000"/>
          <w:sz w:val="28"/>
          <w:szCs w:val="28"/>
        </w:rPr>
        <w:t>p, đư</w:t>
      </w:r>
      <w:r w:rsidRPr="00840CD1">
        <w:rPr>
          <w:color w:val="FF0000"/>
          <w:sz w:val="28"/>
          <w:szCs w:val="28"/>
        </w:rPr>
        <w:t>ợ</w:t>
      </w:r>
      <w:r w:rsidRPr="00840CD1">
        <w:rPr>
          <w:color w:val="FF0000"/>
          <w:sz w:val="28"/>
          <w:szCs w:val="28"/>
        </w:rPr>
        <w:t>c phát tri</w:t>
      </w:r>
      <w:r w:rsidRPr="00840CD1">
        <w:rPr>
          <w:color w:val="FF0000"/>
          <w:sz w:val="28"/>
          <w:szCs w:val="28"/>
        </w:rPr>
        <w:t>ể</w:t>
      </w:r>
      <w:r w:rsidRPr="00840CD1">
        <w:rPr>
          <w:color w:val="FF0000"/>
          <w:sz w:val="28"/>
          <w:szCs w:val="28"/>
        </w:rPr>
        <w:t>n b</w:t>
      </w:r>
      <w:r w:rsidRPr="00840CD1">
        <w:rPr>
          <w:color w:val="FF0000"/>
          <w:sz w:val="28"/>
          <w:szCs w:val="28"/>
        </w:rPr>
        <w:t>ả</w:t>
      </w:r>
      <w:r w:rsidRPr="00840CD1">
        <w:rPr>
          <w:color w:val="FF0000"/>
          <w:sz w:val="28"/>
          <w:szCs w:val="28"/>
        </w:rPr>
        <w:t>n thân; quy</w:t>
      </w:r>
      <w:r w:rsidRPr="00840CD1">
        <w:rPr>
          <w:color w:val="FF0000"/>
          <w:sz w:val="28"/>
          <w:szCs w:val="28"/>
        </w:rPr>
        <w:t>ề</w:t>
      </w:r>
      <w:r w:rsidRPr="00840CD1">
        <w:rPr>
          <w:color w:val="FF0000"/>
          <w:sz w:val="28"/>
          <w:szCs w:val="28"/>
        </w:rPr>
        <w:t>n đư</w:t>
      </w:r>
      <w:r w:rsidRPr="00840CD1">
        <w:rPr>
          <w:color w:val="FF0000"/>
          <w:sz w:val="28"/>
          <w:szCs w:val="28"/>
        </w:rPr>
        <w:t>ợ</w:t>
      </w:r>
      <w:r w:rsidRPr="00840CD1">
        <w:rPr>
          <w:color w:val="FF0000"/>
          <w:sz w:val="28"/>
          <w:szCs w:val="28"/>
        </w:rPr>
        <w:t>c l</w:t>
      </w:r>
      <w:r w:rsidRPr="00840CD1">
        <w:rPr>
          <w:color w:val="FF0000"/>
          <w:sz w:val="28"/>
          <w:szCs w:val="28"/>
        </w:rPr>
        <w:t>ắ</w:t>
      </w:r>
      <w:r w:rsidRPr="00840CD1">
        <w:rPr>
          <w:color w:val="FF0000"/>
          <w:sz w:val="28"/>
          <w:szCs w:val="28"/>
        </w:rPr>
        <w:t>ng nghe và đư</w:t>
      </w:r>
      <w:r w:rsidRPr="00840CD1">
        <w:rPr>
          <w:color w:val="FF0000"/>
          <w:sz w:val="28"/>
          <w:szCs w:val="28"/>
        </w:rPr>
        <w:t>ợ</w:t>
      </w:r>
      <w:r w:rsidRPr="00840CD1">
        <w:rPr>
          <w:color w:val="FF0000"/>
          <w:sz w:val="28"/>
          <w:szCs w:val="28"/>
        </w:rPr>
        <w:t>c góp ý tích c</w:t>
      </w:r>
      <w:r w:rsidRPr="00840CD1">
        <w:rPr>
          <w:color w:val="FF0000"/>
          <w:sz w:val="28"/>
          <w:szCs w:val="28"/>
        </w:rPr>
        <w:t>ự</w:t>
      </w:r>
      <w:r w:rsidRPr="00840CD1">
        <w:rPr>
          <w:color w:val="FF0000"/>
          <w:sz w:val="28"/>
          <w:szCs w:val="28"/>
        </w:rPr>
        <w:t>c.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color w:val="FF0000"/>
          <w:sz w:val="28"/>
          <w:szCs w:val="28"/>
        </w:rPr>
        <w:t>- Kĩ năng s</w:t>
      </w:r>
      <w:r w:rsidRPr="00840CD1">
        <w:rPr>
          <w:color w:val="FF0000"/>
          <w:sz w:val="28"/>
          <w:szCs w:val="28"/>
        </w:rPr>
        <w:t>ố</w:t>
      </w:r>
      <w:r w:rsidRPr="00840CD1">
        <w:rPr>
          <w:color w:val="FF0000"/>
          <w:sz w:val="28"/>
          <w:szCs w:val="28"/>
        </w:rPr>
        <w:t>ng: t</w:t>
      </w:r>
      <w:r w:rsidRPr="00840CD1">
        <w:rPr>
          <w:color w:val="FF0000"/>
          <w:sz w:val="28"/>
          <w:szCs w:val="28"/>
        </w:rPr>
        <w:t>ự</w:t>
      </w:r>
      <w:r w:rsidRPr="00840CD1">
        <w:rPr>
          <w:color w:val="FF0000"/>
          <w:sz w:val="28"/>
          <w:szCs w:val="28"/>
        </w:rPr>
        <w:t xml:space="preserve"> nh</w:t>
      </w:r>
      <w:r w:rsidRPr="00840CD1">
        <w:rPr>
          <w:color w:val="FF0000"/>
          <w:sz w:val="28"/>
          <w:szCs w:val="28"/>
        </w:rPr>
        <w:t>ậ</w:t>
      </w:r>
      <w:r w:rsidRPr="00840CD1">
        <w:rPr>
          <w:color w:val="FF0000"/>
          <w:sz w:val="28"/>
          <w:szCs w:val="28"/>
        </w:rPr>
        <w:t>n th</w:t>
      </w:r>
      <w:r w:rsidRPr="00840CD1">
        <w:rPr>
          <w:color w:val="FF0000"/>
          <w:sz w:val="28"/>
          <w:szCs w:val="28"/>
        </w:rPr>
        <w:t>ứ</w:t>
      </w:r>
      <w:r w:rsidRPr="00840CD1">
        <w:rPr>
          <w:color w:val="FF0000"/>
          <w:sz w:val="28"/>
          <w:szCs w:val="28"/>
        </w:rPr>
        <w:t>c, t</w:t>
      </w:r>
      <w:r w:rsidRPr="00840CD1">
        <w:rPr>
          <w:color w:val="FF0000"/>
          <w:sz w:val="28"/>
          <w:szCs w:val="28"/>
        </w:rPr>
        <w:t>ự</w:t>
      </w:r>
      <w:r w:rsidRPr="00840CD1">
        <w:rPr>
          <w:color w:val="FF0000"/>
          <w:sz w:val="28"/>
          <w:szCs w:val="28"/>
        </w:rPr>
        <w:t xml:space="preserve"> </w:t>
      </w:r>
      <w:r w:rsidRPr="00840CD1">
        <w:rPr>
          <w:color w:val="FF0000"/>
          <w:sz w:val="28"/>
          <w:szCs w:val="28"/>
        </w:rPr>
        <w:t>đánh giá; đ</w:t>
      </w:r>
      <w:r w:rsidRPr="00840CD1">
        <w:rPr>
          <w:color w:val="FF0000"/>
          <w:sz w:val="28"/>
          <w:szCs w:val="28"/>
        </w:rPr>
        <w:t>ặ</w:t>
      </w:r>
      <w:r w:rsidRPr="00840CD1">
        <w:rPr>
          <w:color w:val="FF0000"/>
          <w:sz w:val="28"/>
          <w:szCs w:val="28"/>
        </w:rPr>
        <w:t>t m</w:t>
      </w:r>
      <w:r w:rsidRPr="00840CD1">
        <w:rPr>
          <w:color w:val="FF0000"/>
          <w:sz w:val="28"/>
          <w:szCs w:val="28"/>
        </w:rPr>
        <w:t>ụ</w:t>
      </w:r>
      <w:r w:rsidRPr="00840CD1">
        <w:rPr>
          <w:color w:val="FF0000"/>
          <w:sz w:val="28"/>
          <w:szCs w:val="28"/>
        </w:rPr>
        <w:t>c tiêu; l</w:t>
      </w:r>
      <w:r w:rsidRPr="00840CD1">
        <w:rPr>
          <w:color w:val="FF0000"/>
          <w:sz w:val="28"/>
          <w:szCs w:val="28"/>
        </w:rPr>
        <w:t>ậ</w:t>
      </w:r>
      <w:r w:rsidRPr="00840CD1">
        <w:rPr>
          <w:color w:val="FF0000"/>
          <w:sz w:val="28"/>
          <w:szCs w:val="28"/>
        </w:rPr>
        <w:t>p k</w:t>
      </w:r>
      <w:r w:rsidRPr="00840CD1">
        <w:rPr>
          <w:color w:val="FF0000"/>
          <w:sz w:val="28"/>
          <w:szCs w:val="28"/>
        </w:rPr>
        <w:t>ế</w:t>
      </w:r>
      <w:r w:rsidRPr="00840CD1">
        <w:rPr>
          <w:color w:val="FF0000"/>
          <w:sz w:val="28"/>
          <w:szCs w:val="28"/>
        </w:rPr>
        <w:t xml:space="preserve"> ho</w:t>
      </w:r>
      <w:r w:rsidRPr="00840CD1">
        <w:rPr>
          <w:color w:val="FF0000"/>
          <w:sz w:val="28"/>
          <w:szCs w:val="28"/>
        </w:rPr>
        <w:t>ạ</w:t>
      </w:r>
      <w:r w:rsidRPr="00840CD1">
        <w:rPr>
          <w:color w:val="FF0000"/>
          <w:sz w:val="28"/>
          <w:szCs w:val="28"/>
        </w:rPr>
        <w:t>ch phát huy đi</w:t>
      </w:r>
      <w:r w:rsidRPr="00840CD1">
        <w:rPr>
          <w:color w:val="FF0000"/>
          <w:sz w:val="28"/>
          <w:szCs w:val="28"/>
        </w:rPr>
        <w:t>ể</w:t>
      </w:r>
      <w:r w:rsidRPr="00840CD1">
        <w:rPr>
          <w:color w:val="FF0000"/>
          <w:sz w:val="28"/>
          <w:szCs w:val="28"/>
        </w:rPr>
        <w:t>m m</w:t>
      </w:r>
      <w:r w:rsidRPr="00840CD1">
        <w:rPr>
          <w:color w:val="FF0000"/>
          <w:sz w:val="28"/>
          <w:szCs w:val="28"/>
        </w:rPr>
        <w:t>ạ</w:t>
      </w:r>
      <w:r w:rsidRPr="00840CD1">
        <w:rPr>
          <w:color w:val="FF0000"/>
          <w:sz w:val="28"/>
          <w:szCs w:val="28"/>
        </w:rPr>
        <w:t>nh, kh</w:t>
      </w:r>
      <w:r w:rsidRPr="00840CD1">
        <w:rPr>
          <w:color w:val="FF0000"/>
          <w:sz w:val="28"/>
          <w:szCs w:val="28"/>
        </w:rPr>
        <w:t>ắ</w:t>
      </w:r>
      <w:r w:rsidRPr="00840CD1">
        <w:rPr>
          <w:color w:val="FF0000"/>
          <w:sz w:val="28"/>
          <w:szCs w:val="28"/>
        </w:rPr>
        <w:t>c ph</w:t>
      </w:r>
      <w:r w:rsidRPr="00840CD1">
        <w:rPr>
          <w:color w:val="FF0000"/>
          <w:sz w:val="28"/>
          <w:szCs w:val="28"/>
        </w:rPr>
        <w:t>ụ</w:t>
      </w:r>
      <w:r w:rsidRPr="00840CD1">
        <w:rPr>
          <w:color w:val="FF0000"/>
          <w:sz w:val="28"/>
          <w:szCs w:val="28"/>
        </w:rPr>
        <w:t>c đi</w:t>
      </w:r>
      <w:r w:rsidRPr="00840CD1">
        <w:rPr>
          <w:color w:val="FF0000"/>
          <w:sz w:val="28"/>
          <w:szCs w:val="28"/>
        </w:rPr>
        <w:t>ể</w:t>
      </w:r>
      <w:r w:rsidRPr="00840CD1">
        <w:rPr>
          <w:color w:val="FF0000"/>
          <w:sz w:val="28"/>
          <w:szCs w:val="28"/>
        </w:rPr>
        <w:t>m y</w:t>
      </w:r>
      <w:r w:rsidRPr="00840CD1">
        <w:rPr>
          <w:color w:val="FF0000"/>
          <w:sz w:val="28"/>
          <w:szCs w:val="28"/>
        </w:rPr>
        <w:t>ế</w:t>
      </w:r>
      <w:r w:rsidRPr="00840CD1">
        <w:rPr>
          <w:color w:val="FF0000"/>
          <w:sz w:val="28"/>
          <w:szCs w:val="28"/>
        </w:rPr>
        <w:t>u; giao ti</w:t>
      </w:r>
      <w:r w:rsidRPr="00840CD1">
        <w:rPr>
          <w:color w:val="FF0000"/>
          <w:sz w:val="28"/>
          <w:szCs w:val="28"/>
        </w:rPr>
        <w:t>ế</w:t>
      </w:r>
      <w:r w:rsidRPr="00840CD1">
        <w:rPr>
          <w:color w:val="FF0000"/>
          <w:sz w:val="28"/>
          <w:szCs w:val="28"/>
        </w:rPr>
        <w:t>p tôn tr</w:t>
      </w:r>
      <w:r w:rsidRPr="00840CD1">
        <w:rPr>
          <w:color w:val="FF0000"/>
          <w:sz w:val="28"/>
          <w:szCs w:val="28"/>
        </w:rPr>
        <w:t>ọ</w:t>
      </w:r>
      <w:r w:rsidRPr="00840CD1">
        <w:rPr>
          <w:color w:val="FF0000"/>
          <w:sz w:val="28"/>
          <w:szCs w:val="28"/>
        </w:rPr>
        <w:t>ng và b</w:t>
      </w:r>
      <w:r w:rsidRPr="00840CD1">
        <w:rPr>
          <w:color w:val="FF0000"/>
          <w:sz w:val="28"/>
          <w:szCs w:val="28"/>
        </w:rPr>
        <w:t>ả</w:t>
      </w:r>
      <w:r w:rsidRPr="00840CD1">
        <w:rPr>
          <w:color w:val="FF0000"/>
          <w:sz w:val="28"/>
          <w:szCs w:val="28"/>
        </w:rPr>
        <w:t>o v</w:t>
      </w:r>
      <w:r w:rsidRPr="00840CD1">
        <w:rPr>
          <w:color w:val="FF0000"/>
          <w:sz w:val="28"/>
          <w:szCs w:val="28"/>
        </w:rPr>
        <w:t>ệ</w:t>
      </w:r>
      <w:r w:rsidRPr="00840CD1">
        <w:rPr>
          <w:color w:val="FF0000"/>
          <w:sz w:val="28"/>
          <w:szCs w:val="28"/>
        </w:rPr>
        <w:t xml:space="preserve"> quy</w:t>
      </w:r>
      <w:r w:rsidRPr="00840CD1">
        <w:rPr>
          <w:color w:val="FF0000"/>
          <w:sz w:val="28"/>
          <w:szCs w:val="28"/>
        </w:rPr>
        <w:t>ề</w:t>
      </w:r>
      <w:r w:rsidRPr="00840CD1">
        <w:rPr>
          <w:color w:val="FF0000"/>
          <w:sz w:val="28"/>
          <w:szCs w:val="28"/>
        </w:rPr>
        <w:t>n riêng tư.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II. Đ</w:t>
      </w:r>
      <w:r w:rsidRPr="00840CD1">
        <w:rPr>
          <w:b/>
          <w:color w:val="1F4E79"/>
          <w:sz w:val="28"/>
          <w:szCs w:val="28"/>
        </w:rPr>
        <w:t>Ồ</w:t>
      </w:r>
      <w:r w:rsidRPr="00840CD1">
        <w:rPr>
          <w:b/>
          <w:color w:val="1F4E79"/>
          <w:sz w:val="28"/>
          <w:szCs w:val="28"/>
        </w:rPr>
        <w:t xml:space="preserve"> DÙNG D</w:t>
      </w:r>
      <w:r w:rsidRPr="00840CD1">
        <w:rPr>
          <w:b/>
          <w:color w:val="1F4E79"/>
          <w:sz w:val="28"/>
          <w:szCs w:val="28"/>
        </w:rPr>
        <w:t>Ạ</w:t>
      </w:r>
      <w:r w:rsidRPr="00840CD1">
        <w:rPr>
          <w:b/>
          <w:color w:val="1F4E79"/>
          <w:sz w:val="28"/>
          <w:szCs w:val="28"/>
        </w:rPr>
        <w:t>Y H</w:t>
      </w:r>
      <w:r w:rsidRPr="00840CD1">
        <w:rPr>
          <w:b/>
          <w:color w:val="1F4E79"/>
          <w:sz w:val="28"/>
          <w:szCs w:val="28"/>
        </w:rPr>
        <w:t>Ọ</w:t>
      </w:r>
      <w:r w:rsidRPr="00840CD1">
        <w:rPr>
          <w:b/>
          <w:color w:val="1F4E79"/>
          <w:sz w:val="28"/>
          <w:szCs w:val="28"/>
        </w:rPr>
        <w:t>C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K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 xml:space="preserve"> ho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ch bài d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y, bài gi</w:t>
      </w:r>
      <w:r w:rsidRPr="00840CD1">
        <w:rPr>
          <w:sz w:val="28"/>
          <w:szCs w:val="28"/>
        </w:rPr>
        <w:t>ả</w:t>
      </w:r>
      <w:r w:rsidRPr="00840CD1">
        <w:rPr>
          <w:sz w:val="28"/>
          <w:szCs w:val="28"/>
        </w:rPr>
        <w:t>ng Power point.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- SGK và các thi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t b</w:t>
      </w:r>
      <w:r w:rsidRPr="00840CD1">
        <w:rPr>
          <w:sz w:val="28"/>
          <w:szCs w:val="28"/>
        </w:rPr>
        <w:t>ị</w:t>
      </w:r>
      <w:r w:rsidRPr="00840CD1">
        <w:rPr>
          <w:sz w:val="28"/>
          <w:szCs w:val="28"/>
        </w:rPr>
        <w:t>, h</w:t>
      </w:r>
      <w:r w:rsidRPr="00840CD1">
        <w:rPr>
          <w:sz w:val="28"/>
          <w:szCs w:val="28"/>
        </w:rPr>
        <w:t>ọ</w:t>
      </w:r>
      <w:r w:rsidRPr="00840CD1">
        <w:rPr>
          <w:sz w:val="28"/>
          <w:szCs w:val="28"/>
        </w:rPr>
        <w:t>c li</w:t>
      </w:r>
      <w:r w:rsidRPr="00840CD1">
        <w:rPr>
          <w:sz w:val="28"/>
          <w:szCs w:val="28"/>
        </w:rPr>
        <w:t>ệ</w:t>
      </w:r>
      <w:r w:rsidRPr="00840CD1">
        <w:rPr>
          <w:sz w:val="28"/>
          <w:szCs w:val="28"/>
        </w:rPr>
        <w:t>u ph</w:t>
      </w:r>
      <w:r w:rsidRPr="00840CD1">
        <w:rPr>
          <w:sz w:val="28"/>
          <w:szCs w:val="28"/>
        </w:rPr>
        <w:t>ụ</w:t>
      </w:r>
      <w:r w:rsidRPr="00840CD1">
        <w:rPr>
          <w:sz w:val="28"/>
          <w:szCs w:val="28"/>
        </w:rPr>
        <w:t>c v</w:t>
      </w:r>
      <w:r w:rsidRPr="00840CD1">
        <w:rPr>
          <w:sz w:val="28"/>
          <w:szCs w:val="28"/>
        </w:rPr>
        <w:t>ụ</w:t>
      </w:r>
      <w:r w:rsidRPr="00840CD1">
        <w:rPr>
          <w:sz w:val="28"/>
          <w:szCs w:val="28"/>
        </w:rPr>
        <w:t xml:space="preserve"> cho ti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t d</w:t>
      </w:r>
      <w:r w:rsidRPr="00840CD1">
        <w:rPr>
          <w:sz w:val="28"/>
          <w:szCs w:val="28"/>
        </w:rPr>
        <w:t>ạ</w:t>
      </w:r>
      <w:r w:rsidRPr="00840CD1">
        <w:rPr>
          <w:sz w:val="28"/>
          <w:szCs w:val="28"/>
        </w:rPr>
        <w:t>y, th</w:t>
      </w:r>
      <w:r w:rsidRPr="00840CD1">
        <w:rPr>
          <w:sz w:val="28"/>
          <w:szCs w:val="28"/>
        </w:rPr>
        <w:t>ẻ</w:t>
      </w:r>
      <w:r w:rsidRPr="00840CD1">
        <w:rPr>
          <w:sz w:val="28"/>
          <w:szCs w:val="28"/>
        </w:rPr>
        <w:t xml:space="preserve"> xanh đ</w:t>
      </w:r>
      <w:r w:rsidRPr="00840CD1">
        <w:rPr>
          <w:sz w:val="28"/>
          <w:szCs w:val="28"/>
        </w:rPr>
        <w:t>ỏ</w:t>
      </w:r>
      <w:r w:rsidRPr="00840CD1">
        <w:rPr>
          <w:sz w:val="28"/>
          <w:szCs w:val="28"/>
        </w:rPr>
        <w:t xml:space="preserve"> hay </w:t>
      </w:r>
      <w:r w:rsidRPr="00840CD1">
        <w:rPr>
          <w:sz w:val="28"/>
          <w:szCs w:val="28"/>
        </w:rPr>
        <w:t>m</w:t>
      </w:r>
      <w:r w:rsidRPr="00840CD1">
        <w:rPr>
          <w:sz w:val="28"/>
          <w:szCs w:val="28"/>
        </w:rPr>
        <w:t>ặ</w:t>
      </w:r>
      <w:r w:rsidRPr="00840CD1">
        <w:rPr>
          <w:sz w:val="28"/>
          <w:szCs w:val="28"/>
        </w:rPr>
        <w:t>t cư</w:t>
      </w:r>
      <w:r w:rsidRPr="00840CD1">
        <w:rPr>
          <w:sz w:val="28"/>
          <w:szCs w:val="28"/>
        </w:rPr>
        <w:t>ờ</w:t>
      </w:r>
      <w:r w:rsidRPr="00840CD1">
        <w:rPr>
          <w:sz w:val="28"/>
          <w:szCs w:val="28"/>
        </w:rPr>
        <w:t>i, m</w:t>
      </w:r>
      <w:r w:rsidRPr="00840CD1">
        <w:rPr>
          <w:sz w:val="28"/>
          <w:szCs w:val="28"/>
        </w:rPr>
        <w:t>ặ</w:t>
      </w:r>
      <w:r w:rsidRPr="00840CD1">
        <w:rPr>
          <w:sz w:val="28"/>
          <w:szCs w:val="28"/>
        </w:rPr>
        <w:t>t m</w:t>
      </w:r>
      <w:r w:rsidRPr="00840CD1">
        <w:rPr>
          <w:sz w:val="28"/>
          <w:szCs w:val="28"/>
        </w:rPr>
        <w:t>ế</w:t>
      </w:r>
      <w:r w:rsidRPr="00840CD1">
        <w:rPr>
          <w:sz w:val="28"/>
          <w:szCs w:val="28"/>
        </w:rPr>
        <w:t>u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III. HO</w:t>
      </w:r>
      <w:r w:rsidRPr="00840CD1">
        <w:rPr>
          <w:b/>
          <w:color w:val="1F4E79"/>
          <w:sz w:val="28"/>
          <w:szCs w:val="28"/>
        </w:rPr>
        <w:t>Ạ</w:t>
      </w:r>
      <w:r w:rsidRPr="00840CD1">
        <w:rPr>
          <w:b/>
          <w:color w:val="1F4E79"/>
          <w:sz w:val="28"/>
          <w:szCs w:val="28"/>
        </w:rPr>
        <w:t>T Đ</w:t>
      </w:r>
      <w:r w:rsidRPr="00840CD1">
        <w:rPr>
          <w:b/>
          <w:color w:val="1F4E79"/>
          <w:sz w:val="28"/>
          <w:szCs w:val="28"/>
        </w:rPr>
        <w:t>Ộ</w:t>
      </w:r>
      <w:r w:rsidRPr="00840CD1">
        <w:rPr>
          <w:b/>
          <w:color w:val="1F4E79"/>
          <w:sz w:val="28"/>
          <w:szCs w:val="28"/>
        </w:rPr>
        <w:t>NG D</w:t>
      </w:r>
      <w:r w:rsidRPr="00840CD1">
        <w:rPr>
          <w:b/>
          <w:color w:val="1F4E79"/>
          <w:sz w:val="28"/>
          <w:szCs w:val="28"/>
        </w:rPr>
        <w:t>Ạ</w:t>
      </w:r>
      <w:r w:rsidRPr="00840CD1">
        <w:rPr>
          <w:b/>
          <w:color w:val="1F4E79"/>
          <w:sz w:val="28"/>
          <w:szCs w:val="28"/>
        </w:rPr>
        <w:t>Y H</w:t>
      </w:r>
      <w:r w:rsidRPr="00840CD1">
        <w:rPr>
          <w:b/>
          <w:color w:val="1F4E79"/>
          <w:sz w:val="28"/>
          <w:szCs w:val="28"/>
        </w:rPr>
        <w:t>Ọ</w:t>
      </w:r>
      <w:r w:rsidRPr="00840CD1">
        <w:rPr>
          <w:b/>
          <w:color w:val="1F4E79"/>
          <w:sz w:val="28"/>
          <w:szCs w:val="28"/>
        </w:rPr>
        <w:t>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110"/>
      </w:tblGrid>
      <w:tr w:rsidR="00857C11" w:rsidRPr="00840CD1">
        <w:tc>
          <w:tcPr>
            <w:tcW w:w="4320" w:type="dxa"/>
            <w:shd w:val="clear" w:color="auto" w:fill="D9EAD3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b/>
                <w:color w:val="1F4E79"/>
                <w:sz w:val="28"/>
                <w:szCs w:val="28"/>
              </w:rPr>
              <w:t>Ho</w:t>
            </w:r>
            <w:r w:rsidRPr="00840CD1">
              <w:rPr>
                <w:b/>
                <w:color w:val="1F4E79"/>
                <w:sz w:val="28"/>
                <w:szCs w:val="28"/>
              </w:rPr>
              <w:t>ạ</w:t>
            </w:r>
            <w:r w:rsidRPr="00840CD1">
              <w:rPr>
                <w:b/>
                <w:color w:val="1F4E79"/>
                <w:sz w:val="28"/>
                <w:szCs w:val="28"/>
              </w:rPr>
              <w:t>t đ</w:t>
            </w:r>
            <w:r w:rsidRPr="00840CD1">
              <w:rPr>
                <w:b/>
                <w:color w:val="1F4E79"/>
                <w:sz w:val="28"/>
                <w:szCs w:val="28"/>
              </w:rPr>
              <w:t>ộ</w:t>
            </w:r>
            <w:r w:rsidRPr="00840CD1">
              <w:rPr>
                <w:b/>
                <w:color w:val="1F4E79"/>
                <w:sz w:val="28"/>
                <w:szCs w:val="28"/>
              </w:rPr>
              <w:t>ng c</w:t>
            </w:r>
            <w:r w:rsidRPr="00840CD1">
              <w:rPr>
                <w:b/>
                <w:color w:val="1F4E79"/>
                <w:sz w:val="28"/>
                <w:szCs w:val="28"/>
              </w:rPr>
              <w:t>ủ</w:t>
            </w:r>
            <w:r w:rsidRPr="00840CD1">
              <w:rPr>
                <w:b/>
                <w:color w:val="1F4E79"/>
                <w:sz w:val="28"/>
                <w:szCs w:val="28"/>
              </w:rPr>
              <w:t>a giáo viên</w:t>
            </w:r>
          </w:p>
        </w:tc>
        <w:tc>
          <w:tcPr>
            <w:tcW w:w="4320" w:type="dxa"/>
            <w:shd w:val="clear" w:color="auto" w:fill="D9EAD3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b/>
                <w:color w:val="1F4E79"/>
                <w:sz w:val="28"/>
                <w:szCs w:val="28"/>
              </w:rPr>
              <w:t>Ho</w:t>
            </w:r>
            <w:r w:rsidRPr="00840CD1">
              <w:rPr>
                <w:b/>
                <w:color w:val="1F4E79"/>
                <w:sz w:val="28"/>
                <w:szCs w:val="28"/>
              </w:rPr>
              <w:t>ạ</w:t>
            </w:r>
            <w:r w:rsidRPr="00840CD1">
              <w:rPr>
                <w:b/>
                <w:color w:val="1F4E79"/>
                <w:sz w:val="28"/>
                <w:szCs w:val="28"/>
              </w:rPr>
              <w:t>t đ</w:t>
            </w:r>
            <w:r w:rsidRPr="00840CD1">
              <w:rPr>
                <w:b/>
                <w:color w:val="1F4E79"/>
                <w:sz w:val="28"/>
                <w:szCs w:val="28"/>
              </w:rPr>
              <w:t>ộ</w:t>
            </w:r>
            <w:r w:rsidRPr="00840CD1">
              <w:rPr>
                <w:b/>
                <w:color w:val="1F4E79"/>
                <w:sz w:val="28"/>
                <w:szCs w:val="28"/>
              </w:rPr>
              <w:t>ng c</w:t>
            </w:r>
            <w:r w:rsidRPr="00840CD1">
              <w:rPr>
                <w:b/>
                <w:color w:val="1F4E79"/>
                <w:sz w:val="28"/>
                <w:szCs w:val="28"/>
              </w:rPr>
              <w:t>ủ</w:t>
            </w:r>
            <w:r w:rsidRPr="00840CD1">
              <w:rPr>
                <w:b/>
                <w:color w:val="1F4E79"/>
                <w:sz w:val="28"/>
                <w:szCs w:val="28"/>
              </w:rPr>
              <w:t>a h</w:t>
            </w:r>
            <w:r w:rsidRPr="00840CD1">
              <w:rPr>
                <w:b/>
                <w:color w:val="1F4E79"/>
                <w:sz w:val="28"/>
                <w:szCs w:val="28"/>
              </w:rPr>
              <w:t>ọ</w:t>
            </w:r>
            <w:r w:rsidRPr="00840CD1">
              <w:rPr>
                <w:b/>
                <w:color w:val="1F4E79"/>
                <w:sz w:val="28"/>
                <w:szCs w:val="28"/>
              </w:rPr>
              <w:t>c sinh</w:t>
            </w:r>
          </w:p>
        </w:tc>
      </w:tr>
      <w:tr w:rsidR="00857C11" w:rsidRPr="00840CD1">
        <w:tc>
          <w:tcPr>
            <w:tcW w:w="8640" w:type="dxa"/>
            <w:gridSpan w:val="2"/>
            <w:shd w:val="clear" w:color="auto" w:fill="E2F0D9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b/>
                <w:color w:val="1F4E79"/>
                <w:sz w:val="28"/>
                <w:szCs w:val="28"/>
              </w:rPr>
              <w:t>- 1. Kh</w:t>
            </w:r>
            <w:r w:rsidRPr="00840CD1">
              <w:rPr>
                <w:b/>
                <w:color w:val="1F4E79"/>
                <w:sz w:val="28"/>
                <w:szCs w:val="28"/>
              </w:rPr>
              <w:t>ở</w:t>
            </w:r>
            <w:r w:rsidRPr="00840CD1">
              <w:rPr>
                <w:b/>
                <w:color w:val="1F4E79"/>
                <w:sz w:val="28"/>
                <w:szCs w:val="28"/>
              </w:rPr>
              <w:t>i đ</w:t>
            </w:r>
            <w:r w:rsidRPr="00840CD1">
              <w:rPr>
                <w:b/>
                <w:color w:val="1F4E79"/>
                <w:sz w:val="28"/>
                <w:szCs w:val="28"/>
              </w:rPr>
              <w:t>ộ</w:t>
            </w:r>
            <w:r w:rsidRPr="00840CD1">
              <w:rPr>
                <w:b/>
                <w:color w:val="1F4E79"/>
                <w:sz w:val="28"/>
                <w:szCs w:val="28"/>
              </w:rPr>
              <w:t>ng:</w:t>
            </w:r>
          </w:p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M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tiêu: + T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o không khí vui v</w:t>
            </w:r>
            <w:r w:rsidRPr="00840CD1">
              <w:rPr>
                <w:sz w:val="28"/>
                <w:szCs w:val="28"/>
              </w:rPr>
              <w:t>ẻ</w:t>
            </w:r>
            <w:r w:rsidRPr="00840CD1">
              <w:rPr>
                <w:sz w:val="28"/>
                <w:szCs w:val="28"/>
              </w:rPr>
              <w:t>, kh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n kh</w:t>
            </w:r>
            <w:r w:rsidRPr="00840CD1">
              <w:rPr>
                <w:sz w:val="28"/>
                <w:szCs w:val="28"/>
              </w:rPr>
              <w:t>ở</w:t>
            </w:r>
            <w:r w:rsidRPr="00840CD1">
              <w:rPr>
                <w:sz w:val="28"/>
                <w:szCs w:val="28"/>
              </w:rPr>
              <w:t>i trư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>c gi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 xml:space="preserve">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c. +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ng c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ki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th</w:t>
            </w:r>
            <w:r w:rsidRPr="00840CD1">
              <w:rPr>
                <w:sz w:val="28"/>
                <w:szCs w:val="28"/>
              </w:rPr>
              <w:t>ứ</w:t>
            </w:r>
            <w:r w:rsidRPr="00840CD1">
              <w:rPr>
                <w:sz w:val="28"/>
                <w:szCs w:val="28"/>
              </w:rPr>
              <w:t>c đã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cách chào c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 xml:space="preserve"> và hát Qu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c ca.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lastRenderedPageBreak/>
              <w:t>- Cách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hành: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Cách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 xml:space="preserve">n </w:t>
            </w:r>
            <w:r w:rsidRPr="00840CD1">
              <w:rPr>
                <w:sz w:val="28"/>
                <w:szCs w:val="28"/>
              </w:rPr>
              <w:t>hành: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cho chơi trò chơi: “K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 xml:space="preserve"> ho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ch phát huy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nh,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 ” theo nhóm 4 ho</w:t>
            </w:r>
            <w:r w:rsidRPr="00840CD1">
              <w:rPr>
                <w:sz w:val="28"/>
                <w:szCs w:val="28"/>
              </w:rPr>
              <w:t>ặ</w:t>
            </w:r>
            <w:r w:rsidRPr="00840CD1">
              <w:rPr>
                <w:sz w:val="28"/>
                <w:szCs w:val="28"/>
              </w:rPr>
              <w:t>c 5 đ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kh</w:t>
            </w:r>
            <w:r w:rsidRPr="00840CD1">
              <w:rPr>
                <w:sz w:val="28"/>
                <w:szCs w:val="28"/>
              </w:rPr>
              <w:t>ở</w:t>
            </w:r>
            <w:r w:rsidRPr="00840CD1">
              <w:rPr>
                <w:sz w:val="28"/>
                <w:szCs w:val="28"/>
              </w:rPr>
              <w:t>i đ</w:t>
            </w:r>
            <w:r w:rsidRPr="00840CD1">
              <w:rPr>
                <w:sz w:val="28"/>
                <w:szCs w:val="28"/>
              </w:rPr>
              <w:t>ộ</w:t>
            </w:r>
            <w:r w:rsidRPr="00840CD1">
              <w:rPr>
                <w:sz w:val="28"/>
                <w:szCs w:val="28"/>
              </w:rPr>
              <w:t>ng bài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nêu câu h</w:t>
            </w:r>
            <w:r w:rsidRPr="00840CD1">
              <w:rPr>
                <w:sz w:val="28"/>
                <w:szCs w:val="28"/>
              </w:rPr>
              <w:t>ỏ</w:t>
            </w:r>
            <w:r w:rsidRPr="00840CD1">
              <w:rPr>
                <w:sz w:val="28"/>
                <w:szCs w:val="28"/>
              </w:rPr>
              <w:t>i mình đã lên k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 xml:space="preserve"> ho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ch đ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 xml:space="preserve">n phát </w:t>
            </w:r>
            <w:proofErr w:type="gramStart"/>
            <w:r w:rsidRPr="00840CD1">
              <w:rPr>
                <w:sz w:val="28"/>
                <w:szCs w:val="28"/>
              </w:rPr>
              <w:t>huy  đư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c</w:t>
            </w:r>
            <w:proofErr w:type="gramEnd"/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manh,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nào sau khí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 xml:space="preserve">c bài </w:t>
            </w:r>
            <w:r w:rsidRPr="00840CD1">
              <w:rPr>
                <w:sz w:val="28"/>
                <w:szCs w:val="28"/>
              </w:rPr>
              <w:t>ở</w:t>
            </w:r>
            <w:r w:rsidRPr="00840CD1">
              <w:rPr>
                <w:sz w:val="28"/>
                <w:szCs w:val="28"/>
              </w:rPr>
              <w:t xml:space="preserve">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4 ? Cho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trong nhóm tr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 xml:space="preserve"> l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>i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g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i ý câu h</w:t>
            </w:r>
            <w:r w:rsidRPr="00840CD1">
              <w:rPr>
                <w:sz w:val="28"/>
                <w:szCs w:val="28"/>
              </w:rPr>
              <w:t>ỏ</w:t>
            </w:r>
            <w:r w:rsidRPr="00840CD1">
              <w:rPr>
                <w:sz w:val="28"/>
                <w:szCs w:val="28"/>
              </w:rPr>
              <w:t>i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nêu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 mình.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xét, tuyên dương nhóm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t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t.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tr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 xml:space="preserve"> l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>i theo hi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u bi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s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 xml:space="preserve"> thay đ</w:t>
            </w:r>
            <w:r w:rsidRPr="00840CD1">
              <w:rPr>
                <w:sz w:val="28"/>
                <w:szCs w:val="28"/>
              </w:rPr>
              <w:t>ổ</w:t>
            </w:r>
            <w:r w:rsidRPr="00840CD1">
              <w:rPr>
                <w:sz w:val="28"/>
                <w:szCs w:val="28"/>
              </w:rPr>
              <w:t>i và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K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lu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n, Bi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khám phá, phát h</w:t>
            </w:r>
            <w:r w:rsidRPr="00840CD1">
              <w:rPr>
                <w:sz w:val="28"/>
                <w:szCs w:val="28"/>
              </w:rPr>
              <w:t>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nh,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chúng ta s</w:t>
            </w:r>
            <w:r w:rsidRPr="00840CD1">
              <w:rPr>
                <w:sz w:val="28"/>
                <w:szCs w:val="28"/>
              </w:rPr>
              <w:t>ẽ</w:t>
            </w:r>
            <w:r w:rsidRPr="00840CD1">
              <w:rPr>
                <w:sz w:val="28"/>
                <w:szCs w:val="28"/>
              </w:rPr>
              <w:t xml:space="preserve"> thành công và có cu</w:t>
            </w:r>
            <w:r w:rsidRPr="00840CD1">
              <w:rPr>
                <w:sz w:val="28"/>
                <w:szCs w:val="28"/>
              </w:rPr>
              <w:t>ộ</w:t>
            </w:r>
            <w:r w:rsidRPr="00840CD1">
              <w:rPr>
                <w:sz w:val="28"/>
                <w:szCs w:val="28"/>
              </w:rPr>
              <w:t>c s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ng t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t đ</w:t>
            </w:r>
            <w:r w:rsidRPr="00840CD1">
              <w:rPr>
                <w:sz w:val="28"/>
                <w:szCs w:val="28"/>
              </w:rPr>
              <w:t>ẹ</w:t>
            </w:r>
            <w:r w:rsidRPr="00840CD1">
              <w:rPr>
                <w:sz w:val="28"/>
                <w:szCs w:val="28"/>
              </w:rPr>
              <w:t>p hơn - GV d</w:t>
            </w:r>
            <w:r w:rsidRPr="00840CD1">
              <w:rPr>
                <w:sz w:val="28"/>
                <w:szCs w:val="28"/>
              </w:rPr>
              <w:t>ẫ</w:t>
            </w:r>
            <w:r w:rsidRPr="00840CD1">
              <w:rPr>
                <w:sz w:val="28"/>
                <w:szCs w:val="28"/>
              </w:rPr>
              <w:t>n d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t vào bài m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>i.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l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nghe.</w:t>
            </w:r>
          </w:p>
        </w:tc>
      </w:tr>
      <w:tr w:rsidR="00857C11" w:rsidRPr="00840CD1">
        <w:tc>
          <w:tcPr>
            <w:tcW w:w="8640" w:type="dxa"/>
            <w:gridSpan w:val="2"/>
            <w:shd w:val="clear" w:color="auto" w:fill="E2F0D9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b/>
                <w:color w:val="1F4E79"/>
                <w:sz w:val="28"/>
                <w:szCs w:val="28"/>
              </w:rPr>
              <w:t>- 2. Luy</w:t>
            </w:r>
            <w:r w:rsidRPr="00840CD1">
              <w:rPr>
                <w:b/>
                <w:color w:val="1F4E79"/>
                <w:sz w:val="28"/>
                <w:szCs w:val="28"/>
              </w:rPr>
              <w:t>ệ</w:t>
            </w:r>
            <w:r w:rsidRPr="00840CD1">
              <w:rPr>
                <w:b/>
                <w:color w:val="1F4E79"/>
                <w:sz w:val="28"/>
                <w:szCs w:val="28"/>
              </w:rPr>
              <w:t>n t</w:t>
            </w:r>
            <w:r w:rsidRPr="00840CD1">
              <w:rPr>
                <w:b/>
                <w:color w:val="1F4E79"/>
                <w:sz w:val="28"/>
                <w:szCs w:val="28"/>
              </w:rPr>
              <w:t>ậ</w:t>
            </w:r>
            <w:r w:rsidRPr="00840CD1">
              <w:rPr>
                <w:b/>
                <w:color w:val="1F4E79"/>
                <w:sz w:val="28"/>
                <w:szCs w:val="28"/>
              </w:rPr>
              <w:t>p:</w:t>
            </w:r>
          </w:p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M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tiêu: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ng c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ki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th</w:t>
            </w:r>
            <w:r w:rsidRPr="00840CD1">
              <w:rPr>
                <w:sz w:val="28"/>
                <w:szCs w:val="28"/>
              </w:rPr>
              <w:t>ứ</w:t>
            </w:r>
            <w:r w:rsidRPr="00840CD1">
              <w:rPr>
                <w:sz w:val="28"/>
                <w:szCs w:val="28"/>
              </w:rPr>
              <w:t>c,và hình thành kĩ năng bày t</w:t>
            </w:r>
            <w:r w:rsidRPr="00840CD1">
              <w:rPr>
                <w:sz w:val="28"/>
                <w:szCs w:val="28"/>
              </w:rPr>
              <w:t>ỏ</w:t>
            </w:r>
            <w:r w:rsidRPr="00840CD1">
              <w:rPr>
                <w:sz w:val="28"/>
                <w:szCs w:val="28"/>
              </w:rPr>
              <w:t xml:space="preserve"> ý ki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n,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 hành vi, x</w:t>
            </w:r>
            <w:r w:rsidRPr="00840CD1">
              <w:rPr>
                <w:sz w:val="28"/>
                <w:szCs w:val="28"/>
              </w:rPr>
              <w:t>ử</w:t>
            </w:r>
            <w:r w:rsidRPr="00840CD1">
              <w:rPr>
                <w:sz w:val="28"/>
                <w:szCs w:val="28"/>
              </w:rPr>
              <w:t xml:space="preserve"> lý tình hu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ng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 xml:space="preserve">- Cách </w:t>
            </w:r>
            <w:r w:rsidRPr="00840CD1">
              <w:rPr>
                <w:sz w:val="28"/>
                <w:szCs w:val="28"/>
              </w:rPr>
              <w:t>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hành: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Cách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hành:</w:t>
            </w:r>
          </w:p>
        </w:tc>
      </w:tr>
      <w:tr w:rsidR="00857C11" w:rsidRPr="00840CD1">
        <w:tc>
          <w:tcPr>
            <w:tcW w:w="8640" w:type="dxa"/>
            <w:gridSpan w:val="2"/>
            <w:shd w:val="clear" w:color="auto" w:fill="E2F0D9"/>
          </w:tcPr>
          <w:p w:rsidR="00857C11" w:rsidRPr="00840CD1" w:rsidRDefault="00840CD1" w:rsidP="00840CD1">
            <w:pPr>
              <w:rPr>
                <w:sz w:val="28"/>
                <w:szCs w:val="28"/>
              </w:rPr>
            </w:pPr>
            <w:r w:rsidRPr="00840CD1">
              <w:rPr>
                <w:b/>
                <w:color w:val="1F4E79"/>
                <w:sz w:val="28"/>
                <w:szCs w:val="28"/>
              </w:rPr>
              <w:t>- Bài t</w:t>
            </w:r>
            <w:r w:rsidRPr="00840CD1">
              <w:rPr>
                <w:b/>
                <w:color w:val="1F4E79"/>
                <w:sz w:val="28"/>
                <w:szCs w:val="28"/>
              </w:rPr>
              <w:t>ậ</w:t>
            </w:r>
            <w:r w:rsidRPr="00840CD1">
              <w:rPr>
                <w:b/>
                <w:color w:val="1F4E79"/>
                <w:sz w:val="28"/>
                <w:szCs w:val="28"/>
              </w:rPr>
              <w:t>p 3: Đưa ra l</w:t>
            </w:r>
            <w:r w:rsidRPr="00840CD1">
              <w:rPr>
                <w:b/>
                <w:color w:val="1F4E79"/>
                <w:sz w:val="28"/>
                <w:szCs w:val="28"/>
              </w:rPr>
              <w:t>ờ</w:t>
            </w:r>
            <w:r w:rsidRPr="00840CD1">
              <w:rPr>
                <w:b/>
                <w:color w:val="1F4E79"/>
                <w:sz w:val="28"/>
                <w:szCs w:val="28"/>
              </w:rPr>
              <w:t>i khuyên cho b</w:t>
            </w:r>
            <w:r w:rsidRPr="00840CD1">
              <w:rPr>
                <w:b/>
                <w:color w:val="1F4E79"/>
                <w:sz w:val="28"/>
                <w:szCs w:val="28"/>
              </w:rPr>
              <w:t>ạ</w:t>
            </w:r>
            <w:r w:rsidRPr="00840CD1">
              <w:rPr>
                <w:b/>
                <w:color w:val="1F4E79"/>
                <w:sz w:val="28"/>
                <w:szCs w:val="28"/>
              </w:rPr>
              <w:t xml:space="preserve">n. 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6536421" wp14:editId="283532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814070</wp:posOffset>
                  </wp:positionV>
                  <wp:extent cx="2705100" cy="973263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97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40CD1">
              <w:rPr>
                <w:sz w:val="28"/>
                <w:szCs w:val="28"/>
              </w:rPr>
              <w:t>- GV yêu c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u 1HS đ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và m</w:t>
            </w:r>
            <w:r w:rsidRPr="00840CD1">
              <w:rPr>
                <w:sz w:val="28"/>
                <w:szCs w:val="28"/>
              </w:rPr>
              <w:t>ỗ</w:t>
            </w:r>
            <w:r w:rsidRPr="00840CD1">
              <w:rPr>
                <w:sz w:val="28"/>
                <w:szCs w:val="28"/>
              </w:rPr>
              <w:t>i nhóm th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o lu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1 tình hu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ng, đóng vai và đưa ra l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>i khuyên cho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trong tình hu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ng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nhóm mình?</w:t>
            </w:r>
          </w:p>
          <w:p w:rsidR="00840CD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drawing>
                <wp:inline distT="0" distB="0" distL="0" distR="0" wp14:anchorId="6E470A8F" wp14:editId="11BB125D">
                  <wp:extent cx="2872740" cy="1125999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478" cy="113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đ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tình hu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ng , th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 xml:space="preserve">o </w:t>
            </w:r>
            <w:r w:rsidRPr="00840CD1">
              <w:rPr>
                <w:sz w:val="28"/>
                <w:szCs w:val="28"/>
              </w:rPr>
              <w:t>lu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nhóm , đóng vai và khuyên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n, th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ý ki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- 1- Minh luôn cho r</w:t>
            </w:r>
            <w:r w:rsidRPr="00840CD1">
              <w:rPr>
                <w:sz w:val="28"/>
                <w:szCs w:val="28"/>
              </w:rPr>
              <w:t>ằ</w:t>
            </w:r>
            <w:r w:rsidRPr="00840CD1">
              <w:rPr>
                <w:sz w:val="28"/>
                <w:szCs w:val="28"/>
              </w:rPr>
              <w:t>ng đ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gi</w:t>
            </w:r>
            <w:r w:rsidRPr="00840CD1">
              <w:rPr>
                <w:sz w:val="28"/>
                <w:szCs w:val="28"/>
              </w:rPr>
              <w:t>ỏ</w:t>
            </w:r>
            <w:r w:rsidRPr="00840CD1">
              <w:rPr>
                <w:sz w:val="28"/>
                <w:szCs w:val="28"/>
              </w:rPr>
              <w:t>i c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n có năng khi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nên mình có c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g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đ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m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y cũng không th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gi</w:t>
            </w:r>
            <w:r w:rsidRPr="00840CD1">
              <w:rPr>
                <w:sz w:val="28"/>
                <w:szCs w:val="28"/>
              </w:rPr>
              <w:t>ỏ</w:t>
            </w:r>
            <w:r w:rsidRPr="00840CD1">
              <w:rPr>
                <w:sz w:val="28"/>
                <w:szCs w:val="28"/>
              </w:rPr>
              <w:t>i đư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c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Minh suy nghĩ chưa đúng, N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là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Minh em s</w:t>
            </w:r>
            <w:r w:rsidRPr="00840CD1">
              <w:rPr>
                <w:sz w:val="28"/>
                <w:szCs w:val="28"/>
              </w:rPr>
              <w:t>ẽ</w:t>
            </w:r>
            <w:r w:rsidRPr="00840CD1">
              <w:rPr>
                <w:sz w:val="28"/>
                <w:szCs w:val="28"/>
              </w:rPr>
              <w:t xml:space="preserve"> khuyên Minh c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g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chăm ch</w:t>
            </w:r>
            <w:r w:rsidRPr="00840CD1">
              <w:rPr>
                <w:sz w:val="28"/>
                <w:szCs w:val="28"/>
              </w:rPr>
              <w:t>ỉ</w:t>
            </w:r>
            <w:r w:rsidRPr="00840CD1">
              <w:rPr>
                <w:sz w:val="28"/>
                <w:szCs w:val="28"/>
              </w:rPr>
              <w:t xml:space="preserve">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t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p, có th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h</w:t>
            </w:r>
            <w:r w:rsidRPr="00840CD1">
              <w:rPr>
                <w:sz w:val="28"/>
                <w:szCs w:val="28"/>
              </w:rPr>
              <w:t>ỏ</w:t>
            </w:r>
            <w:r w:rsidRPr="00840CD1">
              <w:rPr>
                <w:sz w:val="28"/>
                <w:szCs w:val="28"/>
              </w:rPr>
              <w:t>i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n, cô giáo ngư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>i thân đ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hi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u bài và ôn luy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làm bài t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p nhi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>u hơn, s</w:t>
            </w:r>
            <w:r w:rsidRPr="00840CD1">
              <w:rPr>
                <w:sz w:val="28"/>
                <w:szCs w:val="28"/>
              </w:rPr>
              <w:t>ẽ</w:t>
            </w:r>
            <w:r w:rsidRPr="00840CD1">
              <w:rPr>
                <w:sz w:val="28"/>
                <w:szCs w:val="28"/>
              </w:rPr>
              <w:t xml:space="preserve">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p thu ki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th</w:t>
            </w:r>
            <w:r w:rsidRPr="00840CD1">
              <w:rPr>
                <w:sz w:val="28"/>
                <w:szCs w:val="28"/>
              </w:rPr>
              <w:t>ứ</w:t>
            </w:r>
            <w:r w:rsidRPr="00840CD1">
              <w:rPr>
                <w:sz w:val="28"/>
                <w:szCs w:val="28"/>
              </w:rPr>
              <w:t>c t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t </w:t>
            </w:r>
            <w:r w:rsidRPr="00840CD1">
              <w:rPr>
                <w:sz w:val="28"/>
                <w:szCs w:val="28"/>
              </w:rPr>
              <w:lastRenderedPageBreak/>
              <w:t>hơn.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lastRenderedPageBreak/>
              <w:t>- Minh suy nghĩ như v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y có đúng không? N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là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Minh em s</w:t>
            </w:r>
            <w:r w:rsidRPr="00840CD1">
              <w:rPr>
                <w:sz w:val="28"/>
                <w:szCs w:val="28"/>
              </w:rPr>
              <w:t>ẽ</w:t>
            </w:r>
            <w:r w:rsidRPr="00840CD1">
              <w:rPr>
                <w:sz w:val="28"/>
                <w:szCs w:val="28"/>
              </w:rPr>
              <w:t xml:space="preserve"> khuyên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đi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>u gì?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Nêu l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>i khuyên cho Minh theo ý ki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nhóm.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- 2.</w:t>
            </w:r>
            <w:r w:rsidRPr="00840CD1">
              <w:rPr>
                <w:sz w:val="28"/>
                <w:szCs w:val="28"/>
              </w:rPr>
              <w:t xml:space="preserve"> Ng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thích v</w:t>
            </w:r>
            <w:r w:rsidRPr="00840CD1">
              <w:rPr>
                <w:sz w:val="28"/>
                <w:szCs w:val="28"/>
              </w:rPr>
              <w:t>ẽ</w:t>
            </w:r>
            <w:r w:rsidRPr="00840CD1">
              <w:rPr>
                <w:sz w:val="28"/>
                <w:szCs w:val="28"/>
              </w:rPr>
              <w:t xml:space="preserve"> và v</w:t>
            </w:r>
            <w:r w:rsidRPr="00840CD1">
              <w:rPr>
                <w:sz w:val="28"/>
                <w:szCs w:val="28"/>
              </w:rPr>
              <w:t>ẽ</w:t>
            </w:r>
            <w:r w:rsidRPr="00840CD1">
              <w:rPr>
                <w:sz w:val="28"/>
                <w:szCs w:val="28"/>
              </w:rPr>
              <w:t xml:space="preserve"> r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t đ</w:t>
            </w:r>
            <w:r w:rsidRPr="00840CD1">
              <w:rPr>
                <w:sz w:val="28"/>
                <w:szCs w:val="28"/>
              </w:rPr>
              <w:t>ẹ</w:t>
            </w:r>
            <w:r w:rsidRPr="00840CD1">
              <w:rPr>
                <w:sz w:val="28"/>
                <w:szCs w:val="28"/>
              </w:rPr>
              <w:t>p.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t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 xml:space="preserve"> th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ymình không có năng khi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âm nh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c nhưng vì b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m</w:t>
            </w:r>
            <w:r w:rsidRPr="00840CD1">
              <w:rPr>
                <w:sz w:val="28"/>
                <w:szCs w:val="28"/>
              </w:rPr>
              <w:t>ẹ</w:t>
            </w:r>
            <w:r w:rsidRPr="00840CD1">
              <w:rPr>
                <w:sz w:val="28"/>
                <w:szCs w:val="28"/>
              </w:rPr>
              <w:t xml:space="preserve"> thích nên Ng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v</w:t>
            </w:r>
            <w:r w:rsidRPr="00840CD1">
              <w:rPr>
                <w:sz w:val="28"/>
                <w:szCs w:val="28"/>
              </w:rPr>
              <w:t>ẫ</w:t>
            </w:r>
            <w:r w:rsidRPr="00840CD1">
              <w:rPr>
                <w:sz w:val="28"/>
                <w:szCs w:val="28"/>
              </w:rPr>
              <w:t>n c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g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đàn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Không đ</w:t>
            </w:r>
            <w:r w:rsidRPr="00840CD1">
              <w:rPr>
                <w:sz w:val="28"/>
                <w:szCs w:val="28"/>
              </w:rPr>
              <w:t>ồ</w:t>
            </w:r>
            <w:r w:rsidRPr="00840CD1">
              <w:rPr>
                <w:sz w:val="28"/>
                <w:szCs w:val="28"/>
              </w:rPr>
              <w:t>ng tình v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>i Ng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c, Ng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nên gi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i thích nói và th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rõ năng khi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 v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>i b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m</w:t>
            </w:r>
            <w:r w:rsidRPr="00840CD1">
              <w:rPr>
                <w:sz w:val="28"/>
                <w:szCs w:val="28"/>
              </w:rPr>
              <w:t>ẹ</w:t>
            </w:r>
            <w:r w:rsidRPr="00840CD1">
              <w:rPr>
                <w:sz w:val="28"/>
                <w:szCs w:val="28"/>
              </w:rPr>
              <w:t xml:space="preserve"> cho b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m</w:t>
            </w:r>
            <w:r w:rsidRPr="00840CD1">
              <w:rPr>
                <w:sz w:val="28"/>
                <w:szCs w:val="28"/>
              </w:rPr>
              <w:t>ẹ</w:t>
            </w:r>
            <w:r w:rsidRPr="00840CD1">
              <w:rPr>
                <w:sz w:val="28"/>
                <w:szCs w:val="28"/>
              </w:rPr>
              <w:t xml:space="preserve"> bi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và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năng kh</w:t>
            </w:r>
            <w:r w:rsidRPr="00840CD1">
              <w:rPr>
                <w:sz w:val="28"/>
                <w:szCs w:val="28"/>
              </w:rPr>
              <w:t>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nĩ thu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t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 và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đam mê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v</w:t>
            </w:r>
            <w:r w:rsidRPr="00840CD1">
              <w:rPr>
                <w:sz w:val="28"/>
                <w:szCs w:val="28"/>
              </w:rPr>
              <w:t>ẽ</w:t>
            </w:r>
            <w:r w:rsidRPr="00840CD1">
              <w:rPr>
                <w:sz w:val="28"/>
                <w:szCs w:val="28"/>
              </w:rPr>
              <w:t xml:space="preserve">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Em có đ</w:t>
            </w:r>
            <w:r w:rsidRPr="00840CD1">
              <w:rPr>
                <w:sz w:val="28"/>
                <w:szCs w:val="28"/>
              </w:rPr>
              <w:t>ồ</w:t>
            </w:r>
            <w:r w:rsidRPr="00840CD1">
              <w:rPr>
                <w:sz w:val="28"/>
                <w:szCs w:val="28"/>
              </w:rPr>
              <w:t>ng tình v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>i Ngoc không? Em s</w:t>
            </w:r>
            <w:r w:rsidRPr="00840CD1">
              <w:rPr>
                <w:sz w:val="28"/>
                <w:szCs w:val="28"/>
              </w:rPr>
              <w:t>ẽ</w:t>
            </w:r>
            <w:r w:rsidRPr="00840CD1">
              <w:rPr>
                <w:sz w:val="28"/>
                <w:szCs w:val="28"/>
              </w:rPr>
              <w:t xml:space="preserve"> khuyên Ng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>u gì?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Nêu l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>i khuyên cho Ng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theo ý ki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nhóm.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m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>i các nhóm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xét?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Các nhóm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 tuyên dương, s</w:t>
            </w:r>
            <w:r w:rsidRPr="00840CD1">
              <w:rPr>
                <w:sz w:val="28"/>
                <w:szCs w:val="28"/>
              </w:rPr>
              <w:t>ử</w:t>
            </w:r>
            <w:r w:rsidRPr="00840CD1">
              <w:rPr>
                <w:sz w:val="28"/>
                <w:szCs w:val="28"/>
              </w:rPr>
              <w:t xml:space="preserve">a sai </w:t>
            </w:r>
            <w:r w:rsidRPr="00840CD1">
              <w:rPr>
                <w:sz w:val="28"/>
                <w:szCs w:val="28"/>
              </w:rPr>
              <w:t>(n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có)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l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nghe.</w:t>
            </w:r>
          </w:p>
        </w:tc>
      </w:tr>
      <w:tr w:rsidR="00857C11" w:rsidRPr="00840CD1">
        <w:tc>
          <w:tcPr>
            <w:tcW w:w="8640" w:type="dxa"/>
            <w:gridSpan w:val="2"/>
            <w:shd w:val="clear" w:color="auto" w:fill="E2F0D9"/>
          </w:tcPr>
          <w:p w:rsidR="00857C11" w:rsidRPr="00840CD1" w:rsidRDefault="00840CD1" w:rsidP="00840CD1">
            <w:pPr>
              <w:rPr>
                <w:sz w:val="28"/>
                <w:szCs w:val="28"/>
              </w:rPr>
            </w:pPr>
            <w:r w:rsidRPr="00840CD1">
              <w:rPr>
                <w:b/>
                <w:color w:val="1F4E79"/>
                <w:sz w:val="28"/>
                <w:szCs w:val="28"/>
              </w:rPr>
              <w:t>- Bài t</w:t>
            </w:r>
            <w:r w:rsidRPr="00840CD1">
              <w:rPr>
                <w:b/>
                <w:color w:val="1F4E79"/>
                <w:sz w:val="28"/>
                <w:szCs w:val="28"/>
              </w:rPr>
              <w:t>ậ</w:t>
            </w:r>
            <w:r w:rsidRPr="00840CD1">
              <w:rPr>
                <w:b/>
                <w:color w:val="1F4E79"/>
                <w:sz w:val="28"/>
                <w:szCs w:val="28"/>
              </w:rPr>
              <w:t>p 4. Khám phá đi</w:t>
            </w:r>
            <w:r w:rsidRPr="00840CD1">
              <w:rPr>
                <w:b/>
                <w:color w:val="1F4E79"/>
                <w:sz w:val="28"/>
                <w:szCs w:val="28"/>
              </w:rPr>
              <w:t>ể</w:t>
            </w:r>
            <w:r w:rsidRPr="00840CD1">
              <w:rPr>
                <w:b/>
                <w:color w:val="1F4E79"/>
                <w:sz w:val="28"/>
                <w:szCs w:val="28"/>
              </w:rPr>
              <w:t>m m</w:t>
            </w:r>
            <w:r w:rsidRPr="00840CD1">
              <w:rPr>
                <w:b/>
                <w:color w:val="1F4E79"/>
                <w:sz w:val="28"/>
                <w:szCs w:val="28"/>
              </w:rPr>
              <w:t>ạ</w:t>
            </w:r>
            <w:r w:rsidRPr="00840CD1">
              <w:rPr>
                <w:b/>
                <w:color w:val="1F4E79"/>
                <w:sz w:val="28"/>
                <w:szCs w:val="28"/>
              </w:rPr>
              <w:t>nh đi</w:t>
            </w:r>
            <w:r w:rsidRPr="00840CD1">
              <w:rPr>
                <w:b/>
                <w:color w:val="1F4E79"/>
                <w:sz w:val="28"/>
                <w:szCs w:val="28"/>
              </w:rPr>
              <w:t>ể</w:t>
            </w:r>
            <w:r w:rsidRPr="00840CD1">
              <w:rPr>
                <w:b/>
                <w:color w:val="1F4E79"/>
                <w:sz w:val="28"/>
                <w:szCs w:val="28"/>
              </w:rPr>
              <w:t>m y</w:t>
            </w:r>
            <w:r w:rsidRPr="00840CD1">
              <w:rPr>
                <w:b/>
                <w:color w:val="1F4E79"/>
                <w:sz w:val="28"/>
                <w:szCs w:val="28"/>
              </w:rPr>
              <w:t>ế</w:t>
            </w:r>
            <w:r w:rsidRPr="00840CD1">
              <w:rPr>
                <w:b/>
                <w:color w:val="1F4E79"/>
                <w:sz w:val="28"/>
                <w:szCs w:val="28"/>
              </w:rPr>
              <w:t>u c</w:t>
            </w:r>
            <w:r w:rsidRPr="00840CD1">
              <w:rPr>
                <w:b/>
                <w:color w:val="1F4E79"/>
                <w:sz w:val="28"/>
                <w:szCs w:val="28"/>
              </w:rPr>
              <w:t>ủ</w:t>
            </w:r>
            <w:r w:rsidRPr="00840CD1">
              <w:rPr>
                <w:b/>
                <w:color w:val="1F4E79"/>
                <w:sz w:val="28"/>
                <w:szCs w:val="28"/>
              </w:rPr>
              <w:t>a b</w:t>
            </w:r>
            <w:r w:rsidRPr="00840CD1">
              <w:rPr>
                <w:b/>
                <w:color w:val="1F4E79"/>
                <w:sz w:val="28"/>
                <w:szCs w:val="28"/>
              </w:rPr>
              <w:t>ả</w:t>
            </w:r>
            <w:r w:rsidRPr="00840CD1">
              <w:rPr>
                <w:b/>
                <w:color w:val="1F4E79"/>
                <w:sz w:val="28"/>
                <w:szCs w:val="28"/>
              </w:rPr>
              <w:t>n thân theo các g</w:t>
            </w:r>
            <w:r w:rsidRPr="00840CD1">
              <w:rPr>
                <w:b/>
                <w:color w:val="1F4E79"/>
                <w:sz w:val="28"/>
                <w:szCs w:val="28"/>
              </w:rPr>
              <w:t>ợ</w:t>
            </w:r>
            <w:r w:rsidRPr="00840CD1">
              <w:rPr>
                <w:b/>
                <w:color w:val="1F4E79"/>
                <w:sz w:val="28"/>
                <w:szCs w:val="28"/>
              </w:rPr>
              <w:t xml:space="preserve">i ý 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yêu c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u 1HS đ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các g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i ý trong bài 4 và th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o lu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và chia s</w:t>
            </w:r>
            <w:r w:rsidRPr="00840CD1">
              <w:rPr>
                <w:sz w:val="28"/>
                <w:szCs w:val="28"/>
              </w:rPr>
              <w:t>ẻ</w:t>
            </w:r>
            <w:r w:rsidRPr="00840CD1">
              <w:rPr>
                <w:sz w:val="28"/>
                <w:szCs w:val="28"/>
              </w:rPr>
              <w:t xml:space="preserve"> trong nhóm t</w:t>
            </w:r>
            <w:r w:rsidRPr="00840CD1">
              <w:rPr>
                <w:sz w:val="28"/>
                <w:szCs w:val="28"/>
              </w:rPr>
              <w:t>ừ</w:t>
            </w:r>
            <w:r w:rsidRPr="00840CD1">
              <w:rPr>
                <w:sz w:val="28"/>
                <w:szCs w:val="28"/>
              </w:rPr>
              <w:t>ng g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i ý?</w:t>
            </w:r>
          </w:p>
          <w:p w:rsidR="00840CD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drawing>
                <wp:inline distT="0" distB="0" distL="0" distR="0" wp14:anchorId="7685A753" wp14:editId="0E24E488">
                  <wp:extent cx="2270760" cy="1881487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771" cy="1886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th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o lu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nhóm 4, đ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t</w:t>
            </w:r>
            <w:r w:rsidRPr="00840CD1">
              <w:rPr>
                <w:sz w:val="28"/>
                <w:szCs w:val="28"/>
              </w:rPr>
              <w:t>ừ</w:t>
            </w:r>
            <w:r w:rsidRPr="00840CD1">
              <w:rPr>
                <w:sz w:val="28"/>
                <w:szCs w:val="28"/>
              </w:rPr>
              <w:t>ng n</w:t>
            </w:r>
            <w:r w:rsidRPr="00840CD1">
              <w:rPr>
                <w:sz w:val="28"/>
                <w:szCs w:val="28"/>
              </w:rPr>
              <w:t>ộ</w:t>
            </w:r>
            <w:r w:rsidRPr="00840CD1">
              <w:rPr>
                <w:sz w:val="28"/>
                <w:szCs w:val="28"/>
              </w:rPr>
              <w:t>i dung và</w:t>
            </w:r>
            <w:r w:rsidRPr="00840CD1">
              <w:rPr>
                <w:sz w:val="28"/>
                <w:szCs w:val="28"/>
              </w:rPr>
              <w:t xml:space="preserve">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theo t</w:t>
            </w:r>
            <w:r w:rsidRPr="00840CD1">
              <w:rPr>
                <w:sz w:val="28"/>
                <w:szCs w:val="28"/>
              </w:rPr>
              <w:t>ừ</w:t>
            </w:r>
            <w:r w:rsidRPr="00840CD1">
              <w:rPr>
                <w:sz w:val="28"/>
                <w:szCs w:val="28"/>
              </w:rPr>
              <w:t>ng g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i ý và ghi hoàn thi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vào phi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theo g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i ý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giáo viên: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theo chính ki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- 1- T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 xml:space="preserve"> suy nghĩ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 r</w:t>
            </w:r>
            <w:r w:rsidRPr="00840CD1">
              <w:rPr>
                <w:sz w:val="28"/>
                <w:szCs w:val="28"/>
              </w:rPr>
              <w:t>ồ</w:t>
            </w:r>
            <w:r w:rsidRPr="00840CD1">
              <w:rPr>
                <w:sz w:val="28"/>
                <w:szCs w:val="28"/>
              </w:rPr>
              <w:t>i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ra gi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y.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theo g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i ý 1; ghi ra gi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y/phi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- 2-Nh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 xml:space="preserve"> các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tro</w:t>
            </w:r>
            <w:r w:rsidRPr="00840CD1">
              <w:rPr>
                <w:sz w:val="28"/>
                <w:szCs w:val="28"/>
              </w:rPr>
              <w:t>ng nhóm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em.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theo g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i ý 2; nh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 xml:space="preserve">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- 3- So sánh nh</w:t>
            </w:r>
            <w:r w:rsidRPr="00840CD1">
              <w:rPr>
                <w:sz w:val="28"/>
                <w:szCs w:val="28"/>
              </w:rPr>
              <w:t>ữ</w:t>
            </w:r>
            <w:r w:rsidRPr="00840CD1">
              <w:rPr>
                <w:sz w:val="28"/>
                <w:szCs w:val="28"/>
              </w:rPr>
              <w:t>ng suy ng</w:t>
            </w:r>
            <w:r w:rsidRPr="00840CD1">
              <w:rPr>
                <w:sz w:val="28"/>
                <w:szCs w:val="28"/>
              </w:rPr>
              <w:t>ẫ</w:t>
            </w:r>
            <w:r w:rsidRPr="00840CD1">
              <w:rPr>
                <w:sz w:val="28"/>
                <w:szCs w:val="28"/>
              </w:rPr>
              <w:t>m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em và nh</w:t>
            </w:r>
            <w:r w:rsidRPr="00840CD1">
              <w:rPr>
                <w:sz w:val="28"/>
                <w:szCs w:val="28"/>
              </w:rPr>
              <w:t>ữ</w:t>
            </w:r>
            <w:r w:rsidRPr="00840CD1">
              <w:rPr>
                <w:sz w:val="28"/>
                <w:szCs w:val="28"/>
              </w:rPr>
              <w:t>ng đánh giá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các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,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em l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p k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 xml:space="preserve"> ho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ch phát huy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và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theo g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 xml:space="preserve">i ý: </w:t>
            </w:r>
            <w:r w:rsidRPr="00840CD1">
              <w:rPr>
                <w:sz w:val="28"/>
                <w:szCs w:val="28"/>
              </w:rPr>
              <w:t>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Cách phát huy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Cách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theo g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i ý 3; so sánh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gi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ng/khác; hoàn thi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ng.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lastRenderedPageBreak/>
              <w:t>- GV gơi ý cho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sinh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vào phi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và nêu trư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>c l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>p: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vào phi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theo hư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>ng d</w:t>
            </w:r>
            <w:r w:rsidRPr="00840CD1">
              <w:rPr>
                <w:sz w:val="28"/>
                <w:szCs w:val="28"/>
              </w:rPr>
              <w:t>ẫ</w:t>
            </w:r>
            <w:r w:rsidRPr="00840CD1">
              <w:rPr>
                <w:sz w:val="28"/>
                <w:szCs w:val="28"/>
              </w:rPr>
              <w:t>n.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T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 xml:space="preserve"> suy ng</w:t>
            </w:r>
            <w:r w:rsidRPr="00840CD1">
              <w:rPr>
                <w:sz w:val="28"/>
                <w:szCs w:val="28"/>
              </w:rPr>
              <w:t>ẫ</w:t>
            </w:r>
            <w:r w:rsidRPr="00840CD1">
              <w:rPr>
                <w:sz w:val="28"/>
                <w:szCs w:val="28"/>
              </w:rPr>
              <w:t>m và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nh,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 vào phi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nh,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 vào phi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Nh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 xml:space="preserve"> các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trong nhóm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Nh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 xml:space="preserve"> các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trong nhóm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So sánh di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gi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ng và khác nhau gi</w:t>
            </w:r>
            <w:r w:rsidRPr="00840CD1">
              <w:rPr>
                <w:sz w:val="28"/>
                <w:szCs w:val="28"/>
              </w:rPr>
              <w:t>ữ</w:t>
            </w:r>
            <w:r w:rsidRPr="00840CD1">
              <w:rPr>
                <w:sz w:val="28"/>
                <w:szCs w:val="28"/>
              </w:rPr>
              <w:t>a thông tin các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v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em và t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 xml:space="preserve">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mô t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 xml:space="preserve">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 ,căn c</w:t>
            </w:r>
            <w:r w:rsidRPr="00840CD1">
              <w:rPr>
                <w:sz w:val="28"/>
                <w:szCs w:val="28"/>
              </w:rPr>
              <w:t>ứ</w:t>
            </w:r>
            <w:r w:rsidRPr="00840CD1">
              <w:rPr>
                <w:sz w:val="28"/>
                <w:szCs w:val="28"/>
              </w:rPr>
              <w:t xml:space="preserve"> vào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mô t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 xml:space="preserve"> vi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ra đ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xu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t bi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pháp phát huy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và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So sánh thông tin; đ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 xml:space="preserve"> xu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t bi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pháp phát huy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và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mình.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color w:val="FF0000"/>
                <w:sz w:val="28"/>
                <w:szCs w:val="28"/>
              </w:rPr>
              <w:t>- Tích h</w:t>
            </w:r>
            <w:r w:rsidRPr="00840CD1">
              <w:rPr>
                <w:color w:val="FF0000"/>
                <w:sz w:val="28"/>
                <w:szCs w:val="28"/>
              </w:rPr>
              <w:t>ợ</w:t>
            </w:r>
            <w:r w:rsidRPr="00840CD1">
              <w:rPr>
                <w:color w:val="FF0000"/>
                <w:sz w:val="28"/>
                <w:szCs w:val="28"/>
              </w:rPr>
              <w:t>p quy</w:t>
            </w:r>
            <w:r w:rsidRPr="00840CD1">
              <w:rPr>
                <w:color w:val="FF0000"/>
                <w:sz w:val="28"/>
                <w:szCs w:val="28"/>
              </w:rPr>
              <w:t>ề</w:t>
            </w:r>
            <w:r w:rsidRPr="00840CD1">
              <w:rPr>
                <w:color w:val="FF0000"/>
                <w:sz w:val="28"/>
                <w:szCs w:val="28"/>
              </w:rPr>
              <w:t>n con ngư</w:t>
            </w:r>
            <w:r w:rsidRPr="00840CD1">
              <w:rPr>
                <w:color w:val="FF0000"/>
                <w:sz w:val="28"/>
                <w:szCs w:val="28"/>
              </w:rPr>
              <w:t>ờ</w:t>
            </w:r>
            <w:r w:rsidRPr="00840CD1">
              <w:rPr>
                <w:color w:val="FF0000"/>
                <w:sz w:val="28"/>
                <w:szCs w:val="28"/>
              </w:rPr>
              <w:t xml:space="preserve">i: </w:t>
            </w:r>
            <w:r w:rsidRPr="00840CD1">
              <w:rPr>
                <w:color w:val="FF0000"/>
                <w:sz w:val="28"/>
                <w:szCs w:val="28"/>
              </w:rPr>
              <w:t>kh</w:t>
            </w:r>
            <w:r w:rsidRPr="00840CD1">
              <w:rPr>
                <w:color w:val="FF0000"/>
                <w:sz w:val="28"/>
                <w:szCs w:val="28"/>
              </w:rPr>
              <w:t>ẳ</w:t>
            </w:r>
            <w:r w:rsidRPr="00840CD1">
              <w:rPr>
                <w:color w:val="FF0000"/>
                <w:sz w:val="28"/>
                <w:szCs w:val="28"/>
              </w:rPr>
              <w:t>ng đ</w:t>
            </w:r>
            <w:r w:rsidRPr="00840CD1">
              <w:rPr>
                <w:color w:val="FF0000"/>
                <w:sz w:val="28"/>
                <w:szCs w:val="28"/>
              </w:rPr>
              <w:t>ị</w:t>
            </w:r>
            <w:r w:rsidRPr="00840CD1">
              <w:rPr>
                <w:color w:val="FF0000"/>
                <w:sz w:val="28"/>
                <w:szCs w:val="28"/>
              </w:rPr>
              <w:t>nh m</w:t>
            </w:r>
            <w:r w:rsidRPr="00840CD1">
              <w:rPr>
                <w:color w:val="FF0000"/>
                <w:sz w:val="28"/>
                <w:szCs w:val="28"/>
              </w:rPr>
              <w:t>ỗ</w:t>
            </w:r>
            <w:r w:rsidRPr="00840CD1">
              <w:rPr>
                <w:color w:val="FF0000"/>
                <w:sz w:val="28"/>
                <w:szCs w:val="28"/>
              </w:rPr>
              <w:t>i HS có quy</w:t>
            </w:r>
            <w:r w:rsidRPr="00840CD1">
              <w:rPr>
                <w:color w:val="FF0000"/>
                <w:sz w:val="28"/>
                <w:szCs w:val="28"/>
              </w:rPr>
              <w:t>ề</w:t>
            </w:r>
            <w:r w:rsidRPr="00840CD1">
              <w:rPr>
                <w:color w:val="FF0000"/>
                <w:sz w:val="28"/>
                <w:szCs w:val="28"/>
              </w:rPr>
              <w:t>n đư</w:t>
            </w:r>
            <w:r w:rsidRPr="00840CD1">
              <w:rPr>
                <w:color w:val="FF0000"/>
                <w:sz w:val="28"/>
                <w:szCs w:val="28"/>
              </w:rPr>
              <w:t>ợ</w:t>
            </w:r>
            <w:r w:rsidRPr="00840CD1">
              <w:rPr>
                <w:color w:val="FF0000"/>
                <w:sz w:val="28"/>
                <w:szCs w:val="28"/>
              </w:rPr>
              <w:t>c tôn tr</w:t>
            </w:r>
            <w:r w:rsidRPr="00840CD1">
              <w:rPr>
                <w:color w:val="FF0000"/>
                <w:sz w:val="28"/>
                <w:szCs w:val="28"/>
              </w:rPr>
              <w:t>ọ</w:t>
            </w:r>
            <w:r w:rsidRPr="00840CD1">
              <w:rPr>
                <w:color w:val="FF0000"/>
                <w:sz w:val="28"/>
                <w:szCs w:val="28"/>
              </w:rPr>
              <w:t>ng ph</w:t>
            </w:r>
            <w:r w:rsidRPr="00840CD1">
              <w:rPr>
                <w:color w:val="FF0000"/>
                <w:sz w:val="28"/>
                <w:szCs w:val="28"/>
              </w:rPr>
              <w:t>ẩ</w:t>
            </w:r>
            <w:r w:rsidRPr="00840CD1">
              <w:rPr>
                <w:color w:val="FF0000"/>
                <w:sz w:val="28"/>
                <w:szCs w:val="28"/>
              </w:rPr>
              <w:t>m giá, đư</w:t>
            </w:r>
            <w:r w:rsidRPr="00840CD1">
              <w:rPr>
                <w:color w:val="FF0000"/>
                <w:sz w:val="28"/>
                <w:szCs w:val="28"/>
              </w:rPr>
              <w:t>ợ</w:t>
            </w:r>
            <w:r w:rsidRPr="00840CD1">
              <w:rPr>
                <w:color w:val="FF0000"/>
                <w:sz w:val="28"/>
                <w:szCs w:val="28"/>
              </w:rPr>
              <w:t>c phát tri</w:t>
            </w:r>
            <w:r w:rsidRPr="00840CD1">
              <w:rPr>
                <w:color w:val="FF0000"/>
                <w:sz w:val="28"/>
                <w:szCs w:val="28"/>
              </w:rPr>
              <w:t>ể</w:t>
            </w:r>
            <w:r w:rsidRPr="00840CD1">
              <w:rPr>
                <w:color w:val="FF0000"/>
                <w:sz w:val="28"/>
                <w:szCs w:val="28"/>
              </w:rPr>
              <w:t>n b</w:t>
            </w:r>
            <w:r w:rsidRPr="00840CD1">
              <w:rPr>
                <w:color w:val="FF0000"/>
                <w:sz w:val="28"/>
                <w:szCs w:val="28"/>
              </w:rPr>
              <w:t>ả</w:t>
            </w:r>
            <w:r w:rsidRPr="00840CD1">
              <w:rPr>
                <w:color w:val="FF0000"/>
                <w:sz w:val="28"/>
                <w:szCs w:val="28"/>
              </w:rPr>
              <w:t>n thân; vi</w:t>
            </w:r>
            <w:r w:rsidRPr="00840CD1">
              <w:rPr>
                <w:color w:val="FF0000"/>
                <w:sz w:val="28"/>
                <w:szCs w:val="28"/>
              </w:rPr>
              <w:t>ệ</w:t>
            </w:r>
            <w:r w:rsidRPr="00840CD1">
              <w:rPr>
                <w:color w:val="FF0000"/>
                <w:sz w:val="28"/>
                <w:szCs w:val="28"/>
              </w:rPr>
              <w:t>c t</w:t>
            </w:r>
            <w:r w:rsidRPr="00840CD1">
              <w:rPr>
                <w:color w:val="FF0000"/>
                <w:sz w:val="28"/>
                <w:szCs w:val="28"/>
              </w:rPr>
              <w:t>ự</w:t>
            </w:r>
            <w:r w:rsidRPr="00840CD1">
              <w:rPr>
                <w:color w:val="FF0000"/>
                <w:sz w:val="28"/>
                <w:szCs w:val="28"/>
              </w:rPr>
              <w:t xml:space="preserve"> đánh giá giúp HS nh</w:t>
            </w:r>
            <w:r w:rsidRPr="00840CD1">
              <w:rPr>
                <w:color w:val="FF0000"/>
                <w:sz w:val="28"/>
                <w:szCs w:val="28"/>
              </w:rPr>
              <w:t>ậ</w:t>
            </w:r>
            <w:r w:rsidRPr="00840CD1">
              <w:rPr>
                <w:color w:val="FF0000"/>
                <w:sz w:val="28"/>
                <w:szCs w:val="28"/>
              </w:rPr>
              <w:t>n ra giá tr</w:t>
            </w:r>
            <w:r w:rsidRPr="00840CD1">
              <w:rPr>
                <w:color w:val="FF0000"/>
                <w:sz w:val="28"/>
                <w:szCs w:val="28"/>
              </w:rPr>
              <w:t>ị</w:t>
            </w:r>
            <w:r w:rsidRPr="00840CD1">
              <w:rPr>
                <w:color w:val="FF0000"/>
                <w:sz w:val="28"/>
                <w:szCs w:val="28"/>
              </w:rPr>
              <w:t xml:space="preserve"> riêng và l</w:t>
            </w:r>
            <w:r w:rsidRPr="00840CD1">
              <w:rPr>
                <w:color w:val="FF0000"/>
                <w:sz w:val="28"/>
                <w:szCs w:val="28"/>
              </w:rPr>
              <w:t>ậ</w:t>
            </w:r>
            <w:r w:rsidRPr="00840CD1">
              <w:rPr>
                <w:color w:val="FF0000"/>
                <w:sz w:val="28"/>
                <w:szCs w:val="28"/>
              </w:rPr>
              <w:t>p k</w:t>
            </w:r>
            <w:r w:rsidRPr="00840CD1">
              <w:rPr>
                <w:color w:val="FF0000"/>
                <w:sz w:val="28"/>
                <w:szCs w:val="28"/>
              </w:rPr>
              <w:t>ế</w:t>
            </w:r>
            <w:r w:rsidRPr="00840CD1">
              <w:rPr>
                <w:color w:val="FF0000"/>
                <w:sz w:val="28"/>
                <w:szCs w:val="28"/>
              </w:rPr>
              <w:t xml:space="preserve"> ho</w:t>
            </w:r>
            <w:r w:rsidRPr="00840CD1">
              <w:rPr>
                <w:color w:val="FF0000"/>
                <w:sz w:val="28"/>
                <w:szCs w:val="28"/>
              </w:rPr>
              <w:t>ạ</w:t>
            </w:r>
            <w:r w:rsidRPr="00840CD1">
              <w:rPr>
                <w:color w:val="FF0000"/>
                <w:sz w:val="28"/>
                <w:szCs w:val="28"/>
              </w:rPr>
              <w:t>ch ti</w:t>
            </w:r>
            <w:r w:rsidRPr="00840CD1">
              <w:rPr>
                <w:color w:val="FF0000"/>
                <w:sz w:val="28"/>
                <w:szCs w:val="28"/>
              </w:rPr>
              <w:t>ế</w:t>
            </w:r>
            <w:r w:rsidRPr="00840CD1">
              <w:rPr>
                <w:color w:val="FF0000"/>
                <w:sz w:val="28"/>
                <w:szCs w:val="28"/>
              </w:rPr>
              <w:t>n b</w:t>
            </w:r>
            <w:r w:rsidRPr="00840CD1">
              <w:rPr>
                <w:color w:val="FF0000"/>
                <w:sz w:val="28"/>
                <w:szCs w:val="28"/>
              </w:rPr>
              <w:t>ộ</w:t>
            </w:r>
            <w:r w:rsidRPr="00840CD1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L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nghe; nêu: m</w:t>
            </w:r>
            <w:r w:rsidRPr="00840CD1">
              <w:rPr>
                <w:sz w:val="28"/>
                <w:szCs w:val="28"/>
              </w:rPr>
              <w:t>ỗ</w:t>
            </w:r>
            <w:r w:rsidRPr="00840CD1">
              <w:rPr>
                <w:sz w:val="28"/>
                <w:szCs w:val="28"/>
              </w:rPr>
              <w:t>i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đ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>u có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nh; c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n tôn tr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ng s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 xml:space="preserve"> khác nhau; ai cũng có th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b</w:t>
            </w:r>
            <w:r w:rsidRPr="00840CD1">
              <w:rPr>
                <w:sz w:val="28"/>
                <w:szCs w:val="28"/>
              </w:rPr>
              <w:t>ộ</w:t>
            </w:r>
            <w:r w:rsidRPr="00840CD1">
              <w:rPr>
                <w:sz w:val="28"/>
                <w:szCs w:val="28"/>
              </w:rPr>
              <w:t>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color w:val="FF0000"/>
                <w:sz w:val="28"/>
                <w:szCs w:val="28"/>
              </w:rPr>
              <w:t>- Tích h</w:t>
            </w:r>
            <w:r w:rsidRPr="00840CD1">
              <w:rPr>
                <w:color w:val="FF0000"/>
                <w:sz w:val="28"/>
                <w:szCs w:val="28"/>
              </w:rPr>
              <w:t>ợ</w:t>
            </w:r>
            <w:r w:rsidRPr="00840CD1">
              <w:rPr>
                <w:color w:val="FF0000"/>
                <w:sz w:val="28"/>
                <w:szCs w:val="28"/>
              </w:rPr>
              <w:t>p quy</w:t>
            </w:r>
            <w:r w:rsidRPr="00840CD1">
              <w:rPr>
                <w:color w:val="FF0000"/>
                <w:sz w:val="28"/>
                <w:szCs w:val="28"/>
              </w:rPr>
              <w:t>ề</w:t>
            </w:r>
            <w:r w:rsidRPr="00840CD1">
              <w:rPr>
                <w:color w:val="FF0000"/>
                <w:sz w:val="28"/>
                <w:szCs w:val="28"/>
              </w:rPr>
              <w:t>n con ngư</w:t>
            </w:r>
            <w:r w:rsidRPr="00840CD1">
              <w:rPr>
                <w:color w:val="FF0000"/>
                <w:sz w:val="28"/>
                <w:szCs w:val="28"/>
              </w:rPr>
              <w:t>ờ</w:t>
            </w:r>
            <w:r w:rsidRPr="00840CD1">
              <w:rPr>
                <w:color w:val="FF0000"/>
                <w:sz w:val="28"/>
                <w:szCs w:val="28"/>
              </w:rPr>
              <w:t>i: nh</w:t>
            </w:r>
            <w:r w:rsidRPr="00840CD1">
              <w:rPr>
                <w:color w:val="FF0000"/>
                <w:sz w:val="28"/>
                <w:szCs w:val="28"/>
              </w:rPr>
              <w:t>ắ</w:t>
            </w:r>
            <w:r w:rsidRPr="00840CD1">
              <w:rPr>
                <w:color w:val="FF0000"/>
                <w:sz w:val="28"/>
                <w:szCs w:val="28"/>
              </w:rPr>
              <w:t>c HS góp ý cho b</w:t>
            </w:r>
            <w:r w:rsidRPr="00840CD1">
              <w:rPr>
                <w:color w:val="FF0000"/>
                <w:sz w:val="28"/>
                <w:szCs w:val="28"/>
              </w:rPr>
              <w:t>ạ</w:t>
            </w:r>
            <w:r w:rsidRPr="00840CD1">
              <w:rPr>
                <w:color w:val="FF0000"/>
                <w:sz w:val="28"/>
                <w:szCs w:val="28"/>
              </w:rPr>
              <w:t>n b</w:t>
            </w:r>
            <w:r w:rsidRPr="00840CD1">
              <w:rPr>
                <w:color w:val="FF0000"/>
                <w:sz w:val="28"/>
                <w:szCs w:val="28"/>
              </w:rPr>
              <w:t>ằ</w:t>
            </w:r>
            <w:r w:rsidRPr="00840CD1">
              <w:rPr>
                <w:color w:val="FF0000"/>
                <w:sz w:val="28"/>
                <w:szCs w:val="28"/>
              </w:rPr>
              <w:t>ng thái đ</w:t>
            </w:r>
            <w:r w:rsidRPr="00840CD1">
              <w:rPr>
                <w:color w:val="FF0000"/>
                <w:sz w:val="28"/>
                <w:szCs w:val="28"/>
              </w:rPr>
              <w:t>ộ</w:t>
            </w:r>
            <w:r w:rsidRPr="00840CD1">
              <w:rPr>
                <w:color w:val="FF0000"/>
                <w:sz w:val="28"/>
                <w:szCs w:val="28"/>
              </w:rPr>
              <w:t xml:space="preserve"> tôn tr</w:t>
            </w:r>
            <w:r w:rsidRPr="00840CD1">
              <w:rPr>
                <w:color w:val="FF0000"/>
                <w:sz w:val="28"/>
                <w:szCs w:val="28"/>
              </w:rPr>
              <w:t>ọ</w:t>
            </w:r>
            <w:r w:rsidRPr="00840CD1">
              <w:rPr>
                <w:color w:val="FF0000"/>
                <w:sz w:val="28"/>
                <w:szCs w:val="28"/>
              </w:rPr>
              <w:t>ng, không mi</w:t>
            </w:r>
            <w:r w:rsidRPr="00840CD1">
              <w:rPr>
                <w:color w:val="FF0000"/>
                <w:sz w:val="28"/>
                <w:szCs w:val="28"/>
              </w:rPr>
              <w:t>ệ</w:t>
            </w:r>
            <w:r w:rsidRPr="00840CD1">
              <w:rPr>
                <w:color w:val="FF0000"/>
                <w:sz w:val="28"/>
                <w:szCs w:val="28"/>
              </w:rPr>
              <w:t>t th</w:t>
            </w:r>
            <w:r w:rsidRPr="00840CD1">
              <w:rPr>
                <w:color w:val="FF0000"/>
                <w:sz w:val="28"/>
                <w:szCs w:val="28"/>
              </w:rPr>
              <w:t>ị</w:t>
            </w:r>
            <w:r w:rsidRPr="00840CD1">
              <w:rPr>
                <w:color w:val="FF0000"/>
                <w:sz w:val="28"/>
                <w:szCs w:val="28"/>
              </w:rPr>
              <w:t xml:space="preserve"> đi</w:t>
            </w:r>
            <w:r w:rsidRPr="00840CD1">
              <w:rPr>
                <w:color w:val="FF0000"/>
                <w:sz w:val="28"/>
                <w:szCs w:val="28"/>
              </w:rPr>
              <w:t>ể</w:t>
            </w:r>
            <w:r w:rsidRPr="00840CD1">
              <w:rPr>
                <w:color w:val="FF0000"/>
                <w:sz w:val="28"/>
                <w:szCs w:val="28"/>
              </w:rPr>
              <w:t>m y</w:t>
            </w:r>
            <w:r w:rsidRPr="00840CD1">
              <w:rPr>
                <w:color w:val="FF0000"/>
                <w:sz w:val="28"/>
                <w:szCs w:val="28"/>
              </w:rPr>
              <w:t>ế</w:t>
            </w:r>
            <w:r w:rsidRPr="00840CD1">
              <w:rPr>
                <w:color w:val="FF0000"/>
                <w:sz w:val="28"/>
                <w:szCs w:val="28"/>
              </w:rPr>
              <w:t>u; b</w:t>
            </w:r>
            <w:r w:rsidRPr="00840CD1">
              <w:rPr>
                <w:color w:val="FF0000"/>
                <w:sz w:val="28"/>
                <w:szCs w:val="28"/>
              </w:rPr>
              <w:t>ả</w:t>
            </w:r>
            <w:r w:rsidRPr="00840CD1">
              <w:rPr>
                <w:color w:val="FF0000"/>
                <w:sz w:val="28"/>
                <w:szCs w:val="28"/>
              </w:rPr>
              <w:t>o đ</w:t>
            </w:r>
            <w:r w:rsidRPr="00840CD1">
              <w:rPr>
                <w:color w:val="FF0000"/>
                <w:sz w:val="28"/>
                <w:szCs w:val="28"/>
              </w:rPr>
              <w:t>ả</w:t>
            </w:r>
            <w:r w:rsidRPr="00840CD1">
              <w:rPr>
                <w:color w:val="FF0000"/>
                <w:sz w:val="28"/>
                <w:szCs w:val="28"/>
              </w:rPr>
              <w:t>m quy</w:t>
            </w:r>
            <w:r w:rsidRPr="00840CD1">
              <w:rPr>
                <w:color w:val="FF0000"/>
                <w:sz w:val="28"/>
                <w:szCs w:val="28"/>
              </w:rPr>
              <w:t>ề</w:t>
            </w:r>
            <w:r w:rsidRPr="00840CD1">
              <w:rPr>
                <w:color w:val="FF0000"/>
                <w:sz w:val="28"/>
                <w:szCs w:val="28"/>
              </w:rPr>
              <w:t>n đư</w:t>
            </w:r>
            <w:r w:rsidRPr="00840CD1">
              <w:rPr>
                <w:color w:val="FF0000"/>
                <w:sz w:val="28"/>
                <w:szCs w:val="28"/>
              </w:rPr>
              <w:t>ợ</w:t>
            </w:r>
            <w:r w:rsidRPr="00840CD1">
              <w:rPr>
                <w:color w:val="FF0000"/>
                <w:sz w:val="28"/>
                <w:szCs w:val="28"/>
              </w:rPr>
              <w:t>c l</w:t>
            </w:r>
            <w:r w:rsidRPr="00840CD1">
              <w:rPr>
                <w:color w:val="FF0000"/>
                <w:sz w:val="28"/>
                <w:szCs w:val="28"/>
              </w:rPr>
              <w:t>ắ</w:t>
            </w:r>
            <w:r w:rsidRPr="00840CD1">
              <w:rPr>
                <w:color w:val="FF0000"/>
                <w:sz w:val="28"/>
                <w:szCs w:val="28"/>
              </w:rPr>
              <w:t>ng nghe và đư</w:t>
            </w:r>
            <w:r w:rsidRPr="00840CD1">
              <w:rPr>
                <w:color w:val="FF0000"/>
                <w:sz w:val="28"/>
                <w:szCs w:val="28"/>
              </w:rPr>
              <w:t>ợ</w:t>
            </w:r>
            <w:r w:rsidRPr="00840CD1">
              <w:rPr>
                <w:color w:val="FF0000"/>
                <w:sz w:val="28"/>
                <w:szCs w:val="28"/>
              </w:rPr>
              <w:t>c góp ý tích c</w:t>
            </w:r>
            <w:r w:rsidRPr="00840CD1">
              <w:rPr>
                <w:color w:val="FF0000"/>
                <w:sz w:val="28"/>
                <w:szCs w:val="28"/>
              </w:rPr>
              <w:t>ự</w:t>
            </w:r>
            <w:r w:rsidRPr="00840CD1">
              <w:rPr>
                <w:color w:val="FF0000"/>
                <w:sz w:val="28"/>
                <w:szCs w:val="28"/>
              </w:rPr>
              <w:t>c.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Góp ý cho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nh</w:t>
            </w:r>
            <w:r w:rsidRPr="00840CD1">
              <w:rPr>
                <w:sz w:val="28"/>
                <w:szCs w:val="28"/>
              </w:rPr>
              <w:t>ẹ</w:t>
            </w:r>
            <w:r w:rsidRPr="00840CD1">
              <w:rPr>
                <w:sz w:val="28"/>
                <w:szCs w:val="28"/>
              </w:rPr>
              <w:t xml:space="preserve"> nhàng, tôn tr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ng; nêu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 c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 xml:space="preserve"> th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; không chê bai.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color w:val="FF0000"/>
                <w:sz w:val="28"/>
                <w:szCs w:val="28"/>
              </w:rPr>
              <w:t>- Tích h</w:t>
            </w:r>
            <w:r w:rsidRPr="00840CD1">
              <w:rPr>
                <w:color w:val="FF0000"/>
                <w:sz w:val="28"/>
                <w:szCs w:val="28"/>
              </w:rPr>
              <w:t>ợ</w:t>
            </w:r>
            <w:r w:rsidRPr="00840CD1">
              <w:rPr>
                <w:color w:val="FF0000"/>
                <w:sz w:val="28"/>
                <w:szCs w:val="28"/>
              </w:rPr>
              <w:t>p quy</w:t>
            </w:r>
            <w:r w:rsidRPr="00840CD1">
              <w:rPr>
                <w:color w:val="FF0000"/>
                <w:sz w:val="28"/>
                <w:szCs w:val="28"/>
              </w:rPr>
              <w:t>ề</w:t>
            </w:r>
            <w:r w:rsidRPr="00840CD1">
              <w:rPr>
                <w:color w:val="FF0000"/>
                <w:sz w:val="28"/>
                <w:szCs w:val="28"/>
              </w:rPr>
              <w:t>n con ngư</w:t>
            </w:r>
            <w:r w:rsidRPr="00840CD1">
              <w:rPr>
                <w:color w:val="FF0000"/>
                <w:sz w:val="28"/>
                <w:szCs w:val="28"/>
              </w:rPr>
              <w:t>ờ</w:t>
            </w:r>
            <w:r w:rsidRPr="00840CD1">
              <w:rPr>
                <w:color w:val="FF0000"/>
                <w:sz w:val="28"/>
                <w:szCs w:val="28"/>
              </w:rPr>
              <w:t>i: nh</w:t>
            </w:r>
            <w:r w:rsidRPr="00840CD1">
              <w:rPr>
                <w:color w:val="FF0000"/>
                <w:sz w:val="28"/>
                <w:szCs w:val="28"/>
              </w:rPr>
              <w:t>ắ</w:t>
            </w:r>
            <w:r w:rsidRPr="00840CD1">
              <w:rPr>
                <w:color w:val="FF0000"/>
                <w:sz w:val="28"/>
                <w:szCs w:val="28"/>
              </w:rPr>
              <w:t>c HS tô</w:t>
            </w:r>
            <w:r w:rsidRPr="00840CD1">
              <w:rPr>
                <w:color w:val="FF0000"/>
                <w:sz w:val="28"/>
                <w:szCs w:val="28"/>
              </w:rPr>
              <w:t>n tr</w:t>
            </w:r>
            <w:r w:rsidRPr="00840CD1">
              <w:rPr>
                <w:color w:val="FF0000"/>
                <w:sz w:val="28"/>
                <w:szCs w:val="28"/>
              </w:rPr>
              <w:t>ọ</w:t>
            </w:r>
            <w:r w:rsidRPr="00840CD1">
              <w:rPr>
                <w:color w:val="FF0000"/>
                <w:sz w:val="28"/>
                <w:szCs w:val="28"/>
              </w:rPr>
              <w:t>ng quy</w:t>
            </w:r>
            <w:r w:rsidRPr="00840CD1">
              <w:rPr>
                <w:color w:val="FF0000"/>
                <w:sz w:val="28"/>
                <w:szCs w:val="28"/>
              </w:rPr>
              <w:t>ề</w:t>
            </w:r>
            <w:r w:rsidRPr="00840CD1">
              <w:rPr>
                <w:color w:val="FF0000"/>
                <w:sz w:val="28"/>
                <w:szCs w:val="28"/>
              </w:rPr>
              <w:t>n riêng tư; ch</w:t>
            </w:r>
            <w:r w:rsidRPr="00840CD1">
              <w:rPr>
                <w:color w:val="FF0000"/>
                <w:sz w:val="28"/>
                <w:szCs w:val="28"/>
              </w:rPr>
              <w:t>ỉ</w:t>
            </w:r>
            <w:r w:rsidRPr="00840CD1">
              <w:rPr>
                <w:color w:val="FF0000"/>
                <w:sz w:val="28"/>
                <w:szCs w:val="28"/>
              </w:rPr>
              <w:t xml:space="preserve"> chia s</w:t>
            </w:r>
            <w:r w:rsidRPr="00840CD1">
              <w:rPr>
                <w:color w:val="FF0000"/>
                <w:sz w:val="28"/>
                <w:szCs w:val="28"/>
              </w:rPr>
              <w:t>ẻ</w:t>
            </w:r>
            <w:r w:rsidRPr="00840CD1">
              <w:rPr>
                <w:color w:val="FF0000"/>
                <w:sz w:val="28"/>
                <w:szCs w:val="28"/>
              </w:rPr>
              <w:t xml:space="preserve"> nh</w:t>
            </w:r>
            <w:r w:rsidRPr="00840CD1">
              <w:rPr>
                <w:color w:val="FF0000"/>
                <w:sz w:val="28"/>
                <w:szCs w:val="28"/>
              </w:rPr>
              <w:t>ữ</w:t>
            </w:r>
            <w:r w:rsidRPr="00840CD1">
              <w:rPr>
                <w:color w:val="FF0000"/>
                <w:sz w:val="28"/>
                <w:szCs w:val="28"/>
              </w:rPr>
              <w:t>ng thông tin b</w:t>
            </w:r>
            <w:r w:rsidRPr="00840CD1">
              <w:rPr>
                <w:color w:val="FF0000"/>
                <w:sz w:val="28"/>
                <w:szCs w:val="28"/>
              </w:rPr>
              <w:t>ả</w:t>
            </w:r>
            <w:r w:rsidRPr="00840CD1">
              <w:rPr>
                <w:color w:val="FF0000"/>
                <w:sz w:val="28"/>
                <w:szCs w:val="28"/>
              </w:rPr>
              <w:t>n thân mu</w:t>
            </w:r>
            <w:r w:rsidRPr="00840CD1">
              <w:rPr>
                <w:color w:val="FF0000"/>
                <w:sz w:val="28"/>
                <w:szCs w:val="28"/>
              </w:rPr>
              <w:t>ố</w:t>
            </w:r>
            <w:r w:rsidRPr="00840CD1">
              <w:rPr>
                <w:color w:val="FF0000"/>
                <w:sz w:val="28"/>
                <w:szCs w:val="28"/>
              </w:rPr>
              <w:t>n chia s</w:t>
            </w:r>
            <w:r w:rsidRPr="00840CD1">
              <w:rPr>
                <w:color w:val="FF0000"/>
                <w:sz w:val="28"/>
                <w:szCs w:val="28"/>
              </w:rPr>
              <w:t>ẻ</w:t>
            </w:r>
            <w:r w:rsidRPr="00840CD1">
              <w:rPr>
                <w:color w:val="FF0000"/>
                <w:sz w:val="28"/>
                <w:szCs w:val="28"/>
              </w:rPr>
              <w:t>; không ép b</w:t>
            </w:r>
            <w:r w:rsidRPr="00840CD1">
              <w:rPr>
                <w:color w:val="FF0000"/>
                <w:sz w:val="28"/>
                <w:szCs w:val="28"/>
              </w:rPr>
              <w:t>ạ</w:t>
            </w:r>
            <w:r w:rsidRPr="00840CD1">
              <w:rPr>
                <w:color w:val="FF0000"/>
                <w:sz w:val="28"/>
                <w:szCs w:val="28"/>
              </w:rPr>
              <w:t>n nói đi</w:t>
            </w:r>
            <w:r w:rsidRPr="00840CD1">
              <w:rPr>
                <w:color w:val="FF0000"/>
                <w:sz w:val="28"/>
                <w:szCs w:val="28"/>
              </w:rPr>
              <w:t>ề</w:t>
            </w:r>
            <w:r w:rsidRPr="00840CD1">
              <w:rPr>
                <w:color w:val="FF0000"/>
                <w:sz w:val="28"/>
                <w:szCs w:val="28"/>
              </w:rPr>
              <w:t>u b</w:t>
            </w:r>
            <w:r w:rsidRPr="00840CD1">
              <w:rPr>
                <w:color w:val="FF0000"/>
                <w:sz w:val="28"/>
                <w:szCs w:val="28"/>
              </w:rPr>
              <w:t>ạ</w:t>
            </w:r>
            <w:r w:rsidRPr="00840CD1">
              <w:rPr>
                <w:color w:val="FF0000"/>
                <w:sz w:val="28"/>
                <w:szCs w:val="28"/>
              </w:rPr>
              <w:t>n không tho</w:t>
            </w:r>
            <w:r w:rsidRPr="00840CD1">
              <w:rPr>
                <w:color w:val="FF0000"/>
                <w:sz w:val="28"/>
                <w:szCs w:val="28"/>
              </w:rPr>
              <w:t>ả</w:t>
            </w:r>
            <w:r w:rsidRPr="00840CD1">
              <w:rPr>
                <w:color w:val="FF0000"/>
                <w:sz w:val="28"/>
                <w:szCs w:val="28"/>
              </w:rPr>
              <w:t>i mái.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Ch</w:t>
            </w:r>
            <w:r w:rsidRPr="00840CD1">
              <w:rPr>
                <w:sz w:val="28"/>
                <w:szCs w:val="28"/>
              </w:rPr>
              <w:t>ỉ</w:t>
            </w:r>
            <w:r w:rsidRPr="00840CD1">
              <w:rPr>
                <w:sz w:val="28"/>
                <w:szCs w:val="28"/>
              </w:rPr>
              <w:t xml:space="preserve"> chia s</w:t>
            </w:r>
            <w:r w:rsidRPr="00840CD1">
              <w:rPr>
                <w:sz w:val="28"/>
                <w:szCs w:val="28"/>
              </w:rPr>
              <w:t>ẻ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>u em th</w:t>
            </w:r>
            <w:r w:rsidRPr="00840CD1">
              <w:rPr>
                <w:sz w:val="28"/>
                <w:szCs w:val="28"/>
              </w:rPr>
              <w:t>ấ</w:t>
            </w:r>
            <w:r w:rsidRPr="00840CD1">
              <w:rPr>
                <w:sz w:val="28"/>
                <w:szCs w:val="28"/>
              </w:rPr>
              <w:t>y phù h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p; tôn tr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ng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n; không h</w:t>
            </w:r>
            <w:r w:rsidRPr="00840CD1">
              <w:rPr>
                <w:sz w:val="28"/>
                <w:szCs w:val="28"/>
              </w:rPr>
              <w:t>ỏ</w:t>
            </w:r>
            <w:r w:rsidRPr="00840CD1">
              <w:rPr>
                <w:sz w:val="28"/>
                <w:szCs w:val="28"/>
              </w:rPr>
              <w:t>i quá sâu khi b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 không mu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n.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m</w:t>
            </w:r>
            <w:r w:rsidRPr="00840CD1">
              <w:rPr>
                <w:sz w:val="28"/>
                <w:szCs w:val="28"/>
              </w:rPr>
              <w:t>ờ</w:t>
            </w:r>
            <w:r w:rsidRPr="00840CD1">
              <w:rPr>
                <w:sz w:val="28"/>
                <w:szCs w:val="28"/>
              </w:rPr>
              <w:t>i các nhóm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Các nhóm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 xml:space="preserve">n xét </w:t>
            </w:r>
            <w:r w:rsidRPr="00840CD1">
              <w:rPr>
                <w:sz w:val="28"/>
                <w:szCs w:val="28"/>
              </w:rPr>
              <w:t>khi đ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i di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nhóm chia s</w:t>
            </w:r>
            <w:r w:rsidRPr="00840CD1">
              <w:rPr>
                <w:sz w:val="28"/>
                <w:szCs w:val="28"/>
              </w:rPr>
              <w:t>ẻ</w:t>
            </w:r>
            <w:r w:rsidRPr="00840CD1">
              <w:rPr>
                <w:sz w:val="28"/>
                <w:szCs w:val="28"/>
              </w:rPr>
              <w:t>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xét, k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lu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n.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l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nghe.</w:t>
            </w:r>
          </w:p>
        </w:tc>
      </w:tr>
      <w:tr w:rsidR="00857C11" w:rsidRPr="00840CD1">
        <w:tc>
          <w:tcPr>
            <w:tcW w:w="8640" w:type="dxa"/>
            <w:gridSpan w:val="2"/>
            <w:shd w:val="clear" w:color="auto" w:fill="E2F0D9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b/>
                <w:color w:val="1F4E79"/>
                <w:sz w:val="28"/>
                <w:szCs w:val="28"/>
              </w:rPr>
              <w:t>- 3. V</w:t>
            </w:r>
            <w:r w:rsidRPr="00840CD1">
              <w:rPr>
                <w:b/>
                <w:color w:val="1F4E79"/>
                <w:sz w:val="28"/>
                <w:szCs w:val="28"/>
              </w:rPr>
              <w:t>ậ</w:t>
            </w:r>
            <w:r w:rsidRPr="00840CD1">
              <w:rPr>
                <w:b/>
                <w:color w:val="1F4E79"/>
                <w:sz w:val="28"/>
                <w:szCs w:val="28"/>
              </w:rPr>
              <w:t>n d</w:t>
            </w:r>
            <w:r w:rsidRPr="00840CD1">
              <w:rPr>
                <w:b/>
                <w:color w:val="1F4E79"/>
                <w:sz w:val="28"/>
                <w:szCs w:val="28"/>
              </w:rPr>
              <w:t>ụ</w:t>
            </w:r>
            <w:r w:rsidRPr="00840CD1">
              <w:rPr>
                <w:b/>
                <w:color w:val="1F4E79"/>
                <w:sz w:val="28"/>
                <w:szCs w:val="28"/>
              </w:rPr>
              <w:t>ng.</w:t>
            </w:r>
          </w:p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M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tiêu: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k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 xml:space="preserve"> ho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ch phát huy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nh,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thân; v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d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ng vào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đ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phát huy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 vfa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thân, khám phá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 xml:space="preserve">- </w:t>
            </w:r>
            <w:r w:rsidRPr="00840CD1">
              <w:rPr>
                <w:sz w:val="28"/>
                <w:szCs w:val="28"/>
              </w:rPr>
              <w:t>Cách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hành: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Cách ti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n hành: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yêu c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u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sinh t</w:t>
            </w:r>
            <w:r w:rsidRPr="00840CD1">
              <w:rPr>
                <w:sz w:val="28"/>
                <w:szCs w:val="28"/>
              </w:rPr>
              <w:t>ổ</w:t>
            </w:r>
            <w:r w:rsidRPr="00840CD1">
              <w:rPr>
                <w:sz w:val="28"/>
                <w:szCs w:val="28"/>
              </w:rPr>
              <w:t>ng k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bài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c: +Nêu 3 đi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>u em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đư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c sau bài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+ Nêu 3 đi</w:t>
            </w:r>
            <w:r w:rsidRPr="00840CD1">
              <w:rPr>
                <w:sz w:val="28"/>
                <w:szCs w:val="28"/>
              </w:rPr>
              <w:t>ề</w:t>
            </w:r>
            <w:r w:rsidRPr="00840CD1">
              <w:rPr>
                <w:sz w:val="28"/>
                <w:szCs w:val="28"/>
              </w:rPr>
              <w:t>u em thích sau b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i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+Nêu 3 vi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c em c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n làm sau bài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v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d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ng nêu theo yêu c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Gv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GV tóm t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t l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i n</w:t>
            </w:r>
            <w:r w:rsidRPr="00840CD1">
              <w:rPr>
                <w:sz w:val="28"/>
                <w:szCs w:val="28"/>
              </w:rPr>
              <w:t>ộ</w:t>
            </w:r>
            <w:r w:rsidRPr="00840CD1">
              <w:rPr>
                <w:sz w:val="28"/>
                <w:szCs w:val="28"/>
              </w:rPr>
              <w:t>i dung bài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</w:t>
            </w:r>
            <w:r w:rsidRPr="00840CD1">
              <w:rPr>
                <w:sz w:val="28"/>
                <w:szCs w:val="28"/>
              </w:rPr>
              <w:t>S l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nghe,rút kinh nghi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 xml:space="preserve">m và </w:t>
            </w:r>
            <w:r w:rsidRPr="00840CD1">
              <w:rPr>
                <w:sz w:val="28"/>
                <w:szCs w:val="28"/>
              </w:rPr>
              <w:lastRenderedPageBreak/>
              <w:t>lên k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 xml:space="preserve"> ho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ch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cho mình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lastRenderedPageBreak/>
              <w:t>- Nh</w:t>
            </w:r>
            <w:r w:rsidRPr="00840CD1">
              <w:rPr>
                <w:sz w:val="28"/>
                <w:szCs w:val="28"/>
              </w:rPr>
              <w:t>ậ</w:t>
            </w:r>
            <w:r w:rsidRPr="00840CD1">
              <w:rPr>
                <w:sz w:val="28"/>
                <w:szCs w:val="28"/>
              </w:rPr>
              <w:t>n xét đánh giá, tuyên dương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l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ng nghe.</w:t>
            </w:r>
          </w:p>
        </w:tc>
      </w:tr>
      <w:tr w:rsidR="00857C11" w:rsidRPr="00840CD1"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Cách đánh giá: * Hoàn thành t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>t: nêu đư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c m</w:t>
            </w:r>
            <w:r w:rsidRPr="00840CD1">
              <w:rPr>
                <w:sz w:val="28"/>
                <w:szCs w:val="28"/>
              </w:rPr>
              <w:t>ộ</w:t>
            </w:r>
            <w:r w:rsidRPr="00840CD1">
              <w:rPr>
                <w:sz w:val="28"/>
                <w:szCs w:val="28"/>
              </w:rPr>
              <w:t>t s</w:t>
            </w:r>
            <w:r w:rsidRPr="00840CD1">
              <w:rPr>
                <w:sz w:val="28"/>
                <w:szCs w:val="28"/>
              </w:rPr>
              <w:t>ố</w:t>
            </w:r>
            <w:r w:rsidRPr="00840CD1">
              <w:rPr>
                <w:sz w:val="28"/>
                <w:szCs w:val="28"/>
              </w:rPr>
              <w:t xml:space="preserve">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nh,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 bi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đư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c vì sao ph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i bi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nh,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 xml:space="preserve">n </w:t>
            </w:r>
            <w:proofErr w:type="gramStart"/>
            <w:r w:rsidRPr="00840CD1">
              <w:rPr>
                <w:sz w:val="28"/>
                <w:szCs w:val="28"/>
              </w:rPr>
              <w:t>thân,Bi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t</w:t>
            </w:r>
            <w:proofErr w:type="gramEnd"/>
            <w:r w:rsidRPr="00840CD1">
              <w:rPr>
                <w:sz w:val="28"/>
                <w:szCs w:val="28"/>
              </w:rPr>
              <w:t xml:space="preserve">  rèn luy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đ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 xml:space="preserve"> phát huy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m</w:t>
            </w:r>
            <w:r w:rsidRPr="00840CD1">
              <w:rPr>
                <w:sz w:val="28"/>
                <w:szCs w:val="28"/>
              </w:rPr>
              <w:t>ạ</w:t>
            </w:r>
            <w:r w:rsidRPr="00840CD1">
              <w:rPr>
                <w:sz w:val="28"/>
                <w:szCs w:val="28"/>
              </w:rPr>
              <w:t>nh, kh</w:t>
            </w:r>
            <w:r w:rsidRPr="00840CD1">
              <w:rPr>
                <w:sz w:val="28"/>
                <w:szCs w:val="28"/>
              </w:rPr>
              <w:t>ắ</w:t>
            </w:r>
            <w:r w:rsidRPr="00840CD1">
              <w:rPr>
                <w:sz w:val="28"/>
                <w:szCs w:val="28"/>
              </w:rPr>
              <w:t>c ph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đi</w:t>
            </w:r>
            <w:r w:rsidRPr="00840CD1">
              <w:rPr>
                <w:sz w:val="28"/>
                <w:szCs w:val="28"/>
              </w:rPr>
              <w:t>ể</w:t>
            </w:r>
            <w:r w:rsidRPr="00840CD1">
              <w:rPr>
                <w:sz w:val="28"/>
                <w:szCs w:val="28"/>
              </w:rPr>
              <w:t>m y</w:t>
            </w:r>
            <w:r w:rsidRPr="00840CD1">
              <w:rPr>
                <w:sz w:val="28"/>
                <w:szCs w:val="28"/>
              </w:rPr>
              <w:t>ế</w:t>
            </w:r>
            <w:r w:rsidRPr="00840CD1">
              <w:rPr>
                <w:sz w:val="28"/>
                <w:szCs w:val="28"/>
              </w:rPr>
              <w:t>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</w:t>
            </w:r>
            <w:r w:rsidRPr="00840CD1">
              <w:rPr>
                <w:sz w:val="28"/>
                <w:szCs w:val="28"/>
              </w:rPr>
              <w:t>ả</w:t>
            </w:r>
            <w:r w:rsidRPr="00840CD1">
              <w:rPr>
                <w:sz w:val="28"/>
                <w:szCs w:val="28"/>
              </w:rPr>
              <w:t>n thân. *Hoàn thành: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đư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c m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tiêu c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a bài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 nhưng chưa đ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y đ</w:t>
            </w:r>
            <w:r w:rsidRPr="00840CD1">
              <w:rPr>
                <w:sz w:val="28"/>
                <w:szCs w:val="28"/>
              </w:rPr>
              <w:t>ủ</w:t>
            </w:r>
            <w:r w:rsidRPr="00840CD1">
              <w:rPr>
                <w:sz w:val="28"/>
                <w:szCs w:val="28"/>
              </w:rPr>
              <w:t>, * Chưa hoàn thành : Chưa th</w:t>
            </w:r>
            <w:r w:rsidRPr="00840CD1">
              <w:rPr>
                <w:sz w:val="28"/>
                <w:szCs w:val="28"/>
              </w:rPr>
              <w:t>ự</w:t>
            </w:r>
            <w:r w:rsidRPr="00840CD1">
              <w:rPr>
                <w:sz w:val="28"/>
                <w:szCs w:val="28"/>
              </w:rPr>
              <w:t>c hi</w:t>
            </w:r>
            <w:r w:rsidRPr="00840CD1">
              <w:rPr>
                <w:sz w:val="28"/>
                <w:szCs w:val="28"/>
              </w:rPr>
              <w:t>ệ</w:t>
            </w:r>
            <w:r w:rsidRPr="00840CD1">
              <w:rPr>
                <w:sz w:val="28"/>
                <w:szCs w:val="28"/>
              </w:rPr>
              <w:t>n đư</w:t>
            </w:r>
            <w:r w:rsidRPr="00840CD1">
              <w:rPr>
                <w:sz w:val="28"/>
                <w:szCs w:val="28"/>
              </w:rPr>
              <w:t>ợ</w:t>
            </w:r>
            <w:r w:rsidRPr="00840CD1">
              <w:rPr>
                <w:sz w:val="28"/>
                <w:szCs w:val="28"/>
              </w:rPr>
              <w:t>c các yêu c</w:t>
            </w:r>
            <w:r w:rsidRPr="00840CD1">
              <w:rPr>
                <w:sz w:val="28"/>
                <w:szCs w:val="28"/>
              </w:rPr>
              <w:t>ầ</w:t>
            </w:r>
            <w:r w:rsidRPr="00840CD1">
              <w:rPr>
                <w:sz w:val="28"/>
                <w:szCs w:val="28"/>
              </w:rPr>
              <w:t>u đã nêu trong m</w:t>
            </w:r>
            <w:r w:rsidRPr="00840CD1">
              <w:rPr>
                <w:sz w:val="28"/>
                <w:szCs w:val="28"/>
              </w:rPr>
              <w:t>ụ</w:t>
            </w:r>
            <w:r w:rsidRPr="00840CD1">
              <w:rPr>
                <w:sz w:val="28"/>
                <w:szCs w:val="28"/>
              </w:rPr>
              <w:t>c tiêu bài h</w:t>
            </w:r>
            <w:r w:rsidRPr="00840CD1">
              <w:rPr>
                <w:sz w:val="28"/>
                <w:szCs w:val="28"/>
              </w:rPr>
              <w:t>ọ</w:t>
            </w:r>
            <w:r w:rsidRPr="00840CD1">
              <w:rPr>
                <w:sz w:val="28"/>
                <w:szCs w:val="28"/>
              </w:rPr>
              <w:t>c</w:t>
            </w:r>
          </w:p>
        </w:tc>
        <w:tc>
          <w:tcPr>
            <w:tcW w:w="4320" w:type="dxa"/>
          </w:tcPr>
          <w:p w:rsidR="00857C11" w:rsidRPr="00840CD1" w:rsidRDefault="00840CD1">
            <w:pPr>
              <w:rPr>
                <w:sz w:val="28"/>
                <w:szCs w:val="28"/>
              </w:rPr>
            </w:pPr>
            <w:r w:rsidRPr="00840CD1">
              <w:rPr>
                <w:sz w:val="28"/>
                <w:szCs w:val="28"/>
              </w:rPr>
              <w:t>- HS ghi nh</w:t>
            </w:r>
            <w:r w:rsidRPr="00840CD1">
              <w:rPr>
                <w:sz w:val="28"/>
                <w:szCs w:val="28"/>
              </w:rPr>
              <w:t>ớ</w:t>
            </w:r>
            <w:r w:rsidRPr="00840CD1">
              <w:rPr>
                <w:sz w:val="28"/>
                <w:szCs w:val="28"/>
              </w:rPr>
              <w:t xml:space="preserve"> tiêu chí đánh gi</w:t>
            </w:r>
            <w:r w:rsidRPr="00840CD1">
              <w:rPr>
                <w:sz w:val="28"/>
                <w:szCs w:val="28"/>
              </w:rPr>
              <w:t>á.</w:t>
            </w:r>
          </w:p>
        </w:tc>
      </w:tr>
    </w:tbl>
    <w:p w:rsidR="00857C11" w:rsidRPr="00840CD1" w:rsidRDefault="00840CD1">
      <w:pPr>
        <w:rPr>
          <w:sz w:val="28"/>
          <w:szCs w:val="28"/>
        </w:rPr>
      </w:pPr>
      <w:r w:rsidRPr="00840CD1">
        <w:rPr>
          <w:b/>
          <w:color w:val="1F4E79"/>
          <w:sz w:val="28"/>
          <w:szCs w:val="28"/>
        </w:rPr>
        <w:t>IV. Đi</w:t>
      </w:r>
      <w:r w:rsidRPr="00840CD1">
        <w:rPr>
          <w:b/>
          <w:color w:val="1F4E79"/>
          <w:sz w:val="28"/>
          <w:szCs w:val="28"/>
        </w:rPr>
        <w:t>ề</w:t>
      </w:r>
      <w:r w:rsidRPr="00840CD1">
        <w:rPr>
          <w:b/>
          <w:color w:val="1F4E79"/>
          <w:sz w:val="28"/>
          <w:szCs w:val="28"/>
        </w:rPr>
        <w:t>u ch</w:t>
      </w:r>
      <w:r w:rsidRPr="00840CD1">
        <w:rPr>
          <w:b/>
          <w:color w:val="1F4E79"/>
          <w:sz w:val="28"/>
          <w:szCs w:val="28"/>
        </w:rPr>
        <w:t>ỉ</w:t>
      </w:r>
      <w:r w:rsidRPr="00840CD1">
        <w:rPr>
          <w:b/>
          <w:color w:val="1F4E79"/>
          <w:sz w:val="28"/>
          <w:szCs w:val="28"/>
        </w:rPr>
        <w:t>nh sau bài d</w:t>
      </w:r>
      <w:r w:rsidRPr="00840CD1">
        <w:rPr>
          <w:b/>
          <w:color w:val="1F4E79"/>
          <w:sz w:val="28"/>
          <w:szCs w:val="28"/>
        </w:rPr>
        <w:t>ạ</w:t>
      </w:r>
      <w:r w:rsidRPr="00840CD1">
        <w:rPr>
          <w:b/>
          <w:color w:val="1F4E79"/>
          <w:sz w:val="28"/>
          <w:szCs w:val="28"/>
        </w:rPr>
        <w:t>y: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..............................................................................................................................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.................................................................................................</w:t>
      </w:r>
      <w:r w:rsidRPr="00840CD1">
        <w:rPr>
          <w:sz w:val="28"/>
          <w:szCs w:val="28"/>
        </w:rPr>
        <w:t>.............................</w:t>
      </w:r>
    </w:p>
    <w:p w:rsidR="00857C11" w:rsidRPr="00840CD1" w:rsidRDefault="00840CD1">
      <w:pPr>
        <w:rPr>
          <w:sz w:val="28"/>
          <w:szCs w:val="28"/>
        </w:rPr>
      </w:pPr>
      <w:r w:rsidRPr="00840CD1">
        <w:rPr>
          <w:sz w:val="28"/>
          <w:szCs w:val="28"/>
        </w:rPr>
        <w:t>..............................................................................................................................</w:t>
      </w:r>
    </w:p>
    <w:sectPr w:rsidR="00857C11" w:rsidRPr="00840C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40CD1"/>
    <w:rsid w:val="00857C1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627CE55"/>
  <w14:defaultImageDpi w14:val="300"/>
  <w15:docId w15:val="{C0F15266-CFC7-4733-B53C-D2835A23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2DCDB5-6948-4AE6-B139-BA888317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</dc:creator>
  <cp:keywords/>
  <dc:description>generated by python-docx</dc:description>
  <cp:lastModifiedBy>Tran</cp:lastModifiedBy>
  <cp:revision>2</cp:revision>
  <dcterms:created xsi:type="dcterms:W3CDTF">2026-02-26T03:53:00Z</dcterms:created>
  <dcterms:modified xsi:type="dcterms:W3CDTF">2026-02-26T03:53:00Z</dcterms:modified>
  <cp:category/>
</cp:coreProperties>
</file>