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E0733" w14:textId="77777777" w:rsidR="00C54FD5" w:rsidRDefault="00C3228F" w:rsidP="00791014">
      <w:pPr>
        <w:shd w:val="clear" w:color="auto" w:fill="FFFFFF" w:themeFill="background1"/>
        <w:spacing w:after="0" w:line="240" w:lineRule="auto"/>
        <w:jc w:val="center"/>
      </w:pPr>
      <w:r>
        <w:rPr>
          <w:b/>
        </w:rPr>
        <w:t>KẾ HOẠCH BÀI DẠY MÔN TIẾNG VIỆT LỚP 2 - TUẦN 33</w:t>
      </w:r>
    </w:p>
    <w:p w14:paraId="5A26E819" w14:textId="77777777" w:rsidR="00C54FD5" w:rsidRDefault="00C3228F" w:rsidP="00791014">
      <w:pPr>
        <w:shd w:val="clear" w:color="auto" w:fill="FFFFFF" w:themeFill="background1"/>
        <w:spacing w:after="0" w:line="240" w:lineRule="auto"/>
        <w:jc w:val="center"/>
      </w:pPr>
      <w:r>
        <w:rPr>
          <w:b/>
        </w:rPr>
        <w:t>CHỦ ĐỀ: VIỆT NAM QUÊ HƯƠNG EM</w:t>
      </w:r>
    </w:p>
    <w:p w14:paraId="21A2E63E" w14:textId="77777777" w:rsidR="00C54FD5" w:rsidRDefault="00C3228F" w:rsidP="00791014">
      <w:pPr>
        <w:shd w:val="clear" w:color="auto" w:fill="FFFFFF" w:themeFill="background1"/>
        <w:spacing w:after="0" w:line="240" w:lineRule="auto"/>
        <w:jc w:val="center"/>
      </w:pPr>
      <w:r>
        <w:rPr>
          <w:b/>
        </w:rPr>
        <w:t>BÀI 27: CHUYỆN QUẢ BẦU</w:t>
      </w:r>
    </w:p>
    <w:p w14:paraId="0167A63A" w14:textId="77777777" w:rsidR="00C54FD5" w:rsidRDefault="00C3228F" w:rsidP="00791014">
      <w:pPr>
        <w:shd w:val="clear" w:color="auto" w:fill="FFFFFF" w:themeFill="background1"/>
        <w:spacing w:after="60" w:line="240" w:lineRule="auto"/>
        <w:jc w:val="center"/>
      </w:pPr>
      <w:r>
        <w:rPr>
          <w:b/>
        </w:rPr>
        <w:t>TIẾT 1 - 2: ĐỌC - CHUYỆN QUẢ BẦU</w:t>
      </w:r>
    </w:p>
    <w:p w14:paraId="0060C069" w14:textId="77777777" w:rsidR="00C54FD5" w:rsidRDefault="00C3228F" w:rsidP="00791014">
      <w:pPr>
        <w:shd w:val="clear" w:color="auto" w:fill="FFFFFF" w:themeFill="background1"/>
        <w:spacing w:after="0" w:line="240" w:lineRule="auto"/>
      </w:pPr>
      <w:r>
        <w:rPr>
          <w:b/>
        </w:rPr>
        <w:t>I. YÊU CẦU CẦN ĐẠT</w:t>
      </w:r>
    </w:p>
    <w:p w14:paraId="1AC23E9C" w14:textId="77777777" w:rsidR="00C54FD5" w:rsidRDefault="00C3228F" w:rsidP="00791014">
      <w:pPr>
        <w:shd w:val="clear" w:color="auto" w:fill="FFFFFF" w:themeFill="background1"/>
        <w:spacing w:after="0" w:line="240" w:lineRule="auto"/>
      </w:pPr>
      <w:r>
        <w:rPr>
          <w:b/>
        </w:rPr>
        <w:t>1. Năng lực đặc thù</w:t>
      </w:r>
    </w:p>
    <w:p w14:paraId="28E8AA12" w14:textId="77777777" w:rsidR="00C54FD5" w:rsidRDefault="00C3228F" w:rsidP="00791014">
      <w:pPr>
        <w:shd w:val="clear" w:color="auto" w:fill="FFFFFF" w:themeFill="background1"/>
        <w:spacing w:after="0" w:line="240" w:lineRule="auto"/>
      </w:pPr>
      <w:r>
        <w:t>- Đọc đúng, rõ ràng văn bản truyện; biết ngắt nghỉ hơi ở chỗ có dấu câu; đọc đúng lời người kể và lời nhân vật.</w:t>
      </w:r>
    </w:p>
    <w:p w14:paraId="00D135E1" w14:textId="77777777" w:rsidR="00C54FD5" w:rsidRDefault="00C3228F" w:rsidP="00791014">
      <w:pPr>
        <w:shd w:val="clear" w:color="auto" w:fill="FFFFFF" w:themeFill="background1"/>
        <w:spacing w:after="0" w:line="240" w:lineRule="auto"/>
      </w:pPr>
      <w:r>
        <w:t>- Hiểu nội dung câu chuyện: giải thích theo truyện dân gian về nguồn gốc các dân tộc anh em trên đất nước ta; nhận biết ý nghĩa đoàn kết, yêu thương giữa các dân tộc.</w:t>
      </w:r>
    </w:p>
    <w:p w14:paraId="750CBB32" w14:textId="77777777" w:rsidR="00C54FD5" w:rsidRDefault="00C3228F" w:rsidP="00791014">
      <w:pPr>
        <w:shd w:val="clear" w:color="auto" w:fill="FFFFFF" w:themeFill="background1"/>
        <w:spacing w:after="0" w:line="240" w:lineRule="auto"/>
      </w:pPr>
      <w:r>
        <w:t>- Trả lời được các câu hỏi đọc hiểu; tìm được tên một số dân tộc trong bài; biết kết hợp từ ngữ để tạo câu nêu đặc điểm.</w:t>
      </w:r>
    </w:p>
    <w:p w14:paraId="047671CB" w14:textId="77777777" w:rsidR="00C54FD5" w:rsidRDefault="00C3228F" w:rsidP="00791014">
      <w:pPr>
        <w:shd w:val="clear" w:color="auto" w:fill="FFFFFF" w:themeFill="background1"/>
        <w:spacing w:after="0" w:line="240" w:lineRule="auto"/>
      </w:pPr>
      <w:r>
        <w:rPr>
          <w:b/>
        </w:rPr>
        <w:t>2. Năng lực chung</w:t>
      </w:r>
    </w:p>
    <w:p w14:paraId="4EF824BA" w14:textId="77777777" w:rsidR="00C54FD5" w:rsidRDefault="00C3228F" w:rsidP="00791014">
      <w:pPr>
        <w:shd w:val="clear" w:color="auto" w:fill="FFFFFF" w:themeFill="background1"/>
        <w:spacing w:after="0" w:line="240" w:lineRule="auto"/>
      </w:pPr>
      <w:r>
        <w:t>- Tự chủ và tự học: Chủ động đọc thầm, tìm chi tiết trong văn bản, tự điều chỉnh cách đọc.</w:t>
      </w:r>
    </w:p>
    <w:p w14:paraId="20A5E550" w14:textId="77777777" w:rsidR="00C54FD5" w:rsidRDefault="00C3228F" w:rsidP="00791014">
      <w:pPr>
        <w:shd w:val="clear" w:color="auto" w:fill="FFFFFF" w:themeFill="background1"/>
        <w:spacing w:after="0" w:line="240" w:lineRule="auto"/>
      </w:pPr>
      <w:r>
        <w:t>- Giao tiếp và hợp tác: Biết trao đổi nhóm đôi, nhóm ba khi luyện đọc và trả lời câu hỏi; biết lắng nghe bạn trình bày.</w:t>
      </w:r>
    </w:p>
    <w:p w14:paraId="175AFD90" w14:textId="77777777" w:rsidR="00C54FD5" w:rsidRDefault="00C3228F" w:rsidP="00791014">
      <w:pPr>
        <w:shd w:val="clear" w:color="auto" w:fill="FFFFFF" w:themeFill="background1"/>
        <w:spacing w:after="0" w:line="240" w:lineRule="auto"/>
      </w:pPr>
      <w:r>
        <w:t>- Giải quyết vấn đề và sáng tạo: Biết rút ra bài học về đoàn kết, giúp đỡ nhau và vận dụng vào tình huống ở lớp.</w:t>
      </w:r>
    </w:p>
    <w:p w14:paraId="18BE4C71" w14:textId="77777777" w:rsidR="00C54FD5" w:rsidRDefault="00C3228F" w:rsidP="00791014">
      <w:pPr>
        <w:shd w:val="clear" w:color="auto" w:fill="FFFFFF" w:themeFill="background1"/>
        <w:spacing w:after="0" w:line="240" w:lineRule="auto"/>
      </w:pPr>
      <w:r>
        <w:rPr>
          <w:b/>
        </w:rPr>
        <w:t>3. Phẩm chất</w:t>
      </w:r>
    </w:p>
    <w:p w14:paraId="57873755" w14:textId="77777777" w:rsidR="00C54FD5" w:rsidRDefault="00C3228F" w:rsidP="00791014">
      <w:pPr>
        <w:shd w:val="clear" w:color="auto" w:fill="FFFFFF" w:themeFill="background1"/>
        <w:spacing w:after="0" w:line="240" w:lineRule="auto"/>
      </w:pPr>
      <w:r>
        <w:t>- Nhân ái: Yêu thương, tôn trọng bạn bè thuộc các vùng miền, dân tộc khác nhau.</w:t>
      </w:r>
    </w:p>
    <w:p w14:paraId="79629F20" w14:textId="77777777" w:rsidR="00C54FD5" w:rsidRDefault="00C3228F" w:rsidP="00791014">
      <w:pPr>
        <w:shd w:val="clear" w:color="auto" w:fill="FFFFFF" w:themeFill="background1"/>
        <w:spacing w:after="0" w:line="240" w:lineRule="auto"/>
      </w:pPr>
      <w:r>
        <w:t>- Yêu nước: Tự hào về các dân tộc anh em trên đất nước Việt Nam.</w:t>
      </w:r>
    </w:p>
    <w:p w14:paraId="577F9A5D" w14:textId="77777777" w:rsidR="00C54FD5" w:rsidRDefault="00C3228F" w:rsidP="00791014">
      <w:pPr>
        <w:shd w:val="clear" w:color="auto" w:fill="FFFFFF" w:themeFill="background1"/>
        <w:spacing w:after="0" w:line="240" w:lineRule="auto"/>
      </w:pPr>
      <w:r>
        <w:t>- Trách nhiệm: Có ý thức đoàn kết, giúp đỡ bạn và chia sẻ khi đồng bào gặp khó khăn, thiên tai.</w:t>
      </w:r>
    </w:p>
    <w:p w14:paraId="5551D8D8" w14:textId="77777777" w:rsidR="00C54FD5" w:rsidRDefault="00C3228F" w:rsidP="00791014">
      <w:pPr>
        <w:shd w:val="clear" w:color="auto" w:fill="FFFFFF" w:themeFill="background1"/>
        <w:spacing w:after="0" w:line="240" w:lineRule="auto"/>
      </w:pPr>
      <w:r>
        <w:rPr>
          <w:b/>
        </w:rPr>
        <w:t>4. Tích hợp</w:t>
      </w:r>
    </w:p>
    <w:p w14:paraId="3FF8C85C" w14:textId="77777777" w:rsidR="00C54FD5" w:rsidRDefault="00C3228F" w:rsidP="00791014">
      <w:pPr>
        <w:shd w:val="clear" w:color="auto" w:fill="FFFFFF" w:themeFill="background1"/>
        <w:spacing w:after="0" w:line="240" w:lineRule="auto"/>
      </w:pPr>
      <w:r>
        <w:rPr>
          <w:color w:val="C00000"/>
        </w:rPr>
        <w:t>- Tích hợp QPAN/ANQP, đạo đức, lối sống: Giáo dục HS ý thức đoàn kết các dân tộc, yêu mến đồng bào trên cùng Tổ quốc; biết giúp đỡ nhau khi gặp khó khăn, thiên tai; hình thành trách nhiệm nhỏ bé của học sinh trong xây dựng khối đoàn kết.</w:t>
      </w:r>
    </w:p>
    <w:p w14:paraId="462B4EDB" w14:textId="77777777" w:rsidR="00C54FD5" w:rsidRDefault="00C3228F" w:rsidP="00791014">
      <w:pPr>
        <w:shd w:val="clear" w:color="auto" w:fill="FFFFFF" w:themeFill="background1"/>
        <w:spacing w:after="0" w:line="240" w:lineRule="auto"/>
      </w:pPr>
      <w:r>
        <w:rPr>
          <w:b/>
        </w:rPr>
        <w:t>II. ĐỒ DÙNG DẠY HỌC</w:t>
      </w:r>
    </w:p>
    <w:p w14:paraId="067D14CF" w14:textId="77777777" w:rsidR="00C54FD5" w:rsidRDefault="00C3228F" w:rsidP="00791014">
      <w:pPr>
        <w:shd w:val="clear" w:color="auto" w:fill="FFFFFF" w:themeFill="background1"/>
        <w:spacing w:after="0" w:line="240" w:lineRule="auto"/>
      </w:pPr>
      <w:r>
        <w:t>- GV: Tranh minh hoạ bài đọc cắt từ SGK, thẻ từ tên dân tộc, phiếu thảo luận câu hỏi đọc hiểu, máy chiếu/tivi.</w:t>
      </w:r>
    </w:p>
    <w:p w14:paraId="0793F63C" w14:textId="77777777" w:rsidR="00C54FD5" w:rsidRDefault="00C3228F" w:rsidP="00791014">
      <w:pPr>
        <w:shd w:val="clear" w:color="auto" w:fill="FFFFFF" w:themeFill="background1"/>
        <w:spacing w:after="0" w:line="240" w:lineRule="auto"/>
      </w:pPr>
      <w:r>
        <w:t>- HS: SGK Tiếng Việt 2, Vở bài tập Tiếng Việt, vở ô ly, bút chì.</w:t>
      </w:r>
    </w:p>
    <w:p w14:paraId="525A15A4" w14:textId="77777777" w:rsidR="00C54FD5" w:rsidRDefault="00C3228F" w:rsidP="00791014">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272"/>
        <w:gridCol w:w="5272"/>
      </w:tblGrid>
      <w:tr w:rsidR="00C54FD5" w14:paraId="44E6D934" w14:textId="77777777" w:rsidTr="00791014">
        <w:trPr>
          <w:jc w:val="center"/>
        </w:trPr>
        <w:tc>
          <w:tcPr>
            <w:tcW w:w="5272" w:type="dxa"/>
            <w:tcBorders>
              <w:bottom w:val="single" w:sz="6" w:space="0" w:color="000000"/>
            </w:tcBorders>
            <w:shd w:val="clear" w:color="auto" w:fill="D9EAF7"/>
            <w:tcMar>
              <w:top w:w="40" w:type="dxa"/>
              <w:left w:w="60" w:type="dxa"/>
              <w:bottom w:w="40" w:type="dxa"/>
              <w:right w:w="60" w:type="dxa"/>
            </w:tcMar>
            <w:vAlign w:val="center"/>
          </w:tcPr>
          <w:p w14:paraId="64FD171B" w14:textId="77777777" w:rsidR="00C54FD5" w:rsidRDefault="00C3228F" w:rsidP="00791014">
            <w:pPr>
              <w:shd w:val="clear" w:color="auto" w:fill="FFFFFF" w:themeFill="background1"/>
              <w:spacing w:after="0"/>
              <w:jc w:val="center"/>
            </w:pPr>
            <w:r>
              <w:rPr>
                <w:b/>
              </w:rPr>
              <w:t>Hoạt động của giáo viên</w:t>
            </w:r>
          </w:p>
        </w:tc>
        <w:tc>
          <w:tcPr>
            <w:tcW w:w="5272" w:type="dxa"/>
            <w:tcBorders>
              <w:bottom w:val="single" w:sz="6" w:space="0" w:color="000000"/>
            </w:tcBorders>
            <w:shd w:val="clear" w:color="auto" w:fill="D9EAF7"/>
            <w:tcMar>
              <w:top w:w="40" w:type="dxa"/>
              <w:left w:w="60" w:type="dxa"/>
              <w:bottom w:w="40" w:type="dxa"/>
              <w:right w:w="60" w:type="dxa"/>
            </w:tcMar>
            <w:vAlign w:val="center"/>
          </w:tcPr>
          <w:p w14:paraId="5C6C618A" w14:textId="77777777" w:rsidR="00C54FD5" w:rsidRDefault="00C3228F" w:rsidP="00791014">
            <w:pPr>
              <w:shd w:val="clear" w:color="auto" w:fill="FFFFFF" w:themeFill="background1"/>
              <w:spacing w:after="0"/>
              <w:jc w:val="center"/>
            </w:pPr>
            <w:r>
              <w:rPr>
                <w:b/>
              </w:rPr>
              <w:t>Hoạt động của học sinh</w:t>
            </w:r>
          </w:p>
        </w:tc>
      </w:tr>
      <w:tr w:rsidR="00C54FD5" w14:paraId="6F7BB7DB"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67277335" w14:textId="77777777" w:rsidR="00C54FD5" w:rsidRDefault="00C3228F" w:rsidP="00791014">
            <w:pPr>
              <w:shd w:val="clear" w:color="auto" w:fill="FFFFFF" w:themeFill="background1"/>
              <w:spacing w:after="0" w:line="240" w:lineRule="auto"/>
            </w:pPr>
            <w:r>
              <w:rPr>
                <w:b/>
              </w:rPr>
              <w:t>TIẾT 1</w:t>
            </w:r>
            <w:r>
              <w:br/>
            </w:r>
            <w:r>
              <w:rPr>
                <w:b/>
              </w:rPr>
              <w:t>1. KHỞI ĐỘNG (5 phút)</w:t>
            </w:r>
            <w:r>
              <w:br/>
            </w:r>
            <w:r>
              <w:rPr>
                <w:i/>
              </w:rPr>
              <w:t>Mục tiêu: HS nhớ lại chủ điểm Việt Nam quê hương em; quan sát tranh minh hoạ để dự đoán nội dung truyện.</w:t>
            </w:r>
          </w:p>
        </w:tc>
      </w:tr>
      <w:tr w:rsidR="00C54FD5" w14:paraId="15C57C15" w14:textId="77777777" w:rsidTr="00791014">
        <w:trPr>
          <w:jc w:val="center"/>
        </w:trPr>
        <w:tc>
          <w:tcPr>
            <w:tcW w:w="4800" w:type="dxa"/>
            <w:tcBorders>
              <w:top w:val="single" w:sz="6" w:space="0" w:color="000000"/>
            </w:tcBorders>
            <w:tcMar>
              <w:top w:w="40" w:type="dxa"/>
              <w:left w:w="60" w:type="dxa"/>
              <w:bottom w:w="40" w:type="dxa"/>
              <w:right w:w="60" w:type="dxa"/>
            </w:tcMar>
          </w:tcPr>
          <w:p w14:paraId="78493335" w14:textId="77777777" w:rsidR="00C54FD5" w:rsidRDefault="00C3228F" w:rsidP="00791014">
            <w:pPr>
              <w:shd w:val="clear" w:color="auto" w:fill="FFFFFF" w:themeFill="background1"/>
              <w:spacing w:after="0" w:line="240" w:lineRule="auto"/>
            </w:pPr>
            <w:r>
              <w:t>- GV giới thiệu chủ điểm: Tuần 33 tiếp tục chủ điểm Việt Nam quê hương em. Ở chủ điểm này, các em được đọc những câu chuyện, bài văn nói về đất nước, biển đảo, các dân tộc anh em và những điều đẹp đẽ của quê hương.</w:t>
            </w:r>
          </w:p>
        </w:tc>
        <w:tc>
          <w:tcPr>
            <w:tcW w:w="4800" w:type="dxa"/>
            <w:tcBorders>
              <w:top w:val="single" w:sz="6" w:space="0" w:color="000000"/>
            </w:tcBorders>
            <w:tcMar>
              <w:top w:w="40" w:type="dxa"/>
              <w:left w:w="60" w:type="dxa"/>
              <w:bottom w:w="40" w:type="dxa"/>
              <w:right w:w="60" w:type="dxa"/>
            </w:tcMar>
          </w:tcPr>
          <w:p w14:paraId="2B3E72C3" w14:textId="77777777" w:rsidR="00C54FD5" w:rsidRDefault="00C3228F" w:rsidP="00791014">
            <w:pPr>
              <w:shd w:val="clear" w:color="auto" w:fill="FFFFFF" w:themeFill="background1"/>
              <w:spacing w:after="0" w:line="240" w:lineRule="auto"/>
            </w:pPr>
            <w:r>
              <w:t>- HS lắng nghe; nêu: Em sẽ tìm hiểu thêm về đất nước, các dân tộc, biển đảo và cảnh đẹp Việt Nam.</w:t>
            </w:r>
          </w:p>
        </w:tc>
      </w:tr>
      <w:tr w:rsidR="00C54FD5" w14:paraId="5D781960" w14:textId="77777777" w:rsidTr="00791014">
        <w:trPr>
          <w:jc w:val="center"/>
        </w:trPr>
        <w:tc>
          <w:tcPr>
            <w:tcW w:w="4800" w:type="dxa"/>
            <w:tcMar>
              <w:top w:w="40" w:type="dxa"/>
              <w:left w:w="60" w:type="dxa"/>
              <w:bottom w:w="40" w:type="dxa"/>
              <w:right w:w="60" w:type="dxa"/>
            </w:tcMar>
          </w:tcPr>
          <w:p w14:paraId="5435F1EB" w14:textId="77777777" w:rsidR="00C54FD5" w:rsidRDefault="00C3228F" w:rsidP="00791014">
            <w:pPr>
              <w:shd w:val="clear" w:color="auto" w:fill="FFFFFF" w:themeFill="background1"/>
              <w:spacing w:after="0" w:line="240" w:lineRule="auto"/>
            </w:pPr>
            <w:r>
              <w:t>- GV hỏi: Khi nhắc đến quê hương Việt Nam, em nghĩ đến những hình ảnh hoặc con người nào?</w:t>
            </w:r>
          </w:p>
        </w:tc>
        <w:tc>
          <w:tcPr>
            <w:tcW w:w="4800" w:type="dxa"/>
            <w:tcMar>
              <w:top w:w="40" w:type="dxa"/>
              <w:left w:w="60" w:type="dxa"/>
              <w:bottom w:w="40" w:type="dxa"/>
              <w:right w:w="60" w:type="dxa"/>
            </w:tcMar>
          </w:tcPr>
          <w:p w14:paraId="348E985E" w14:textId="77777777" w:rsidR="00C54FD5" w:rsidRDefault="00C3228F" w:rsidP="00791014">
            <w:pPr>
              <w:shd w:val="clear" w:color="auto" w:fill="FFFFFF" w:themeFill="background1"/>
              <w:spacing w:after="0" w:line="240" w:lineRule="auto"/>
            </w:pPr>
            <w:r>
              <w:t>- HS nêu: lá cờ đỏ sao vàng, Bác Hồ, chú bộ đội hải quân, đồng bào các dân tộc, biển đảo, ruộng đồng, gia đình, trường học.</w:t>
            </w:r>
          </w:p>
        </w:tc>
      </w:tr>
      <w:tr w:rsidR="00C54FD5" w14:paraId="711FB24B" w14:textId="77777777" w:rsidTr="00791014">
        <w:trPr>
          <w:jc w:val="center"/>
        </w:trPr>
        <w:tc>
          <w:tcPr>
            <w:tcW w:w="4800" w:type="dxa"/>
            <w:tcMar>
              <w:top w:w="40" w:type="dxa"/>
              <w:left w:w="60" w:type="dxa"/>
              <w:bottom w:w="40" w:type="dxa"/>
              <w:right w:w="60" w:type="dxa"/>
            </w:tcMar>
          </w:tcPr>
          <w:p w14:paraId="63725FCC" w14:textId="77777777" w:rsidR="00C54FD5" w:rsidRDefault="00C3228F" w:rsidP="00791014">
            <w:pPr>
              <w:shd w:val="clear" w:color="auto" w:fill="FFFFFF" w:themeFill="background1"/>
              <w:spacing w:after="0" w:line="240" w:lineRule="auto"/>
            </w:pPr>
            <w:r>
              <w:t>- GV yêu cầu HS quan sát tranh minh hoạ bài Chuyện quả bầu và dự đoán: Câu chuyện có những nhân vật nào? Có điều gì đặc biệt trong tranh?</w:t>
            </w:r>
          </w:p>
          <w:p w14:paraId="35D212D7" w14:textId="08EE32FC" w:rsidR="00C54FD5" w:rsidRDefault="00C54FD5" w:rsidP="00791014">
            <w:pPr>
              <w:shd w:val="clear" w:color="auto" w:fill="FFFFFF" w:themeFill="background1"/>
              <w:spacing w:after="0"/>
              <w:jc w:val="center"/>
            </w:pPr>
          </w:p>
        </w:tc>
        <w:tc>
          <w:tcPr>
            <w:tcW w:w="4800" w:type="dxa"/>
            <w:tcMar>
              <w:top w:w="40" w:type="dxa"/>
              <w:left w:w="60" w:type="dxa"/>
              <w:bottom w:w="40" w:type="dxa"/>
              <w:right w:w="60" w:type="dxa"/>
            </w:tcMar>
          </w:tcPr>
          <w:p w14:paraId="57299400" w14:textId="77777777" w:rsidR="00C54FD5" w:rsidRDefault="00C3228F" w:rsidP="00791014">
            <w:pPr>
              <w:shd w:val="clear" w:color="auto" w:fill="FFFFFF" w:themeFill="background1"/>
              <w:spacing w:after="0" w:line="240" w:lineRule="auto"/>
            </w:pPr>
            <w:r>
              <w:t>- HS quan sát tranh. Dự kiến: Có vợ chồng trong khúc gỗ, con dúi, quả bầu, nhiều người đi ra từ quả bầu; có thể câu chuyện nói về nguồn gốc các dân tộc.</w:t>
            </w:r>
          </w:p>
        </w:tc>
      </w:tr>
      <w:tr w:rsidR="00C54FD5" w14:paraId="6FB4B006" w14:textId="77777777" w:rsidTr="00791014">
        <w:trPr>
          <w:jc w:val="center"/>
        </w:trPr>
        <w:tc>
          <w:tcPr>
            <w:tcW w:w="4800" w:type="dxa"/>
            <w:tcMar>
              <w:top w:w="40" w:type="dxa"/>
              <w:left w:w="60" w:type="dxa"/>
              <w:bottom w:w="40" w:type="dxa"/>
              <w:right w:w="60" w:type="dxa"/>
            </w:tcMar>
          </w:tcPr>
          <w:p w14:paraId="6807CF78" w14:textId="77777777" w:rsidR="00C54FD5" w:rsidRDefault="00C3228F" w:rsidP="00791014">
            <w:pPr>
              <w:shd w:val="clear" w:color="auto" w:fill="FFFFFF" w:themeFill="background1"/>
              <w:spacing w:after="0" w:line="240" w:lineRule="auto"/>
            </w:pPr>
            <w:r>
              <w:lastRenderedPageBreak/>
              <w:t>- GV mời 2-3 HS nêu dự đoán; nhắc HS nói thành câu, không chê ý kiến của bạn.</w:t>
            </w:r>
          </w:p>
        </w:tc>
        <w:tc>
          <w:tcPr>
            <w:tcW w:w="4800" w:type="dxa"/>
            <w:tcMar>
              <w:top w:w="40" w:type="dxa"/>
              <w:left w:w="60" w:type="dxa"/>
              <w:bottom w:w="40" w:type="dxa"/>
              <w:right w:w="60" w:type="dxa"/>
            </w:tcMar>
          </w:tcPr>
          <w:p w14:paraId="0EAF21E9" w14:textId="77777777" w:rsidR="00C54FD5" w:rsidRDefault="00C3228F" w:rsidP="00791014">
            <w:pPr>
              <w:shd w:val="clear" w:color="auto" w:fill="FFFFFF" w:themeFill="background1"/>
              <w:spacing w:after="0" w:line="240" w:lineRule="auto"/>
            </w:pPr>
            <w:r>
              <w:t>- HS trình bày dự đoán; HS khác lắng nghe và bổ sung bằng lời lịch sự.</w:t>
            </w:r>
          </w:p>
        </w:tc>
      </w:tr>
      <w:tr w:rsidR="00C54FD5" w14:paraId="049FC3A8" w14:textId="77777777" w:rsidTr="00791014">
        <w:trPr>
          <w:jc w:val="center"/>
        </w:trPr>
        <w:tc>
          <w:tcPr>
            <w:tcW w:w="4800" w:type="dxa"/>
            <w:tcMar>
              <w:top w:w="40" w:type="dxa"/>
              <w:left w:w="60" w:type="dxa"/>
              <w:bottom w:w="40" w:type="dxa"/>
              <w:right w:w="60" w:type="dxa"/>
            </w:tcMar>
          </w:tcPr>
          <w:p w14:paraId="01D1C1DB" w14:textId="77777777" w:rsidR="00C54FD5" w:rsidRDefault="00C3228F" w:rsidP="00791014">
            <w:pPr>
              <w:shd w:val="clear" w:color="auto" w:fill="FFFFFF" w:themeFill="background1"/>
              <w:spacing w:after="0" w:line="240" w:lineRule="auto"/>
            </w:pPr>
            <w:r>
              <w:t>- GV giới thiệu bài: Hôm nay chúng ta đọc truyện Chuyện quả bầu để biết vì sao câu chuyện nhắc đến các dân tộc anh em trên đất nước ta.</w:t>
            </w:r>
          </w:p>
        </w:tc>
        <w:tc>
          <w:tcPr>
            <w:tcW w:w="4800" w:type="dxa"/>
            <w:tcMar>
              <w:top w:w="40" w:type="dxa"/>
              <w:left w:w="60" w:type="dxa"/>
              <w:bottom w:w="40" w:type="dxa"/>
              <w:right w:w="60" w:type="dxa"/>
            </w:tcMar>
          </w:tcPr>
          <w:p w14:paraId="6706A2C8" w14:textId="77777777" w:rsidR="00C54FD5" w:rsidRDefault="00C3228F" w:rsidP="00791014">
            <w:pPr>
              <w:shd w:val="clear" w:color="auto" w:fill="FFFFFF" w:themeFill="background1"/>
              <w:spacing w:after="0" w:line="240" w:lineRule="auto"/>
            </w:pPr>
            <w:r>
              <w:t>- HS lắng nghe, ghi tên bài: Chuyện quả bầu.</w:t>
            </w:r>
          </w:p>
        </w:tc>
      </w:tr>
      <w:tr w:rsidR="00C54FD5" w14:paraId="06499D2D" w14:textId="77777777" w:rsidTr="00791014">
        <w:trPr>
          <w:jc w:val="center"/>
        </w:trPr>
        <w:tc>
          <w:tcPr>
            <w:tcW w:w="4800" w:type="dxa"/>
            <w:tcBorders>
              <w:bottom w:val="single" w:sz="6" w:space="0" w:color="000000"/>
            </w:tcBorders>
            <w:tcMar>
              <w:top w:w="40" w:type="dxa"/>
              <w:left w:w="60" w:type="dxa"/>
              <w:bottom w:w="40" w:type="dxa"/>
              <w:right w:w="60" w:type="dxa"/>
            </w:tcMar>
          </w:tcPr>
          <w:p w14:paraId="0021A4DB" w14:textId="77777777" w:rsidR="00C54FD5" w:rsidRDefault="00C3228F" w:rsidP="00791014">
            <w:pPr>
              <w:shd w:val="clear" w:color="auto" w:fill="FFFFFF" w:themeFill="background1"/>
              <w:spacing w:after="0" w:line="240" w:lineRule="auto"/>
            </w:pPr>
            <w:r>
              <w:t>- GV kết luận ngắn: Khi đọc truyện dân gian, các em cần chú ý sự việc chính, lời nhân vật và bài học mà câu chuyện gửi gắm.</w:t>
            </w:r>
          </w:p>
        </w:tc>
        <w:tc>
          <w:tcPr>
            <w:tcW w:w="4800" w:type="dxa"/>
            <w:tcBorders>
              <w:bottom w:val="single" w:sz="6" w:space="0" w:color="000000"/>
            </w:tcBorders>
            <w:tcMar>
              <w:top w:w="40" w:type="dxa"/>
              <w:left w:w="60" w:type="dxa"/>
              <w:bottom w:w="40" w:type="dxa"/>
              <w:right w:w="60" w:type="dxa"/>
            </w:tcMar>
          </w:tcPr>
          <w:p w14:paraId="25BE081A" w14:textId="77777777" w:rsidR="00C54FD5" w:rsidRDefault="00C3228F" w:rsidP="00791014">
            <w:pPr>
              <w:shd w:val="clear" w:color="auto" w:fill="FFFFFF" w:themeFill="background1"/>
              <w:spacing w:after="0" w:line="240" w:lineRule="auto"/>
            </w:pPr>
            <w:r>
              <w:t>- HS chuẩn bị đọc bài, mở SGK đúng trang.</w:t>
            </w:r>
          </w:p>
        </w:tc>
      </w:tr>
      <w:tr w:rsidR="00C54FD5" w14:paraId="3DA6DA1F"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511F6D09" w14:textId="77777777" w:rsidR="00C54FD5" w:rsidRDefault="00C3228F" w:rsidP="00791014">
            <w:pPr>
              <w:shd w:val="clear" w:color="auto" w:fill="FFFFFF" w:themeFill="background1"/>
              <w:spacing w:after="0" w:line="240" w:lineRule="auto"/>
            </w:pPr>
            <w:r>
              <w:rPr>
                <w:b/>
              </w:rPr>
              <w:t>2. KHÁM PHÁ KIẾN THỨC (27 phút)</w:t>
            </w:r>
            <w:r>
              <w:br/>
            </w:r>
            <w:r>
              <w:rPr>
                <w:i/>
              </w:rPr>
              <w:t>Mục tiêu: HS đọc đúng văn bản truyện; hiểu nghĩa từ khó; bước đầu nắm được mạch sự việc của câu chuyện.</w:t>
            </w:r>
          </w:p>
        </w:tc>
      </w:tr>
      <w:tr w:rsidR="00C54FD5" w14:paraId="44CED46A"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450AA7A9" w14:textId="77777777" w:rsidR="00C54FD5" w:rsidRDefault="00C3228F" w:rsidP="00791014">
            <w:pPr>
              <w:shd w:val="clear" w:color="auto" w:fill="FFFFFF" w:themeFill="background1"/>
              <w:spacing w:after="0" w:line="240" w:lineRule="auto"/>
            </w:pPr>
            <w:r>
              <w:rPr>
                <w:b/>
              </w:rPr>
              <w:t>Hoạt động 1: Đọc văn bản</w:t>
            </w:r>
          </w:p>
        </w:tc>
      </w:tr>
      <w:tr w:rsidR="00C54FD5" w14:paraId="28665A6F" w14:textId="77777777" w:rsidTr="00791014">
        <w:trPr>
          <w:jc w:val="center"/>
        </w:trPr>
        <w:tc>
          <w:tcPr>
            <w:tcW w:w="4800" w:type="dxa"/>
            <w:tcBorders>
              <w:top w:val="single" w:sz="6" w:space="0" w:color="000000"/>
            </w:tcBorders>
            <w:tcMar>
              <w:top w:w="40" w:type="dxa"/>
              <w:left w:w="60" w:type="dxa"/>
              <w:bottom w:w="40" w:type="dxa"/>
              <w:right w:w="60" w:type="dxa"/>
            </w:tcMar>
          </w:tcPr>
          <w:p w14:paraId="4DB7AE10" w14:textId="77777777" w:rsidR="00C54FD5" w:rsidRDefault="00C3228F" w:rsidP="00791014">
            <w:pPr>
              <w:shd w:val="clear" w:color="auto" w:fill="FFFFFF" w:themeFill="background1"/>
              <w:spacing w:after="0" w:line="240" w:lineRule="auto"/>
            </w:pPr>
            <w:r>
              <w:t>- GV giới thiệu ngắn: Đây là một truyện cổ của người Khơ Mú. Khi đọc, các em chú ý các sự việc: vợ chồng đi rừng bắt được con dúi, con dúi báo lũ, hai vợ chồng thoát nạn và quả bầu sinh ra nhiều dân tộc.</w:t>
            </w:r>
          </w:p>
        </w:tc>
        <w:tc>
          <w:tcPr>
            <w:tcW w:w="4800" w:type="dxa"/>
            <w:tcBorders>
              <w:top w:val="single" w:sz="6" w:space="0" w:color="000000"/>
            </w:tcBorders>
            <w:tcMar>
              <w:top w:w="40" w:type="dxa"/>
              <w:left w:w="60" w:type="dxa"/>
              <w:bottom w:w="40" w:type="dxa"/>
              <w:right w:w="60" w:type="dxa"/>
            </w:tcMar>
          </w:tcPr>
          <w:p w14:paraId="1A9D8790" w14:textId="77777777" w:rsidR="00C54FD5" w:rsidRDefault="00C3228F" w:rsidP="00791014">
            <w:pPr>
              <w:shd w:val="clear" w:color="auto" w:fill="FFFFFF" w:themeFill="background1"/>
              <w:spacing w:after="0" w:line="240" w:lineRule="auto"/>
            </w:pPr>
            <w:r>
              <w:t>- HS lắng nghe, xác định nhiệm vụ đọc: đọc đúng, chú ý nhân vật và sự việc chính.</w:t>
            </w:r>
          </w:p>
        </w:tc>
      </w:tr>
      <w:tr w:rsidR="00C54FD5" w14:paraId="15C09E4E" w14:textId="77777777" w:rsidTr="00791014">
        <w:trPr>
          <w:jc w:val="center"/>
        </w:trPr>
        <w:tc>
          <w:tcPr>
            <w:tcW w:w="4800" w:type="dxa"/>
            <w:tcMar>
              <w:top w:w="40" w:type="dxa"/>
              <w:left w:w="60" w:type="dxa"/>
              <w:bottom w:w="40" w:type="dxa"/>
              <w:right w:w="60" w:type="dxa"/>
            </w:tcMar>
          </w:tcPr>
          <w:p w14:paraId="79A813DC" w14:textId="77777777" w:rsidR="00C54FD5" w:rsidRDefault="00C3228F" w:rsidP="00791014">
            <w:pPr>
              <w:shd w:val="clear" w:color="auto" w:fill="FFFFFF" w:themeFill="background1"/>
              <w:spacing w:after="0" w:line="240" w:lineRule="auto"/>
            </w:pPr>
            <w:r>
              <w:t>- GV đọc mẫu toàn bài; hướng dẫn giọng đọc: người kể chậm rãi, rõ ràng; giọng con dúi biết ơn, lo lắng; giọng kể đoạn lũ lụt dồn dập hơn; đoạn cuối đọc ấm áp, vui tươi.</w:t>
            </w:r>
          </w:p>
        </w:tc>
        <w:tc>
          <w:tcPr>
            <w:tcW w:w="4800" w:type="dxa"/>
            <w:tcMar>
              <w:top w:w="40" w:type="dxa"/>
              <w:left w:w="60" w:type="dxa"/>
              <w:bottom w:w="40" w:type="dxa"/>
              <w:right w:w="60" w:type="dxa"/>
            </w:tcMar>
          </w:tcPr>
          <w:p w14:paraId="400EE053" w14:textId="77777777" w:rsidR="00C54FD5" w:rsidRDefault="00C3228F" w:rsidP="00791014">
            <w:pPr>
              <w:shd w:val="clear" w:color="auto" w:fill="FFFFFF" w:themeFill="background1"/>
              <w:spacing w:after="0" w:line="240" w:lineRule="auto"/>
            </w:pPr>
            <w:r>
              <w:t>- HS lắng nghe GV đọc mẫu, đọc thầm theo trong SGK, chú ý chỗ ngắt nghỉ.</w:t>
            </w:r>
          </w:p>
        </w:tc>
      </w:tr>
      <w:tr w:rsidR="00C54FD5" w14:paraId="49981DEE" w14:textId="77777777" w:rsidTr="00791014">
        <w:trPr>
          <w:jc w:val="center"/>
        </w:trPr>
        <w:tc>
          <w:tcPr>
            <w:tcW w:w="4800" w:type="dxa"/>
            <w:tcMar>
              <w:top w:w="40" w:type="dxa"/>
              <w:left w:w="60" w:type="dxa"/>
              <w:bottom w:w="40" w:type="dxa"/>
              <w:right w:w="60" w:type="dxa"/>
            </w:tcMar>
          </w:tcPr>
          <w:p w14:paraId="1985DB1F" w14:textId="77777777" w:rsidR="00C54FD5" w:rsidRDefault="00C3228F" w:rsidP="00791014">
            <w:pPr>
              <w:shd w:val="clear" w:color="auto" w:fill="FFFFFF" w:themeFill="background1"/>
              <w:spacing w:after="0" w:line="240" w:lineRule="auto"/>
            </w:pPr>
            <w:r>
              <w:t>- GV hỏi: Bài đọc có thể chia thành mấy đoạn theo diễn biến câu chuyện?</w:t>
            </w:r>
          </w:p>
        </w:tc>
        <w:tc>
          <w:tcPr>
            <w:tcW w:w="4800" w:type="dxa"/>
            <w:tcMar>
              <w:top w:w="40" w:type="dxa"/>
              <w:left w:w="60" w:type="dxa"/>
              <w:bottom w:w="40" w:type="dxa"/>
              <w:right w:w="60" w:type="dxa"/>
            </w:tcMar>
          </w:tcPr>
          <w:p w14:paraId="3F34045C" w14:textId="77777777" w:rsidR="00C54FD5" w:rsidRDefault="00C3228F" w:rsidP="00791014">
            <w:pPr>
              <w:shd w:val="clear" w:color="auto" w:fill="FFFFFF" w:themeFill="background1"/>
              <w:spacing w:after="0" w:line="240" w:lineRule="auto"/>
            </w:pPr>
            <w:r>
              <w:t>- HS trả lời: Có thể chia thành 3 đoạn. Đoạn 1: vợ chồng bắt được con dúi và thả nó. Đoạn 2: con dúi báo lũ, hai vợ chồng chuẩn bị khúc gỗ và thoát nạn. Đoạn 3: quả bầu sinh ra các dân tộc anh em.</w:t>
            </w:r>
          </w:p>
        </w:tc>
      </w:tr>
      <w:tr w:rsidR="00C54FD5" w14:paraId="0E12EA1C" w14:textId="77777777" w:rsidTr="00791014">
        <w:trPr>
          <w:jc w:val="center"/>
        </w:trPr>
        <w:tc>
          <w:tcPr>
            <w:tcW w:w="4800" w:type="dxa"/>
            <w:tcMar>
              <w:top w:w="40" w:type="dxa"/>
              <w:left w:w="60" w:type="dxa"/>
              <w:bottom w:w="40" w:type="dxa"/>
              <w:right w:w="60" w:type="dxa"/>
            </w:tcMar>
          </w:tcPr>
          <w:p w14:paraId="6BC10B80" w14:textId="77777777" w:rsidR="00C54FD5" w:rsidRDefault="00C3228F" w:rsidP="00791014">
            <w:pPr>
              <w:shd w:val="clear" w:color="auto" w:fill="FFFFFF" w:themeFill="background1"/>
              <w:spacing w:after="0" w:line="240" w:lineRule="auto"/>
            </w:pPr>
            <w:r>
              <w:t>- GV tổ chức HS đọc nối tiếp từng đoạn lần 1; yêu cầu lớp lắng nghe để phát hiện lỗi phát âm.</w:t>
            </w:r>
          </w:p>
        </w:tc>
        <w:tc>
          <w:tcPr>
            <w:tcW w:w="4800" w:type="dxa"/>
            <w:tcMar>
              <w:top w:w="40" w:type="dxa"/>
              <w:left w:w="60" w:type="dxa"/>
              <w:bottom w:w="40" w:type="dxa"/>
              <w:right w:w="60" w:type="dxa"/>
            </w:tcMar>
          </w:tcPr>
          <w:p w14:paraId="67E317BF" w14:textId="77777777" w:rsidR="00C54FD5" w:rsidRDefault="00C3228F" w:rsidP="00791014">
            <w:pPr>
              <w:shd w:val="clear" w:color="auto" w:fill="FFFFFF" w:themeFill="background1"/>
              <w:spacing w:after="0" w:line="240" w:lineRule="auto"/>
            </w:pPr>
            <w:r>
              <w:t>- HS đọc nối tiếp; HS khác lắng nghe, nhận xét bạn đọc rõ tiếng, đúng dấu câu.</w:t>
            </w:r>
          </w:p>
        </w:tc>
      </w:tr>
      <w:tr w:rsidR="00C54FD5" w14:paraId="39322BF1" w14:textId="77777777" w:rsidTr="00791014">
        <w:trPr>
          <w:jc w:val="center"/>
        </w:trPr>
        <w:tc>
          <w:tcPr>
            <w:tcW w:w="4800" w:type="dxa"/>
            <w:tcMar>
              <w:top w:w="40" w:type="dxa"/>
              <w:left w:w="60" w:type="dxa"/>
              <w:bottom w:w="40" w:type="dxa"/>
              <w:right w:w="60" w:type="dxa"/>
            </w:tcMar>
          </w:tcPr>
          <w:p w14:paraId="06ABE0FC" w14:textId="77777777" w:rsidR="00C54FD5" w:rsidRDefault="00C3228F" w:rsidP="00791014">
            <w:pPr>
              <w:shd w:val="clear" w:color="auto" w:fill="FFFFFF" w:themeFill="background1"/>
              <w:spacing w:after="0" w:line="240" w:lineRule="auto"/>
            </w:pPr>
            <w:r>
              <w:t>- GV hỏi: Trong bài có những từ nào em thấy khó đọc hoặc dễ đọc sai?</w:t>
            </w:r>
          </w:p>
        </w:tc>
        <w:tc>
          <w:tcPr>
            <w:tcW w:w="4800" w:type="dxa"/>
            <w:tcMar>
              <w:top w:w="40" w:type="dxa"/>
              <w:left w:w="60" w:type="dxa"/>
              <w:bottom w:w="40" w:type="dxa"/>
              <w:right w:w="60" w:type="dxa"/>
            </w:tcMar>
          </w:tcPr>
          <w:p w14:paraId="0AE2C87D" w14:textId="77777777" w:rsidR="00C54FD5" w:rsidRDefault="00C3228F" w:rsidP="00791014">
            <w:pPr>
              <w:shd w:val="clear" w:color="auto" w:fill="FFFFFF" w:themeFill="background1"/>
              <w:spacing w:after="0" w:line="240" w:lineRule="auto"/>
            </w:pPr>
            <w:r>
              <w:t>- HS nêu: con dúi, nương, tổ tiên, Khơ Mú, Thái, Mường, Dao, Nùng, Tày, Mông, Ê-đê, Ba-na, Kinh, lũ lụt, mưa to, gió lớn.</w:t>
            </w:r>
          </w:p>
        </w:tc>
      </w:tr>
      <w:tr w:rsidR="00C54FD5" w14:paraId="35E60F03" w14:textId="77777777" w:rsidTr="00791014">
        <w:trPr>
          <w:jc w:val="center"/>
        </w:trPr>
        <w:tc>
          <w:tcPr>
            <w:tcW w:w="4800" w:type="dxa"/>
            <w:tcMar>
              <w:top w:w="40" w:type="dxa"/>
              <w:left w:w="60" w:type="dxa"/>
              <w:bottom w:w="40" w:type="dxa"/>
              <w:right w:w="60" w:type="dxa"/>
            </w:tcMar>
          </w:tcPr>
          <w:p w14:paraId="54CC8FCC" w14:textId="77777777" w:rsidR="00C54FD5" w:rsidRDefault="00C3228F" w:rsidP="00791014">
            <w:pPr>
              <w:shd w:val="clear" w:color="auto" w:fill="FFFFFF" w:themeFill="background1"/>
              <w:spacing w:after="0" w:line="240" w:lineRule="auto"/>
            </w:pPr>
            <w:r>
              <w:t>- GV hướng dẫn HS luyện đọc từ khó theo cá nhân - nhóm - đồng thanh; nhắc HS đọc đúng tên các dân tộc và viết hoa tên riêng.</w:t>
            </w:r>
          </w:p>
        </w:tc>
        <w:tc>
          <w:tcPr>
            <w:tcW w:w="4800" w:type="dxa"/>
            <w:tcMar>
              <w:top w:w="40" w:type="dxa"/>
              <w:left w:w="60" w:type="dxa"/>
              <w:bottom w:w="40" w:type="dxa"/>
              <w:right w:w="60" w:type="dxa"/>
            </w:tcMar>
          </w:tcPr>
          <w:p w14:paraId="46B55761" w14:textId="77777777" w:rsidR="00C54FD5" w:rsidRDefault="00C3228F" w:rsidP="00791014">
            <w:pPr>
              <w:shd w:val="clear" w:color="auto" w:fill="FFFFFF" w:themeFill="background1"/>
              <w:spacing w:after="0" w:line="240" w:lineRule="auto"/>
            </w:pPr>
            <w:r>
              <w:t>- HS luyện đọc từ khó, đọc rõ từng tiếng và sửa lỗi phát âm nếu có.</w:t>
            </w:r>
          </w:p>
        </w:tc>
      </w:tr>
      <w:tr w:rsidR="00C54FD5" w14:paraId="56059FD1" w14:textId="77777777" w:rsidTr="00791014">
        <w:trPr>
          <w:jc w:val="center"/>
        </w:trPr>
        <w:tc>
          <w:tcPr>
            <w:tcW w:w="4800" w:type="dxa"/>
            <w:tcMar>
              <w:top w:w="40" w:type="dxa"/>
              <w:left w:w="60" w:type="dxa"/>
              <w:bottom w:w="40" w:type="dxa"/>
              <w:right w:w="60" w:type="dxa"/>
            </w:tcMar>
          </w:tcPr>
          <w:p w14:paraId="55DAB9B5" w14:textId="77777777" w:rsidR="00C54FD5" w:rsidRDefault="00C3228F" w:rsidP="00791014">
            <w:pPr>
              <w:shd w:val="clear" w:color="auto" w:fill="FFFFFF" w:themeFill="background1"/>
              <w:spacing w:after="0" w:line="240" w:lineRule="auto"/>
            </w:pPr>
            <w:r>
              <w:t>- GV hướng dẫn HS đọc câu dài: “Nghe lời dúi,/ họ khoét rỗng khúc gỗ to,/ chuẩn bị thức ăn bỏ vào đó.”</w:t>
            </w:r>
          </w:p>
        </w:tc>
        <w:tc>
          <w:tcPr>
            <w:tcW w:w="4800" w:type="dxa"/>
            <w:tcMar>
              <w:top w:w="40" w:type="dxa"/>
              <w:left w:w="60" w:type="dxa"/>
              <w:bottom w:w="40" w:type="dxa"/>
              <w:right w:w="60" w:type="dxa"/>
            </w:tcMar>
          </w:tcPr>
          <w:p w14:paraId="431349DE" w14:textId="77777777" w:rsidR="00C54FD5" w:rsidRDefault="00C3228F" w:rsidP="00791014">
            <w:pPr>
              <w:shd w:val="clear" w:color="auto" w:fill="FFFFFF" w:themeFill="background1"/>
              <w:spacing w:after="0" w:line="240" w:lineRule="auto"/>
            </w:pPr>
            <w:r>
              <w:t>- HS luyện đọc câu dài, biết ngắt sau các cụm từ và đọc rõ nghĩa.</w:t>
            </w:r>
          </w:p>
        </w:tc>
      </w:tr>
      <w:tr w:rsidR="00C54FD5" w14:paraId="666EBB1B" w14:textId="77777777" w:rsidTr="00791014">
        <w:trPr>
          <w:jc w:val="center"/>
        </w:trPr>
        <w:tc>
          <w:tcPr>
            <w:tcW w:w="4800" w:type="dxa"/>
            <w:tcMar>
              <w:top w:w="40" w:type="dxa"/>
              <w:left w:w="60" w:type="dxa"/>
              <w:bottom w:w="40" w:type="dxa"/>
              <w:right w:w="60" w:type="dxa"/>
            </w:tcMar>
          </w:tcPr>
          <w:p w14:paraId="30D0EA6C" w14:textId="77777777" w:rsidR="00C54FD5" w:rsidRDefault="00C3228F" w:rsidP="00791014">
            <w:pPr>
              <w:shd w:val="clear" w:color="auto" w:fill="FFFFFF" w:themeFill="background1"/>
              <w:spacing w:after="0" w:line="240" w:lineRule="auto"/>
            </w:pPr>
            <w:r>
              <w:t>- GV giải nghĩa từ ngữ: con dúi là loài thú nhỏ, ăn củ và rễ cây, sống trong hang đất; nương là đất trồng trên đồi, núi hoặc bãi cao ven sông; tổ tiên là những người đầu tiên sinh ra một dòng họ hoặc một dân tộc.</w:t>
            </w:r>
          </w:p>
        </w:tc>
        <w:tc>
          <w:tcPr>
            <w:tcW w:w="4800" w:type="dxa"/>
            <w:tcMar>
              <w:top w:w="40" w:type="dxa"/>
              <w:left w:w="60" w:type="dxa"/>
              <w:bottom w:w="40" w:type="dxa"/>
              <w:right w:w="60" w:type="dxa"/>
            </w:tcMar>
          </w:tcPr>
          <w:p w14:paraId="59BDEE60" w14:textId="77777777" w:rsidR="00C54FD5" w:rsidRDefault="00C3228F" w:rsidP="00791014">
            <w:pPr>
              <w:shd w:val="clear" w:color="auto" w:fill="FFFFFF" w:themeFill="background1"/>
              <w:spacing w:after="0" w:line="240" w:lineRule="auto"/>
            </w:pPr>
            <w:r>
              <w:t>- HS lắng nghe, nêu lại nghĩa từ bằng lời của mình.</w:t>
            </w:r>
          </w:p>
        </w:tc>
      </w:tr>
      <w:tr w:rsidR="00C54FD5" w14:paraId="242DC7E3" w14:textId="77777777" w:rsidTr="00791014">
        <w:trPr>
          <w:jc w:val="center"/>
        </w:trPr>
        <w:tc>
          <w:tcPr>
            <w:tcW w:w="4800" w:type="dxa"/>
            <w:tcMar>
              <w:top w:w="40" w:type="dxa"/>
              <w:left w:w="60" w:type="dxa"/>
              <w:bottom w:w="40" w:type="dxa"/>
              <w:right w:w="60" w:type="dxa"/>
            </w:tcMar>
          </w:tcPr>
          <w:p w14:paraId="410CD9AB" w14:textId="77777777" w:rsidR="00C54FD5" w:rsidRDefault="00C3228F" w:rsidP="00791014">
            <w:pPr>
              <w:shd w:val="clear" w:color="auto" w:fill="FFFFFF" w:themeFill="background1"/>
              <w:spacing w:after="0" w:line="240" w:lineRule="auto"/>
            </w:pPr>
            <w:r>
              <w:t>- GV tổ chức HS luyện đọc nhóm 3; mỗi bạn đọc một đoạn, bạn khác góp ý về phát âm và ngắt nghỉ.</w:t>
            </w:r>
          </w:p>
        </w:tc>
        <w:tc>
          <w:tcPr>
            <w:tcW w:w="4800" w:type="dxa"/>
            <w:tcMar>
              <w:top w:w="40" w:type="dxa"/>
              <w:left w:w="60" w:type="dxa"/>
              <w:bottom w:w="40" w:type="dxa"/>
              <w:right w:w="60" w:type="dxa"/>
            </w:tcMar>
          </w:tcPr>
          <w:p w14:paraId="25074D50" w14:textId="77777777" w:rsidR="00C54FD5" w:rsidRDefault="00C3228F" w:rsidP="00791014">
            <w:pPr>
              <w:shd w:val="clear" w:color="auto" w:fill="FFFFFF" w:themeFill="background1"/>
              <w:spacing w:after="0" w:line="240" w:lineRule="auto"/>
            </w:pPr>
            <w:r>
              <w:t>- HS luyện đọc nhóm 3; góp ý cho bạn bằng lời nhẹ nhàng.</w:t>
            </w:r>
          </w:p>
        </w:tc>
      </w:tr>
      <w:tr w:rsidR="00C54FD5" w14:paraId="23FE3D6B" w14:textId="77777777" w:rsidTr="00791014">
        <w:trPr>
          <w:jc w:val="center"/>
        </w:trPr>
        <w:tc>
          <w:tcPr>
            <w:tcW w:w="4800" w:type="dxa"/>
            <w:tcBorders>
              <w:bottom w:val="single" w:sz="6" w:space="0" w:color="000000"/>
            </w:tcBorders>
            <w:tcMar>
              <w:top w:w="40" w:type="dxa"/>
              <w:left w:w="60" w:type="dxa"/>
              <w:bottom w:w="40" w:type="dxa"/>
              <w:right w:w="60" w:type="dxa"/>
            </w:tcMar>
          </w:tcPr>
          <w:p w14:paraId="0B5A106E" w14:textId="77777777" w:rsidR="00C54FD5" w:rsidRDefault="00C3228F" w:rsidP="00791014">
            <w:pPr>
              <w:shd w:val="clear" w:color="auto" w:fill="FFFFFF" w:themeFill="background1"/>
              <w:spacing w:after="0" w:line="240" w:lineRule="auto"/>
            </w:pPr>
            <w:r>
              <w:t>- GV mời 1-2 nhóm đọc trước lớp; nhận xét và tuyên dương nhóm đọc rõ lời kể, biết ngắt nghỉ.</w:t>
            </w:r>
          </w:p>
        </w:tc>
        <w:tc>
          <w:tcPr>
            <w:tcW w:w="4800" w:type="dxa"/>
            <w:tcBorders>
              <w:bottom w:val="single" w:sz="6" w:space="0" w:color="000000"/>
            </w:tcBorders>
            <w:tcMar>
              <w:top w:w="40" w:type="dxa"/>
              <w:left w:w="60" w:type="dxa"/>
              <w:bottom w:w="40" w:type="dxa"/>
              <w:right w:w="60" w:type="dxa"/>
            </w:tcMar>
          </w:tcPr>
          <w:p w14:paraId="193511F2" w14:textId="77777777" w:rsidR="00C54FD5" w:rsidRDefault="00C3228F" w:rsidP="00791014">
            <w:pPr>
              <w:shd w:val="clear" w:color="auto" w:fill="FFFFFF" w:themeFill="background1"/>
              <w:spacing w:after="0" w:line="240" w:lineRule="auto"/>
            </w:pPr>
            <w:r>
              <w:t>- HS đọc trước lớp; lớp nhận xét, vỗ tay động viên.</w:t>
            </w:r>
          </w:p>
        </w:tc>
      </w:tr>
      <w:tr w:rsidR="00C54FD5" w14:paraId="33B71ADF"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6B86F6CE" w14:textId="77777777" w:rsidR="00C54FD5" w:rsidRDefault="00C3228F" w:rsidP="00791014">
            <w:pPr>
              <w:shd w:val="clear" w:color="auto" w:fill="FFFFFF" w:themeFill="background1"/>
              <w:spacing w:after="0" w:line="240" w:lineRule="auto"/>
            </w:pPr>
            <w:r>
              <w:rPr>
                <w:b/>
              </w:rPr>
              <w:lastRenderedPageBreak/>
              <w:t>3. VẬN DỤNG TIẾT 1 (3 phút)</w:t>
            </w:r>
            <w:r>
              <w:br/>
            </w:r>
            <w:r>
              <w:rPr>
                <w:i/>
              </w:rPr>
              <w:t>Mục tiêu: HS bước đầu liên hệ nội dung truyện với tinh thần đoàn kết, yêu thương con người.</w:t>
            </w:r>
          </w:p>
        </w:tc>
      </w:tr>
      <w:tr w:rsidR="00C54FD5" w14:paraId="5606CA39" w14:textId="77777777" w:rsidTr="00791014">
        <w:trPr>
          <w:jc w:val="center"/>
        </w:trPr>
        <w:tc>
          <w:tcPr>
            <w:tcW w:w="4800" w:type="dxa"/>
            <w:tcBorders>
              <w:top w:val="single" w:sz="6" w:space="0" w:color="000000"/>
            </w:tcBorders>
            <w:tcMar>
              <w:top w:w="40" w:type="dxa"/>
              <w:left w:w="60" w:type="dxa"/>
              <w:bottom w:w="40" w:type="dxa"/>
              <w:right w:w="60" w:type="dxa"/>
            </w:tcMar>
          </w:tcPr>
          <w:p w14:paraId="128EB55B" w14:textId="77777777" w:rsidR="00C54FD5" w:rsidRDefault="00C3228F" w:rsidP="00791014">
            <w:pPr>
              <w:shd w:val="clear" w:color="auto" w:fill="FFFFFF" w:themeFill="background1"/>
              <w:spacing w:after="0" w:line="240" w:lineRule="auto"/>
            </w:pPr>
            <w:r>
              <w:t>- GV hỏi: Theo em, vì sao khi đọc câu chuyện này chúng ta cần nhớ đến tình đoàn kết giữa các dân tộc?</w:t>
            </w:r>
          </w:p>
        </w:tc>
        <w:tc>
          <w:tcPr>
            <w:tcW w:w="4800" w:type="dxa"/>
            <w:tcBorders>
              <w:top w:val="single" w:sz="6" w:space="0" w:color="000000"/>
            </w:tcBorders>
            <w:tcMar>
              <w:top w:w="40" w:type="dxa"/>
              <w:left w:w="60" w:type="dxa"/>
              <w:bottom w:w="40" w:type="dxa"/>
              <w:right w:w="60" w:type="dxa"/>
            </w:tcMar>
          </w:tcPr>
          <w:p w14:paraId="07D01D75" w14:textId="77777777" w:rsidR="00C54FD5" w:rsidRDefault="00C3228F" w:rsidP="00791014">
            <w:pPr>
              <w:shd w:val="clear" w:color="auto" w:fill="FFFFFF" w:themeFill="background1"/>
              <w:spacing w:after="0" w:line="240" w:lineRule="auto"/>
            </w:pPr>
            <w:r>
              <w:t>- HS nêu: Vì câu chuyện nói các dân tộc đều là anh em, cùng sống trên đất nước Việt Nam, cần yêu thương và giúp đỡ nhau.</w:t>
            </w:r>
          </w:p>
        </w:tc>
      </w:tr>
      <w:tr w:rsidR="00C54FD5" w14:paraId="53F21AB2" w14:textId="77777777" w:rsidTr="00791014">
        <w:trPr>
          <w:jc w:val="center"/>
        </w:trPr>
        <w:tc>
          <w:tcPr>
            <w:tcW w:w="4800" w:type="dxa"/>
            <w:tcBorders>
              <w:bottom w:val="single" w:sz="6" w:space="0" w:color="000000"/>
            </w:tcBorders>
            <w:tcMar>
              <w:top w:w="40" w:type="dxa"/>
              <w:left w:w="60" w:type="dxa"/>
              <w:bottom w:w="40" w:type="dxa"/>
              <w:right w:w="60" w:type="dxa"/>
            </w:tcMar>
          </w:tcPr>
          <w:p w14:paraId="5D88D9CD" w14:textId="77777777" w:rsidR="00C54FD5" w:rsidRDefault="00C3228F" w:rsidP="00791014">
            <w:pPr>
              <w:shd w:val="clear" w:color="auto" w:fill="FFFFFF" w:themeFill="background1"/>
              <w:spacing w:after="0" w:line="240" w:lineRule="auto"/>
            </w:pPr>
            <w:r>
              <w:t>- GV nhận xét, dặn HS luyện đọc lại bài ở nhà và chuẩn bị trả lời câu hỏi đọc hiểu.</w:t>
            </w:r>
          </w:p>
        </w:tc>
        <w:tc>
          <w:tcPr>
            <w:tcW w:w="4800" w:type="dxa"/>
            <w:tcBorders>
              <w:bottom w:val="single" w:sz="6" w:space="0" w:color="000000"/>
            </w:tcBorders>
            <w:tcMar>
              <w:top w:w="40" w:type="dxa"/>
              <w:left w:w="60" w:type="dxa"/>
              <w:bottom w:w="40" w:type="dxa"/>
              <w:right w:w="60" w:type="dxa"/>
            </w:tcMar>
          </w:tcPr>
          <w:p w14:paraId="6618794B" w14:textId="77777777" w:rsidR="00C54FD5" w:rsidRDefault="00C3228F" w:rsidP="00791014">
            <w:pPr>
              <w:shd w:val="clear" w:color="auto" w:fill="FFFFFF" w:themeFill="background1"/>
              <w:spacing w:after="0" w:line="240" w:lineRule="auto"/>
            </w:pPr>
            <w:r>
              <w:t>- HS lắng nghe, ghi nhớ nhiệm vụ.</w:t>
            </w:r>
          </w:p>
        </w:tc>
      </w:tr>
      <w:tr w:rsidR="00C54FD5" w14:paraId="63D8F0D3"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09F70073" w14:textId="77777777" w:rsidR="00C54FD5" w:rsidRDefault="00C3228F" w:rsidP="00791014">
            <w:pPr>
              <w:shd w:val="clear" w:color="auto" w:fill="FFFFFF" w:themeFill="background1"/>
              <w:spacing w:after="0" w:line="240" w:lineRule="auto"/>
            </w:pPr>
            <w:r>
              <w:rPr>
                <w:b/>
              </w:rPr>
              <w:t>TIẾT 2</w:t>
            </w:r>
            <w:r>
              <w:br/>
            </w:r>
            <w:r>
              <w:rPr>
                <w:b/>
              </w:rPr>
              <w:t>Hoạt động 2: Trả lời câu hỏi (15 phút)</w:t>
            </w:r>
            <w:r>
              <w:br/>
            </w:r>
            <w:r>
              <w:rPr>
                <w:i/>
              </w:rPr>
              <w:t>Mục tiêu: HS hiểu nội dung truyện, trả lời được câu hỏi trong SGK bằng câu đầy đủ; nhận biết ý nghĩa đoàn kết các dân tộc.</w:t>
            </w:r>
          </w:p>
        </w:tc>
      </w:tr>
      <w:tr w:rsidR="00C54FD5" w14:paraId="482A4421" w14:textId="77777777" w:rsidTr="00791014">
        <w:trPr>
          <w:jc w:val="center"/>
        </w:trPr>
        <w:tc>
          <w:tcPr>
            <w:tcW w:w="4800" w:type="dxa"/>
            <w:tcBorders>
              <w:top w:val="single" w:sz="6" w:space="0" w:color="000000"/>
            </w:tcBorders>
            <w:tcMar>
              <w:top w:w="40" w:type="dxa"/>
              <w:left w:w="60" w:type="dxa"/>
              <w:bottom w:w="40" w:type="dxa"/>
              <w:right w:w="60" w:type="dxa"/>
            </w:tcMar>
          </w:tcPr>
          <w:p w14:paraId="149BBF92" w14:textId="77777777" w:rsidR="00C54FD5" w:rsidRDefault="00C3228F" w:rsidP="00791014">
            <w:pPr>
              <w:shd w:val="clear" w:color="auto" w:fill="FFFFFF" w:themeFill="background1"/>
              <w:spacing w:after="0" w:line="240" w:lineRule="auto"/>
            </w:pPr>
            <w:r>
              <w:t>- GV nêu nhiệm vụ: Các em đọc thầm lại truyện, gạch chân chi tiết quan trọng và trả lời từng câu hỏi bằng câu đầy đủ.</w:t>
            </w:r>
          </w:p>
        </w:tc>
        <w:tc>
          <w:tcPr>
            <w:tcW w:w="4800" w:type="dxa"/>
            <w:tcBorders>
              <w:top w:val="single" w:sz="6" w:space="0" w:color="000000"/>
            </w:tcBorders>
            <w:tcMar>
              <w:top w:w="40" w:type="dxa"/>
              <w:left w:w="60" w:type="dxa"/>
              <w:bottom w:w="40" w:type="dxa"/>
              <w:right w:w="60" w:type="dxa"/>
            </w:tcMar>
          </w:tcPr>
          <w:p w14:paraId="3611139D" w14:textId="77777777" w:rsidR="00C54FD5" w:rsidRDefault="00C3228F" w:rsidP="00791014">
            <w:pPr>
              <w:shd w:val="clear" w:color="auto" w:fill="FFFFFF" w:themeFill="background1"/>
              <w:spacing w:after="0" w:line="240" w:lineRule="auto"/>
            </w:pPr>
            <w:r>
              <w:t>- HS đọc thầm bài, dùng bút chì gạch chân chi tiết về lời con dúi, trận lũ và quả bầu.</w:t>
            </w:r>
          </w:p>
        </w:tc>
      </w:tr>
      <w:tr w:rsidR="00C54FD5" w14:paraId="5FDFF8D6" w14:textId="77777777" w:rsidTr="00791014">
        <w:trPr>
          <w:jc w:val="center"/>
        </w:trPr>
        <w:tc>
          <w:tcPr>
            <w:tcW w:w="4800" w:type="dxa"/>
            <w:tcMar>
              <w:top w:w="40" w:type="dxa"/>
              <w:left w:w="60" w:type="dxa"/>
              <w:bottom w:w="40" w:type="dxa"/>
              <w:right w:w="60" w:type="dxa"/>
            </w:tcMar>
          </w:tcPr>
          <w:p w14:paraId="18847484" w14:textId="77777777" w:rsidR="00C54FD5" w:rsidRDefault="00C3228F" w:rsidP="00791014">
            <w:pPr>
              <w:shd w:val="clear" w:color="auto" w:fill="FFFFFF" w:themeFill="background1"/>
              <w:spacing w:after="0" w:line="240" w:lineRule="auto"/>
            </w:pPr>
            <w:r>
              <w:t>- Câu 1. Con dúi nói với hai vợ chồng điều gì?</w:t>
            </w:r>
          </w:p>
        </w:tc>
        <w:tc>
          <w:tcPr>
            <w:tcW w:w="4800" w:type="dxa"/>
            <w:tcMar>
              <w:top w:w="40" w:type="dxa"/>
              <w:left w:w="60" w:type="dxa"/>
              <w:bottom w:w="40" w:type="dxa"/>
              <w:right w:w="60" w:type="dxa"/>
            </w:tcMar>
          </w:tcPr>
          <w:p w14:paraId="2C76AD38" w14:textId="77777777" w:rsidR="00C54FD5" w:rsidRDefault="00C3228F" w:rsidP="00791014">
            <w:pPr>
              <w:shd w:val="clear" w:color="auto" w:fill="FFFFFF" w:themeFill="background1"/>
              <w:spacing w:after="0" w:line="240" w:lineRule="auto"/>
            </w:pPr>
            <w:r>
              <w:t>- HS trả lời: Con dúi báo sắp có lũ lụt rất lớn và chỉ cho hai vợ chồng cách tránh nạn.</w:t>
            </w:r>
          </w:p>
        </w:tc>
      </w:tr>
      <w:tr w:rsidR="00C54FD5" w14:paraId="5FAC8565" w14:textId="77777777" w:rsidTr="00791014">
        <w:trPr>
          <w:jc w:val="center"/>
        </w:trPr>
        <w:tc>
          <w:tcPr>
            <w:tcW w:w="4800" w:type="dxa"/>
            <w:tcMar>
              <w:top w:w="40" w:type="dxa"/>
              <w:left w:w="60" w:type="dxa"/>
              <w:bottom w:w="40" w:type="dxa"/>
              <w:right w:w="60" w:type="dxa"/>
            </w:tcMar>
          </w:tcPr>
          <w:p w14:paraId="2E5A0C20" w14:textId="77777777" w:rsidR="00C54FD5" w:rsidRDefault="00C3228F" w:rsidP="00791014">
            <w:pPr>
              <w:shd w:val="clear" w:color="auto" w:fill="FFFFFF" w:themeFill="background1"/>
              <w:spacing w:after="0" w:line="240" w:lineRule="auto"/>
            </w:pPr>
            <w:r>
              <w:t>- GV yêu cầu HS tìm đúng đoạn có lời con dúi và đọc lại chi tiết.</w:t>
            </w:r>
          </w:p>
        </w:tc>
        <w:tc>
          <w:tcPr>
            <w:tcW w:w="4800" w:type="dxa"/>
            <w:tcMar>
              <w:top w:w="40" w:type="dxa"/>
              <w:left w:w="60" w:type="dxa"/>
              <w:bottom w:w="40" w:type="dxa"/>
              <w:right w:w="60" w:type="dxa"/>
            </w:tcMar>
          </w:tcPr>
          <w:p w14:paraId="4F8FEE0F" w14:textId="77777777" w:rsidR="00C54FD5" w:rsidRDefault="00C3228F" w:rsidP="00791014">
            <w:pPr>
              <w:shd w:val="clear" w:color="auto" w:fill="FFFFFF" w:themeFill="background1"/>
              <w:spacing w:after="0" w:line="240" w:lineRule="auto"/>
            </w:pPr>
            <w:r>
              <w:t>- HS đọc chi tiết: Dúi báo sắp có lũ lụt rất lớn và chỉ cho họ cách tránh.</w:t>
            </w:r>
          </w:p>
        </w:tc>
      </w:tr>
      <w:tr w:rsidR="00C54FD5" w14:paraId="63227D5A" w14:textId="77777777" w:rsidTr="00791014">
        <w:trPr>
          <w:jc w:val="center"/>
        </w:trPr>
        <w:tc>
          <w:tcPr>
            <w:tcW w:w="4800" w:type="dxa"/>
            <w:tcMar>
              <w:top w:w="40" w:type="dxa"/>
              <w:left w:w="60" w:type="dxa"/>
              <w:bottom w:w="40" w:type="dxa"/>
              <w:right w:w="60" w:type="dxa"/>
            </w:tcMar>
          </w:tcPr>
          <w:p w14:paraId="78866C9F" w14:textId="77777777" w:rsidR="00C54FD5" w:rsidRDefault="00C3228F" w:rsidP="00791014">
            <w:pPr>
              <w:shd w:val="clear" w:color="auto" w:fill="FFFFFF" w:themeFill="background1"/>
              <w:spacing w:after="0" w:line="240" w:lineRule="auto"/>
            </w:pPr>
            <w:r>
              <w:t>- Câu 2. Nhờ đâu hai vợ chồng thoát khỏi nạn lũ lụt?</w:t>
            </w:r>
          </w:p>
        </w:tc>
        <w:tc>
          <w:tcPr>
            <w:tcW w:w="4800" w:type="dxa"/>
            <w:tcMar>
              <w:top w:w="40" w:type="dxa"/>
              <w:left w:w="60" w:type="dxa"/>
              <w:bottom w:w="40" w:type="dxa"/>
              <w:right w:w="60" w:type="dxa"/>
            </w:tcMar>
          </w:tcPr>
          <w:p w14:paraId="58021668" w14:textId="77777777" w:rsidR="00C54FD5" w:rsidRDefault="00C3228F" w:rsidP="00791014">
            <w:pPr>
              <w:shd w:val="clear" w:color="auto" w:fill="FFFFFF" w:themeFill="background1"/>
              <w:spacing w:after="0" w:line="240" w:lineRule="auto"/>
            </w:pPr>
            <w:r>
              <w:t>- HS trả lời: Hai vợ chồng thoát khỏi nạn lũ lụt nhờ nghe lời con dúi, khoét rỗng khúc gỗ to, chuẩn bị thức ăn và chui vào đó.</w:t>
            </w:r>
          </w:p>
        </w:tc>
      </w:tr>
      <w:tr w:rsidR="00C54FD5" w14:paraId="2E24624A" w14:textId="77777777" w:rsidTr="00791014">
        <w:trPr>
          <w:jc w:val="center"/>
        </w:trPr>
        <w:tc>
          <w:tcPr>
            <w:tcW w:w="4800" w:type="dxa"/>
            <w:tcMar>
              <w:top w:w="40" w:type="dxa"/>
              <w:left w:w="60" w:type="dxa"/>
              <w:bottom w:w="40" w:type="dxa"/>
              <w:right w:w="60" w:type="dxa"/>
            </w:tcMar>
          </w:tcPr>
          <w:p w14:paraId="3D2FE347" w14:textId="77777777" w:rsidR="00C54FD5" w:rsidRDefault="00C3228F" w:rsidP="00791014">
            <w:pPr>
              <w:shd w:val="clear" w:color="auto" w:fill="FFFFFF" w:themeFill="background1"/>
              <w:spacing w:after="0" w:line="240" w:lineRule="auto"/>
            </w:pPr>
            <w:r>
              <w:t>- GV hỏi: Việc hai vợ chồng nghe lời con dúi cho thấy họ là người thế nào?</w:t>
            </w:r>
          </w:p>
        </w:tc>
        <w:tc>
          <w:tcPr>
            <w:tcW w:w="4800" w:type="dxa"/>
            <w:tcMar>
              <w:top w:w="40" w:type="dxa"/>
              <w:left w:w="60" w:type="dxa"/>
              <w:bottom w:w="40" w:type="dxa"/>
              <w:right w:w="60" w:type="dxa"/>
            </w:tcMar>
          </w:tcPr>
          <w:p w14:paraId="712EDEC0" w14:textId="77777777" w:rsidR="00C54FD5" w:rsidRDefault="00C3228F" w:rsidP="00791014">
            <w:pPr>
              <w:shd w:val="clear" w:color="auto" w:fill="FFFFFF" w:themeFill="background1"/>
              <w:spacing w:after="0" w:line="240" w:lineRule="auto"/>
            </w:pPr>
            <w:r>
              <w:t>- HS nêu: Họ biết lắng nghe, biết làm theo lời khuyên đúng và biết chuẩn bị cẩn thận khi gặp nguy hiểm.</w:t>
            </w:r>
          </w:p>
        </w:tc>
      </w:tr>
      <w:tr w:rsidR="00C54FD5" w14:paraId="4E6E60FD" w14:textId="77777777" w:rsidTr="00791014">
        <w:trPr>
          <w:jc w:val="center"/>
        </w:trPr>
        <w:tc>
          <w:tcPr>
            <w:tcW w:w="4800" w:type="dxa"/>
            <w:tcMar>
              <w:top w:w="40" w:type="dxa"/>
              <w:left w:w="60" w:type="dxa"/>
              <w:bottom w:w="40" w:type="dxa"/>
              <w:right w:w="60" w:type="dxa"/>
            </w:tcMar>
          </w:tcPr>
          <w:p w14:paraId="44DB7225" w14:textId="77777777" w:rsidR="00C54FD5" w:rsidRDefault="00C3228F" w:rsidP="00791014">
            <w:pPr>
              <w:shd w:val="clear" w:color="auto" w:fill="FFFFFF" w:themeFill="background1"/>
              <w:spacing w:after="0" w:line="240" w:lineRule="auto"/>
            </w:pPr>
            <w:r>
              <w:t>- Câu 3. Những sự việc kì lạ nào xảy ra sau khi hai vợ chồng thoát khỏi nạn lũ lụt?</w:t>
            </w:r>
          </w:p>
        </w:tc>
        <w:tc>
          <w:tcPr>
            <w:tcW w:w="4800" w:type="dxa"/>
            <w:tcMar>
              <w:top w:w="40" w:type="dxa"/>
              <w:left w:w="60" w:type="dxa"/>
              <w:bottom w:w="40" w:type="dxa"/>
              <w:right w:w="60" w:type="dxa"/>
            </w:tcMar>
          </w:tcPr>
          <w:p w14:paraId="31B6D74D" w14:textId="77777777" w:rsidR="00C54FD5" w:rsidRDefault="00C3228F" w:rsidP="00791014">
            <w:pPr>
              <w:shd w:val="clear" w:color="auto" w:fill="FFFFFF" w:themeFill="background1"/>
              <w:spacing w:after="0" w:line="240" w:lineRule="auto"/>
            </w:pPr>
            <w:r>
              <w:t>- HS trả lời: Người vợ sinh ra một quả bầu; từ quả bầu có tiếng cười; khi lấy dùi khoét quả bầu, nhiều người bước ra: Khơ Mú, Thái, Mường, Dao, Nùng, Tày, Mông, Ê-đê, Ba-na, Kinh,...</w:t>
            </w:r>
          </w:p>
        </w:tc>
      </w:tr>
      <w:tr w:rsidR="00C54FD5" w14:paraId="56338509" w14:textId="77777777" w:rsidTr="00791014">
        <w:trPr>
          <w:jc w:val="center"/>
        </w:trPr>
        <w:tc>
          <w:tcPr>
            <w:tcW w:w="4800" w:type="dxa"/>
            <w:tcMar>
              <w:top w:w="40" w:type="dxa"/>
              <w:left w:w="60" w:type="dxa"/>
              <w:bottom w:w="40" w:type="dxa"/>
              <w:right w:w="60" w:type="dxa"/>
            </w:tcMar>
          </w:tcPr>
          <w:p w14:paraId="7B8BB6B4" w14:textId="77777777" w:rsidR="00C54FD5" w:rsidRDefault="00C3228F" w:rsidP="00791014">
            <w:pPr>
              <w:shd w:val="clear" w:color="auto" w:fill="FFFFFF" w:themeFill="background1"/>
              <w:spacing w:after="0" w:line="240" w:lineRule="auto"/>
            </w:pPr>
            <w:r>
              <w:t>- Câu 4. Theo em, câu chuyện nói về điều gì? a. Giải thích về nạn lũ lụt hằng năm. b. Giải thích về nguồn gốc các dân tộc trên đất nước ta. c. Nêu cách phòng chống thiên tai, lũ lụt.</w:t>
            </w:r>
          </w:p>
        </w:tc>
        <w:tc>
          <w:tcPr>
            <w:tcW w:w="4800" w:type="dxa"/>
            <w:tcMar>
              <w:top w:w="40" w:type="dxa"/>
              <w:left w:w="60" w:type="dxa"/>
              <w:bottom w:w="40" w:type="dxa"/>
              <w:right w:w="60" w:type="dxa"/>
            </w:tcMar>
          </w:tcPr>
          <w:p w14:paraId="39ED0DB4" w14:textId="77777777" w:rsidR="00C54FD5" w:rsidRDefault="00C3228F" w:rsidP="00791014">
            <w:pPr>
              <w:shd w:val="clear" w:color="auto" w:fill="FFFFFF" w:themeFill="background1"/>
              <w:spacing w:after="0" w:line="240" w:lineRule="auto"/>
            </w:pPr>
            <w:r>
              <w:t>- HS chọn đáp án b. Câu chuyện giải thích về nguồn gốc các dân tộc trên đất nước ta.</w:t>
            </w:r>
          </w:p>
        </w:tc>
      </w:tr>
      <w:tr w:rsidR="00C54FD5" w14:paraId="66BFFD49" w14:textId="77777777" w:rsidTr="00791014">
        <w:trPr>
          <w:jc w:val="center"/>
        </w:trPr>
        <w:tc>
          <w:tcPr>
            <w:tcW w:w="4800" w:type="dxa"/>
            <w:tcMar>
              <w:top w:w="40" w:type="dxa"/>
              <w:left w:w="60" w:type="dxa"/>
              <w:bottom w:w="40" w:type="dxa"/>
              <w:right w:w="60" w:type="dxa"/>
            </w:tcMar>
          </w:tcPr>
          <w:p w14:paraId="11839186" w14:textId="77777777" w:rsidR="00C54FD5" w:rsidRDefault="00C3228F" w:rsidP="00791014">
            <w:pPr>
              <w:shd w:val="clear" w:color="auto" w:fill="FFFFFF" w:themeFill="background1"/>
              <w:spacing w:after="0" w:line="240" w:lineRule="auto"/>
            </w:pPr>
            <w:r>
              <w:t>- GV yêu cầu HS giải thích vì sao không chọn a hoặc c.</w:t>
            </w:r>
          </w:p>
        </w:tc>
        <w:tc>
          <w:tcPr>
            <w:tcW w:w="4800" w:type="dxa"/>
            <w:tcMar>
              <w:top w:w="40" w:type="dxa"/>
              <w:left w:w="60" w:type="dxa"/>
              <w:bottom w:w="40" w:type="dxa"/>
              <w:right w:w="60" w:type="dxa"/>
            </w:tcMar>
          </w:tcPr>
          <w:p w14:paraId="7F7280B1" w14:textId="77777777" w:rsidR="00C54FD5" w:rsidRDefault="00C3228F" w:rsidP="00791014">
            <w:pPr>
              <w:shd w:val="clear" w:color="auto" w:fill="FFFFFF" w:themeFill="background1"/>
              <w:spacing w:after="0" w:line="240" w:lineRule="auto"/>
            </w:pPr>
            <w:r>
              <w:t>- HS nêu: Vì câu chuyện không chỉ nói về lũ lụt hay cách phòng chống lũ, mà nhấn mạnh các dân tộc sinh ra từ quả bầu và là anh em.</w:t>
            </w:r>
          </w:p>
        </w:tc>
      </w:tr>
      <w:tr w:rsidR="00C54FD5" w14:paraId="2FAA9B55" w14:textId="77777777" w:rsidTr="00791014">
        <w:trPr>
          <w:jc w:val="center"/>
        </w:trPr>
        <w:tc>
          <w:tcPr>
            <w:tcW w:w="4800" w:type="dxa"/>
            <w:tcMar>
              <w:top w:w="40" w:type="dxa"/>
              <w:left w:w="60" w:type="dxa"/>
              <w:bottom w:w="40" w:type="dxa"/>
              <w:right w:w="60" w:type="dxa"/>
            </w:tcMar>
          </w:tcPr>
          <w:p w14:paraId="6E64C471" w14:textId="77777777" w:rsidR="00C54FD5" w:rsidRDefault="00C3228F" w:rsidP="00791014">
            <w:pPr>
              <w:shd w:val="clear" w:color="auto" w:fill="FFFFFF" w:themeFill="background1"/>
              <w:spacing w:after="0" w:line="240" w:lineRule="auto"/>
            </w:pPr>
            <w:r>
              <w:t>- GV hỏi: Nếu các dân tộc đều là anh em trên một đất nước, chúng ta cần cư xử với nhau như thế nào?</w:t>
            </w:r>
          </w:p>
        </w:tc>
        <w:tc>
          <w:tcPr>
            <w:tcW w:w="4800" w:type="dxa"/>
            <w:tcMar>
              <w:top w:w="40" w:type="dxa"/>
              <w:left w:w="60" w:type="dxa"/>
              <w:bottom w:w="40" w:type="dxa"/>
              <w:right w:w="60" w:type="dxa"/>
            </w:tcMar>
          </w:tcPr>
          <w:p w14:paraId="2AD1049C" w14:textId="77777777" w:rsidR="00C54FD5" w:rsidRDefault="00C3228F" w:rsidP="00791014">
            <w:pPr>
              <w:shd w:val="clear" w:color="auto" w:fill="FFFFFF" w:themeFill="background1"/>
              <w:spacing w:after="0" w:line="240" w:lineRule="auto"/>
            </w:pPr>
            <w:r>
              <w:t>- HS nêu: Cần đoàn kết, yêu thương, tôn trọng trang phục, tiếng nói, phong tục của nhau; không trêu chọc, không chê bai bạn khác dân tộc.</w:t>
            </w:r>
          </w:p>
        </w:tc>
      </w:tr>
      <w:tr w:rsidR="00C54FD5" w14:paraId="4A81C840" w14:textId="77777777" w:rsidTr="00791014">
        <w:trPr>
          <w:jc w:val="center"/>
        </w:trPr>
        <w:tc>
          <w:tcPr>
            <w:tcW w:w="4800" w:type="dxa"/>
            <w:tcMar>
              <w:top w:w="40" w:type="dxa"/>
              <w:left w:w="60" w:type="dxa"/>
              <w:bottom w:w="40" w:type="dxa"/>
              <w:right w:w="60" w:type="dxa"/>
            </w:tcMar>
          </w:tcPr>
          <w:p w14:paraId="3F15CA5F" w14:textId="77777777" w:rsidR="00C54FD5" w:rsidRDefault="00C3228F" w:rsidP="00791014">
            <w:pPr>
              <w:shd w:val="clear" w:color="auto" w:fill="FFFFFF" w:themeFill="background1"/>
              <w:spacing w:after="0" w:line="240" w:lineRule="auto"/>
            </w:pPr>
            <w:r>
              <w:rPr>
                <w:color w:val="C00000"/>
              </w:rPr>
              <w:t xml:space="preserve">- Tích hợp QPAN/ANQP, đạo đức, lối sống: GV diễn giải: Đất nước Việt Nam có nhiều dân tộc anh em cùng sinh sống. Mỗi dân tộc có tiếng nói, trang phục, phong tục và cách sinh hoạt riêng, nhưng đều chung một Tổ quốc Việt Nam. Khi biết tôn trọng sự khác biệt, biết giúp đỡ nhau trong học tập, trong lúc khó khăn, khi thiên tai, lũ lụt, các em đang góp phần xây dựng khối đoàn kết dân tộc. Với học sinh lớp 2, tình yêu Tổ quốc </w:t>
            </w:r>
            <w:r>
              <w:rPr>
                <w:color w:val="C00000"/>
              </w:rPr>
              <w:lastRenderedPageBreak/>
              <w:t>bắt đầu từ những việc nhỏ: không chê bai bạn, biết chia sẻ, cùng giữ trật tự, chăm học, nghe lời thầy cô, yêu quý đồng bào ở mọi vùng miền. Đó cũng là nền tảng để mọi người cùng bảo vệ quê hương, đất nước.</w:t>
            </w:r>
          </w:p>
        </w:tc>
        <w:tc>
          <w:tcPr>
            <w:tcW w:w="4800" w:type="dxa"/>
            <w:tcMar>
              <w:top w:w="40" w:type="dxa"/>
              <w:left w:w="60" w:type="dxa"/>
              <w:bottom w:w="40" w:type="dxa"/>
              <w:right w:w="60" w:type="dxa"/>
            </w:tcMar>
          </w:tcPr>
          <w:p w14:paraId="420164B8" w14:textId="77777777" w:rsidR="00C54FD5" w:rsidRDefault="00C3228F" w:rsidP="00791014">
            <w:pPr>
              <w:shd w:val="clear" w:color="auto" w:fill="FFFFFF" w:themeFill="background1"/>
              <w:spacing w:after="0" w:line="240" w:lineRule="auto"/>
            </w:pPr>
            <w:r>
              <w:rPr>
                <w:color w:val="C00000"/>
              </w:rPr>
              <w:lastRenderedPageBreak/>
              <w:t>- HS lắng nghe; nêu việc làm cụ thể: Em không trêu chọc bạn; em giúp bạn khi bạn chưa hiểu bài; em quyên góp khi đồng bào bị lũ lụt; em tôn trọng trang phục và phong tục của các dân tộc.</w:t>
            </w:r>
          </w:p>
        </w:tc>
      </w:tr>
      <w:tr w:rsidR="00C54FD5" w14:paraId="7A975BA5" w14:textId="77777777" w:rsidTr="00791014">
        <w:trPr>
          <w:jc w:val="center"/>
        </w:trPr>
        <w:tc>
          <w:tcPr>
            <w:tcW w:w="4800" w:type="dxa"/>
            <w:tcBorders>
              <w:bottom w:val="single" w:sz="6" w:space="0" w:color="000000"/>
            </w:tcBorders>
            <w:tcMar>
              <w:top w:w="40" w:type="dxa"/>
              <w:left w:w="60" w:type="dxa"/>
              <w:bottom w:w="40" w:type="dxa"/>
              <w:right w:w="60" w:type="dxa"/>
            </w:tcMar>
          </w:tcPr>
          <w:p w14:paraId="6FEC1E2E" w14:textId="77777777" w:rsidR="00C54FD5" w:rsidRDefault="00C3228F" w:rsidP="00791014">
            <w:pPr>
              <w:shd w:val="clear" w:color="auto" w:fill="FFFFFF" w:themeFill="background1"/>
              <w:spacing w:after="0" w:line="240" w:lineRule="auto"/>
            </w:pPr>
            <w:r>
              <w:t>- GV kết luận: Chuyện quả bầu giúp chúng ta hiểu rằng các dân tộc trên đất nước Việt Nam là anh em, cần đoàn kết, yêu thương và cùng nhau xây dựng quê hương.</w:t>
            </w:r>
          </w:p>
        </w:tc>
        <w:tc>
          <w:tcPr>
            <w:tcW w:w="4800" w:type="dxa"/>
            <w:tcBorders>
              <w:bottom w:val="single" w:sz="6" w:space="0" w:color="000000"/>
            </w:tcBorders>
            <w:tcMar>
              <w:top w:w="40" w:type="dxa"/>
              <w:left w:w="60" w:type="dxa"/>
              <w:bottom w:w="40" w:type="dxa"/>
              <w:right w:w="60" w:type="dxa"/>
            </w:tcMar>
          </w:tcPr>
          <w:p w14:paraId="504ED03C" w14:textId="77777777" w:rsidR="00C54FD5" w:rsidRDefault="00C3228F" w:rsidP="00791014">
            <w:pPr>
              <w:shd w:val="clear" w:color="auto" w:fill="FFFFFF" w:themeFill="background1"/>
              <w:spacing w:after="0" w:line="240" w:lineRule="auto"/>
            </w:pPr>
            <w:r>
              <w:t>- HS nhắc lại nội dung chính của bài.</w:t>
            </w:r>
          </w:p>
        </w:tc>
      </w:tr>
      <w:tr w:rsidR="00C54FD5" w14:paraId="73D3147F"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1BA3BE95" w14:textId="77777777" w:rsidR="00C54FD5" w:rsidRDefault="00C3228F" w:rsidP="00791014">
            <w:pPr>
              <w:shd w:val="clear" w:color="auto" w:fill="FFFFFF" w:themeFill="background1"/>
              <w:spacing w:after="0" w:line="240" w:lineRule="auto"/>
            </w:pPr>
            <w:r>
              <w:rPr>
                <w:b/>
              </w:rPr>
              <w:t>Hoạt động 3: Luyện đọc lại (7 phút)</w:t>
            </w:r>
            <w:r>
              <w:br/>
            </w:r>
            <w:r>
              <w:rPr>
                <w:i/>
              </w:rPr>
              <w:t>Mục tiêu: HS đọc lại văn bản trôi chảy, thể hiện được giọng kể và lời nhân vật.</w:t>
            </w:r>
          </w:p>
        </w:tc>
      </w:tr>
      <w:tr w:rsidR="00C54FD5" w14:paraId="26212A06" w14:textId="77777777" w:rsidTr="00791014">
        <w:trPr>
          <w:jc w:val="center"/>
        </w:trPr>
        <w:tc>
          <w:tcPr>
            <w:tcW w:w="4800" w:type="dxa"/>
            <w:tcBorders>
              <w:top w:val="single" w:sz="6" w:space="0" w:color="000000"/>
            </w:tcBorders>
            <w:tcMar>
              <w:top w:w="40" w:type="dxa"/>
              <w:left w:w="60" w:type="dxa"/>
              <w:bottom w:w="40" w:type="dxa"/>
              <w:right w:w="60" w:type="dxa"/>
            </w:tcMar>
          </w:tcPr>
          <w:p w14:paraId="03C63916" w14:textId="77777777" w:rsidR="00C54FD5" w:rsidRDefault="00C3228F" w:rsidP="00791014">
            <w:pPr>
              <w:shd w:val="clear" w:color="auto" w:fill="FFFFFF" w:themeFill="background1"/>
              <w:spacing w:after="0" w:line="240" w:lineRule="auto"/>
            </w:pPr>
            <w:r>
              <w:t>- GV đọc mẫu một đoạn có lời con dúi; nhắc HS chú ý giọng biết ơn, lo lắng.</w:t>
            </w:r>
          </w:p>
        </w:tc>
        <w:tc>
          <w:tcPr>
            <w:tcW w:w="4800" w:type="dxa"/>
            <w:tcBorders>
              <w:top w:val="single" w:sz="6" w:space="0" w:color="000000"/>
            </w:tcBorders>
            <w:tcMar>
              <w:top w:w="40" w:type="dxa"/>
              <w:left w:w="60" w:type="dxa"/>
              <w:bottom w:w="40" w:type="dxa"/>
              <w:right w:w="60" w:type="dxa"/>
            </w:tcMar>
          </w:tcPr>
          <w:p w14:paraId="6688B8A9" w14:textId="77777777" w:rsidR="00C54FD5" w:rsidRDefault="00C3228F" w:rsidP="00791014">
            <w:pPr>
              <w:shd w:val="clear" w:color="auto" w:fill="FFFFFF" w:themeFill="background1"/>
              <w:spacing w:after="0" w:line="240" w:lineRule="auto"/>
            </w:pPr>
            <w:r>
              <w:t>- HS lắng nghe, đánh dấu chỗ ngắt nghỉ.</w:t>
            </w:r>
          </w:p>
        </w:tc>
      </w:tr>
      <w:tr w:rsidR="00C54FD5" w14:paraId="54BB0954" w14:textId="77777777" w:rsidTr="00791014">
        <w:trPr>
          <w:jc w:val="center"/>
        </w:trPr>
        <w:tc>
          <w:tcPr>
            <w:tcW w:w="4800" w:type="dxa"/>
            <w:tcMar>
              <w:top w:w="40" w:type="dxa"/>
              <w:left w:w="60" w:type="dxa"/>
              <w:bottom w:w="40" w:type="dxa"/>
              <w:right w:w="60" w:type="dxa"/>
            </w:tcMar>
          </w:tcPr>
          <w:p w14:paraId="615600F8" w14:textId="77777777" w:rsidR="00C54FD5" w:rsidRDefault="00C3228F" w:rsidP="00791014">
            <w:pPr>
              <w:shd w:val="clear" w:color="auto" w:fill="FFFFFF" w:themeFill="background1"/>
              <w:spacing w:after="0" w:line="240" w:lineRule="auto"/>
            </w:pPr>
            <w:r>
              <w:t>- GV tổ chức HS luyện đọc theo nhóm 3: người kể chuyện, con dúi, người vợ hoặc người chồng.</w:t>
            </w:r>
          </w:p>
        </w:tc>
        <w:tc>
          <w:tcPr>
            <w:tcW w:w="4800" w:type="dxa"/>
            <w:tcMar>
              <w:top w:w="40" w:type="dxa"/>
              <w:left w:w="60" w:type="dxa"/>
              <w:bottom w:w="40" w:type="dxa"/>
              <w:right w:w="60" w:type="dxa"/>
            </w:tcMar>
          </w:tcPr>
          <w:p w14:paraId="3B700D4D" w14:textId="77777777" w:rsidR="00C54FD5" w:rsidRDefault="00C3228F" w:rsidP="00791014">
            <w:pPr>
              <w:shd w:val="clear" w:color="auto" w:fill="FFFFFF" w:themeFill="background1"/>
              <w:spacing w:after="0" w:line="240" w:lineRule="auto"/>
            </w:pPr>
            <w:r>
              <w:t>- HS phân vai và luyện đọc; đổi vai để nhiều bạn được đọc.</w:t>
            </w:r>
          </w:p>
        </w:tc>
      </w:tr>
      <w:tr w:rsidR="00C54FD5" w14:paraId="5245D6F1" w14:textId="77777777" w:rsidTr="00791014">
        <w:trPr>
          <w:jc w:val="center"/>
        </w:trPr>
        <w:tc>
          <w:tcPr>
            <w:tcW w:w="4800" w:type="dxa"/>
            <w:tcBorders>
              <w:bottom w:val="single" w:sz="6" w:space="0" w:color="000000"/>
            </w:tcBorders>
            <w:tcMar>
              <w:top w:w="40" w:type="dxa"/>
              <w:left w:w="60" w:type="dxa"/>
              <w:bottom w:w="40" w:type="dxa"/>
              <w:right w:w="60" w:type="dxa"/>
            </w:tcMar>
          </w:tcPr>
          <w:p w14:paraId="2661CADC" w14:textId="77777777" w:rsidR="00C54FD5" w:rsidRDefault="00C3228F" w:rsidP="00791014">
            <w:pPr>
              <w:shd w:val="clear" w:color="auto" w:fill="FFFFFF" w:themeFill="background1"/>
              <w:spacing w:after="0" w:line="240" w:lineRule="auto"/>
            </w:pPr>
            <w:r>
              <w:t>- GV mời nhóm đọc trước lớp; nhận xét giọng đọc, cách ngắt nghỉ và thái độ hợp tác.</w:t>
            </w:r>
          </w:p>
        </w:tc>
        <w:tc>
          <w:tcPr>
            <w:tcW w:w="4800" w:type="dxa"/>
            <w:tcBorders>
              <w:bottom w:val="single" w:sz="6" w:space="0" w:color="000000"/>
            </w:tcBorders>
            <w:tcMar>
              <w:top w:w="40" w:type="dxa"/>
              <w:left w:w="60" w:type="dxa"/>
              <w:bottom w:w="40" w:type="dxa"/>
              <w:right w:w="60" w:type="dxa"/>
            </w:tcMar>
          </w:tcPr>
          <w:p w14:paraId="10B0309E" w14:textId="77777777" w:rsidR="00C54FD5" w:rsidRDefault="00C3228F" w:rsidP="00791014">
            <w:pPr>
              <w:shd w:val="clear" w:color="auto" w:fill="FFFFFF" w:themeFill="background1"/>
              <w:spacing w:after="0" w:line="240" w:lineRule="auto"/>
            </w:pPr>
            <w:r>
              <w:t>- Nhóm đọc trước lớp; các nhóm khác nhận xét lịch sự.</w:t>
            </w:r>
          </w:p>
        </w:tc>
      </w:tr>
      <w:tr w:rsidR="00C54FD5" w14:paraId="15426DE5"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5C53C892" w14:textId="77777777" w:rsidR="00C54FD5" w:rsidRDefault="00C3228F" w:rsidP="00791014">
            <w:pPr>
              <w:shd w:val="clear" w:color="auto" w:fill="FFFFFF" w:themeFill="background1"/>
              <w:spacing w:after="0" w:line="240" w:lineRule="auto"/>
            </w:pPr>
            <w:r>
              <w:rPr>
                <w:b/>
              </w:rPr>
              <w:t>Hoạt động 4: Luyện tập theo văn bản đọc (10 phút)</w:t>
            </w:r>
            <w:r>
              <w:br/>
            </w:r>
            <w:r>
              <w:rPr>
                <w:i/>
              </w:rPr>
              <w:t>Mục tiêu: HS tìm được tên dân tộc trong bài; biết kết hợp từ ngữ để tạo câu nêu đặc điểm.</w:t>
            </w:r>
          </w:p>
        </w:tc>
      </w:tr>
      <w:tr w:rsidR="00C54FD5" w14:paraId="644B3AA1" w14:textId="77777777" w:rsidTr="00791014">
        <w:trPr>
          <w:jc w:val="center"/>
        </w:trPr>
        <w:tc>
          <w:tcPr>
            <w:tcW w:w="4800" w:type="dxa"/>
            <w:tcBorders>
              <w:top w:val="single" w:sz="6" w:space="0" w:color="000000"/>
            </w:tcBorders>
            <w:tcMar>
              <w:top w:w="40" w:type="dxa"/>
              <w:left w:w="60" w:type="dxa"/>
              <w:bottom w:w="40" w:type="dxa"/>
              <w:right w:w="60" w:type="dxa"/>
            </w:tcMar>
          </w:tcPr>
          <w:p w14:paraId="307EB067" w14:textId="77777777" w:rsidR="00C54FD5" w:rsidRDefault="00C3228F" w:rsidP="00791014">
            <w:pPr>
              <w:shd w:val="clear" w:color="auto" w:fill="FFFFFF" w:themeFill="background1"/>
              <w:spacing w:after="0" w:line="240" w:lineRule="auto"/>
            </w:pPr>
            <w:r>
              <w:t xml:space="preserve">- </w:t>
            </w:r>
            <w:r>
              <w:rPr>
                <w:b/>
              </w:rPr>
              <w:t>Bài tập 1: Viết tên 3 dân tộc trong bài đọc.</w:t>
            </w:r>
          </w:p>
          <w:p w14:paraId="07421A77" w14:textId="352696AF" w:rsidR="00C54FD5" w:rsidRDefault="00C54FD5" w:rsidP="00791014">
            <w:pPr>
              <w:shd w:val="clear" w:color="auto" w:fill="FFFFFF" w:themeFill="background1"/>
              <w:spacing w:after="0"/>
              <w:jc w:val="center"/>
            </w:pPr>
          </w:p>
        </w:tc>
        <w:tc>
          <w:tcPr>
            <w:tcW w:w="4800" w:type="dxa"/>
            <w:tcBorders>
              <w:top w:val="single" w:sz="6" w:space="0" w:color="000000"/>
            </w:tcBorders>
            <w:tcMar>
              <w:top w:w="40" w:type="dxa"/>
              <w:left w:w="60" w:type="dxa"/>
              <w:bottom w:w="40" w:type="dxa"/>
              <w:right w:w="60" w:type="dxa"/>
            </w:tcMar>
          </w:tcPr>
          <w:p w14:paraId="0DFDFFCE" w14:textId="77777777" w:rsidR="00C54FD5" w:rsidRDefault="00C3228F" w:rsidP="00791014">
            <w:pPr>
              <w:shd w:val="clear" w:color="auto" w:fill="FFFFFF" w:themeFill="background1"/>
              <w:spacing w:after="0" w:line="240" w:lineRule="auto"/>
            </w:pPr>
            <w:r>
              <w:t>- HS đọc đề bài, nêu yêu cầu: tìm và viết tên 3 dân tộc được nhắc trong bài.</w:t>
            </w:r>
          </w:p>
        </w:tc>
      </w:tr>
      <w:tr w:rsidR="00C54FD5" w14:paraId="28660490" w14:textId="77777777" w:rsidTr="00791014">
        <w:trPr>
          <w:jc w:val="center"/>
        </w:trPr>
        <w:tc>
          <w:tcPr>
            <w:tcW w:w="4800" w:type="dxa"/>
            <w:tcMar>
              <w:top w:w="40" w:type="dxa"/>
              <w:left w:w="60" w:type="dxa"/>
              <w:bottom w:w="40" w:type="dxa"/>
              <w:right w:w="60" w:type="dxa"/>
            </w:tcMar>
          </w:tcPr>
          <w:p w14:paraId="3515268E" w14:textId="77777777" w:rsidR="00C54FD5" w:rsidRDefault="00C3228F" w:rsidP="00791014">
            <w:pPr>
              <w:shd w:val="clear" w:color="auto" w:fill="FFFFFF" w:themeFill="background1"/>
              <w:spacing w:after="0" w:line="240" w:lineRule="auto"/>
            </w:pPr>
            <w:r>
              <w:t>- GV yêu cầu HS đọc lại đoạn cuối và làm bài cá nhân vào vở.</w:t>
            </w:r>
          </w:p>
        </w:tc>
        <w:tc>
          <w:tcPr>
            <w:tcW w:w="4800" w:type="dxa"/>
            <w:tcMar>
              <w:top w:w="40" w:type="dxa"/>
              <w:left w:w="60" w:type="dxa"/>
              <w:bottom w:w="40" w:type="dxa"/>
              <w:right w:w="60" w:type="dxa"/>
            </w:tcMar>
          </w:tcPr>
          <w:p w14:paraId="0774D6ED" w14:textId="77777777" w:rsidR="00C54FD5" w:rsidRDefault="00C3228F" w:rsidP="00791014">
            <w:pPr>
              <w:shd w:val="clear" w:color="auto" w:fill="FFFFFF" w:themeFill="background1"/>
              <w:spacing w:after="0" w:line="240" w:lineRule="auto"/>
            </w:pPr>
            <w:r>
              <w:t>- HS viết: Khơ Mú, Thái, Mường. HS có thể viết: Dao, Nùng, Tày, Mông, Ê-đê, Ba-na, Kinh.</w:t>
            </w:r>
          </w:p>
        </w:tc>
      </w:tr>
      <w:tr w:rsidR="00C54FD5" w14:paraId="27CD881A" w14:textId="77777777" w:rsidTr="00791014">
        <w:trPr>
          <w:jc w:val="center"/>
        </w:trPr>
        <w:tc>
          <w:tcPr>
            <w:tcW w:w="4800" w:type="dxa"/>
            <w:tcMar>
              <w:top w:w="40" w:type="dxa"/>
              <w:left w:w="60" w:type="dxa"/>
              <w:bottom w:w="40" w:type="dxa"/>
              <w:right w:w="60" w:type="dxa"/>
            </w:tcMar>
          </w:tcPr>
          <w:p w14:paraId="6CC9C035" w14:textId="77777777" w:rsidR="00C54FD5" w:rsidRDefault="00C3228F" w:rsidP="00791014">
            <w:pPr>
              <w:shd w:val="clear" w:color="auto" w:fill="FFFFFF" w:themeFill="background1"/>
              <w:spacing w:after="0" w:line="240" w:lineRule="auto"/>
            </w:pPr>
            <w:r>
              <w:t>- GV nhắc HS: Tên dân tộc là tên riêng, cần viết hoa chữ cái đầu.</w:t>
            </w:r>
          </w:p>
        </w:tc>
        <w:tc>
          <w:tcPr>
            <w:tcW w:w="4800" w:type="dxa"/>
            <w:tcMar>
              <w:top w:w="40" w:type="dxa"/>
              <w:left w:w="60" w:type="dxa"/>
              <w:bottom w:w="40" w:type="dxa"/>
              <w:right w:w="60" w:type="dxa"/>
            </w:tcMar>
          </w:tcPr>
          <w:p w14:paraId="12DF9E6D" w14:textId="77777777" w:rsidR="00C54FD5" w:rsidRDefault="00C3228F" w:rsidP="00791014">
            <w:pPr>
              <w:shd w:val="clear" w:color="auto" w:fill="FFFFFF" w:themeFill="background1"/>
              <w:spacing w:after="0" w:line="240" w:lineRule="auto"/>
            </w:pPr>
            <w:r>
              <w:t>- HS kiểm tra lại chữ viết hoa trong bài làm.</w:t>
            </w:r>
          </w:p>
        </w:tc>
      </w:tr>
      <w:tr w:rsidR="00C54FD5" w14:paraId="5A30E2B2" w14:textId="77777777" w:rsidTr="00791014">
        <w:trPr>
          <w:jc w:val="center"/>
        </w:trPr>
        <w:tc>
          <w:tcPr>
            <w:tcW w:w="4800" w:type="dxa"/>
            <w:tcMar>
              <w:top w:w="40" w:type="dxa"/>
              <w:left w:w="60" w:type="dxa"/>
              <w:bottom w:w="40" w:type="dxa"/>
              <w:right w:w="60" w:type="dxa"/>
            </w:tcMar>
          </w:tcPr>
          <w:p w14:paraId="12EB1262" w14:textId="77777777" w:rsidR="00C54FD5" w:rsidRDefault="00C3228F" w:rsidP="00791014">
            <w:pPr>
              <w:shd w:val="clear" w:color="auto" w:fill="FFFFFF" w:themeFill="background1"/>
              <w:spacing w:after="0" w:line="240" w:lineRule="auto"/>
            </w:pPr>
            <w:r>
              <w:t xml:space="preserve">- </w:t>
            </w:r>
            <w:r>
              <w:rPr>
                <w:b/>
              </w:rPr>
              <w:t>Bài tập 2: Kết hợp từ ngữ ở cột A với từ ngữ ở cột B để tạo câu nêu đặc điểm.</w:t>
            </w:r>
          </w:p>
        </w:tc>
        <w:tc>
          <w:tcPr>
            <w:tcW w:w="4800" w:type="dxa"/>
            <w:tcMar>
              <w:top w:w="40" w:type="dxa"/>
              <w:left w:w="60" w:type="dxa"/>
              <w:bottom w:w="40" w:type="dxa"/>
              <w:right w:w="60" w:type="dxa"/>
            </w:tcMar>
          </w:tcPr>
          <w:p w14:paraId="5F2CF146" w14:textId="77777777" w:rsidR="00C54FD5" w:rsidRDefault="00C3228F" w:rsidP="00791014">
            <w:pPr>
              <w:shd w:val="clear" w:color="auto" w:fill="FFFFFF" w:themeFill="background1"/>
              <w:spacing w:after="0" w:line="240" w:lineRule="auto"/>
            </w:pPr>
            <w:r>
              <w:t>- HS đọc đề bài, quan sát hai cột từ ngữ.</w:t>
            </w:r>
          </w:p>
        </w:tc>
      </w:tr>
      <w:tr w:rsidR="00C54FD5" w14:paraId="671404B0" w14:textId="77777777" w:rsidTr="00791014">
        <w:trPr>
          <w:jc w:val="center"/>
        </w:trPr>
        <w:tc>
          <w:tcPr>
            <w:tcW w:w="4800" w:type="dxa"/>
            <w:tcMar>
              <w:top w:w="40" w:type="dxa"/>
              <w:left w:w="60" w:type="dxa"/>
              <w:bottom w:w="40" w:type="dxa"/>
              <w:right w:w="60" w:type="dxa"/>
            </w:tcMar>
          </w:tcPr>
          <w:p w14:paraId="20759F75" w14:textId="77777777" w:rsidR="00C54FD5" w:rsidRDefault="00C3228F" w:rsidP="00791014">
            <w:pPr>
              <w:shd w:val="clear" w:color="auto" w:fill="FFFFFF" w:themeFill="background1"/>
              <w:spacing w:after="0" w:line="240" w:lineRule="auto"/>
            </w:pPr>
            <w:r>
              <w:t>- GV tổ chức HS làm nhóm đôi: một bạn đọc từ ở cột A, một bạn chọn từ ở cột B để tạo câu.</w:t>
            </w:r>
          </w:p>
        </w:tc>
        <w:tc>
          <w:tcPr>
            <w:tcW w:w="4800" w:type="dxa"/>
            <w:tcMar>
              <w:top w:w="40" w:type="dxa"/>
              <w:left w:w="60" w:type="dxa"/>
              <w:bottom w:w="40" w:type="dxa"/>
              <w:right w:w="60" w:type="dxa"/>
            </w:tcMar>
          </w:tcPr>
          <w:p w14:paraId="5B730858" w14:textId="77777777" w:rsidR="00C54FD5" w:rsidRDefault="00C3228F" w:rsidP="00791014">
            <w:pPr>
              <w:shd w:val="clear" w:color="auto" w:fill="FFFFFF" w:themeFill="background1"/>
              <w:spacing w:after="0" w:line="240" w:lineRule="auto"/>
            </w:pPr>
            <w:r>
              <w:t>- HS làm nhóm đôi. Đáp án dự kiến: Sấm chớp ầm ầm. Cây cỏ héo vàng. Mặt đất vắng tanh.</w:t>
            </w:r>
          </w:p>
        </w:tc>
      </w:tr>
      <w:tr w:rsidR="00C54FD5" w14:paraId="2F369FBE" w14:textId="77777777" w:rsidTr="00791014">
        <w:trPr>
          <w:jc w:val="center"/>
        </w:trPr>
        <w:tc>
          <w:tcPr>
            <w:tcW w:w="4800" w:type="dxa"/>
            <w:tcBorders>
              <w:bottom w:val="single" w:sz="6" w:space="0" w:color="000000"/>
            </w:tcBorders>
            <w:tcMar>
              <w:top w:w="40" w:type="dxa"/>
              <w:left w:w="60" w:type="dxa"/>
              <w:bottom w:w="40" w:type="dxa"/>
              <w:right w:w="60" w:type="dxa"/>
            </w:tcMar>
          </w:tcPr>
          <w:p w14:paraId="0604C349" w14:textId="77777777" w:rsidR="00C54FD5" w:rsidRDefault="00C3228F" w:rsidP="00791014">
            <w:pPr>
              <w:shd w:val="clear" w:color="auto" w:fill="FFFFFF" w:themeFill="background1"/>
              <w:spacing w:after="0" w:line="240" w:lineRule="auto"/>
            </w:pPr>
            <w:r>
              <w:t>- GV gọi HS nói thành câu trọn vẹn và nhận xét cách dùng từ chỉ đặc điểm.</w:t>
            </w:r>
          </w:p>
        </w:tc>
        <w:tc>
          <w:tcPr>
            <w:tcW w:w="4800" w:type="dxa"/>
            <w:tcBorders>
              <w:bottom w:val="single" w:sz="6" w:space="0" w:color="000000"/>
            </w:tcBorders>
            <w:tcMar>
              <w:top w:w="40" w:type="dxa"/>
              <w:left w:w="60" w:type="dxa"/>
              <w:bottom w:w="40" w:type="dxa"/>
              <w:right w:w="60" w:type="dxa"/>
            </w:tcMar>
          </w:tcPr>
          <w:p w14:paraId="7FC477D8" w14:textId="77777777" w:rsidR="00C54FD5" w:rsidRDefault="00C3228F" w:rsidP="00791014">
            <w:pPr>
              <w:shd w:val="clear" w:color="auto" w:fill="FFFFFF" w:themeFill="background1"/>
              <w:spacing w:after="0" w:line="240" w:lineRule="auto"/>
            </w:pPr>
            <w:r>
              <w:t>- HS trình bày; lớp nhận xét và sửa câu nếu chưa phù hợp.</w:t>
            </w:r>
          </w:p>
        </w:tc>
      </w:tr>
      <w:tr w:rsidR="00C54FD5" w14:paraId="1EC2B211"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5D9B02AE" w14:textId="77777777" w:rsidR="00C54FD5" w:rsidRDefault="00C3228F" w:rsidP="00791014">
            <w:pPr>
              <w:shd w:val="clear" w:color="auto" w:fill="FFFFFF" w:themeFill="background1"/>
              <w:spacing w:after="0" w:line="240" w:lineRule="auto"/>
            </w:pPr>
            <w:r>
              <w:rPr>
                <w:b/>
              </w:rPr>
              <w:t>4. VẬN DỤNG (3 phút)</w:t>
            </w:r>
            <w:r>
              <w:br/>
            </w:r>
            <w:r>
              <w:rPr>
                <w:i/>
              </w:rPr>
              <w:t>Mục tiêu: HS vận dụng bài học để nói một việc làm thể hiện sự đoàn kết.</w:t>
            </w:r>
          </w:p>
        </w:tc>
      </w:tr>
      <w:tr w:rsidR="00C54FD5" w14:paraId="3305B4A9" w14:textId="77777777" w:rsidTr="00791014">
        <w:trPr>
          <w:jc w:val="center"/>
        </w:trPr>
        <w:tc>
          <w:tcPr>
            <w:tcW w:w="4800" w:type="dxa"/>
            <w:tcBorders>
              <w:top w:val="single" w:sz="6" w:space="0" w:color="000000"/>
            </w:tcBorders>
            <w:tcMar>
              <w:top w:w="40" w:type="dxa"/>
              <w:left w:w="60" w:type="dxa"/>
              <w:bottom w:w="40" w:type="dxa"/>
              <w:right w:w="60" w:type="dxa"/>
            </w:tcMar>
          </w:tcPr>
          <w:p w14:paraId="2E35FC63" w14:textId="77777777" w:rsidR="00C54FD5" w:rsidRDefault="00C3228F" w:rsidP="00791014">
            <w:pPr>
              <w:shd w:val="clear" w:color="auto" w:fill="FFFFFF" w:themeFill="background1"/>
              <w:spacing w:after="0" w:line="240" w:lineRule="auto"/>
            </w:pPr>
            <w:r>
              <w:t>- GV yêu cầu HS nói một câu bắt đầu bằng: “Em thể hiện sự đoàn kết bằng cách...”</w:t>
            </w:r>
          </w:p>
        </w:tc>
        <w:tc>
          <w:tcPr>
            <w:tcW w:w="4800" w:type="dxa"/>
            <w:tcBorders>
              <w:top w:val="single" w:sz="6" w:space="0" w:color="000000"/>
            </w:tcBorders>
            <w:tcMar>
              <w:top w:w="40" w:type="dxa"/>
              <w:left w:w="60" w:type="dxa"/>
              <w:bottom w:w="40" w:type="dxa"/>
              <w:right w:w="60" w:type="dxa"/>
            </w:tcMar>
          </w:tcPr>
          <w:p w14:paraId="68201D02" w14:textId="77777777" w:rsidR="00C54FD5" w:rsidRDefault="00C3228F" w:rsidP="00791014">
            <w:pPr>
              <w:shd w:val="clear" w:color="auto" w:fill="FFFFFF" w:themeFill="background1"/>
              <w:spacing w:after="0" w:line="240" w:lineRule="auto"/>
            </w:pPr>
            <w:r>
              <w:t>- HS nói: Em thể hiện sự đoàn kết bằng cách giúp bạn học bài. Em thể hiện sự đoàn kết bằng cách không chê bai bạn. Em thể hiện sự đoàn kết bằng cách chia sẻ đồ dùng với bạn.</w:t>
            </w:r>
          </w:p>
        </w:tc>
      </w:tr>
      <w:tr w:rsidR="00C54FD5" w14:paraId="273B3F4C" w14:textId="77777777" w:rsidTr="00791014">
        <w:trPr>
          <w:jc w:val="center"/>
        </w:trPr>
        <w:tc>
          <w:tcPr>
            <w:tcW w:w="4800" w:type="dxa"/>
            <w:tcMar>
              <w:top w:w="40" w:type="dxa"/>
              <w:left w:w="60" w:type="dxa"/>
              <w:bottom w:w="40" w:type="dxa"/>
              <w:right w:w="60" w:type="dxa"/>
            </w:tcMar>
          </w:tcPr>
          <w:p w14:paraId="7CF0968D" w14:textId="77777777" w:rsidR="00C54FD5" w:rsidRDefault="00C3228F" w:rsidP="00791014">
            <w:pPr>
              <w:shd w:val="clear" w:color="auto" w:fill="FFFFFF" w:themeFill="background1"/>
              <w:spacing w:after="0" w:line="240" w:lineRule="auto"/>
            </w:pPr>
            <w:r>
              <w:t>- GV nhận xét, dặn HS về nhà hỏi người thân tên một số dân tộc anh em trên đất nước ta.</w:t>
            </w:r>
          </w:p>
        </w:tc>
        <w:tc>
          <w:tcPr>
            <w:tcW w:w="4800" w:type="dxa"/>
            <w:tcMar>
              <w:top w:w="40" w:type="dxa"/>
              <w:left w:w="60" w:type="dxa"/>
              <w:bottom w:w="40" w:type="dxa"/>
              <w:right w:w="60" w:type="dxa"/>
            </w:tcMar>
          </w:tcPr>
          <w:p w14:paraId="34CC934A" w14:textId="77777777" w:rsidR="00C54FD5" w:rsidRDefault="00C3228F" w:rsidP="00791014">
            <w:pPr>
              <w:shd w:val="clear" w:color="auto" w:fill="FFFFFF" w:themeFill="background1"/>
              <w:spacing w:after="0" w:line="240" w:lineRule="auto"/>
            </w:pPr>
            <w:r>
              <w:t>- HS lắng nghe, ghi nhớ.</w:t>
            </w:r>
          </w:p>
        </w:tc>
      </w:tr>
    </w:tbl>
    <w:p w14:paraId="26F8100A" w14:textId="77777777" w:rsidR="00C54FD5" w:rsidRDefault="00C3228F" w:rsidP="00791014">
      <w:pPr>
        <w:shd w:val="clear" w:color="auto" w:fill="FFFFFF" w:themeFill="background1"/>
        <w:spacing w:after="0" w:line="240" w:lineRule="auto"/>
      </w:pPr>
      <w:r>
        <w:rPr>
          <w:b/>
        </w:rPr>
        <w:t>IV. ĐIỀU CHỈNH SAU TIẾT HỌC (NẾU CÓ)</w:t>
      </w:r>
    </w:p>
    <w:p w14:paraId="158C29C6" w14:textId="77777777" w:rsidR="00C54FD5" w:rsidRDefault="00C54FD5" w:rsidP="00791014">
      <w:pPr>
        <w:shd w:val="clear" w:color="auto" w:fill="FFFFFF" w:themeFill="background1"/>
        <w:spacing w:after="0" w:line="240" w:lineRule="auto"/>
      </w:pPr>
    </w:p>
    <w:p w14:paraId="3D2B581D" w14:textId="77777777" w:rsidR="00C54FD5" w:rsidRDefault="00C3228F" w:rsidP="00791014">
      <w:pPr>
        <w:shd w:val="clear" w:color="auto" w:fill="FFFFFF" w:themeFill="background1"/>
        <w:spacing w:after="0" w:line="240" w:lineRule="auto"/>
        <w:jc w:val="center"/>
      </w:pPr>
      <w:r>
        <w:rPr>
          <w:b/>
        </w:rPr>
        <w:t>KẾ HOẠCH BÀI DẠY MÔN TIẾNG VIỆT LỚP 2 - TUẦN 33</w:t>
      </w:r>
    </w:p>
    <w:p w14:paraId="42E01971" w14:textId="77777777" w:rsidR="00C54FD5" w:rsidRDefault="00C3228F" w:rsidP="00791014">
      <w:pPr>
        <w:shd w:val="clear" w:color="auto" w:fill="FFFFFF" w:themeFill="background1"/>
        <w:spacing w:after="0" w:line="240" w:lineRule="auto"/>
        <w:jc w:val="center"/>
      </w:pPr>
      <w:r>
        <w:rPr>
          <w:b/>
        </w:rPr>
        <w:t>BÀI 27: CHUYỆN QUẢ BẦU</w:t>
      </w:r>
    </w:p>
    <w:p w14:paraId="2A3CD3C7" w14:textId="77777777" w:rsidR="00C54FD5" w:rsidRDefault="00C3228F" w:rsidP="00791014">
      <w:pPr>
        <w:shd w:val="clear" w:color="auto" w:fill="FFFFFF" w:themeFill="background1"/>
        <w:spacing w:after="60" w:line="240" w:lineRule="auto"/>
        <w:jc w:val="center"/>
      </w:pPr>
      <w:r>
        <w:rPr>
          <w:b/>
        </w:rPr>
        <w:t>TIẾT 3: VIẾT - ÔN CHỮ HOA A, M, N (KIỂU 2)</w:t>
      </w:r>
    </w:p>
    <w:p w14:paraId="7A9536F5" w14:textId="77777777" w:rsidR="00C54FD5" w:rsidRDefault="00C3228F" w:rsidP="00791014">
      <w:pPr>
        <w:shd w:val="clear" w:color="auto" w:fill="FFFFFF" w:themeFill="background1"/>
        <w:spacing w:after="0" w:line="240" w:lineRule="auto"/>
      </w:pPr>
      <w:r>
        <w:rPr>
          <w:b/>
        </w:rPr>
        <w:t>I. YÊU CẦU CẦN ĐẠT</w:t>
      </w:r>
    </w:p>
    <w:p w14:paraId="496A41A6" w14:textId="77777777" w:rsidR="00C54FD5" w:rsidRDefault="00C3228F" w:rsidP="00791014">
      <w:pPr>
        <w:shd w:val="clear" w:color="auto" w:fill="FFFFFF" w:themeFill="background1"/>
        <w:spacing w:after="0" w:line="240" w:lineRule="auto"/>
      </w:pPr>
      <w:r>
        <w:rPr>
          <w:b/>
        </w:rPr>
        <w:t>1. Năng lực đặc thù</w:t>
      </w:r>
    </w:p>
    <w:p w14:paraId="0C6565D5" w14:textId="77777777" w:rsidR="00C54FD5" w:rsidRDefault="00C3228F" w:rsidP="00791014">
      <w:pPr>
        <w:shd w:val="clear" w:color="auto" w:fill="FFFFFF" w:themeFill="background1"/>
        <w:spacing w:after="0" w:line="240" w:lineRule="auto"/>
      </w:pPr>
      <w:r>
        <w:lastRenderedPageBreak/>
        <w:t>- Ôn viết đúng các chữ hoa A, M, N kiểu 2 theo mẫu, đúng độ cao, độ rộng và quy trình.</w:t>
      </w:r>
    </w:p>
    <w:p w14:paraId="29005EC4" w14:textId="77777777" w:rsidR="00C54FD5" w:rsidRDefault="00C3228F" w:rsidP="00791014">
      <w:pPr>
        <w:shd w:val="clear" w:color="auto" w:fill="FFFFFF" w:themeFill="background1"/>
        <w:spacing w:after="0" w:line="240" w:lineRule="auto"/>
      </w:pPr>
      <w:r>
        <w:t>- Viết đúng câu ứng dụng: Muôn người như một.</w:t>
      </w:r>
    </w:p>
    <w:p w14:paraId="0E405C7F" w14:textId="77777777" w:rsidR="00C54FD5" w:rsidRDefault="00C3228F" w:rsidP="00791014">
      <w:pPr>
        <w:shd w:val="clear" w:color="auto" w:fill="FFFFFF" w:themeFill="background1"/>
        <w:spacing w:after="0" w:line="240" w:lineRule="auto"/>
      </w:pPr>
      <w:r>
        <w:t>- Biết trình bày bài viết sạch đẹp, đúng khoảng cách, đúng độ cao con chữ.</w:t>
      </w:r>
    </w:p>
    <w:p w14:paraId="56293F10" w14:textId="77777777" w:rsidR="00C54FD5" w:rsidRDefault="00C3228F" w:rsidP="00791014">
      <w:pPr>
        <w:shd w:val="clear" w:color="auto" w:fill="FFFFFF" w:themeFill="background1"/>
        <w:spacing w:after="0" w:line="240" w:lineRule="auto"/>
      </w:pPr>
      <w:r>
        <w:rPr>
          <w:b/>
        </w:rPr>
        <w:t>2. Năng lực chung</w:t>
      </w:r>
    </w:p>
    <w:p w14:paraId="07653B3B" w14:textId="77777777" w:rsidR="00C54FD5" w:rsidRDefault="00C3228F" w:rsidP="00791014">
      <w:pPr>
        <w:shd w:val="clear" w:color="auto" w:fill="FFFFFF" w:themeFill="background1"/>
        <w:spacing w:after="0" w:line="240" w:lineRule="auto"/>
      </w:pPr>
      <w:r>
        <w:t>- Tự chủ và tự học: Tự quan sát mẫu chữ, luyện viết và tự soát lỗi.</w:t>
      </w:r>
    </w:p>
    <w:p w14:paraId="519E07EC" w14:textId="77777777" w:rsidR="00C54FD5" w:rsidRDefault="00C3228F" w:rsidP="00791014">
      <w:pPr>
        <w:shd w:val="clear" w:color="auto" w:fill="FFFFFF" w:themeFill="background1"/>
        <w:spacing w:after="0" w:line="240" w:lineRule="auto"/>
      </w:pPr>
      <w:r>
        <w:t>- Giao tiếp và hợp tác: Biết đổi vở, góp ý nhẹ nhàng để cùng sửa bài.</w:t>
      </w:r>
    </w:p>
    <w:p w14:paraId="36A2B922" w14:textId="77777777" w:rsidR="00C54FD5" w:rsidRDefault="00C3228F" w:rsidP="00791014">
      <w:pPr>
        <w:shd w:val="clear" w:color="auto" w:fill="FFFFFF" w:themeFill="background1"/>
        <w:spacing w:after="0" w:line="240" w:lineRule="auto"/>
      </w:pPr>
      <w:r>
        <w:t>- Giải quyết vấn đề và sáng tạo: Biết phát hiện lỗi viết sai độ cao, khoảng cách và tự điều chỉnh.</w:t>
      </w:r>
    </w:p>
    <w:p w14:paraId="1BA5235F" w14:textId="77777777" w:rsidR="00C54FD5" w:rsidRDefault="00C3228F" w:rsidP="00791014">
      <w:pPr>
        <w:shd w:val="clear" w:color="auto" w:fill="FFFFFF" w:themeFill="background1"/>
        <w:spacing w:after="0" w:line="240" w:lineRule="auto"/>
      </w:pPr>
      <w:r>
        <w:rPr>
          <w:b/>
        </w:rPr>
        <w:t>3. Phẩm chất</w:t>
      </w:r>
    </w:p>
    <w:p w14:paraId="294ABB12" w14:textId="77777777" w:rsidR="00C54FD5" w:rsidRDefault="00C3228F" w:rsidP="00791014">
      <w:pPr>
        <w:shd w:val="clear" w:color="auto" w:fill="FFFFFF" w:themeFill="background1"/>
        <w:spacing w:after="0" w:line="240" w:lineRule="auto"/>
      </w:pPr>
      <w:r>
        <w:t>- Chăm chỉ: Kiên trì luyện viết đúng, viết đẹp.</w:t>
      </w:r>
    </w:p>
    <w:p w14:paraId="32F766EC" w14:textId="77777777" w:rsidR="00C54FD5" w:rsidRDefault="00C3228F" w:rsidP="00791014">
      <w:pPr>
        <w:shd w:val="clear" w:color="auto" w:fill="FFFFFF" w:themeFill="background1"/>
        <w:spacing w:after="0" w:line="240" w:lineRule="auto"/>
      </w:pPr>
      <w:r>
        <w:t>- Trách nhiệm: Giữ vở sạch, viết cẩn thận, không bỏ dở nhiệm vụ.</w:t>
      </w:r>
    </w:p>
    <w:p w14:paraId="58344D37" w14:textId="77777777" w:rsidR="00C54FD5" w:rsidRDefault="00C3228F" w:rsidP="00791014">
      <w:pPr>
        <w:shd w:val="clear" w:color="auto" w:fill="FFFFFF" w:themeFill="background1"/>
        <w:spacing w:after="0" w:line="240" w:lineRule="auto"/>
      </w:pPr>
      <w:r>
        <w:t>- Nhân ái: Biết đoàn kết, hỗ trợ bạn trong học tập.</w:t>
      </w:r>
    </w:p>
    <w:p w14:paraId="69831CE1" w14:textId="77777777" w:rsidR="00C54FD5" w:rsidRDefault="00C3228F" w:rsidP="00791014">
      <w:pPr>
        <w:shd w:val="clear" w:color="auto" w:fill="FFFFFF" w:themeFill="background1"/>
        <w:spacing w:after="0" w:line="240" w:lineRule="auto"/>
      </w:pPr>
      <w:r>
        <w:rPr>
          <w:b/>
        </w:rPr>
        <w:t>4. Tích hợp</w:t>
      </w:r>
    </w:p>
    <w:p w14:paraId="65F7E523" w14:textId="77777777" w:rsidR="00C54FD5" w:rsidRDefault="00C3228F" w:rsidP="00791014">
      <w:pPr>
        <w:shd w:val="clear" w:color="auto" w:fill="FFFFFF" w:themeFill="background1"/>
        <w:spacing w:after="0" w:line="240" w:lineRule="auto"/>
      </w:pPr>
      <w:r>
        <w:rPr>
          <w:color w:val="C00000"/>
        </w:rPr>
        <w:t>- Tích hợp đạo đức, lối sống: Qua câu ứng dụng “Muôn người như một”, rèn ý thức đồng lòng, đoàn kết, cùng chia sẻ nhiệm vụ trong học tập và sinh hoạt lớp.</w:t>
      </w:r>
    </w:p>
    <w:p w14:paraId="721E6427" w14:textId="77777777" w:rsidR="00C54FD5" w:rsidRDefault="00C3228F" w:rsidP="00791014">
      <w:pPr>
        <w:shd w:val="clear" w:color="auto" w:fill="FFFFFF" w:themeFill="background1"/>
        <w:spacing w:after="0" w:line="240" w:lineRule="auto"/>
      </w:pPr>
      <w:r>
        <w:rPr>
          <w:b/>
        </w:rPr>
        <w:t>II. ĐỒ DÙNG DẠY HỌC</w:t>
      </w:r>
    </w:p>
    <w:p w14:paraId="12F5105A" w14:textId="77777777" w:rsidR="00C54FD5" w:rsidRDefault="00C3228F" w:rsidP="00791014">
      <w:pPr>
        <w:shd w:val="clear" w:color="auto" w:fill="FFFFFF" w:themeFill="background1"/>
        <w:spacing w:after="0" w:line="240" w:lineRule="auto"/>
      </w:pPr>
      <w:r>
        <w:t>- GV: Mẫu chữ hoa A, M, N kiểu 2, câu ứng dụng, bảng phụ/máy chiếu.</w:t>
      </w:r>
    </w:p>
    <w:p w14:paraId="5E80FAA0" w14:textId="77777777" w:rsidR="00C54FD5" w:rsidRDefault="00C3228F" w:rsidP="00791014">
      <w:pPr>
        <w:shd w:val="clear" w:color="auto" w:fill="FFFFFF" w:themeFill="background1"/>
        <w:spacing w:after="0" w:line="240" w:lineRule="auto"/>
      </w:pPr>
      <w:r>
        <w:t>- HS: Vở Tập viết, bảng con, phấn/bút chì.</w:t>
      </w:r>
    </w:p>
    <w:p w14:paraId="151BB33B" w14:textId="77777777" w:rsidR="00C54FD5" w:rsidRDefault="00C3228F" w:rsidP="00791014">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272"/>
        <w:gridCol w:w="5272"/>
      </w:tblGrid>
      <w:tr w:rsidR="00C54FD5" w14:paraId="7FB8E54F" w14:textId="77777777" w:rsidTr="00791014">
        <w:trPr>
          <w:jc w:val="center"/>
        </w:trPr>
        <w:tc>
          <w:tcPr>
            <w:tcW w:w="5272" w:type="dxa"/>
            <w:tcBorders>
              <w:bottom w:val="single" w:sz="6" w:space="0" w:color="000000"/>
            </w:tcBorders>
            <w:shd w:val="clear" w:color="auto" w:fill="D9EAF7"/>
            <w:tcMar>
              <w:top w:w="40" w:type="dxa"/>
              <w:left w:w="60" w:type="dxa"/>
              <w:bottom w:w="40" w:type="dxa"/>
              <w:right w:w="60" w:type="dxa"/>
            </w:tcMar>
            <w:vAlign w:val="center"/>
          </w:tcPr>
          <w:p w14:paraId="62B78F83" w14:textId="77777777" w:rsidR="00C54FD5" w:rsidRDefault="00C3228F" w:rsidP="00791014">
            <w:pPr>
              <w:shd w:val="clear" w:color="auto" w:fill="FFFFFF" w:themeFill="background1"/>
              <w:spacing w:after="0"/>
              <w:jc w:val="center"/>
            </w:pPr>
            <w:r>
              <w:rPr>
                <w:b/>
              </w:rPr>
              <w:t>Hoạt động của giáo viên</w:t>
            </w:r>
          </w:p>
        </w:tc>
        <w:tc>
          <w:tcPr>
            <w:tcW w:w="5272" w:type="dxa"/>
            <w:tcBorders>
              <w:bottom w:val="single" w:sz="6" w:space="0" w:color="000000"/>
            </w:tcBorders>
            <w:shd w:val="clear" w:color="auto" w:fill="D9EAF7"/>
            <w:tcMar>
              <w:top w:w="40" w:type="dxa"/>
              <w:left w:w="60" w:type="dxa"/>
              <w:bottom w:w="40" w:type="dxa"/>
              <w:right w:w="60" w:type="dxa"/>
            </w:tcMar>
            <w:vAlign w:val="center"/>
          </w:tcPr>
          <w:p w14:paraId="37096D75" w14:textId="77777777" w:rsidR="00C54FD5" w:rsidRDefault="00C3228F" w:rsidP="00791014">
            <w:pPr>
              <w:shd w:val="clear" w:color="auto" w:fill="FFFFFF" w:themeFill="background1"/>
              <w:spacing w:after="0"/>
              <w:jc w:val="center"/>
            </w:pPr>
            <w:r>
              <w:rPr>
                <w:b/>
              </w:rPr>
              <w:t>Hoạt động của học sinh</w:t>
            </w:r>
          </w:p>
        </w:tc>
      </w:tr>
      <w:tr w:rsidR="00C54FD5" w14:paraId="496C411D"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734216A9" w14:textId="77777777" w:rsidR="00C54FD5" w:rsidRDefault="00C3228F" w:rsidP="00791014">
            <w:pPr>
              <w:shd w:val="clear" w:color="auto" w:fill="FFFFFF" w:themeFill="background1"/>
              <w:spacing w:after="0" w:line="240" w:lineRule="auto"/>
            </w:pPr>
            <w:r>
              <w:rPr>
                <w:b/>
              </w:rPr>
              <w:t>1. KHỞI ĐỘNG (3 phút)</w:t>
            </w:r>
            <w:r>
              <w:br/>
            </w:r>
            <w:r>
              <w:rPr>
                <w:i/>
              </w:rPr>
              <w:t>Mục tiêu: HS ôn nhanh các chữ hoa đã học và chuẩn bị tâm thế luyện viết.</w:t>
            </w:r>
          </w:p>
        </w:tc>
      </w:tr>
      <w:tr w:rsidR="00C54FD5" w14:paraId="6AD6D8DE" w14:textId="77777777" w:rsidTr="00791014">
        <w:trPr>
          <w:jc w:val="center"/>
        </w:trPr>
        <w:tc>
          <w:tcPr>
            <w:tcW w:w="4800" w:type="dxa"/>
            <w:tcBorders>
              <w:top w:val="single" w:sz="6" w:space="0" w:color="000000"/>
            </w:tcBorders>
            <w:tcMar>
              <w:top w:w="40" w:type="dxa"/>
              <w:left w:w="60" w:type="dxa"/>
              <w:bottom w:w="40" w:type="dxa"/>
              <w:right w:w="60" w:type="dxa"/>
            </w:tcMar>
          </w:tcPr>
          <w:p w14:paraId="590AC8C7" w14:textId="77777777" w:rsidR="00C54FD5" w:rsidRDefault="00C3228F" w:rsidP="00791014">
            <w:pPr>
              <w:shd w:val="clear" w:color="auto" w:fill="FFFFFF" w:themeFill="background1"/>
              <w:spacing w:after="0" w:line="240" w:lineRule="auto"/>
            </w:pPr>
            <w:r>
              <w:t>- GV tổ chức trò chơi “Nhìn nhanh đọc đúng”: chiếu các chữ hoa A, M, N kiểu 2 và yêu cầu HS gọi tên chữ.</w:t>
            </w:r>
          </w:p>
        </w:tc>
        <w:tc>
          <w:tcPr>
            <w:tcW w:w="4800" w:type="dxa"/>
            <w:tcBorders>
              <w:top w:val="single" w:sz="6" w:space="0" w:color="000000"/>
            </w:tcBorders>
            <w:tcMar>
              <w:top w:w="40" w:type="dxa"/>
              <w:left w:w="60" w:type="dxa"/>
              <w:bottom w:w="40" w:type="dxa"/>
              <w:right w:w="60" w:type="dxa"/>
            </w:tcMar>
          </w:tcPr>
          <w:p w14:paraId="0DC572EE" w14:textId="77777777" w:rsidR="00C54FD5" w:rsidRDefault="00C3228F" w:rsidP="00791014">
            <w:pPr>
              <w:shd w:val="clear" w:color="auto" w:fill="FFFFFF" w:themeFill="background1"/>
              <w:spacing w:after="0" w:line="240" w:lineRule="auto"/>
            </w:pPr>
            <w:r>
              <w:t>- HS quan sát, gọi đúng tên chữ hoa A, M, N kiểu 2.</w:t>
            </w:r>
          </w:p>
        </w:tc>
      </w:tr>
      <w:tr w:rsidR="00C54FD5" w14:paraId="2CC1711D" w14:textId="77777777" w:rsidTr="00791014">
        <w:trPr>
          <w:jc w:val="center"/>
        </w:trPr>
        <w:tc>
          <w:tcPr>
            <w:tcW w:w="4800" w:type="dxa"/>
            <w:tcBorders>
              <w:bottom w:val="single" w:sz="6" w:space="0" w:color="000000"/>
            </w:tcBorders>
            <w:tcMar>
              <w:top w:w="40" w:type="dxa"/>
              <w:left w:w="60" w:type="dxa"/>
              <w:bottom w:w="40" w:type="dxa"/>
              <w:right w:w="60" w:type="dxa"/>
            </w:tcMar>
          </w:tcPr>
          <w:p w14:paraId="4F4AB6A2" w14:textId="77777777" w:rsidR="00C54FD5" w:rsidRDefault="00C3228F" w:rsidP="00791014">
            <w:pPr>
              <w:shd w:val="clear" w:color="auto" w:fill="FFFFFF" w:themeFill="background1"/>
              <w:spacing w:after="0" w:line="240" w:lineRule="auto"/>
            </w:pPr>
            <w:r>
              <w:t>- GV giới thiệu: Tiết học hôm nay các em ôn viết chữ hoa A, M, N kiểu 2 và viết câu ứng dụng “Muôn người như một”.</w:t>
            </w:r>
          </w:p>
        </w:tc>
        <w:tc>
          <w:tcPr>
            <w:tcW w:w="4800" w:type="dxa"/>
            <w:tcBorders>
              <w:bottom w:val="single" w:sz="6" w:space="0" w:color="000000"/>
            </w:tcBorders>
            <w:tcMar>
              <w:top w:w="40" w:type="dxa"/>
              <w:left w:w="60" w:type="dxa"/>
              <w:bottom w:w="40" w:type="dxa"/>
              <w:right w:w="60" w:type="dxa"/>
            </w:tcMar>
          </w:tcPr>
          <w:p w14:paraId="004D339B" w14:textId="77777777" w:rsidR="00C54FD5" w:rsidRDefault="00C3228F" w:rsidP="00791014">
            <w:pPr>
              <w:shd w:val="clear" w:color="auto" w:fill="FFFFFF" w:themeFill="background1"/>
              <w:spacing w:after="0" w:line="240" w:lineRule="auto"/>
            </w:pPr>
            <w:r>
              <w:t>- HS lắng nghe, ghi tên tiết học.</w:t>
            </w:r>
          </w:p>
        </w:tc>
      </w:tr>
      <w:tr w:rsidR="00C54FD5" w14:paraId="406E6D6F"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141D3B08" w14:textId="77777777" w:rsidR="00C54FD5" w:rsidRDefault="00C3228F" w:rsidP="00791014">
            <w:pPr>
              <w:shd w:val="clear" w:color="auto" w:fill="FFFFFF" w:themeFill="background1"/>
              <w:spacing w:after="0" w:line="240" w:lineRule="auto"/>
            </w:pPr>
            <w:r>
              <w:rPr>
                <w:b/>
              </w:rPr>
              <w:t>2. KHÁM PHÁ KIẾN THỨC (12 phút)</w:t>
            </w:r>
            <w:r>
              <w:br/>
            </w:r>
            <w:r>
              <w:rPr>
                <w:i/>
              </w:rPr>
              <w:t>Mục tiêu: HS nhận biết lại đặc điểm chữ hoa A, M, N kiểu 2 và hiểu ý nghĩa câu ứng dụng.</w:t>
            </w:r>
          </w:p>
        </w:tc>
      </w:tr>
      <w:tr w:rsidR="00C54FD5" w14:paraId="45E7B7B9"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676918C2" w14:textId="77777777" w:rsidR="00C54FD5" w:rsidRDefault="00C3228F" w:rsidP="00791014">
            <w:pPr>
              <w:shd w:val="clear" w:color="auto" w:fill="FFFFFF" w:themeFill="background1"/>
              <w:spacing w:after="0" w:line="240" w:lineRule="auto"/>
            </w:pPr>
            <w:r>
              <w:rPr>
                <w:b/>
              </w:rPr>
              <w:t>Hoạt động 1: Ôn cách viết chữ hoa</w:t>
            </w:r>
          </w:p>
        </w:tc>
      </w:tr>
      <w:tr w:rsidR="00C54FD5" w14:paraId="64E7F078" w14:textId="77777777" w:rsidTr="00791014">
        <w:trPr>
          <w:jc w:val="center"/>
        </w:trPr>
        <w:tc>
          <w:tcPr>
            <w:tcW w:w="4800" w:type="dxa"/>
            <w:tcBorders>
              <w:top w:val="single" w:sz="6" w:space="0" w:color="000000"/>
            </w:tcBorders>
            <w:tcMar>
              <w:top w:w="40" w:type="dxa"/>
              <w:left w:w="60" w:type="dxa"/>
              <w:bottom w:w="40" w:type="dxa"/>
              <w:right w:w="60" w:type="dxa"/>
            </w:tcMar>
          </w:tcPr>
          <w:p w14:paraId="6580079A" w14:textId="77777777" w:rsidR="00C54FD5" w:rsidRDefault="00C3228F" w:rsidP="00791014">
            <w:pPr>
              <w:shd w:val="clear" w:color="auto" w:fill="FFFFFF" w:themeFill="background1"/>
              <w:spacing w:after="0" w:line="240" w:lineRule="auto"/>
            </w:pPr>
            <w:r>
              <w:t>- GV yêu cầu HS quan sát mẫu chữ hoa A, M, N kiểu 2; nhận xét độ cao, độ rộng và những nét dễ viết sai.</w:t>
            </w:r>
          </w:p>
          <w:p w14:paraId="7BB07F26" w14:textId="246F86B3" w:rsidR="00C54FD5" w:rsidRDefault="00C54FD5" w:rsidP="00791014">
            <w:pPr>
              <w:shd w:val="clear" w:color="auto" w:fill="FFFFFF" w:themeFill="background1"/>
              <w:spacing w:after="0"/>
              <w:jc w:val="center"/>
            </w:pPr>
          </w:p>
        </w:tc>
        <w:tc>
          <w:tcPr>
            <w:tcW w:w="4800" w:type="dxa"/>
            <w:tcBorders>
              <w:top w:val="single" w:sz="6" w:space="0" w:color="000000"/>
            </w:tcBorders>
            <w:tcMar>
              <w:top w:w="40" w:type="dxa"/>
              <w:left w:w="60" w:type="dxa"/>
              <w:bottom w:w="40" w:type="dxa"/>
              <w:right w:w="60" w:type="dxa"/>
            </w:tcMar>
          </w:tcPr>
          <w:p w14:paraId="3D0ADDB3" w14:textId="77777777" w:rsidR="00C54FD5" w:rsidRDefault="00C3228F" w:rsidP="00791014">
            <w:pPr>
              <w:shd w:val="clear" w:color="auto" w:fill="FFFFFF" w:themeFill="background1"/>
              <w:spacing w:after="0" w:line="240" w:lineRule="auto"/>
            </w:pPr>
            <w:r>
              <w:t>- HS quan sát. Dự kiến: Các chữ cao 5 li; cần viết đúng nét cong, nét móc và khoảng cách giữa các nét.</w:t>
            </w:r>
          </w:p>
        </w:tc>
      </w:tr>
      <w:tr w:rsidR="00C54FD5" w14:paraId="274DEA57" w14:textId="77777777" w:rsidTr="00791014">
        <w:trPr>
          <w:jc w:val="center"/>
        </w:trPr>
        <w:tc>
          <w:tcPr>
            <w:tcW w:w="4800" w:type="dxa"/>
            <w:tcMar>
              <w:top w:w="40" w:type="dxa"/>
              <w:left w:w="60" w:type="dxa"/>
              <w:bottom w:w="40" w:type="dxa"/>
              <w:right w:w="60" w:type="dxa"/>
            </w:tcMar>
          </w:tcPr>
          <w:p w14:paraId="310120A2" w14:textId="77777777" w:rsidR="00C54FD5" w:rsidRDefault="00C3228F" w:rsidP="00791014">
            <w:pPr>
              <w:shd w:val="clear" w:color="auto" w:fill="FFFFFF" w:themeFill="background1"/>
              <w:spacing w:after="0" w:line="240" w:lineRule="auto"/>
            </w:pPr>
            <w:r>
              <w:t>- GV viết mẫu từng chữ trên bảng, vừa viết vừa nhắc điểm đặt bút, hướng đưa bút và điểm dừng bút.</w:t>
            </w:r>
          </w:p>
        </w:tc>
        <w:tc>
          <w:tcPr>
            <w:tcW w:w="4800" w:type="dxa"/>
            <w:tcMar>
              <w:top w:w="40" w:type="dxa"/>
              <w:left w:w="60" w:type="dxa"/>
              <w:bottom w:w="40" w:type="dxa"/>
              <w:right w:w="60" w:type="dxa"/>
            </w:tcMar>
          </w:tcPr>
          <w:p w14:paraId="134DB60E" w14:textId="77777777" w:rsidR="00C54FD5" w:rsidRDefault="00C3228F" w:rsidP="00791014">
            <w:pPr>
              <w:shd w:val="clear" w:color="auto" w:fill="FFFFFF" w:themeFill="background1"/>
              <w:spacing w:after="0" w:line="240" w:lineRule="auto"/>
            </w:pPr>
            <w:r>
              <w:t>- HS quan sát, dùng ngón tay viết theo trên không.</w:t>
            </w:r>
          </w:p>
        </w:tc>
      </w:tr>
      <w:tr w:rsidR="00C54FD5" w14:paraId="04BE5FF5" w14:textId="77777777" w:rsidTr="00791014">
        <w:trPr>
          <w:jc w:val="center"/>
        </w:trPr>
        <w:tc>
          <w:tcPr>
            <w:tcW w:w="4800" w:type="dxa"/>
            <w:tcBorders>
              <w:bottom w:val="single" w:sz="6" w:space="0" w:color="000000"/>
            </w:tcBorders>
            <w:tcMar>
              <w:top w:w="40" w:type="dxa"/>
              <w:left w:w="60" w:type="dxa"/>
              <w:bottom w:w="40" w:type="dxa"/>
              <w:right w:w="60" w:type="dxa"/>
            </w:tcMar>
          </w:tcPr>
          <w:p w14:paraId="7323C85F" w14:textId="77777777" w:rsidR="00C54FD5" w:rsidRDefault="00C3228F" w:rsidP="00791014">
            <w:pPr>
              <w:shd w:val="clear" w:color="auto" w:fill="FFFFFF" w:themeFill="background1"/>
              <w:spacing w:after="0" w:line="240" w:lineRule="auto"/>
            </w:pPr>
            <w:r>
              <w:t>- GV cho HS luyện viết từng chữ vào bảng con; theo dõi và sửa lỗi về độ cao, độ rộng, nét nối.</w:t>
            </w:r>
          </w:p>
        </w:tc>
        <w:tc>
          <w:tcPr>
            <w:tcW w:w="4800" w:type="dxa"/>
            <w:tcBorders>
              <w:bottom w:val="single" w:sz="6" w:space="0" w:color="000000"/>
            </w:tcBorders>
            <w:tcMar>
              <w:top w:w="40" w:type="dxa"/>
              <w:left w:w="60" w:type="dxa"/>
              <w:bottom w:w="40" w:type="dxa"/>
              <w:right w:w="60" w:type="dxa"/>
            </w:tcMar>
          </w:tcPr>
          <w:p w14:paraId="3ECACA44" w14:textId="77777777" w:rsidR="00C54FD5" w:rsidRDefault="00C3228F" w:rsidP="00791014">
            <w:pPr>
              <w:shd w:val="clear" w:color="auto" w:fill="FFFFFF" w:themeFill="background1"/>
              <w:spacing w:after="0" w:line="240" w:lineRule="auto"/>
            </w:pPr>
            <w:r>
              <w:t>- HS viết bảng con; giơ bảng; tự sửa chữ theo nhận xét của GV.</w:t>
            </w:r>
          </w:p>
        </w:tc>
      </w:tr>
      <w:tr w:rsidR="00C54FD5" w14:paraId="79F9E760"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1673F7E6" w14:textId="77777777" w:rsidR="00C54FD5" w:rsidRDefault="00C3228F" w:rsidP="00791014">
            <w:pPr>
              <w:shd w:val="clear" w:color="auto" w:fill="FFFFFF" w:themeFill="background1"/>
              <w:spacing w:after="0" w:line="240" w:lineRule="auto"/>
            </w:pPr>
            <w:r>
              <w:rPr>
                <w:b/>
              </w:rPr>
              <w:t>Hoạt động 2: Hướng dẫn viết câu ứng dụng</w:t>
            </w:r>
          </w:p>
        </w:tc>
      </w:tr>
      <w:tr w:rsidR="00C54FD5" w14:paraId="27BA9D69" w14:textId="77777777" w:rsidTr="00791014">
        <w:trPr>
          <w:jc w:val="center"/>
        </w:trPr>
        <w:tc>
          <w:tcPr>
            <w:tcW w:w="4800" w:type="dxa"/>
            <w:tcBorders>
              <w:top w:val="single" w:sz="6" w:space="0" w:color="000000"/>
            </w:tcBorders>
            <w:tcMar>
              <w:top w:w="40" w:type="dxa"/>
              <w:left w:w="60" w:type="dxa"/>
              <w:bottom w:w="40" w:type="dxa"/>
              <w:right w:w="60" w:type="dxa"/>
            </w:tcMar>
          </w:tcPr>
          <w:p w14:paraId="032E5041" w14:textId="77777777" w:rsidR="00C54FD5" w:rsidRDefault="00C3228F" w:rsidP="00791014">
            <w:pPr>
              <w:shd w:val="clear" w:color="auto" w:fill="FFFFFF" w:themeFill="background1"/>
              <w:spacing w:after="0" w:line="240" w:lineRule="auto"/>
            </w:pPr>
            <w:r>
              <w:t>- GV gọi HS đọc câu ứng dụng: “Muôn người như một.”</w:t>
            </w:r>
          </w:p>
        </w:tc>
        <w:tc>
          <w:tcPr>
            <w:tcW w:w="4800" w:type="dxa"/>
            <w:tcBorders>
              <w:top w:val="single" w:sz="6" w:space="0" w:color="000000"/>
            </w:tcBorders>
            <w:tcMar>
              <w:top w:w="40" w:type="dxa"/>
              <w:left w:w="60" w:type="dxa"/>
              <w:bottom w:w="40" w:type="dxa"/>
              <w:right w:w="60" w:type="dxa"/>
            </w:tcMar>
          </w:tcPr>
          <w:p w14:paraId="22C98330" w14:textId="77777777" w:rsidR="00C54FD5" w:rsidRDefault="00C3228F" w:rsidP="00791014">
            <w:pPr>
              <w:shd w:val="clear" w:color="auto" w:fill="FFFFFF" w:themeFill="background1"/>
              <w:spacing w:after="0" w:line="240" w:lineRule="auto"/>
            </w:pPr>
            <w:r>
              <w:t>- HS đọc câu ứng dụng cá nhân, đồng thanh.</w:t>
            </w:r>
          </w:p>
        </w:tc>
      </w:tr>
      <w:tr w:rsidR="00C54FD5" w14:paraId="682F7E3D" w14:textId="77777777" w:rsidTr="00791014">
        <w:trPr>
          <w:jc w:val="center"/>
        </w:trPr>
        <w:tc>
          <w:tcPr>
            <w:tcW w:w="4800" w:type="dxa"/>
            <w:tcMar>
              <w:top w:w="40" w:type="dxa"/>
              <w:left w:w="60" w:type="dxa"/>
              <w:bottom w:w="40" w:type="dxa"/>
              <w:right w:w="60" w:type="dxa"/>
            </w:tcMar>
          </w:tcPr>
          <w:p w14:paraId="3D358EE0" w14:textId="77777777" w:rsidR="00C54FD5" w:rsidRDefault="00C3228F" w:rsidP="00791014">
            <w:pPr>
              <w:shd w:val="clear" w:color="auto" w:fill="FFFFFF" w:themeFill="background1"/>
              <w:spacing w:after="0" w:line="240" w:lineRule="auto"/>
            </w:pPr>
            <w:r>
              <w:t>- GV hỏi: Câu “Muôn người như một” khuyên chúng ta điều gì?</w:t>
            </w:r>
          </w:p>
        </w:tc>
        <w:tc>
          <w:tcPr>
            <w:tcW w:w="4800" w:type="dxa"/>
            <w:tcMar>
              <w:top w:w="40" w:type="dxa"/>
              <w:left w:w="60" w:type="dxa"/>
              <w:bottom w:w="40" w:type="dxa"/>
              <w:right w:w="60" w:type="dxa"/>
            </w:tcMar>
          </w:tcPr>
          <w:p w14:paraId="4AB6F706" w14:textId="77777777" w:rsidR="00C54FD5" w:rsidRDefault="00C3228F" w:rsidP="00791014">
            <w:pPr>
              <w:shd w:val="clear" w:color="auto" w:fill="FFFFFF" w:themeFill="background1"/>
              <w:spacing w:after="0" w:line="240" w:lineRule="auto"/>
            </w:pPr>
            <w:r>
              <w:t>- HS trả lời: Câu này khuyên mọi người đoàn kết, đồng lòng, cùng giúp đỡ nhau như một nhà.</w:t>
            </w:r>
          </w:p>
        </w:tc>
      </w:tr>
      <w:tr w:rsidR="00C54FD5" w14:paraId="2627036B" w14:textId="77777777" w:rsidTr="00791014">
        <w:trPr>
          <w:jc w:val="center"/>
        </w:trPr>
        <w:tc>
          <w:tcPr>
            <w:tcW w:w="4800" w:type="dxa"/>
            <w:tcMar>
              <w:top w:w="40" w:type="dxa"/>
              <w:left w:w="60" w:type="dxa"/>
              <w:bottom w:w="40" w:type="dxa"/>
              <w:right w:w="60" w:type="dxa"/>
            </w:tcMar>
          </w:tcPr>
          <w:p w14:paraId="010ADAEE" w14:textId="77777777" w:rsidR="00C54FD5" w:rsidRDefault="00C3228F" w:rsidP="00791014">
            <w:pPr>
              <w:shd w:val="clear" w:color="auto" w:fill="FFFFFF" w:themeFill="background1"/>
              <w:spacing w:after="0" w:line="240" w:lineRule="auto"/>
            </w:pPr>
            <w:r>
              <w:t>- GV hướng dẫn HS nhận xét: chữ nào viết hoa, giữa các tiếng cách nhau thế nào, cuối câu dùng dấu gì.</w:t>
            </w:r>
          </w:p>
        </w:tc>
        <w:tc>
          <w:tcPr>
            <w:tcW w:w="4800" w:type="dxa"/>
            <w:tcMar>
              <w:top w:w="40" w:type="dxa"/>
              <w:left w:w="60" w:type="dxa"/>
              <w:bottom w:w="40" w:type="dxa"/>
              <w:right w:w="60" w:type="dxa"/>
            </w:tcMar>
          </w:tcPr>
          <w:p w14:paraId="187D9E1A" w14:textId="77777777" w:rsidR="00C54FD5" w:rsidRDefault="00C3228F" w:rsidP="00791014">
            <w:pPr>
              <w:shd w:val="clear" w:color="auto" w:fill="FFFFFF" w:themeFill="background1"/>
              <w:spacing w:after="0" w:line="240" w:lineRule="auto"/>
            </w:pPr>
            <w:r>
              <w:t>- HS nêu: Chữ M viết hoa vì đứng đầu câu; các tiếng cách nhau khoảng một chữ o; cuối câu có dấu chấm.</w:t>
            </w:r>
          </w:p>
        </w:tc>
      </w:tr>
      <w:tr w:rsidR="00C54FD5" w14:paraId="1DB7E0A2" w14:textId="77777777" w:rsidTr="00791014">
        <w:trPr>
          <w:jc w:val="center"/>
        </w:trPr>
        <w:tc>
          <w:tcPr>
            <w:tcW w:w="4800" w:type="dxa"/>
            <w:tcMar>
              <w:top w:w="40" w:type="dxa"/>
              <w:left w:w="60" w:type="dxa"/>
              <w:bottom w:w="40" w:type="dxa"/>
              <w:right w:w="60" w:type="dxa"/>
            </w:tcMar>
          </w:tcPr>
          <w:p w14:paraId="41BAF926" w14:textId="77777777" w:rsidR="00C54FD5" w:rsidRDefault="00C3228F" w:rsidP="00791014">
            <w:pPr>
              <w:shd w:val="clear" w:color="auto" w:fill="FFFFFF" w:themeFill="background1"/>
              <w:spacing w:after="0" w:line="240" w:lineRule="auto"/>
            </w:pPr>
            <w:r>
              <w:lastRenderedPageBreak/>
              <w:t>- GV nêu câu hỏi dẫn: Khi lớp mình làm việc nhóm, “muôn người như một” được thể hiện bằng những việc làm nào?</w:t>
            </w:r>
          </w:p>
        </w:tc>
        <w:tc>
          <w:tcPr>
            <w:tcW w:w="4800" w:type="dxa"/>
            <w:tcMar>
              <w:top w:w="40" w:type="dxa"/>
              <w:left w:w="60" w:type="dxa"/>
              <w:bottom w:w="40" w:type="dxa"/>
              <w:right w:w="60" w:type="dxa"/>
            </w:tcMar>
          </w:tcPr>
          <w:p w14:paraId="3CF4FDC2" w14:textId="77777777" w:rsidR="00C54FD5" w:rsidRDefault="00C3228F" w:rsidP="00791014">
            <w:pPr>
              <w:shd w:val="clear" w:color="auto" w:fill="FFFFFF" w:themeFill="background1"/>
              <w:spacing w:after="0" w:line="240" w:lineRule="auto"/>
            </w:pPr>
            <w:r>
              <w:t>- HS nêu: Cùng lắng nghe, chia nhiệm vụ, giúp bạn, không tranh cãi, hoàn thành nhiệm vụ chung.</w:t>
            </w:r>
          </w:p>
        </w:tc>
      </w:tr>
      <w:tr w:rsidR="00C54FD5" w14:paraId="1931FCCD" w14:textId="77777777" w:rsidTr="00791014">
        <w:trPr>
          <w:jc w:val="center"/>
        </w:trPr>
        <w:tc>
          <w:tcPr>
            <w:tcW w:w="4800" w:type="dxa"/>
            <w:tcBorders>
              <w:bottom w:val="single" w:sz="6" w:space="0" w:color="000000"/>
            </w:tcBorders>
            <w:tcMar>
              <w:top w:w="40" w:type="dxa"/>
              <w:left w:w="60" w:type="dxa"/>
              <w:bottom w:w="40" w:type="dxa"/>
              <w:right w:w="60" w:type="dxa"/>
            </w:tcMar>
          </w:tcPr>
          <w:p w14:paraId="32316292" w14:textId="77777777" w:rsidR="00C54FD5" w:rsidRDefault="00C3228F" w:rsidP="00791014">
            <w:pPr>
              <w:shd w:val="clear" w:color="auto" w:fill="FFFFFF" w:themeFill="background1"/>
              <w:spacing w:after="0" w:line="240" w:lineRule="auto"/>
            </w:pPr>
            <w:r>
              <w:rPr>
                <w:color w:val="C00000"/>
              </w:rPr>
              <w:t>- Tích hợp đạo đức, lối sống: GV diễn giải: “Muôn người như một” không chỉ là câu viết đẹp trong vở mà còn là bài học về sự đồng lòng. Trong lớp học, khi cả nhóm cùng cố gắng, bạn biết giúp bạn, bạn mạnh dạn nhận phần việc, bạn khác biết lắng nghe, tập thể sẽ hoàn thành nhiệm vụ tốt hơn. Trong cuộc sống, tinh thần đoàn kết giúp mọi người vượt qua khó khăn, nhất là khi quê hương gặp thiên tai hoặc có việc chung cần góp sức. Vì vậy, khi luyện viết câu này, các em cũng luyện cho mình thói quen sống đoàn kết: không ích kỉ, không bỏ mặc bạn, biết nói lời động viên và cùng làm việc đến nơi đến chốn.</w:t>
            </w:r>
          </w:p>
        </w:tc>
        <w:tc>
          <w:tcPr>
            <w:tcW w:w="4800" w:type="dxa"/>
            <w:tcBorders>
              <w:bottom w:val="single" w:sz="6" w:space="0" w:color="000000"/>
            </w:tcBorders>
            <w:tcMar>
              <w:top w:w="40" w:type="dxa"/>
              <w:left w:w="60" w:type="dxa"/>
              <w:bottom w:w="40" w:type="dxa"/>
              <w:right w:w="60" w:type="dxa"/>
            </w:tcMar>
          </w:tcPr>
          <w:p w14:paraId="2B9F4BF7" w14:textId="77777777" w:rsidR="00C54FD5" w:rsidRDefault="00C3228F" w:rsidP="00791014">
            <w:pPr>
              <w:shd w:val="clear" w:color="auto" w:fill="FFFFFF" w:themeFill="background1"/>
              <w:spacing w:after="0" w:line="240" w:lineRule="auto"/>
            </w:pPr>
            <w:r>
              <w:rPr>
                <w:color w:val="C00000"/>
              </w:rPr>
              <w:t>- HS lắng nghe; nêu việc làm: Em sẽ giúp bạn trong nhóm, không chê bạn, cùng hoàn thành nhiệm vụ cô giao.</w:t>
            </w:r>
          </w:p>
        </w:tc>
      </w:tr>
      <w:tr w:rsidR="00C54FD5" w14:paraId="239363DE"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2DBC158C" w14:textId="77777777" w:rsidR="00C54FD5" w:rsidRDefault="00C3228F" w:rsidP="00791014">
            <w:pPr>
              <w:shd w:val="clear" w:color="auto" w:fill="FFFFFF" w:themeFill="background1"/>
              <w:spacing w:after="0" w:line="240" w:lineRule="auto"/>
            </w:pPr>
            <w:r>
              <w:rPr>
                <w:b/>
              </w:rPr>
              <w:t>3. LUYỆN TẬP - THỰC HÀNH (15 phút)</w:t>
            </w:r>
            <w:r>
              <w:br/>
            </w:r>
            <w:r>
              <w:rPr>
                <w:i/>
              </w:rPr>
              <w:t>Mục tiêu: HS viết đúng chữ hoa A, M, N kiểu 2 và câu ứng dụng vào vở; biết giữ tư thế ngồi viết đúng.</w:t>
            </w:r>
          </w:p>
        </w:tc>
      </w:tr>
      <w:tr w:rsidR="00C54FD5" w14:paraId="1198CFD7" w14:textId="77777777" w:rsidTr="00791014">
        <w:trPr>
          <w:jc w:val="center"/>
        </w:trPr>
        <w:tc>
          <w:tcPr>
            <w:tcW w:w="4800" w:type="dxa"/>
            <w:tcBorders>
              <w:top w:val="single" w:sz="6" w:space="0" w:color="000000"/>
            </w:tcBorders>
            <w:tcMar>
              <w:top w:w="40" w:type="dxa"/>
              <w:left w:w="60" w:type="dxa"/>
              <w:bottom w:w="40" w:type="dxa"/>
              <w:right w:w="60" w:type="dxa"/>
            </w:tcMar>
          </w:tcPr>
          <w:p w14:paraId="686B047A" w14:textId="77777777" w:rsidR="00C54FD5" w:rsidRDefault="00C3228F" w:rsidP="00791014">
            <w:pPr>
              <w:shd w:val="clear" w:color="auto" w:fill="FFFFFF" w:themeFill="background1"/>
              <w:spacing w:after="0" w:line="240" w:lineRule="auto"/>
            </w:pPr>
            <w:r>
              <w:t>- GV nêu yêu cầu viết vở: viết các chữ hoa A, M, N kiểu 2 theo mẫu; viết câu ứng dụng đúng cỡ chữ và khoảng cách.</w:t>
            </w:r>
          </w:p>
        </w:tc>
        <w:tc>
          <w:tcPr>
            <w:tcW w:w="4800" w:type="dxa"/>
            <w:tcBorders>
              <w:top w:val="single" w:sz="6" w:space="0" w:color="000000"/>
            </w:tcBorders>
            <w:tcMar>
              <w:top w:w="40" w:type="dxa"/>
              <w:left w:w="60" w:type="dxa"/>
              <w:bottom w:w="40" w:type="dxa"/>
              <w:right w:w="60" w:type="dxa"/>
            </w:tcMar>
          </w:tcPr>
          <w:p w14:paraId="6C97AB70" w14:textId="77777777" w:rsidR="00C54FD5" w:rsidRDefault="00C3228F" w:rsidP="00791014">
            <w:pPr>
              <w:shd w:val="clear" w:color="auto" w:fill="FFFFFF" w:themeFill="background1"/>
              <w:spacing w:after="0" w:line="240" w:lineRule="auto"/>
            </w:pPr>
            <w:r>
              <w:t>- HS lắng nghe, mở vở đúng trang.</w:t>
            </w:r>
          </w:p>
        </w:tc>
      </w:tr>
      <w:tr w:rsidR="00C54FD5" w14:paraId="2E1C25BF" w14:textId="77777777" w:rsidTr="00791014">
        <w:trPr>
          <w:jc w:val="center"/>
        </w:trPr>
        <w:tc>
          <w:tcPr>
            <w:tcW w:w="4800" w:type="dxa"/>
            <w:tcMar>
              <w:top w:w="40" w:type="dxa"/>
              <w:left w:w="60" w:type="dxa"/>
              <w:bottom w:w="40" w:type="dxa"/>
              <w:right w:w="60" w:type="dxa"/>
            </w:tcMar>
          </w:tcPr>
          <w:p w14:paraId="2E6A312A" w14:textId="77777777" w:rsidR="00C54FD5" w:rsidRDefault="00C3228F" w:rsidP="00791014">
            <w:pPr>
              <w:shd w:val="clear" w:color="auto" w:fill="FFFFFF" w:themeFill="background1"/>
              <w:spacing w:after="0" w:line="240" w:lineRule="auto"/>
            </w:pPr>
            <w:r>
              <w:t>- GV nhắc tư thế ngồi viết: lưng thẳng, mắt cách vở khoảng 25-30 cm, tay giữ vở, tay viết thoải mái.</w:t>
            </w:r>
          </w:p>
        </w:tc>
        <w:tc>
          <w:tcPr>
            <w:tcW w:w="4800" w:type="dxa"/>
            <w:tcMar>
              <w:top w:w="40" w:type="dxa"/>
              <w:left w:w="60" w:type="dxa"/>
              <w:bottom w:w="40" w:type="dxa"/>
              <w:right w:w="60" w:type="dxa"/>
            </w:tcMar>
          </w:tcPr>
          <w:p w14:paraId="3AECEBBB" w14:textId="77777777" w:rsidR="00C54FD5" w:rsidRDefault="00C3228F" w:rsidP="00791014">
            <w:pPr>
              <w:shd w:val="clear" w:color="auto" w:fill="FFFFFF" w:themeFill="background1"/>
              <w:spacing w:after="0" w:line="240" w:lineRule="auto"/>
            </w:pPr>
            <w:r>
              <w:t>- HS điều chỉnh tư thế, chuẩn bị viết.</w:t>
            </w:r>
          </w:p>
        </w:tc>
      </w:tr>
      <w:tr w:rsidR="00C54FD5" w14:paraId="056681BF" w14:textId="77777777" w:rsidTr="00791014">
        <w:trPr>
          <w:jc w:val="center"/>
        </w:trPr>
        <w:tc>
          <w:tcPr>
            <w:tcW w:w="4800" w:type="dxa"/>
            <w:tcMar>
              <w:top w:w="40" w:type="dxa"/>
              <w:left w:w="60" w:type="dxa"/>
              <w:bottom w:w="40" w:type="dxa"/>
              <w:right w:w="60" w:type="dxa"/>
            </w:tcMar>
          </w:tcPr>
          <w:p w14:paraId="08E0EECD" w14:textId="77777777" w:rsidR="00C54FD5" w:rsidRDefault="00C3228F" w:rsidP="00791014">
            <w:pPr>
              <w:shd w:val="clear" w:color="auto" w:fill="FFFFFF" w:themeFill="background1"/>
              <w:spacing w:after="0" w:line="240" w:lineRule="auto"/>
            </w:pPr>
            <w:r>
              <w:t>- GV cho HS viết vở; quan sát, hỗ trợ HS viết chậm hoặc sai nét.</w:t>
            </w:r>
          </w:p>
        </w:tc>
        <w:tc>
          <w:tcPr>
            <w:tcW w:w="4800" w:type="dxa"/>
            <w:tcMar>
              <w:top w:w="40" w:type="dxa"/>
              <w:left w:w="60" w:type="dxa"/>
              <w:bottom w:w="40" w:type="dxa"/>
              <w:right w:w="60" w:type="dxa"/>
            </w:tcMar>
          </w:tcPr>
          <w:p w14:paraId="3835DCDB" w14:textId="77777777" w:rsidR="00C54FD5" w:rsidRDefault="00C3228F" w:rsidP="00791014">
            <w:pPr>
              <w:shd w:val="clear" w:color="auto" w:fill="FFFFFF" w:themeFill="background1"/>
              <w:spacing w:after="0" w:line="240" w:lineRule="auto"/>
            </w:pPr>
            <w:r>
              <w:t>- HS viết bài vào vở, giữ chữ đều và sạch.</w:t>
            </w:r>
          </w:p>
        </w:tc>
      </w:tr>
      <w:tr w:rsidR="00C54FD5" w14:paraId="6F6155FE" w14:textId="77777777" w:rsidTr="00791014">
        <w:trPr>
          <w:jc w:val="center"/>
        </w:trPr>
        <w:tc>
          <w:tcPr>
            <w:tcW w:w="4800" w:type="dxa"/>
            <w:tcBorders>
              <w:bottom w:val="single" w:sz="6" w:space="0" w:color="000000"/>
            </w:tcBorders>
            <w:tcMar>
              <w:top w:w="40" w:type="dxa"/>
              <w:left w:w="60" w:type="dxa"/>
              <w:bottom w:w="40" w:type="dxa"/>
              <w:right w:w="60" w:type="dxa"/>
            </w:tcMar>
          </w:tcPr>
          <w:p w14:paraId="488C3B1A" w14:textId="77777777" w:rsidR="00C54FD5" w:rsidRDefault="00C3228F" w:rsidP="00791014">
            <w:pPr>
              <w:shd w:val="clear" w:color="auto" w:fill="FFFFFF" w:themeFill="background1"/>
              <w:spacing w:after="0" w:line="240" w:lineRule="auto"/>
            </w:pPr>
            <w:r>
              <w:t>- GV yêu cầu HS đổi vở theo cặp để soát lỗi; chọn một số bài viết đẹp để nhận xét.</w:t>
            </w:r>
          </w:p>
        </w:tc>
        <w:tc>
          <w:tcPr>
            <w:tcW w:w="4800" w:type="dxa"/>
            <w:tcBorders>
              <w:bottom w:val="single" w:sz="6" w:space="0" w:color="000000"/>
            </w:tcBorders>
            <w:tcMar>
              <w:top w:w="40" w:type="dxa"/>
              <w:left w:w="60" w:type="dxa"/>
              <w:bottom w:w="40" w:type="dxa"/>
              <w:right w:w="60" w:type="dxa"/>
            </w:tcMar>
          </w:tcPr>
          <w:p w14:paraId="46C42F8F" w14:textId="77777777" w:rsidR="00C54FD5" w:rsidRDefault="00C3228F" w:rsidP="00791014">
            <w:pPr>
              <w:shd w:val="clear" w:color="auto" w:fill="FFFFFF" w:themeFill="background1"/>
              <w:spacing w:after="0" w:line="240" w:lineRule="auto"/>
            </w:pPr>
            <w:r>
              <w:t>- HS đổi vở, nhận xét nhẹ nhàng; tự sửa lỗi nếu có.</w:t>
            </w:r>
          </w:p>
        </w:tc>
      </w:tr>
      <w:tr w:rsidR="00C54FD5" w14:paraId="46677E9F"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042CD156" w14:textId="77777777" w:rsidR="00C54FD5" w:rsidRDefault="00C3228F" w:rsidP="00791014">
            <w:pPr>
              <w:shd w:val="clear" w:color="auto" w:fill="FFFFFF" w:themeFill="background1"/>
              <w:spacing w:after="0" w:line="240" w:lineRule="auto"/>
            </w:pPr>
            <w:r>
              <w:rPr>
                <w:b/>
              </w:rPr>
              <w:t>4. VẬN DỤNG (5 phút)</w:t>
            </w:r>
            <w:r>
              <w:br/>
            </w:r>
            <w:r>
              <w:rPr>
                <w:i/>
              </w:rPr>
              <w:t>Mục tiêu: HS liên hệ ý nghĩa câu ứng dụng với việc học tập, sinh hoạt ở lớp.</w:t>
            </w:r>
          </w:p>
        </w:tc>
      </w:tr>
      <w:tr w:rsidR="00C54FD5" w14:paraId="657D4067" w14:textId="77777777" w:rsidTr="00791014">
        <w:trPr>
          <w:jc w:val="center"/>
        </w:trPr>
        <w:tc>
          <w:tcPr>
            <w:tcW w:w="4800" w:type="dxa"/>
            <w:tcBorders>
              <w:top w:val="single" w:sz="6" w:space="0" w:color="000000"/>
            </w:tcBorders>
            <w:tcMar>
              <w:top w:w="40" w:type="dxa"/>
              <w:left w:w="60" w:type="dxa"/>
              <w:bottom w:w="40" w:type="dxa"/>
              <w:right w:w="60" w:type="dxa"/>
            </w:tcMar>
          </w:tcPr>
          <w:p w14:paraId="0B718450" w14:textId="77777777" w:rsidR="00C54FD5" w:rsidRDefault="00C3228F" w:rsidP="00791014">
            <w:pPr>
              <w:shd w:val="clear" w:color="auto" w:fill="FFFFFF" w:themeFill="background1"/>
              <w:spacing w:after="0" w:line="240" w:lineRule="auto"/>
            </w:pPr>
            <w:r>
              <w:t>- GV yêu cầu HS viết hoặc nói một việc em sẽ làm để thể hiện tinh thần “muôn người như một” trong lớp.</w:t>
            </w:r>
          </w:p>
        </w:tc>
        <w:tc>
          <w:tcPr>
            <w:tcW w:w="4800" w:type="dxa"/>
            <w:tcBorders>
              <w:top w:val="single" w:sz="6" w:space="0" w:color="000000"/>
            </w:tcBorders>
            <w:tcMar>
              <w:top w:w="40" w:type="dxa"/>
              <w:left w:w="60" w:type="dxa"/>
              <w:bottom w:w="40" w:type="dxa"/>
              <w:right w:w="60" w:type="dxa"/>
            </w:tcMar>
          </w:tcPr>
          <w:p w14:paraId="1CEDAFC8" w14:textId="77777777" w:rsidR="00C54FD5" w:rsidRDefault="00C3228F" w:rsidP="00791014">
            <w:pPr>
              <w:shd w:val="clear" w:color="auto" w:fill="FFFFFF" w:themeFill="background1"/>
              <w:spacing w:after="0" w:line="240" w:lineRule="auto"/>
            </w:pPr>
            <w:r>
              <w:t>- HS nêu: Em sẽ trực nhật cùng tổ; em sẽ giúp bạn chưa hiểu bài; em sẽ giữ trật tự để cả lớp học tốt.</w:t>
            </w:r>
          </w:p>
        </w:tc>
      </w:tr>
      <w:tr w:rsidR="00C54FD5" w14:paraId="04095AB7" w14:textId="77777777" w:rsidTr="00791014">
        <w:trPr>
          <w:jc w:val="center"/>
        </w:trPr>
        <w:tc>
          <w:tcPr>
            <w:tcW w:w="4800" w:type="dxa"/>
            <w:tcMar>
              <w:top w:w="40" w:type="dxa"/>
              <w:left w:w="60" w:type="dxa"/>
              <w:bottom w:w="40" w:type="dxa"/>
              <w:right w:w="60" w:type="dxa"/>
            </w:tcMar>
          </w:tcPr>
          <w:p w14:paraId="111CAAD4" w14:textId="77777777" w:rsidR="00C54FD5" w:rsidRDefault="00C3228F" w:rsidP="00791014">
            <w:pPr>
              <w:shd w:val="clear" w:color="auto" w:fill="FFFFFF" w:themeFill="background1"/>
              <w:spacing w:after="0" w:line="240" w:lineRule="auto"/>
            </w:pPr>
            <w:r>
              <w:t>- GV nhận xét, dặn HS hoàn thành phần viết còn lại nếu có và giữ vở sạch đẹp.</w:t>
            </w:r>
          </w:p>
        </w:tc>
        <w:tc>
          <w:tcPr>
            <w:tcW w:w="4800" w:type="dxa"/>
            <w:tcMar>
              <w:top w:w="40" w:type="dxa"/>
              <w:left w:w="60" w:type="dxa"/>
              <w:bottom w:w="40" w:type="dxa"/>
              <w:right w:w="60" w:type="dxa"/>
            </w:tcMar>
          </w:tcPr>
          <w:p w14:paraId="13D240B7" w14:textId="77777777" w:rsidR="00C54FD5" w:rsidRDefault="00C3228F" w:rsidP="00791014">
            <w:pPr>
              <w:shd w:val="clear" w:color="auto" w:fill="FFFFFF" w:themeFill="background1"/>
              <w:spacing w:after="0" w:line="240" w:lineRule="auto"/>
            </w:pPr>
            <w:r>
              <w:t>- HS lắng nghe, ghi nhớ.</w:t>
            </w:r>
          </w:p>
        </w:tc>
      </w:tr>
    </w:tbl>
    <w:p w14:paraId="75E9D4BA" w14:textId="77777777" w:rsidR="00C54FD5" w:rsidRDefault="00C3228F" w:rsidP="00791014">
      <w:pPr>
        <w:shd w:val="clear" w:color="auto" w:fill="FFFFFF" w:themeFill="background1"/>
        <w:spacing w:after="0" w:line="240" w:lineRule="auto"/>
      </w:pPr>
      <w:r>
        <w:rPr>
          <w:b/>
        </w:rPr>
        <w:t>IV. ĐIỀU CHỈNH SAU TIẾT HỌC (NẾU CÓ)</w:t>
      </w:r>
    </w:p>
    <w:p w14:paraId="2692D0E4" w14:textId="77777777" w:rsidR="00C54FD5" w:rsidRDefault="00C54FD5" w:rsidP="00791014">
      <w:pPr>
        <w:shd w:val="clear" w:color="auto" w:fill="FFFFFF" w:themeFill="background1"/>
        <w:spacing w:after="0" w:line="240" w:lineRule="auto"/>
      </w:pPr>
    </w:p>
    <w:p w14:paraId="69649544" w14:textId="77777777" w:rsidR="00C54FD5" w:rsidRDefault="00C3228F" w:rsidP="00791014">
      <w:pPr>
        <w:shd w:val="clear" w:color="auto" w:fill="FFFFFF" w:themeFill="background1"/>
        <w:spacing w:after="0" w:line="240" w:lineRule="auto"/>
        <w:jc w:val="center"/>
      </w:pPr>
      <w:r>
        <w:rPr>
          <w:b/>
        </w:rPr>
        <w:t>KẾ HOẠCH BÀI DẠY MÔN TIẾNG VIỆT LỚP 2 - TUẦN 33</w:t>
      </w:r>
    </w:p>
    <w:p w14:paraId="52BF34C2" w14:textId="77777777" w:rsidR="00C54FD5" w:rsidRDefault="00C3228F" w:rsidP="00791014">
      <w:pPr>
        <w:shd w:val="clear" w:color="auto" w:fill="FFFFFF" w:themeFill="background1"/>
        <w:spacing w:after="0" w:line="240" w:lineRule="auto"/>
        <w:jc w:val="center"/>
      </w:pPr>
      <w:r>
        <w:rPr>
          <w:b/>
        </w:rPr>
        <w:t>BÀI 27: CHUYỆN QUẢ BẦU</w:t>
      </w:r>
    </w:p>
    <w:p w14:paraId="0C57D544" w14:textId="77777777" w:rsidR="00C54FD5" w:rsidRDefault="00C3228F" w:rsidP="00791014">
      <w:pPr>
        <w:shd w:val="clear" w:color="auto" w:fill="FFFFFF" w:themeFill="background1"/>
        <w:spacing w:after="60" w:line="240" w:lineRule="auto"/>
        <w:jc w:val="center"/>
      </w:pPr>
      <w:r>
        <w:rPr>
          <w:b/>
        </w:rPr>
        <w:t>TIẾT 4: NÓI VÀ NGHE - KỂ CHUYỆN CHUYỆN QUẢ BẦU</w:t>
      </w:r>
    </w:p>
    <w:p w14:paraId="209D3C90" w14:textId="77777777" w:rsidR="00C54FD5" w:rsidRDefault="00C3228F" w:rsidP="00791014">
      <w:pPr>
        <w:shd w:val="clear" w:color="auto" w:fill="FFFFFF" w:themeFill="background1"/>
        <w:spacing w:after="0" w:line="240" w:lineRule="auto"/>
      </w:pPr>
      <w:r>
        <w:rPr>
          <w:b/>
        </w:rPr>
        <w:t>I. YÊU CẦU CẦN ĐẠT</w:t>
      </w:r>
    </w:p>
    <w:p w14:paraId="4B293641" w14:textId="77777777" w:rsidR="00C54FD5" w:rsidRDefault="00C3228F" w:rsidP="00791014">
      <w:pPr>
        <w:shd w:val="clear" w:color="auto" w:fill="FFFFFF" w:themeFill="background1"/>
        <w:spacing w:after="0" w:line="240" w:lineRule="auto"/>
      </w:pPr>
      <w:r>
        <w:rPr>
          <w:b/>
        </w:rPr>
        <w:t>1. Năng lực đặc thù</w:t>
      </w:r>
    </w:p>
    <w:p w14:paraId="07134292" w14:textId="77777777" w:rsidR="00C54FD5" w:rsidRDefault="00C3228F" w:rsidP="00791014">
      <w:pPr>
        <w:shd w:val="clear" w:color="auto" w:fill="FFFFFF" w:themeFill="background1"/>
        <w:spacing w:after="0" w:line="240" w:lineRule="auto"/>
      </w:pPr>
      <w:r>
        <w:t>- Nhận biết được sự việc trong từng tranh minh hoạ câu chuyện.</w:t>
      </w:r>
    </w:p>
    <w:p w14:paraId="08ED7E2F" w14:textId="77777777" w:rsidR="00C54FD5" w:rsidRDefault="00C3228F" w:rsidP="00791014">
      <w:pPr>
        <w:shd w:val="clear" w:color="auto" w:fill="FFFFFF" w:themeFill="background1"/>
        <w:spacing w:after="0" w:line="240" w:lineRule="auto"/>
      </w:pPr>
      <w:r>
        <w:t>- Sắp xếp được các tranh theo đúng trình tự câu chuyện.</w:t>
      </w:r>
    </w:p>
    <w:p w14:paraId="1A0E8BD2" w14:textId="77777777" w:rsidR="00C54FD5" w:rsidRDefault="00C3228F" w:rsidP="00791014">
      <w:pPr>
        <w:shd w:val="clear" w:color="auto" w:fill="FFFFFF" w:themeFill="background1"/>
        <w:spacing w:after="0" w:line="240" w:lineRule="auto"/>
      </w:pPr>
      <w:r>
        <w:t>- Kể lại được từng đoạn câu chuyện theo tranh; biết lắng nghe bạn kể và nhận xét đúng mực.</w:t>
      </w:r>
    </w:p>
    <w:p w14:paraId="3B16BA5A" w14:textId="77777777" w:rsidR="00C54FD5" w:rsidRDefault="00C3228F" w:rsidP="00791014">
      <w:pPr>
        <w:shd w:val="clear" w:color="auto" w:fill="FFFFFF" w:themeFill="background1"/>
        <w:spacing w:after="0" w:line="240" w:lineRule="auto"/>
      </w:pPr>
      <w:r>
        <w:rPr>
          <w:b/>
        </w:rPr>
        <w:t>2. Năng lực chung</w:t>
      </w:r>
    </w:p>
    <w:p w14:paraId="71F7D7F9" w14:textId="77777777" w:rsidR="00C54FD5" w:rsidRDefault="00C3228F" w:rsidP="00791014">
      <w:pPr>
        <w:shd w:val="clear" w:color="auto" w:fill="FFFFFF" w:themeFill="background1"/>
        <w:spacing w:after="0" w:line="240" w:lineRule="auto"/>
      </w:pPr>
      <w:r>
        <w:t>- Tự chủ và tự học: Tự quan sát tranh, ghi nhớ sự việc và tập kể.</w:t>
      </w:r>
    </w:p>
    <w:p w14:paraId="4C255E06" w14:textId="77777777" w:rsidR="00C54FD5" w:rsidRDefault="00C3228F" w:rsidP="00791014">
      <w:pPr>
        <w:shd w:val="clear" w:color="auto" w:fill="FFFFFF" w:themeFill="background1"/>
        <w:spacing w:after="0" w:line="240" w:lineRule="auto"/>
      </w:pPr>
      <w:r>
        <w:lastRenderedPageBreak/>
        <w:t>- Giao tiếp và hợp tác: Kể chuyện theo cặp/nhóm, biết lắng nghe và góp ý.</w:t>
      </w:r>
    </w:p>
    <w:p w14:paraId="5094DBAE" w14:textId="77777777" w:rsidR="00C54FD5" w:rsidRDefault="00C3228F" w:rsidP="00791014">
      <w:pPr>
        <w:shd w:val="clear" w:color="auto" w:fill="FFFFFF" w:themeFill="background1"/>
        <w:spacing w:after="0" w:line="240" w:lineRule="auto"/>
      </w:pPr>
      <w:r>
        <w:t>- Giải quyết vấn đề và sáng tạo: Biết lựa chọn lời kể phù hợp, thêm cảm xúc cho nhân vật nhưng không làm sai nội dung truyện.</w:t>
      </w:r>
    </w:p>
    <w:p w14:paraId="79BC7155" w14:textId="77777777" w:rsidR="00C54FD5" w:rsidRDefault="00C3228F" w:rsidP="00791014">
      <w:pPr>
        <w:shd w:val="clear" w:color="auto" w:fill="FFFFFF" w:themeFill="background1"/>
        <w:spacing w:after="0" w:line="240" w:lineRule="auto"/>
      </w:pPr>
      <w:r>
        <w:rPr>
          <w:b/>
        </w:rPr>
        <w:t>3. Phẩm chất</w:t>
      </w:r>
    </w:p>
    <w:p w14:paraId="4D54C2E3" w14:textId="77777777" w:rsidR="00C54FD5" w:rsidRDefault="00C3228F" w:rsidP="00791014">
      <w:pPr>
        <w:shd w:val="clear" w:color="auto" w:fill="FFFFFF" w:themeFill="background1"/>
        <w:spacing w:after="0" w:line="240" w:lineRule="auto"/>
      </w:pPr>
      <w:r>
        <w:t>- Nhân ái: Biết yêu thương, đoàn kết với bạn bè và đồng bào các dân tộc.</w:t>
      </w:r>
    </w:p>
    <w:p w14:paraId="47C565CA" w14:textId="77777777" w:rsidR="00C54FD5" w:rsidRDefault="00C3228F" w:rsidP="00791014">
      <w:pPr>
        <w:shd w:val="clear" w:color="auto" w:fill="FFFFFF" w:themeFill="background1"/>
        <w:spacing w:after="0" w:line="240" w:lineRule="auto"/>
      </w:pPr>
      <w:r>
        <w:t>- Trách nhiệm: Có thái độ nghiêm túc khi nghe bạn kể, không ngắt lời bạn.</w:t>
      </w:r>
    </w:p>
    <w:p w14:paraId="7ADEE2BA" w14:textId="77777777" w:rsidR="00C54FD5" w:rsidRDefault="00C3228F" w:rsidP="00791014">
      <w:pPr>
        <w:shd w:val="clear" w:color="auto" w:fill="FFFFFF" w:themeFill="background1"/>
        <w:spacing w:after="0" w:line="240" w:lineRule="auto"/>
      </w:pPr>
      <w:r>
        <w:rPr>
          <w:b/>
        </w:rPr>
        <w:t>4. Tích hợp</w:t>
      </w:r>
    </w:p>
    <w:p w14:paraId="53ACEC6F" w14:textId="77777777" w:rsidR="00C54FD5" w:rsidRDefault="00C3228F" w:rsidP="00791014">
      <w:pPr>
        <w:shd w:val="clear" w:color="auto" w:fill="FFFFFF" w:themeFill="background1"/>
        <w:spacing w:after="0" w:line="240" w:lineRule="auto"/>
      </w:pPr>
      <w:r>
        <w:rPr>
          <w:color w:val="C00000"/>
        </w:rPr>
        <w:t>- Tích hợp AI - YCCĐ 2.A1.2: HS nhận biết ChatGPT/Gemini có thể gợi ý từ khóa và trình tự kể chuyện theo tranh, nhưng cần kiểm tra lại với SGK, không sao chép nguyên văn và kể bằng lời của mình.</w:t>
      </w:r>
    </w:p>
    <w:p w14:paraId="2BF749B3" w14:textId="77777777" w:rsidR="00C54FD5" w:rsidRDefault="00C3228F" w:rsidP="00791014">
      <w:pPr>
        <w:shd w:val="clear" w:color="auto" w:fill="FFFFFF" w:themeFill="background1"/>
        <w:spacing w:after="0" w:line="240" w:lineRule="auto"/>
      </w:pPr>
      <w:r>
        <w:rPr>
          <w:b/>
        </w:rPr>
        <w:t>II. ĐỒ DÙNG DẠY HỌC</w:t>
      </w:r>
    </w:p>
    <w:p w14:paraId="48D316AB" w14:textId="77777777" w:rsidR="00C54FD5" w:rsidRDefault="00C3228F" w:rsidP="00791014">
      <w:pPr>
        <w:shd w:val="clear" w:color="auto" w:fill="FFFFFF" w:themeFill="background1"/>
        <w:spacing w:after="0" w:line="240" w:lineRule="auto"/>
      </w:pPr>
      <w:r>
        <w:t>- GV: Tranh minh hoạ 4 đoạn câu chuyện cắt từ SGK, thẻ số thứ tự tranh, máy chiếu.</w:t>
      </w:r>
    </w:p>
    <w:p w14:paraId="65197243" w14:textId="77777777" w:rsidR="00C54FD5" w:rsidRDefault="00C3228F" w:rsidP="00791014">
      <w:pPr>
        <w:shd w:val="clear" w:color="auto" w:fill="FFFFFF" w:themeFill="background1"/>
        <w:spacing w:after="0" w:line="240" w:lineRule="auto"/>
      </w:pPr>
      <w:r>
        <w:t>- HS: SGK, vở ghi.</w:t>
      </w:r>
    </w:p>
    <w:p w14:paraId="1C4173DF" w14:textId="77777777" w:rsidR="00C54FD5" w:rsidRDefault="00C3228F" w:rsidP="00791014">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272"/>
        <w:gridCol w:w="5272"/>
      </w:tblGrid>
      <w:tr w:rsidR="00C54FD5" w14:paraId="7B63487D" w14:textId="77777777" w:rsidTr="00791014">
        <w:trPr>
          <w:jc w:val="center"/>
        </w:trPr>
        <w:tc>
          <w:tcPr>
            <w:tcW w:w="5272" w:type="dxa"/>
            <w:tcBorders>
              <w:bottom w:val="single" w:sz="6" w:space="0" w:color="000000"/>
            </w:tcBorders>
            <w:shd w:val="clear" w:color="auto" w:fill="D9EAF7"/>
            <w:tcMar>
              <w:top w:w="40" w:type="dxa"/>
              <w:left w:w="60" w:type="dxa"/>
              <w:bottom w:w="40" w:type="dxa"/>
              <w:right w:w="60" w:type="dxa"/>
            </w:tcMar>
            <w:vAlign w:val="center"/>
          </w:tcPr>
          <w:p w14:paraId="1606EB56" w14:textId="77777777" w:rsidR="00C54FD5" w:rsidRDefault="00C3228F" w:rsidP="00791014">
            <w:pPr>
              <w:shd w:val="clear" w:color="auto" w:fill="FFFFFF" w:themeFill="background1"/>
              <w:spacing w:after="0"/>
              <w:jc w:val="center"/>
            </w:pPr>
            <w:r>
              <w:rPr>
                <w:b/>
              </w:rPr>
              <w:t>Hoạt động của giáo viên</w:t>
            </w:r>
          </w:p>
        </w:tc>
        <w:tc>
          <w:tcPr>
            <w:tcW w:w="5272" w:type="dxa"/>
            <w:tcBorders>
              <w:bottom w:val="single" w:sz="6" w:space="0" w:color="000000"/>
            </w:tcBorders>
            <w:shd w:val="clear" w:color="auto" w:fill="D9EAF7"/>
            <w:tcMar>
              <w:top w:w="40" w:type="dxa"/>
              <w:left w:w="60" w:type="dxa"/>
              <w:bottom w:w="40" w:type="dxa"/>
              <w:right w:w="60" w:type="dxa"/>
            </w:tcMar>
            <w:vAlign w:val="center"/>
          </w:tcPr>
          <w:p w14:paraId="227EF3FF" w14:textId="77777777" w:rsidR="00C54FD5" w:rsidRDefault="00C3228F" w:rsidP="00791014">
            <w:pPr>
              <w:shd w:val="clear" w:color="auto" w:fill="FFFFFF" w:themeFill="background1"/>
              <w:spacing w:after="0"/>
              <w:jc w:val="center"/>
            </w:pPr>
            <w:r>
              <w:rPr>
                <w:b/>
              </w:rPr>
              <w:t>Hoạt động của học sinh</w:t>
            </w:r>
          </w:p>
        </w:tc>
      </w:tr>
      <w:tr w:rsidR="00C54FD5" w14:paraId="0D6C93AF"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2AE0CEDC" w14:textId="77777777" w:rsidR="00C54FD5" w:rsidRDefault="00C3228F" w:rsidP="00791014">
            <w:pPr>
              <w:shd w:val="clear" w:color="auto" w:fill="FFFFFF" w:themeFill="background1"/>
              <w:spacing w:after="0" w:line="240" w:lineRule="auto"/>
            </w:pPr>
            <w:r>
              <w:rPr>
                <w:b/>
              </w:rPr>
              <w:t>1. KHỞI ĐỘNG (3 phút)</w:t>
            </w:r>
            <w:r>
              <w:br/>
            </w:r>
            <w:r>
              <w:rPr>
                <w:i/>
              </w:rPr>
              <w:t>Mục tiêu: HS nhớ lại mạch truyện Chuyện quả bầu và chuẩn bị kể chuyện theo tranh.</w:t>
            </w:r>
          </w:p>
        </w:tc>
      </w:tr>
      <w:tr w:rsidR="00C54FD5" w14:paraId="7231E411" w14:textId="77777777" w:rsidTr="00791014">
        <w:trPr>
          <w:jc w:val="center"/>
        </w:trPr>
        <w:tc>
          <w:tcPr>
            <w:tcW w:w="4800" w:type="dxa"/>
            <w:tcBorders>
              <w:top w:val="single" w:sz="6" w:space="0" w:color="000000"/>
            </w:tcBorders>
            <w:tcMar>
              <w:top w:w="40" w:type="dxa"/>
              <w:left w:w="60" w:type="dxa"/>
              <w:bottom w:w="40" w:type="dxa"/>
              <w:right w:w="60" w:type="dxa"/>
            </w:tcMar>
          </w:tcPr>
          <w:p w14:paraId="196A582C" w14:textId="77777777" w:rsidR="00C54FD5" w:rsidRDefault="00C3228F" w:rsidP="00791014">
            <w:pPr>
              <w:shd w:val="clear" w:color="auto" w:fill="FFFFFF" w:themeFill="background1"/>
              <w:spacing w:after="0" w:line="240" w:lineRule="auto"/>
            </w:pPr>
            <w:r>
              <w:t>- GV hỏi: Câu chuyện Chuyện quả bầu có những nhân vật và sự việc chính nào?</w:t>
            </w:r>
          </w:p>
        </w:tc>
        <w:tc>
          <w:tcPr>
            <w:tcW w:w="4800" w:type="dxa"/>
            <w:tcBorders>
              <w:top w:val="single" w:sz="6" w:space="0" w:color="000000"/>
            </w:tcBorders>
            <w:tcMar>
              <w:top w:w="40" w:type="dxa"/>
              <w:left w:w="60" w:type="dxa"/>
              <w:bottom w:w="40" w:type="dxa"/>
              <w:right w:w="60" w:type="dxa"/>
            </w:tcMar>
          </w:tcPr>
          <w:p w14:paraId="1FC56149" w14:textId="77777777" w:rsidR="00C54FD5" w:rsidRDefault="00C3228F" w:rsidP="00791014">
            <w:pPr>
              <w:shd w:val="clear" w:color="auto" w:fill="FFFFFF" w:themeFill="background1"/>
              <w:spacing w:after="0" w:line="240" w:lineRule="auto"/>
            </w:pPr>
            <w:r>
              <w:t>- HS nêu: Có hai vợ chồng, con dúi, trận lũ, quả bầu và các dân tộc anh em.</w:t>
            </w:r>
          </w:p>
        </w:tc>
      </w:tr>
      <w:tr w:rsidR="00C54FD5" w14:paraId="765690D6" w14:textId="77777777" w:rsidTr="00791014">
        <w:trPr>
          <w:jc w:val="center"/>
        </w:trPr>
        <w:tc>
          <w:tcPr>
            <w:tcW w:w="4800" w:type="dxa"/>
            <w:tcBorders>
              <w:bottom w:val="single" w:sz="6" w:space="0" w:color="000000"/>
            </w:tcBorders>
            <w:tcMar>
              <w:top w:w="40" w:type="dxa"/>
              <w:left w:w="60" w:type="dxa"/>
              <w:bottom w:w="40" w:type="dxa"/>
              <w:right w:w="60" w:type="dxa"/>
            </w:tcMar>
          </w:tcPr>
          <w:p w14:paraId="7F074301" w14:textId="77777777" w:rsidR="00C54FD5" w:rsidRDefault="00C3228F" w:rsidP="00791014">
            <w:pPr>
              <w:shd w:val="clear" w:color="auto" w:fill="FFFFFF" w:themeFill="background1"/>
              <w:spacing w:after="0" w:line="240" w:lineRule="auto"/>
            </w:pPr>
            <w:r>
              <w:t>- GV giới thiệu: Tiết này các em sẽ dựa vào tranh để nói nội dung từng tranh, sắp xếp tranh theo đúng trình tự và kể lại câu chuyện.</w:t>
            </w:r>
          </w:p>
        </w:tc>
        <w:tc>
          <w:tcPr>
            <w:tcW w:w="4800" w:type="dxa"/>
            <w:tcBorders>
              <w:bottom w:val="single" w:sz="6" w:space="0" w:color="000000"/>
            </w:tcBorders>
            <w:tcMar>
              <w:top w:w="40" w:type="dxa"/>
              <w:left w:w="60" w:type="dxa"/>
              <w:bottom w:w="40" w:type="dxa"/>
              <w:right w:w="60" w:type="dxa"/>
            </w:tcMar>
          </w:tcPr>
          <w:p w14:paraId="54A26DAE" w14:textId="77777777" w:rsidR="00C54FD5" w:rsidRDefault="00C3228F" w:rsidP="00791014">
            <w:pPr>
              <w:shd w:val="clear" w:color="auto" w:fill="FFFFFF" w:themeFill="background1"/>
              <w:spacing w:after="0" w:line="240" w:lineRule="auto"/>
            </w:pPr>
            <w:r>
              <w:t>- HS lắng nghe, nhắc lại nhiệm vụ.</w:t>
            </w:r>
          </w:p>
        </w:tc>
      </w:tr>
      <w:tr w:rsidR="00C54FD5" w14:paraId="6D09F67C"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71FF5FC5" w14:textId="77777777" w:rsidR="00C54FD5" w:rsidRDefault="00C3228F" w:rsidP="00791014">
            <w:pPr>
              <w:shd w:val="clear" w:color="auto" w:fill="FFFFFF" w:themeFill="background1"/>
              <w:spacing w:after="0" w:line="240" w:lineRule="auto"/>
            </w:pPr>
            <w:r>
              <w:rPr>
                <w:b/>
              </w:rPr>
              <w:t>2. KHÁM PHÁ KIẾN THỨC (10 phút)</w:t>
            </w:r>
            <w:r>
              <w:br/>
            </w:r>
            <w:r>
              <w:rPr>
                <w:i/>
              </w:rPr>
              <w:t>Mục tiêu: HS quan sát tranh, nhận ra sự việc chính trong từng tranh và sắp xếp mạch truyện.</w:t>
            </w:r>
          </w:p>
        </w:tc>
      </w:tr>
      <w:tr w:rsidR="00C54FD5" w14:paraId="240FD32D"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3241DEDF" w14:textId="77777777" w:rsidR="00C54FD5" w:rsidRDefault="00C3228F" w:rsidP="00791014">
            <w:pPr>
              <w:shd w:val="clear" w:color="auto" w:fill="FFFFFF" w:themeFill="background1"/>
              <w:spacing w:after="0" w:line="240" w:lineRule="auto"/>
            </w:pPr>
            <w:r>
              <w:rPr>
                <w:b/>
              </w:rPr>
              <w:t>Hoạt động 1: Dựa vào tranh và câu hỏi gợi ý, nói về nội dung từng tranh</w:t>
            </w:r>
          </w:p>
        </w:tc>
      </w:tr>
      <w:tr w:rsidR="00C54FD5" w14:paraId="0286E813" w14:textId="77777777" w:rsidTr="00791014">
        <w:trPr>
          <w:jc w:val="center"/>
        </w:trPr>
        <w:tc>
          <w:tcPr>
            <w:tcW w:w="4800" w:type="dxa"/>
            <w:tcBorders>
              <w:top w:val="single" w:sz="6" w:space="0" w:color="000000"/>
            </w:tcBorders>
            <w:tcMar>
              <w:top w:w="40" w:type="dxa"/>
              <w:left w:w="60" w:type="dxa"/>
              <w:bottom w:w="40" w:type="dxa"/>
              <w:right w:w="60" w:type="dxa"/>
            </w:tcMar>
          </w:tcPr>
          <w:p w14:paraId="0E2527BD" w14:textId="77777777" w:rsidR="00C54FD5" w:rsidRDefault="00C3228F" w:rsidP="00791014">
            <w:pPr>
              <w:shd w:val="clear" w:color="auto" w:fill="FFFFFF" w:themeFill="background1"/>
              <w:spacing w:after="0" w:line="240" w:lineRule="auto"/>
            </w:pPr>
            <w:r>
              <w:t xml:space="preserve">- </w:t>
            </w:r>
            <w:r>
              <w:rPr>
                <w:b/>
              </w:rPr>
              <w:t>Bài tập 1: Dựa vào tranh và câu hỏi gợi ý, nói về nội dung của từng tranh.</w:t>
            </w:r>
          </w:p>
          <w:p w14:paraId="42722E97" w14:textId="658F53AC" w:rsidR="00C54FD5" w:rsidRDefault="00C54FD5" w:rsidP="00791014">
            <w:pPr>
              <w:shd w:val="clear" w:color="auto" w:fill="FFFFFF" w:themeFill="background1"/>
              <w:spacing w:after="0"/>
              <w:jc w:val="center"/>
            </w:pPr>
          </w:p>
        </w:tc>
        <w:tc>
          <w:tcPr>
            <w:tcW w:w="4800" w:type="dxa"/>
            <w:tcBorders>
              <w:top w:val="single" w:sz="6" w:space="0" w:color="000000"/>
            </w:tcBorders>
            <w:tcMar>
              <w:top w:w="40" w:type="dxa"/>
              <w:left w:w="60" w:type="dxa"/>
              <w:bottom w:w="40" w:type="dxa"/>
              <w:right w:w="60" w:type="dxa"/>
            </w:tcMar>
          </w:tcPr>
          <w:p w14:paraId="317221C9" w14:textId="77777777" w:rsidR="00C54FD5" w:rsidRDefault="00C3228F" w:rsidP="00791014">
            <w:pPr>
              <w:shd w:val="clear" w:color="auto" w:fill="FFFFFF" w:themeFill="background1"/>
              <w:spacing w:after="0" w:line="240" w:lineRule="auto"/>
            </w:pPr>
            <w:r>
              <w:t>- HS đọc đề bài, quan sát 4 tranh và đọc thầm câu hỏi gợi ý.</w:t>
            </w:r>
          </w:p>
        </w:tc>
      </w:tr>
      <w:tr w:rsidR="00C54FD5" w14:paraId="685E5A94" w14:textId="77777777" w:rsidTr="00791014">
        <w:trPr>
          <w:jc w:val="center"/>
        </w:trPr>
        <w:tc>
          <w:tcPr>
            <w:tcW w:w="4800" w:type="dxa"/>
            <w:tcMar>
              <w:top w:w="40" w:type="dxa"/>
              <w:left w:w="60" w:type="dxa"/>
              <w:bottom w:w="40" w:type="dxa"/>
              <w:right w:w="60" w:type="dxa"/>
            </w:tcMar>
          </w:tcPr>
          <w:p w14:paraId="0C81E265" w14:textId="77777777" w:rsidR="00C54FD5" w:rsidRDefault="00C3228F" w:rsidP="00791014">
            <w:pPr>
              <w:shd w:val="clear" w:color="auto" w:fill="FFFFFF" w:themeFill="background1"/>
              <w:spacing w:after="0" w:line="240" w:lineRule="auto"/>
            </w:pPr>
            <w:r>
              <w:t>- GV hỏi: Tranh 1 vẽ sự việc gì? Chuyện gì xảy ra sau khi hai vợ chồng làm theo lời dúi?</w:t>
            </w:r>
          </w:p>
        </w:tc>
        <w:tc>
          <w:tcPr>
            <w:tcW w:w="4800" w:type="dxa"/>
            <w:tcMar>
              <w:top w:w="40" w:type="dxa"/>
              <w:left w:w="60" w:type="dxa"/>
              <w:bottom w:w="40" w:type="dxa"/>
              <w:right w:w="60" w:type="dxa"/>
            </w:tcMar>
          </w:tcPr>
          <w:p w14:paraId="6DD6E6BA" w14:textId="77777777" w:rsidR="00C54FD5" w:rsidRDefault="00C3228F" w:rsidP="00791014">
            <w:pPr>
              <w:shd w:val="clear" w:color="auto" w:fill="FFFFFF" w:themeFill="background1"/>
              <w:spacing w:after="0" w:line="240" w:lineRule="auto"/>
            </w:pPr>
            <w:r>
              <w:t>- HS trả lời: Hai vợ chồng ở trong khúc gỗ nổi trên nước và thoát khỏi trận lũ.</w:t>
            </w:r>
          </w:p>
        </w:tc>
      </w:tr>
      <w:tr w:rsidR="00C54FD5" w14:paraId="102C54B8" w14:textId="77777777" w:rsidTr="00791014">
        <w:trPr>
          <w:jc w:val="center"/>
        </w:trPr>
        <w:tc>
          <w:tcPr>
            <w:tcW w:w="4800" w:type="dxa"/>
            <w:tcMar>
              <w:top w:w="40" w:type="dxa"/>
              <w:left w:w="60" w:type="dxa"/>
              <w:bottom w:w="40" w:type="dxa"/>
              <w:right w:w="60" w:type="dxa"/>
            </w:tcMar>
          </w:tcPr>
          <w:p w14:paraId="06C5DBC7" w14:textId="77777777" w:rsidR="00C54FD5" w:rsidRDefault="00C3228F" w:rsidP="00791014">
            <w:pPr>
              <w:shd w:val="clear" w:color="auto" w:fill="FFFFFF" w:themeFill="background1"/>
              <w:spacing w:after="0" w:line="240" w:lineRule="auto"/>
            </w:pPr>
            <w:r>
              <w:t>- GV hỏi: Tranh 2 vẽ sự việc gì? Dúi khuyên hai vợ chồng điều gì?</w:t>
            </w:r>
          </w:p>
        </w:tc>
        <w:tc>
          <w:tcPr>
            <w:tcW w:w="4800" w:type="dxa"/>
            <w:tcMar>
              <w:top w:w="40" w:type="dxa"/>
              <w:left w:w="60" w:type="dxa"/>
              <w:bottom w:w="40" w:type="dxa"/>
              <w:right w:w="60" w:type="dxa"/>
            </w:tcMar>
          </w:tcPr>
          <w:p w14:paraId="6F8D0601" w14:textId="77777777" w:rsidR="00C54FD5" w:rsidRDefault="00C3228F" w:rsidP="00791014">
            <w:pPr>
              <w:shd w:val="clear" w:color="auto" w:fill="FFFFFF" w:themeFill="background1"/>
              <w:spacing w:after="0" w:line="240" w:lineRule="auto"/>
            </w:pPr>
            <w:r>
              <w:t>- HS trả lời: Con dúi báo sắp có lũ lớn và khuyên hai vợ chồng khoét rỗng khúc gỗ, chuẩn bị thức ăn để tránh lũ.</w:t>
            </w:r>
          </w:p>
        </w:tc>
      </w:tr>
      <w:tr w:rsidR="00C54FD5" w14:paraId="3D7E34BB" w14:textId="77777777" w:rsidTr="00791014">
        <w:trPr>
          <w:jc w:val="center"/>
        </w:trPr>
        <w:tc>
          <w:tcPr>
            <w:tcW w:w="4800" w:type="dxa"/>
            <w:tcMar>
              <w:top w:w="40" w:type="dxa"/>
              <w:left w:w="60" w:type="dxa"/>
              <w:bottom w:w="40" w:type="dxa"/>
              <w:right w:w="60" w:type="dxa"/>
            </w:tcMar>
          </w:tcPr>
          <w:p w14:paraId="0FBAD02B" w14:textId="77777777" w:rsidR="00C54FD5" w:rsidRDefault="00C3228F" w:rsidP="00791014">
            <w:pPr>
              <w:shd w:val="clear" w:color="auto" w:fill="FFFFFF" w:themeFill="background1"/>
              <w:spacing w:after="0" w:line="240" w:lineRule="auto"/>
            </w:pPr>
            <w:r>
              <w:t>- GV hỏi: Tranh 3 vẽ sự việc gì? Có những ai đi ra từ quả bầu?</w:t>
            </w:r>
          </w:p>
        </w:tc>
        <w:tc>
          <w:tcPr>
            <w:tcW w:w="4800" w:type="dxa"/>
            <w:tcMar>
              <w:top w:w="40" w:type="dxa"/>
              <w:left w:w="60" w:type="dxa"/>
              <w:bottom w:w="40" w:type="dxa"/>
              <w:right w:w="60" w:type="dxa"/>
            </w:tcMar>
          </w:tcPr>
          <w:p w14:paraId="0CD0B360" w14:textId="77777777" w:rsidR="00C54FD5" w:rsidRDefault="00C3228F" w:rsidP="00791014">
            <w:pPr>
              <w:shd w:val="clear" w:color="auto" w:fill="FFFFFF" w:themeFill="background1"/>
              <w:spacing w:after="0" w:line="240" w:lineRule="auto"/>
            </w:pPr>
            <w:r>
              <w:t>- HS trả lời: Nhiều người thuộc các dân tộc anh em đi ra từ quả bầu.</w:t>
            </w:r>
          </w:p>
        </w:tc>
      </w:tr>
      <w:tr w:rsidR="00C54FD5" w14:paraId="7EC1DD9E" w14:textId="77777777" w:rsidTr="00791014">
        <w:trPr>
          <w:jc w:val="center"/>
        </w:trPr>
        <w:tc>
          <w:tcPr>
            <w:tcW w:w="4800" w:type="dxa"/>
            <w:tcMar>
              <w:top w:w="40" w:type="dxa"/>
              <w:left w:w="60" w:type="dxa"/>
              <w:bottom w:w="40" w:type="dxa"/>
              <w:right w:w="60" w:type="dxa"/>
            </w:tcMar>
          </w:tcPr>
          <w:p w14:paraId="2DB9AF05" w14:textId="77777777" w:rsidR="00C54FD5" w:rsidRDefault="00C3228F" w:rsidP="00791014">
            <w:pPr>
              <w:shd w:val="clear" w:color="auto" w:fill="FFFFFF" w:themeFill="background1"/>
              <w:spacing w:after="0" w:line="240" w:lineRule="auto"/>
            </w:pPr>
            <w:r>
              <w:t>- GV hỏi: Tranh 4 vẽ sự việc gì? Hai vợ chồng làm gì?</w:t>
            </w:r>
          </w:p>
        </w:tc>
        <w:tc>
          <w:tcPr>
            <w:tcW w:w="4800" w:type="dxa"/>
            <w:tcMar>
              <w:top w:w="40" w:type="dxa"/>
              <w:left w:w="60" w:type="dxa"/>
              <w:bottom w:w="40" w:type="dxa"/>
              <w:right w:w="60" w:type="dxa"/>
            </w:tcMar>
          </w:tcPr>
          <w:p w14:paraId="477C186D" w14:textId="77777777" w:rsidR="00C54FD5" w:rsidRDefault="00C3228F" w:rsidP="00791014">
            <w:pPr>
              <w:shd w:val="clear" w:color="auto" w:fill="FFFFFF" w:themeFill="background1"/>
              <w:spacing w:after="0" w:line="240" w:lineRule="auto"/>
            </w:pPr>
            <w:r>
              <w:t>- HS trả lời: Hai vợ chồng nghe tiếng cười trong quả bầu và lấy dùi khoét quả bầu.</w:t>
            </w:r>
          </w:p>
        </w:tc>
      </w:tr>
      <w:tr w:rsidR="00C54FD5" w14:paraId="1E0C162C" w14:textId="77777777" w:rsidTr="00791014">
        <w:trPr>
          <w:jc w:val="center"/>
        </w:trPr>
        <w:tc>
          <w:tcPr>
            <w:tcW w:w="4800" w:type="dxa"/>
            <w:tcMar>
              <w:top w:w="40" w:type="dxa"/>
              <w:left w:w="60" w:type="dxa"/>
              <w:bottom w:w="40" w:type="dxa"/>
              <w:right w:w="60" w:type="dxa"/>
            </w:tcMar>
          </w:tcPr>
          <w:p w14:paraId="6E5FF64C" w14:textId="77777777" w:rsidR="00C54FD5" w:rsidRDefault="00C3228F" w:rsidP="00791014">
            <w:pPr>
              <w:shd w:val="clear" w:color="auto" w:fill="FFFFFF" w:themeFill="background1"/>
              <w:spacing w:after="0" w:line="240" w:lineRule="auto"/>
            </w:pPr>
            <w:r>
              <w:t xml:space="preserve">- </w:t>
            </w:r>
            <w:r>
              <w:rPr>
                <w:b/>
              </w:rPr>
              <w:t>Bài tập 2: Sắp xếp các tranh theo trình tự của câu chuyện.</w:t>
            </w:r>
          </w:p>
        </w:tc>
        <w:tc>
          <w:tcPr>
            <w:tcW w:w="4800" w:type="dxa"/>
            <w:tcMar>
              <w:top w:w="40" w:type="dxa"/>
              <w:left w:w="60" w:type="dxa"/>
              <w:bottom w:w="40" w:type="dxa"/>
              <w:right w:w="60" w:type="dxa"/>
            </w:tcMar>
          </w:tcPr>
          <w:p w14:paraId="7278C435" w14:textId="77777777" w:rsidR="00C54FD5" w:rsidRDefault="00C3228F" w:rsidP="00791014">
            <w:pPr>
              <w:shd w:val="clear" w:color="auto" w:fill="FFFFFF" w:themeFill="background1"/>
              <w:spacing w:after="0" w:line="240" w:lineRule="auto"/>
            </w:pPr>
            <w:r>
              <w:t>- HS thảo luận nhóm đôi. Đáp án: 2 - 1 - 4 - 3.</w:t>
            </w:r>
          </w:p>
        </w:tc>
      </w:tr>
      <w:tr w:rsidR="00C54FD5" w14:paraId="1292DF6A" w14:textId="77777777" w:rsidTr="00791014">
        <w:trPr>
          <w:jc w:val="center"/>
        </w:trPr>
        <w:tc>
          <w:tcPr>
            <w:tcW w:w="4800" w:type="dxa"/>
            <w:tcBorders>
              <w:bottom w:val="single" w:sz="6" w:space="0" w:color="000000"/>
            </w:tcBorders>
            <w:tcMar>
              <w:top w:w="40" w:type="dxa"/>
              <w:left w:w="60" w:type="dxa"/>
              <w:bottom w:w="40" w:type="dxa"/>
              <w:right w:w="60" w:type="dxa"/>
            </w:tcMar>
          </w:tcPr>
          <w:p w14:paraId="50BB65A2" w14:textId="77777777" w:rsidR="00C54FD5" w:rsidRDefault="00C3228F" w:rsidP="00791014">
            <w:pPr>
              <w:shd w:val="clear" w:color="auto" w:fill="FFFFFF" w:themeFill="background1"/>
              <w:spacing w:after="0" w:line="240" w:lineRule="auto"/>
            </w:pPr>
            <w:r>
              <w:t>- GV chốt: Trước hết con dúi báo lũ; sau đó hai vợ chồng vào khúc gỗ thoát lũ; tiếp theo họ khoét quả bầu; cuối cùng các dân tộc anh em đi ra từ quả bầu.</w:t>
            </w:r>
          </w:p>
        </w:tc>
        <w:tc>
          <w:tcPr>
            <w:tcW w:w="4800" w:type="dxa"/>
            <w:tcBorders>
              <w:bottom w:val="single" w:sz="6" w:space="0" w:color="000000"/>
            </w:tcBorders>
            <w:tcMar>
              <w:top w:w="40" w:type="dxa"/>
              <w:left w:w="60" w:type="dxa"/>
              <w:bottom w:w="40" w:type="dxa"/>
              <w:right w:w="60" w:type="dxa"/>
            </w:tcMar>
          </w:tcPr>
          <w:p w14:paraId="4036D4EA" w14:textId="77777777" w:rsidR="00C54FD5" w:rsidRDefault="00C3228F" w:rsidP="00791014">
            <w:pPr>
              <w:shd w:val="clear" w:color="auto" w:fill="FFFFFF" w:themeFill="background1"/>
              <w:spacing w:after="0" w:line="240" w:lineRule="auto"/>
            </w:pPr>
            <w:r>
              <w:t>- HS lắng nghe, nhắc lại trình tự tranh.</w:t>
            </w:r>
          </w:p>
        </w:tc>
      </w:tr>
      <w:tr w:rsidR="00C54FD5" w14:paraId="19C614C7"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2791A726" w14:textId="77777777" w:rsidR="00C54FD5" w:rsidRDefault="00C3228F" w:rsidP="00791014">
            <w:pPr>
              <w:shd w:val="clear" w:color="auto" w:fill="FFFFFF" w:themeFill="background1"/>
              <w:spacing w:after="0" w:line="240" w:lineRule="auto"/>
            </w:pPr>
            <w:r>
              <w:rPr>
                <w:b/>
              </w:rPr>
              <w:t>3. LUYỆN TẬP - THỰC HÀNH (17 phút)</w:t>
            </w:r>
            <w:r>
              <w:br/>
            </w:r>
            <w:r>
              <w:rPr>
                <w:i/>
              </w:rPr>
              <w:t>Mục tiêu: HS kể lại được từng đoạn câu chuyện theo tranh, có lời kể rõ ràng và đúng trình tự.</w:t>
            </w:r>
          </w:p>
        </w:tc>
      </w:tr>
      <w:tr w:rsidR="00C54FD5" w14:paraId="32954ED9"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5F17E411" w14:textId="77777777" w:rsidR="00C54FD5" w:rsidRDefault="00C3228F" w:rsidP="00791014">
            <w:pPr>
              <w:shd w:val="clear" w:color="auto" w:fill="FFFFFF" w:themeFill="background1"/>
              <w:spacing w:after="0" w:line="240" w:lineRule="auto"/>
            </w:pPr>
            <w:r>
              <w:rPr>
                <w:b/>
              </w:rPr>
              <w:t>Hoạt động 2: Kể lại từng đoạn của câu chuyện theo tranh</w:t>
            </w:r>
          </w:p>
        </w:tc>
      </w:tr>
      <w:tr w:rsidR="00C54FD5" w14:paraId="7E95960B" w14:textId="77777777" w:rsidTr="00791014">
        <w:trPr>
          <w:jc w:val="center"/>
        </w:trPr>
        <w:tc>
          <w:tcPr>
            <w:tcW w:w="4800" w:type="dxa"/>
            <w:tcBorders>
              <w:top w:val="single" w:sz="6" w:space="0" w:color="000000"/>
            </w:tcBorders>
            <w:tcMar>
              <w:top w:w="40" w:type="dxa"/>
              <w:left w:w="60" w:type="dxa"/>
              <w:bottom w:w="40" w:type="dxa"/>
              <w:right w:w="60" w:type="dxa"/>
            </w:tcMar>
          </w:tcPr>
          <w:p w14:paraId="24FE992D" w14:textId="77777777" w:rsidR="00C54FD5" w:rsidRDefault="00C3228F" w:rsidP="00791014">
            <w:pPr>
              <w:shd w:val="clear" w:color="auto" w:fill="FFFFFF" w:themeFill="background1"/>
              <w:spacing w:after="0" w:line="240" w:lineRule="auto"/>
            </w:pPr>
            <w:r>
              <w:lastRenderedPageBreak/>
              <w:t xml:space="preserve">- </w:t>
            </w:r>
            <w:r>
              <w:rPr>
                <w:b/>
              </w:rPr>
              <w:t>Bài tập 3: Kể lại từng đoạn của câu chuyện theo tranh.</w:t>
            </w:r>
          </w:p>
        </w:tc>
        <w:tc>
          <w:tcPr>
            <w:tcW w:w="4800" w:type="dxa"/>
            <w:tcBorders>
              <w:top w:val="single" w:sz="6" w:space="0" w:color="000000"/>
            </w:tcBorders>
            <w:tcMar>
              <w:top w:w="40" w:type="dxa"/>
              <w:left w:w="60" w:type="dxa"/>
              <w:bottom w:w="40" w:type="dxa"/>
              <w:right w:w="60" w:type="dxa"/>
            </w:tcMar>
          </w:tcPr>
          <w:p w14:paraId="56470B9E" w14:textId="77777777" w:rsidR="00C54FD5" w:rsidRDefault="00C3228F" w:rsidP="00791014">
            <w:pPr>
              <w:shd w:val="clear" w:color="auto" w:fill="FFFFFF" w:themeFill="background1"/>
              <w:spacing w:after="0" w:line="240" w:lineRule="auto"/>
            </w:pPr>
            <w:r>
              <w:t>- HS đọc yêu cầu bài tập, xác định mỗi tranh kể một đoạn.</w:t>
            </w:r>
          </w:p>
        </w:tc>
      </w:tr>
      <w:tr w:rsidR="00C54FD5" w14:paraId="58287D72" w14:textId="77777777" w:rsidTr="00791014">
        <w:trPr>
          <w:jc w:val="center"/>
        </w:trPr>
        <w:tc>
          <w:tcPr>
            <w:tcW w:w="4800" w:type="dxa"/>
            <w:tcMar>
              <w:top w:w="40" w:type="dxa"/>
              <w:left w:w="60" w:type="dxa"/>
              <w:bottom w:w="40" w:type="dxa"/>
              <w:right w:w="60" w:type="dxa"/>
            </w:tcMar>
          </w:tcPr>
          <w:p w14:paraId="4BAA288B" w14:textId="77777777" w:rsidR="00C54FD5" w:rsidRDefault="00C3228F" w:rsidP="00791014">
            <w:pPr>
              <w:shd w:val="clear" w:color="auto" w:fill="FFFFFF" w:themeFill="background1"/>
              <w:spacing w:after="0" w:line="240" w:lineRule="auto"/>
            </w:pPr>
            <w:r>
              <w:t>- GV hướng dẫn: Khi kể, em cần nêu nhân vật, việc xảy ra, lời nói quan trọng và kết quả của sự việc; không cần đọc nguyên văn SGK.</w:t>
            </w:r>
          </w:p>
        </w:tc>
        <w:tc>
          <w:tcPr>
            <w:tcW w:w="4800" w:type="dxa"/>
            <w:tcMar>
              <w:top w:w="40" w:type="dxa"/>
              <w:left w:w="60" w:type="dxa"/>
              <w:bottom w:w="40" w:type="dxa"/>
              <w:right w:w="60" w:type="dxa"/>
            </w:tcMar>
          </w:tcPr>
          <w:p w14:paraId="59E242C6" w14:textId="77777777" w:rsidR="00C54FD5" w:rsidRDefault="00C3228F" w:rsidP="00791014">
            <w:pPr>
              <w:shd w:val="clear" w:color="auto" w:fill="FFFFFF" w:themeFill="background1"/>
              <w:spacing w:after="0" w:line="240" w:lineRule="auto"/>
            </w:pPr>
            <w:r>
              <w:t>- HS lắng nghe, ghi nhớ cách kể.</w:t>
            </w:r>
          </w:p>
        </w:tc>
      </w:tr>
      <w:tr w:rsidR="00C54FD5" w14:paraId="57EAEC29" w14:textId="77777777" w:rsidTr="00791014">
        <w:trPr>
          <w:jc w:val="center"/>
        </w:trPr>
        <w:tc>
          <w:tcPr>
            <w:tcW w:w="4800" w:type="dxa"/>
            <w:tcMar>
              <w:top w:w="40" w:type="dxa"/>
              <w:left w:w="60" w:type="dxa"/>
              <w:bottom w:w="40" w:type="dxa"/>
              <w:right w:w="60" w:type="dxa"/>
            </w:tcMar>
          </w:tcPr>
          <w:p w14:paraId="24615E40" w14:textId="77777777" w:rsidR="00C54FD5" w:rsidRDefault="00C3228F" w:rsidP="00791014">
            <w:pPr>
              <w:shd w:val="clear" w:color="auto" w:fill="FFFFFF" w:themeFill="background1"/>
              <w:spacing w:after="0" w:line="240" w:lineRule="auto"/>
            </w:pPr>
            <w:r>
              <w:t>- GV cho HS luyện kể cá nhân trong 2 phút, sau đó kể theo nhóm bốn; mỗi bạn kể một tranh theo thứ tự đã sắp xếp.</w:t>
            </w:r>
          </w:p>
        </w:tc>
        <w:tc>
          <w:tcPr>
            <w:tcW w:w="4800" w:type="dxa"/>
            <w:tcMar>
              <w:top w:w="40" w:type="dxa"/>
              <w:left w:w="60" w:type="dxa"/>
              <w:bottom w:w="40" w:type="dxa"/>
              <w:right w:w="60" w:type="dxa"/>
            </w:tcMar>
          </w:tcPr>
          <w:p w14:paraId="46697CF0" w14:textId="77777777" w:rsidR="00C54FD5" w:rsidRDefault="00C3228F" w:rsidP="00791014">
            <w:pPr>
              <w:shd w:val="clear" w:color="auto" w:fill="FFFFFF" w:themeFill="background1"/>
              <w:spacing w:after="0" w:line="240" w:lineRule="auto"/>
            </w:pPr>
            <w:r>
              <w:t>- HS luyện kể cá nhân; kể trong nhóm bốn; góp ý cho bạn về nội dung và giọng kể.</w:t>
            </w:r>
          </w:p>
        </w:tc>
      </w:tr>
      <w:tr w:rsidR="00C54FD5" w14:paraId="256D4DB3" w14:textId="77777777" w:rsidTr="00791014">
        <w:trPr>
          <w:jc w:val="center"/>
        </w:trPr>
        <w:tc>
          <w:tcPr>
            <w:tcW w:w="4800" w:type="dxa"/>
            <w:tcMar>
              <w:top w:w="40" w:type="dxa"/>
              <w:left w:w="60" w:type="dxa"/>
              <w:bottom w:w="40" w:type="dxa"/>
              <w:right w:w="60" w:type="dxa"/>
            </w:tcMar>
          </w:tcPr>
          <w:p w14:paraId="6A72CD17" w14:textId="77777777" w:rsidR="00C54FD5" w:rsidRDefault="00C3228F" w:rsidP="00791014">
            <w:pPr>
              <w:shd w:val="clear" w:color="auto" w:fill="FFFFFF" w:themeFill="background1"/>
              <w:spacing w:after="0" w:line="240" w:lineRule="auto"/>
            </w:pPr>
            <w:r>
              <w:t>- GV mời 2 nhóm kể nối tiếp trước lớp; nhắc HS kể rõ ràng, nhìn người nghe, biết dùng lời kể của mình.</w:t>
            </w:r>
          </w:p>
        </w:tc>
        <w:tc>
          <w:tcPr>
            <w:tcW w:w="4800" w:type="dxa"/>
            <w:tcMar>
              <w:top w:w="40" w:type="dxa"/>
              <w:left w:w="60" w:type="dxa"/>
              <w:bottom w:w="40" w:type="dxa"/>
              <w:right w:w="60" w:type="dxa"/>
            </w:tcMar>
          </w:tcPr>
          <w:p w14:paraId="5132D048" w14:textId="77777777" w:rsidR="00C54FD5" w:rsidRDefault="00C3228F" w:rsidP="00791014">
            <w:pPr>
              <w:shd w:val="clear" w:color="auto" w:fill="FFFFFF" w:themeFill="background1"/>
              <w:spacing w:after="0" w:line="240" w:lineRule="auto"/>
            </w:pPr>
            <w:r>
              <w:t>- Nhóm kể trước lớp; lớp lắng nghe, nhận xét theo tiêu chí: đúng trình tự, đủ ý, giọng kể tự nhiên.</w:t>
            </w:r>
          </w:p>
        </w:tc>
      </w:tr>
      <w:tr w:rsidR="00C54FD5" w14:paraId="1C5AED22" w14:textId="77777777" w:rsidTr="00791014">
        <w:trPr>
          <w:jc w:val="center"/>
        </w:trPr>
        <w:tc>
          <w:tcPr>
            <w:tcW w:w="4800" w:type="dxa"/>
            <w:tcMar>
              <w:top w:w="40" w:type="dxa"/>
              <w:left w:w="60" w:type="dxa"/>
              <w:bottom w:w="40" w:type="dxa"/>
              <w:right w:w="60" w:type="dxa"/>
            </w:tcMar>
          </w:tcPr>
          <w:p w14:paraId="6D4A82F3" w14:textId="77777777" w:rsidR="00C54FD5" w:rsidRDefault="00C3228F" w:rsidP="00791014">
            <w:pPr>
              <w:shd w:val="clear" w:color="auto" w:fill="FFFFFF" w:themeFill="background1"/>
              <w:spacing w:after="0" w:line="240" w:lineRule="auto"/>
            </w:pPr>
            <w:r>
              <w:t>- GV nêu câu hỏi dẫn: Nếu cô dùng ChatGPT hoặc Gemini để gợi ý các từ khóa kể chuyện theo từng tranh, em cần làm gì để câu chuyện vẫn đúng với SGK?</w:t>
            </w:r>
          </w:p>
        </w:tc>
        <w:tc>
          <w:tcPr>
            <w:tcW w:w="4800" w:type="dxa"/>
            <w:tcMar>
              <w:top w:w="40" w:type="dxa"/>
              <w:left w:w="60" w:type="dxa"/>
              <w:bottom w:w="40" w:type="dxa"/>
              <w:right w:w="60" w:type="dxa"/>
            </w:tcMar>
          </w:tcPr>
          <w:p w14:paraId="5E8E8396" w14:textId="77777777" w:rsidR="00C54FD5" w:rsidRDefault="00C3228F" w:rsidP="00791014">
            <w:pPr>
              <w:shd w:val="clear" w:color="auto" w:fill="FFFFFF" w:themeFill="background1"/>
              <w:spacing w:after="0" w:line="240" w:lineRule="auto"/>
            </w:pPr>
            <w:r>
              <w:t>- HS nêu: Em cần đọc lại SGK, kiểm tra thứ tự tranh, không kể sai chi tiết, dùng lời của mình và không chép y nguyên.</w:t>
            </w:r>
          </w:p>
        </w:tc>
      </w:tr>
      <w:tr w:rsidR="00C54FD5" w14:paraId="2E04C121" w14:textId="77777777" w:rsidTr="00791014">
        <w:trPr>
          <w:jc w:val="center"/>
        </w:trPr>
        <w:tc>
          <w:tcPr>
            <w:tcW w:w="4800" w:type="dxa"/>
            <w:tcBorders>
              <w:bottom w:val="single" w:sz="6" w:space="0" w:color="000000"/>
            </w:tcBorders>
            <w:tcMar>
              <w:top w:w="40" w:type="dxa"/>
              <w:left w:w="60" w:type="dxa"/>
              <w:bottom w:w="40" w:type="dxa"/>
              <w:right w:w="60" w:type="dxa"/>
            </w:tcMar>
          </w:tcPr>
          <w:p w14:paraId="6747EA72" w14:textId="77777777" w:rsidR="00C54FD5" w:rsidRDefault="00C3228F" w:rsidP="00791014">
            <w:pPr>
              <w:shd w:val="clear" w:color="auto" w:fill="FFFFFF" w:themeFill="background1"/>
              <w:spacing w:after="0" w:line="240" w:lineRule="auto"/>
            </w:pPr>
            <w:r>
              <w:rPr>
                <w:color w:val="C00000"/>
              </w:rPr>
              <w:t>- Tích hợp AI - YCCĐ 2.A1.2: GV diễn giải: ChatGPT hoặc Gemini có thể giúp cô gợi ý từ khóa như “con dúi báo lũ”, “khúc gỗ”, “quả bầu”, “các dân tộc anh em”. Tuy nhiên, AI chỉ là công cụ hỗ trợ. Nếu câu trả lời của công cụ chưa đúng thứ tự hoặc thêm chi tiết không có trong truyện, chúng ta phải dựa vào SGK và lời cô hướng dẫn để sửa lại. Khi kể chuyện, các em cần dùng lời của mình, kể đúng nội dung, không tự nhận phần gợi ý của công cụ là suy nghĩ hoàn toàn của mình. Biết dùng AI có trách nhiệm là biết kiểm tra, chọn lọc và kể lại bằng lời phù hợp với lứa tuổi.</w:t>
            </w:r>
          </w:p>
        </w:tc>
        <w:tc>
          <w:tcPr>
            <w:tcW w:w="4800" w:type="dxa"/>
            <w:tcBorders>
              <w:bottom w:val="single" w:sz="6" w:space="0" w:color="000000"/>
            </w:tcBorders>
            <w:tcMar>
              <w:top w:w="40" w:type="dxa"/>
              <w:left w:w="60" w:type="dxa"/>
              <w:bottom w:w="40" w:type="dxa"/>
              <w:right w:w="60" w:type="dxa"/>
            </w:tcMar>
          </w:tcPr>
          <w:p w14:paraId="4CFA00FD" w14:textId="77777777" w:rsidR="00C54FD5" w:rsidRDefault="00C3228F" w:rsidP="00791014">
            <w:pPr>
              <w:shd w:val="clear" w:color="auto" w:fill="FFFFFF" w:themeFill="background1"/>
              <w:spacing w:after="0" w:line="240" w:lineRule="auto"/>
            </w:pPr>
            <w:r>
              <w:rPr>
                <w:color w:val="C00000"/>
              </w:rPr>
              <w:t>- HS lắng nghe; nhắc lại 3 điều: kiểm tra với SGK, không chép nguyên văn, dùng lời kể của mình.</w:t>
            </w:r>
          </w:p>
        </w:tc>
      </w:tr>
      <w:tr w:rsidR="00C54FD5" w14:paraId="34B68474"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0771D2F4" w14:textId="77777777" w:rsidR="00C54FD5" w:rsidRDefault="00C3228F" w:rsidP="00791014">
            <w:pPr>
              <w:shd w:val="clear" w:color="auto" w:fill="FFFFFF" w:themeFill="background1"/>
              <w:spacing w:after="0" w:line="240" w:lineRule="auto"/>
            </w:pPr>
            <w:r>
              <w:rPr>
                <w:b/>
              </w:rPr>
              <w:t>4. VẬN DỤNG (5 phút)</w:t>
            </w:r>
            <w:r>
              <w:br/>
            </w:r>
            <w:r>
              <w:rPr>
                <w:i/>
              </w:rPr>
              <w:t>Mục tiêu: HS kể chuyện cho người thân và liên hệ ý nghĩa đoàn kết các dân tộc.</w:t>
            </w:r>
          </w:p>
        </w:tc>
      </w:tr>
      <w:tr w:rsidR="00C54FD5" w14:paraId="5E0B0807" w14:textId="77777777" w:rsidTr="00791014">
        <w:trPr>
          <w:jc w:val="center"/>
        </w:trPr>
        <w:tc>
          <w:tcPr>
            <w:tcW w:w="4800" w:type="dxa"/>
            <w:tcBorders>
              <w:top w:val="single" w:sz="6" w:space="0" w:color="000000"/>
            </w:tcBorders>
            <w:tcMar>
              <w:top w:w="40" w:type="dxa"/>
              <w:left w:w="60" w:type="dxa"/>
              <w:bottom w:w="40" w:type="dxa"/>
              <w:right w:w="60" w:type="dxa"/>
            </w:tcMar>
          </w:tcPr>
          <w:p w14:paraId="59041741" w14:textId="77777777" w:rsidR="00C54FD5" w:rsidRDefault="00C3228F" w:rsidP="00791014">
            <w:pPr>
              <w:shd w:val="clear" w:color="auto" w:fill="FFFFFF" w:themeFill="background1"/>
              <w:spacing w:after="0" w:line="240" w:lineRule="auto"/>
            </w:pPr>
            <w:r>
              <w:t>- GV yêu cầu HS nói một câu thể hiện cảm xúc sau khi nghe câu chuyện.</w:t>
            </w:r>
          </w:p>
        </w:tc>
        <w:tc>
          <w:tcPr>
            <w:tcW w:w="4800" w:type="dxa"/>
            <w:tcBorders>
              <w:top w:val="single" w:sz="6" w:space="0" w:color="000000"/>
            </w:tcBorders>
            <w:tcMar>
              <w:top w:w="40" w:type="dxa"/>
              <w:left w:w="60" w:type="dxa"/>
              <w:bottom w:w="40" w:type="dxa"/>
              <w:right w:w="60" w:type="dxa"/>
            </w:tcMar>
          </w:tcPr>
          <w:p w14:paraId="0CFCEC89" w14:textId="77777777" w:rsidR="00C54FD5" w:rsidRDefault="00C3228F" w:rsidP="00791014">
            <w:pPr>
              <w:shd w:val="clear" w:color="auto" w:fill="FFFFFF" w:themeFill="background1"/>
              <w:spacing w:after="0" w:line="240" w:lineRule="auto"/>
            </w:pPr>
            <w:r>
              <w:t>- HS nêu: Em thấy các dân tộc Việt Nam thật gần gũi. Em thấy cần yêu thương các bạn ở mọi vùng miền. Em thích chi tiết các dân tộc bước ra từ quả bầu.</w:t>
            </w:r>
          </w:p>
        </w:tc>
      </w:tr>
      <w:tr w:rsidR="00C54FD5" w14:paraId="5D407540" w14:textId="77777777" w:rsidTr="00791014">
        <w:trPr>
          <w:jc w:val="center"/>
        </w:trPr>
        <w:tc>
          <w:tcPr>
            <w:tcW w:w="4800" w:type="dxa"/>
            <w:tcMar>
              <w:top w:w="40" w:type="dxa"/>
              <w:left w:w="60" w:type="dxa"/>
              <w:bottom w:w="40" w:type="dxa"/>
              <w:right w:w="60" w:type="dxa"/>
            </w:tcMar>
          </w:tcPr>
          <w:p w14:paraId="683FE096" w14:textId="77777777" w:rsidR="00C54FD5" w:rsidRDefault="00C3228F" w:rsidP="00791014">
            <w:pPr>
              <w:shd w:val="clear" w:color="auto" w:fill="FFFFFF" w:themeFill="background1"/>
              <w:spacing w:after="0" w:line="240" w:lineRule="auto"/>
            </w:pPr>
            <w:r>
              <w:t>- GV giao việc về nhà: Kể lại Chuyện quả bầu cho người thân nghe và hỏi người thân biết tên những dân tộc nào trên đất nước ta.</w:t>
            </w:r>
          </w:p>
        </w:tc>
        <w:tc>
          <w:tcPr>
            <w:tcW w:w="4800" w:type="dxa"/>
            <w:tcMar>
              <w:top w:w="40" w:type="dxa"/>
              <w:left w:w="60" w:type="dxa"/>
              <w:bottom w:w="40" w:type="dxa"/>
              <w:right w:w="60" w:type="dxa"/>
            </w:tcMar>
          </w:tcPr>
          <w:p w14:paraId="7597D7D8" w14:textId="77777777" w:rsidR="00C54FD5" w:rsidRDefault="00C3228F" w:rsidP="00791014">
            <w:pPr>
              <w:shd w:val="clear" w:color="auto" w:fill="FFFFFF" w:themeFill="background1"/>
              <w:spacing w:after="0" w:line="240" w:lineRule="auto"/>
            </w:pPr>
            <w:r>
              <w:t>- HS ghi nhớ nhiệm vụ về nhà.</w:t>
            </w:r>
          </w:p>
        </w:tc>
      </w:tr>
    </w:tbl>
    <w:p w14:paraId="0CDEF4CA" w14:textId="77777777" w:rsidR="00C54FD5" w:rsidRDefault="00C3228F" w:rsidP="00791014">
      <w:pPr>
        <w:shd w:val="clear" w:color="auto" w:fill="FFFFFF" w:themeFill="background1"/>
        <w:spacing w:after="0" w:line="240" w:lineRule="auto"/>
      </w:pPr>
      <w:r>
        <w:rPr>
          <w:b/>
        </w:rPr>
        <w:t>IV. ĐIỀU CHỈNH SAU TIẾT HỌC (NẾU CÓ)</w:t>
      </w:r>
    </w:p>
    <w:p w14:paraId="6061A95F" w14:textId="77777777" w:rsidR="00C54FD5" w:rsidRDefault="00C54FD5" w:rsidP="00791014">
      <w:pPr>
        <w:shd w:val="clear" w:color="auto" w:fill="FFFFFF" w:themeFill="background1"/>
        <w:spacing w:after="0" w:line="240" w:lineRule="auto"/>
      </w:pPr>
    </w:p>
    <w:p w14:paraId="1DAB8000" w14:textId="77777777" w:rsidR="00C54FD5" w:rsidRDefault="00C3228F" w:rsidP="00791014">
      <w:pPr>
        <w:shd w:val="clear" w:color="auto" w:fill="FFFFFF" w:themeFill="background1"/>
        <w:spacing w:after="0" w:line="240" w:lineRule="auto"/>
        <w:jc w:val="center"/>
      </w:pPr>
      <w:r>
        <w:rPr>
          <w:b/>
        </w:rPr>
        <w:t>KẾ HOẠCH BÀI DẠY MÔN TIẾNG VIỆT LỚP 2 - TUẦN 33</w:t>
      </w:r>
    </w:p>
    <w:p w14:paraId="575A3559" w14:textId="77777777" w:rsidR="00C54FD5" w:rsidRDefault="00C3228F" w:rsidP="00791014">
      <w:pPr>
        <w:shd w:val="clear" w:color="auto" w:fill="FFFFFF" w:themeFill="background1"/>
        <w:spacing w:after="0" w:line="240" w:lineRule="auto"/>
        <w:jc w:val="center"/>
      </w:pPr>
      <w:r>
        <w:rPr>
          <w:b/>
        </w:rPr>
        <w:t>BÀI 28: KHÁM PHÁ ĐÁY BIỂN Ở TRƯỜNG SA</w:t>
      </w:r>
    </w:p>
    <w:p w14:paraId="3ABD7DC2" w14:textId="77777777" w:rsidR="00C54FD5" w:rsidRDefault="00C3228F" w:rsidP="00791014">
      <w:pPr>
        <w:shd w:val="clear" w:color="auto" w:fill="FFFFFF" w:themeFill="background1"/>
        <w:spacing w:after="60" w:line="240" w:lineRule="auto"/>
        <w:jc w:val="center"/>
      </w:pPr>
      <w:r>
        <w:rPr>
          <w:b/>
        </w:rPr>
        <w:t>TIẾT 1 - 2: ĐỌC - KHÁM PHÁ ĐÁY BIỂN Ở TRƯỜNG SA</w:t>
      </w:r>
    </w:p>
    <w:p w14:paraId="128E60EF" w14:textId="77777777" w:rsidR="00C54FD5" w:rsidRDefault="00C3228F" w:rsidP="00791014">
      <w:pPr>
        <w:shd w:val="clear" w:color="auto" w:fill="FFFFFF" w:themeFill="background1"/>
        <w:spacing w:after="0" w:line="240" w:lineRule="auto"/>
      </w:pPr>
      <w:r>
        <w:rPr>
          <w:b/>
        </w:rPr>
        <w:t>I. YÊU CẦU CẦN ĐẠT</w:t>
      </w:r>
    </w:p>
    <w:p w14:paraId="7B29620C" w14:textId="77777777" w:rsidR="00C54FD5" w:rsidRDefault="00C3228F" w:rsidP="00791014">
      <w:pPr>
        <w:shd w:val="clear" w:color="auto" w:fill="FFFFFF" w:themeFill="background1"/>
        <w:spacing w:after="0" w:line="240" w:lineRule="auto"/>
      </w:pPr>
      <w:r>
        <w:rPr>
          <w:b/>
        </w:rPr>
        <w:t>1. Năng lực đặc thù</w:t>
      </w:r>
    </w:p>
    <w:p w14:paraId="7DA37385" w14:textId="77777777" w:rsidR="00C54FD5" w:rsidRDefault="00C3228F" w:rsidP="00791014">
      <w:pPr>
        <w:shd w:val="clear" w:color="auto" w:fill="FFFFFF" w:themeFill="background1"/>
        <w:spacing w:after="0" w:line="240" w:lineRule="auto"/>
      </w:pPr>
      <w:r>
        <w:t>- Đọc đúng, rõ ràng văn bản thông tin; biết ngắt nghỉ hơi hợp lí ở câu dài.</w:t>
      </w:r>
    </w:p>
    <w:p w14:paraId="0293BD9D" w14:textId="77777777" w:rsidR="00C54FD5" w:rsidRDefault="00C3228F" w:rsidP="00791014">
      <w:pPr>
        <w:shd w:val="clear" w:color="auto" w:fill="FFFFFF" w:themeFill="background1"/>
        <w:spacing w:after="0" w:line="240" w:lineRule="auto"/>
      </w:pPr>
      <w:r>
        <w:t>- Hiểu nội dung bài: đáy biển Trường Sa có vẻ đẹp kì thú, nhiều loài cá và san hô; Trường Sa là vùng biển thân yêu của Tổ quốc.</w:t>
      </w:r>
    </w:p>
    <w:p w14:paraId="78DDF318" w14:textId="77777777" w:rsidR="00C54FD5" w:rsidRDefault="00C3228F" w:rsidP="00791014">
      <w:pPr>
        <w:shd w:val="clear" w:color="auto" w:fill="FFFFFF" w:themeFill="background1"/>
        <w:spacing w:after="0" w:line="240" w:lineRule="auto"/>
      </w:pPr>
      <w:r>
        <w:t>- Trả lời được các câu hỏi đọc hiểu; tìm được từ chỉ đặc điểm và đặt câu với từ vừa tìm được.</w:t>
      </w:r>
    </w:p>
    <w:p w14:paraId="75C3CF5C" w14:textId="77777777" w:rsidR="00C54FD5" w:rsidRDefault="00C3228F" w:rsidP="00791014">
      <w:pPr>
        <w:shd w:val="clear" w:color="auto" w:fill="FFFFFF" w:themeFill="background1"/>
        <w:spacing w:after="0" w:line="240" w:lineRule="auto"/>
      </w:pPr>
      <w:r>
        <w:rPr>
          <w:b/>
        </w:rPr>
        <w:lastRenderedPageBreak/>
        <w:t>2. Năng lực chung</w:t>
      </w:r>
    </w:p>
    <w:p w14:paraId="73F70610" w14:textId="77777777" w:rsidR="00C54FD5" w:rsidRDefault="00C3228F" w:rsidP="00791014">
      <w:pPr>
        <w:shd w:val="clear" w:color="auto" w:fill="FFFFFF" w:themeFill="background1"/>
        <w:spacing w:after="0" w:line="240" w:lineRule="auto"/>
      </w:pPr>
      <w:r>
        <w:t>- Tự chủ và tự học: Chủ động đọc thầm để tìm thông tin về biển, cá, san hô và Trường Sa.</w:t>
      </w:r>
    </w:p>
    <w:p w14:paraId="66B08793" w14:textId="77777777" w:rsidR="00C54FD5" w:rsidRDefault="00C3228F" w:rsidP="00791014">
      <w:pPr>
        <w:shd w:val="clear" w:color="auto" w:fill="FFFFFF" w:themeFill="background1"/>
        <w:spacing w:after="0" w:line="240" w:lineRule="auto"/>
      </w:pPr>
      <w:r>
        <w:t>- Giao tiếp và hợp tác: Biết trao đổi nhóm đôi, nhóm bốn khi trả lời câu hỏi, đặt câu và nhận xét.</w:t>
      </w:r>
    </w:p>
    <w:p w14:paraId="1D4E04AC" w14:textId="77777777" w:rsidR="00C54FD5" w:rsidRDefault="00C3228F" w:rsidP="00791014">
      <w:pPr>
        <w:shd w:val="clear" w:color="auto" w:fill="FFFFFF" w:themeFill="background1"/>
        <w:spacing w:after="0" w:line="240" w:lineRule="auto"/>
      </w:pPr>
      <w:r>
        <w:t>- Giải quyết vấn đề và sáng tạo: Biết liên hệ cách bảo vệ biển, đảo và sinh vật biển bằng việc làm phù hợp lứa tuổi.</w:t>
      </w:r>
    </w:p>
    <w:p w14:paraId="5515EE09" w14:textId="77777777" w:rsidR="00C54FD5" w:rsidRDefault="00C3228F" w:rsidP="00791014">
      <w:pPr>
        <w:shd w:val="clear" w:color="auto" w:fill="FFFFFF" w:themeFill="background1"/>
        <w:spacing w:after="0" w:line="240" w:lineRule="auto"/>
      </w:pPr>
      <w:r>
        <w:rPr>
          <w:b/>
        </w:rPr>
        <w:t>3. Phẩm chất</w:t>
      </w:r>
    </w:p>
    <w:p w14:paraId="4559A7E9" w14:textId="77777777" w:rsidR="00C54FD5" w:rsidRDefault="00C3228F" w:rsidP="00791014">
      <w:pPr>
        <w:shd w:val="clear" w:color="auto" w:fill="FFFFFF" w:themeFill="background1"/>
        <w:spacing w:after="0" w:line="240" w:lineRule="auto"/>
      </w:pPr>
      <w:r>
        <w:t>- Yêu nước: Tự hào về biển đảo Trường Sa của Tổ quốc.</w:t>
      </w:r>
    </w:p>
    <w:p w14:paraId="1B8B6AEA" w14:textId="77777777" w:rsidR="00C54FD5" w:rsidRDefault="00C3228F" w:rsidP="00791014">
      <w:pPr>
        <w:shd w:val="clear" w:color="auto" w:fill="FFFFFF" w:themeFill="background1"/>
        <w:spacing w:after="0" w:line="240" w:lineRule="auto"/>
      </w:pPr>
      <w:r>
        <w:t>- Nhân ái: Biết yêu quý các loài vật biển, không làm hại sinh vật biển.</w:t>
      </w:r>
    </w:p>
    <w:p w14:paraId="4E91619B" w14:textId="77777777" w:rsidR="00C54FD5" w:rsidRDefault="00C3228F" w:rsidP="00791014">
      <w:pPr>
        <w:shd w:val="clear" w:color="auto" w:fill="FFFFFF" w:themeFill="background1"/>
        <w:spacing w:after="0" w:line="240" w:lineRule="auto"/>
      </w:pPr>
      <w:r>
        <w:t>- Trách nhiệm: Có ý thức giữ vệ sinh môi trường biển, biết ơn người làm nhiệm vụ bảo vệ biển đảo.</w:t>
      </w:r>
    </w:p>
    <w:p w14:paraId="3A5A65E7" w14:textId="77777777" w:rsidR="00C54FD5" w:rsidRDefault="00C3228F" w:rsidP="00791014">
      <w:pPr>
        <w:shd w:val="clear" w:color="auto" w:fill="FFFFFF" w:themeFill="background1"/>
        <w:spacing w:after="0" w:line="240" w:lineRule="auto"/>
      </w:pPr>
      <w:r>
        <w:rPr>
          <w:b/>
        </w:rPr>
        <w:t>4. Tích hợp</w:t>
      </w:r>
    </w:p>
    <w:p w14:paraId="39042CA7" w14:textId="77777777" w:rsidR="00C54FD5" w:rsidRDefault="00C3228F" w:rsidP="00791014">
      <w:pPr>
        <w:shd w:val="clear" w:color="auto" w:fill="FFFFFF" w:themeFill="background1"/>
        <w:spacing w:after="0" w:line="240" w:lineRule="auto"/>
      </w:pPr>
      <w:r>
        <w:rPr>
          <w:color w:val="C00000"/>
        </w:rPr>
        <w:t>- Tích hợp QPAN/ANQP và BVMT: Giáo dục HS niềm tự hào về biển đảo quê hương; biết ơn các chú bộ đội hải quân; có ý thức học tập, giữ kỉ luật và bảo vệ môi trường biển bằng những việc làm phù hợp.</w:t>
      </w:r>
    </w:p>
    <w:p w14:paraId="7031E56C" w14:textId="77777777" w:rsidR="00C54FD5" w:rsidRDefault="00C3228F" w:rsidP="00791014">
      <w:pPr>
        <w:shd w:val="clear" w:color="auto" w:fill="FFFFFF" w:themeFill="background1"/>
        <w:spacing w:after="0" w:line="240" w:lineRule="auto"/>
      </w:pPr>
      <w:r>
        <w:rPr>
          <w:b/>
        </w:rPr>
        <w:t>II. ĐỒ DÙNG DẠY HỌC</w:t>
      </w:r>
    </w:p>
    <w:p w14:paraId="453B4982" w14:textId="77777777" w:rsidR="00C54FD5" w:rsidRDefault="00C3228F" w:rsidP="00791014">
      <w:pPr>
        <w:shd w:val="clear" w:color="auto" w:fill="FFFFFF" w:themeFill="background1"/>
        <w:spacing w:after="0" w:line="240" w:lineRule="auto"/>
      </w:pPr>
      <w:r>
        <w:t>- GV: Tranh minh hoạ đáy biển Trường Sa cắt từ SGK, phiếu đọc hiểu, thẻ từ chỉ đặc điểm, máy chiếu/tivi.</w:t>
      </w:r>
    </w:p>
    <w:p w14:paraId="0E7FE203" w14:textId="77777777" w:rsidR="00C54FD5" w:rsidRDefault="00C3228F" w:rsidP="00791014">
      <w:pPr>
        <w:shd w:val="clear" w:color="auto" w:fill="FFFFFF" w:themeFill="background1"/>
        <w:spacing w:after="0" w:line="240" w:lineRule="auto"/>
      </w:pPr>
      <w:r>
        <w:t>- HS: SGK Tiếng Việt 2, Vở bài tập Tiếng Việt, vở ô ly, bút chì.</w:t>
      </w:r>
    </w:p>
    <w:p w14:paraId="5B0E4223" w14:textId="77777777" w:rsidR="00C54FD5" w:rsidRDefault="00C3228F" w:rsidP="00791014">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272"/>
        <w:gridCol w:w="5272"/>
      </w:tblGrid>
      <w:tr w:rsidR="00C54FD5" w14:paraId="08AB5AB2" w14:textId="77777777" w:rsidTr="00791014">
        <w:trPr>
          <w:jc w:val="center"/>
        </w:trPr>
        <w:tc>
          <w:tcPr>
            <w:tcW w:w="5272" w:type="dxa"/>
            <w:tcBorders>
              <w:bottom w:val="single" w:sz="6" w:space="0" w:color="000000"/>
            </w:tcBorders>
            <w:shd w:val="clear" w:color="auto" w:fill="D9EAF7"/>
            <w:tcMar>
              <w:top w:w="40" w:type="dxa"/>
              <w:left w:w="60" w:type="dxa"/>
              <w:bottom w:w="40" w:type="dxa"/>
              <w:right w:w="60" w:type="dxa"/>
            </w:tcMar>
            <w:vAlign w:val="center"/>
          </w:tcPr>
          <w:p w14:paraId="4D0C29A2" w14:textId="77777777" w:rsidR="00C54FD5" w:rsidRDefault="00C3228F" w:rsidP="00791014">
            <w:pPr>
              <w:shd w:val="clear" w:color="auto" w:fill="FFFFFF" w:themeFill="background1"/>
              <w:spacing w:after="0"/>
              <w:jc w:val="center"/>
            </w:pPr>
            <w:r>
              <w:rPr>
                <w:b/>
              </w:rPr>
              <w:t>Hoạt động của giáo viên</w:t>
            </w:r>
          </w:p>
        </w:tc>
        <w:tc>
          <w:tcPr>
            <w:tcW w:w="5272" w:type="dxa"/>
            <w:tcBorders>
              <w:bottom w:val="single" w:sz="6" w:space="0" w:color="000000"/>
            </w:tcBorders>
            <w:shd w:val="clear" w:color="auto" w:fill="D9EAF7"/>
            <w:tcMar>
              <w:top w:w="40" w:type="dxa"/>
              <w:left w:w="60" w:type="dxa"/>
              <w:bottom w:w="40" w:type="dxa"/>
              <w:right w:w="60" w:type="dxa"/>
            </w:tcMar>
            <w:vAlign w:val="center"/>
          </w:tcPr>
          <w:p w14:paraId="66A5FB6C" w14:textId="77777777" w:rsidR="00C54FD5" w:rsidRDefault="00C3228F" w:rsidP="00791014">
            <w:pPr>
              <w:shd w:val="clear" w:color="auto" w:fill="FFFFFF" w:themeFill="background1"/>
              <w:spacing w:after="0"/>
              <w:jc w:val="center"/>
            </w:pPr>
            <w:r>
              <w:rPr>
                <w:b/>
              </w:rPr>
              <w:t>Hoạt động của học sinh</w:t>
            </w:r>
          </w:p>
        </w:tc>
      </w:tr>
      <w:tr w:rsidR="00C54FD5" w14:paraId="44E9B447"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30C306D4" w14:textId="77777777" w:rsidR="00C54FD5" w:rsidRDefault="00C3228F" w:rsidP="00791014">
            <w:pPr>
              <w:shd w:val="clear" w:color="auto" w:fill="FFFFFF" w:themeFill="background1"/>
              <w:spacing w:after="0" w:line="240" w:lineRule="auto"/>
            </w:pPr>
            <w:r>
              <w:rPr>
                <w:b/>
              </w:rPr>
              <w:t>TIẾT 1</w:t>
            </w:r>
            <w:r>
              <w:br/>
            </w:r>
            <w:r>
              <w:rPr>
                <w:b/>
              </w:rPr>
              <w:t>1. KHỞI ĐỘNG (5 phút)</w:t>
            </w:r>
            <w:r>
              <w:br/>
            </w:r>
            <w:r>
              <w:rPr>
                <w:i/>
              </w:rPr>
              <w:t>Mục tiêu: HS huy động hiểu biết về biển, đảo; quan sát tranh để dự đoán nội dung bài đọc.</w:t>
            </w:r>
          </w:p>
        </w:tc>
      </w:tr>
      <w:tr w:rsidR="00C54FD5" w14:paraId="3983915F" w14:textId="77777777" w:rsidTr="00791014">
        <w:trPr>
          <w:jc w:val="center"/>
        </w:trPr>
        <w:tc>
          <w:tcPr>
            <w:tcW w:w="4800" w:type="dxa"/>
            <w:tcBorders>
              <w:top w:val="single" w:sz="6" w:space="0" w:color="000000"/>
            </w:tcBorders>
            <w:tcMar>
              <w:top w:w="40" w:type="dxa"/>
              <w:left w:w="60" w:type="dxa"/>
              <w:bottom w:w="40" w:type="dxa"/>
              <w:right w:w="60" w:type="dxa"/>
            </w:tcMar>
          </w:tcPr>
          <w:p w14:paraId="54B5E9A6" w14:textId="77777777" w:rsidR="00C54FD5" w:rsidRDefault="00C3228F" w:rsidP="00791014">
            <w:pPr>
              <w:shd w:val="clear" w:color="auto" w:fill="FFFFFF" w:themeFill="background1"/>
              <w:spacing w:after="0" w:line="240" w:lineRule="auto"/>
            </w:pPr>
            <w:r>
              <w:t>- GV hỏi: Em biết những gì về biển? Khi nhắc đến biển, em nghĩ đến những hình ảnh nào?</w:t>
            </w:r>
          </w:p>
        </w:tc>
        <w:tc>
          <w:tcPr>
            <w:tcW w:w="4800" w:type="dxa"/>
            <w:tcBorders>
              <w:top w:val="single" w:sz="6" w:space="0" w:color="000000"/>
            </w:tcBorders>
            <w:tcMar>
              <w:top w:w="40" w:type="dxa"/>
              <w:left w:w="60" w:type="dxa"/>
              <w:bottom w:w="40" w:type="dxa"/>
              <w:right w:w="60" w:type="dxa"/>
            </w:tcMar>
          </w:tcPr>
          <w:p w14:paraId="61D167AF" w14:textId="77777777" w:rsidR="00C54FD5" w:rsidRDefault="00C3228F" w:rsidP="00791014">
            <w:pPr>
              <w:shd w:val="clear" w:color="auto" w:fill="FFFFFF" w:themeFill="background1"/>
              <w:spacing w:after="0" w:line="240" w:lineRule="auto"/>
            </w:pPr>
            <w:r>
              <w:t>- HS nêu: sóng biển, bãi cát, cá, rùa biển, san hô, đảo, tàu thuyền, chú bộ đội hải quân.</w:t>
            </w:r>
          </w:p>
        </w:tc>
      </w:tr>
      <w:tr w:rsidR="00C54FD5" w14:paraId="7BC001AA" w14:textId="77777777" w:rsidTr="00791014">
        <w:trPr>
          <w:jc w:val="center"/>
        </w:trPr>
        <w:tc>
          <w:tcPr>
            <w:tcW w:w="4800" w:type="dxa"/>
            <w:tcMar>
              <w:top w:w="40" w:type="dxa"/>
              <w:left w:w="60" w:type="dxa"/>
              <w:bottom w:w="40" w:type="dxa"/>
              <w:right w:w="60" w:type="dxa"/>
            </w:tcMar>
          </w:tcPr>
          <w:p w14:paraId="076CB977" w14:textId="77777777" w:rsidR="00C54FD5" w:rsidRDefault="00C3228F" w:rsidP="00791014">
            <w:pPr>
              <w:shd w:val="clear" w:color="auto" w:fill="FFFFFF" w:themeFill="background1"/>
              <w:spacing w:after="0" w:line="240" w:lineRule="auto"/>
            </w:pPr>
            <w:r>
              <w:t>- GV yêu cầu HS quan sát tranh minh hoạ trong SGK và nói những gì em thấy dưới đáy biển.</w:t>
            </w:r>
          </w:p>
          <w:p w14:paraId="7113B66F" w14:textId="4689D4BC" w:rsidR="00C54FD5" w:rsidRDefault="00C54FD5" w:rsidP="00791014">
            <w:pPr>
              <w:shd w:val="clear" w:color="auto" w:fill="FFFFFF" w:themeFill="background1"/>
              <w:spacing w:after="0"/>
              <w:jc w:val="center"/>
            </w:pPr>
          </w:p>
        </w:tc>
        <w:tc>
          <w:tcPr>
            <w:tcW w:w="4800" w:type="dxa"/>
            <w:tcMar>
              <w:top w:w="40" w:type="dxa"/>
              <w:left w:w="60" w:type="dxa"/>
              <w:bottom w:w="40" w:type="dxa"/>
              <w:right w:w="60" w:type="dxa"/>
            </w:tcMar>
          </w:tcPr>
          <w:p w14:paraId="1C4AC6F9" w14:textId="77777777" w:rsidR="00C54FD5" w:rsidRDefault="00C3228F" w:rsidP="00791014">
            <w:pPr>
              <w:shd w:val="clear" w:color="auto" w:fill="FFFFFF" w:themeFill="background1"/>
              <w:spacing w:after="0" w:line="240" w:lineRule="auto"/>
            </w:pPr>
            <w:r>
              <w:t>- HS quan sát tranh. Dự kiến: Có nhiều loài cá màu sắc rực rỡ, san hô, sao biển, cảnh dưới nước rất đẹp.</w:t>
            </w:r>
          </w:p>
        </w:tc>
      </w:tr>
      <w:tr w:rsidR="00C54FD5" w14:paraId="068677DA" w14:textId="77777777" w:rsidTr="00791014">
        <w:trPr>
          <w:jc w:val="center"/>
        </w:trPr>
        <w:tc>
          <w:tcPr>
            <w:tcW w:w="4800" w:type="dxa"/>
            <w:tcMar>
              <w:top w:w="40" w:type="dxa"/>
              <w:left w:w="60" w:type="dxa"/>
              <w:bottom w:w="40" w:type="dxa"/>
              <w:right w:w="60" w:type="dxa"/>
            </w:tcMar>
          </w:tcPr>
          <w:p w14:paraId="100CD457" w14:textId="77777777" w:rsidR="00C54FD5" w:rsidRDefault="00C3228F" w:rsidP="00791014">
            <w:pPr>
              <w:shd w:val="clear" w:color="auto" w:fill="FFFFFF" w:themeFill="background1"/>
              <w:spacing w:after="0" w:line="240" w:lineRule="auto"/>
            </w:pPr>
            <w:r>
              <w:t>- GV giới thiệu bài: Hôm nay các em đọc bài Khám phá đáy biển ở Trường Sa để biết thêm vẻ đẹp kì thú của biển đảo Trường Sa - một phần thiêng liêng của Tổ quốc.</w:t>
            </w:r>
          </w:p>
        </w:tc>
        <w:tc>
          <w:tcPr>
            <w:tcW w:w="4800" w:type="dxa"/>
            <w:tcMar>
              <w:top w:w="40" w:type="dxa"/>
              <w:left w:w="60" w:type="dxa"/>
              <w:bottom w:w="40" w:type="dxa"/>
              <w:right w:w="60" w:type="dxa"/>
            </w:tcMar>
          </w:tcPr>
          <w:p w14:paraId="573AD190" w14:textId="77777777" w:rsidR="00C54FD5" w:rsidRDefault="00C3228F" w:rsidP="00791014">
            <w:pPr>
              <w:shd w:val="clear" w:color="auto" w:fill="FFFFFF" w:themeFill="background1"/>
              <w:spacing w:after="0" w:line="240" w:lineRule="auto"/>
            </w:pPr>
            <w:r>
              <w:t>- HS lắng nghe, ghi tên bài.</w:t>
            </w:r>
          </w:p>
        </w:tc>
      </w:tr>
      <w:tr w:rsidR="00C54FD5" w14:paraId="52547905" w14:textId="77777777" w:rsidTr="00791014">
        <w:trPr>
          <w:jc w:val="center"/>
        </w:trPr>
        <w:tc>
          <w:tcPr>
            <w:tcW w:w="4800" w:type="dxa"/>
            <w:tcBorders>
              <w:bottom w:val="single" w:sz="6" w:space="0" w:color="000000"/>
            </w:tcBorders>
            <w:tcMar>
              <w:top w:w="40" w:type="dxa"/>
              <w:left w:w="60" w:type="dxa"/>
              <w:bottom w:w="40" w:type="dxa"/>
              <w:right w:w="60" w:type="dxa"/>
            </w:tcMar>
          </w:tcPr>
          <w:p w14:paraId="6FB0A74E" w14:textId="77777777" w:rsidR="00C54FD5" w:rsidRDefault="00C3228F" w:rsidP="00791014">
            <w:pPr>
              <w:shd w:val="clear" w:color="auto" w:fill="FFFFFF" w:themeFill="background1"/>
              <w:spacing w:after="0" w:line="240" w:lineRule="auto"/>
            </w:pPr>
            <w:r>
              <w:t>- GV kết luận ngắn: Khi đọc bài về biển đảo, các em chú ý vừa tìm hiểu cảnh đẹp, vừa biết trân trọng và bảo vệ biển đảo quê hương.</w:t>
            </w:r>
          </w:p>
        </w:tc>
        <w:tc>
          <w:tcPr>
            <w:tcW w:w="4800" w:type="dxa"/>
            <w:tcBorders>
              <w:bottom w:val="single" w:sz="6" w:space="0" w:color="000000"/>
            </w:tcBorders>
            <w:tcMar>
              <w:top w:w="40" w:type="dxa"/>
              <w:left w:w="60" w:type="dxa"/>
              <w:bottom w:w="40" w:type="dxa"/>
              <w:right w:w="60" w:type="dxa"/>
            </w:tcMar>
          </w:tcPr>
          <w:p w14:paraId="670F559E" w14:textId="77777777" w:rsidR="00C54FD5" w:rsidRDefault="00C3228F" w:rsidP="00791014">
            <w:pPr>
              <w:shd w:val="clear" w:color="auto" w:fill="FFFFFF" w:themeFill="background1"/>
              <w:spacing w:after="0" w:line="240" w:lineRule="auto"/>
            </w:pPr>
            <w:r>
              <w:t>- HS chuẩn bị đọc bài.</w:t>
            </w:r>
          </w:p>
        </w:tc>
      </w:tr>
      <w:tr w:rsidR="00C54FD5" w14:paraId="3F2F1547"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0DB3A0DE" w14:textId="77777777" w:rsidR="00C54FD5" w:rsidRDefault="00C3228F" w:rsidP="00791014">
            <w:pPr>
              <w:shd w:val="clear" w:color="auto" w:fill="FFFFFF" w:themeFill="background1"/>
              <w:spacing w:after="0" w:line="240" w:lineRule="auto"/>
            </w:pPr>
            <w:r>
              <w:rPr>
                <w:b/>
              </w:rPr>
              <w:t>2. KHÁM PHÁ KIẾN THỨC (27 phút)</w:t>
            </w:r>
            <w:r>
              <w:br/>
            </w:r>
            <w:r>
              <w:rPr>
                <w:i/>
              </w:rPr>
              <w:t>Mục tiêu: HS đọc đúng văn bản thông tin; hiểu từ khó; bước đầu nắm nội dung về vẻ đẹp đáy biển Trường Sa.</w:t>
            </w:r>
          </w:p>
        </w:tc>
      </w:tr>
      <w:tr w:rsidR="00C54FD5" w14:paraId="780A6627"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0C501A37" w14:textId="77777777" w:rsidR="00C54FD5" w:rsidRDefault="00C3228F" w:rsidP="00791014">
            <w:pPr>
              <w:shd w:val="clear" w:color="auto" w:fill="FFFFFF" w:themeFill="background1"/>
              <w:spacing w:after="0" w:line="240" w:lineRule="auto"/>
            </w:pPr>
            <w:r>
              <w:rPr>
                <w:b/>
              </w:rPr>
              <w:t>Hoạt động 1: Đọc văn bản</w:t>
            </w:r>
          </w:p>
        </w:tc>
      </w:tr>
      <w:tr w:rsidR="00C54FD5" w14:paraId="38449BED" w14:textId="77777777" w:rsidTr="00791014">
        <w:trPr>
          <w:jc w:val="center"/>
        </w:trPr>
        <w:tc>
          <w:tcPr>
            <w:tcW w:w="4800" w:type="dxa"/>
            <w:tcBorders>
              <w:top w:val="single" w:sz="6" w:space="0" w:color="000000"/>
            </w:tcBorders>
            <w:tcMar>
              <w:top w:w="40" w:type="dxa"/>
              <w:left w:w="60" w:type="dxa"/>
              <w:bottom w:w="40" w:type="dxa"/>
              <w:right w:w="60" w:type="dxa"/>
            </w:tcMar>
          </w:tcPr>
          <w:p w14:paraId="41FDCC85" w14:textId="77777777" w:rsidR="00C54FD5" w:rsidRDefault="00C3228F" w:rsidP="00791014">
            <w:pPr>
              <w:shd w:val="clear" w:color="auto" w:fill="FFFFFF" w:themeFill="background1"/>
              <w:spacing w:after="0" w:line="240" w:lineRule="auto"/>
            </w:pPr>
            <w:r>
              <w:t>- GV giới thiệu ngắn: Bài đọc đưa chúng ta xuống đáy biển Trường Sa để quan sát cá, san hô và vẻ đẹp của biển đảo. Khi đọc, các em chú ý những từ ngữ miêu tả màu sắc, hình dáng và cảm xúc tự hào về Trường Sa.</w:t>
            </w:r>
          </w:p>
        </w:tc>
        <w:tc>
          <w:tcPr>
            <w:tcW w:w="4800" w:type="dxa"/>
            <w:tcBorders>
              <w:top w:val="single" w:sz="6" w:space="0" w:color="000000"/>
            </w:tcBorders>
            <w:tcMar>
              <w:top w:w="40" w:type="dxa"/>
              <w:left w:w="60" w:type="dxa"/>
              <w:bottom w:w="40" w:type="dxa"/>
              <w:right w:w="60" w:type="dxa"/>
            </w:tcMar>
          </w:tcPr>
          <w:p w14:paraId="409BE8F3" w14:textId="77777777" w:rsidR="00C54FD5" w:rsidRDefault="00C3228F" w:rsidP="00791014">
            <w:pPr>
              <w:shd w:val="clear" w:color="auto" w:fill="FFFFFF" w:themeFill="background1"/>
              <w:spacing w:after="0" w:line="240" w:lineRule="auto"/>
            </w:pPr>
            <w:r>
              <w:t>- HS lắng nghe, xác định nhiệm vụ đọc: đọc đúng, tìm từ ngữ miêu tả vẻ đẹp dưới biển.</w:t>
            </w:r>
          </w:p>
        </w:tc>
      </w:tr>
      <w:tr w:rsidR="00C54FD5" w14:paraId="199B82F9" w14:textId="77777777" w:rsidTr="00791014">
        <w:trPr>
          <w:jc w:val="center"/>
        </w:trPr>
        <w:tc>
          <w:tcPr>
            <w:tcW w:w="4800" w:type="dxa"/>
            <w:tcMar>
              <w:top w:w="40" w:type="dxa"/>
              <w:left w:w="60" w:type="dxa"/>
              <w:bottom w:w="40" w:type="dxa"/>
              <w:right w:w="60" w:type="dxa"/>
            </w:tcMar>
          </w:tcPr>
          <w:p w14:paraId="3B1EB148" w14:textId="77777777" w:rsidR="00C54FD5" w:rsidRDefault="00C3228F" w:rsidP="00791014">
            <w:pPr>
              <w:shd w:val="clear" w:color="auto" w:fill="FFFFFF" w:themeFill="background1"/>
              <w:spacing w:after="0" w:line="240" w:lineRule="auto"/>
            </w:pPr>
            <w:r>
              <w:t>- GV đọc mẫu toàn bài; hướng dẫn giọng đọc rõ ràng, nhẹ nhàng, hào hứng; nhấn giọng ở các từ: Trường Sa, đáy biển, rực rỡ, lạ mắt, thảm hoa di động, bức tranh khổng lồ.</w:t>
            </w:r>
          </w:p>
        </w:tc>
        <w:tc>
          <w:tcPr>
            <w:tcW w:w="4800" w:type="dxa"/>
            <w:tcMar>
              <w:top w:w="40" w:type="dxa"/>
              <w:left w:w="60" w:type="dxa"/>
              <w:bottom w:w="40" w:type="dxa"/>
              <w:right w:w="60" w:type="dxa"/>
            </w:tcMar>
          </w:tcPr>
          <w:p w14:paraId="2383FD5C" w14:textId="77777777" w:rsidR="00C54FD5" w:rsidRDefault="00C3228F" w:rsidP="00791014">
            <w:pPr>
              <w:shd w:val="clear" w:color="auto" w:fill="FFFFFF" w:themeFill="background1"/>
              <w:spacing w:after="0" w:line="240" w:lineRule="auto"/>
            </w:pPr>
            <w:r>
              <w:t>- HS lắng nghe GV đọc mẫu, đọc thầm theo, chú ý cách ngắt nghỉ.</w:t>
            </w:r>
          </w:p>
        </w:tc>
      </w:tr>
      <w:tr w:rsidR="00C54FD5" w14:paraId="020D77D8" w14:textId="77777777" w:rsidTr="00791014">
        <w:trPr>
          <w:jc w:val="center"/>
        </w:trPr>
        <w:tc>
          <w:tcPr>
            <w:tcW w:w="4800" w:type="dxa"/>
            <w:tcMar>
              <w:top w:w="40" w:type="dxa"/>
              <w:left w:w="60" w:type="dxa"/>
              <w:bottom w:w="40" w:type="dxa"/>
              <w:right w:w="60" w:type="dxa"/>
            </w:tcMar>
          </w:tcPr>
          <w:p w14:paraId="7DFC480B" w14:textId="77777777" w:rsidR="00C54FD5" w:rsidRDefault="00C3228F" w:rsidP="00791014">
            <w:pPr>
              <w:shd w:val="clear" w:color="auto" w:fill="FFFFFF" w:themeFill="background1"/>
              <w:spacing w:after="0" w:line="240" w:lineRule="auto"/>
            </w:pPr>
            <w:r>
              <w:t xml:space="preserve">- GV hỏi: Bài đọc có thể chia thành mấy đoạn? </w:t>
            </w:r>
            <w:r>
              <w:lastRenderedPageBreak/>
              <w:t>Mỗi đoạn nói về điều gì?</w:t>
            </w:r>
          </w:p>
        </w:tc>
        <w:tc>
          <w:tcPr>
            <w:tcW w:w="4800" w:type="dxa"/>
            <w:tcMar>
              <w:top w:w="40" w:type="dxa"/>
              <w:left w:w="60" w:type="dxa"/>
              <w:bottom w:w="40" w:type="dxa"/>
              <w:right w:w="60" w:type="dxa"/>
            </w:tcMar>
          </w:tcPr>
          <w:p w14:paraId="5264DA09" w14:textId="77777777" w:rsidR="00C54FD5" w:rsidRDefault="00C3228F" w:rsidP="00791014">
            <w:pPr>
              <w:shd w:val="clear" w:color="auto" w:fill="FFFFFF" w:themeFill="background1"/>
              <w:spacing w:after="0" w:line="240" w:lineRule="auto"/>
            </w:pPr>
            <w:r>
              <w:lastRenderedPageBreak/>
              <w:t xml:space="preserve">- HS trả lời: Có thể chia thành 3 đoạn. Đoạn 1 </w:t>
            </w:r>
            <w:r>
              <w:lastRenderedPageBreak/>
              <w:t>giới thiệu Trường Sa và đáy biển; đoạn 2 tả cá, san hô; đoạn 3 khẳng định Trường Sa là vùng biển thân yêu của Tổ quốc.</w:t>
            </w:r>
          </w:p>
        </w:tc>
      </w:tr>
      <w:tr w:rsidR="00C54FD5" w14:paraId="36087ED8" w14:textId="77777777" w:rsidTr="00791014">
        <w:trPr>
          <w:jc w:val="center"/>
        </w:trPr>
        <w:tc>
          <w:tcPr>
            <w:tcW w:w="4800" w:type="dxa"/>
            <w:tcMar>
              <w:top w:w="40" w:type="dxa"/>
              <w:left w:w="60" w:type="dxa"/>
              <w:bottom w:w="40" w:type="dxa"/>
              <w:right w:w="60" w:type="dxa"/>
            </w:tcMar>
          </w:tcPr>
          <w:p w14:paraId="59BB5483" w14:textId="77777777" w:rsidR="00C54FD5" w:rsidRDefault="00C3228F" w:rsidP="00791014">
            <w:pPr>
              <w:shd w:val="clear" w:color="auto" w:fill="FFFFFF" w:themeFill="background1"/>
              <w:spacing w:after="0" w:line="240" w:lineRule="auto"/>
            </w:pPr>
            <w:r>
              <w:lastRenderedPageBreak/>
              <w:t>- GV tổ chức HS đọc nối tiếp từng đoạn lần 1; yêu cầu lớp lắng nghe để phát hiện lỗi phát âm.</w:t>
            </w:r>
          </w:p>
        </w:tc>
        <w:tc>
          <w:tcPr>
            <w:tcW w:w="4800" w:type="dxa"/>
            <w:tcMar>
              <w:top w:w="40" w:type="dxa"/>
              <w:left w:w="60" w:type="dxa"/>
              <w:bottom w:w="40" w:type="dxa"/>
              <w:right w:w="60" w:type="dxa"/>
            </w:tcMar>
          </w:tcPr>
          <w:p w14:paraId="02A60488" w14:textId="77777777" w:rsidR="00C54FD5" w:rsidRDefault="00C3228F" w:rsidP="00791014">
            <w:pPr>
              <w:shd w:val="clear" w:color="auto" w:fill="FFFFFF" w:themeFill="background1"/>
              <w:spacing w:after="0" w:line="240" w:lineRule="auto"/>
            </w:pPr>
            <w:r>
              <w:t>- HS đọc nối tiếp; HS khác lắng nghe, nhận xét.</w:t>
            </w:r>
          </w:p>
        </w:tc>
      </w:tr>
      <w:tr w:rsidR="00C54FD5" w14:paraId="430EF54A" w14:textId="77777777" w:rsidTr="00791014">
        <w:trPr>
          <w:jc w:val="center"/>
        </w:trPr>
        <w:tc>
          <w:tcPr>
            <w:tcW w:w="4800" w:type="dxa"/>
            <w:tcMar>
              <w:top w:w="40" w:type="dxa"/>
              <w:left w:w="60" w:type="dxa"/>
              <w:bottom w:w="40" w:type="dxa"/>
              <w:right w:w="60" w:type="dxa"/>
            </w:tcMar>
          </w:tcPr>
          <w:p w14:paraId="7EF6E91A" w14:textId="77777777" w:rsidR="00C54FD5" w:rsidRDefault="00C3228F" w:rsidP="00791014">
            <w:pPr>
              <w:shd w:val="clear" w:color="auto" w:fill="FFFFFF" w:themeFill="background1"/>
              <w:spacing w:after="0" w:line="240" w:lineRule="auto"/>
            </w:pPr>
            <w:r>
              <w:t>- GV hỏi: Em thấy từ nào khó đọc hoặc dễ đọc sai trong bài?</w:t>
            </w:r>
          </w:p>
        </w:tc>
        <w:tc>
          <w:tcPr>
            <w:tcW w:w="4800" w:type="dxa"/>
            <w:tcMar>
              <w:top w:w="40" w:type="dxa"/>
              <w:left w:w="60" w:type="dxa"/>
              <w:bottom w:w="40" w:type="dxa"/>
              <w:right w:w="60" w:type="dxa"/>
            </w:tcMar>
          </w:tcPr>
          <w:p w14:paraId="615989F9" w14:textId="77777777" w:rsidR="00C54FD5" w:rsidRDefault="00C3228F" w:rsidP="00791014">
            <w:pPr>
              <w:shd w:val="clear" w:color="auto" w:fill="FFFFFF" w:themeFill="background1"/>
              <w:spacing w:after="0" w:line="240" w:lineRule="auto"/>
            </w:pPr>
            <w:r>
              <w:t>- HS nêu: Trường Sa, thám hiểm, san hô, rực rỡ, lạ mắt, thảm hoa di động, khổng lồ, thân yêu.</w:t>
            </w:r>
          </w:p>
        </w:tc>
      </w:tr>
      <w:tr w:rsidR="00C54FD5" w14:paraId="23E8584F" w14:textId="77777777" w:rsidTr="00791014">
        <w:trPr>
          <w:jc w:val="center"/>
        </w:trPr>
        <w:tc>
          <w:tcPr>
            <w:tcW w:w="4800" w:type="dxa"/>
            <w:tcMar>
              <w:top w:w="40" w:type="dxa"/>
              <w:left w:w="60" w:type="dxa"/>
              <w:bottom w:w="40" w:type="dxa"/>
              <w:right w:w="60" w:type="dxa"/>
            </w:tcMar>
          </w:tcPr>
          <w:p w14:paraId="2FE4FDF0" w14:textId="77777777" w:rsidR="00C54FD5" w:rsidRDefault="00C3228F" w:rsidP="00791014">
            <w:pPr>
              <w:shd w:val="clear" w:color="auto" w:fill="FFFFFF" w:themeFill="background1"/>
              <w:spacing w:after="0" w:line="240" w:lineRule="auto"/>
            </w:pPr>
            <w:r>
              <w:t>- GV hướng dẫn HS luyện đọc từ khó theo cá nhân - nhóm - đồng thanh.</w:t>
            </w:r>
          </w:p>
        </w:tc>
        <w:tc>
          <w:tcPr>
            <w:tcW w:w="4800" w:type="dxa"/>
            <w:tcMar>
              <w:top w:w="40" w:type="dxa"/>
              <w:left w:w="60" w:type="dxa"/>
              <w:bottom w:w="40" w:type="dxa"/>
              <w:right w:w="60" w:type="dxa"/>
            </w:tcMar>
          </w:tcPr>
          <w:p w14:paraId="7EEEA2CC" w14:textId="77777777" w:rsidR="00C54FD5" w:rsidRDefault="00C3228F" w:rsidP="00791014">
            <w:pPr>
              <w:shd w:val="clear" w:color="auto" w:fill="FFFFFF" w:themeFill="background1"/>
              <w:spacing w:after="0" w:line="240" w:lineRule="auto"/>
            </w:pPr>
            <w:r>
              <w:t>- HS luyện đọc từ khó, đọc rõ tiếng, đúng dấu thanh.</w:t>
            </w:r>
          </w:p>
        </w:tc>
      </w:tr>
      <w:tr w:rsidR="00C54FD5" w14:paraId="33AE3306" w14:textId="77777777" w:rsidTr="00791014">
        <w:trPr>
          <w:jc w:val="center"/>
        </w:trPr>
        <w:tc>
          <w:tcPr>
            <w:tcW w:w="4800" w:type="dxa"/>
            <w:tcMar>
              <w:top w:w="40" w:type="dxa"/>
              <w:left w:w="60" w:type="dxa"/>
              <w:bottom w:w="40" w:type="dxa"/>
              <w:right w:w="60" w:type="dxa"/>
            </w:tcMar>
          </w:tcPr>
          <w:p w14:paraId="23908D44" w14:textId="77777777" w:rsidR="00C54FD5" w:rsidRDefault="00C3228F" w:rsidP="00791014">
            <w:pPr>
              <w:shd w:val="clear" w:color="auto" w:fill="FFFFFF" w:themeFill="background1"/>
              <w:spacing w:after="0" w:line="240" w:lineRule="auto"/>
            </w:pPr>
            <w:r>
              <w:t>- GV hướng dẫn đọc câu dài: “Những vỉa san hô chạy dài từ chân mỗi đảo xuống sâu dần dưới đáy biển.”</w:t>
            </w:r>
          </w:p>
        </w:tc>
        <w:tc>
          <w:tcPr>
            <w:tcW w:w="4800" w:type="dxa"/>
            <w:tcMar>
              <w:top w:w="40" w:type="dxa"/>
              <w:left w:w="60" w:type="dxa"/>
              <w:bottom w:w="40" w:type="dxa"/>
              <w:right w:w="60" w:type="dxa"/>
            </w:tcMar>
          </w:tcPr>
          <w:p w14:paraId="7B8836E0" w14:textId="77777777" w:rsidR="00C54FD5" w:rsidRDefault="00C3228F" w:rsidP="00791014">
            <w:pPr>
              <w:shd w:val="clear" w:color="auto" w:fill="FFFFFF" w:themeFill="background1"/>
              <w:spacing w:after="0" w:line="240" w:lineRule="auto"/>
            </w:pPr>
            <w:r>
              <w:t>- HS luyện đọc câu dài, biết ngắt sau cụm từ và đọc rõ ý.</w:t>
            </w:r>
          </w:p>
        </w:tc>
      </w:tr>
      <w:tr w:rsidR="00C54FD5" w14:paraId="1AB89CB6" w14:textId="77777777" w:rsidTr="00791014">
        <w:trPr>
          <w:jc w:val="center"/>
        </w:trPr>
        <w:tc>
          <w:tcPr>
            <w:tcW w:w="4800" w:type="dxa"/>
            <w:tcMar>
              <w:top w:w="40" w:type="dxa"/>
              <w:left w:w="60" w:type="dxa"/>
              <w:bottom w:w="40" w:type="dxa"/>
              <w:right w:w="60" w:type="dxa"/>
            </w:tcMar>
          </w:tcPr>
          <w:p w14:paraId="3CE84C90" w14:textId="77777777" w:rsidR="00C54FD5" w:rsidRDefault="00C3228F" w:rsidP="00791014">
            <w:pPr>
              <w:shd w:val="clear" w:color="auto" w:fill="FFFFFF" w:themeFill="background1"/>
              <w:spacing w:after="0" w:line="240" w:lineRule="auto"/>
            </w:pPr>
            <w:r>
              <w:t>- GV giải nghĩa từ: thám hiểm là đi vào vùng xa lạ, hiểm trở để khám phá điều mới lạ; san hô là động vật biển có bộ xương dạng cành hoa, nhiều màu sắc; vỉa san hô là nơi san hô tập trung thành bờ như bức tường đá.</w:t>
            </w:r>
          </w:p>
        </w:tc>
        <w:tc>
          <w:tcPr>
            <w:tcW w:w="4800" w:type="dxa"/>
            <w:tcMar>
              <w:top w:w="40" w:type="dxa"/>
              <w:left w:w="60" w:type="dxa"/>
              <w:bottom w:w="40" w:type="dxa"/>
              <w:right w:w="60" w:type="dxa"/>
            </w:tcMar>
          </w:tcPr>
          <w:p w14:paraId="36CE12EB" w14:textId="77777777" w:rsidR="00C54FD5" w:rsidRDefault="00C3228F" w:rsidP="00791014">
            <w:pPr>
              <w:shd w:val="clear" w:color="auto" w:fill="FFFFFF" w:themeFill="background1"/>
              <w:spacing w:after="0" w:line="240" w:lineRule="auto"/>
            </w:pPr>
            <w:r>
              <w:t>- HS lắng nghe, nêu lại nghĩa từ bằng lời của mình.</w:t>
            </w:r>
          </w:p>
        </w:tc>
      </w:tr>
      <w:tr w:rsidR="00C54FD5" w14:paraId="4C82B7B6" w14:textId="77777777" w:rsidTr="00791014">
        <w:trPr>
          <w:jc w:val="center"/>
        </w:trPr>
        <w:tc>
          <w:tcPr>
            <w:tcW w:w="4800" w:type="dxa"/>
            <w:tcMar>
              <w:top w:w="40" w:type="dxa"/>
              <w:left w:w="60" w:type="dxa"/>
              <w:bottom w:w="40" w:type="dxa"/>
              <w:right w:w="60" w:type="dxa"/>
            </w:tcMar>
          </w:tcPr>
          <w:p w14:paraId="3760B5B4" w14:textId="77777777" w:rsidR="00C54FD5" w:rsidRDefault="00C3228F" w:rsidP="00791014">
            <w:pPr>
              <w:shd w:val="clear" w:color="auto" w:fill="FFFFFF" w:themeFill="background1"/>
              <w:spacing w:after="0" w:line="240" w:lineRule="auto"/>
            </w:pPr>
            <w:r>
              <w:t>- GV tổ chức HS luyện đọc nhóm 3; mỗi bạn đọc một đoạn, bạn khác góp ý cách phát âm và ngắt nghỉ.</w:t>
            </w:r>
          </w:p>
        </w:tc>
        <w:tc>
          <w:tcPr>
            <w:tcW w:w="4800" w:type="dxa"/>
            <w:tcMar>
              <w:top w:w="40" w:type="dxa"/>
              <w:left w:w="60" w:type="dxa"/>
              <w:bottom w:w="40" w:type="dxa"/>
              <w:right w:w="60" w:type="dxa"/>
            </w:tcMar>
          </w:tcPr>
          <w:p w14:paraId="14278E17" w14:textId="77777777" w:rsidR="00C54FD5" w:rsidRDefault="00C3228F" w:rsidP="00791014">
            <w:pPr>
              <w:shd w:val="clear" w:color="auto" w:fill="FFFFFF" w:themeFill="background1"/>
              <w:spacing w:after="0" w:line="240" w:lineRule="auto"/>
            </w:pPr>
            <w:r>
              <w:t>- HS luyện đọc nhóm; góp ý cho nhau.</w:t>
            </w:r>
          </w:p>
        </w:tc>
      </w:tr>
      <w:tr w:rsidR="00C54FD5" w14:paraId="0EA3139D" w14:textId="77777777" w:rsidTr="00791014">
        <w:trPr>
          <w:jc w:val="center"/>
        </w:trPr>
        <w:tc>
          <w:tcPr>
            <w:tcW w:w="4800" w:type="dxa"/>
            <w:tcBorders>
              <w:bottom w:val="single" w:sz="6" w:space="0" w:color="000000"/>
            </w:tcBorders>
            <w:tcMar>
              <w:top w:w="40" w:type="dxa"/>
              <w:left w:w="60" w:type="dxa"/>
              <w:bottom w:w="40" w:type="dxa"/>
              <w:right w:w="60" w:type="dxa"/>
            </w:tcMar>
          </w:tcPr>
          <w:p w14:paraId="4DCE932A" w14:textId="77777777" w:rsidR="00C54FD5" w:rsidRDefault="00C3228F" w:rsidP="00791014">
            <w:pPr>
              <w:shd w:val="clear" w:color="auto" w:fill="FFFFFF" w:themeFill="background1"/>
              <w:spacing w:after="0" w:line="240" w:lineRule="auto"/>
            </w:pPr>
            <w:r>
              <w:t>- GV tổ chức thi đọc giữa các nhóm; nhận xét nhóm đọc rõ, tự tin và nhấn đúng từ ngữ miêu tả.</w:t>
            </w:r>
          </w:p>
        </w:tc>
        <w:tc>
          <w:tcPr>
            <w:tcW w:w="4800" w:type="dxa"/>
            <w:tcBorders>
              <w:bottom w:val="single" w:sz="6" w:space="0" w:color="000000"/>
            </w:tcBorders>
            <w:tcMar>
              <w:top w:w="40" w:type="dxa"/>
              <w:left w:w="60" w:type="dxa"/>
              <w:bottom w:w="40" w:type="dxa"/>
              <w:right w:w="60" w:type="dxa"/>
            </w:tcMar>
          </w:tcPr>
          <w:p w14:paraId="08F08821" w14:textId="77777777" w:rsidR="00C54FD5" w:rsidRDefault="00C3228F" w:rsidP="00791014">
            <w:pPr>
              <w:shd w:val="clear" w:color="auto" w:fill="FFFFFF" w:themeFill="background1"/>
              <w:spacing w:after="0" w:line="240" w:lineRule="auto"/>
            </w:pPr>
            <w:r>
              <w:t>- Các nhóm thi đọc; lớp nhận xét và tuyên dương.</w:t>
            </w:r>
          </w:p>
        </w:tc>
      </w:tr>
      <w:tr w:rsidR="00C54FD5" w14:paraId="6621E557"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2134154D" w14:textId="77777777" w:rsidR="00C54FD5" w:rsidRDefault="00C3228F" w:rsidP="00791014">
            <w:pPr>
              <w:shd w:val="clear" w:color="auto" w:fill="FFFFFF" w:themeFill="background1"/>
              <w:spacing w:after="0" w:line="240" w:lineRule="auto"/>
            </w:pPr>
            <w:r>
              <w:rPr>
                <w:b/>
              </w:rPr>
              <w:t>3. VẬN DỤNG TIẾT 1 (3 phút)</w:t>
            </w:r>
            <w:r>
              <w:br/>
            </w:r>
            <w:r>
              <w:rPr>
                <w:i/>
              </w:rPr>
              <w:t>Mục tiêu: HS liên hệ bước đầu với ý thức yêu quý biển đảo.</w:t>
            </w:r>
          </w:p>
        </w:tc>
      </w:tr>
      <w:tr w:rsidR="00C54FD5" w14:paraId="36D63E80" w14:textId="77777777" w:rsidTr="00791014">
        <w:trPr>
          <w:jc w:val="center"/>
        </w:trPr>
        <w:tc>
          <w:tcPr>
            <w:tcW w:w="4800" w:type="dxa"/>
            <w:tcBorders>
              <w:top w:val="single" w:sz="6" w:space="0" w:color="000000"/>
            </w:tcBorders>
            <w:tcMar>
              <w:top w:w="40" w:type="dxa"/>
              <w:left w:w="60" w:type="dxa"/>
              <w:bottom w:w="40" w:type="dxa"/>
              <w:right w:w="60" w:type="dxa"/>
            </w:tcMar>
          </w:tcPr>
          <w:p w14:paraId="3D68278D" w14:textId="77777777" w:rsidR="00C54FD5" w:rsidRDefault="00C3228F" w:rsidP="00791014">
            <w:pPr>
              <w:shd w:val="clear" w:color="auto" w:fill="FFFFFF" w:themeFill="background1"/>
              <w:spacing w:after="0" w:line="240" w:lineRule="auto"/>
            </w:pPr>
            <w:r>
              <w:t>- GV hỏi: Khi biết đáy biển Trường Sa rất đẹp, em cần làm gì để góp phần bảo vệ biển?</w:t>
            </w:r>
          </w:p>
        </w:tc>
        <w:tc>
          <w:tcPr>
            <w:tcW w:w="4800" w:type="dxa"/>
            <w:tcBorders>
              <w:top w:val="single" w:sz="6" w:space="0" w:color="000000"/>
            </w:tcBorders>
            <w:tcMar>
              <w:top w:w="40" w:type="dxa"/>
              <w:left w:w="60" w:type="dxa"/>
              <w:bottom w:w="40" w:type="dxa"/>
              <w:right w:w="60" w:type="dxa"/>
            </w:tcMar>
          </w:tcPr>
          <w:p w14:paraId="5FC22A1B" w14:textId="77777777" w:rsidR="00C54FD5" w:rsidRDefault="00C3228F" w:rsidP="00791014">
            <w:pPr>
              <w:shd w:val="clear" w:color="auto" w:fill="FFFFFF" w:themeFill="background1"/>
              <w:spacing w:after="0" w:line="240" w:lineRule="auto"/>
            </w:pPr>
            <w:r>
              <w:t>- HS nêu: Không xả rác ra biển, nhắc người lớn bỏ rác đúng nơi, yêu quý các loài vật biển, chăm học để hiểu thêm về biển đảo.</w:t>
            </w:r>
          </w:p>
        </w:tc>
      </w:tr>
      <w:tr w:rsidR="00C54FD5" w14:paraId="1B133FB0" w14:textId="77777777" w:rsidTr="00791014">
        <w:trPr>
          <w:jc w:val="center"/>
        </w:trPr>
        <w:tc>
          <w:tcPr>
            <w:tcW w:w="4800" w:type="dxa"/>
            <w:tcBorders>
              <w:bottom w:val="single" w:sz="6" w:space="0" w:color="000000"/>
            </w:tcBorders>
            <w:tcMar>
              <w:top w:w="40" w:type="dxa"/>
              <w:left w:w="60" w:type="dxa"/>
              <w:bottom w:w="40" w:type="dxa"/>
              <w:right w:w="60" w:type="dxa"/>
            </w:tcMar>
          </w:tcPr>
          <w:p w14:paraId="54289588" w14:textId="77777777" w:rsidR="00C54FD5" w:rsidRDefault="00C3228F" w:rsidP="00791014">
            <w:pPr>
              <w:shd w:val="clear" w:color="auto" w:fill="FFFFFF" w:themeFill="background1"/>
              <w:spacing w:after="0" w:line="240" w:lineRule="auto"/>
            </w:pPr>
            <w:r>
              <w:t>- GV nhận xét, dặn HS luyện đọc lại bài và chuẩn bị trả lời câu hỏi đọc hiểu.</w:t>
            </w:r>
          </w:p>
        </w:tc>
        <w:tc>
          <w:tcPr>
            <w:tcW w:w="4800" w:type="dxa"/>
            <w:tcBorders>
              <w:bottom w:val="single" w:sz="6" w:space="0" w:color="000000"/>
            </w:tcBorders>
            <w:tcMar>
              <w:top w:w="40" w:type="dxa"/>
              <w:left w:w="60" w:type="dxa"/>
              <w:bottom w:w="40" w:type="dxa"/>
              <w:right w:w="60" w:type="dxa"/>
            </w:tcMar>
          </w:tcPr>
          <w:p w14:paraId="33FD64DD" w14:textId="77777777" w:rsidR="00C54FD5" w:rsidRDefault="00C3228F" w:rsidP="00791014">
            <w:pPr>
              <w:shd w:val="clear" w:color="auto" w:fill="FFFFFF" w:themeFill="background1"/>
              <w:spacing w:after="0" w:line="240" w:lineRule="auto"/>
            </w:pPr>
            <w:r>
              <w:t>- HS lắng nghe, ghi nhớ.</w:t>
            </w:r>
          </w:p>
        </w:tc>
      </w:tr>
      <w:tr w:rsidR="00C54FD5" w14:paraId="41664826"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4C7F0EC4" w14:textId="77777777" w:rsidR="00C54FD5" w:rsidRDefault="00C3228F" w:rsidP="00791014">
            <w:pPr>
              <w:shd w:val="clear" w:color="auto" w:fill="FFFFFF" w:themeFill="background1"/>
              <w:spacing w:after="0" w:line="240" w:lineRule="auto"/>
            </w:pPr>
            <w:r>
              <w:rPr>
                <w:b/>
              </w:rPr>
              <w:t>TIẾT 2</w:t>
            </w:r>
            <w:r>
              <w:br/>
            </w:r>
            <w:r>
              <w:rPr>
                <w:b/>
              </w:rPr>
              <w:t>Hoạt động 2: Trả lời câu hỏi (15 phút)</w:t>
            </w:r>
            <w:r>
              <w:br/>
            </w:r>
            <w:r>
              <w:rPr>
                <w:i/>
              </w:rPr>
              <w:t>Mục tiêu: HS hiểu nội dung bài đọc, trả lời được câu hỏi trong SGK và biết tự hào về biển đảo Trường Sa.</w:t>
            </w:r>
          </w:p>
        </w:tc>
      </w:tr>
      <w:tr w:rsidR="00C54FD5" w14:paraId="05918C2A" w14:textId="77777777" w:rsidTr="00791014">
        <w:trPr>
          <w:jc w:val="center"/>
        </w:trPr>
        <w:tc>
          <w:tcPr>
            <w:tcW w:w="4800" w:type="dxa"/>
            <w:tcBorders>
              <w:top w:val="single" w:sz="6" w:space="0" w:color="000000"/>
            </w:tcBorders>
            <w:tcMar>
              <w:top w:w="40" w:type="dxa"/>
              <w:left w:w="60" w:type="dxa"/>
              <w:bottom w:w="40" w:type="dxa"/>
              <w:right w:w="60" w:type="dxa"/>
            </w:tcMar>
          </w:tcPr>
          <w:p w14:paraId="0BEAB692" w14:textId="77777777" w:rsidR="00C54FD5" w:rsidRDefault="00C3228F" w:rsidP="00791014">
            <w:pPr>
              <w:shd w:val="clear" w:color="auto" w:fill="FFFFFF" w:themeFill="background1"/>
              <w:spacing w:after="0" w:line="240" w:lineRule="auto"/>
            </w:pPr>
            <w:r>
              <w:t>- GV nêu nhiệm vụ: Các em đọc thầm lại bài, tìm chi tiết tả biển, cá, san hô và trả lời câu hỏi bằng câu đầy đủ.</w:t>
            </w:r>
          </w:p>
        </w:tc>
        <w:tc>
          <w:tcPr>
            <w:tcW w:w="4800" w:type="dxa"/>
            <w:tcBorders>
              <w:top w:val="single" w:sz="6" w:space="0" w:color="000000"/>
            </w:tcBorders>
            <w:tcMar>
              <w:top w:w="40" w:type="dxa"/>
              <w:left w:w="60" w:type="dxa"/>
              <w:bottom w:w="40" w:type="dxa"/>
              <w:right w:w="60" w:type="dxa"/>
            </w:tcMar>
          </w:tcPr>
          <w:p w14:paraId="466AAD92" w14:textId="77777777" w:rsidR="00C54FD5" w:rsidRDefault="00C3228F" w:rsidP="00791014">
            <w:pPr>
              <w:shd w:val="clear" w:color="auto" w:fill="FFFFFF" w:themeFill="background1"/>
              <w:spacing w:after="0" w:line="240" w:lineRule="auto"/>
            </w:pPr>
            <w:r>
              <w:t>- HS đọc thầm, gạch chân từ ngữ quan trọng.</w:t>
            </w:r>
          </w:p>
        </w:tc>
      </w:tr>
      <w:tr w:rsidR="00C54FD5" w14:paraId="484BA21C" w14:textId="77777777" w:rsidTr="00791014">
        <w:trPr>
          <w:jc w:val="center"/>
        </w:trPr>
        <w:tc>
          <w:tcPr>
            <w:tcW w:w="4800" w:type="dxa"/>
            <w:tcMar>
              <w:top w:w="40" w:type="dxa"/>
              <w:left w:w="60" w:type="dxa"/>
              <w:bottom w:w="40" w:type="dxa"/>
              <w:right w:w="60" w:type="dxa"/>
            </w:tcMar>
          </w:tcPr>
          <w:p w14:paraId="3BBADDBB" w14:textId="77777777" w:rsidR="00C54FD5" w:rsidRDefault="00C3228F" w:rsidP="00791014">
            <w:pPr>
              <w:shd w:val="clear" w:color="auto" w:fill="FFFFFF" w:themeFill="background1"/>
              <w:spacing w:after="0" w:line="240" w:lineRule="auto"/>
            </w:pPr>
            <w:r>
              <w:t>- Câu 1. Nhắc đến Trường Sa, người ta nhắc đến những gì?</w:t>
            </w:r>
          </w:p>
        </w:tc>
        <w:tc>
          <w:tcPr>
            <w:tcW w:w="4800" w:type="dxa"/>
            <w:tcMar>
              <w:top w:w="40" w:type="dxa"/>
              <w:left w:w="60" w:type="dxa"/>
              <w:bottom w:w="40" w:type="dxa"/>
              <w:right w:w="60" w:type="dxa"/>
            </w:tcMar>
          </w:tcPr>
          <w:p w14:paraId="0AD92ACD" w14:textId="77777777" w:rsidR="00C54FD5" w:rsidRDefault="00C3228F" w:rsidP="00791014">
            <w:pPr>
              <w:shd w:val="clear" w:color="auto" w:fill="FFFFFF" w:themeFill="background1"/>
              <w:spacing w:after="0" w:line="240" w:lineRule="auto"/>
            </w:pPr>
            <w:r>
              <w:t>- HS trả lời: Nhắc đến Trường Sa, người ta nhắc đến các đảo, biển, các loài cá đẹp, san hô và vẻ đẹp kì thú dưới đáy biển.</w:t>
            </w:r>
          </w:p>
        </w:tc>
      </w:tr>
      <w:tr w:rsidR="00C54FD5" w14:paraId="19BCF950" w14:textId="77777777" w:rsidTr="00791014">
        <w:trPr>
          <w:jc w:val="center"/>
        </w:trPr>
        <w:tc>
          <w:tcPr>
            <w:tcW w:w="4800" w:type="dxa"/>
            <w:tcMar>
              <w:top w:w="40" w:type="dxa"/>
              <w:left w:w="60" w:type="dxa"/>
              <w:bottom w:w="40" w:type="dxa"/>
              <w:right w:w="60" w:type="dxa"/>
            </w:tcMar>
          </w:tcPr>
          <w:p w14:paraId="1896E963" w14:textId="77777777" w:rsidR="00C54FD5" w:rsidRDefault="00C3228F" w:rsidP="00791014">
            <w:pPr>
              <w:shd w:val="clear" w:color="auto" w:fill="FFFFFF" w:themeFill="background1"/>
              <w:spacing w:after="0" w:line="240" w:lineRule="auto"/>
            </w:pPr>
            <w:r>
              <w:t>- Câu 2. Vẻ đẹp của những loài cá được miêu tả như thế nào?</w:t>
            </w:r>
          </w:p>
        </w:tc>
        <w:tc>
          <w:tcPr>
            <w:tcW w:w="4800" w:type="dxa"/>
            <w:tcMar>
              <w:top w:w="40" w:type="dxa"/>
              <w:left w:w="60" w:type="dxa"/>
              <w:bottom w:w="40" w:type="dxa"/>
              <w:right w:w="60" w:type="dxa"/>
            </w:tcMar>
          </w:tcPr>
          <w:p w14:paraId="70842CF0" w14:textId="77777777" w:rsidR="00C54FD5" w:rsidRDefault="00C3228F" w:rsidP="00791014">
            <w:pPr>
              <w:shd w:val="clear" w:color="auto" w:fill="FFFFFF" w:themeFill="background1"/>
              <w:spacing w:after="0" w:line="240" w:lineRule="auto"/>
            </w:pPr>
            <w:r>
              <w:t>- HS trả lời: Những loài cá có đủ màu sắc, đủ dáng, từng đàn cá đủ màu sắc, đầy đặc đến hàng trăm con, tụ quanh thảm hoa di động.</w:t>
            </w:r>
          </w:p>
        </w:tc>
      </w:tr>
      <w:tr w:rsidR="00C54FD5" w14:paraId="2189B05C" w14:textId="77777777" w:rsidTr="00791014">
        <w:trPr>
          <w:jc w:val="center"/>
        </w:trPr>
        <w:tc>
          <w:tcPr>
            <w:tcW w:w="4800" w:type="dxa"/>
            <w:tcMar>
              <w:top w:w="40" w:type="dxa"/>
              <w:left w:w="60" w:type="dxa"/>
              <w:bottom w:w="40" w:type="dxa"/>
              <w:right w:w="60" w:type="dxa"/>
            </w:tcMar>
          </w:tcPr>
          <w:p w14:paraId="01B52AF0" w14:textId="77777777" w:rsidR="00C54FD5" w:rsidRDefault="00C3228F" w:rsidP="00791014">
            <w:pPr>
              <w:shd w:val="clear" w:color="auto" w:fill="FFFFFF" w:themeFill="background1"/>
              <w:spacing w:after="0" w:line="240" w:lineRule="auto"/>
            </w:pPr>
            <w:r>
              <w:t>- GV yêu cầu HS tìm từ ngữ miêu tả màu sắc, hình dáng của cá trong bài.</w:t>
            </w:r>
          </w:p>
        </w:tc>
        <w:tc>
          <w:tcPr>
            <w:tcW w:w="4800" w:type="dxa"/>
            <w:tcMar>
              <w:top w:w="40" w:type="dxa"/>
              <w:left w:w="60" w:type="dxa"/>
              <w:bottom w:w="40" w:type="dxa"/>
              <w:right w:w="60" w:type="dxa"/>
            </w:tcMar>
          </w:tcPr>
          <w:p w14:paraId="1E3CE77F" w14:textId="77777777" w:rsidR="00C54FD5" w:rsidRDefault="00C3228F" w:rsidP="00791014">
            <w:pPr>
              <w:shd w:val="clear" w:color="auto" w:fill="FFFFFF" w:themeFill="background1"/>
              <w:spacing w:after="0" w:line="240" w:lineRule="auto"/>
            </w:pPr>
            <w:r>
              <w:t>- HS nêu: đủ màu sắc, đủ dáng, tung tăng như múa, thảm hoa di động.</w:t>
            </w:r>
          </w:p>
        </w:tc>
      </w:tr>
      <w:tr w:rsidR="00C54FD5" w14:paraId="22A0DB76" w14:textId="77777777" w:rsidTr="00791014">
        <w:trPr>
          <w:jc w:val="center"/>
        </w:trPr>
        <w:tc>
          <w:tcPr>
            <w:tcW w:w="4800" w:type="dxa"/>
            <w:tcMar>
              <w:top w:w="40" w:type="dxa"/>
              <w:left w:w="60" w:type="dxa"/>
              <w:bottom w:w="40" w:type="dxa"/>
              <w:right w:w="60" w:type="dxa"/>
            </w:tcMar>
          </w:tcPr>
          <w:p w14:paraId="3A3F6CE6" w14:textId="77777777" w:rsidR="00C54FD5" w:rsidRDefault="00C3228F" w:rsidP="00791014">
            <w:pPr>
              <w:shd w:val="clear" w:color="auto" w:fill="FFFFFF" w:themeFill="background1"/>
              <w:spacing w:after="0" w:line="240" w:lineRule="auto"/>
            </w:pPr>
            <w:r>
              <w:t>- Câu 3. San hô dưới đáy biển được so sánh với những gì?</w:t>
            </w:r>
          </w:p>
        </w:tc>
        <w:tc>
          <w:tcPr>
            <w:tcW w:w="4800" w:type="dxa"/>
            <w:tcMar>
              <w:top w:w="40" w:type="dxa"/>
              <w:left w:w="60" w:type="dxa"/>
              <w:bottom w:w="40" w:type="dxa"/>
              <w:right w:w="60" w:type="dxa"/>
            </w:tcMar>
          </w:tcPr>
          <w:p w14:paraId="2E41853A" w14:textId="77777777" w:rsidR="00C54FD5" w:rsidRDefault="00C3228F" w:rsidP="00791014">
            <w:pPr>
              <w:shd w:val="clear" w:color="auto" w:fill="FFFFFF" w:themeFill="background1"/>
              <w:spacing w:after="0" w:line="240" w:lineRule="auto"/>
            </w:pPr>
            <w:r>
              <w:t xml:space="preserve">- HS trả lời: San hô được so sánh với bức tranh khổng lồ và đẹp như những tòa lâu đài trong </w:t>
            </w:r>
            <w:r>
              <w:lastRenderedPageBreak/>
              <w:t>truyện cổ tích.</w:t>
            </w:r>
          </w:p>
        </w:tc>
      </w:tr>
      <w:tr w:rsidR="00C54FD5" w14:paraId="4860ADEF" w14:textId="77777777" w:rsidTr="00791014">
        <w:trPr>
          <w:jc w:val="center"/>
        </w:trPr>
        <w:tc>
          <w:tcPr>
            <w:tcW w:w="4800" w:type="dxa"/>
            <w:tcMar>
              <w:top w:w="40" w:type="dxa"/>
              <w:left w:w="60" w:type="dxa"/>
              <w:bottom w:w="40" w:type="dxa"/>
              <w:right w:w="60" w:type="dxa"/>
            </w:tcMar>
          </w:tcPr>
          <w:p w14:paraId="10100C18" w14:textId="77777777" w:rsidR="00C54FD5" w:rsidRDefault="00C3228F" w:rsidP="00791014">
            <w:pPr>
              <w:shd w:val="clear" w:color="auto" w:fill="FFFFFF" w:themeFill="background1"/>
              <w:spacing w:after="0" w:line="240" w:lineRule="auto"/>
            </w:pPr>
            <w:r>
              <w:lastRenderedPageBreak/>
              <w:t>- Câu 4. Sau bài đọc, em biết thêm điều gì về biển ở Trường Sa?</w:t>
            </w:r>
          </w:p>
        </w:tc>
        <w:tc>
          <w:tcPr>
            <w:tcW w:w="4800" w:type="dxa"/>
            <w:tcMar>
              <w:top w:w="40" w:type="dxa"/>
              <w:left w:w="60" w:type="dxa"/>
              <w:bottom w:w="40" w:type="dxa"/>
              <w:right w:w="60" w:type="dxa"/>
            </w:tcMar>
          </w:tcPr>
          <w:p w14:paraId="52ACC078" w14:textId="77777777" w:rsidR="00C54FD5" w:rsidRDefault="00C3228F" w:rsidP="00791014">
            <w:pPr>
              <w:shd w:val="clear" w:color="auto" w:fill="FFFFFF" w:themeFill="background1"/>
              <w:spacing w:after="0" w:line="240" w:lineRule="auto"/>
            </w:pPr>
            <w:r>
              <w:t>- HS trả lời: Em biết Trường Sa có đáy biển rất đẹp, có nhiều loài cá và san hô; Trường Sa là vùng biển thân yêu của Tổ quốc.</w:t>
            </w:r>
          </w:p>
        </w:tc>
      </w:tr>
      <w:tr w:rsidR="00C54FD5" w14:paraId="49C65113" w14:textId="77777777" w:rsidTr="00791014">
        <w:trPr>
          <w:jc w:val="center"/>
        </w:trPr>
        <w:tc>
          <w:tcPr>
            <w:tcW w:w="4800" w:type="dxa"/>
            <w:tcMar>
              <w:top w:w="40" w:type="dxa"/>
              <w:left w:w="60" w:type="dxa"/>
              <w:bottom w:w="40" w:type="dxa"/>
              <w:right w:w="60" w:type="dxa"/>
            </w:tcMar>
          </w:tcPr>
          <w:p w14:paraId="3FFD8AB5" w14:textId="77777777" w:rsidR="00C54FD5" w:rsidRDefault="00C3228F" w:rsidP="00791014">
            <w:pPr>
              <w:shd w:val="clear" w:color="auto" w:fill="FFFFFF" w:themeFill="background1"/>
              <w:spacing w:after="0" w:line="240" w:lineRule="auto"/>
            </w:pPr>
            <w:r>
              <w:t>- GV hỏi: Khi nhắc đến Trường Sa là vùng biển thân yêu của Tổ quốc, em nghĩ đến ai đang ngày đêm làm nhiệm vụ nơi biển đảo?</w:t>
            </w:r>
          </w:p>
        </w:tc>
        <w:tc>
          <w:tcPr>
            <w:tcW w:w="4800" w:type="dxa"/>
            <w:tcMar>
              <w:top w:w="40" w:type="dxa"/>
              <w:left w:w="60" w:type="dxa"/>
              <w:bottom w:w="40" w:type="dxa"/>
              <w:right w:w="60" w:type="dxa"/>
            </w:tcMar>
          </w:tcPr>
          <w:p w14:paraId="7CBF1645" w14:textId="77777777" w:rsidR="00C54FD5" w:rsidRDefault="00C3228F" w:rsidP="00791014">
            <w:pPr>
              <w:shd w:val="clear" w:color="auto" w:fill="FFFFFF" w:themeFill="background1"/>
              <w:spacing w:after="0" w:line="240" w:lineRule="auto"/>
            </w:pPr>
            <w:r>
              <w:t>- HS nêu: Em nghĩ đến các chú bộ đội hải quân, cảnh sát biển, ngư dân và những người làm nhiệm vụ bảo vệ biển đảo.</w:t>
            </w:r>
          </w:p>
        </w:tc>
      </w:tr>
      <w:tr w:rsidR="00C54FD5" w14:paraId="731EAC7B" w14:textId="77777777" w:rsidTr="00791014">
        <w:trPr>
          <w:jc w:val="center"/>
        </w:trPr>
        <w:tc>
          <w:tcPr>
            <w:tcW w:w="4800" w:type="dxa"/>
            <w:tcMar>
              <w:top w:w="40" w:type="dxa"/>
              <w:left w:w="60" w:type="dxa"/>
              <w:bottom w:w="40" w:type="dxa"/>
              <w:right w:w="60" w:type="dxa"/>
            </w:tcMar>
          </w:tcPr>
          <w:p w14:paraId="5821110E" w14:textId="77777777" w:rsidR="00C54FD5" w:rsidRDefault="00C3228F" w:rsidP="00791014">
            <w:pPr>
              <w:shd w:val="clear" w:color="auto" w:fill="FFFFFF" w:themeFill="background1"/>
              <w:spacing w:after="0" w:line="240" w:lineRule="auto"/>
            </w:pPr>
            <w:r>
              <w:rPr>
                <w:color w:val="C00000"/>
              </w:rPr>
              <w:t>- Tích hợp QPAN/ANQP và BVMT: GV diễn giải: Trường Sa là vùng biển, đảo thiêng liêng của Tổ quốc Việt Nam. Nơi đó có cảnh đẹp kì thú, có nhiều loài vật biển, san hô và cũng có các chú bộ đội hải quân ngày đêm canh giữ để mọi người được bình yên. Với học sinh lớp 2, tình yêu biển đảo không phải là việc lớn lao xa vời mà bắt đầu từ thái độ biết ơn, từ việc học tốt, hát Quốc ca nghiêm túc, giữ kỉ luật, không xả rác, không làm hại sinh vật biển, biết nói lời hay khi nhắc về các chú bộ đội và biển đảo quê hương. Khi lớn lên, các em có thể tiếp tục học tập để góp phần bảo vệ và xây dựng đất nước.</w:t>
            </w:r>
          </w:p>
        </w:tc>
        <w:tc>
          <w:tcPr>
            <w:tcW w:w="4800" w:type="dxa"/>
            <w:tcMar>
              <w:top w:w="40" w:type="dxa"/>
              <w:left w:w="60" w:type="dxa"/>
              <w:bottom w:w="40" w:type="dxa"/>
              <w:right w:w="60" w:type="dxa"/>
            </w:tcMar>
          </w:tcPr>
          <w:p w14:paraId="0798270C" w14:textId="77777777" w:rsidR="00C54FD5" w:rsidRDefault="00C3228F" w:rsidP="00791014">
            <w:pPr>
              <w:shd w:val="clear" w:color="auto" w:fill="FFFFFF" w:themeFill="background1"/>
              <w:spacing w:after="0" w:line="240" w:lineRule="auto"/>
            </w:pPr>
            <w:r>
              <w:rPr>
                <w:color w:val="C00000"/>
              </w:rPr>
              <w:t>- HS lắng nghe; nêu việc làm cụ thể: Em biết ơn các chú bộ đội hải quân; em không xả rác; em sẽ học tốt; em giữ gìn tranh ảnh, sách báo về biển đảo.</w:t>
            </w:r>
          </w:p>
        </w:tc>
      </w:tr>
      <w:tr w:rsidR="00C54FD5" w14:paraId="2A2EA651" w14:textId="77777777" w:rsidTr="00791014">
        <w:trPr>
          <w:jc w:val="center"/>
        </w:trPr>
        <w:tc>
          <w:tcPr>
            <w:tcW w:w="4800" w:type="dxa"/>
            <w:tcBorders>
              <w:bottom w:val="single" w:sz="6" w:space="0" w:color="000000"/>
            </w:tcBorders>
            <w:tcMar>
              <w:top w:w="40" w:type="dxa"/>
              <w:left w:w="60" w:type="dxa"/>
              <w:bottom w:w="40" w:type="dxa"/>
              <w:right w:w="60" w:type="dxa"/>
            </w:tcMar>
          </w:tcPr>
          <w:p w14:paraId="7ACBE291" w14:textId="77777777" w:rsidR="00C54FD5" w:rsidRDefault="00C3228F" w:rsidP="00791014">
            <w:pPr>
              <w:shd w:val="clear" w:color="auto" w:fill="FFFFFF" w:themeFill="background1"/>
              <w:spacing w:after="0" w:line="240" w:lineRule="auto"/>
            </w:pPr>
            <w:r>
              <w:t>- GV kết luận: Bài đọc giúp chúng ta thấy đáy biển Trường Sa thật đẹp, giàu sự sống và đáng tự hào; vì vậy mỗi người cần yêu quý, bảo vệ biển đảo quê hương.</w:t>
            </w:r>
          </w:p>
        </w:tc>
        <w:tc>
          <w:tcPr>
            <w:tcW w:w="4800" w:type="dxa"/>
            <w:tcBorders>
              <w:bottom w:val="single" w:sz="6" w:space="0" w:color="000000"/>
            </w:tcBorders>
            <w:tcMar>
              <w:top w:w="40" w:type="dxa"/>
              <w:left w:w="60" w:type="dxa"/>
              <w:bottom w:w="40" w:type="dxa"/>
              <w:right w:w="60" w:type="dxa"/>
            </w:tcMar>
          </w:tcPr>
          <w:p w14:paraId="7ABFC67D" w14:textId="77777777" w:rsidR="00C54FD5" w:rsidRDefault="00C3228F" w:rsidP="00791014">
            <w:pPr>
              <w:shd w:val="clear" w:color="auto" w:fill="FFFFFF" w:themeFill="background1"/>
              <w:spacing w:after="0" w:line="240" w:lineRule="auto"/>
            </w:pPr>
            <w:r>
              <w:t>- HS nhắc lại nội dung chính của bài.</w:t>
            </w:r>
          </w:p>
        </w:tc>
      </w:tr>
      <w:tr w:rsidR="00C54FD5" w14:paraId="10BC4ED4"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5AAF4379" w14:textId="77777777" w:rsidR="00C54FD5" w:rsidRDefault="00C3228F" w:rsidP="00791014">
            <w:pPr>
              <w:shd w:val="clear" w:color="auto" w:fill="FFFFFF" w:themeFill="background1"/>
              <w:spacing w:after="0" w:line="240" w:lineRule="auto"/>
            </w:pPr>
            <w:r>
              <w:rPr>
                <w:b/>
              </w:rPr>
              <w:t>Hoạt động 3: Luyện đọc lại (7 phút)</w:t>
            </w:r>
            <w:r>
              <w:br/>
            </w:r>
            <w:r>
              <w:rPr>
                <w:i/>
              </w:rPr>
              <w:t>Mục tiêu: HS đọc lại văn bản trôi chảy, rõ ý, nhấn được các từ ngữ miêu tả.</w:t>
            </w:r>
          </w:p>
        </w:tc>
      </w:tr>
      <w:tr w:rsidR="00C54FD5" w14:paraId="69E19ED6" w14:textId="77777777" w:rsidTr="00791014">
        <w:trPr>
          <w:jc w:val="center"/>
        </w:trPr>
        <w:tc>
          <w:tcPr>
            <w:tcW w:w="4800" w:type="dxa"/>
            <w:tcBorders>
              <w:top w:val="single" w:sz="6" w:space="0" w:color="000000"/>
            </w:tcBorders>
            <w:tcMar>
              <w:top w:w="40" w:type="dxa"/>
              <w:left w:w="60" w:type="dxa"/>
              <w:bottom w:w="40" w:type="dxa"/>
              <w:right w:w="60" w:type="dxa"/>
            </w:tcMar>
          </w:tcPr>
          <w:p w14:paraId="2328D4A3" w14:textId="77777777" w:rsidR="00C54FD5" w:rsidRDefault="00C3228F" w:rsidP="00791014">
            <w:pPr>
              <w:shd w:val="clear" w:color="auto" w:fill="FFFFFF" w:themeFill="background1"/>
              <w:spacing w:after="0" w:line="240" w:lineRule="auto"/>
            </w:pPr>
            <w:r>
              <w:t>- GV đọc lại đoạn tả cá và san hô; nhắc HS đọc chậm, rõ, nhấn ở từ ngữ tả màu sắc, hình ảnh so sánh.</w:t>
            </w:r>
          </w:p>
        </w:tc>
        <w:tc>
          <w:tcPr>
            <w:tcW w:w="4800" w:type="dxa"/>
            <w:tcBorders>
              <w:top w:val="single" w:sz="6" w:space="0" w:color="000000"/>
            </w:tcBorders>
            <w:tcMar>
              <w:top w:w="40" w:type="dxa"/>
              <w:left w:w="60" w:type="dxa"/>
              <w:bottom w:w="40" w:type="dxa"/>
              <w:right w:w="60" w:type="dxa"/>
            </w:tcMar>
          </w:tcPr>
          <w:p w14:paraId="70723ED7" w14:textId="77777777" w:rsidR="00C54FD5" w:rsidRDefault="00C3228F" w:rsidP="00791014">
            <w:pPr>
              <w:shd w:val="clear" w:color="auto" w:fill="FFFFFF" w:themeFill="background1"/>
              <w:spacing w:after="0" w:line="240" w:lineRule="auto"/>
            </w:pPr>
            <w:r>
              <w:t>- HS lắng nghe, đánh dấu chỗ ngắt nghỉ.</w:t>
            </w:r>
          </w:p>
        </w:tc>
      </w:tr>
      <w:tr w:rsidR="00C54FD5" w14:paraId="58737FDF" w14:textId="77777777" w:rsidTr="00791014">
        <w:trPr>
          <w:jc w:val="center"/>
        </w:trPr>
        <w:tc>
          <w:tcPr>
            <w:tcW w:w="4800" w:type="dxa"/>
            <w:tcMar>
              <w:top w:w="40" w:type="dxa"/>
              <w:left w:w="60" w:type="dxa"/>
              <w:bottom w:w="40" w:type="dxa"/>
              <w:right w:w="60" w:type="dxa"/>
            </w:tcMar>
          </w:tcPr>
          <w:p w14:paraId="0F9764C4" w14:textId="77777777" w:rsidR="00C54FD5" w:rsidRDefault="00C3228F" w:rsidP="00791014">
            <w:pPr>
              <w:shd w:val="clear" w:color="auto" w:fill="FFFFFF" w:themeFill="background1"/>
              <w:spacing w:after="0" w:line="240" w:lineRule="auto"/>
            </w:pPr>
            <w:r>
              <w:t>- GV cho HS luyện đọc đoạn em thích theo nhóm đôi.</w:t>
            </w:r>
          </w:p>
        </w:tc>
        <w:tc>
          <w:tcPr>
            <w:tcW w:w="4800" w:type="dxa"/>
            <w:tcMar>
              <w:top w:w="40" w:type="dxa"/>
              <w:left w:w="60" w:type="dxa"/>
              <w:bottom w:w="40" w:type="dxa"/>
              <w:right w:w="60" w:type="dxa"/>
            </w:tcMar>
          </w:tcPr>
          <w:p w14:paraId="3E0171B2" w14:textId="77777777" w:rsidR="00C54FD5" w:rsidRDefault="00C3228F" w:rsidP="00791014">
            <w:pPr>
              <w:shd w:val="clear" w:color="auto" w:fill="FFFFFF" w:themeFill="background1"/>
              <w:spacing w:after="0" w:line="240" w:lineRule="auto"/>
            </w:pPr>
            <w:r>
              <w:t>- HS đọc nhóm đôi, góp ý cho nhau.</w:t>
            </w:r>
          </w:p>
        </w:tc>
      </w:tr>
      <w:tr w:rsidR="00C54FD5" w14:paraId="1AE4CFFF" w14:textId="77777777" w:rsidTr="00791014">
        <w:trPr>
          <w:jc w:val="center"/>
        </w:trPr>
        <w:tc>
          <w:tcPr>
            <w:tcW w:w="4800" w:type="dxa"/>
            <w:tcBorders>
              <w:bottom w:val="single" w:sz="6" w:space="0" w:color="000000"/>
            </w:tcBorders>
            <w:tcMar>
              <w:top w:w="40" w:type="dxa"/>
              <w:left w:w="60" w:type="dxa"/>
              <w:bottom w:w="40" w:type="dxa"/>
              <w:right w:w="60" w:type="dxa"/>
            </w:tcMar>
          </w:tcPr>
          <w:p w14:paraId="61FD6F6B" w14:textId="77777777" w:rsidR="00C54FD5" w:rsidRDefault="00C3228F" w:rsidP="00791014">
            <w:pPr>
              <w:shd w:val="clear" w:color="auto" w:fill="FFFFFF" w:themeFill="background1"/>
              <w:spacing w:after="0" w:line="240" w:lineRule="auto"/>
            </w:pPr>
            <w:r>
              <w:t>- GV mời HS đọc trước lớp; nhận xét và sửa lỗi nếu cần.</w:t>
            </w:r>
          </w:p>
        </w:tc>
        <w:tc>
          <w:tcPr>
            <w:tcW w:w="4800" w:type="dxa"/>
            <w:tcBorders>
              <w:bottom w:val="single" w:sz="6" w:space="0" w:color="000000"/>
            </w:tcBorders>
            <w:tcMar>
              <w:top w:w="40" w:type="dxa"/>
              <w:left w:w="60" w:type="dxa"/>
              <w:bottom w:w="40" w:type="dxa"/>
              <w:right w:w="60" w:type="dxa"/>
            </w:tcMar>
          </w:tcPr>
          <w:p w14:paraId="52A83ACE" w14:textId="77777777" w:rsidR="00C54FD5" w:rsidRDefault="00C3228F" w:rsidP="00791014">
            <w:pPr>
              <w:shd w:val="clear" w:color="auto" w:fill="FFFFFF" w:themeFill="background1"/>
              <w:spacing w:after="0" w:line="240" w:lineRule="auto"/>
            </w:pPr>
            <w:r>
              <w:t>- HS đọc trước lớp; cả lớp nhận xét.</w:t>
            </w:r>
          </w:p>
        </w:tc>
      </w:tr>
      <w:tr w:rsidR="00C54FD5" w14:paraId="0AB3C5F2"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570C3756" w14:textId="77777777" w:rsidR="00C54FD5" w:rsidRDefault="00C3228F" w:rsidP="00791014">
            <w:pPr>
              <w:shd w:val="clear" w:color="auto" w:fill="FFFFFF" w:themeFill="background1"/>
              <w:spacing w:after="0" w:line="240" w:lineRule="auto"/>
            </w:pPr>
            <w:r>
              <w:rPr>
                <w:b/>
              </w:rPr>
              <w:t>Hoạt động 4: Luyện tập theo văn bản đọc (10 phút)</w:t>
            </w:r>
            <w:r>
              <w:br/>
            </w:r>
            <w:r>
              <w:rPr>
                <w:i/>
              </w:rPr>
              <w:t>Mục tiêu: HS tìm được từ chỉ đặc điểm và đặt câu với từ vừa tìm được.</w:t>
            </w:r>
          </w:p>
        </w:tc>
      </w:tr>
      <w:tr w:rsidR="00C54FD5" w14:paraId="7B79AE1A" w14:textId="77777777" w:rsidTr="00791014">
        <w:trPr>
          <w:jc w:val="center"/>
        </w:trPr>
        <w:tc>
          <w:tcPr>
            <w:tcW w:w="4800" w:type="dxa"/>
            <w:tcBorders>
              <w:top w:val="single" w:sz="6" w:space="0" w:color="000000"/>
            </w:tcBorders>
            <w:tcMar>
              <w:top w:w="40" w:type="dxa"/>
              <w:left w:w="60" w:type="dxa"/>
              <w:bottom w:w="40" w:type="dxa"/>
              <w:right w:w="60" w:type="dxa"/>
            </w:tcMar>
          </w:tcPr>
          <w:p w14:paraId="2DBD9760" w14:textId="77777777" w:rsidR="00C54FD5" w:rsidRDefault="00C3228F" w:rsidP="00791014">
            <w:pPr>
              <w:shd w:val="clear" w:color="auto" w:fill="FFFFFF" w:themeFill="background1"/>
              <w:spacing w:after="0" w:line="240" w:lineRule="auto"/>
            </w:pPr>
            <w:r>
              <w:t xml:space="preserve">- </w:t>
            </w:r>
            <w:r>
              <w:rPr>
                <w:b/>
              </w:rPr>
              <w:t>Bài tập 1: Tìm những từ chỉ đặc điểm trong các từ dưới đây.</w:t>
            </w:r>
          </w:p>
          <w:p w14:paraId="5D651C22" w14:textId="30B315AD" w:rsidR="00C54FD5" w:rsidRDefault="00C54FD5" w:rsidP="00791014">
            <w:pPr>
              <w:shd w:val="clear" w:color="auto" w:fill="FFFFFF" w:themeFill="background1"/>
              <w:spacing w:after="0"/>
              <w:jc w:val="center"/>
            </w:pPr>
          </w:p>
        </w:tc>
        <w:tc>
          <w:tcPr>
            <w:tcW w:w="4800" w:type="dxa"/>
            <w:tcBorders>
              <w:top w:val="single" w:sz="6" w:space="0" w:color="000000"/>
            </w:tcBorders>
            <w:tcMar>
              <w:top w:w="40" w:type="dxa"/>
              <w:left w:w="60" w:type="dxa"/>
              <w:bottom w:w="40" w:type="dxa"/>
              <w:right w:w="60" w:type="dxa"/>
            </w:tcMar>
          </w:tcPr>
          <w:p w14:paraId="0AF53187" w14:textId="77777777" w:rsidR="00C54FD5" w:rsidRDefault="00C3228F" w:rsidP="00791014">
            <w:pPr>
              <w:shd w:val="clear" w:color="auto" w:fill="FFFFFF" w:themeFill="background1"/>
              <w:spacing w:after="0" w:line="240" w:lineRule="auto"/>
            </w:pPr>
            <w:r>
              <w:t>- HS đọc đề bài, nêu yêu cầu: tìm từ chỉ đặc điểm.</w:t>
            </w:r>
          </w:p>
        </w:tc>
      </w:tr>
      <w:tr w:rsidR="00C54FD5" w14:paraId="565398C6" w14:textId="77777777" w:rsidTr="00791014">
        <w:trPr>
          <w:jc w:val="center"/>
        </w:trPr>
        <w:tc>
          <w:tcPr>
            <w:tcW w:w="4800" w:type="dxa"/>
            <w:tcMar>
              <w:top w:w="40" w:type="dxa"/>
              <w:left w:w="60" w:type="dxa"/>
              <w:bottom w:w="40" w:type="dxa"/>
              <w:right w:w="60" w:type="dxa"/>
            </w:tcMar>
          </w:tcPr>
          <w:p w14:paraId="06192624" w14:textId="77777777" w:rsidR="00C54FD5" w:rsidRDefault="00C3228F" w:rsidP="00791014">
            <w:pPr>
              <w:shd w:val="clear" w:color="auto" w:fill="FFFFFF" w:themeFill="background1"/>
              <w:spacing w:after="0" w:line="240" w:lineRule="auto"/>
            </w:pPr>
            <w:r>
              <w:t>- GV yêu cầu HS làm cá nhân rồi trao đổi nhóm đôi.</w:t>
            </w:r>
          </w:p>
        </w:tc>
        <w:tc>
          <w:tcPr>
            <w:tcW w:w="4800" w:type="dxa"/>
            <w:tcMar>
              <w:top w:w="40" w:type="dxa"/>
              <w:left w:w="60" w:type="dxa"/>
              <w:bottom w:w="40" w:type="dxa"/>
              <w:right w:w="60" w:type="dxa"/>
            </w:tcMar>
          </w:tcPr>
          <w:p w14:paraId="0DD8EEF3" w14:textId="77777777" w:rsidR="00C54FD5" w:rsidRDefault="00C3228F" w:rsidP="00791014">
            <w:pPr>
              <w:shd w:val="clear" w:color="auto" w:fill="FFFFFF" w:themeFill="background1"/>
              <w:spacing w:after="0" w:line="240" w:lineRule="auto"/>
            </w:pPr>
            <w:r>
              <w:t>- HS làm bài. Đáp án: rực rỡ, khổng lồ, đẹp.</w:t>
            </w:r>
          </w:p>
        </w:tc>
      </w:tr>
      <w:tr w:rsidR="00C54FD5" w14:paraId="0249E3F6" w14:textId="77777777" w:rsidTr="00791014">
        <w:trPr>
          <w:jc w:val="center"/>
        </w:trPr>
        <w:tc>
          <w:tcPr>
            <w:tcW w:w="4800" w:type="dxa"/>
            <w:tcMar>
              <w:top w:w="40" w:type="dxa"/>
              <w:left w:w="60" w:type="dxa"/>
              <w:bottom w:w="40" w:type="dxa"/>
              <w:right w:w="60" w:type="dxa"/>
            </w:tcMar>
          </w:tcPr>
          <w:p w14:paraId="6018BC1E" w14:textId="77777777" w:rsidR="00C54FD5" w:rsidRDefault="00C3228F" w:rsidP="00791014">
            <w:pPr>
              <w:shd w:val="clear" w:color="auto" w:fill="FFFFFF" w:themeFill="background1"/>
              <w:spacing w:after="0" w:line="240" w:lineRule="auto"/>
            </w:pPr>
            <w:r>
              <w:t xml:space="preserve">- </w:t>
            </w:r>
            <w:r>
              <w:rPr>
                <w:b/>
              </w:rPr>
              <w:t>Bài tập 2: Đặt một câu với từ vừa tìm được.</w:t>
            </w:r>
          </w:p>
        </w:tc>
        <w:tc>
          <w:tcPr>
            <w:tcW w:w="4800" w:type="dxa"/>
            <w:tcMar>
              <w:top w:w="40" w:type="dxa"/>
              <w:left w:w="60" w:type="dxa"/>
              <w:bottom w:w="40" w:type="dxa"/>
              <w:right w:w="60" w:type="dxa"/>
            </w:tcMar>
          </w:tcPr>
          <w:p w14:paraId="2FF5C316" w14:textId="77777777" w:rsidR="00C54FD5" w:rsidRDefault="00C3228F" w:rsidP="00791014">
            <w:pPr>
              <w:shd w:val="clear" w:color="auto" w:fill="FFFFFF" w:themeFill="background1"/>
              <w:spacing w:after="0" w:line="240" w:lineRule="auto"/>
            </w:pPr>
            <w:r>
              <w:t>- HS đọc đề bài, chọn một từ chỉ đặc điểm để đặt câu.</w:t>
            </w:r>
          </w:p>
        </w:tc>
      </w:tr>
      <w:tr w:rsidR="00C54FD5" w14:paraId="47BCA772" w14:textId="77777777" w:rsidTr="00791014">
        <w:trPr>
          <w:jc w:val="center"/>
        </w:trPr>
        <w:tc>
          <w:tcPr>
            <w:tcW w:w="4800" w:type="dxa"/>
            <w:tcBorders>
              <w:bottom w:val="single" w:sz="6" w:space="0" w:color="000000"/>
            </w:tcBorders>
            <w:tcMar>
              <w:top w:w="40" w:type="dxa"/>
              <w:left w:w="60" w:type="dxa"/>
              <w:bottom w:w="40" w:type="dxa"/>
              <w:right w:w="60" w:type="dxa"/>
            </w:tcMar>
          </w:tcPr>
          <w:p w14:paraId="67BAF3FC" w14:textId="77777777" w:rsidR="00C54FD5" w:rsidRDefault="00C3228F" w:rsidP="00791014">
            <w:pPr>
              <w:shd w:val="clear" w:color="auto" w:fill="FFFFFF" w:themeFill="background1"/>
              <w:spacing w:after="0" w:line="240" w:lineRule="auto"/>
            </w:pPr>
            <w:r>
              <w:t>- GV gọi HS nói câu; nhắc HS câu phải đủ ý, đầu câu viết hoa, cuối câu có dấu chấm.</w:t>
            </w:r>
          </w:p>
        </w:tc>
        <w:tc>
          <w:tcPr>
            <w:tcW w:w="4800" w:type="dxa"/>
            <w:tcBorders>
              <w:bottom w:val="single" w:sz="6" w:space="0" w:color="000000"/>
            </w:tcBorders>
            <w:tcMar>
              <w:top w:w="40" w:type="dxa"/>
              <w:left w:w="60" w:type="dxa"/>
              <w:bottom w:w="40" w:type="dxa"/>
              <w:right w:w="60" w:type="dxa"/>
            </w:tcMar>
          </w:tcPr>
          <w:p w14:paraId="0A2EFD6B" w14:textId="77777777" w:rsidR="00C54FD5" w:rsidRDefault="00C3228F" w:rsidP="00791014">
            <w:pPr>
              <w:shd w:val="clear" w:color="auto" w:fill="FFFFFF" w:themeFill="background1"/>
              <w:spacing w:after="0" w:line="240" w:lineRule="auto"/>
            </w:pPr>
            <w:r>
              <w:t>- HS đặt câu: San hô dưới biển rất rực rỡ. Dưới đáy biển có một bức tranh khổng lồ. Biển Trường Sa rất đẹp.</w:t>
            </w:r>
          </w:p>
        </w:tc>
      </w:tr>
      <w:tr w:rsidR="00C54FD5" w14:paraId="191FA9B2"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2B709562" w14:textId="77777777" w:rsidR="00C54FD5" w:rsidRDefault="00C3228F" w:rsidP="00791014">
            <w:pPr>
              <w:shd w:val="clear" w:color="auto" w:fill="FFFFFF" w:themeFill="background1"/>
              <w:spacing w:after="0" w:line="240" w:lineRule="auto"/>
            </w:pPr>
            <w:r>
              <w:rPr>
                <w:b/>
              </w:rPr>
              <w:t>4. VẬN DỤNG (3 phút)</w:t>
            </w:r>
            <w:r>
              <w:br/>
            </w:r>
            <w:r>
              <w:rPr>
                <w:i/>
              </w:rPr>
              <w:t>Mục tiêu: HS vận dụng từ ngữ trong bài để nói một câu thể hiện tình cảm với biển đảo.</w:t>
            </w:r>
          </w:p>
        </w:tc>
      </w:tr>
      <w:tr w:rsidR="00C54FD5" w14:paraId="371BB5DB" w14:textId="77777777" w:rsidTr="00791014">
        <w:trPr>
          <w:jc w:val="center"/>
        </w:trPr>
        <w:tc>
          <w:tcPr>
            <w:tcW w:w="4800" w:type="dxa"/>
            <w:tcBorders>
              <w:top w:val="single" w:sz="6" w:space="0" w:color="000000"/>
            </w:tcBorders>
            <w:tcMar>
              <w:top w:w="40" w:type="dxa"/>
              <w:left w:w="60" w:type="dxa"/>
              <w:bottom w:w="40" w:type="dxa"/>
              <w:right w:w="60" w:type="dxa"/>
            </w:tcMar>
          </w:tcPr>
          <w:p w14:paraId="6EBDC403" w14:textId="77777777" w:rsidR="00C54FD5" w:rsidRDefault="00C3228F" w:rsidP="00791014">
            <w:pPr>
              <w:shd w:val="clear" w:color="auto" w:fill="FFFFFF" w:themeFill="background1"/>
              <w:spacing w:after="0" w:line="240" w:lineRule="auto"/>
            </w:pPr>
            <w:r>
              <w:lastRenderedPageBreak/>
              <w:t>- GV yêu cầu HS nói một câu bắt đầu bằng: “Em yêu biển đảo vì...”</w:t>
            </w:r>
          </w:p>
        </w:tc>
        <w:tc>
          <w:tcPr>
            <w:tcW w:w="4800" w:type="dxa"/>
            <w:tcBorders>
              <w:top w:val="single" w:sz="6" w:space="0" w:color="000000"/>
            </w:tcBorders>
            <w:tcMar>
              <w:top w:w="40" w:type="dxa"/>
              <w:left w:w="60" w:type="dxa"/>
              <w:bottom w:w="40" w:type="dxa"/>
              <w:right w:w="60" w:type="dxa"/>
            </w:tcMar>
          </w:tcPr>
          <w:p w14:paraId="0115A9B2" w14:textId="77777777" w:rsidR="00C54FD5" w:rsidRDefault="00C3228F" w:rsidP="00791014">
            <w:pPr>
              <w:shd w:val="clear" w:color="auto" w:fill="FFFFFF" w:themeFill="background1"/>
              <w:spacing w:after="0" w:line="240" w:lineRule="auto"/>
            </w:pPr>
            <w:r>
              <w:t>- HS nêu: Em yêu biển đảo vì biển đảo rất đẹp. Em yêu biển đảo vì có các chú bộ đội hải quân bảo vệ. Em yêu biển đảo vì đó là một phần của Tổ quốc.</w:t>
            </w:r>
          </w:p>
        </w:tc>
      </w:tr>
      <w:tr w:rsidR="00C54FD5" w14:paraId="29501827" w14:textId="77777777" w:rsidTr="00791014">
        <w:trPr>
          <w:jc w:val="center"/>
        </w:trPr>
        <w:tc>
          <w:tcPr>
            <w:tcW w:w="4800" w:type="dxa"/>
            <w:tcMar>
              <w:top w:w="40" w:type="dxa"/>
              <w:left w:w="60" w:type="dxa"/>
              <w:bottom w:w="40" w:type="dxa"/>
              <w:right w:w="60" w:type="dxa"/>
            </w:tcMar>
          </w:tcPr>
          <w:p w14:paraId="3D1C6222" w14:textId="77777777" w:rsidR="00C54FD5" w:rsidRDefault="00C3228F" w:rsidP="00791014">
            <w:pPr>
              <w:shd w:val="clear" w:color="auto" w:fill="FFFFFF" w:themeFill="background1"/>
              <w:spacing w:after="0" w:line="240" w:lineRule="auto"/>
            </w:pPr>
            <w:r>
              <w:t>- GV nhận xét, dặn HS đọc lại bài và sưu tầm thêm một hình ảnh đẹp về biển đảo dưới sự hướng dẫn của người lớn.</w:t>
            </w:r>
          </w:p>
        </w:tc>
        <w:tc>
          <w:tcPr>
            <w:tcW w:w="4800" w:type="dxa"/>
            <w:tcMar>
              <w:top w:w="40" w:type="dxa"/>
              <w:left w:w="60" w:type="dxa"/>
              <w:bottom w:w="40" w:type="dxa"/>
              <w:right w:w="60" w:type="dxa"/>
            </w:tcMar>
          </w:tcPr>
          <w:p w14:paraId="04ED93EA" w14:textId="77777777" w:rsidR="00C54FD5" w:rsidRDefault="00C3228F" w:rsidP="00791014">
            <w:pPr>
              <w:shd w:val="clear" w:color="auto" w:fill="FFFFFF" w:themeFill="background1"/>
              <w:spacing w:after="0" w:line="240" w:lineRule="auto"/>
            </w:pPr>
            <w:r>
              <w:t>- HS lắng nghe, ghi nhớ.</w:t>
            </w:r>
          </w:p>
        </w:tc>
      </w:tr>
    </w:tbl>
    <w:p w14:paraId="00BB6717" w14:textId="77777777" w:rsidR="00C54FD5" w:rsidRDefault="00C3228F" w:rsidP="00791014">
      <w:pPr>
        <w:shd w:val="clear" w:color="auto" w:fill="FFFFFF" w:themeFill="background1"/>
        <w:spacing w:after="0" w:line="240" w:lineRule="auto"/>
      </w:pPr>
      <w:r>
        <w:rPr>
          <w:b/>
        </w:rPr>
        <w:t>IV. ĐIỀU CHỈNH SAU TIẾT HỌC (NẾU CÓ)</w:t>
      </w:r>
    </w:p>
    <w:p w14:paraId="306E8572" w14:textId="77777777" w:rsidR="00C54FD5" w:rsidRDefault="00C54FD5" w:rsidP="00791014">
      <w:pPr>
        <w:shd w:val="clear" w:color="auto" w:fill="FFFFFF" w:themeFill="background1"/>
        <w:spacing w:after="0" w:line="240" w:lineRule="auto"/>
      </w:pPr>
    </w:p>
    <w:p w14:paraId="1B0220B6" w14:textId="77777777" w:rsidR="00C54FD5" w:rsidRDefault="00C3228F" w:rsidP="00791014">
      <w:pPr>
        <w:shd w:val="clear" w:color="auto" w:fill="FFFFFF" w:themeFill="background1"/>
        <w:spacing w:after="0" w:line="240" w:lineRule="auto"/>
        <w:jc w:val="center"/>
      </w:pPr>
      <w:r>
        <w:rPr>
          <w:b/>
        </w:rPr>
        <w:t>KẾ HOẠCH BÀI DẠY MÔN TIẾNG VIỆT LỚP 2 - TUẦN 33</w:t>
      </w:r>
    </w:p>
    <w:p w14:paraId="3BADB13C" w14:textId="77777777" w:rsidR="00C54FD5" w:rsidRDefault="00C3228F" w:rsidP="00791014">
      <w:pPr>
        <w:shd w:val="clear" w:color="auto" w:fill="FFFFFF" w:themeFill="background1"/>
        <w:spacing w:after="0" w:line="240" w:lineRule="auto"/>
        <w:jc w:val="center"/>
      </w:pPr>
      <w:r>
        <w:rPr>
          <w:b/>
        </w:rPr>
        <w:t>BÀI 28: KHÁM PHÁ ĐÁY BIỂN Ở TRƯỜNG SA</w:t>
      </w:r>
    </w:p>
    <w:p w14:paraId="11751517" w14:textId="77777777" w:rsidR="00C54FD5" w:rsidRDefault="00C3228F" w:rsidP="00791014">
      <w:pPr>
        <w:shd w:val="clear" w:color="auto" w:fill="FFFFFF" w:themeFill="background1"/>
        <w:spacing w:after="60" w:line="240" w:lineRule="auto"/>
        <w:jc w:val="center"/>
      </w:pPr>
      <w:r>
        <w:rPr>
          <w:b/>
        </w:rPr>
        <w:t>TIẾT 3: VIẾT - NGHE VIẾT; PHÂN BIỆT IT/UYT, IÊU/ƯƠU, IN/INH</w:t>
      </w:r>
    </w:p>
    <w:p w14:paraId="53B6DDAF" w14:textId="77777777" w:rsidR="00C54FD5" w:rsidRDefault="00C3228F" w:rsidP="00791014">
      <w:pPr>
        <w:shd w:val="clear" w:color="auto" w:fill="FFFFFF" w:themeFill="background1"/>
        <w:spacing w:after="0" w:line="240" w:lineRule="auto"/>
      </w:pPr>
      <w:r>
        <w:rPr>
          <w:b/>
        </w:rPr>
        <w:t>I. YÊU CẦU CẦN ĐẠT</w:t>
      </w:r>
    </w:p>
    <w:p w14:paraId="2963639C" w14:textId="77777777" w:rsidR="00C54FD5" w:rsidRDefault="00C3228F" w:rsidP="00791014">
      <w:pPr>
        <w:shd w:val="clear" w:color="auto" w:fill="FFFFFF" w:themeFill="background1"/>
        <w:spacing w:after="0" w:line="240" w:lineRule="auto"/>
      </w:pPr>
      <w:r>
        <w:rPr>
          <w:b/>
        </w:rPr>
        <w:t>1. Năng lực đặc thù</w:t>
      </w:r>
    </w:p>
    <w:p w14:paraId="64F113C3" w14:textId="77777777" w:rsidR="00C54FD5" w:rsidRDefault="00C3228F" w:rsidP="00791014">
      <w:pPr>
        <w:shd w:val="clear" w:color="auto" w:fill="FFFFFF" w:themeFill="background1"/>
        <w:spacing w:after="0" w:line="240" w:lineRule="auto"/>
      </w:pPr>
      <w:r>
        <w:t>- Nghe - viết đúng đoạn văn trong bài Khám phá đáy biển ở Trường Sa; trình bày đúng đoạn văn, viết hoa tên riêng.</w:t>
      </w:r>
    </w:p>
    <w:p w14:paraId="0F90139B" w14:textId="77777777" w:rsidR="00C54FD5" w:rsidRDefault="00C3228F" w:rsidP="00791014">
      <w:pPr>
        <w:shd w:val="clear" w:color="auto" w:fill="FFFFFF" w:themeFill="background1"/>
        <w:spacing w:after="0" w:line="240" w:lineRule="auto"/>
      </w:pPr>
      <w:r>
        <w:t>- Làm đúng bài tập phân biệt it/uyt, iêu/ươu, in/inh.</w:t>
      </w:r>
    </w:p>
    <w:p w14:paraId="254CED23" w14:textId="77777777" w:rsidR="00C54FD5" w:rsidRDefault="00C3228F" w:rsidP="00791014">
      <w:pPr>
        <w:shd w:val="clear" w:color="auto" w:fill="FFFFFF" w:themeFill="background1"/>
        <w:spacing w:after="0" w:line="240" w:lineRule="auto"/>
      </w:pPr>
      <w:r>
        <w:t>- Biết soát lỗi, sửa lỗi chính tả sau khi viết.</w:t>
      </w:r>
    </w:p>
    <w:p w14:paraId="13322AAA" w14:textId="77777777" w:rsidR="00C54FD5" w:rsidRDefault="00C3228F" w:rsidP="00791014">
      <w:pPr>
        <w:shd w:val="clear" w:color="auto" w:fill="FFFFFF" w:themeFill="background1"/>
        <w:spacing w:after="0" w:line="240" w:lineRule="auto"/>
      </w:pPr>
      <w:r>
        <w:rPr>
          <w:b/>
        </w:rPr>
        <w:t>2. Năng lực chung</w:t>
      </w:r>
    </w:p>
    <w:p w14:paraId="069B7229" w14:textId="77777777" w:rsidR="00C54FD5" w:rsidRDefault="00C3228F" w:rsidP="00791014">
      <w:pPr>
        <w:shd w:val="clear" w:color="auto" w:fill="FFFFFF" w:themeFill="background1"/>
        <w:spacing w:after="0" w:line="240" w:lineRule="auto"/>
      </w:pPr>
      <w:r>
        <w:t>- Tự chủ và tự học: Tự nghe - viết, tự soát lỗi và điều chỉnh bài viết.</w:t>
      </w:r>
    </w:p>
    <w:p w14:paraId="14773D6E" w14:textId="77777777" w:rsidR="00C54FD5" w:rsidRDefault="00C3228F" w:rsidP="00791014">
      <w:pPr>
        <w:shd w:val="clear" w:color="auto" w:fill="FFFFFF" w:themeFill="background1"/>
        <w:spacing w:after="0" w:line="240" w:lineRule="auto"/>
      </w:pPr>
      <w:r>
        <w:t>- Giao tiếp và hợp tác: Biết đổi vở kiểm tra, góp ý lịch sự.</w:t>
      </w:r>
    </w:p>
    <w:p w14:paraId="3D7C50B8" w14:textId="77777777" w:rsidR="00C54FD5" w:rsidRDefault="00C3228F" w:rsidP="00791014">
      <w:pPr>
        <w:shd w:val="clear" w:color="auto" w:fill="FFFFFF" w:themeFill="background1"/>
        <w:spacing w:after="0" w:line="240" w:lineRule="auto"/>
      </w:pPr>
      <w:r>
        <w:t>- Giải quyết vấn đề và sáng tạo: Vận dụng quy tắc chính tả để lựa chọn tiếng/từ đúng.</w:t>
      </w:r>
    </w:p>
    <w:p w14:paraId="65317FAE" w14:textId="77777777" w:rsidR="00C54FD5" w:rsidRDefault="00C3228F" w:rsidP="00791014">
      <w:pPr>
        <w:shd w:val="clear" w:color="auto" w:fill="FFFFFF" w:themeFill="background1"/>
        <w:spacing w:after="0" w:line="240" w:lineRule="auto"/>
      </w:pPr>
      <w:r>
        <w:rPr>
          <w:b/>
        </w:rPr>
        <w:t>3. Phẩm chất</w:t>
      </w:r>
    </w:p>
    <w:p w14:paraId="36FC1213" w14:textId="77777777" w:rsidR="00C54FD5" w:rsidRDefault="00C3228F" w:rsidP="00791014">
      <w:pPr>
        <w:shd w:val="clear" w:color="auto" w:fill="FFFFFF" w:themeFill="background1"/>
        <w:spacing w:after="0" w:line="240" w:lineRule="auto"/>
      </w:pPr>
      <w:r>
        <w:t>- Chăm chỉ: Viết cẩn thận, giữ vở sạch.</w:t>
      </w:r>
    </w:p>
    <w:p w14:paraId="7F4E30E6" w14:textId="77777777" w:rsidR="00C54FD5" w:rsidRDefault="00C3228F" w:rsidP="00791014">
      <w:pPr>
        <w:shd w:val="clear" w:color="auto" w:fill="FFFFFF" w:themeFill="background1"/>
        <w:spacing w:after="0" w:line="240" w:lineRule="auto"/>
      </w:pPr>
      <w:r>
        <w:t>- Trách nhiệm: Trung thực khi soát lỗi, biết sửa lỗi của mình.</w:t>
      </w:r>
    </w:p>
    <w:p w14:paraId="75B6EB20" w14:textId="77777777" w:rsidR="00C54FD5" w:rsidRDefault="00C3228F" w:rsidP="00791014">
      <w:pPr>
        <w:shd w:val="clear" w:color="auto" w:fill="FFFFFF" w:themeFill="background1"/>
        <w:spacing w:after="0" w:line="240" w:lineRule="auto"/>
      </w:pPr>
      <w:r>
        <w:t>- Yêu nước: Biết viết đúng tên địa danh Trường Sa với thái độ trân trọng.</w:t>
      </w:r>
    </w:p>
    <w:p w14:paraId="05672955" w14:textId="77777777" w:rsidR="00C54FD5" w:rsidRDefault="00C3228F" w:rsidP="00791014">
      <w:pPr>
        <w:shd w:val="clear" w:color="auto" w:fill="FFFFFF" w:themeFill="background1"/>
        <w:spacing w:after="0" w:line="240" w:lineRule="auto"/>
      </w:pPr>
      <w:r>
        <w:rPr>
          <w:b/>
        </w:rPr>
        <w:t>II. ĐỒ DÙNG DẠY HỌC</w:t>
      </w:r>
    </w:p>
    <w:p w14:paraId="61A95B59" w14:textId="77777777" w:rsidR="00C54FD5" w:rsidRDefault="00C3228F" w:rsidP="00791014">
      <w:pPr>
        <w:shd w:val="clear" w:color="auto" w:fill="FFFFFF" w:themeFill="background1"/>
        <w:spacing w:after="0" w:line="240" w:lineRule="auto"/>
      </w:pPr>
      <w:r>
        <w:t>- GV: Bảng phụ đoạn viết, thẻ bài tập chính tả, tranh bài tập cắt từ SGK, máy chiếu.</w:t>
      </w:r>
    </w:p>
    <w:p w14:paraId="39224B63" w14:textId="77777777" w:rsidR="00C54FD5" w:rsidRDefault="00C3228F" w:rsidP="00791014">
      <w:pPr>
        <w:shd w:val="clear" w:color="auto" w:fill="FFFFFF" w:themeFill="background1"/>
        <w:spacing w:after="0" w:line="240" w:lineRule="auto"/>
      </w:pPr>
      <w:r>
        <w:t>- HS: Vở ô ly, VBT, bảng con.</w:t>
      </w:r>
    </w:p>
    <w:p w14:paraId="73B2D793" w14:textId="77777777" w:rsidR="00C54FD5" w:rsidRDefault="00C3228F" w:rsidP="00791014">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272"/>
        <w:gridCol w:w="5272"/>
      </w:tblGrid>
      <w:tr w:rsidR="00C54FD5" w14:paraId="609DB6C4" w14:textId="77777777" w:rsidTr="00791014">
        <w:trPr>
          <w:jc w:val="center"/>
        </w:trPr>
        <w:tc>
          <w:tcPr>
            <w:tcW w:w="5272" w:type="dxa"/>
            <w:tcBorders>
              <w:bottom w:val="single" w:sz="6" w:space="0" w:color="000000"/>
            </w:tcBorders>
            <w:shd w:val="clear" w:color="auto" w:fill="D9EAF7"/>
            <w:tcMar>
              <w:top w:w="40" w:type="dxa"/>
              <w:left w:w="60" w:type="dxa"/>
              <w:bottom w:w="40" w:type="dxa"/>
              <w:right w:w="60" w:type="dxa"/>
            </w:tcMar>
            <w:vAlign w:val="center"/>
          </w:tcPr>
          <w:p w14:paraId="2F050E9A" w14:textId="77777777" w:rsidR="00C54FD5" w:rsidRDefault="00C3228F" w:rsidP="00791014">
            <w:pPr>
              <w:shd w:val="clear" w:color="auto" w:fill="FFFFFF" w:themeFill="background1"/>
              <w:spacing w:after="0"/>
              <w:jc w:val="center"/>
            </w:pPr>
            <w:r>
              <w:rPr>
                <w:b/>
              </w:rPr>
              <w:t>Hoạt động của giáo viên</w:t>
            </w:r>
          </w:p>
        </w:tc>
        <w:tc>
          <w:tcPr>
            <w:tcW w:w="5272" w:type="dxa"/>
            <w:tcBorders>
              <w:bottom w:val="single" w:sz="6" w:space="0" w:color="000000"/>
            </w:tcBorders>
            <w:shd w:val="clear" w:color="auto" w:fill="D9EAF7"/>
            <w:tcMar>
              <w:top w:w="40" w:type="dxa"/>
              <w:left w:w="60" w:type="dxa"/>
              <w:bottom w:w="40" w:type="dxa"/>
              <w:right w:w="60" w:type="dxa"/>
            </w:tcMar>
            <w:vAlign w:val="center"/>
          </w:tcPr>
          <w:p w14:paraId="700DE882" w14:textId="77777777" w:rsidR="00C54FD5" w:rsidRDefault="00C3228F" w:rsidP="00791014">
            <w:pPr>
              <w:shd w:val="clear" w:color="auto" w:fill="FFFFFF" w:themeFill="background1"/>
              <w:spacing w:after="0"/>
              <w:jc w:val="center"/>
            </w:pPr>
            <w:r>
              <w:rPr>
                <w:b/>
              </w:rPr>
              <w:t>Hoạt động của học sinh</w:t>
            </w:r>
          </w:p>
        </w:tc>
      </w:tr>
      <w:tr w:rsidR="00C54FD5" w14:paraId="53970C76"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1D795AA4" w14:textId="77777777" w:rsidR="00C54FD5" w:rsidRDefault="00C3228F" w:rsidP="00791014">
            <w:pPr>
              <w:shd w:val="clear" w:color="auto" w:fill="FFFFFF" w:themeFill="background1"/>
              <w:spacing w:after="0" w:line="240" w:lineRule="auto"/>
            </w:pPr>
            <w:r>
              <w:rPr>
                <w:b/>
              </w:rPr>
              <w:t>1. KHỞI ĐỘNG (3 phút)</w:t>
            </w:r>
            <w:r>
              <w:br/>
            </w:r>
            <w:r>
              <w:rPr>
                <w:i/>
              </w:rPr>
              <w:t>Mục tiêu: HS nhớ lại nội dung bài đọc và chuẩn bị tâm thế nghe - viết.</w:t>
            </w:r>
          </w:p>
        </w:tc>
      </w:tr>
      <w:tr w:rsidR="00C54FD5" w14:paraId="2F722D64" w14:textId="77777777" w:rsidTr="00791014">
        <w:trPr>
          <w:jc w:val="center"/>
        </w:trPr>
        <w:tc>
          <w:tcPr>
            <w:tcW w:w="4800" w:type="dxa"/>
            <w:tcBorders>
              <w:top w:val="single" w:sz="6" w:space="0" w:color="000000"/>
            </w:tcBorders>
            <w:tcMar>
              <w:top w:w="40" w:type="dxa"/>
              <w:left w:w="60" w:type="dxa"/>
              <w:bottom w:w="40" w:type="dxa"/>
              <w:right w:w="60" w:type="dxa"/>
            </w:tcMar>
          </w:tcPr>
          <w:p w14:paraId="64C5DE43" w14:textId="77777777" w:rsidR="00C54FD5" w:rsidRDefault="00C3228F" w:rsidP="00791014">
            <w:pPr>
              <w:shd w:val="clear" w:color="auto" w:fill="FFFFFF" w:themeFill="background1"/>
              <w:spacing w:after="0" w:line="240" w:lineRule="auto"/>
            </w:pPr>
            <w:r>
              <w:t>- GV tổ chức trò chơi “Nói nhanh từ về biển”: HS nêu nhanh một từ trong bài Khám phá đáy biển ở Trường Sa.</w:t>
            </w:r>
          </w:p>
        </w:tc>
        <w:tc>
          <w:tcPr>
            <w:tcW w:w="4800" w:type="dxa"/>
            <w:tcBorders>
              <w:top w:val="single" w:sz="6" w:space="0" w:color="000000"/>
            </w:tcBorders>
            <w:tcMar>
              <w:top w:w="40" w:type="dxa"/>
              <w:left w:w="60" w:type="dxa"/>
              <w:bottom w:w="40" w:type="dxa"/>
              <w:right w:w="60" w:type="dxa"/>
            </w:tcMar>
          </w:tcPr>
          <w:p w14:paraId="15EC908D" w14:textId="77777777" w:rsidR="00C54FD5" w:rsidRDefault="00C3228F" w:rsidP="00791014">
            <w:pPr>
              <w:shd w:val="clear" w:color="auto" w:fill="FFFFFF" w:themeFill="background1"/>
              <w:spacing w:after="0" w:line="240" w:lineRule="auto"/>
            </w:pPr>
            <w:r>
              <w:t>- HS nêu: Trường Sa, san hô, cá, biển, đảo, thám hiểm, rực rỡ.</w:t>
            </w:r>
          </w:p>
        </w:tc>
      </w:tr>
      <w:tr w:rsidR="00C54FD5" w14:paraId="1231229F" w14:textId="77777777" w:rsidTr="00791014">
        <w:trPr>
          <w:jc w:val="center"/>
        </w:trPr>
        <w:tc>
          <w:tcPr>
            <w:tcW w:w="4800" w:type="dxa"/>
            <w:tcBorders>
              <w:bottom w:val="single" w:sz="6" w:space="0" w:color="000000"/>
            </w:tcBorders>
            <w:tcMar>
              <w:top w:w="40" w:type="dxa"/>
              <w:left w:w="60" w:type="dxa"/>
              <w:bottom w:w="40" w:type="dxa"/>
              <w:right w:w="60" w:type="dxa"/>
            </w:tcMar>
          </w:tcPr>
          <w:p w14:paraId="4A4429B2" w14:textId="77777777" w:rsidR="00C54FD5" w:rsidRDefault="00C3228F" w:rsidP="00791014">
            <w:pPr>
              <w:shd w:val="clear" w:color="auto" w:fill="FFFFFF" w:themeFill="background1"/>
              <w:spacing w:after="0" w:line="240" w:lineRule="auto"/>
            </w:pPr>
            <w:r>
              <w:t>- GV dẫn vào bài chính tả: Hôm nay các em nghe - viết một đoạn trong bài Khám phá đáy biển ở Trường Sa và làm bài tập phân biệt vần, âm dễ lẫn.</w:t>
            </w:r>
          </w:p>
        </w:tc>
        <w:tc>
          <w:tcPr>
            <w:tcW w:w="4800" w:type="dxa"/>
            <w:tcBorders>
              <w:bottom w:val="single" w:sz="6" w:space="0" w:color="000000"/>
            </w:tcBorders>
            <w:tcMar>
              <w:top w:w="40" w:type="dxa"/>
              <w:left w:w="60" w:type="dxa"/>
              <w:bottom w:w="40" w:type="dxa"/>
              <w:right w:w="60" w:type="dxa"/>
            </w:tcMar>
          </w:tcPr>
          <w:p w14:paraId="34007FBC" w14:textId="77777777" w:rsidR="00C54FD5" w:rsidRDefault="00C3228F" w:rsidP="00791014">
            <w:pPr>
              <w:shd w:val="clear" w:color="auto" w:fill="FFFFFF" w:themeFill="background1"/>
              <w:spacing w:after="0" w:line="240" w:lineRule="auto"/>
            </w:pPr>
            <w:r>
              <w:t>- HS lắng nghe, chuẩn bị vở viết.</w:t>
            </w:r>
          </w:p>
        </w:tc>
      </w:tr>
      <w:tr w:rsidR="00C54FD5" w14:paraId="4FFBB3DE"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0209E0A4" w14:textId="77777777" w:rsidR="00C54FD5" w:rsidRDefault="00C3228F" w:rsidP="00791014">
            <w:pPr>
              <w:shd w:val="clear" w:color="auto" w:fill="FFFFFF" w:themeFill="background1"/>
              <w:spacing w:after="0" w:line="240" w:lineRule="auto"/>
            </w:pPr>
            <w:r>
              <w:rPr>
                <w:b/>
              </w:rPr>
              <w:t>2. KHÁM PHÁ KIẾN THỨC (8 phút)</w:t>
            </w:r>
            <w:r>
              <w:br/>
            </w:r>
            <w:r>
              <w:rPr>
                <w:i/>
              </w:rPr>
              <w:t>Mục tiêu: HS hiểu nội dung đoạn viết, nhận biết từ khó và cách trình bày đoạn văn.</w:t>
            </w:r>
          </w:p>
        </w:tc>
      </w:tr>
      <w:tr w:rsidR="00C54FD5" w14:paraId="7F3ADF2B"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06301FA6" w14:textId="77777777" w:rsidR="00C54FD5" w:rsidRDefault="00C3228F" w:rsidP="00791014">
            <w:pPr>
              <w:shd w:val="clear" w:color="auto" w:fill="FFFFFF" w:themeFill="background1"/>
              <w:spacing w:after="0" w:line="240" w:lineRule="auto"/>
            </w:pPr>
            <w:r>
              <w:rPr>
                <w:b/>
              </w:rPr>
              <w:t>Hoạt động 1: Tìm hiểu đoạn nghe - viết</w:t>
            </w:r>
          </w:p>
        </w:tc>
      </w:tr>
      <w:tr w:rsidR="00C54FD5" w14:paraId="6BB32D16" w14:textId="77777777" w:rsidTr="00791014">
        <w:trPr>
          <w:jc w:val="center"/>
        </w:trPr>
        <w:tc>
          <w:tcPr>
            <w:tcW w:w="4800" w:type="dxa"/>
            <w:tcBorders>
              <w:top w:val="single" w:sz="6" w:space="0" w:color="000000"/>
            </w:tcBorders>
            <w:tcMar>
              <w:top w:w="40" w:type="dxa"/>
              <w:left w:w="60" w:type="dxa"/>
              <w:bottom w:w="40" w:type="dxa"/>
              <w:right w:w="60" w:type="dxa"/>
            </w:tcMar>
          </w:tcPr>
          <w:p w14:paraId="109079D9" w14:textId="77777777" w:rsidR="00C54FD5" w:rsidRDefault="00C3228F" w:rsidP="00791014">
            <w:pPr>
              <w:shd w:val="clear" w:color="auto" w:fill="FFFFFF" w:themeFill="background1"/>
              <w:spacing w:after="0" w:line="240" w:lineRule="auto"/>
            </w:pPr>
            <w:r>
              <w:t>- GV đọc đoạn viết một lần; yêu cầu HS nghe và nêu đoạn văn tả cảnh gì.</w:t>
            </w:r>
          </w:p>
          <w:p w14:paraId="119F2BD0" w14:textId="61535E78" w:rsidR="00C54FD5" w:rsidRDefault="00C54FD5" w:rsidP="00791014">
            <w:pPr>
              <w:shd w:val="clear" w:color="auto" w:fill="FFFFFF" w:themeFill="background1"/>
              <w:spacing w:after="0"/>
              <w:jc w:val="center"/>
            </w:pPr>
          </w:p>
        </w:tc>
        <w:tc>
          <w:tcPr>
            <w:tcW w:w="4800" w:type="dxa"/>
            <w:tcBorders>
              <w:top w:val="single" w:sz="6" w:space="0" w:color="000000"/>
            </w:tcBorders>
            <w:tcMar>
              <w:top w:w="40" w:type="dxa"/>
              <w:left w:w="60" w:type="dxa"/>
              <w:bottom w:w="40" w:type="dxa"/>
              <w:right w:w="60" w:type="dxa"/>
            </w:tcMar>
          </w:tcPr>
          <w:p w14:paraId="226083F6" w14:textId="77777777" w:rsidR="00C54FD5" w:rsidRDefault="00C3228F" w:rsidP="00791014">
            <w:pPr>
              <w:shd w:val="clear" w:color="auto" w:fill="FFFFFF" w:themeFill="background1"/>
              <w:spacing w:after="0" w:line="240" w:lineRule="auto"/>
            </w:pPr>
            <w:r>
              <w:t>- HS lắng nghe; nêu: Đoạn văn tả biển ở Trường Sa có nhiều loài cá đẹp và san hô như một bức tranh khổng lồ.</w:t>
            </w:r>
          </w:p>
        </w:tc>
      </w:tr>
      <w:tr w:rsidR="00C54FD5" w14:paraId="45B3B103" w14:textId="77777777" w:rsidTr="00791014">
        <w:trPr>
          <w:jc w:val="center"/>
        </w:trPr>
        <w:tc>
          <w:tcPr>
            <w:tcW w:w="4800" w:type="dxa"/>
            <w:tcMar>
              <w:top w:w="40" w:type="dxa"/>
              <w:left w:w="60" w:type="dxa"/>
              <w:bottom w:w="40" w:type="dxa"/>
              <w:right w:w="60" w:type="dxa"/>
            </w:tcMar>
          </w:tcPr>
          <w:p w14:paraId="53D59216" w14:textId="77777777" w:rsidR="00C54FD5" w:rsidRDefault="00C3228F" w:rsidP="00791014">
            <w:pPr>
              <w:shd w:val="clear" w:color="auto" w:fill="FFFFFF" w:themeFill="background1"/>
              <w:spacing w:after="0" w:line="240" w:lineRule="auto"/>
            </w:pPr>
            <w:r>
              <w:t>- GV hỏi: Trong đoạn viết có những tên riêng, từ ngữ nào cần chú ý khi viết?</w:t>
            </w:r>
          </w:p>
        </w:tc>
        <w:tc>
          <w:tcPr>
            <w:tcW w:w="4800" w:type="dxa"/>
            <w:tcMar>
              <w:top w:w="40" w:type="dxa"/>
              <w:left w:w="60" w:type="dxa"/>
              <w:bottom w:w="40" w:type="dxa"/>
              <w:right w:w="60" w:type="dxa"/>
            </w:tcMar>
          </w:tcPr>
          <w:p w14:paraId="435241D0" w14:textId="77777777" w:rsidR="00C54FD5" w:rsidRDefault="00C3228F" w:rsidP="00791014">
            <w:pPr>
              <w:shd w:val="clear" w:color="auto" w:fill="FFFFFF" w:themeFill="background1"/>
              <w:spacing w:after="0" w:line="240" w:lineRule="auto"/>
            </w:pPr>
            <w:r>
              <w:t>- HS nêu: Trường Sa, biển, san hô, rực rỡ, lạ mắt, thảm hoa, khổng lồ.</w:t>
            </w:r>
          </w:p>
        </w:tc>
      </w:tr>
      <w:tr w:rsidR="00C54FD5" w14:paraId="3B95F727" w14:textId="77777777" w:rsidTr="00791014">
        <w:trPr>
          <w:jc w:val="center"/>
        </w:trPr>
        <w:tc>
          <w:tcPr>
            <w:tcW w:w="4800" w:type="dxa"/>
            <w:tcBorders>
              <w:bottom w:val="single" w:sz="6" w:space="0" w:color="000000"/>
            </w:tcBorders>
            <w:tcMar>
              <w:top w:w="40" w:type="dxa"/>
              <w:left w:w="60" w:type="dxa"/>
              <w:bottom w:w="40" w:type="dxa"/>
              <w:right w:w="60" w:type="dxa"/>
            </w:tcMar>
          </w:tcPr>
          <w:p w14:paraId="199AA1E0" w14:textId="77777777" w:rsidR="00C54FD5" w:rsidRDefault="00C3228F" w:rsidP="00791014">
            <w:pPr>
              <w:shd w:val="clear" w:color="auto" w:fill="FFFFFF" w:themeFill="background1"/>
              <w:spacing w:after="0" w:line="240" w:lineRule="auto"/>
            </w:pPr>
            <w:r>
              <w:lastRenderedPageBreak/>
              <w:t>- GV hướng dẫn HS luyện viết từ khó vào bảng con.</w:t>
            </w:r>
          </w:p>
        </w:tc>
        <w:tc>
          <w:tcPr>
            <w:tcW w:w="4800" w:type="dxa"/>
            <w:tcBorders>
              <w:bottom w:val="single" w:sz="6" w:space="0" w:color="000000"/>
            </w:tcBorders>
            <w:tcMar>
              <w:top w:w="40" w:type="dxa"/>
              <w:left w:w="60" w:type="dxa"/>
              <w:bottom w:w="40" w:type="dxa"/>
              <w:right w:w="60" w:type="dxa"/>
            </w:tcMar>
          </w:tcPr>
          <w:p w14:paraId="5C40C36C" w14:textId="77777777" w:rsidR="00C54FD5" w:rsidRDefault="00C3228F" w:rsidP="00791014">
            <w:pPr>
              <w:shd w:val="clear" w:color="auto" w:fill="FFFFFF" w:themeFill="background1"/>
              <w:spacing w:after="0" w:line="240" w:lineRule="auto"/>
            </w:pPr>
            <w:r>
              <w:t>- HS viết bảng con: Trường Sa, san hô, rực rỡ, khổng lồ, thảm hoa.</w:t>
            </w:r>
          </w:p>
        </w:tc>
      </w:tr>
      <w:tr w:rsidR="00C54FD5" w14:paraId="7ED3E91D"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033762BF" w14:textId="77777777" w:rsidR="00C54FD5" w:rsidRDefault="00C3228F" w:rsidP="00791014">
            <w:pPr>
              <w:shd w:val="clear" w:color="auto" w:fill="FFFFFF" w:themeFill="background1"/>
              <w:spacing w:after="0" w:line="240" w:lineRule="auto"/>
            </w:pPr>
            <w:r>
              <w:rPr>
                <w:b/>
              </w:rPr>
              <w:t>3. LUYỆN TẬP - THỰC HÀNH (18 phút)</w:t>
            </w:r>
            <w:r>
              <w:br/>
            </w:r>
            <w:r>
              <w:rPr>
                <w:i/>
              </w:rPr>
              <w:t>Mục tiêu: HS nghe - viết đúng đoạn văn và làm bài tập chính tả theo yêu cầu.</w:t>
            </w:r>
          </w:p>
        </w:tc>
      </w:tr>
      <w:tr w:rsidR="00C54FD5" w14:paraId="561231F2" w14:textId="77777777" w:rsidTr="00791014">
        <w:trPr>
          <w:jc w:val="center"/>
        </w:trPr>
        <w:tc>
          <w:tcPr>
            <w:tcW w:w="4800" w:type="dxa"/>
            <w:tcBorders>
              <w:top w:val="single" w:sz="6" w:space="0" w:color="000000"/>
            </w:tcBorders>
            <w:tcMar>
              <w:top w:w="40" w:type="dxa"/>
              <w:left w:w="60" w:type="dxa"/>
              <w:bottom w:w="40" w:type="dxa"/>
              <w:right w:w="60" w:type="dxa"/>
            </w:tcMar>
          </w:tcPr>
          <w:p w14:paraId="22A2F26E" w14:textId="77777777" w:rsidR="00C54FD5" w:rsidRDefault="00C3228F" w:rsidP="00791014">
            <w:pPr>
              <w:shd w:val="clear" w:color="auto" w:fill="FFFFFF" w:themeFill="background1"/>
              <w:spacing w:after="0" w:line="240" w:lineRule="auto"/>
            </w:pPr>
            <w:r>
              <w:t>- GV đọc từng cụm từ cho HS viết; đọc chậm, rõ ràng; nhắc HS ngồi đúng tư thế.</w:t>
            </w:r>
          </w:p>
        </w:tc>
        <w:tc>
          <w:tcPr>
            <w:tcW w:w="4800" w:type="dxa"/>
            <w:tcBorders>
              <w:top w:val="single" w:sz="6" w:space="0" w:color="000000"/>
            </w:tcBorders>
            <w:tcMar>
              <w:top w:w="40" w:type="dxa"/>
              <w:left w:w="60" w:type="dxa"/>
              <w:bottom w:w="40" w:type="dxa"/>
              <w:right w:w="60" w:type="dxa"/>
            </w:tcMar>
          </w:tcPr>
          <w:p w14:paraId="603B17F0" w14:textId="77777777" w:rsidR="00C54FD5" w:rsidRDefault="00C3228F" w:rsidP="00791014">
            <w:pPr>
              <w:shd w:val="clear" w:color="auto" w:fill="FFFFFF" w:themeFill="background1"/>
              <w:spacing w:after="0" w:line="240" w:lineRule="auto"/>
            </w:pPr>
            <w:r>
              <w:t>- HS nghe - viết vào vở, trình bày sạch đẹp.</w:t>
            </w:r>
          </w:p>
        </w:tc>
      </w:tr>
      <w:tr w:rsidR="00C54FD5" w14:paraId="593F4FC1" w14:textId="77777777" w:rsidTr="00791014">
        <w:trPr>
          <w:jc w:val="center"/>
        </w:trPr>
        <w:tc>
          <w:tcPr>
            <w:tcW w:w="4800" w:type="dxa"/>
            <w:tcMar>
              <w:top w:w="40" w:type="dxa"/>
              <w:left w:w="60" w:type="dxa"/>
              <w:bottom w:w="40" w:type="dxa"/>
              <w:right w:w="60" w:type="dxa"/>
            </w:tcMar>
          </w:tcPr>
          <w:p w14:paraId="1312F000" w14:textId="77777777" w:rsidR="00C54FD5" w:rsidRDefault="00C3228F" w:rsidP="00791014">
            <w:pPr>
              <w:shd w:val="clear" w:color="auto" w:fill="FFFFFF" w:themeFill="background1"/>
              <w:spacing w:after="0" w:line="240" w:lineRule="auto"/>
            </w:pPr>
            <w:r>
              <w:t>- GV đọc lại toàn đoạn để HS soát lỗi; hướng dẫn HS dùng bút chì gạch chân lỗi.</w:t>
            </w:r>
          </w:p>
        </w:tc>
        <w:tc>
          <w:tcPr>
            <w:tcW w:w="4800" w:type="dxa"/>
            <w:tcMar>
              <w:top w:w="40" w:type="dxa"/>
              <w:left w:w="60" w:type="dxa"/>
              <w:bottom w:w="40" w:type="dxa"/>
              <w:right w:w="60" w:type="dxa"/>
            </w:tcMar>
          </w:tcPr>
          <w:p w14:paraId="588DF6BB" w14:textId="77777777" w:rsidR="00C54FD5" w:rsidRDefault="00C3228F" w:rsidP="00791014">
            <w:pPr>
              <w:shd w:val="clear" w:color="auto" w:fill="FFFFFF" w:themeFill="background1"/>
              <w:spacing w:after="0" w:line="240" w:lineRule="auto"/>
            </w:pPr>
            <w:r>
              <w:t>- HS soát lỗi, tự sửa lỗi nếu có.</w:t>
            </w:r>
          </w:p>
        </w:tc>
      </w:tr>
      <w:tr w:rsidR="00C54FD5" w14:paraId="46695135" w14:textId="77777777" w:rsidTr="00791014">
        <w:trPr>
          <w:jc w:val="center"/>
        </w:trPr>
        <w:tc>
          <w:tcPr>
            <w:tcW w:w="4800" w:type="dxa"/>
            <w:tcMar>
              <w:top w:w="40" w:type="dxa"/>
              <w:left w:w="60" w:type="dxa"/>
              <w:bottom w:w="40" w:type="dxa"/>
              <w:right w:w="60" w:type="dxa"/>
            </w:tcMar>
          </w:tcPr>
          <w:p w14:paraId="6CE38790" w14:textId="77777777" w:rsidR="00C54FD5" w:rsidRDefault="00C3228F" w:rsidP="00791014">
            <w:pPr>
              <w:shd w:val="clear" w:color="auto" w:fill="FFFFFF" w:themeFill="background1"/>
              <w:spacing w:after="0" w:line="240" w:lineRule="auto"/>
            </w:pPr>
            <w:r>
              <w:t>- GV yêu cầu HS đổi vở theo cặp để kiểm tra lỗi chính tả.</w:t>
            </w:r>
          </w:p>
        </w:tc>
        <w:tc>
          <w:tcPr>
            <w:tcW w:w="4800" w:type="dxa"/>
            <w:tcMar>
              <w:top w:w="40" w:type="dxa"/>
              <w:left w:w="60" w:type="dxa"/>
              <w:bottom w:w="40" w:type="dxa"/>
              <w:right w:w="60" w:type="dxa"/>
            </w:tcMar>
          </w:tcPr>
          <w:p w14:paraId="6FD48117" w14:textId="77777777" w:rsidR="00C54FD5" w:rsidRDefault="00C3228F" w:rsidP="00791014">
            <w:pPr>
              <w:shd w:val="clear" w:color="auto" w:fill="FFFFFF" w:themeFill="background1"/>
              <w:spacing w:after="0" w:line="240" w:lineRule="auto"/>
            </w:pPr>
            <w:r>
              <w:t>- HS đổi vở, góp ý nhẹ nhàng, ghi số lỗi nếu có.</w:t>
            </w:r>
          </w:p>
        </w:tc>
      </w:tr>
      <w:tr w:rsidR="00C54FD5" w14:paraId="7A15CFBE" w14:textId="77777777" w:rsidTr="00791014">
        <w:trPr>
          <w:jc w:val="center"/>
        </w:trPr>
        <w:tc>
          <w:tcPr>
            <w:tcW w:w="4800" w:type="dxa"/>
            <w:tcMar>
              <w:top w:w="40" w:type="dxa"/>
              <w:left w:w="60" w:type="dxa"/>
              <w:bottom w:w="40" w:type="dxa"/>
              <w:right w:w="60" w:type="dxa"/>
            </w:tcMar>
          </w:tcPr>
          <w:p w14:paraId="515D2FDA" w14:textId="77777777" w:rsidR="00C54FD5" w:rsidRDefault="00C3228F" w:rsidP="00791014">
            <w:pPr>
              <w:shd w:val="clear" w:color="auto" w:fill="FFFFFF" w:themeFill="background1"/>
              <w:spacing w:after="0" w:line="240" w:lineRule="auto"/>
            </w:pPr>
            <w:r>
              <w:t xml:space="preserve">- </w:t>
            </w:r>
            <w:r>
              <w:rPr>
                <w:b/>
              </w:rPr>
              <w:t>Bài tập 2: Chọn it hoặc uyt thay cho ô vuông.</w:t>
            </w:r>
          </w:p>
        </w:tc>
        <w:tc>
          <w:tcPr>
            <w:tcW w:w="4800" w:type="dxa"/>
            <w:tcMar>
              <w:top w:w="40" w:type="dxa"/>
              <w:left w:w="60" w:type="dxa"/>
              <w:bottom w:w="40" w:type="dxa"/>
              <w:right w:w="60" w:type="dxa"/>
            </w:tcMar>
          </w:tcPr>
          <w:p w14:paraId="7F01909D" w14:textId="77777777" w:rsidR="00C54FD5" w:rsidRDefault="00C3228F" w:rsidP="00791014">
            <w:pPr>
              <w:shd w:val="clear" w:color="auto" w:fill="FFFFFF" w:themeFill="background1"/>
              <w:spacing w:after="0" w:line="240" w:lineRule="auto"/>
            </w:pPr>
            <w:r>
              <w:t>- HS đọc yêu cầu bài tập.</w:t>
            </w:r>
          </w:p>
        </w:tc>
      </w:tr>
      <w:tr w:rsidR="00C54FD5" w14:paraId="30830D47" w14:textId="77777777" w:rsidTr="00791014">
        <w:trPr>
          <w:jc w:val="center"/>
        </w:trPr>
        <w:tc>
          <w:tcPr>
            <w:tcW w:w="4800" w:type="dxa"/>
            <w:tcMar>
              <w:top w:w="40" w:type="dxa"/>
              <w:left w:w="60" w:type="dxa"/>
              <w:bottom w:w="40" w:type="dxa"/>
              <w:right w:w="60" w:type="dxa"/>
            </w:tcMar>
          </w:tcPr>
          <w:p w14:paraId="31CF9DD7" w14:textId="77777777" w:rsidR="00C54FD5" w:rsidRDefault="00C3228F" w:rsidP="00791014">
            <w:pPr>
              <w:shd w:val="clear" w:color="auto" w:fill="FFFFFF" w:themeFill="background1"/>
              <w:spacing w:after="0" w:line="240" w:lineRule="auto"/>
            </w:pPr>
            <w:r>
              <w:t>- GV hướng dẫn HS đọc kĩ từng câu và chọn vần phù hợp.</w:t>
            </w:r>
          </w:p>
        </w:tc>
        <w:tc>
          <w:tcPr>
            <w:tcW w:w="4800" w:type="dxa"/>
            <w:tcMar>
              <w:top w:w="40" w:type="dxa"/>
              <w:left w:w="60" w:type="dxa"/>
              <w:bottom w:w="40" w:type="dxa"/>
              <w:right w:w="60" w:type="dxa"/>
            </w:tcMar>
          </w:tcPr>
          <w:p w14:paraId="04E717A7" w14:textId="77777777" w:rsidR="00C54FD5" w:rsidRDefault="00C3228F" w:rsidP="00791014">
            <w:pPr>
              <w:shd w:val="clear" w:color="auto" w:fill="FFFFFF" w:themeFill="background1"/>
              <w:spacing w:after="0" w:line="240" w:lineRule="auto"/>
            </w:pPr>
            <w:r>
              <w:t>- HS làm bài. Đáp án dự kiến: đen kịt, xe buýt, huýt sáo.</w:t>
            </w:r>
          </w:p>
        </w:tc>
      </w:tr>
      <w:tr w:rsidR="00C54FD5" w14:paraId="0073A809" w14:textId="77777777" w:rsidTr="00791014">
        <w:trPr>
          <w:jc w:val="center"/>
        </w:trPr>
        <w:tc>
          <w:tcPr>
            <w:tcW w:w="4800" w:type="dxa"/>
            <w:tcMar>
              <w:top w:w="40" w:type="dxa"/>
              <w:left w:w="60" w:type="dxa"/>
              <w:bottom w:w="40" w:type="dxa"/>
              <w:right w:w="60" w:type="dxa"/>
            </w:tcMar>
          </w:tcPr>
          <w:p w14:paraId="2EA12BB2" w14:textId="77777777" w:rsidR="00C54FD5" w:rsidRDefault="00C3228F" w:rsidP="00791014">
            <w:pPr>
              <w:shd w:val="clear" w:color="auto" w:fill="FFFFFF" w:themeFill="background1"/>
              <w:spacing w:after="0" w:line="240" w:lineRule="auto"/>
            </w:pPr>
            <w:r>
              <w:t xml:space="preserve">- </w:t>
            </w:r>
            <w:r>
              <w:rPr>
                <w:b/>
              </w:rPr>
              <w:t>Bài tập 3: Chọn a hoặc b. a. Tìm tiếng chứa iêu hoặc ươu thay cho ô vuông. b. Tìm từ ngữ có tiếng chứa in hoặc inh phù hợp với tranh.</w:t>
            </w:r>
          </w:p>
        </w:tc>
        <w:tc>
          <w:tcPr>
            <w:tcW w:w="4800" w:type="dxa"/>
            <w:tcMar>
              <w:top w:w="40" w:type="dxa"/>
              <w:left w:w="60" w:type="dxa"/>
              <w:bottom w:w="40" w:type="dxa"/>
              <w:right w:w="60" w:type="dxa"/>
            </w:tcMar>
          </w:tcPr>
          <w:p w14:paraId="78160967" w14:textId="77777777" w:rsidR="00C54FD5" w:rsidRDefault="00C3228F" w:rsidP="00791014">
            <w:pPr>
              <w:shd w:val="clear" w:color="auto" w:fill="FFFFFF" w:themeFill="background1"/>
              <w:spacing w:after="0" w:line="240" w:lineRule="auto"/>
            </w:pPr>
            <w:r>
              <w:t>- HS đọc yêu cầu, quan sát tranh gợi ý.</w:t>
            </w:r>
          </w:p>
        </w:tc>
      </w:tr>
      <w:tr w:rsidR="00C54FD5" w14:paraId="54CACE12" w14:textId="77777777" w:rsidTr="00791014">
        <w:trPr>
          <w:jc w:val="center"/>
        </w:trPr>
        <w:tc>
          <w:tcPr>
            <w:tcW w:w="4800" w:type="dxa"/>
            <w:tcBorders>
              <w:bottom w:val="single" w:sz="6" w:space="0" w:color="000000"/>
            </w:tcBorders>
            <w:tcMar>
              <w:top w:w="40" w:type="dxa"/>
              <w:left w:w="60" w:type="dxa"/>
              <w:bottom w:w="40" w:type="dxa"/>
              <w:right w:w="60" w:type="dxa"/>
            </w:tcMar>
          </w:tcPr>
          <w:p w14:paraId="70021F3C" w14:textId="77777777" w:rsidR="00C54FD5" w:rsidRDefault="00C3228F" w:rsidP="00791014">
            <w:pPr>
              <w:shd w:val="clear" w:color="auto" w:fill="FFFFFF" w:themeFill="background1"/>
              <w:spacing w:after="0" w:line="240" w:lineRule="auto"/>
            </w:pPr>
            <w:r>
              <w:t>- GV cho HS làm cá nhân rồi chia sẻ kết quả nhóm đôi.</w:t>
            </w:r>
          </w:p>
        </w:tc>
        <w:tc>
          <w:tcPr>
            <w:tcW w:w="4800" w:type="dxa"/>
            <w:tcBorders>
              <w:bottom w:val="single" w:sz="6" w:space="0" w:color="000000"/>
            </w:tcBorders>
            <w:tcMar>
              <w:top w:w="40" w:type="dxa"/>
              <w:left w:w="60" w:type="dxa"/>
              <w:bottom w:w="40" w:type="dxa"/>
              <w:right w:w="60" w:type="dxa"/>
            </w:tcMar>
          </w:tcPr>
          <w:p w14:paraId="1C7522F5" w14:textId="77777777" w:rsidR="00C54FD5" w:rsidRDefault="00C3228F" w:rsidP="00791014">
            <w:pPr>
              <w:shd w:val="clear" w:color="auto" w:fill="FFFFFF" w:themeFill="background1"/>
              <w:spacing w:after="0" w:line="240" w:lineRule="auto"/>
            </w:pPr>
            <w:r>
              <w:t>- HS làm bài. Đáp án dự kiến: a. ốc bươu, thả diều; b. kính, đèn pin, chín, máy tính.</w:t>
            </w:r>
          </w:p>
        </w:tc>
      </w:tr>
      <w:tr w:rsidR="00C54FD5" w14:paraId="3E119274"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035063CE" w14:textId="77777777" w:rsidR="00C54FD5" w:rsidRDefault="00C3228F" w:rsidP="00791014">
            <w:pPr>
              <w:shd w:val="clear" w:color="auto" w:fill="FFFFFF" w:themeFill="background1"/>
              <w:spacing w:after="0" w:line="240" w:lineRule="auto"/>
            </w:pPr>
            <w:r>
              <w:rPr>
                <w:b/>
              </w:rPr>
              <w:t>4. VẬN DỤNG (6 phút)</w:t>
            </w:r>
            <w:r>
              <w:br/>
            </w:r>
            <w:r>
              <w:rPr>
                <w:i/>
              </w:rPr>
              <w:t>Mục tiêu: HS vận dụng bài học chính tả và ý thức giữ gìn biển đảo.</w:t>
            </w:r>
          </w:p>
        </w:tc>
      </w:tr>
      <w:tr w:rsidR="00C54FD5" w14:paraId="428C1B33" w14:textId="77777777" w:rsidTr="00791014">
        <w:trPr>
          <w:jc w:val="center"/>
        </w:trPr>
        <w:tc>
          <w:tcPr>
            <w:tcW w:w="4800" w:type="dxa"/>
            <w:tcBorders>
              <w:top w:val="single" w:sz="6" w:space="0" w:color="000000"/>
            </w:tcBorders>
            <w:tcMar>
              <w:top w:w="40" w:type="dxa"/>
              <w:left w:w="60" w:type="dxa"/>
              <w:bottom w:w="40" w:type="dxa"/>
              <w:right w:w="60" w:type="dxa"/>
            </w:tcMar>
          </w:tcPr>
          <w:p w14:paraId="432C43F6" w14:textId="77777777" w:rsidR="00C54FD5" w:rsidRDefault="00C3228F" w:rsidP="00791014">
            <w:pPr>
              <w:shd w:val="clear" w:color="auto" w:fill="FFFFFF" w:themeFill="background1"/>
              <w:spacing w:after="0" w:line="240" w:lineRule="auto"/>
            </w:pPr>
            <w:r>
              <w:t>- GV yêu cầu HS viết một câu có từ “Trường Sa” hoặc “san hô”.</w:t>
            </w:r>
          </w:p>
        </w:tc>
        <w:tc>
          <w:tcPr>
            <w:tcW w:w="4800" w:type="dxa"/>
            <w:tcBorders>
              <w:top w:val="single" w:sz="6" w:space="0" w:color="000000"/>
            </w:tcBorders>
            <w:tcMar>
              <w:top w:w="40" w:type="dxa"/>
              <w:left w:w="60" w:type="dxa"/>
              <w:bottom w:w="40" w:type="dxa"/>
              <w:right w:w="60" w:type="dxa"/>
            </w:tcMar>
          </w:tcPr>
          <w:p w14:paraId="1437FA5A" w14:textId="77777777" w:rsidR="00C54FD5" w:rsidRDefault="00C3228F" w:rsidP="00791014">
            <w:pPr>
              <w:shd w:val="clear" w:color="auto" w:fill="FFFFFF" w:themeFill="background1"/>
              <w:spacing w:after="0" w:line="240" w:lineRule="auto"/>
            </w:pPr>
            <w:r>
              <w:t>- HS viết: Trường Sa là biển đảo thân yêu của Tổ quốc. San hô dưới biển rất đẹp.</w:t>
            </w:r>
          </w:p>
        </w:tc>
      </w:tr>
      <w:tr w:rsidR="00C54FD5" w14:paraId="2C704A2F" w14:textId="77777777" w:rsidTr="00791014">
        <w:trPr>
          <w:jc w:val="center"/>
        </w:trPr>
        <w:tc>
          <w:tcPr>
            <w:tcW w:w="4800" w:type="dxa"/>
            <w:tcMar>
              <w:top w:w="40" w:type="dxa"/>
              <w:left w:w="60" w:type="dxa"/>
              <w:bottom w:w="40" w:type="dxa"/>
              <w:right w:w="60" w:type="dxa"/>
            </w:tcMar>
          </w:tcPr>
          <w:p w14:paraId="13FC3877" w14:textId="77777777" w:rsidR="00C54FD5" w:rsidRDefault="00C3228F" w:rsidP="00791014">
            <w:pPr>
              <w:shd w:val="clear" w:color="auto" w:fill="FFFFFF" w:themeFill="background1"/>
              <w:spacing w:after="0" w:line="240" w:lineRule="auto"/>
            </w:pPr>
            <w:r>
              <w:t>- GV nhận xét, dặn HS khi viết tên địa danh cần viết hoa đúng và giữ vở sạch đẹp.</w:t>
            </w:r>
          </w:p>
        </w:tc>
        <w:tc>
          <w:tcPr>
            <w:tcW w:w="4800" w:type="dxa"/>
            <w:tcMar>
              <w:top w:w="40" w:type="dxa"/>
              <w:left w:w="60" w:type="dxa"/>
              <w:bottom w:w="40" w:type="dxa"/>
              <w:right w:w="60" w:type="dxa"/>
            </w:tcMar>
          </w:tcPr>
          <w:p w14:paraId="4E0EE4E7" w14:textId="77777777" w:rsidR="00C54FD5" w:rsidRDefault="00C3228F" w:rsidP="00791014">
            <w:pPr>
              <w:shd w:val="clear" w:color="auto" w:fill="FFFFFF" w:themeFill="background1"/>
              <w:spacing w:after="0" w:line="240" w:lineRule="auto"/>
            </w:pPr>
            <w:r>
              <w:t>- HS lắng nghe, ghi nhớ.</w:t>
            </w:r>
          </w:p>
        </w:tc>
      </w:tr>
    </w:tbl>
    <w:p w14:paraId="6ADAC5DD" w14:textId="77777777" w:rsidR="00C54FD5" w:rsidRDefault="00C3228F" w:rsidP="00791014">
      <w:pPr>
        <w:shd w:val="clear" w:color="auto" w:fill="FFFFFF" w:themeFill="background1"/>
        <w:spacing w:after="0" w:line="240" w:lineRule="auto"/>
      </w:pPr>
      <w:r>
        <w:rPr>
          <w:b/>
        </w:rPr>
        <w:t>IV. ĐIỀU CHỈNH SAU TIẾT HỌC (NẾU CÓ)</w:t>
      </w:r>
    </w:p>
    <w:p w14:paraId="65E5927D" w14:textId="77777777" w:rsidR="00C54FD5" w:rsidRDefault="00C54FD5" w:rsidP="00791014">
      <w:pPr>
        <w:shd w:val="clear" w:color="auto" w:fill="FFFFFF" w:themeFill="background1"/>
        <w:spacing w:after="0" w:line="240" w:lineRule="auto"/>
      </w:pPr>
    </w:p>
    <w:p w14:paraId="3331B222" w14:textId="77777777" w:rsidR="00C54FD5" w:rsidRDefault="00C3228F" w:rsidP="00791014">
      <w:pPr>
        <w:shd w:val="clear" w:color="auto" w:fill="FFFFFF" w:themeFill="background1"/>
        <w:spacing w:after="0" w:line="240" w:lineRule="auto"/>
        <w:jc w:val="center"/>
      </w:pPr>
      <w:r>
        <w:rPr>
          <w:b/>
        </w:rPr>
        <w:t>KẾ HOẠCH BÀI DẠY MÔN TIẾNG VIỆT LỚP 2 - TUẦN 33</w:t>
      </w:r>
    </w:p>
    <w:p w14:paraId="148B8B56" w14:textId="77777777" w:rsidR="00C54FD5" w:rsidRDefault="00C3228F" w:rsidP="00791014">
      <w:pPr>
        <w:shd w:val="clear" w:color="auto" w:fill="FFFFFF" w:themeFill="background1"/>
        <w:spacing w:after="0" w:line="240" w:lineRule="auto"/>
        <w:jc w:val="center"/>
      </w:pPr>
      <w:r>
        <w:rPr>
          <w:b/>
        </w:rPr>
        <w:t>BÀI 28: KHÁM PHÁ ĐÁY BIỂN Ở TRƯỜNG SA</w:t>
      </w:r>
    </w:p>
    <w:p w14:paraId="486D1292" w14:textId="77777777" w:rsidR="00C54FD5" w:rsidRDefault="00C3228F" w:rsidP="00791014">
      <w:pPr>
        <w:shd w:val="clear" w:color="auto" w:fill="FFFFFF" w:themeFill="background1"/>
        <w:spacing w:after="60" w:line="240" w:lineRule="auto"/>
        <w:jc w:val="center"/>
      </w:pPr>
      <w:r>
        <w:rPr>
          <w:b/>
        </w:rPr>
        <w:t>TIẾT 4: LUYỆN TỪ VÀ CÂU - MỞ RỘNG VỐN TỪ VỀ CÁC LOÀI VẬT DƯỚI BIỂN; DẤU CHẤM, DẤU PHẨY</w:t>
      </w:r>
    </w:p>
    <w:p w14:paraId="1B6E4AF3" w14:textId="77777777" w:rsidR="00C54FD5" w:rsidRDefault="00C3228F" w:rsidP="00791014">
      <w:pPr>
        <w:shd w:val="clear" w:color="auto" w:fill="FFFFFF" w:themeFill="background1"/>
        <w:spacing w:after="0" w:line="240" w:lineRule="auto"/>
      </w:pPr>
      <w:r>
        <w:rPr>
          <w:b/>
        </w:rPr>
        <w:t>I. YÊU CẦU CẦN ĐẠT</w:t>
      </w:r>
    </w:p>
    <w:p w14:paraId="713E12EF" w14:textId="77777777" w:rsidR="00C54FD5" w:rsidRDefault="00C3228F" w:rsidP="00791014">
      <w:pPr>
        <w:shd w:val="clear" w:color="auto" w:fill="FFFFFF" w:themeFill="background1"/>
        <w:spacing w:after="0" w:line="240" w:lineRule="auto"/>
      </w:pPr>
      <w:r>
        <w:rPr>
          <w:b/>
        </w:rPr>
        <w:t>1. Năng lực đặc thù</w:t>
      </w:r>
    </w:p>
    <w:p w14:paraId="75693FAD" w14:textId="77777777" w:rsidR="00C54FD5" w:rsidRDefault="00C3228F" w:rsidP="00791014">
      <w:pPr>
        <w:shd w:val="clear" w:color="auto" w:fill="FFFFFF" w:themeFill="background1"/>
        <w:spacing w:after="0" w:line="240" w:lineRule="auto"/>
      </w:pPr>
      <w:r>
        <w:t>- Nói được tên một số loài vật trong tranh.</w:t>
      </w:r>
    </w:p>
    <w:p w14:paraId="61BCBC91" w14:textId="77777777" w:rsidR="00C54FD5" w:rsidRDefault="00C3228F" w:rsidP="00791014">
      <w:pPr>
        <w:shd w:val="clear" w:color="auto" w:fill="FFFFFF" w:themeFill="background1"/>
        <w:spacing w:after="0" w:line="240" w:lineRule="auto"/>
      </w:pPr>
      <w:r>
        <w:t>- Biết kết hợp từ ngữ để tạo câu nêu hoạt động của loài vật.</w:t>
      </w:r>
    </w:p>
    <w:p w14:paraId="209AF619" w14:textId="77777777" w:rsidR="00C54FD5" w:rsidRDefault="00C3228F" w:rsidP="00791014">
      <w:pPr>
        <w:shd w:val="clear" w:color="auto" w:fill="FFFFFF" w:themeFill="background1"/>
        <w:spacing w:after="0" w:line="240" w:lineRule="auto"/>
      </w:pPr>
      <w:r>
        <w:t>- Chọn được dấu chấm, dấu phẩy phù hợp trong đoạn văn.</w:t>
      </w:r>
    </w:p>
    <w:p w14:paraId="73DFD460" w14:textId="77777777" w:rsidR="00C54FD5" w:rsidRDefault="00C3228F" w:rsidP="00791014">
      <w:pPr>
        <w:shd w:val="clear" w:color="auto" w:fill="FFFFFF" w:themeFill="background1"/>
        <w:spacing w:after="0" w:line="240" w:lineRule="auto"/>
      </w:pPr>
      <w:r>
        <w:rPr>
          <w:b/>
        </w:rPr>
        <w:t>2. Năng lực chung</w:t>
      </w:r>
    </w:p>
    <w:p w14:paraId="6CE36906" w14:textId="77777777" w:rsidR="00C54FD5" w:rsidRDefault="00C3228F" w:rsidP="00791014">
      <w:pPr>
        <w:shd w:val="clear" w:color="auto" w:fill="FFFFFF" w:themeFill="background1"/>
        <w:spacing w:after="0" w:line="240" w:lineRule="auto"/>
      </w:pPr>
      <w:r>
        <w:t>- Tự chủ và tự học: Tự đọc yêu cầu bài tập, hoàn thành nhiệm vụ cá nhân.</w:t>
      </w:r>
    </w:p>
    <w:p w14:paraId="6B40F8A6" w14:textId="77777777" w:rsidR="00C54FD5" w:rsidRDefault="00C3228F" w:rsidP="00791014">
      <w:pPr>
        <w:shd w:val="clear" w:color="auto" w:fill="FFFFFF" w:themeFill="background1"/>
        <w:spacing w:after="0" w:line="240" w:lineRule="auto"/>
      </w:pPr>
      <w:r>
        <w:t>- Giao tiếp và hợp tác: Thảo luận nhóm, trình bày và phản hồi kết quả.</w:t>
      </w:r>
    </w:p>
    <w:p w14:paraId="368FE0AE" w14:textId="77777777" w:rsidR="00C54FD5" w:rsidRDefault="00C3228F" w:rsidP="00791014">
      <w:pPr>
        <w:shd w:val="clear" w:color="auto" w:fill="FFFFFF" w:themeFill="background1"/>
        <w:spacing w:after="0" w:line="240" w:lineRule="auto"/>
      </w:pPr>
      <w:r>
        <w:t>- Giải quyết vấn đề và sáng tạo: Biết dùng từ ngữ về sinh vật biển để đặt câu, viết câu đúng dấu câu.</w:t>
      </w:r>
    </w:p>
    <w:p w14:paraId="48AB4E19" w14:textId="77777777" w:rsidR="00C54FD5" w:rsidRDefault="00C3228F" w:rsidP="00791014">
      <w:pPr>
        <w:shd w:val="clear" w:color="auto" w:fill="FFFFFF" w:themeFill="background1"/>
        <w:spacing w:after="0" w:line="240" w:lineRule="auto"/>
      </w:pPr>
      <w:r>
        <w:rPr>
          <w:b/>
        </w:rPr>
        <w:t>3. Phẩm chất</w:t>
      </w:r>
    </w:p>
    <w:p w14:paraId="6EDFFB95" w14:textId="77777777" w:rsidR="00C54FD5" w:rsidRDefault="00C3228F" w:rsidP="00791014">
      <w:pPr>
        <w:shd w:val="clear" w:color="auto" w:fill="FFFFFF" w:themeFill="background1"/>
        <w:spacing w:after="0" w:line="240" w:lineRule="auto"/>
      </w:pPr>
      <w:r>
        <w:t>- Chăm chỉ: Tích cực luyện tập từ và câu.</w:t>
      </w:r>
    </w:p>
    <w:p w14:paraId="21C36F8D" w14:textId="77777777" w:rsidR="00C54FD5" w:rsidRDefault="00C3228F" w:rsidP="00791014">
      <w:pPr>
        <w:shd w:val="clear" w:color="auto" w:fill="FFFFFF" w:themeFill="background1"/>
        <w:spacing w:after="0" w:line="240" w:lineRule="auto"/>
      </w:pPr>
      <w:r>
        <w:t>- Trách nhiệm: Có ý thức yêu quý, bảo vệ sinh vật biển và môi trường biển.</w:t>
      </w:r>
    </w:p>
    <w:p w14:paraId="619B47C4" w14:textId="77777777" w:rsidR="00C54FD5" w:rsidRDefault="00C3228F" w:rsidP="00791014">
      <w:pPr>
        <w:shd w:val="clear" w:color="auto" w:fill="FFFFFF" w:themeFill="background1"/>
        <w:spacing w:after="0" w:line="240" w:lineRule="auto"/>
      </w:pPr>
      <w:r>
        <w:rPr>
          <w:b/>
        </w:rPr>
        <w:t>4. Tích hợp</w:t>
      </w:r>
    </w:p>
    <w:p w14:paraId="1D1D185A" w14:textId="77777777" w:rsidR="00C54FD5" w:rsidRDefault="00C3228F" w:rsidP="00791014">
      <w:pPr>
        <w:shd w:val="clear" w:color="auto" w:fill="FFFFFF" w:themeFill="background1"/>
        <w:spacing w:after="0" w:line="240" w:lineRule="auto"/>
      </w:pPr>
      <w:r>
        <w:rPr>
          <w:color w:val="C00000"/>
        </w:rPr>
        <w:t>- Tích hợp AI - YCCĐ 2.C3.2: HS biết công cụ AI/Google Lens có thể hỗ trợ nhận diện hình ảnh sinh vật biển nhưng có thể sai; cần kiểm tra lại với SGK, cô giáo và nguồn phù hợp; không tự ý đưa hình ảnh cá nhân lên mạng.</w:t>
      </w:r>
    </w:p>
    <w:p w14:paraId="003BE8A0" w14:textId="77777777" w:rsidR="00C54FD5" w:rsidRDefault="00C3228F" w:rsidP="00791014">
      <w:pPr>
        <w:shd w:val="clear" w:color="auto" w:fill="FFFFFF" w:themeFill="background1"/>
        <w:spacing w:after="0" w:line="240" w:lineRule="auto"/>
      </w:pPr>
      <w:r>
        <w:rPr>
          <w:b/>
        </w:rPr>
        <w:t>II. ĐỒ DÙNG DẠY HỌC</w:t>
      </w:r>
    </w:p>
    <w:p w14:paraId="1557F0E2" w14:textId="77777777" w:rsidR="00C54FD5" w:rsidRDefault="00C3228F" w:rsidP="00791014">
      <w:pPr>
        <w:shd w:val="clear" w:color="auto" w:fill="FFFFFF" w:themeFill="background1"/>
        <w:spacing w:after="0" w:line="240" w:lineRule="auto"/>
      </w:pPr>
      <w:r>
        <w:lastRenderedPageBreak/>
        <w:t>- GV: Tranh sinh vật biển, bảng phụ, thẻ dấu câu, phiếu học tập, máy chiếu.</w:t>
      </w:r>
    </w:p>
    <w:p w14:paraId="69C0CEC4" w14:textId="77777777" w:rsidR="00C54FD5" w:rsidRDefault="00C3228F" w:rsidP="00791014">
      <w:pPr>
        <w:shd w:val="clear" w:color="auto" w:fill="FFFFFF" w:themeFill="background1"/>
        <w:spacing w:after="0" w:line="240" w:lineRule="auto"/>
      </w:pPr>
      <w:r>
        <w:t>- HS: SGK, VBT, vở ghi.</w:t>
      </w:r>
    </w:p>
    <w:p w14:paraId="24C9140C" w14:textId="77777777" w:rsidR="00C54FD5" w:rsidRDefault="00C3228F" w:rsidP="00791014">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272"/>
        <w:gridCol w:w="5272"/>
      </w:tblGrid>
      <w:tr w:rsidR="00C54FD5" w14:paraId="63A3A2D2" w14:textId="77777777" w:rsidTr="00791014">
        <w:trPr>
          <w:jc w:val="center"/>
        </w:trPr>
        <w:tc>
          <w:tcPr>
            <w:tcW w:w="5272" w:type="dxa"/>
            <w:tcBorders>
              <w:bottom w:val="single" w:sz="6" w:space="0" w:color="000000"/>
            </w:tcBorders>
            <w:shd w:val="clear" w:color="auto" w:fill="D9EAF7"/>
            <w:tcMar>
              <w:top w:w="40" w:type="dxa"/>
              <w:left w:w="60" w:type="dxa"/>
              <w:bottom w:w="40" w:type="dxa"/>
              <w:right w:w="60" w:type="dxa"/>
            </w:tcMar>
            <w:vAlign w:val="center"/>
          </w:tcPr>
          <w:p w14:paraId="5112CA0E" w14:textId="77777777" w:rsidR="00C54FD5" w:rsidRDefault="00C3228F" w:rsidP="00791014">
            <w:pPr>
              <w:shd w:val="clear" w:color="auto" w:fill="FFFFFF" w:themeFill="background1"/>
              <w:spacing w:after="0"/>
              <w:jc w:val="center"/>
            </w:pPr>
            <w:r>
              <w:rPr>
                <w:b/>
              </w:rPr>
              <w:t>Hoạt động của giáo viên</w:t>
            </w:r>
          </w:p>
        </w:tc>
        <w:tc>
          <w:tcPr>
            <w:tcW w:w="5272" w:type="dxa"/>
            <w:tcBorders>
              <w:bottom w:val="single" w:sz="6" w:space="0" w:color="000000"/>
            </w:tcBorders>
            <w:shd w:val="clear" w:color="auto" w:fill="D9EAF7"/>
            <w:tcMar>
              <w:top w:w="40" w:type="dxa"/>
              <w:left w:w="60" w:type="dxa"/>
              <w:bottom w:w="40" w:type="dxa"/>
              <w:right w:w="60" w:type="dxa"/>
            </w:tcMar>
            <w:vAlign w:val="center"/>
          </w:tcPr>
          <w:p w14:paraId="58DE4FAE" w14:textId="77777777" w:rsidR="00C54FD5" w:rsidRDefault="00C3228F" w:rsidP="00791014">
            <w:pPr>
              <w:shd w:val="clear" w:color="auto" w:fill="FFFFFF" w:themeFill="background1"/>
              <w:spacing w:after="0"/>
              <w:jc w:val="center"/>
            </w:pPr>
            <w:r>
              <w:rPr>
                <w:b/>
              </w:rPr>
              <w:t>Hoạt động của học sinh</w:t>
            </w:r>
          </w:p>
        </w:tc>
      </w:tr>
      <w:tr w:rsidR="00C54FD5" w14:paraId="79571E08"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17AA3F9D" w14:textId="77777777" w:rsidR="00C54FD5" w:rsidRDefault="00C3228F" w:rsidP="00791014">
            <w:pPr>
              <w:shd w:val="clear" w:color="auto" w:fill="FFFFFF" w:themeFill="background1"/>
              <w:spacing w:after="0" w:line="240" w:lineRule="auto"/>
            </w:pPr>
            <w:r>
              <w:rPr>
                <w:b/>
              </w:rPr>
              <w:t>1. KHỞI ĐỘNG (3 phút)</w:t>
            </w:r>
            <w:r>
              <w:br/>
            </w:r>
            <w:r>
              <w:rPr>
                <w:i/>
              </w:rPr>
              <w:t>Mục tiêu: HS ôn nhanh từ ngữ về sinh vật biển, tạo hứng thú vào bài luyện tập.</w:t>
            </w:r>
          </w:p>
        </w:tc>
      </w:tr>
      <w:tr w:rsidR="00C54FD5" w14:paraId="52013873" w14:textId="77777777" w:rsidTr="00791014">
        <w:trPr>
          <w:jc w:val="center"/>
        </w:trPr>
        <w:tc>
          <w:tcPr>
            <w:tcW w:w="4800" w:type="dxa"/>
            <w:tcBorders>
              <w:top w:val="single" w:sz="6" w:space="0" w:color="000000"/>
              <w:bottom w:val="single" w:sz="6" w:space="0" w:color="000000"/>
            </w:tcBorders>
            <w:tcMar>
              <w:top w:w="40" w:type="dxa"/>
              <w:left w:w="60" w:type="dxa"/>
              <w:bottom w:w="40" w:type="dxa"/>
              <w:right w:w="60" w:type="dxa"/>
            </w:tcMar>
          </w:tcPr>
          <w:p w14:paraId="1E281B5C" w14:textId="77777777" w:rsidR="00C54FD5" w:rsidRDefault="00C3228F" w:rsidP="00791014">
            <w:pPr>
              <w:shd w:val="clear" w:color="auto" w:fill="FFFFFF" w:themeFill="background1"/>
              <w:spacing w:after="0" w:line="240" w:lineRule="auto"/>
            </w:pPr>
            <w:r>
              <w:t>- GV tổ chức trò chơi “Đố nhanh sinh vật biển”: GV nêu đặc điểm, HS đoán tên con vật.</w:t>
            </w:r>
          </w:p>
        </w:tc>
        <w:tc>
          <w:tcPr>
            <w:tcW w:w="4800" w:type="dxa"/>
            <w:tcBorders>
              <w:top w:val="single" w:sz="6" w:space="0" w:color="000000"/>
              <w:bottom w:val="single" w:sz="6" w:space="0" w:color="000000"/>
            </w:tcBorders>
            <w:tcMar>
              <w:top w:w="40" w:type="dxa"/>
              <w:left w:w="60" w:type="dxa"/>
              <w:bottom w:w="40" w:type="dxa"/>
              <w:right w:w="60" w:type="dxa"/>
            </w:tcMar>
          </w:tcPr>
          <w:p w14:paraId="03AE550B" w14:textId="77777777" w:rsidR="00C54FD5" w:rsidRDefault="00C3228F" w:rsidP="00791014">
            <w:pPr>
              <w:shd w:val="clear" w:color="auto" w:fill="FFFFFF" w:themeFill="background1"/>
              <w:spacing w:after="0" w:line="240" w:lineRule="auto"/>
            </w:pPr>
            <w:r>
              <w:t>- HS tham gia: cá, rùa biển, cá heo, chim yến, còng gió, san hô, sao biển.</w:t>
            </w:r>
          </w:p>
        </w:tc>
      </w:tr>
      <w:tr w:rsidR="00C54FD5" w14:paraId="7CD09FD4"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13DF6920" w14:textId="77777777" w:rsidR="00C54FD5" w:rsidRDefault="00C3228F" w:rsidP="00791014">
            <w:pPr>
              <w:shd w:val="clear" w:color="auto" w:fill="FFFFFF" w:themeFill="background1"/>
              <w:spacing w:after="0" w:line="240" w:lineRule="auto"/>
            </w:pPr>
            <w:r>
              <w:rPr>
                <w:b/>
              </w:rPr>
              <w:t>2. KHÁM PHÁ KIẾN THỨC (10 phút)</w:t>
            </w:r>
            <w:r>
              <w:br/>
            </w:r>
            <w:r>
              <w:rPr>
                <w:i/>
              </w:rPr>
              <w:t>Mục tiêu: HS nhận biết và gọi đúng tên một số loài vật trong tranh.</w:t>
            </w:r>
          </w:p>
        </w:tc>
      </w:tr>
      <w:tr w:rsidR="00C54FD5" w14:paraId="42850398"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6A90727D" w14:textId="77777777" w:rsidR="00C54FD5" w:rsidRDefault="00C3228F" w:rsidP="00791014">
            <w:pPr>
              <w:shd w:val="clear" w:color="auto" w:fill="FFFFFF" w:themeFill="background1"/>
              <w:spacing w:after="0" w:line="240" w:lineRule="auto"/>
            </w:pPr>
            <w:r>
              <w:rPr>
                <w:b/>
              </w:rPr>
              <w:t>Hoạt động 1: Mở rộng vốn từ về các loài vật dưới biển</w:t>
            </w:r>
          </w:p>
        </w:tc>
      </w:tr>
      <w:tr w:rsidR="00C54FD5" w14:paraId="7A0C3D7F" w14:textId="77777777" w:rsidTr="00791014">
        <w:trPr>
          <w:jc w:val="center"/>
        </w:trPr>
        <w:tc>
          <w:tcPr>
            <w:tcW w:w="4800" w:type="dxa"/>
            <w:tcBorders>
              <w:top w:val="single" w:sz="6" w:space="0" w:color="000000"/>
            </w:tcBorders>
            <w:tcMar>
              <w:top w:w="40" w:type="dxa"/>
              <w:left w:w="60" w:type="dxa"/>
              <w:bottom w:w="40" w:type="dxa"/>
              <w:right w:w="60" w:type="dxa"/>
            </w:tcMar>
          </w:tcPr>
          <w:p w14:paraId="03E7C46D" w14:textId="77777777" w:rsidR="00C54FD5" w:rsidRDefault="00C3228F" w:rsidP="00791014">
            <w:pPr>
              <w:shd w:val="clear" w:color="auto" w:fill="FFFFFF" w:themeFill="background1"/>
              <w:spacing w:after="0" w:line="240" w:lineRule="auto"/>
            </w:pPr>
            <w:r>
              <w:t xml:space="preserve">- </w:t>
            </w:r>
            <w:r>
              <w:rPr>
                <w:b/>
              </w:rPr>
              <w:t>Bài tập 1: Nói tên các loài vật trong tranh.</w:t>
            </w:r>
          </w:p>
          <w:p w14:paraId="6D6733C8" w14:textId="565C0C84" w:rsidR="00C54FD5" w:rsidRDefault="00C54FD5" w:rsidP="00791014">
            <w:pPr>
              <w:shd w:val="clear" w:color="auto" w:fill="FFFFFF" w:themeFill="background1"/>
              <w:spacing w:after="0"/>
              <w:jc w:val="center"/>
            </w:pPr>
          </w:p>
        </w:tc>
        <w:tc>
          <w:tcPr>
            <w:tcW w:w="4800" w:type="dxa"/>
            <w:tcBorders>
              <w:top w:val="single" w:sz="6" w:space="0" w:color="000000"/>
            </w:tcBorders>
            <w:tcMar>
              <w:top w:w="40" w:type="dxa"/>
              <w:left w:w="60" w:type="dxa"/>
              <w:bottom w:w="40" w:type="dxa"/>
              <w:right w:w="60" w:type="dxa"/>
            </w:tcMar>
          </w:tcPr>
          <w:p w14:paraId="2B3A639D" w14:textId="77777777" w:rsidR="00C54FD5" w:rsidRDefault="00C3228F" w:rsidP="00791014">
            <w:pPr>
              <w:shd w:val="clear" w:color="auto" w:fill="FFFFFF" w:themeFill="background1"/>
              <w:spacing w:after="0" w:line="240" w:lineRule="auto"/>
            </w:pPr>
            <w:r>
              <w:t>- HS đọc đề bài, nêu yêu cầu: quan sát tranh và nói tên các loài vật.</w:t>
            </w:r>
          </w:p>
        </w:tc>
      </w:tr>
      <w:tr w:rsidR="00C54FD5" w14:paraId="41C96B58" w14:textId="77777777" w:rsidTr="00791014">
        <w:trPr>
          <w:jc w:val="center"/>
        </w:trPr>
        <w:tc>
          <w:tcPr>
            <w:tcW w:w="4800" w:type="dxa"/>
            <w:tcMar>
              <w:top w:w="40" w:type="dxa"/>
              <w:left w:w="60" w:type="dxa"/>
              <w:bottom w:w="40" w:type="dxa"/>
              <w:right w:w="60" w:type="dxa"/>
            </w:tcMar>
          </w:tcPr>
          <w:p w14:paraId="42A02B92" w14:textId="77777777" w:rsidR="00C54FD5" w:rsidRDefault="00C3228F" w:rsidP="00791014">
            <w:pPr>
              <w:shd w:val="clear" w:color="auto" w:fill="FFFFFF" w:themeFill="background1"/>
              <w:spacing w:after="0" w:line="240" w:lineRule="auto"/>
            </w:pPr>
            <w:r>
              <w:t>- GV yêu cầu HS làm nhóm đôi; mỗi bạn chọn 2-3 loài vật trong tranh để nói tên.</w:t>
            </w:r>
          </w:p>
        </w:tc>
        <w:tc>
          <w:tcPr>
            <w:tcW w:w="4800" w:type="dxa"/>
            <w:tcMar>
              <w:top w:w="40" w:type="dxa"/>
              <w:left w:w="60" w:type="dxa"/>
              <w:bottom w:w="40" w:type="dxa"/>
              <w:right w:w="60" w:type="dxa"/>
            </w:tcMar>
          </w:tcPr>
          <w:p w14:paraId="15B45263" w14:textId="77777777" w:rsidR="00C54FD5" w:rsidRDefault="00C3228F" w:rsidP="00791014">
            <w:pPr>
              <w:shd w:val="clear" w:color="auto" w:fill="FFFFFF" w:themeFill="background1"/>
              <w:spacing w:after="0" w:line="240" w:lineRule="auto"/>
            </w:pPr>
            <w:r>
              <w:t>- HS quan sát tranh. Đáp án dự kiến: rùa biển, cá heo, cá hề, bạch tuộc, sao biển, các loài cá, san hô.</w:t>
            </w:r>
          </w:p>
        </w:tc>
      </w:tr>
      <w:tr w:rsidR="00C54FD5" w14:paraId="1687157E" w14:textId="77777777" w:rsidTr="00791014">
        <w:trPr>
          <w:jc w:val="center"/>
        </w:trPr>
        <w:tc>
          <w:tcPr>
            <w:tcW w:w="4800" w:type="dxa"/>
            <w:tcMar>
              <w:top w:w="40" w:type="dxa"/>
              <w:left w:w="60" w:type="dxa"/>
              <w:bottom w:w="40" w:type="dxa"/>
              <w:right w:w="60" w:type="dxa"/>
            </w:tcMar>
          </w:tcPr>
          <w:p w14:paraId="6727DE77" w14:textId="77777777" w:rsidR="00C54FD5" w:rsidRDefault="00C3228F" w:rsidP="00791014">
            <w:pPr>
              <w:shd w:val="clear" w:color="auto" w:fill="FFFFFF" w:themeFill="background1"/>
              <w:spacing w:after="0" w:line="240" w:lineRule="auto"/>
            </w:pPr>
            <w:r>
              <w:t>- GV gọi HS trình bày thành câu trọn vẹn.</w:t>
            </w:r>
          </w:p>
        </w:tc>
        <w:tc>
          <w:tcPr>
            <w:tcW w:w="4800" w:type="dxa"/>
            <w:tcMar>
              <w:top w:w="40" w:type="dxa"/>
              <w:left w:w="60" w:type="dxa"/>
              <w:bottom w:w="40" w:type="dxa"/>
              <w:right w:w="60" w:type="dxa"/>
            </w:tcMar>
          </w:tcPr>
          <w:p w14:paraId="7F8E70B7" w14:textId="77777777" w:rsidR="00C54FD5" w:rsidRDefault="00C3228F" w:rsidP="00791014">
            <w:pPr>
              <w:shd w:val="clear" w:color="auto" w:fill="FFFFFF" w:themeFill="background1"/>
              <w:spacing w:after="0" w:line="240" w:lineRule="auto"/>
            </w:pPr>
            <w:r>
              <w:t>- HS trình bày: Trong tranh có rùa biển. Trong tranh có cá heo. Em còn thấy bạch tuộc và sao biển.</w:t>
            </w:r>
          </w:p>
        </w:tc>
      </w:tr>
      <w:tr w:rsidR="00C54FD5" w14:paraId="5F1ED971" w14:textId="77777777" w:rsidTr="00791014">
        <w:trPr>
          <w:jc w:val="center"/>
        </w:trPr>
        <w:tc>
          <w:tcPr>
            <w:tcW w:w="4800" w:type="dxa"/>
            <w:tcMar>
              <w:top w:w="40" w:type="dxa"/>
              <w:left w:w="60" w:type="dxa"/>
              <w:bottom w:w="40" w:type="dxa"/>
              <w:right w:w="60" w:type="dxa"/>
            </w:tcMar>
          </w:tcPr>
          <w:p w14:paraId="575043BC" w14:textId="77777777" w:rsidR="00C54FD5" w:rsidRDefault="00C3228F" w:rsidP="00791014">
            <w:pPr>
              <w:shd w:val="clear" w:color="auto" w:fill="FFFFFF" w:themeFill="background1"/>
              <w:spacing w:after="0" w:line="240" w:lineRule="auto"/>
            </w:pPr>
            <w:r>
              <w:t>- GV nêu câu hỏi dẫn: Nếu cô dùng Google Lens hoặc một công cụ AI nhận diện hình ảnh để gợi ý tên loài vật biển, chúng ta có cần kiểm tra lại không? Vì sao?</w:t>
            </w:r>
          </w:p>
        </w:tc>
        <w:tc>
          <w:tcPr>
            <w:tcW w:w="4800" w:type="dxa"/>
            <w:tcMar>
              <w:top w:w="40" w:type="dxa"/>
              <w:left w:w="60" w:type="dxa"/>
              <w:bottom w:w="40" w:type="dxa"/>
              <w:right w:w="60" w:type="dxa"/>
            </w:tcMar>
          </w:tcPr>
          <w:p w14:paraId="3D436FA5" w14:textId="77777777" w:rsidR="00C54FD5" w:rsidRDefault="00C3228F" w:rsidP="00791014">
            <w:pPr>
              <w:shd w:val="clear" w:color="auto" w:fill="FFFFFF" w:themeFill="background1"/>
              <w:spacing w:after="0" w:line="240" w:lineRule="auto"/>
            </w:pPr>
            <w:r>
              <w:t>- HS nêu: Cần kiểm tra lại vì công cụ có thể nhận nhầm; cần dựa vào SGK, cô giáo và kiến thức đã học.</w:t>
            </w:r>
          </w:p>
        </w:tc>
      </w:tr>
      <w:tr w:rsidR="00C54FD5" w14:paraId="21DC396B" w14:textId="77777777" w:rsidTr="00791014">
        <w:trPr>
          <w:jc w:val="center"/>
        </w:trPr>
        <w:tc>
          <w:tcPr>
            <w:tcW w:w="4800" w:type="dxa"/>
            <w:tcBorders>
              <w:bottom w:val="single" w:sz="6" w:space="0" w:color="000000"/>
            </w:tcBorders>
            <w:tcMar>
              <w:top w:w="40" w:type="dxa"/>
              <w:left w:w="60" w:type="dxa"/>
              <w:bottom w:w="40" w:type="dxa"/>
              <w:right w:w="60" w:type="dxa"/>
            </w:tcMar>
          </w:tcPr>
          <w:p w14:paraId="3D88AF59" w14:textId="77777777" w:rsidR="00C54FD5" w:rsidRDefault="00C3228F" w:rsidP="00791014">
            <w:pPr>
              <w:shd w:val="clear" w:color="auto" w:fill="FFFFFF" w:themeFill="background1"/>
              <w:spacing w:after="0" w:line="240" w:lineRule="auto"/>
            </w:pPr>
            <w:r>
              <w:rPr>
                <w:color w:val="C00000"/>
              </w:rPr>
              <w:t>- Tích hợp AI - YCCĐ 2.C3.2: GV diễn giải: Một số công cụ AI có thể nhận diện hình ảnh và gợi ý tên con vật, ví dụ nhìn tranh cá, rùa biển, sao biển để đoán tên. Công cụ này có ích khi ta muốn tìm hiểu nhanh, nhưng AI vẫn có thể sai nếu hình ảnh mờ, con vật bị che khuất hoặc dữ liệu chưa đủ. Vì vậy, khi học Tiếng Việt, các em không chỉ nhìn kết quả máy gợi ý mà cần đọc yêu cầu trong SGK, quan sát kĩ tranh, hỏi cô giáo hoặc tra cứu nguồn phù hợp. Khi dùng thiết bị, các em không tự ý chụp hình bạn bè đưa lên mạng, không bấm vào đường link lạ và không tin hoàn toàn vào kết quả đầu tiên. Người học thông minh là người biết dùng công cụ để hỗ trợ, nhưng vẫn tự suy nghĩ và kiểm tra lại.</w:t>
            </w:r>
          </w:p>
        </w:tc>
        <w:tc>
          <w:tcPr>
            <w:tcW w:w="4800" w:type="dxa"/>
            <w:tcBorders>
              <w:bottom w:val="single" w:sz="6" w:space="0" w:color="000000"/>
            </w:tcBorders>
            <w:tcMar>
              <w:top w:w="40" w:type="dxa"/>
              <w:left w:w="60" w:type="dxa"/>
              <w:bottom w:w="40" w:type="dxa"/>
              <w:right w:w="60" w:type="dxa"/>
            </w:tcMar>
          </w:tcPr>
          <w:p w14:paraId="3FBBC75E" w14:textId="77777777" w:rsidR="00C54FD5" w:rsidRDefault="00C3228F" w:rsidP="00791014">
            <w:pPr>
              <w:shd w:val="clear" w:color="auto" w:fill="FFFFFF" w:themeFill="background1"/>
              <w:spacing w:after="0" w:line="240" w:lineRule="auto"/>
            </w:pPr>
            <w:r>
              <w:rPr>
                <w:color w:val="C00000"/>
              </w:rPr>
              <w:t>- HS lắng nghe; nhắc lại: AI có thể hỗ trợ nhận diện, nhưng phải kiểm tra lại, không chụp hình bạn bè, không bấm link lạ.</w:t>
            </w:r>
          </w:p>
        </w:tc>
      </w:tr>
      <w:tr w:rsidR="00C54FD5" w14:paraId="6B47F6D0"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1893704D" w14:textId="77777777" w:rsidR="00C54FD5" w:rsidRDefault="00C3228F" w:rsidP="00791014">
            <w:pPr>
              <w:shd w:val="clear" w:color="auto" w:fill="FFFFFF" w:themeFill="background1"/>
              <w:spacing w:after="0" w:line="240" w:lineRule="auto"/>
            </w:pPr>
            <w:r>
              <w:rPr>
                <w:b/>
              </w:rPr>
              <w:t>3. LUYỆN TẬP - THỰC HÀNH (17 phút)</w:t>
            </w:r>
            <w:r>
              <w:br/>
            </w:r>
            <w:r>
              <w:rPr>
                <w:i/>
              </w:rPr>
              <w:t>Mục tiêu: HS kết hợp từ ngữ để tạo câu nêu hoạt động; biết chọn dấu chấm, dấu phẩy phù hợp.</w:t>
            </w:r>
          </w:p>
        </w:tc>
      </w:tr>
      <w:tr w:rsidR="00C54FD5" w14:paraId="5625C010" w14:textId="77777777" w:rsidTr="00791014">
        <w:trPr>
          <w:jc w:val="center"/>
        </w:trPr>
        <w:tc>
          <w:tcPr>
            <w:tcW w:w="4800" w:type="dxa"/>
            <w:tcBorders>
              <w:top w:val="single" w:sz="6" w:space="0" w:color="000000"/>
            </w:tcBorders>
            <w:tcMar>
              <w:top w:w="40" w:type="dxa"/>
              <w:left w:w="60" w:type="dxa"/>
              <w:bottom w:w="40" w:type="dxa"/>
              <w:right w:w="60" w:type="dxa"/>
            </w:tcMar>
          </w:tcPr>
          <w:p w14:paraId="42D47649" w14:textId="77777777" w:rsidR="00C54FD5" w:rsidRDefault="00C3228F" w:rsidP="00791014">
            <w:pPr>
              <w:shd w:val="clear" w:color="auto" w:fill="FFFFFF" w:themeFill="background1"/>
              <w:spacing w:after="0" w:line="240" w:lineRule="auto"/>
            </w:pPr>
            <w:r>
              <w:t xml:space="preserve">- </w:t>
            </w:r>
            <w:r>
              <w:rPr>
                <w:b/>
              </w:rPr>
              <w:t>Bài tập 2: Kết hợp từ ngữ ở cột A với từ ngữ ở cột B để tạo câu nêu hoạt động.</w:t>
            </w:r>
          </w:p>
        </w:tc>
        <w:tc>
          <w:tcPr>
            <w:tcW w:w="4800" w:type="dxa"/>
            <w:tcBorders>
              <w:top w:val="single" w:sz="6" w:space="0" w:color="000000"/>
            </w:tcBorders>
            <w:tcMar>
              <w:top w:w="40" w:type="dxa"/>
              <w:left w:w="60" w:type="dxa"/>
              <w:bottom w:w="40" w:type="dxa"/>
              <w:right w:w="60" w:type="dxa"/>
            </w:tcMar>
          </w:tcPr>
          <w:p w14:paraId="6BCA9793" w14:textId="77777777" w:rsidR="00C54FD5" w:rsidRDefault="00C3228F" w:rsidP="00791014">
            <w:pPr>
              <w:shd w:val="clear" w:color="auto" w:fill="FFFFFF" w:themeFill="background1"/>
              <w:spacing w:after="0" w:line="240" w:lineRule="auto"/>
            </w:pPr>
            <w:r>
              <w:t>- HS đọc đề bài, quan sát hai cột từ ngữ.</w:t>
            </w:r>
          </w:p>
        </w:tc>
      </w:tr>
      <w:tr w:rsidR="00C54FD5" w14:paraId="13D526F0" w14:textId="77777777" w:rsidTr="00791014">
        <w:trPr>
          <w:jc w:val="center"/>
        </w:trPr>
        <w:tc>
          <w:tcPr>
            <w:tcW w:w="4800" w:type="dxa"/>
            <w:tcMar>
              <w:top w:w="40" w:type="dxa"/>
              <w:left w:w="60" w:type="dxa"/>
              <w:bottom w:w="40" w:type="dxa"/>
              <w:right w:w="60" w:type="dxa"/>
            </w:tcMar>
          </w:tcPr>
          <w:p w14:paraId="014601C1" w14:textId="77777777" w:rsidR="00C54FD5" w:rsidRDefault="00C3228F" w:rsidP="00791014">
            <w:pPr>
              <w:shd w:val="clear" w:color="auto" w:fill="FFFFFF" w:themeFill="background1"/>
              <w:spacing w:after="0" w:line="240" w:lineRule="auto"/>
            </w:pPr>
            <w:r>
              <w:t>- GV tổ chức HS làm nhóm đôi: một bạn đọc vế ở cột A, một bạn chọn vế ở cột B để tạo câu.</w:t>
            </w:r>
          </w:p>
        </w:tc>
        <w:tc>
          <w:tcPr>
            <w:tcW w:w="4800" w:type="dxa"/>
            <w:tcMar>
              <w:top w:w="40" w:type="dxa"/>
              <w:left w:w="60" w:type="dxa"/>
              <w:bottom w:w="40" w:type="dxa"/>
              <w:right w:w="60" w:type="dxa"/>
            </w:tcMar>
          </w:tcPr>
          <w:p w14:paraId="75BDF7B7" w14:textId="77777777" w:rsidR="00C54FD5" w:rsidRDefault="00C3228F" w:rsidP="00791014">
            <w:pPr>
              <w:shd w:val="clear" w:color="auto" w:fill="FFFFFF" w:themeFill="background1"/>
              <w:spacing w:after="0" w:line="240" w:lineRule="auto"/>
            </w:pPr>
            <w:r>
              <w:t>- HS làm nhóm đôi. Đáp án: Những con còng gió đuổi nhau trên bãi cát. Chim yến làm tổ trên vách đá ven biển. Các loài cá bơi lội trong làn nước xanh.</w:t>
            </w:r>
          </w:p>
        </w:tc>
      </w:tr>
      <w:tr w:rsidR="00C54FD5" w14:paraId="4D3BB531" w14:textId="77777777" w:rsidTr="00791014">
        <w:trPr>
          <w:jc w:val="center"/>
        </w:trPr>
        <w:tc>
          <w:tcPr>
            <w:tcW w:w="4800" w:type="dxa"/>
            <w:tcMar>
              <w:top w:w="40" w:type="dxa"/>
              <w:left w:w="60" w:type="dxa"/>
              <w:bottom w:w="40" w:type="dxa"/>
              <w:right w:w="60" w:type="dxa"/>
            </w:tcMar>
          </w:tcPr>
          <w:p w14:paraId="73438327" w14:textId="77777777" w:rsidR="00C54FD5" w:rsidRDefault="00C3228F" w:rsidP="00791014">
            <w:pPr>
              <w:shd w:val="clear" w:color="auto" w:fill="FFFFFF" w:themeFill="background1"/>
              <w:spacing w:after="0" w:line="240" w:lineRule="auto"/>
            </w:pPr>
            <w:r>
              <w:t xml:space="preserve">- GV gọi HS đọc các câu đã hoàn chỉnh; nhận xét </w:t>
            </w:r>
            <w:r>
              <w:lastRenderedPageBreak/>
              <w:t>câu nêu hoạt động.</w:t>
            </w:r>
          </w:p>
        </w:tc>
        <w:tc>
          <w:tcPr>
            <w:tcW w:w="4800" w:type="dxa"/>
            <w:tcMar>
              <w:top w:w="40" w:type="dxa"/>
              <w:left w:w="60" w:type="dxa"/>
              <w:bottom w:w="40" w:type="dxa"/>
              <w:right w:w="60" w:type="dxa"/>
            </w:tcMar>
          </w:tcPr>
          <w:p w14:paraId="000B5154" w14:textId="77777777" w:rsidR="00C54FD5" w:rsidRDefault="00C3228F" w:rsidP="00791014">
            <w:pPr>
              <w:shd w:val="clear" w:color="auto" w:fill="FFFFFF" w:themeFill="background1"/>
              <w:spacing w:after="0" w:line="240" w:lineRule="auto"/>
            </w:pPr>
            <w:r>
              <w:lastRenderedPageBreak/>
              <w:t>- HS đọc câu; lớp nhận xét, sửa nếu chưa đúng.</w:t>
            </w:r>
          </w:p>
        </w:tc>
      </w:tr>
      <w:tr w:rsidR="00C54FD5" w14:paraId="6D8BE228" w14:textId="77777777" w:rsidTr="00791014">
        <w:trPr>
          <w:jc w:val="center"/>
        </w:trPr>
        <w:tc>
          <w:tcPr>
            <w:tcW w:w="4800" w:type="dxa"/>
            <w:tcMar>
              <w:top w:w="40" w:type="dxa"/>
              <w:left w:w="60" w:type="dxa"/>
              <w:bottom w:w="40" w:type="dxa"/>
              <w:right w:w="60" w:type="dxa"/>
            </w:tcMar>
          </w:tcPr>
          <w:p w14:paraId="06A3030E" w14:textId="77777777" w:rsidR="00C54FD5" w:rsidRDefault="00C3228F" w:rsidP="00791014">
            <w:pPr>
              <w:shd w:val="clear" w:color="auto" w:fill="FFFFFF" w:themeFill="background1"/>
              <w:spacing w:after="0" w:line="240" w:lineRule="auto"/>
            </w:pPr>
            <w:r>
              <w:t xml:space="preserve">- </w:t>
            </w:r>
            <w:r>
              <w:rPr>
                <w:b/>
              </w:rPr>
              <w:t>Bài tập 3: Chọn dấu phẩy hoặc dấu chấm thay cho ô vuông.</w:t>
            </w:r>
          </w:p>
        </w:tc>
        <w:tc>
          <w:tcPr>
            <w:tcW w:w="4800" w:type="dxa"/>
            <w:tcMar>
              <w:top w:w="40" w:type="dxa"/>
              <w:left w:w="60" w:type="dxa"/>
              <w:bottom w:w="40" w:type="dxa"/>
              <w:right w:w="60" w:type="dxa"/>
            </w:tcMar>
          </w:tcPr>
          <w:p w14:paraId="36B8E091" w14:textId="77777777" w:rsidR="00C54FD5" w:rsidRDefault="00C3228F" w:rsidP="00791014">
            <w:pPr>
              <w:shd w:val="clear" w:color="auto" w:fill="FFFFFF" w:themeFill="background1"/>
              <w:spacing w:after="0" w:line="240" w:lineRule="auto"/>
            </w:pPr>
            <w:r>
              <w:t>- HS đọc đề bài và đoạn văn.</w:t>
            </w:r>
          </w:p>
        </w:tc>
      </w:tr>
      <w:tr w:rsidR="00C54FD5" w14:paraId="61B6405F" w14:textId="77777777" w:rsidTr="00791014">
        <w:trPr>
          <w:jc w:val="center"/>
        </w:trPr>
        <w:tc>
          <w:tcPr>
            <w:tcW w:w="4800" w:type="dxa"/>
            <w:tcMar>
              <w:top w:w="40" w:type="dxa"/>
              <w:left w:w="60" w:type="dxa"/>
              <w:bottom w:w="40" w:type="dxa"/>
              <w:right w:w="60" w:type="dxa"/>
            </w:tcMar>
          </w:tcPr>
          <w:p w14:paraId="2A6FFD50" w14:textId="77777777" w:rsidR="00C54FD5" w:rsidRDefault="00C3228F" w:rsidP="00791014">
            <w:pPr>
              <w:shd w:val="clear" w:color="auto" w:fill="FFFFFF" w:themeFill="background1"/>
              <w:spacing w:after="0" w:line="240" w:lineRule="auto"/>
            </w:pPr>
            <w:r>
              <w:t>- GV hướng dẫn HS đọc thầm từng câu, xác định chỗ kết thúc ý để đặt dấu chấm và chỗ cần ngắt ý trong câu để đặt dấu phẩy.</w:t>
            </w:r>
          </w:p>
        </w:tc>
        <w:tc>
          <w:tcPr>
            <w:tcW w:w="4800" w:type="dxa"/>
            <w:tcMar>
              <w:top w:w="40" w:type="dxa"/>
              <w:left w:w="60" w:type="dxa"/>
              <w:bottom w:w="40" w:type="dxa"/>
              <w:right w:w="60" w:type="dxa"/>
            </w:tcMar>
          </w:tcPr>
          <w:p w14:paraId="2555A561" w14:textId="77777777" w:rsidR="00C54FD5" w:rsidRDefault="00C3228F" w:rsidP="00791014">
            <w:pPr>
              <w:shd w:val="clear" w:color="auto" w:fill="FFFFFF" w:themeFill="background1"/>
              <w:spacing w:after="0" w:line="240" w:lineRule="auto"/>
            </w:pPr>
            <w:r>
              <w:t>- HS làm bài cá nhân, sau đó đổi vở nhóm đôi để kiểm tra. Dự kiến: đặt dấu chấm cuối các câu trọn ý; đặt dấu phẩy sau các cụm liệt kê, cụm ngắt ngắn trong câu.</w:t>
            </w:r>
          </w:p>
        </w:tc>
      </w:tr>
      <w:tr w:rsidR="00C54FD5" w14:paraId="09821AAB" w14:textId="77777777" w:rsidTr="00791014">
        <w:trPr>
          <w:jc w:val="center"/>
        </w:trPr>
        <w:tc>
          <w:tcPr>
            <w:tcW w:w="4800" w:type="dxa"/>
            <w:tcBorders>
              <w:bottom w:val="single" w:sz="6" w:space="0" w:color="000000"/>
            </w:tcBorders>
            <w:tcMar>
              <w:top w:w="40" w:type="dxa"/>
              <w:left w:w="60" w:type="dxa"/>
              <w:bottom w:w="40" w:type="dxa"/>
              <w:right w:w="60" w:type="dxa"/>
            </w:tcMar>
          </w:tcPr>
          <w:p w14:paraId="27D056F4" w14:textId="77777777" w:rsidR="00C54FD5" w:rsidRDefault="00C3228F" w:rsidP="00791014">
            <w:pPr>
              <w:shd w:val="clear" w:color="auto" w:fill="FFFFFF" w:themeFill="background1"/>
              <w:spacing w:after="0" w:line="240" w:lineRule="auto"/>
            </w:pPr>
            <w:r>
              <w:t>- GV gọi HS đọc lại đoạn văn sau khi điền dấu; nhận xét giọng đọc theo dấu câu.</w:t>
            </w:r>
          </w:p>
        </w:tc>
        <w:tc>
          <w:tcPr>
            <w:tcW w:w="4800" w:type="dxa"/>
            <w:tcBorders>
              <w:bottom w:val="single" w:sz="6" w:space="0" w:color="000000"/>
            </w:tcBorders>
            <w:tcMar>
              <w:top w:w="40" w:type="dxa"/>
              <w:left w:w="60" w:type="dxa"/>
              <w:bottom w:w="40" w:type="dxa"/>
              <w:right w:w="60" w:type="dxa"/>
            </w:tcMar>
          </w:tcPr>
          <w:p w14:paraId="7EA48B54" w14:textId="77777777" w:rsidR="00C54FD5" w:rsidRDefault="00C3228F" w:rsidP="00791014">
            <w:pPr>
              <w:shd w:val="clear" w:color="auto" w:fill="FFFFFF" w:themeFill="background1"/>
              <w:spacing w:after="0" w:line="240" w:lineRule="auto"/>
            </w:pPr>
            <w:r>
              <w:t>- HS đọc lại đoạn văn, biết nghỉ hơi ngắn ở dấu phẩy và nghỉ hơi dài ở dấu chấm.</w:t>
            </w:r>
          </w:p>
        </w:tc>
      </w:tr>
      <w:tr w:rsidR="00C54FD5" w14:paraId="11729F00"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5F45BD0E" w14:textId="77777777" w:rsidR="00C54FD5" w:rsidRDefault="00C3228F" w:rsidP="00791014">
            <w:pPr>
              <w:shd w:val="clear" w:color="auto" w:fill="FFFFFF" w:themeFill="background1"/>
              <w:spacing w:after="0" w:line="240" w:lineRule="auto"/>
            </w:pPr>
            <w:r>
              <w:rPr>
                <w:b/>
              </w:rPr>
              <w:t>4. VẬN DỤNG (5 phút)</w:t>
            </w:r>
            <w:r>
              <w:br/>
            </w:r>
            <w:r>
              <w:rPr>
                <w:i/>
              </w:rPr>
              <w:t>Mục tiêu: HS vận dụng từ ngữ về sinh vật biển để nói câu và biết bảo vệ môi trường biển.</w:t>
            </w:r>
          </w:p>
        </w:tc>
      </w:tr>
      <w:tr w:rsidR="00C54FD5" w14:paraId="5ECB47B1" w14:textId="77777777" w:rsidTr="00791014">
        <w:trPr>
          <w:jc w:val="center"/>
        </w:trPr>
        <w:tc>
          <w:tcPr>
            <w:tcW w:w="4800" w:type="dxa"/>
            <w:tcBorders>
              <w:top w:val="single" w:sz="6" w:space="0" w:color="000000"/>
            </w:tcBorders>
            <w:tcMar>
              <w:top w:w="40" w:type="dxa"/>
              <w:left w:w="60" w:type="dxa"/>
              <w:bottom w:w="40" w:type="dxa"/>
              <w:right w:w="60" w:type="dxa"/>
            </w:tcMar>
          </w:tcPr>
          <w:p w14:paraId="754A7F77" w14:textId="77777777" w:rsidR="00C54FD5" w:rsidRDefault="00C3228F" w:rsidP="00791014">
            <w:pPr>
              <w:shd w:val="clear" w:color="auto" w:fill="FFFFFF" w:themeFill="background1"/>
              <w:spacing w:after="0" w:line="240" w:lineRule="auto"/>
            </w:pPr>
            <w:r>
              <w:t>- GV yêu cầu HS đặt một câu có tên một loài vật biển và một hoạt động.</w:t>
            </w:r>
          </w:p>
        </w:tc>
        <w:tc>
          <w:tcPr>
            <w:tcW w:w="4800" w:type="dxa"/>
            <w:tcBorders>
              <w:top w:val="single" w:sz="6" w:space="0" w:color="000000"/>
            </w:tcBorders>
            <w:tcMar>
              <w:top w:w="40" w:type="dxa"/>
              <w:left w:w="60" w:type="dxa"/>
              <w:bottom w:w="40" w:type="dxa"/>
              <w:right w:w="60" w:type="dxa"/>
            </w:tcMar>
          </w:tcPr>
          <w:p w14:paraId="4608E879" w14:textId="77777777" w:rsidR="00C54FD5" w:rsidRDefault="00C3228F" w:rsidP="00791014">
            <w:pPr>
              <w:shd w:val="clear" w:color="auto" w:fill="FFFFFF" w:themeFill="background1"/>
              <w:spacing w:after="0" w:line="240" w:lineRule="auto"/>
            </w:pPr>
            <w:r>
              <w:t>- HS nói: Cá heo bơi lội trong làn nước xanh. Rùa biển đang bơi dưới biển. Chim yến làm tổ trên vách đá.</w:t>
            </w:r>
          </w:p>
        </w:tc>
      </w:tr>
      <w:tr w:rsidR="00C54FD5" w14:paraId="19C13922" w14:textId="77777777" w:rsidTr="00791014">
        <w:trPr>
          <w:jc w:val="center"/>
        </w:trPr>
        <w:tc>
          <w:tcPr>
            <w:tcW w:w="4800" w:type="dxa"/>
            <w:tcMar>
              <w:top w:w="40" w:type="dxa"/>
              <w:left w:w="60" w:type="dxa"/>
              <w:bottom w:w="40" w:type="dxa"/>
              <w:right w:w="60" w:type="dxa"/>
            </w:tcMar>
          </w:tcPr>
          <w:p w14:paraId="378A340F" w14:textId="77777777" w:rsidR="00C54FD5" w:rsidRDefault="00C3228F" w:rsidP="00791014">
            <w:pPr>
              <w:shd w:val="clear" w:color="auto" w:fill="FFFFFF" w:themeFill="background1"/>
              <w:spacing w:after="0" w:line="240" w:lineRule="auto"/>
            </w:pPr>
            <w:r>
              <w:t>- GV hỏi: Để các loài vật biển được sống an toàn, em cần làm gì khi đi biển?</w:t>
            </w:r>
          </w:p>
        </w:tc>
        <w:tc>
          <w:tcPr>
            <w:tcW w:w="4800" w:type="dxa"/>
            <w:tcMar>
              <w:top w:w="40" w:type="dxa"/>
              <w:left w:w="60" w:type="dxa"/>
              <w:bottom w:w="40" w:type="dxa"/>
              <w:right w:w="60" w:type="dxa"/>
            </w:tcMar>
          </w:tcPr>
          <w:p w14:paraId="4BFBE65C" w14:textId="77777777" w:rsidR="00C54FD5" w:rsidRDefault="00C3228F" w:rsidP="00791014">
            <w:pPr>
              <w:shd w:val="clear" w:color="auto" w:fill="FFFFFF" w:themeFill="background1"/>
              <w:spacing w:after="0" w:line="240" w:lineRule="auto"/>
            </w:pPr>
            <w:r>
              <w:t>- HS nêu: Không xả rác, không bắt sao biển, không giẫm lên san hô, không vứt túi ni-lông xuống biển.</w:t>
            </w:r>
          </w:p>
        </w:tc>
      </w:tr>
      <w:tr w:rsidR="00C54FD5" w14:paraId="5DF56F33" w14:textId="77777777" w:rsidTr="00791014">
        <w:trPr>
          <w:jc w:val="center"/>
        </w:trPr>
        <w:tc>
          <w:tcPr>
            <w:tcW w:w="4800" w:type="dxa"/>
            <w:tcMar>
              <w:top w:w="40" w:type="dxa"/>
              <w:left w:w="60" w:type="dxa"/>
              <w:bottom w:w="40" w:type="dxa"/>
              <w:right w:w="60" w:type="dxa"/>
            </w:tcMar>
          </w:tcPr>
          <w:p w14:paraId="24B97B6F" w14:textId="77777777" w:rsidR="00C54FD5" w:rsidRDefault="00C3228F" w:rsidP="00791014">
            <w:pPr>
              <w:shd w:val="clear" w:color="auto" w:fill="FFFFFF" w:themeFill="background1"/>
              <w:spacing w:after="0" w:line="240" w:lineRule="auto"/>
            </w:pPr>
            <w:r>
              <w:t>- GV nhận xét và dặn HS dùng dấu câu đúng khi viết, yêu quý các loài vật biển.</w:t>
            </w:r>
          </w:p>
        </w:tc>
        <w:tc>
          <w:tcPr>
            <w:tcW w:w="4800" w:type="dxa"/>
            <w:tcMar>
              <w:top w:w="40" w:type="dxa"/>
              <w:left w:w="60" w:type="dxa"/>
              <w:bottom w:w="40" w:type="dxa"/>
              <w:right w:w="60" w:type="dxa"/>
            </w:tcMar>
          </w:tcPr>
          <w:p w14:paraId="7AC11FFF" w14:textId="77777777" w:rsidR="00C54FD5" w:rsidRDefault="00C3228F" w:rsidP="00791014">
            <w:pPr>
              <w:shd w:val="clear" w:color="auto" w:fill="FFFFFF" w:themeFill="background1"/>
              <w:spacing w:after="0" w:line="240" w:lineRule="auto"/>
            </w:pPr>
            <w:r>
              <w:t>- HS lắng nghe, ghi nhớ.</w:t>
            </w:r>
          </w:p>
        </w:tc>
      </w:tr>
    </w:tbl>
    <w:p w14:paraId="2BB7D138" w14:textId="77777777" w:rsidR="00C54FD5" w:rsidRDefault="00C3228F" w:rsidP="00791014">
      <w:pPr>
        <w:shd w:val="clear" w:color="auto" w:fill="FFFFFF" w:themeFill="background1"/>
        <w:spacing w:after="0" w:line="240" w:lineRule="auto"/>
      </w:pPr>
      <w:r>
        <w:rPr>
          <w:b/>
        </w:rPr>
        <w:t>IV. ĐIỀU CHỈNH SAU TIẾT HỌC (NẾU CÓ)</w:t>
      </w:r>
    </w:p>
    <w:p w14:paraId="45E21514" w14:textId="77777777" w:rsidR="00C54FD5" w:rsidRDefault="00C54FD5" w:rsidP="00791014">
      <w:pPr>
        <w:shd w:val="clear" w:color="auto" w:fill="FFFFFF" w:themeFill="background1"/>
        <w:spacing w:after="0" w:line="240" w:lineRule="auto"/>
      </w:pPr>
    </w:p>
    <w:p w14:paraId="0D4F81E7" w14:textId="77777777" w:rsidR="00C54FD5" w:rsidRDefault="00C3228F" w:rsidP="00791014">
      <w:pPr>
        <w:shd w:val="clear" w:color="auto" w:fill="FFFFFF" w:themeFill="background1"/>
        <w:spacing w:after="0" w:line="240" w:lineRule="auto"/>
        <w:jc w:val="center"/>
      </w:pPr>
      <w:r>
        <w:rPr>
          <w:b/>
        </w:rPr>
        <w:t>KẾ HOẠCH BÀI DẠY MÔN TIẾNG VIỆT LỚP 2 - TUẦN 33</w:t>
      </w:r>
    </w:p>
    <w:p w14:paraId="3E372208" w14:textId="77777777" w:rsidR="00C54FD5" w:rsidRDefault="00C3228F" w:rsidP="00791014">
      <w:pPr>
        <w:shd w:val="clear" w:color="auto" w:fill="FFFFFF" w:themeFill="background1"/>
        <w:spacing w:after="0" w:line="240" w:lineRule="auto"/>
        <w:jc w:val="center"/>
      </w:pPr>
      <w:r>
        <w:rPr>
          <w:b/>
        </w:rPr>
        <w:t>BÀI 28: KHÁM PHÁ ĐÁY BIỂN Ở TRƯỜNG SA</w:t>
      </w:r>
    </w:p>
    <w:p w14:paraId="64215FB3" w14:textId="77777777" w:rsidR="00C54FD5" w:rsidRDefault="00C3228F" w:rsidP="00791014">
      <w:pPr>
        <w:shd w:val="clear" w:color="auto" w:fill="FFFFFF" w:themeFill="background1"/>
        <w:spacing w:after="60" w:line="240" w:lineRule="auto"/>
        <w:jc w:val="center"/>
      </w:pPr>
      <w:r>
        <w:rPr>
          <w:b/>
        </w:rPr>
        <w:t>TIẾT 5 - 6: VIẾT ĐOẠN VĂN KỂ VỀ MỘT BUỔI ĐI CHƠI; ĐỌC MỞ RỘNG</w:t>
      </w:r>
    </w:p>
    <w:p w14:paraId="6F614B36" w14:textId="77777777" w:rsidR="00C54FD5" w:rsidRDefault="00C3228F" w:rsidP="00791014">
      <w:pPr>
        <w:shd w:val="clear" w:color="auto" w:fill="FFFFFF" w:themeFill="background1"/>
        <w:spacing w:after="0" w:line="240" w:lineRule="auto"/>
      </w:pPr>
      <w:r>
        <w:rPr>
          <w:b/>
        </w:rPr>
        <w:t>I. YÊU CẦU CẦN ĐẠT</w:t>
      </w:r>
    </w:p>
    <w:p w14:paraId="028F5A1F" w14:textId="77777777" w:rsidR="00C54FD5" w:rsidRDefault="00C3228F" w:rsidP="00791014">
      <w:pPr>
        <w:shd w:val="clear" w:color="auto" w:fill="FFFFFF" w:themeFill="background1"/>
        <w:spacing w:after="0" w:line="240" w:lineRule="auto"/>
      </w:pPr>
      <w:r>
        <w:rPr>
          <w:b/>
        </w:rPr>
        <w:t>1. Năng lực đặc thù</w:t>
      </w:r>
    </w:p>
    <w:p w14:paraId="50810258" w14:textId="77777777" w:rsidR="00C54FD5" w:rsidRDefault="00C3228F" w:rsidP="00791014">
      <w:pPr>
        <w:shd w:val="clear" w:color="auto" w:fill="FFFFFF" w:themeFill="background1"/>
        <w:spacing w:after="0" w:line="240" w:lineRule="auto"/>
      </w:pPr>
      <w:r>
        <w:t>- Quan sát tranh, trả lời được câu hỏi gợi ý về một buổi đi chơi.</w:t>
      </w:r>
    </w:p>
    <w:p w14:paraId="0043D4D3" w14:textId="77777777" w:rsidR="00C54FD5" w:rsidRDefault="00C3228F" w:rsidP="00791014">
      <w:pPr>
        <w:shd w:val="clear" w:color="auto" w:fill="FFFFFF" w:themeFill="background1"/>
        <w:spacing w:after="0" w:line="240" w:lineRule="auto"/>
      </w:pPr>
      <w:r>
        <w:t>- Viết được 4 - 5 câu kể về một buổi đi chơi cùng người thân, thầy cô hoặc bạn bè.</w:t>
      </w:r>
    </w:p>
    <w:p w14:paraId="45484784" w14:textId="77777777" w:rsidR="00C54FD5" w:rsidRDefault="00C3228F" w:rsidP="00791014">
      <w:pPr>
        <w:shd w:val="clear" w:color="auto" w:fill="FFFFFF" w:themeFill="background1"/>
        <w:spacing w:after="0" w:line="240" w:lineRule="auto"/>
      </w:pPr>
      <w:r>
        <w:t>- Tìm đọc được truyện dân gian Việt Nam; nói với bạn về nhân vật hoặc sự việc em thích trong truyện đã đọc.</w:t>
      </w:r>
    </w:p>
    <w:p w14:paraId="00EC7AE2" w14:textId="77777777" w:rsidR="00C54FD5" w:rsidRDefault="00C3228F" w:rsidP="00791014">
      <w:pPr>
        <w:shd w:val="clear" w:color="auto" w:fill="FFFFFF" w:themeFill="background1"/>
        <w:spacing w:after="0" w:line="240" w:lineRule="auto"/>
      </w:pPr>
      <w:r>
        <w:rPr>
          <w:b/>
        </w:rPr>
        <w:t>2. Năng lực chung</w:t>
      </w:r>
    </w:p>
    <w:p w14:paraId="0B32EF7F" w14:textId="77777777" w:rsidR="00C54FD5" w:rsidRDefault="00C3228F" w:rsidP="00791014">
      <w:pPr>
        <w:shd w:val="clear" w:color="auto" w:fill="FFFFFF" w:themeFill="background1"/>
        <w:spacing w:after="0" w:line="240" w:lineRule="auto"/>
      </w:pPr>
      <w:r>
        <w:t>- Tự chủ và tự học: Tự quan sát tranh, lập ý, viết đoạn văn và tự sửa bài.</w:t>
      </w:r>
    </w:p>
    <w:p w14:paraId="3C1A81E0" w14:textId="77777777" w:rsidR="00C54FD5" w:rsidRDefault="00C3228F" w:rsidP="00791014">
      <w:pPr>
        <w:shd w:val="clear" w:color="auto" w:fill="FFFFFF" w:themeFill="background1"/>
        <w:spacing w:after="0" w:line="240" w:lineRule="auto"/>
      </w:pPr>
      <w:r>
        <w:t>- Giao tiếp và hợp tác: Chia sẻ trải nghiệm, đọc bài cho bạn nghe và góp ý.</w:t>
      </w:r>
    </w:p>
    <w:p w14:paraId="5FF55031" w14:textId="77777777" w:rsidR="00C54FD5" w:rsidRDefault="00C3228F" w:rsidP="00791014">
      <w:pPr>
        <w:shd w:val="clear" w:color="auto" w:fill="FFFFFF" w:themeFill="background1"/>
        <w:spacing w:after="0" w:line="240" w:lineRule="auto"/>
      </w:pPr>
      <w:r>
        <w:t>- Giải quyết vấn đề và sáng tạo: Biết chọn chi tiết nổi bật về thời gian, địa điểm, hoạt động, cảm xúc để viết đoạn văn; biết chọn nguồn đọc mở rộng phù hợp.</w:t>
      </w:r>
    </w:p>
    <w:p w14:paraId="611259D7" w14:textId="77777777" w:rsidR="00C54FD5" w:rsidRDefault="00C3228F" w:rsidP="00791014">
      <w:pPr>
        <w:shd w:val="clear" w:color="auto" w:fill="FFFFFF" w:themeFill="background1"/>
        <w:spacing w:after="0" w:line="240" w:lineRule="auto"/>
      </w:pPr>
      <w:r>
        <w:rPr>
          <w:b/>
        </w:rPr>
        <w:t>3. Phẩm chất</w:t>
      </w:r>
    </w:p>
    <w:p w14:paraId="180D787B" w14:textId="77777777" w:rsidR="00C54FD5" w:rsidRDefault="00C3228F" w:rsidP="00791014">
      <w:pPr>
        <w:shd w:val="clear" w:color="auto" w:fill="FFFFFF" w:themeFill="background1"/>
        <w:spacing w:after="0" w:line="240" w:lineRule="auto"/>
      </w:pPr>
      <w:r>
        <w:t>- Chăm chỉ: Tích cực viết, sửa đoạn văn và đọc mở rộng.</w:t>
      </w:r>
    </w:p>
    <w:p w14:paraId="57D3C553" w14:textId="77777777" w:rsidR="00C54FD5" w:rsidRDefault="00C3228F" w:rsidP="00791014">
      <w:pPr>
        <w:shd w:val="clear" w:color="auto" w:fill="FFFFFF" w:themeFill="background1"/>
        <w:spacing w:after="0" w:line="240" w:lineRule="auto"/>
      </w:pPr>
      <w:r>
        <w:t>- Trách nhiệm: Biết giữ an toàn, giữ vệ sinh khi đi chơi; sử dụng nguồn đọc số an toàn.</w:t>
      </w:r>
    </w:p>
    <w:p w14:paraId="7245D54B" w14:textId="77777777" w:rsidR="00C54FD5" w:rsidRDefault="00C3228F" w:rsidP="00791014">
      <w:pPr>
        <w:shd w:val="clear" w:color="auto" w:fill="FFFFFF" w:themeFill="background1"/>
        <w:spacing w:after="0" w:line="240" w:lineRule="auto"/>
      </w:pPr>
      <w:r>
        <w:t>- Yêu nước: Yêu thích truyện dân gian Việt Nam, trân trọng văn hóa dân tộc.</w:t>
      </w:r>
    </w:p>
    <w:p w14:paraId="7C149DC5" w14:textId="77777777" w:rsidR="00C54FD5" w:rsidRDefault="00C3228F" w:rsidP="00791014">
      <w:pPr>
        <w:shd w:val="clear" w:color="auto" w:fill="FFFFFF" w:themeFill="background1"/>
        <w:spacing w:after="0" w:line="240" w:lineRule="auto"/>
      </w:pPr>
      <w:r>
        <w:rPr>
          <w:b/>
        </w:rPr>
        <w:t>4. Tích hợp</w:t>
      </w:r>
    </w:p>
    <w:p w14:paraId="3DF594C3" w14:textId="77777777" w:rsidR="00C54FD5" w:rsidRDefault="00C3228F" w:rsidP="00791014">
      <w:pPr>
        <w:shd w:val="clear" w:color="auto" w:fill="FFFFFF" w:themeFill="background1"/>
        <w:spacing w:after="0" w:line="240" w:lineRule="auto"/>
      </w:pPr>
      <w:r>
        <w:rPr>
          <w:color w:val="C00000"/>
        </w:rPr>
        <w:t>- Tích hợp đạo đức, lối sống và BVMT: HS biết đi chơi an toàn, văn minh, không xả rác, không phá hoại cảnh quan.</w:t>
      </w:r>
    </w:p>
    <w:p w14:paraId="1158E2F8" w14:textId="77777777" w:rsidR="00C54FD5" w:rsidRDefault="00C3228F" w:rsidP="00791014">
      <w:pPr>
        <w:shd w:val="clear" w:color="auto" w:fill="FFFFFF" w:themeFill="background1"/>
        <w:spacing w:after="0" w:line="240" w:lineRule="auto"/>
      </w:pPr>
      <w:r>
        <w:rPr>
          <w:color w:val="C00000"/>
        </w:rPr>
        <w:t>- Tích hợp NLS và AI: HS biết tìm đọc truyện dân gian từ nguồn phù hợp; khi dùng Google, thư viện số hoặc ChatGPT/Gemini dưới sự hướng dẫn của GV, biết không bấm link lạ, không nhập thông tin cá nhân, kiểm tra lại thông tin và kể bằng lời của mình.</w:t>
      </w:r>
    </w:p>
    <w:p w14:paraId="1A080DAD" w14:textId="77777777" w:rsidR="00C54FD5" w:rsidRDefault="00C3228F" w:rsidP="00791014">
      <w:pPr>
        <w:shd w:val="clear" w:color="auto" w:fill="FFFFFF" w:themeFill="background1"/>
        <w:spacing w:after="0" w:line="240" w:lineRule="auto"/>
      </w:pPr>
      <w:r>
        <w:rPr>
          <w:b/>
        </w:rPr>
        <w:t>II. ĐỒ DÙNG DẠY HỌC</w:t>
      </w:r>
    </w:p>
    <w:p w14:paraId="4201678F" w14:textId="77777777" w:rsidR="00C54FD5" w:rsidRDefault="00C3228F" w:rsidP="00791014">
      <w:pPr>
        <w:shd w:val="clear" w:color="auto" w:fill="FFFFFF" w:themeFill="background1"/>
        <w:spacing w:after="0" w:line="240" w:lineRule="auto"/>
      </w:pPr>
      <w:r>
        <w:t>- GV: Tranh gợi ý viết đoạn văn, sơ đồ viết đoạn, phiếu đọc mở rộng, máy chiếu.</w:t>
      </w:r>
    </w:p>
    <w:p w14:paraId="4AEEBE40" w14:textId="77777777" w:rsidR="00C54FD5" w:rsidRDefault="00C3228F" w:rsidP="00791014">
      <w:pPr>
        <w:shd w:val="clear" w:color="auto" w:fill="FFFFFF" w:themeFill="background1"/>
        <w:spacing w:after="0" w:line="240" w:lineRule="auto"/>
      </w:pPr>
      <w:r>
        <w:t>- HS: SGK, vở viết, sách/báo hoặc truyện dân gian Việt Nam đã chuẩn bị.</w:t>
      </w:r>
    </w:p>
    <w:p w14:paraId="44058D45" w14:textId="77777777" w:rsidR="00C54FD5" w:rsidRDefault="00C3228F" w:rsidP="00791014">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272"/>
        <w:gridCol w:w="5272"/>
      </w:tblGrid>
      <w:tr w:rsidR="00C54FD5" w14:paraId="7B844311" w14:textId="77777777" w:rsidTr="00791014">
        <w:trPr>
          <w:jc w:val="center"/>
        </w:trPr>
        <w:tc>
          <w:tcPr>
            <w:tcW w:w="5272" w:type="dxa"/>
            <w:tcBorders>
              <w:bottom w:val="single" w:sz="6" w:space="0" w:color="000000"/>
            </w:tcBorders>
            <w:shd w:val="clear" w:color="auto" w:fill="D9EAF7"/>
            <w:tcMar>
              <w:top w:w="40" w:type="dxa"/>
              <w:left w:w="60" w:type="dxa"/>
              <w:bottom w:w="40" w:type="dxa"/>
              <w:right w:w="60" w:type="dxa"/>
            </w:tcMar>
            <w:vAlign w:val="center"/>
          </w:tcPr>
          <w:p w14:paraId="240958C0" w14:textId="77777777" w:rsidR="00C54FD5" w:rsidRDefault="00C3228F" w:rsidP="00791014">
            <w:pPr>
              <w:shd w:val="clear" w:color="auto" w:fill="FFFFFF" w:themeFill="background1"/>
              <w:spacing w:after="0"/>
              <w:jc w:val="center"/>
            </w:pPr>
            <w:r>
              <w:rPr>
                <w:b/>
              </w:rPr>
              <w:lastRenderedPageBreak/>
              <w:t>Hoạt động của giáo viên</w:t>
            </w:r>
          </w:p>
        </w:tc>
        <w:tc>
          <w:tcPr>
            <w:tcW w:w="5272" w:type="dxa"/>
            <w:tcBorders>
              <w:bottom w:val="single" w:sz="6" w:space="0" w:color="000000"/>
            </w:tcBorders>
            <w:shd w:val="clear" w:color="auto" w:fill="D9EAF7"/>
            <w:tcMar>
              <w:top w:w="40" w:type="dxa"/>
              <w:left w:w="60" w:type="dxa"/>
              <w:bottom w:w="40" w:type="dxa"/>
              <w:right w:w="60" w:type="dxa"/>
            </w:tcMar>
            <w:vAlign w:val="center"/>
          </w:tcPr>
          <w:p w14:paraId="159E7892" w14:textId="77777777" w:rsidR="00C54FD5" w:rsidRDefault="00C3228F" w:rsidP="00791014">
            <w:pPr>
              <w:shd w:val="clear" w:color="auto" w:fill="FFFFFF" w:themeFill="background1"/>
              <w:spacing w:after="0"/>
              <w:jc w:val="center"/>
            </w:pPr>
            <w:r>
              <w:rPr>
                <w:b/>
              </w:rPr>
              <w:t>Hoạt động của học sinh</w:t>
            </w:r>
          </w:p>
        </w:tc>
      </w:tr>
      <w:tr w:rsidR="00C54FD5" w14:paraId="58BF75AE"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1C0DCEB3" w14:textId="77777777" w:rsidR="00C54FD5" w:rsidRDefault="00C3228F" w:rsidP="00791014">
            <w:pPr>
              <w:shd w:val="clear" w:color="auto" w:fill="FFFFFF" w:themeFill="background1"/>
              <w:spacing w:after="0" w:line="240" w:lineRule="auto"/>
            </w:pPr>
            <w:r>
              <w:rPr>
                <w:b/>
              </w:rPr>
              <w:t>TIẾT 5</w:t>
            </w:r>
            <w:r>
              <w:br/>
            </w:r>
            <w:r>
              <w:rPr>
                <w:b/>
              </w:rPr>
              <w:t>1. KHỞI ĐỘNG (3 phút)</w:t>
            </w:r>
            <w:r>
              <w:br/>
            </w:r>
            <w:r>
              <w:rPr>
                <w:i/>
              </w:rPr>
              <w:t>Mục tiêu: HS huy động trải nghiệm về một buổi đi chơi cùng người thân, thầy cô hoặc bạn bè.</w:t>
            </w:r>
          </w:p>
        </w:tc>
      </w:tr>
      <w:tr w:rsidR="00C54FD5" w14:paraId="30AB1640" w14:textId="77777777" w:rsidTr="00791014">
        <w:trPr>
          <w:jc w:val="center"/>
        </w:trPr>
        <w:tc>
          <w:tcPr>
            <w:tcW w:w="4800" w:type="dxa"/>
            <w:tcBorders>
              <w:top w:val="single" w:sz="6" w:space="0" w:color="000000"/>
            </w:tcBorders>
            <w:tcMar>
              <w:top w:w="40" w:type="dxa"/>
              <w:left w:w="60" w:type="dxa"/>
              <w:bottom w:w="40" w:type="dxa"/>
              <w:right w:w="60" w:type="dxa"/>
            </w:tcMar>
          </w:tcPr>
          <w:p w14:paraId="44126715" w14:textId="77777777" w:rsidR="00C54FD5" w:rsidRDefault="00C3228F" w:rsidP="00791014">
            <w:pPr>
              <w:shd w:val="clear" w:color="auto" w:fill="FFFFFF" w:themeFill="background1"/>
              <w:spacing w:after="0" w:line="240" w:lineRule="auto"/>
            </w:pPr>
            <w:r>
              <w:t>- GV hỏi: Em đã từng đi chơi ở đâu cùng người thân, thầy cô hoặc bạn bè? Em nhớ nhất điều gì?</w:t>
            </w:r>
          </w:p>
        </w:tc>
        <w:tc>
          <w:tcPr>
            <w:tcW w:w="4800" w:type="dxa"/>
            <w:tcBorders>
              <w:top w:val="single" w:sz="6" w:space="0" w:color="000000"/>
            </w:tcBorders>
            <w:tcMar>
              <w:top w:w="40" w:type="dxa"/>
              <w:left w:w="60" w:type="dxa"/>
              <w:bottom w:w="40" w:type="dxa"/>
              <w:right w:w="60" w:type="dxa"/>
            </w:tcMar>
          </w:tcPr>
          <w:p w14:paraId="1109666D" w14:textId="77777777" w:rsidR="00C54FD5" w:rsidRDefault="00C3228F" w:rsidP="00791014">
            <w:pPr>
              <w:shd w:val="clear" w:color="auto" w:fill="FFFFFF" w:themeFill="background1"/>
              <w:spacing w:after="0" w:line="240" w:lineRule="auto"/>
            </w:pPr>
            <w:r>
              <w:t>- HS nêu: Em đi công viên, đi biển, đi sở thú, đi thăm quê, đi dã ngoại; em nhớ lúc chơi trò chơi, ăn uống, chụp ảnh, ngắm cảnh.</w:t>
            </w:r>
          </w:p>
        </w:tc>
      </w:tr>
      <w:tr w:rsidR="00C54FD5" w14:paraId="37ED14BE" w14:textId="77777777" w:rsidTr="00791014">
        <w:trPr>
          <w:jc w:val="center"/>
        </w:trPr>
        <w:tc>
          <w:tcPr>
            <w:tcW w:w="4800" w:type="dxa"/>
            <w:tcBorders>
              <w:bottom w:val="single" w:sz="6" w:space="0" w:color="000000"/>
            </w:tcBorders>
            <w:tcMar>
              <w:top w:w="40" w:type="dxa"/>
              <w:left w:w="60" w:type="dxa"/>
              <w:bottom w:w="40" w:type="dxa"/>
              <w:right w:w="60" w:type="dxa"/>
            </w:tcMar>
          </w:tcPr>
          <w:p w14:paraId="2E816700" w14:textId="77777777" w:rsidR="00C54FD5" w:rsidRDefault="00C3228F" w:rsidP="00791014">
            <w:pPr>
              <w:shd w:val="clear" w:color="auto" w:fill="FFFFFF" w:themeFill="background1"/>
              <w:spacing w:after="0" w:line="240" w:lineRule="auto"/>
            </w:pPr>
            <w:r>
              <w:t>- GV giới thiệu: Hôm nay các em quan sát tranh, nói về một buổi đi chơi và viết 4-5 câu kể lại buổi đi chơi đó.</w:t>
            </w:r>
          </w:p>
        </w:tc>
        <w:tc>
          <w:tcPr>
            <w:tcW w:w="4800" w:type="dxa"/>
            <w:tcBorders>
              <w:bottom w:val="single" w:sz="6" w:space="0" w:color="000000"/>
            </w:tcBorders>
            <w:tcMar>
              <w:top w:w="40" w:type="dxa"/>
              <w:left w:w="60" w:type="dxa"/>
              <w:bottom w:w="40" w:type="dxa"/>
              <w:right w:w="60" w:type="dxa"/>
            </w:tcMar>
          </w:tcPr>
          <w:p w14:paraId="355924FF" w14:textId="77777777" w:rsidR="00C54FD5" w:rsidRDefault="00C3228F" w:rsidP="00791014">
            <w:pPr>
              <w:shd w:val="clear" w:color="auto" w:fill="FFFFFF" w:themeFill="background1"/>
              <w:spacing w:after="0" w:line="240" w:lineRule="auto"/>
            </w:pPr>
            <w:r>
              <w:t>- HS lắng nghe, ghi tên bài.</w:t>
            </w:r>
          </w:p>
        </w:tc>
      </w:tr>
      <w:tr w:rsidR="00C54FD5" w14:paraId="7637659F"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1D418927" w14:textId="77777777" w:rsidR="00C54FD5" w:rsidRDefault="00C3228F" w:rsidP="00791014">
            <w:pPr>
              <w:shd w:val="clear" w:color="auto" w:fill="FFFFFF" w:themeFill="background1"/>
              <w:spacing w:after="0" w:line="240" w:lineRule="auto"/>
            </w:pPr>
            <w:r>
              <w:rPr>
                <w:b/>
              </w:rPr>
              <w:t>2. KHÁM PHÁ KIẾN THỨC (10 phút)</w:t>
            </w:r>
            <w:r>
              <w:br/>
            </w:r>
            <w:r>
              <w:rPr>
                <w:i/>
              </w:rPr>
              <w:t>Mục tiêu: HS quan sát tranh, trả lời câu hỏi gợi ý và hình thành ý cho đoạn văn.</w:t>
            </w:r>
          </w:p>
        </w:tc>
      </w:tr>
      <w:tr w:rsidR="00C54FD5" w14:paraId="7EEB80F5"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46427767" w14:textId="77777777" w:rsidR="00C54FD5" w:rsidRDefault="00C3228F" w:rsidP="00791014">
            <w:pPr>
              <w:shd w:val="clear" w:color="auto" w:fill="FFFFFF" w:themeFill="background1"/>
              <w:spacing w:after="0" w:line="240" w:lineRule="auto"/>
            </w:pPr>
            <w:r>
              <w:rPr>
                <w:b/>
              </w:rPr>
              <w:t>Hoạt động 1: Quan sát tranh và trả lời câu hỏi</w:t>
            </w:r>
          </w:p>
        </w:tc>
      </w:tr>
      <w:tr w:rsidR="00C54FD5" w14:paraId="12F9A621" w14:textId="77777777" w:rsidTr="00791014">
        <w:trPr>
          <w:jc w:val="center"/>
        </w:trPr>
        <w:tc>
          <w:tcPr>
            <w:tcW w:w="4800" w:type="dxa"/>
            <w:tcBorders>
              <w:top w:val="single" w:sz="6" w:space="0" w:color="000000"/>
            </w:tcBorders>
            <w:tcMar>
              <w:top w:w="40" w:type="dxa"/>
              <w:left w:w="60" w:type="dxa"/>
              <w:bottom w:w="40" w:type="dxa"/>
              <w:right w:w="60" w:type="dxa"/>
            </w:tcMar>
          </w:tcPr>
          <w:p w14:paraId="2BBF2F57" w14:textId="77777777" w:rsidR="00C54FD5" w:rsidRDefault="00C3228F" w:rsidP="00791014">
            <w:pPr>
              <w:shd w:val="clear" w:color="auto" w:fill="FFFFFF" w:themeFill="background1"/>
              <w:spacing w:after="0" w:line="240" w:lineRule="auto"/>
            </w:pPr>
            <w:r>
              <w:t xml:space="preserve">- </w:t>
            </w:r>
            <w:r>
              <w:rPr>
                <w:b/>
              </w:rPr>
              <w:t>Bài tập 1: Quan sát tranh và trả lời câu hỏi. a. Mọi người đang ở đâu? Cảnh vật nơi đó có gì đẹp? b. Mọi người đang làm gì? c. Theo em, cảm xúc của mọi người như thế nào?</w:t>
            </w:r>
          </w:p>
          <w:p w14:paraId="6087EBA7" w14:textId="24590583" w:rsidR="00C54FD5" w:rsidRDefault="00C54FD5" w:rsidP="00791014">
            <w:pPr>
              <w:shd w:val="clear" w:color="auto" w:fill="FFFFFF" w:themeFill="background1"/>
              <w:spacing w:after="0"/>
              <w:jc w:val="center"/>
            </w:pPr>
          </w:p>
        </w:tc>
        <w:tc>
          <w:tcPr>
            <w:tcW w:w="4800" w:type="dxa"/>
            <w:tcBorders>
              <w:top w:val="single" w:sz="6" w:space="0" w:color="000000"/>
            </w:tcBorders>
            <w:tcMar>
              <w:top w:w="40" w:type="dxa"/>
              <w:left w:w="60" w:type="dxa"/>
              <w:bottom w:w="40" w:type="dxa"/>
              <w:right w:w="60" w:type="dxa"/>
            </w:tcMar>
          </w:tcPr>
          <w:p w14:paraId="596857B5" w14:textId="77777777" w:rsidR="00C54FD5" w:rsidRDefault="00C3228F" w:rsidP="00791014">
            <w:pPr>
              <w:shd w:val="clear" w:color="auto" w:fill="FFFFFF" w:themeFill="background1"/>
              <w:spacing w:after="0" w:line="240" w:lineRule="auto"/>
            </w:pPr>
            <w:r>
              <w:t>- HS đọc đề bài, nêu yêu cầu: quan sát tranh và trả lời từng câu hỏi.</w:t>
            </w:r>
          </w:p>
        </w:tc>
      </w:tr>
      <w:tr w:rsidR="00C54FD5" w14:paraId="4E2D3204" w14:textId="77777777" w:rsidTr="00791014">
        <w:trPr>
          <w:jc w:val="center"/>
        </w:trPr>
        <w:tc>
          <w:tcPr>
            <w:tcW w:w="4800" w:type="dxa"/>
            <w:tcMar>
              <w:top w:w="40" w:type="dxa"/>
              <w:left w:w="60" w:type="dxa"/>
              <w:bottom w:w="40" w:type="dxa"/>
              <w:right w:w="60" w:type="dxa"/>
            </w:tcMar>
          </w:tcPr>
          <w:p w14:paraId="0E66FEA2" w14:textId="77777777" w:rsidR="00C54FD5" w:rsidRDefault="00C3228F" w:rsidP="00791014">
            <w:pPr>
              <w:shd w:val="clear" w:color="auto" w:fill="FFFFFF" w:themeFill="background1"/>
              <w:spacing w:after="0" w:line="240" w:lineRule="auto"/>
            </w:pPr>
            <w:r>
              <w:t>- GV hỏi: Tranh 1, mọi người đang ở đâu? Cảnh vật nơi đó có gì đẹp?</w:t>
            </w:r>
          </w:p>
        </w:tc>
        <w:tc>
          <w:tcPr>
            <w:tcW w:w="4800" w:type="dxa"/>
            <w:tcMar>
              <w:top w:w="40" w:type="dxa"/>
              <w:left w:w="60" w:type="dxa"/>
              <w:bottom w:w="40" w:type="dxa"/>
              <w:right w:w="60" w:type="dxa"/>
            </w:tcMar>
          </w:tcPr>
          <w:p w14:paraId="20433AA3" w14:textId="77777777" w:rsidR="00C54FD5" w:rsidRDefault="00C3228F" w:rsidP="00791014">
            <w:pPr>
              <w:shd w:val="clear" w:color="auto" w:fill="FFFFFF" w:themeFill="background1"/>
              <w:spacing w:after="0" w:line="240" w:lineRule="auto"/>
            </w:pPr>
            <w:r>
              <w:t>- HS trả lời: Mọi người đang đi cắm trại/dã ngoại. Nơi đó có lều, cây xanh, bãi cỏ và không khí vui vẻ.</w:t>
            </w:r>
          </w:p>
        </w:tc>
      </w:tr>
      <w:tr w:rsidR="00C54FD5" w14:paraId="22DDAF3C" w14:textId="77777777" w:rsidTr="00791014">
        <w:trPr>
          <w:jc w:val="center"/>
        </w:trPr>
        <w:tc>
          <w:tcPr>
            <w:tcW w:w="4800" w:type="dxa"/>
            <w:tcMar>
              <w:top w:w="40" w:type="dxa"/>
              <w:left w:w="60" w:type="dxa"/>
              <w:bottom w:w="40" w:type="dxa"/>
              <w:right w:w="60" w:type="dxa"/>
            </w:tcMar>
          </w:tcPr>
          <w:p w14:paraId="36E4A323" w14:textId="77777777" w:rsidR="00C54FD5" w:rsidRDefault="00C3228F" w:rsidP="00791014">
            <w:pPr>
              <w:shd w:val="clear" w:color="auto" w:fill="FFFFFF" w:themeFill="background1"/>
              <w:spacing w:after="0" w:line="240" w:lineRule="auto"/>
            </w:pPr>
            <w:r>
              <w:t>- GV hỏi: Tranh 1, mọi người đang làm gì?</w:t>
            </w:r>
          </w:p>
        </w:tc>
        <w:tc>
          <w:tcPr>
            <w:tcW w:w="4800" w:type="dxa"/>
            <w:tcMar>
              <w:top w:w="40" w:type="dxa"/>
              <w:left w:w="60" w:type="dxa"/>
              <w:bottom w:w="40" w:type="dxa"/>
              <w:right w:w="60" w:type="dxa"/>
            </w:tcMar>
          </w:tcPr>
          <w:p w14:paraId="7C534DD4" w14:textId="77777777" w:rsidR="00C54FD5" w:rsidRDefault="00C3228F" w:rsidP="00791014">
            <w:pPr>
              <w:shd w:val="clear" w:color="auto" w:fill="FFFFFF" w:themeFill="background1"/>
              <w:spacing w:after="0" w:line="240" w:lineRule="auto"/>
            </w:pPr>
            <w:r>
              <w:t>- HS trả lời: Mọi người đang dựng lều, chuẩn bị thức ăn, trò chuyện và chơi cùng nhau.</w:t>
            </w:r>
          </w:p>
        </w:tc>
      </w:tr>
      <w:tr w:rsidR="00C54FD5" w14:paraId="03ED7409" w14:textId="77777777" w:rsidTr="00791014">
        <w:trPr>
          <w:jc w:val="center"/>
        </w:trPr>
        <w:tc>
          <w:tcPr>
            <w:tcW w:w="4800" w:type="dxa"/>
            <w:tcMar>
              <w:top w:w="40" w:type="dxa"/>
              <w:left w:w="60" w:type="dxa"/>
              <w:bottom w:w="40" w:type="dxa"/>
              <w:right w:w="60" w:type="dxa"/>
            </w:tcMar>
          </w:tcPr>
          <w:p w14:paraId="2D9855F5" w14:textId="77777777" w:rsidR="00C54FD5" w:rsidRDefault="00C3228F" w:rsidP="00791014">
            <w:pPr>
              <w:shd w:val="clear" w:color="auto" w:fill="FFFFFF" w:themeFill="background1"/>
              <w:spacing w:after="0" w:line="240" w:lineRule="auto"/>
            </w:pPr>
            <w:r>
              <w:t>- GV hỏi: Tranh 2, mọi người đang ở đâu và làm gì?</w:t>
            </w:r>
          </w:p>
        </w:tc>
        <w:tc>
          <w:tcPr>
            <w:tcW w:w="4800" w:type="dxa"/>
            <w:tcMar>
              <w:top w:w="40" w:type="dxa"/>
              <w:left w:w="60" w:type="dxa"/>
              <w:bottom w:w="40" w:type="dxa"/>
              <w:right w:w="60" w:type="dxa"/>
            </w:tcMar>
          </w:tcPr>
          <w:p w14:paraId="48266495" w14:textId="77777777" w:rsidR="00C54FD5" w:rsidRDefault="00C3228F" w:rsidP="00791014">
            <w:pPr>
              <w:shd w:val="clear" w:color="auto" w:fill="FFFFFF" w:themeFill="background1"/>
              <w:spacing w:after="0" w:line="240" w:lineRule="auto"/>
            </w:pPr>
            <w:r>
              <w:t>- HS trả lời: Mọi người đang ở bãi biển; các bạn nhỏ tắm biển, chơi cát, nhặt vỏ sò, người lớn ngồi dưới ô che nắng.</w:t>
            </w:r>
          </w:p>
        </w:tc>
      </w:tr>
      <w:tr w:rsidR="00C54FD5" w14:paraId="51503FBB" w14:textId="77777777" w:rsidTr="00791014">
        <w:trPr>
          <w:jc w:val="center"/>
        </w:trPr>
        <w:tc>
          <w:tcPr>
            <w:tcW w:w="4800" w:type="dxa"/>
            <w:tcBorders>
              <w:bottom w:val="single" w:sz="6" w:space="0" w:color="000000"/>
            </w:tcBorders>
            <w:tcMar>
              <w:top w:w="40" w:type="dxa"/>
              <w:left w:w="60" w:type="dxa"/>
              <w:bottom w:w="40" w:type="dxa"/>
              <w:right w:w="60" w:type="dxa"/>
            </w:tcMar>
          </w:tcPr>
          <w:p w14:paraId="478930D2" w14:textId="77777777" w:rsidR="00C54FD5" w:rsidRDefault="00C3228F" w:rsidP="00791014">
            <w:pPr>
              <w:shd w:val="clear" w:color="auto" w:fill="FFFFFF" w:themeFill="background1"/>
              <w:spacing w:after="0" w:line="240" w:lineRule="auto"/>
            </w:pPr>
            <w:r>
              <w:t>- GV hỏi: Theo em, cảm xúc của mọi người trong tranh như thế nào?</w:t>
            </w:r>
          </w:p>
        </w:tc>
        <w:tc>
          <w:tcPr>
            <w:tcW w:w="4800" w:type="dxa"/>
            <w:tcBorders>
              <w:bottom w:val="single" w:sz="6" w:space="0" w:color="000000"/>
            </w:tcBorders>
            <w:tcMar>
              <w:top w:w="40" w:type="dxa"/>
              <w:left w:w="60" w:type="dxa"/>
              <w:bottom w:w="40" w:type="dxa"/>
              <w:right w:w="60" w:type="dxa"/>
            </w:tcMar>
          </w:tcPr>
          <w:p w14:paraId="7522C0ED" w14:textId="77777777" w:rsidR="00C54FD5" w:rsidRDefault="00C3228F" w:rsidP="00791014">
            <w:pPr>
              <w:shd w:val="clear" w:color="auto" w:fill="FFFFFF" w:themeFill="background1"/>
              <w:spacing w:after="0" w:line="240" w:lineRule="auto"/>
            </w:pPr>
            <w:r>
              <w:t>- HS trả lời: Mọi người rất vui vẻ, thoải mái, hào hứng và yêu thích chuyến đi.</w:t>
            </w:r>
          </w:p>
        </w:tc>
      </w:tr>
      <w:tr w:rsidR="00C54FD5" w14:paraId="1FF88ABE"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0EA9B7B0" w14:textId="77777777" w:rsidR="00C54FD5" w:rsidRDefault="00C3228F" w:rsidP="00791014">
            <w:pPr>
              <w:shd w:val="clear" w:color="auto" w:fill="FFFFFF" w:themeFill="background1"/>
              <w:spacing w:after="0" w:line="240" w:lineRule="auto"/>
            </w:pPr>
            <w:r>
              <w:rPr>
                <w:b/>
              </w:rPr>
              <w:t>3. LUYỆN TẬP - THỰC HÀNH (17 phút)</w:t>
            </w:r>
            <w:r>
              <w:br/>
            </w:r>
            <w:r>
              <w:rPr>
                <w:i/>
              </w:rPr>
              <w:t>Mục tiêu: HS viết được 4-5 câu kể về một buổi đi chơi theo sơ đồ gợi ý.</w:t>
            </w:r>
          </w:p>
        </w:tc>
      </w:tr>
      <w:tr w:rsidR="00C54FD5" w14:paraId="69040027" w14:textId="77777777" w:rsidTr="00791014">
        <w:trPr>
          <w:jc w:val="center"/>
        </w:trPr>
        <w:tc>
          <w:tcPr>
            <w:tcW w:w="4800" w:type="dxa"/>
            <w:tcBorders>
              <w:top w:val="single" w:sz="6" w:space="0" w:color="000000"/>
            </w:tcBorders>
            <w:tcMar>
              <w:top w:w="40" w:type="dxa"/>
              <w:left w:w="60" w:type="dxa"/>
              <w:bottom w:w="40" w:type="dxa"/>
              <w:right w:w="60" w:type="dxa"/>
            </w:tcMar>
          </w:tcPr>
          <w:p w14:paraId="1CEF7085" w14:textId="77777777" w:rsidR="00C54FD5" w:rsidRDefault="00C3228F" w:rsidP="00791014">
            <w:pPr>
              <w:shd w:val="clear" w:color="auto" w:fill="FFFFFF" w:themeFill="background1"/>
              <w:spacing w:after="0" w:line="240" w:lineRule="auto"/>
            </w:pPr>
            <w:r>
              <w:t xml:space="preserve">- </w:t>
            </w:r>
            <w:r>
              <w:rPr>
                <w:b/>
              </w:rPr>
              <w:t>Bài tập 2: Viết 4 - 5 câu kể về một buổi đi chơi cùng người thân (hoặc thầy cô, bạn bè).</w:t>
            </w:r>
          </w:p>
          <w:p w14:paraId="28BC5B76" w14:textId="42DC4B00" w:rsidR="00C54FD5" w:rsidRDefault="00C54FD5" w:rsidP="00791014">
            <w:pPr>
              <w:shd w:val="clear" w:color="auto" w:fill="FFFFFF" w:themeFill="background1"/>
              <w:spacing w:after="0"/>
              <w:jc w:val="center"/>
            </w:pPr>
          </w:p>
        </w:tc>
        <w:tc>
          <w:tcPr>
            <w:tcW w:w="4800" w:type="dxa"/>
            <w:tcBorders>
              <w:top w:val="single" w:sz="6" w:space="0" w:color="000000"/>
            </w:tcBorders>
            <w:tcMar>
              <w:top w:w="40" w:type="dxa"/>
              <w:left w:w="60" w:type="dxa"/>
              <w:bottom w:w="40" w:type="dxa"/>
              <w:right w:w="60" w:type="dxa"/>
            </w:tcMar>
          </w:tcPr>
          <w:p w14:paraId="5D0D79BC" w14:textId="77777777" w:rsidR="00C54FD5" w:rsidRDefault="00C3228F" w:rsidP="00791014">
            <w:pPr>
              <w:shd w:val="clear" w:color="auto" w:fill="FFFFFF" w:themeFill="background1"/>
              <w:spacing w:after="0" w:line="240" w:lineRule="auto"/>
            </w:pPr>
            <w:r>
              <w:t>- HS đọc đề bài, nêu yêu cầu: viết đoạn văn 4-5 câu.</w:t>
            </w:r>
          </w:p>
        </w:tc>
      </w:tr>
      <w:tr w:rsidR="00C54FD5" w14:paraId="7E4678DE" w14:textId="77777777" w:rsidTr="00791014">
        <w:trPr>
          <w:jc w:val="center"/>
        </w:trPr>
        <w:tc>
          <w:tcPr>
            <w:tcW w:w="4800" w:type="dxa"/>
            <w:tcMar>
              <w:top w:w="40" w:type="dxa"/>
              <w:left w:w="60" w:type="dxa"/>
              <w:bottom w:w="40" w:type="dxa"/>
              <w:right w:w="60" w:type="dxa"/>
            </w:tcMar>
          </w:tcPr>
          <w:p w14:paraId="5986D6B8" w14:textId="77777777" w:rsidR="00C54FD5" w:rsidRDefault="00C3228F" w:rsidP="00791014">
            <w:pPr>
              <w:shd w:val="clear" w:color="auto" w:fill="FFFFFF" w:themeFill="background1"/>
              <w:spacing w:after="0" w:line="240" w:lineRule="auto"/>
            </w:pPr>
            <w:r>
              <w:t>- GV hướng dẫn HS dựa vào sơ đồ gợi ý: (1) Em đã được đi đâu, vào thời gian nào? Có những ai cùng đi với em? (2) Mọi người đã làm những gì? (3) Em và mọi người có cảm xúc như thế nào? (4) Nêu cảm nghĩ của em về chuyến đi.</w:t>
            </w:r>
          </w:p>
        </w:tc>
        <w:tc>
          <w:tcPr>
            <w:tcW w:w="4800" w:type="dxa"/>
            <w:tcMar>
              <w:top w:w="40" w:type="dxa"/>
              <w:left w:w="60" w:type="dxa"/>
              <w:bottom w:w="40" w:type="dxa"/>
              <w:right w:w="60" w:type="dxa"/>
            </w:tcMar>
          </w:tcPr>
          <w:p w14:paraId="24E84908" w14:textId="77777777" w:rsidR="00C54FD5" w:rsidRDefault="00C3228F" w:rsidP="00791014">
            <w:pPr>
              <w:shd w:val="clear" w:color="auto" w:fill="FFFFFF" w:themeFill="background1"/>
              <w:spacing w:after="0" w:line="240" w:lineRule="auto"/>
            </w:pPr>
            <w:r>
              <w:t>- HS lắng nghe, xác định các ý cần viết trong đoạn văn.</w:t>
            </w:r>
          </w:p>
        </w:tc>
      </w:tr>
      <w:tr w:rsidR="00C54FD5" w14:paraId="3CE608D4" w14:textId="77777777" w:rsidTr="00791014">
        <w:trPr>
          <w:jc w:val="center"/>
        </w:trPr>
        <w:tc>
          <w:tcPr>
            <w:tcW w:w="4800" w:type="dxa"/>
            <w:tcMar>
              <w:top w:w="40" w:type="dxa"/>
              <w:left w:w="60" w:type="dxa"/>
              <w:bottom w:w="40" w:type="dxa"/>
              <w:right w:w="60" w:type="dxa"/>
            </w:tcMar>
          </w:tcPr>
          <w:p w14:paraId="7097C8FE" w14:textId="77777777" w:rsidR="00C54FD5" w:rsidRDefault="00C3228F" w:rsidP="00791014">
            <w:pPr>
              <w:shd w:val="clear" w:color="auto" w:fill="FFFFFF" w:themeFill="background1"/>
              <w:spacing w:after="0" w:line="240" w:lineRule="auto"/>
            </w:pPr>
            <w:r>
              <w:t>- GV cho HS nói miệng theo nhóm đôi trước khi viết.</w:t>
            </w:r>
          </w:p>
        </w:tc>
        <w:tc>
          <w:tcPr>
            <w:tcW w:w="4800" w:type="dxa"/>
            <w:tcMar>
              <w:top w:w="40" w:type="dxa"/>
              <w:left w:w="60" w:type="dxa"/>
              <w:bottom w:w="40" w:type="dxa"/>
              <w:right w:w="60" w:type="dxa"/>
            </w:tcMar>
          </w:tcPr>
          <w:p w14:paraId="0A06AB4B" w14:textId="77777777" w:rsidR="00C54FD5" w:rsidRDefault="00C3228F" w:rsidP="00791014">
            <w:pPr>
              <w:shd w:val="clear" w:color="auto" w:fill="FFFFFF" w:themeFill="background1"/>
              <w:spacing w:after="0" w:line="240" w:lineRule="auto"/>
            </w:pPr>
            <w:r>
              <w:t>- HS nói miệng. Dự kiến: Chủ nhật tuần trước, em đi biển cùng gia đình. Bãi biển rất đẹp, có cát trắng và sóng xanh. Em cùng anh trai xây lâu đài cát và nhặt vỏ sò. Mọi người đều vui vẻ. Em rất thích chuyến đi này.</w:t>
            </w:r>
          </w:p>
        </w:tc>
      </w:tr>
      <w:tr w:rsidR="00C54FD5" w14:paraId="35023F8F" w14:textId="77777777" w:rsidTr="00791014">
        <w:trPr>
          <w:jc w:val="center"/>
        </w:trPr>
        <w:tc>
          <w:tcPr>
            <w:tcW w:w="4800" w:type="dxa"/>
            <w:tcMar>
              <w:top w:w="40" w:type="dxa"/>
              <w:left w:w="60" w:type="dxa"/>
              <w:bottom w:w="40" w:type="dxa"/>
              <w:right w:w="60" w:type="dxa"/>
            </w:tcMar>
          </w:tcPr>
          <w:p w14:paraId="5FED89C6" w14:textId="77777777" w:rsidR="00C54FD5" w:rsidRDefault="00C3228F" w:rsidP="00791014">
            <w:pPr>
              <w:shd w:val="clear" w:color="auto" w:fill="FFFFFF" w:themeFill="background1"/>
              <w:spacing w:after="0" w:line="240" w:lineRule="auto"/>
            </w:pPr>
            <w:r>
              <w:t>- GV yêu cầu HS viết đoạn văn vào vở; nhắc HS viết câu rõ ràng, đầu câu viết hoa, cuối câu có dấu chấm.</w:t>
            </w:r>
          </w:p>
        </w:tc>
        <w:tc>
          <w:tcPr>
            <w:tcW w:w="4800" w:type="dxa"/>
            <w:tcMar>
              <w:top w:w="40" w:type="dxa"/>
              <w:left w:w="60" w:type="dxa"/>
              <w:bottom w:w="40" w:type="dxa"/>
              <w:right w:w="60" w:type="dxa"/>
            </w:tcMar>
          </w:tcPr>
          <w:p w14:paraId="36CB6C30" w14:textId="77777777" w:rsidR="00C54FD5" w:rsidRDefault="00C3228F" w:rsidP="00791014">
            <w:pPr>
              <w:shd w:val="clear" w:color="auto" w:fill="FFFFFF" w:themeFill="background1"/>
              <w:spacing w:after="0" w:line="240" w:lineRule="auto"/>
            </w:pPr>
            <w:r>
              <w:t>- HS viết đoạn văn 4-5 câu vào vở.</w:t>
            </w:r>
          </w:p>
        </w:tc>
      </w:tr>
      <w:tr w:rsidR="00C54FD5" w14:paraId="66B8D31A" w14:textId="77777777" w:rsidTr="00791014">
        <w:trPr>
          <w:jc w:val="center"/>
        </w:trPr>
        <w:tc>
          <w:tcPr>
            <w:tcW w:w="4800" w:type="dxa"/>
            <w:tcBorders>
              <w:bottom w:val="single" w:sz="6" w:space="0" w:color="000000"/>
            </w:tcBorders>
            <w:tcMar>
              <w:top w:w="40" w:type="dxa"/>
              <w:left w:w="60" w:type="dxa"/>
              <w:bottom w:w="40" w:type="dxa"/>
              <w:right w:w="60" w:type="dxa"/>
            </w:tcMar>
          </w:tcPr>
          <w:p w14:paraId="324D2DC9" w14:textId="77777777" w:rsidR="00C54FD5" w:rsidRDefault="00C3228F" w:rsidP="00791014">
            <w:pPr>
              <w:shd w:val="clear" w:color="auto" w:fill="FFFFFF" w:themeFill="background1"/>
              <w:spacing w:after="0" w:line="240" w:lineRule="auto"/>
            </w:pPr>
            <w:r>
              <w:lastRenderedPageBreak/>
              <w:t>- GV mời 2-3 HS đọc đoạn văn; nhận xét nội dung, cách dùng từ và dấu câu.</w:t>
            </w:r>
          </w:p>
        </w:tc>
        <w:tc>
          <w:tcPr>
            <w:tcW w:w="4800" w:type="dxa"/>
            <w:tcBorders>
              <w:bottom w:val="single" w:sz="6" w:space="0" w:color="000000"/>
            </w:tcBorders>
            <w:tcMar>
              <w:top w:w="40" w:type="dxa"/>
              <w:left w:w="60" w:type="dxa"/>
              <w:bottom w:w="40" w:type="dxa"/>
              <w:right w:w="60" w:type="dxa"/>
            </w:tcMar>
          </w:tcPr>
          <w:p w14:paraId="55E253E1" w14:textId="77777777" w:rsidR="00C54FD5" w:rsidRDefault="00C3228F" w:rsidP="00791014">
            <w:pPr>
              <w:shd w:val="clear" w:color="auto" w:fill="FFFFFF" w:themeFill="background1"/>
              <w:spacing w:after="0" w:line="240" w:lineRule="auto"/>
            </w:pPr>
            <w:r>
              <w:t>- HS đọc bài; lớp nhận xét bạn viết đủ ý, câu rõ ràng.</w:t>
            </w:r>
          </w:p>
        </w:tc>
      </w:tr>
      <w:tr w:rsidR="00C54FD5" w14:paraId="74ED2A5E"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5B8769A8" w14:textId="77777777" w:rsidR="00C54FD5" w:rsidRDefault="00C3228F" w:rsidP="00791014">
            <w:pPr>
              <w:shd w:val="clear" w:color="auto" w:fill="FFFFFF" w:themeFill="background1"/>
              <w:spacing w:after="0" w:line="240" w:lineRule="auto"/>
            </w:pPr>
            <w:r>
              <w:rPr>
                <w:b/>
              </w:rPr>
              <w:t>4. VẬN DỤNG (5 phút)</w:t>
            </w:r>
            <w:r>
              <w:br/>
            </w:r>
            <w:r>
              <w:rPr>
                <w:i/>
              </w:rPr>
              <w:t>Mục tiêu: HS biết giữ an toàn, giữ vệ sinh khi đi chơi.</w:t>
            </w:r>
          </w:p>
        </w:tc>
      </w:tr>
      <w:tr w:rsidR="00C54FD5" w14:paraId="43F1CAA4" w14:textId="77777777" w:rsidTr="00791014">
        <w:trPr>
          <w:jc w:val="center"/>
        </w:trPr>
        <w:tc>
          <w:tcPr>
            <w:tcW w:w="4800" w:type="dxa"/>
            <w:tcBorders>
              <w:top w:val="single" w:sz="6" w:space="0" w:color="000000"/>
            </w:tcBorders>
            <w:tcMar>
              <w:top w:w="40" w:type="dxa"/>
              <w:left w:w="60" w:type="dxa"/>
              <w:bottom w:w="40" w:type="dxa"/>
              <w:right w:w="60" w:type="dxa"/>
            </w:tcMar>
          </w:tcPr>
          <w:p w14:paraId="497F5E45" w14:textId="77777777" w:rsidR="00C54FD5" w:rsidRDefault="00C3228F" w:rsidP="00791014">
            <w:pPr>
              <w:shd w:val="clear" w:color="auto" w:fill="FFFFFF" w:themeFill="background1"/>
              <w:spacing w:after="0" w:line="240" w:lineRule="auto"/>
            </w:pPr>
            <w:r>
              <w:t>- GV nêu câu hỏi dẫn: Khi đi chơi ở công viên, bãi biển hoặc khu du lịch, em cần làm gì để vừa vui vừa an toàn, văn minh?</w:t>
            </w:r>
          </w:p>
        </w:tc>
        <w:tc>
          <w:tcPr>
            <w:tcW w:w="4800" w:type="dxa"/>
            <w:tcBorders>
              <w:top w:val="single" w:sz="6" w:space="0" w:color="000000"/>
            </w:tcBorders>
            <w:tcMar>
              <w:top w:w="40" w:type="dxa"/>
              <w:left w:w="60" w:type="dxa"/>
              <w:bottom w:w="40" w:type="dxa"/>
              <w:right w:w="60" w:type="dxa"/>
            </w:tcMar>
          </w:tcPr>
          <w:p w14:paraId="36505C4D" w14:textId="77777777" w:rsidR="00C54FD5" w:rsidRDefault="00C3228F" w:rsidP="00791014">
            <w:pPr>
              <w:shd w:val="clear" w:color="auto" w:fill="FFFFFF" w:themeFill="background1"/>
              <w:spacing w:after="0" w:line="240" w:lineRule="auto"/>
            </w:pPr>
            <w:r>
              <w:t>- HS nêu: Đi cùng người lớn, không tự ý tách đoàn, không xả rác, không chen lấn, không xuống nước khi chưa được phép, giữ đồ dùng cá nhân.</w:t>
            </w:r>
          </w:p>
        </w:tc>
      </w:tr>
      <w:tr w:rsidR="00C54FD5" w14:paraId="391F2CAC" w14:textId="77777777" w:rsidTr="00791014">
        <w:trPr>
          <w:jc w:val="center"/>
        </w:trPr>
        <w:tc>
          <w:tcPr>
            <w:tcW w:w="4800" w:type="dxa"/>
            <w:tcMar>
              <w:top w:w="40" w:type="dxa"/>
              <w:left w:w="60" w:type="dxa"/>
              <w:bottom w:w="40" w:type="dxa"/>
              <w:right w:w="60" w:type="dxa"/>
            </w:tcMar>
          </w:tcPr>
          <w:p w14:paraId="2DF7D929" w14:textId="77777777" w:rsidR="00C54FD5" w:rsidRDefault="00C3228F" w:rsidP="00791014">
            <w:pPr>
              <w:shd w:val="clear" w:color="auto" w:fill="FFFFFF" w:themeFill="background1"/>
              <w:spacing w:after="0" w:line="240" w:lineRule="auto"/>
            </w:pPr>
            <w:r>
              <w:rPr>
                <w:color w:val="C00000"/>
              </w:rPr>
              <w:t>- Tích hợp đạo đức, lối sống và BVMT: GV diễn giải: Một buổi đi chơi vui không chỉ là được ngắm cảnh, chụp hình hay ăn uống, mà còn là dịp các em học cách cư xử văn minh nơi công cộng. Khi đi chơi, các em cần đi theo người lớn, nghe hướng dẫn, không chạy xa khỏi nhóm, không leo trèo nguy hiểm, không hái hoa bẻ cành, không vứt rác xuống bãi cỏ hay xuống biển. Nếu thấy rác nhỏ, em có thể nhặt bỏ vào thùng khi an toàn. Biết giữ vệ sinh và giữ an toàn cho mình cũng là cách thể hiện trách nhiệm với gia đình, thầy cô, bạn bè và môi trường.</w:t>
            </w:r>
          </w:p>
        </w:tc>
        <w:tc>
          <w:tcPr>
            <w:tcW w:w="4800" w:type="dxa"/>
            <w:tcMar>
              <w:top w:w="40" w:type="dxa"/>
              <w:left w:w="60" w:type="dxa"/>
              <w:bottom w:w="40" w:type="dxa"/>
              <w:right w:w="60" w:type="dxa"/>
            </w:tcMar>
          </w:tcPr>
          <w:p w14:paraId="1852BCBC" w14:textId="77777777" w:rsidR="00C54FD5" w:rsidRDefault="00C3228F" w:rsidP="00791014">
            <w:pPr>
              <w:shd w:val="clear" w:color="auto" w:fill="FFFFFF" w:themeFill="background1"/>
              <w:spacing w:after="0" w:line="240" w:lineRule="auto"/>
            </w:pPr>
            <w:r>
              <w:rPr>
                <w:color w:val="C00000"/>
              </w:rPr>
              <w:t>- HS lắng nghe; nêu việc sẽ làm: Em đi theo người lớn, bỏ rác đúng nơi, không xuống nước một mình, giữ gìn cảnh đẹp.</w:t>
            </w:r>
          </w:p>
        </w:tc>
      </w:tr>
      <w:tr w:rsidR="00C54FD5" w14:paraId="51C188FA" w14:textId="77777777" w:rsidTr="00791014">
        <w:trPr>
          <w:jc w:val="center"/>
        </w:trPr>
        <w:tc>
          <w:tcPr>
            <w:tcW w:w="4800" w:type="dxa"/>
            <w:tcBorders>
              <w:bottom w:val="single" w:sz="6" w:space="0" w:color="000000"/>
            </w:tcBorders>
            <w:tcMar>
              <w:top w:w="40" w:type="dxa"/>
              <w:left w:w="60" w:type="dxa"/>
              <w:bottom w:w="40" w:type="dxa"/>
              <w:right w:w="60" w:type="dxa"/>
            </w:tcMar>
          </w:tcPr>
          <w:p w14:paraId="7C019B0C" w14:textId="77777777" w:rsidR="00C54FD5" w:rsidRDefault="00C3228F" w:rsidP="00791014">
            <w:pPr>
              <w:shd w:val="clear" w:color="auto" w:fill="FFFFFF" w:themeFill="background1"/>
              <w:spacing w:after="0" w:line="240" w:lineRule="auto"/>
            </w:pPr>
            <w:r>
              <w:t>- GV dặn HS hoàn thiện đoạn văn nếu chưa xong và chuẩn bị một truyện dân gian Việt Nam để đọc mở rộng.</w:t>
            </w:r>
          </w:p>
        </w:tc>
        <w:tc>
          <w:tcPr>
            <w:tcW w:w="4800" w:type="dxa"/>
            <w:tcBorders>
              <w:bottom w:val="single" w:sz="6" w:space="0" w:color="000000"/>
            </w:tcBorders>
            <w:tcMar>
              <w:top w:w="40" w:type="dxa"/>
              <w:left w:w="60" w:type="dxa"/>
              <w:bottom w:w="40" w:type="dxa"/>
              <w:right w:w="60" w:type="dxa"/>
            </w:tcMar>
          </w:tcPr>
          <w:p w14:paraId="64A61005" w14:textId="77777777" w:rsidR="00C54FD5" w:rsidRDefault="00C3228F" w:rsidP="00791014">
            <w:pPr>
              <w:shd w:val="clear" w:color="auto" w:fill="FFFFFF" w:themeFill="background1"/>
              <w:spacing w:after="0" w:line="240" w:lineRule="auto"/>
            </w:pPr>
            <w:r>
              <w:t>- HS lắng nghe, ghi nhớ.</w:t>
            </w:r>
          </w:p>
        </w:tc>
      </w:tr>
      <w:tr w:rsidR="00C54FD5" w14:paraId="7D027013"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08B0ADA6" w14:textId="77777777" w:rsidR="00C54FD5" w:rsidRDefault="00C3228F" w:rsidP="00791014">
            <w:pPr>
              <w:shd w:val="clear" w:color="auto" w:fill="FFFFFF" w:themeFill="background1"/>
              <w:spacing w:after="0" w:line="240" w:lineRule="auto"/>
            </w:pPr>
            <w:r>
              <w:rPr>
                <w:b/>
              </w:rPr>
              <w:t>TIẾT 6</w:t>
            </w:r>
            <w:r>
              <w:br/>
            </w:r>
            <w:r>
              <w:rPr>
                <w:b/>
              </w:rPr>
              <w:t>1. KHỞI ĐỘNG (3 phút)</w:t>
            </w:r>
            <w:r>
              <w:br/>
            </w:r>
            <w:r>
              <w:rPr>
                <w:i/>
              </w:rPr>
              <w:t>Mục tiêu: HS chia sẻ việc tìm đọc truyện dân gian Việt Nam.</w:t>
            </w:r>
          </w:p>
        </w:tc>
      </w:tr>
      <w:tr w:rsidR="00C54FD5" w14:paraId="4631242B" w14:textId="77777777" w:rsidTr="00791014">
        <w:trPr>
          <w:jc w:val="center"/>
        </w:trPr>
        <w:tc>
          <w:tcPr>
            <w:tcW w:w="4800" w:type="dxa"/>
            <w:tcBorders>
              <w:top w:val="single" w:sz="6" w:space="0" w:color="000000"/>
              <w:bottom w:val="single" w:sz="6" w:space="0" w:color="000000"/>
            </w:tcBorders>
            <w:tcMar>
              <w:top w:w="40" w:type="dxa"/>
              <w:left w:w="60" w:type="dxa"/>
              <w:bottom w:w="40" w:type="dxa"/>
              <w:right w:w="60" w:type="dxa"/>
            </w:tcMar>
          </w:tcPr>
          <w:p w14:paraId="619280A3" w14:textId="77777777" w:rsidR="00C54FD5" w:rsidRDefault="00C3228F" w:rsidP="00791014">
            <w:pPr>
              <w:shd w:val="clear" w:color="auto" w:fill="FFFFFF" w:themeFill="background1"/>
              <w:spacing w:after="0" w:line="240" w:lineRule="auto"/>
            </w:pPr>
            <w:r>
              <w:t>- GV hỏi: Em đã tìm đọc truyện dân gian Việt Nam nào? Em nhớ nhân vật hoặc sự việc nào trong truyện?</w:t>
            </w:r>
          </w:p>
        </w:tc>
        <w:tc>
          <w:tcPr>
            <w:tcW w:w="4800" w:type="dxa"/>
            <w:tcBorders>
              <w:top w:val="single" w:sz="6" w:space="0" w:color="000000"/>
              <w:bottom w:val="single" w:sz="6" w:space="0" w:color="000000"/>
            </w:tcBorders>
            <w:tcMar>
              <w:top w:w="40" w:type="dxa"/>
              <w:left w:w="60" w:type="dxa"/>
              <w:bottom w:w="40" w:type="dxa"/>
              <w:right w:w="60" w:type="dxa"/>
            </w:tcMar>
          </w:tcPr>
          <w:p w14:paraId="4C5DD13E" w14:textId="77777777" w:rsidR="00C54FD5" w:rsidRDefault="00C3228F" w:rsidP="00791014">
            <w:pPr>
              <w:shd w:val="clear" w:color="auto" w:fill="FFFFFF" w:themeFill="background1"/>
              <w:spacing w:after="0" w:line="240" w:lineRule="auto"/>
            </w:pPr>
            <w:r>
              <w:t>- HS nêu: Thạch Sanh, Tấm Cám, Cây tre trăm đốt, Sự tích Hồ Gươm, Chuyện quả bầu; em nhớ nhân vật Thạch Sanh, Tấm, Lê Lợi, con dúi.</w:t>
            </w:r>
          </w:p>
        </w:tc>
      </w:tr>
      <w:tr w:rsidR="00C54FD5" w14:paraId="1099AA74"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66456DFF" w14:textId="77777777" w:rsidR="00C54FD5" w:rsidRDefault="00C3228F" w:rsidP="00791014">
            <w:pPr>
              <w:shd w:val="clear" w:color="auto" w:fill="FFFFFF" w:themeFill="background1"/>
              <w:spacing w:after="0" w:line="240" w:lineRule="auto"/>
            </w:pPr>
            <w:r>
              <w:rPr>
                <w:b/>
              </w:rPr>
              <w:t>2. KHÁM PHÁ - LUYỆN TẬP (22 phút)</w:t>
            </w:r>
            <w:r>
              <w:br/>
            </w:r>
            <w:r>
              <w:rPr>
                <w:i/>
              </w:rPr>
              <w:t>Mục tiêu: HS đọc mở rộng, chia sẻ được tên truyện và nhân vật hoặc sự việc em thích.</w:t>
            </w:r>
          </w:p>
        </w:tc>
      </w:tr>
      <w:tr w:rsidR="00C54FD5" w14:paraId="3E33103E"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722CDD4F" w14:textId="77777777" w:rsidR="00C54FD5" w:rsidRDefault="00C3228F" w:rsidP="00791014">
            <w:pPr>
              <w:shd w:val="clear" w:color="auto" w:fill="FFFFFF" w:themeFill="background1"/>
              <w:spacing w:after="0" w:line="240" w:lineRule="auto"/>
            </w:pPr>
            <w:r>
              <w:rPr>
                <w:b/>
              </w:rPr>
              <w:t>Hoạt động 1: Đọc mở rộng</w:t>
            </w:r>
          </w:p>
        </w:tc>
      </w:tr>
      <w:tr w:rsidR="00C54FD5" w14:paraId="2F901793" w14:textId="77777777" w:rsidTr="00791014">
        <w:trPr>
          <w:jc w:val="center"/>
        </w:trPr>
        <w:tc>
          <w:tcPr>
            <w:tcW w:w="4800" w:type="dxa"/>
            <w:tcBorders>
              <w:top w:val="single" w:sz="6" w:space="0" w:color="000000"/>
            </w:tcBorders>
            <w:tcMar>
              <w:top w:w="40" w:type="dxa"/>
              <w:left w:w="60" w:type="dxa"/>
              <w:bottom w:w="40" w:type="dxa"/>
              <w:right w:w="60" w:type="dxa"/>
            </w:tcMar>
          </w:tcPr>
          <w:p w14:paraId="4802EDC5" w14:textId="77777777" w:rsidR="00C54FD5" w:rsidRDefault="00C3228F" w:rsidP="00791014">
            <w:pPr>
              <w:shd w:val="clear" w:color="auto" w:fill="FFFFFF" w:themeFill="background1"/>
              <w:spacing w:after="0" w:line="240" w:lineRule="auto"/>
            </w:pPr>
            <w:r>
              <w:t xml:space="preserve">- </w:t>
            </w:r>
            <w:r>
              <w:rPr>
                <w:b/>
              </w:rPr>
              <w:t>Bài tập 1: Tìm đọc truyện dân gian Việt Nam.</w:t>
            </w:r>
          </w:p>
          <w:p w14:paraId="336870D7" w14:textId="0635391A" w:rsidR="00C54FD5" w:rsidRDefault="00C54FD5" w:rsidP="00791014">
            <w:pPr>
              <w:shd w:val="clear" w:color="auto" w:fill="FFFFFF" w:themeFill="background1"/>
              <w:spacing w:after="0"/>
              <w:jc w:val="center"/>
            </w:pPr>
          </w:p>
        </w:tc>
        <w:tc>
          <w:tcPr>
            <w:tcW w:w="4800" w:type="dxa"/>
            <w:tcBorders>
              <w:top w:val="single" w:sz="6" w:space="0" w:color="000000"/>
            </w:tcBorders>
            <w:tcMar>
              <w:top w:w="40" w:type="dxa"/>
              <w:left w:w="60" w:type="dxa"/>
              <w:bottom w:w="40" w:type="dxa"/>
              <w:right w:w="60" w:type="dxa"/>
            </w:tcMar>
          </w:tcPr>
          <w:p w14:paraId="48BDAC84" w14:textId="77777777" w:rsidR="00C54FD5" w:rsidRDefault="00C3228F" w:rsidP="00791014">
            <w:pPr>
              <w:shd w:val="clear" w:color="auto" w:fill="FFFFFF" w:themeFill="background1"/>
              <w:spacing w:after="0" w:line="240" w:lineRule="auto"/>
            </w:pPr>
            <w:r>
              <w:t>- HS đọc yêu cầu, lấy sách/báo hoặc phiếu đọc đã chuẩn bị.</w:t>
            </w:r>
          </w:p>
        </w:tc>
      </w:tr>
      <w:tr w:rsidR="00C54FD5" w14:paraId="5BD767BC" w14:textId="77777777" w:rsidTr="00791014">
        <w:trPr>
          <w:jc w:val="center"/>
        </w:trPr>
        <w:tc>
          <w:tcPr>
            <w:tcW w:w="4800" w:type="dxa"/>
            <w:tcMar>
              <w:top w:w="40" w:type="dxa"/>
              <w:left w:w="60" w:type="dxa"/>
              <w:bottom w:w="40" w:type="dxa"/>
              <w:right w:w="60" w:type="dxa"/>
            </w:tcMar>
          </w:tcPr>
          <w:p w14:paraId="45E53127" w14:textId="77777777" w:rsidR="00C54FD5" w:rsidRDefault="00C3228F" w:rsidP="00791014">
            <w:pPr>
              <w:shd w:val="clear" w:color="auto" w:fill="FFFFFF" w:themeFill="background1"/>
              <w:spacing w:after="0" w:line="240" w:lineRule="auto"/>
            </w:pPr>
            <w:r>
              <w:t>- GV hướng dẫn HS ghi nhanh vào phiếu: tên truyện, nhân vật em nhớ, sự việc em thích.</w:t>
            </w:r>
          </w:p>
        </w:tc>
        <w:tc>
          <w:tcPr>
            <w:tcW w:w="4800" w:type="dxa"/>
            <w:tcMar>
              <w:top w:w="40" w:type="dxa"/>
              <w:left w:w="60" w:type="dxa"/>
              <w:bottom w:w="40" w:type="dxa"/>
              <w:right w:w="60" w:type="dxa"/>
            </w:tcMar>
          </w:tcPr>
          <w:p w14:paraId="049B7B57" w14:textId="77777777" w:rsidR="00C54FD5" w:rsidRDefault="00C3228F" w:rsidP="00791014">
            <w:pPr>
              <w:shd w:val="clear" w:color="auto" w:fill="FFFFFF" w:themeFill="background1"/>
              <w:spacing w:after="0" w:line="240" w:lineRule="auto"/>
            </w:pPr>
            <w:r>
              <w:t>- HS ghi phiếu. Dự kiến: Tên truyện: Thạch Sanh. Nhân vật: Thạch Sanh. Sự việc em thích: Thạch Sanh đánh đàn khiến quân giặc xin hàng.</w:t>
            </w:r>
          </w:p>
        </w:tc>
      </w:tr>
      <w:tr w:rsidR="00C54FD5" w14:paraId="3FD79453" w14:textId="77777777" w:rsidTr="00791014">
        <w:trPr>
          <w:jc w:val="center"/>
        </w:trPr>
        <w:tc>
          <w:tcPr>
            <w:tcW w:w="4800" w:type="dxa"/>
            <w:tcMar>
              <w:top w:w="40" w:type="dxa"/>
              <w:left w:w="60" w:type="dxa"/>
              <w:bottom w:w="40" w:type="dxa"/>
              <w:right w:w="60" w:type="dxa"/>
            </w:tcMar>
          </w:tcPr>
          <w:p w14:paraId="71B37ACD" w14:textId="77777777" w:rsidR="00C54FD5" w:rsidRDefault="00C3228F" w:rsidP="00791014">
            <w:pPr>
              <w:shd w:val="clear" w:color="auto" w:fill="FFFFFF" w:themeFill="background1"/>
              <w:spacing w:after="0" w:line="240" w:lineRule="auto"/>
            </w:pPr>
            <w:r>
              <w:t>- GV cho HS đọc thầm đoạn truyện hoặc xem lại phiếu đọc trong 5 phút.</w:t>
            </w:r>
          </w:p>
        </w:tc>
        <w:tc>
          <w:tcPr>
            <w:tcW w:w="4800" w:type="dxa"/>
            <w:tcMar>
              <w:top w:w="40" w:type="dxa"/>
              <w:left w:w="60" w:type="dxa"/>
              <w:bottom w:w="40" w:type="dxa"/>
              <w:right w:w="60" w:type="dxa"/>
            </w:tcMar>
          </w:tcPr>
          <w:p w14:paraId="0D7AECB5" w14:textId="77777777" w:rsidR="00C54FD5" w:rsidRDefault="00C3228F" w:rsidP="00791014">
            <w:pPr>
              <w:shd w:val="clear" w:color="auto" w:fill="FFFFFF" w:themeFill="background1"/>
              <w:spacing w:after="0" w:line="240" w:lineRule="auto"/>
            </w:pPr>
            <w:r>
              <w:t>- HS đọc thầm, chọn đoạn hoặc nhân vật muốn chia sẻ.</w:t>
            </w:r>
          </w:p>
        </w:tc>
      </w:tr>
      <w:tr w:rsidR="00C54FD5" w14:paraId="2F2F6D8B" w14:textId="77777777" w:rsidTr="00791014">
        <w:trPr>
          <w:jc w:val="center"/>
        </w:trPr>
        <w:tc>
          <w:tcPr>
            <w:tcW w:w="4800" w:type="dxa"/>
            <w:tcMar>
              <w:top w:w="40" w:type="dxa"/>
              <w:left w:w="60" w:type="dxa"/>
              <w:bottom w:w="40" w:type="dxa"/>
              <w:right w:w="60" w:type="dxa"/>
            </w:tcMar>
          </w:tcPr>
          <w:p w14:paraId="4C621350" w14:textId="77777777" w:rsidR="00C54FD5" w:rsidRDefault="00C3228F" w:rsidP="00791014">
            <w:pPr>
              <w:shd w:val="clear" w:color="auto" w:fill="FFFFFF" w:themeFill="background1"/>
              <w:spacing w:after="0" w:line="240" w:lineRule="auto"/>
            </w:pPr>
            <w:r>
              <w:t xml:space="preserve">- </w:t>
            </w:r>
            <w:r>
              <w:rPr>
                <w:b/>
              </w:rPr>
              <w:t>Bài tập 2: Nói với bạn về nhân vật hoặc sự việc em thích trong truyện đã đọc.</w:t>
            </w:r>
          </w:p>
        </w:tc>
        <w:tc>
          <w:tcPr>
            <w:tcW w:w="4800" w:type="dxa"/>
            <w:tcMar>
              <w:top w:w="40" w:type="dxa"/>
              <w:left w:w="60" w:type="dxa"/>
              <w:bottom w:w="40" w:type="dxa"/>
              <w:right w:w="60" w:type="dxa"/>
            </w:tcMar>
          </w:tcPr>
          <w:p w14:paraId="698BB1C3" w14:textId="77777777" w:rsidR="00C54FD5" w:rsidRDefault="00C3228F" w:rsidP="00791014">
            <w:pPr>
              <w:shd w:val="clear" w:color="auto" w:fill="FFFFFF" w:themeFill="background1"/>
              <w:spacing w:after="0" w:line="240" w:lineRule="auto"/>
            </w:pPr>
            <w:r>
              <w:t>- HS đọc yêu cầu bài tập.</w:t>
            </w:r>
          </w:p>
        </w:tc>
      </w:tr>
      <w:tr w:rsidR="00C54FD5" w14:paraId="2B69FF83" w14:textId="77777777" w:rsidTr="00791014">
        <w:trPr>
          <w:jc w:val="center"/>
        </w:trPr>
        <w:tc>
          <w:tcPr>
            <w:tcW w:w="4800" w:type="dxa"/>
            <w:tcMar>
              <w:top w:w="40" w:type="dxa"/>
              <w:left w:w="60" w:type="dxa"/>
              <w:bottom w:w="40" w:type="dxa"/>
              <w:right w:w="60" w:type="dxa"/>
            </w:tcMar>
          </w:tcPr>
          <w:p w14:paraId="498A2FF5" w14:textId="77777777" w:rsidR="00C54FD5" w:rsidRDefault="00C3228F" w:rsidP="00791014">
            <w:pPr>
              <w:shd w:val="clear" w:color="auto" w:fill="FFFFFF" w:themeFill="background1"/>
              <w:spacing w:after="0" w:line="240" w:lineRule="auto"/>
            </w:pPr>
            <w:r>
              <w:t>- GV tổ chức HS chia sẻ nhóm đôi: một bạn nói, một bạn lắng nghe và đặt 1 câu hỏi.</w:t>
            </w:r>
          </w:p>
        </w:tc>
        <w:tc>
          <w:tcPr>
            <w:tcW w:w="4800" w:type="dxa"/>
            <w:tcMar>
              <w:top w:w="40" w:type="dxa"/>
              <w:left w:w="60" w:type="dxa"/>
              <w:bottom w:w="40" w:type="dxa"/>
              <w:right w:w="60" w:type="dxa"/>
            </w:tcMar>
          </w:tcPr>
          <w:p w14:paraId="555EA843" w14:textId="77777777" w:rsidR="00C54FD5" w:rsidRDefault="00C3228F" w:rsidP="00791014">
            <w:pPr>
              <w:shd w:val="clear" w:color="auto" w:fill="FFFFFF" w:themeFill="background1"/>
              <w:spacing w:after="0" w:line="240" w:lineRule="auto"/>
            </w:pPr>
            <w:r>
              <w:t>- HS chia sẻ. Dự kiến: Tớ thích nhân vật Thạch Sanh vì bạn ấy dũng cảm, hiền lành. Tớ thích truyện Sự tích Hồ Gươm vì nói về lòng yêu nước.</w:t>
            </w:r>
          </w:p>
        </w:tc>
      </w:tr>
      <w:tr w:rsidR="00C54FD5" w14:paraId="14959CD1" w14:textId="77777777" w:rsidTr="00791014">
        <w:trPr>
          <w:jc w:val="center"/>
        </w:trPr>
        <w:tc>
          <w:tcPr>
            <w:tcW w:w="4800" w:type="dxa"/>
            <w:tcMar>
              <w:top w:w="40" w:type="dxa"/>
              <w:left w:w="60" w:type="dxa"/>
              <w:bottom w:w="40" w:type="dxa"/>
              <w:right w:w="60" w:type="dxa"/>
            </w:tcMar>
          </w:tcPr>
          <w:p w14:paraId="1C7C1105" w14:textId="77777777" w:rsidR="00C54FD5" w:rsidRDefault="00C3228F" w:rsidP="00791014">
            <w:pPr>
              <w:shd w:val="clear" w:color="auto" w:fill="FFFFFF" w:themeFill="background1"/>
              <w:spacing w:after="0" w:line="240" w:lineRule="auto"/>
            </w:pPr>
            <w:r>
              <w:t xml:space="preserve">- GV mời một số HS chia sẻ trước lớp; nhận xét </w:t>
            </w:r>
            <w:r>
              <w:lastRenderedPageBreak/>
              <w:t>cách nói rõ ràng, biết nêu lí do.</w:t>
            </w:r>
          </w:p>
        </w:tc>
        <w:tc>
          <w:tcPr>
            <w:tcW w:w="4800" w:type="dxa"/>
            <w:tcMar>
              <w:top w:w="40" w:type="dxa"/>
              <w:left w:w="60" w:type="dxa"/>
              <w:bottom w:w="40" w:type="dxa"/>
              <w:right w:w="60" w:type="dxa"/>
            </w:tcMar>
          </w:tcPr>
          <w:p w14:paraId="5EA5AAC8" w14:textId="77777777" w:rsidR="00C54FD5" w:rsidRDefault="00C3228F" w:rsidP="00791014">
            <w:pPr>
              <w:shd w:val="clear" w:color="auto" w:fill="FFFFFF" w:themeFill="background1"/>
              <w:spacing w:after="0" w:line="240" w:lineRule="auto"/>
            </w:pPr>
            <w:r>
              <w:lastRenderedPageBreak/>
              <w:t>- HS chia sẻ trước lớp; các bạn nhận xét lịch sự.</w:t>
            </w:r>
          </w:p>
        </w:tc>
      </w:tr>
      <w:tr w:rsidR="00C54FD5" w14:paraId="5FE02096" w14:textId="77777777" w:rsidTr="00791014">
        <w:trPr>
          <w:jc w:val="center"/>
        </w:trPr>
        <w:tc>
          <w:tcPr>
            <w:tcW w:w="4800" w:type="dxa"/>
            <w:tcMar>
              <w:top w:w="40" w:type="dxa"/>
              <w:left w:w="60" w:type="dxa"/>
              <w:bottom w:w="40" w:type="dxa"/>
              <w:right w:w="60" w:type="dxa"/>
            </w:tcMar>
          </w:tcPr>
          <w:p w14:paraId="4AADAF74" w14:textId="77777777" w:rsidR="00C54FD5" w:rsidRDefault="00C3228F" w:rsidP="00791014">
            <w:pPr>
              <w:shd w:val="clear" w:color="auto" w:fill="FFFFFF" w:themeFill="background1"/>
              <w:spacing w:after="0" w:line="240" w:lineRule="auto"/>
            </w:pPr>
            <w:r>
              <w:t>- GV nêu câu hỏi dẫn: Nếu cô dùng Google, thư viện số hoặc ChatGPT/Gemini để gợi ý tên truyện dân gian Việt Nam, em cần lưu ý những gì để đọc đúng và an toàn?</w:t>
            </w:r>
          </w:p>
        </w:tc>
        <w:tc>
          <w:tcPr>
            <w:tcW w:w="4800" w:type="dxa"/>
            <w:tcMar>
              <w:top w:w="40" w:type="dxa"/>
              <w:left w:w="60" w:type="dxa"/>
              <w:bottom w:w="40" w:type="dxa"/>
              <w:right w:w="60" w:type="dxa"/>
            </w:tcMar>
          </w:tcPr>
          <w:p w14:paraId="0430D175" w14:textId="77777777" w:rsidR="00C54FD5" w:rsidRDefault="00C3228F" w:rsidP="00791014">
            <w:pPr>
              <w:shd w:val="clear" w:color="auto" w:fill="FFFFFF" w:themeFill="background1"/>
              <w:spacing w:after="0" w:line="240" w:lineRule="auto"/>
            </w:pPr>
            <w:r>
              <w:t>- HS nêu: Cần hỏi người lớn, chọn nguồn phù hợp, không bấm link lạ, kiểm tra tên truyện, không sao chép nguyên văn khi kể.</w:t>
            </w:r>
          </w:p>
        </w:tc>
      </w:tr>
      <w:tr w:rsidR="00C54FD5" w14:paraId="6F1009CA" w14:textId="77777777" w:rsidTr="00791014">
        <w:trPr>
          <w:jc w:val="center"/>
        </w:trPr>
        <w:tc>
          <w:tcPr>
            <w:tcW w:w="4800" w:type="dxa"/>
            <w:tcBorders>
              <w:bottom w:val="single" w:sz="6" w:space="0" w:color="000000"/>
            </w:tcBorders>
            <w:tcMar>
              <w:top w:w="40" w:type="dxa"/>
              <w:left w:w="60" w:type="dxa"/>
              <w:bottom w:w="40" w:type="dxa"/>
              <w:right w:w="60" w:type="dxa"/>
            </w:tcMar>
          </w:tcPr>
          <w:p w14:paraId="344F0557" w14:textId="77777777" w:rsidR="00C54FD5" w:rsidRDefault="00C3228F" w:rsidP="00791014">
            <w:pPr>
              <w:shd w:val="clear" w:color="auto" w:fill="FFFFFF" w:themeFill="background1"/>
              <w:spacing w:after="0" w:line="240" w:lineRule="auto"/>
            </w:pPr>
            <w:r>
              <w:rPr>
                <w:color w:val="C00000"/>
              </w:rPr>
              <w:t>- Tích hợp NLS và AI: GV diễn giải: Khi tìm đọc truyện dân gian, các em có thể được cô hoặc người lớn hướng dẫn dùng Google, thư viện số, sách điện tử hoặc ChatGPT/Gemini để gợi ý tên truyện. Công cụ số giúp tìm nhanh, nhưng không phải nguồn nào cũng phù hợp với học sinh lớp 2. Các em cần mở trang do cô, cha mẹ hướng dẫn; không tự nhập tên, địa chỉ, số điện thoại; không bấm quảng cáo lạ; nếu nội dung có hình ảnh hoặc lời nói không phù hợp thì báo ngay cho người lớn. Với gợi ý của AI, các em chỉ xem như lời nhắc để chọn sách đọc, sau đó phải đọc truyện thật, kể bằng lời của mình và nói rõ mình thích nhân vật hay sự việc nào. Đọc mở rộng đúng cách giúp các em hiểu thêm văn hóa Việt Nam và sử dụng công nghệ an toàn, có trách nhiệm.</w:t>
            </w:r>
          </w:p>
        </w:tc>
        <w:tc>
          <w:tcPr>
            <w:tcW w:w="4800" w:type="dxa"/>
            <w:tcBorders>
              <w:bottom w:val="single" w:sz="6" w:space="0" w:color="000000"/>
            </w:tcBorders>
            <w:tcMar>
              <w:top w:w="40" w:type="dxa"/>
              <w:left w:w="60" w:type="dxa"/>
              <w:bottom w:w="40" w:type="dxa"/>
              <w:right w:w="60" w:type="dxa"/>
            </w:tcMar>
          </w:tcPr>
          <w:p w14:paraId="568CB531" w14:textId="77777777" w:rsidR="00C54FD5" w:rsidRDefault="00C3228F" w:rsidP="00791014">
            <w:pPr>
              <w:shd w:val="clear" w:color="auto" w:fill="FFFFFF" w:themeFill="background1"/>
              <w:spacing w:after="0" w:line="240" w:lineRule="auto"/>
            </w:pPr>
            <w:r>
              <w:rPr>
                <w:color w:val="C00000"/>
              </w:rPr>
              <w:t>- HS lắng nghe; nhắc lại nguyên tắc: dùng nguồn cô/người lớn hướng dẫn, không nhập thông tin cá nhân, không bấm link lạ, đọc thật và kể bằng lời của mình.</w:t>
            </w:r>
          </w:p>
        </w:tc>
      </w:tr>
      <w:tr w:rsidR="00C54FD5" w14:paraId="26D6F3EE" w14:textId="77777777" w:rsidTr="00791014">
        <w:trPr>
          <w:jc w:val="center"/>
        </w:trPr>
        <w:tc>
          <w:tcPr>
            <w:tcW w:w="10544" w:type="dxa"/>
            <w:gridSpan w:val="2"/>
            <w:tcBorders>
              <w:top w:val="single" w:sz="6" w:space="0" w:color="000000"/>
              <w:bottom w:val="single" w:sz="6" w:space="0" w:color="000000"/>
            </w:tcBorders>
            <w:shd w:val="clear" w:color="auto" w:fill="DDEBD6"/>
            <w:tcMar>
              <w:top w:w="40" w:type="dxa"/>
              <w:left w:w="60" w:type="dxa"/>
              <w:bottom w:w="40" w:type="dxa"/>
              <w:right w:w="60" w:type="dxa"/>
            </w:tcMar>
            <w:vAlign w:val="center"/>
          </w:tcPr>
          <w:p w14:paraId="5554874A" w14:textId="77777777" w:rsidR="00C54FD5" w:rsidRDefault="00C3228F" w:rsidP="00791014">
            <w:pPr>
              <w:shd w:val="clear" w:color="auto" w:fill="FFFFFF" w:themeFill="background1"/>
              <w:spacing w:after="0" w:line="240" w:lineRule="auto"/>
            </w:pPr>
            <w:r>
              <w:rPr>
                <w:b/>
              </w:rPr>
              <w:t>3. VẬN DỤNG (10 phút)</w:t>
            </w:r>
            <w:r>
              <w:br/>
            </w:r>
            <w:r>
              <w:rPr>
                <w:i/>
              </w:rPr>
              <w:t>Mục tiêu: HS liên hệ việc đọc truyện dân gian với tình yêu quê hương, văn hóa dân tộc.</w:t>
            </w:r>
          </w:p>
        </w:tc>
      </w:tr>
      <w:tr w:rsidR="00C54FD5" w14:paraId="5B831920" w14:textId="77777777" w:rsidTr="00791014">
        <w:trPr>
          <w:jc w:val="center"/>
        </w:trPr>
        <w:tc>
          <w:tcPr>
            <w:tcW w:w="4800" w:type="dxa"/>
            <w:tcBorders>
              <w:top w:val="single" w:sz="6" w:space="0" w:color="000000"/>
            </w:tcBorders>
            <w:tcMar>
              <w:top w:w="40" w:type="dxa"/>
              <w:left w:w="60" w:type="dxa"/>
              <w:bottom w:w="40" w:type="dxa"/>
              <w:right w:w="60" w:type="dxa"/>
            </w:tcMar>
          </w:tcPr>
          <w:p w14:paraId="1F58C755" w14:textId="77777777" w:rsidR="00C54FD5" w:rsidRDefault="00C3228F" w:rsidP="00791014">
            <w:pPr>
              <w:shd w:val="clear" w:color="auto" w:fill="FFFFFF" w:themeFill="background1"/>
              <w:spacing w:after="0" w:line="240" w:lineRule="auto"/>
            </w:pPr>
            <w:r>
              <w:t>- GV yêu cầu HS nói một câu giới thiệu truyện dân gian em muốn đọc thêm.</w:t>
            </w:r>
          </w:p>
        </w:tc>
        <w:tc>
          <w:tcPr>
            <w:tcW w:w="4800" w:type="dxa"/>
            <w:tcBorders>
              <w:top w:val="single" w:sz="6" w:space="0" w:color="000000"/>
            </w:tcBorders>
            <w:tcMar>
              <w:top w:w="40" w:type="dxa"/>
              <w:left w:w="60" w:type="dxa"/>
              <w:bottom w:w="40" w:type="dxa"/>
              <w:right w:w="60" w:type="dxa"/>
            </w:tcMar>
          </w:tcPr>
          <w:p w14:paraId="2BE3C180" w14:textId="77777777" w:rsidR="00C54FD5" w:rsidRDefault="00C3228F" w:rsidP="00791014">
            <w:pPr>
              <w:shd w:val="clear" w:color="auto" w:fill="FFFFFF" w:themeFill="background1"/>
              <w:spacing w:after="0" w:line="240" w:lineRule="auto"/>
            </w:pPr>
            <w:r>
              <w:t>- HS nói: Em muốn đọc thêm truyện Cây tre trăm đốt. Em muốn đọc truyện Sự tích trầu cau. Em muốn đọc truyện Sơn Tinh, Thủy Tinh.</w:t>
            </w:r>
          </w:p>
        </w:tc>
      </w:tr>
      <w:tr w:rsidR="00C54FD5" w14:paraId="5606DD3F" w14:textId="77777777" w:rsidTr="00791014">
        <w:trPr>
          <w:jc w:val="center"/>
        </w:trPr>
        <w:tc>
          <w:tcPr>
            <w:tcW w:w="4800" w:type="dxa"/>
            <w:tcMar>
              <w:top w:w="40" w:type="dxa"/>
              <w:left w:w="60" w:type="dxa"/>
              <w:bottom w:w="40" w:type="dxa"/>
              <w:right w:w="60" w:type="dxa"/>
            </w:tcMar>
          </w:tcPr>
          <w:p w14:paraId="4F67C15B" w14:textId="77777777" w:rsidR="00C54FD5" w:rsidRDefault="00C3228F" w:rsidP="00791014">
            <w:pPr>
              <w:shd w:val="clear" w:color="auto" w:fill="FFFFFF" w:themeFill="background1"/>
              <w:spacing w:after="0" w:line="240" w:lineRule="auto"/>
            </w:pPr>
            <w:r>
              <w:t>- GV dặn HS tiếp tục tìm đọc truyện dân gian Việt Nam và kể lại cho người thân nghe một nhân vật hoặc sự việc em thích.</w:t>
            </w:r>
          </w:p>
        </w:tc>
        <w:tc>
          <w:tcPr>
            <w:tcW w:w="4800" w:type="dxa"/>
            <w:tcMar>
              <w:top w:w="40" w:type="dxa"/>
              <w:left w:w="60" w:type="dxa"/>
              <w:bottom w:w="40" w:type="dxa"/>
              <w:right w:w="60" w:type="dxa"/>
            </w:tcMar>
          </w:tcPr>
          <w:p w14:paraId="5A71AD01" w14:textId="77777777" w:rsidR="00C54FD5" w:rsidRDefault="00C3228F" w:rsidP="00791014">
            <w:pPr>
              <w:shd w:val="clear" w:color="auto" w:fill="FFFFFF" w:themeFill="background1"/>
              <w:spacing w:after="0" w:line="240" w:lineRule="auto"/>
            </w:pPr>
            <w:r>
              <w:t>- HS lắng nghe, ghi nhớ.</w:t>
            </w:r>
          </w:p>
        </w:tc>
      </w:tr>
    </w:tbl>
    <w:p w14:paraId="6062AA94" w14:textId="77777777" w:rsidR="00C54FD5" w:rsidRDefault="00C3228F" w:rsidP="00791014">
      <w:pPr>
        <w:shd w:val="clear" w:color="auto" w:fill="FFFFFF" w:themeFill="background1"/>
        <w:spacing w:after="0" w:line="240" w:lineRule="auto"/>
      </w:pPr>
      <w:r>
        <w:rPr>
          <w:b/>
        </w:rPr>
        <w:t>IV. ĐIỀU CHỈNH SAU TIẾT HỌC (NẾU CÓ)</w:t>
      </w:r>
    </w:p>
    <w:p w14:paraId="4436D0CC" w14:textId="77777777" w:rsidR="00C54FD5" w:rsidRDefault="00C54FD5" w:rsidP="00791014">
      <w:pPr>
        <w:shd w:val="clear" w:color="auto" w:fill="FFFFFF" w:themeFill="background1"/>
        <w:spacing w:after="0" w:line="240" w:lineRule="auto"/>
      </w:pPr>
    </w:p>
    <w:sectPr w:rsidR="00C54FD5" w:rsidSect="00034616">
      <w:pgSz w:w="11906" w:h="16838"/>
      <w:pgMar w:top="709" w:right="652" w:bottom="652"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80068226">
    <w:abstractNumId w:val="8"/>
  </w:num>
  <w:num w:numId="2" w16cid:durableId="317730436">
    <w:abstractNumId w:val="6"/>
  </w:num>
  <w:num w:numId="3" w16cid:durableId="823622568">
    <w:abstractNumId w:val="5"/>
  </w:num>
  <w:num w:numId="4" w16cid:durableId="1227497721">
    <w:abstractNumId w:val="4"/>
  </w:num>
  <w:num w:numId="5" w16cid:durableId="173080766">
    <w:abstractNumId w:val="7"/>
  </w:num>
  <w:num w:numId="6" w16cid:durableId="447314579">
    <w:abstractNumId w:val="3"/>
  </w:num>
  <w:num w:numId="7" w16cid:durableId="1666937173">
    <w:abstractNumId w:val="2"/>
  </w:num>
  <w:num w:numId="8" w16cid:durableId="162549412">
    <w:abstractNumId w:val="1"/>
  </w:num>
  <w:num w:numId="9" w16cid:durableId="735323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7A9A"/>
    <w:rsid w:val="00791014"/>
    <w:rsid w:val="00AA1D8D"/>
    <w:rsid w:val="00B47730"/>
    <w:rsid w:val="00C3228F"/>
    <w:rsid w:val="00C54FD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B622EC"/>
  <w14:defaultImageDpi w14:val="300"/>
  <w15:docId w15:val="{5F22FB9D-6ECB-4484-9BBF-C12D1ED63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AEB15-C0E0-407C-8DAB-3B24DB0A6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6919</Words>
  <Characters>39442</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2026-06-08T15:12:00Z</dcterms:created>
  <dcterms:modified xsi:type="dcterms:W3CDTF">2026-08-17T15:32:00Z</dcterms:modified>
  <cp:category/>
</cp:coreProperties>
</file>