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3846" w:rsidRDefault="002F0204">
      <w:pPr>
        <w:jc w:val="center"/>
      </w:pPr>
      <w:r>
        <w:rPr>
          <w:b/>
        </w:rPr>
        <w:t>KẾ HOẠCH BÀI DẠY MÔN TỰ NHIÊN VÀ XÃ HỘI</w:t>
      </w:r>
    </w:p>
    <w:p w:rsidR="00CA3846" w:rsidRDefault="002F0204">
      <w:pPr>
        <w:jc w:val="center"/>
      </w:pPr>
      <w:r>
        <w:rPr>
          <w:b/>
        </w:rPr>
        <w:t>CHỦ ĐỀ 3: CỘNG ĐỒNG ĐỊA PHƯƠNG</w:t>
      </w:r>
    </w:p>
    <w:p w:rsidR="00CA3846" w:rsidRDefault="002F0204">
      <w:pPr>
        <w:jc w:val="center"/>
      </w:pPr>
      <w:r>
        <w:rPr>
          <w:b/>
        </w:rPr>
        <w:t>BÀI 12: VUI ĐÓN TẾT (TIẾT 1)</w:t>
      </w:r>
    </w:p>
    <w:p w:rsidR="00CA3846" w:rsidRDefault="002F0204">
      <w:r>
        <w:rPr>
          <w:b/>
        </w:rPr>
        <w:t>I. YÊU CẦU CẦN ĐẠT</w:t>
      </w:r>
    </w:p>
    <w:p w:rsidR="00CA3846" w:rsidRDefault="002F0204">
      <w:r>
        <w:rPr>
          <w:b/>
        </w:rPr>
        <w:t>1. Năng lực đặc thù</w:t>
      </w:r>
    </w:p>
    <w:p w:rsidR="00CA3846" w:rsidRDefault="002F0204">
      <w:r>
        <w:t>- Nói được thời gian diễn ra ngày Tết cổ truyền và kể được một số việc gia đình chuẩn bị Tết.</w:t>
      </w:r>
    </w:p>
    <w:p w:rsidR="00CA3846" w:rsidRDefault="002F0204">
      <w:r>
        <w:t>- Bộc lộ được cảm xúc vui tươi, đúng mực khi nói về ngày Tết.</w:t>
      </w:r>
    </w:p>
    <w:p w:rsidR="00CA3846" w:rsidRDefault="002F0204">
      <w:r>
        <w:t>- Nhận biết được quyền tham gia hoạt động văn hóa phù hợp với lứa tuổi.</w:t>
      </w:r>
    </w:p>
    <w:p w:rsidR="00CA3846" w:rsidRDefault="002F0204">
      <w:r>
        <w:rPr>
          <w:b/>
        </w:rPr>
        <w:t>2. Năng lực chung</w:t>
      </w:r>
    </w:p>
    <w:p w:rsidR="00CA3846" w:rsidRDefault="002F0204">
      <w:r>
        <w:t>- Tự chủ và tự học: Nhớ lại, tìm hiểu phong tục Tết của gia đình.</w:t>
      </w:r>
    </w:p>
    <w:p w:rsidR="00CA3846" w:rsidRDefault="002F0204">
      <w:r>
        <w:t>- Giao tiếp và hợp tác: Chia sẻ và lắng nghe bạn kể về ngày Tết.</w:t>
      </w:r>
    </w:p>
    <w:p w:rsidR="00CA3846" w:rsidRDefault="002F0204">
      <w:r>
        <w:t>- Giải quyết vấn đề và sáng tạo: Nêu được việc em có thể tham gia chuẩn bị Tết.</w:t>
      </w:r>
    </w:p>
    <w:p w:rsidR="00CA3846" w:rsidRDefault="002F0204">
      <w:r>
        <w:rPr>
          <w:b/>
        </w:rPr>
        <w:t>3. Phẩm chất</w:t>
      </w:r>
    </w:p>
    <w:p w:rsidR="00CA3846" w:rsidRDefault="002F0204">
      <w:r>
        <w:t>- Chăm chỉ: Tự giác làm việc vừa sức để cùng gia đình đón Tết.</w:t>
      </w:r>
    </w:p>
    <w:p w:rsidR="00CA3846" w:rsidRDefault="002F0204">
      <w:r>
        <w:t>- Trách nhiệm: Giữ gìn nét đẹp văn hóa và bảo đảm an toàn khi tham gia hoạt động.</w:t>
      </w:r>
    </w:p>
    <w:p w:rsidR="00CA3846" w:rsidRDefault="002F0204">
      <w:r>
        <w:t>- Nhân ái: Biết kính trọng, quan tâm người thân trong dịp Tết.</w:t>
      </w:r>
    </w:p>
    <w:p w:rsidR="00CA3846" w:rsidRDefault="002F0204">
      <w:r>
        <w:rPr>
          <w:b/>
        </w:rPr>
        <w:t>4. Tích hợp</w:t>
      </w:r>
    </w:p>
    <w:p w:rsidR="00CA3846" w:rsidRDefault="002F0204">
      <w:r>
        <w:rPr>
          <w:color w:val="C00000"/>
        </w:rPr>
        <w:t>- Quyền trẻ em: Học sinh có quyền được tham gia các hoạt động văn hóa truyền thống phù hợp với lứa tuổi trong dịp Tết.</w:t>
      </w:r>
    </w:p>
    <w:p w:rsidR="00CA3846" w:rsidRDefault="002F0204">
      <w:r>
        <w:rPr>
          <w:b/>
        </w:rPr>
        <w:t>II. ĐỒ DÙNG DẠY HỌC</w:t>
      </w:r>
    </w:p>
    <w:p w:rsidR="00CA3846" w:rsidRDefault="002F0204">
      <w:r>
        <w:t>- SGK Tự nhiên và Xã hội 1; tranh hoạt động chuẩn bị Tết.</w:t>
      </w:r>
    </w:p>
    <w:p w:rsidR="00CA3846" w:rsidRDefault="002F0204">
      <w:r>
        <w:t>- Một số thiệp chúc Tết hoặc giấy màu để học sinh thể hiện lời chúc.</w:t>
      </w:r>
    </w:p>
    <w:p w:rsidR="00CA3846" w:rsidRDefault="002F0204">
      <w:r>
        <w:t>- Máy tính, máy chiếu (nếu có).</w:t>
      </w:r>
    </w:p>
    <w:p w:rsidR="00CA3846" w:rsidRDefault="002F0204">
      <w:r>
        <w:rPr>
          <w:b/>
        </w:rPr>
        <w:t>III. CÁC HOẠT ĐỘNG DẠY HỌC</w:t>
      </w:r>
    </w:p>
    <w:tbl>
      <w:tblPr>
        <w:tblStyle w:val="TableGrid"/>
        <w:tblW w:w="0" w:type="auto"/>
        <w:jc w:val="center"/>
        <w:tblBorders>
          <w:insideH w:val="none" w:sz="0" w:space="0" w:color="auto"/>
        </w:tblBorders>
        <w:tblLayout w:type="fixed"/>
        <w:tblLook w:val="04A0" w:firstRow="1" w:lastRow="0" w:firstColumn="1" w:lastColumn="0" w:noHBand="0" w:noVBand="1"/>
      </w:tblPr>
      <w:tblGrid>
        <w:gridCol w:w="5244"/>
        <w:gridCol w:w="5241"/>
      </w:tblGrid>
      <w:tr w:rsidR="00CA3846" w:rsidTr="006E3629">
        <w:trPr>
          <w:tblHeader/>
          <w:jc w:val="center"/>
        </w:trPr>
        <w:tc>
          <w:tcPr>
            <w:tcW w:w="5244" w:type="dxa"/>
            <w:tcBorders>
              <w:bottom w:val="single" w:sz="4" w:space="0" w:color="auto"/>
            </w:tcBorders>
            <w:shd w:val="clear" w:color="auto" w:fill="auto"/>
            <w:vAlign w:val="center"/>
          </w:tcPr>
          <w:p w:rsidR="00CA3846" w:rsidRDefault="002F0204">
            <w:pPr>
              <w:jc w:val="center"/>
            </w:pPr>
            <w:r>
              <w:rPr>
                <w:b/>
              </w:rPr>
              <w:t>HOẠT ĐỘNG CỦA GIÁO VIÊN</w:t>
            </w:r>
          </w:p>
        </w:tc>
        <w:tc>
          <w:tcPr>
            <w:tcW w:w="4025" w:type="dxa"/>
            <w:tcBorders>
              <w:bottom w:val="single" w:sz="4" w:space="0" w:color="auto"/>
            </w:tcBorders>
            <w:shd w:val="clear" w:color="auto" w:fill="auto"/>
            <w:vAlign w:val="center"/>
          </w:tcPr>
          <w:p w:rsidR="00CA3846" w:rsidRDefault="002F0204">
            <w:pPr>
              <w:jc w:val="center"/>
            </w:pPr>
            <w:r>
              <w:rPr>
                <w:b/>
              </w:rPr>
              <w:t>HOẠT ĐỘNG CỦA HỌC SINH</w:t>
            </w:r>
          </w:p>
        </w:tc>
      </w:tr>
      <w:tr w:rsidR="00CA3846" w:rsidTr="006E3629">
        <w:trPr>
          <w:jc w:val="center"/>
        </w:trPr>
        <w:tc>
          <w:tcPr>
            <w:tcW w:w="10482" w:type="dxa"/>
            <w:gridSpan w:val="2"/>
            <w:tcBorders>
              <w:top w:val="single" w:sz="4" w:space="0" w:color="auto"/>
              <w:bottom w:val="single" w:sz="4" w:space="0" w:color="auto"/>
            </w:tcBorders>
            <w:shd w:val="clear" w:color="auto" w:fill="auto"/>
          </w:tcPr>
          <w:p w:rsidR="00CA3846" w:rsidRDefault="002F0204">
            <w:r>
              <w:rPr>
                <w:b/>
              </w:rPr>
              <w:t>1. Khởi động</w:t>
            </w:r>
          </w:p>
          <w:p w:rsidR="00CA3846" w:rsidRDefault="002F0204">
            <w:r>
              <w:rPr>
                <w:b/>
              </w:rPr>
              <w:t>Mục tiêu: Gợi không khí vui tươi và hiểu biết ban đầu về ngày Tết.</w:t>
            </w:r>
          </w:p>
        </w:tc>
      </w:tr>
      <w:tr w:rsidR="00CA3846" w:rsidTr="006E3629">
        <w:trPr>
          <w:jc w:val="center"/>
        </w:trPr>
        <w:tc>
          <w:tcPr>
            <w:tcW w:w="5241" w:type="dxa"/>
            <w:tcBorders>
              <w:top w:val="single" w:sz="4" w:space="0" w:color="auto"/>
            </w:tcBorders>
            <w:shd w:val="clear" w:color="auto" w:fill="auto"/>
          </w:tcPr>
          <w:p w:rsidR="00CA3846" w:rsidRDefault="002F0204">
            <w:r>
              <w:t>- Nghe một đoạn bài hát về ngày Tết và cho biết bài hát nhắc đến dịp nào.</w:t>
            </w:r>
          </w:p>
        </w:tc>
        <w:tc>
          <w:tcPr>
            <w:tcW w:w="5241" w:type="dxa"/>
            <w:tcBorders>
              <w:top w:val="single" w:sz="4" w:space="0" w:color="auto"/>
            </w:tcBorders>
            <w:shd w:val="clear" w:color="auto" w:fill="auto"/>
          </w:tcPr>
          <w:p w:rsidR="00CA3846" w:rsidRDefault="002F0204">
            <w:r>
              <w:t>- Bài hát nhắc đến ngày Tết cổ truyền.</w:t>
            </w:r>
          </w:p>
        </w:tc>
      </w:tr>
      <w:tr w:rsidR="00CA3846" w:rsidTr="006E3629">
        <w:trPr>
          <w:jc w:val="center"/>
        </w:trPr>
        <w:tc>
          <w:tcPr>
            <w:tcW w:w="5241" w:type="dxa"/>
            <w:shd w:val="clear" w:color="auto" w:fill="auto"/>
          </w:tcPr>
          <w:p w:rsidR="00CA3846" w:rsidRDefault="002F0204">
            <w:r>
              <w:t>- Khi Tết đến, em thường cảm thấy thế nào?</w:t>
            </w:r>
          </w:p>
        </w:tc>
        <w:tc>
          <w:tcPr>
            <w:tcW w:w="5241" w:type="dxa"/>
            <w:shd w:val="clear" w:color="auto" w:fill="auto"/>
          </w:tcPr>
          <w:p w:rsidR="00CA3846" w:rsidRDefault="002F0204">
            <w:r>
              <w:t>- Em cảm thấy vui, háo hức vì được đón Tết cùng gia đình.</w:t>
            </w:r>
          </w:p>
        </w:tc>
      </w:tr>
      <w:tr w:rsidR="00CA3846" w:rsidTr="006E3629">
        <w:trPr>
          <w:jc w:val="center"/>
        </w:trPr>
        <w:tc>
          <w:tcPr>
            <w:tcW w:w="5241" w:type="dxa"/>
            <w:tcBorders>
              <w:bottom w:val="single" w:sz="4" w:space="0" w:color="auto"/>
            </w:tcBorders>
            <w:shd w:val="clear" w:color="auto" w:fill="auto"/>
          </w:tcPr>
          <w:p w:rsidR="00CA3846" w:rsidRDefault="002F0204">
            <w:r>
              <w:t>- Chốt ý, kết luận: Tết cổ truyền là dịp mọi người sum họp, vui vẻ và cùng giữ gìn nét đẹp của dân tộc.</w:t>
            </w:r>
          </w:p>
        </w:tc>
        <w:tc>
          <w:tcPr>
            <w:tcW w:w="5241" w:type="dxa"/>
            <w:tcBorders>
              <w:bottom w:val="single" w:sz="4" w:space="0" w:color="auto"/>
            </w:tcBorders>
            <w:shd w:val="clear" w:color="auto" w:fill="auto"/>
          </w:tcPr>
          <w:p w:rsidR="00CA3846" w:rsidRDefault="002F0204">
            <w:r>
              <w:t>- Lắng nghe.</w:t>
            </w:r>
          </w:p>
        </w:tc>
      </w:tr>
      <w:tr w:rsidR="00CA3846" w:rsidTr="006E3629">
        <w:trPr>
          <w:jc w:val="center"/>
        </w:trPr>
        <w:tc>
          <w:tcPr>
            <w:tcW w:w="10482" w:type="dxa"/>
            <w:gridSpan w:val="2"/>
            <w:tcBorders>
              <w:top w:val="single" w:sz="4" w:space="0" w:color="auto"/>
              <w:bottom w:val="single" w:sz="4" w:space="0" w:color="auto"/>
            </w:tcBorders>
            <w:shd w:val="clear" w:color="auto" w:fill="auto"/>
          </w:tcPr>
          <w:p w:rsidR="00CA3846" w:rsidRDefault="002F0204">
            <w:r>
              <w:rPr>
                <w:b/>
              </w:rPr>
              <w:t>2. Khám phá: Gia đình chuẩn bị đón Tết</w:t>
            </w:r>
          </w:p>
          <w:p w:rsidR="00CA3846" w:rsidRDefault="002F0204">
            <w:r>
              <w:rPr>
                <w:b/>
              </w:rPr>
              <w:t>Mục tiêu: Kể được các hoạt động chuẩn bị Tết được thể hiện trong tranh.</w:t>
            </w:r>
          </w:p>
        </w:tc>
      </w:tr>
      <w:tr w:rsidR="00CA3846" w:rsidTr="006E3629">
        <w:trPr>
          <w:jc w:val="center"/>
        </w:trPr>
        <w:tc>
          <w:tcPr>
            <w:tcW w:w="5241" w:type="dxa"/>
            <w:tcBorders>
              <w:top w:val="single" w:sz="4" w:space="0" w:color="auto"/>
            </w:tcBorders>
            <w:shd w:val="clear" w:color="auto" w:fill="auto"/>
          </w:tcPr>
          <w:p w:rsidR="00CA3846" w:rsidRDefault="002F0204" w:rsidP="006E3629">
            <w:r>
              <w:t>- Quan sát tranh và cho biết gia đình Hoa đang chuẩn bị những gì cho ngày Tết.</w:t>
            </w:r>
          </w:p>
        </w:tc>
        <w:tc>
          <w:tcPr>
            <w:tcW w:w="5241" w:type="dxa"/>
            <w:tcBorders>
              <w:top w:val="single" w:sz="4" w:space="0" w:color="auto"/>
            </w:tcBorders>
            <w:shd w:val="clear" w:color="auto" w:fill="auto"/>
          </w:tcPr>
          <w:p w:rsidR="00CA3846" w:rsidRDefault="002F0204">
            <w:r>
              <w:t xml:space="preserve">- Gia đình Hoa mua hoa, dọn dẹp nhà cửa, chuẩn bị đồ </w:t>
            </w:r>
            <w:proofErr w:type="gramStart"/>
            <w:r>
              <w:t>ăn</w:t>
            </w:r>
            <w:proofErr w:type="gramEnd"/>
            <w:r>
              <w:t xml:space="preserve"> và sum họp cùng nhau.</w:t>
            </w:r>
          </w:p>
        </w:tc>
      </w:tr>
      <w:tr w:rsidR="00CA3846" w:rsidTr="006E3629">
        <w:trPr>
          <w:jc w:val="center"/>
        </w:trPr>
        <w:tc>
          <w:tcPr>
            <w:tcW w:w="5241" w:type="dxa"/>
            <w:shd w:val="clear" w:color="auto" w:fill="auto"/>
          </w:tcPr>
          <w:p w:rsidR="00CA3846" w:rsidRDefault="002F0204">
            <w:r>
              <w:t xml:space="preserve">- Hoa và em trai có thể tham gia việc nào vừa </w:t>
            </w:r>
            <w:r>
              <w:lastRenderedPageBreak/>
              <w:t>sức?</w:t>
            </w:r>
          </w:p>
        </w:tc>
        <w:tc>
          <w:tcPr>
            <w:tcW w:w="5241" w:type="dxa"/>
            <w:shd w:val="clear" w:color="auto" w:fill="auto"/>
          </w:tcPr>
          <w:p w:rsidR="00CA3846" w:rsidRDefault="002F0204">
            <w:r>
              <w:lastRenderedPageBreak/>
              <w:t xml:space="preserve">- Hoa và em trai có thể lau bàn, sắp xếp đồ </w:t>
            </w:r>
            <w:r>
              <w:lastRenderedPageBreak/>
              <w:t>dùng, trang trí góc nhỏ hoặc chúc Tết người thân.</w:t>
            </w:r>
          </w:p>
        </w:tc>
      </w:tr>
      <w:tr w:rsidR="00CA3846" w:rsidTr="006E3629">
        <w:trPr>
          <w:jc w:val="center"/>
        </w:trPr>
        <w:tc>
          <w:tcPr>
            <w:tcW w:w="5241" w:type="dxa"/>
            <w:shd w:val="clear" w:color="auto" w:fill="auto"/>
          </w:tcPr>
          <w:p w:rsidR="00CA3846" w:rsidRDefault="002F0204">
            <w:r>
              <w:lastRenderedPageBreak/>
              <w:t>- Mọi người trong tranh có cảm xúc như thế nào?</w:t>
            </w:r>
          </w:p>
        </w:tc>
        <w:tc>
          <w:tcPr>
            <w:tcW w:w="5241" w:type="dxa"/>
            <w:shd w:val="clear" w:color="auto" w:fill="auto"/>
          </w:tcPr>
          <w:p w:rsidR="00CA3846" w:rsidRDefault="002F0204">
            <w:r>
              <w:t>- Mọi người vui vẻ, háo hức và yêu thương nhau.</w:t>
            </w:r>
          </w:p>
        </w:tc>
      </w:tr>
      <w:tr w:rsidR="00CA3846" w:rsidTr="006E3629">
        <w:trPr>
          <w:jc w:val="center"/>
        </w:trPr>
        <w:tc>
          <w:tcPr>
            <w:tcW w:w="5241" w:type="dxa"/>
            <w:shd w:val="clear" w:color="auto" w:fill="auto"/>
          </w:tcPr>
          <w:p w:rsidR="00CA3846" w:rsidRDefault="002F0204">
            <w:r>
              <w:t>- Mời đại diện trình bày; nhận xét, bổ sung.</w:t>
            </w:r>
          </w:p>
        </w:tc>
        <w:tc>
          <w:tcPr>
            <w:tcW w:w="5241" w:type="dxa"/>
            <w:shd w:val="clear" w:color="auto" w:fill="auto"/>
          </w:tcPr>
          <w:p w:rsidR="00CA3846" w:rsidRDefault="002F0204">
            <w:r>
              <w:t>- Trình bày hoạt động chuẩn bị Tết; nhận xét bạn.</w:t>
            </w:r>
          </w:p>
        </w:tc>
      </w:tr>
      <w:tr w:rsidR="00CA3846" w:rsidTr="006E3629">
        <w:trPr>
          <w:jc w:val="center"/>
        </w:trPr>
        <w:tc>
          <w:tcPr>
            <w:tcW w:w="5241" w:type="dxa"/>
            <w:tcBorders>
              <w:bottom w:val="single" w:sz="4" w:space="0" w:color="auto"/>
            </w:tcBorders>
            <w:shd w:val="clear" w:color="auto" w:fill="auto"/>
          </w:tcPr>
          <w:p w:rsidR="00CA3846" w:rsidRDefault="002F0204">
            <w:r>
              <w:t>- Chốt ý, kết luận: Chuẩn bị Tết là dịp các thành viên cùng làm việc, cùng chia sẻ niềm vui và thể hiện tình cảm gia đình.</w:t>
            </w:r>
          </w:p>
        </w:tc>
        <w:tc>
          <w:tcPr>
            <w:tcW w:w="5241" w:type="dxa"/>
            <w:tcBorders>
              <w:bottom w:val="single" w:sz="4" w:space="0" w:color="auto"/>
            </w:tcBorders>
            <w:shd w:val="clear" w:color="auto" w:fill="auto"/>
          </w:tcPr>
          <w:p w:rsidR="00CA3846" w:rsidRDefault="002F0204">
            <w:r>
              <w:t>- Ghi nhớ.</w:t>
            </w:r>
          </w:p>
        </w:tc>
      </w:tr>
      <w:tr w:rsidR="00CA3846" w:rsidTr="006E3629">
        <w:trPr>
          <w:jc w:val="center"/>
        </w:trPr>
        <w:tc>
          <w:tcPr>
            <w:tcW w:w="10482" w:type="dxa"/>
            <w:gridSpan w:val="2"/>
            <w:tcBorders>
              <w:top w:val="single" w:sz="4" w:space="0" w:color="auto"/>
              <w:bottom w:val="single" w:sz="4" w:space="0" w:color="auto"/>
            </w:tcBorders>
            <w:shd w:val="clear" w:color="auto" w:fill="auto"/>
          </w:tcPr>
          <w:p w:rsidR="00CA3846" w:rsidRDefault="002F0204">
            <w:r>
              <w:rPr>
                <w:b/>
              </w:rPr>
              <w:t>3. Thực hành: Việc em có thể tham gia ngày Tết</w:t>
            </w:r>
          </w:p>
          <w:p w:rsidR="00CA3846" w:rsidRDefault="002F0204">
            <w:r>
              <w:rPr>
                <w:b/>
              </w:rPr>
              <w:t>Mục tiêu: Nêu được việc phù hợp mà học sinh có thể thực hiện để cùng gia đình đón Tết.</w:t>
            </w:r>
          </w:p>
        </w:tc>
      </w:tr>
      <w:tr w:rsidR="00CA3846" w:rsidTr="006E3629">
        <w:trPr>
          <w:jc w:val="center"/>
        </w:trPr>
        <w:tc>
          <w:tcPr>
            <w:tcW w:w="5241" w:type="dxa"/>
            <w:tcBorders>
              <w:top w:val="single" w:sz="4" w:space="0" w:color="auto"/>
            </w:tcBorders>
            <w:shd w:val="clear" w:color="auto" w:fill="auto"/>
          </w:tcPr>
          <w:p w:rsidR="00CA3846" w:rsidRDefault="002F0204">
            <w:r>
              <w:t>- Gia đình em thường làm gì để chuẩn bị Tết?</w:t>
            </w:r>
          </w:p>
        </w:tc>
        <w:tc>
          <w:tcPr>
            <w:tcW w:w="5241" w:type="dxa"/>
            <w:tcBorders>
              <w:top w:val="single" w:sz="4" w:space="0" w:color="auto"/>
            </w:tcBorders>
            <w:shd w:val="clear" w:color="auto" w:fill="auto"/>
          </w:tcPr>
          <w:p w:rsidR="00CA3846" w:rsidRDefault="002F0204">
            <w:r>
              <w:t>- Gia đình em dọn nhà, trang trí, mua hoa, chuẩn bị thức ăn và đi chúc Tết.</w:t>
            </w:r>
          </w:p>
        </w:tc>
      </w:tr>
      <w:tr w:rsidR="00CA3846" w:rsidTr="006E3629">
        <w:trPr>
          <w:jc w:val="center"/>
        </w:trPr>
        <w:tc>
          <w:tcPr>
            <w:tcW w:w="5241" w:type="dxa"/>
            <w:shd w:val="clear" w:color="auto" w:fill="auto"/>
          </w:tcPr>
          <w:p w:rsidR="00CA3846" w:rsidRDefault="002F0204">
            <w:r>
              <w:t>- Em có thể làm việc gì để giúp gia đình trong dịp Tết?</w:t>
            </w:r>
          </w:p>
        </w:tc>
        <w:tc>
          <w:tcPr>
            <w:tcW w:w="5241" w:type="dxa"/>
            <w:shd w:val="clear" w:color="auto" w:fill="auto"/>
          </w:tcPr>
          <w:p w:rsidR="00CA3846" w:rsidRDefault="002F0204">
            <w:r>
              <w:t>- Em có thể xếp đồ dùng gọn gàng, lau bàn, trang trí thiệp hoặc nói lời chúc Tết.</w:t>
            </w:r>
          </w:p>
        </w:tc>
      </w:tr>
      <w:tr w:rsidR="00CA3846" w:rsidTr="006E3629">
        <w:trPr>
          <w:jc w:val="center"/>
        </w:trPr>
        <w:tc>
          <w:tcPr>
            <w:tcW w:w="5241" w:type="dxa"/>
            <w:shd w:val="clear" w:color="auto" w:fill="auto"/>
          </w:tcPr>
          <w:p w:rsidR="00CA3846" w:rsidRDefault="002F0204">
            <w:r>
              <w:rPr>
                <w:color w:val="C00000"/>
              </w:rPr>
              <w:t>- Câu hỏi dẫn tích hợp Quyền trẻ em: Em có được cùng gia đình tham gia hoạt động đón Tết phù hợp với lứa tuổi không?</w:t>
            </w:r>
          </w:p>
        </w:tc>
        <w:tc>
          <w:tcPr>
            <w:tcW w:w="5241" w:type="dxa"/>
            <w:shd w:val="clear" w:color="auto" w:fill="auto"/>
          </w:tcPr>
          <w:p w:rsidR="00CA3846" w:rsidRDefault="002F0204">
            <w:r>
              <w:rPr>
                <w:color w:val="C00000"/>
              </w:rPr>
              <w:t>- Em được tham gia những việc vừa sức, an toàn và vui vẻ cùng gia đình.</w:t>
            </w:r>
          </w:p>
        </w:tc>
      </w:tr>
      <w:tr w:rsidR="00CA3846" w:rsidTr="006E3629">
        <w:trPr>
          <w:jc w:val="center"/>
        </w:trPr>
        <w:tc>
          <w:tcPr>
            <w:tcW w:w="5241" w:type="dxa"/>
            <w:shd w:val="clear" w:color="auto" w:fill="auto"/>
          </w:tcPr>
          <w:p w:rsidR="00CA3846" w:rsidRDefault="002F0204">
            <w:r>
              <w:rPr>
                <w:color w:val="C00000"/>
              </w:rPr>
              <w:t>- Diễn giải tích hợp Quyền trẻ em: Tết là hoạt động văn hóa truyền thống của dân tộc. Trẻ em có quyền được cùng gia đình tham gia các hoạt động phù hợp như dọn góc học tập, trang trí nhà, làm thiệp, chúc Tết ông bà và tham gia trò chơi an toàn. Khi tham gia, các em cần nghe lời người lớn, không nghịch lửa, đồ nóng hoặc vật nguy hiểm.</w:t>
            </w:r>
          </w:p>
        </w:tc>
        <w:tc>
          <w:tcPr>
            <w:tcW w:w="5241" w:type="dxa"/>
            <w:shd w:val="clear" w:color="auto" w:fill="auto"/>
          </w:tcPr>
          <w:p w:rsidR="00CA3846" w:rsidRDefault="002F0204">
            <w:r>
              <w:rPr>
                <w:color w:val="C00000"/>
              </w:rPr>
              <w:t>- Lắng nghe; kể một hoạt động văn hóa em muốn tham gia an toàn.</w:t>
            </w:r>
          </w:p>
        </w:tc>
      </w:tr>
      <w:tr w:rsidR="00CA3846" w:rsidTr="006E3629">
        <w:trPr>
          <w:jc w:val="center"/>
        </w:trPr>
        <w:tc>
          <w:tcPr>
            <w:tcW w:w="5241" w:type="dxa"/>
            <w:tcBorders>
              <w:bottom w:val="single" w:sz="4" w:space="0" w:color="auto"/>
            </w:tcBorders>
            <w:shd w:val="clear" w:color="auto" w:fill="auto"/>
          </w:tcPr>
          <w:p w:rsidR="00CA3846" w:rsidRDefault="002F0204">
            <w:r>
              <w:t>- Chốt ý, kết luận: Các em được vui đón Tết và cùng gia đình giữ gìn nét đẹp truyền thống bằng việc làm vừa sức, an toàn.</w:t>
            </w:r>
          </w:p>
        </w:tc>
        <w:tc>
          <w:tcPr>
            <w:tcW w:w="5241" w:type="dxa"/>
            <w:tcBorders>
              <w:bottom w:val="single" w:sz="4" w:space="0" w:color="auto"/>
            </w:tcBorders>
            <w:shd w:val="clear" w:color="auto" w:fill="auto"/>
          </w:tcPr>
          <w:p w:rsidR="00CA3846" w:rsidRDefault="002F0204">
            <w:r>
              <w:t>- Ghi nhớ.</w:t>
            </w:r>
          </w:p>
        </w:tc>
      </w:tr>
      <w:tr w:rsidR="00CA3846" w:rsidTr="006E3629">
        <w:trPr>
          <w:jc w:val="center"/>
        </w:trPr>
        <w:tc>
          <w:tcPr>
            <w:tcW w:w="10482" w:type="dxa"/>
            <w:gridSpan w:val="2"/>
            <w:tcBorders>
              <w:top w:val="single" w:sz="4" w:space="0" w:color="auto"/>
              <w:bottom w:val="single" w:sz="4" w:space="0" w:color="auto"/>
            </w:tcBorders>
            <w:shd w:val="clear" w:color="auto" w:fill="auto"/>
          </w:tcPr>
          <w:p w:rsidR="00CA3846" w:rsidRDefault="002F0204">
            <w:r>
              <w:rPr>
                <w:b/>
              </w:rPr>
              <w:t>4. Vận dụng - trải nghiệm</w:t>
            </w:r>
          </w:p>
          <w:p w:rsidR="00CA3846" w:rsidRDefault="002F0204">
            <w:r>
              <w:rPr>
                <w:b/>
              </w:rPr>
              <w:t>Mục tiêu: Vận dụng kiến thức bằng một sản phẩm nhỏ thể hiện tình cảm ngày Tết.</w:t>
            </w:r>
          </w:p>
        </w:tc>
      </w:tr>
      <w:tr w:rsidR="00CA3846" w:rsidTr="006E3629">
        <w:trPr>
          <w:jc w:val="center"/>
        </w:trPr>
        <w:tc>
          <w:tcPr>
            <w:tcW w:w="5241" w:type="dxa"/>
            <w:tcBorders>
              <w:top w:val="single" w:sz="4" w:space="0" w:color="auto"/>
            </w:tcBorders>
            <w:shd w:val="clear" w:color="auto" w:fill="auto"/>
          </w:tcPr>
          <w:p w:rsidR="00CA3846" w:rsidRDefault="002F0204">
            <w:r>
              <w:t>- Vẽ hoặc trang trí một tấm thiệp nhỏ và chuẩn bị lời chúc dành cho ông bà, bố mẹ.</w:t>
            </w:r>
          </w:p>
        </w:tc>
        <w:tc>
          <w:tcPr>
            <w:tcW w:w="5241" w:type="dxa"/>
            <w:tcBorders>
              <w:top w:val="single" w:sz="4" w:space="0" w:color="auto"/>
            </w:tcBorders>
            <w:shd w:val="clear" w:color="auto" w:fill="auto"/>
          </w:tcPr>
          <w:p w:rsidR="00CA3846" w:rsidRDefault="002F0204">
            <w:r>
              <w:t>- Làm thiệp hoặc vẽ tranh; nói lời chúc lễ phép, yêu thương.</w:t>
            </w:r>
          </w:p>
        </w:tc>
      </w:tr>
      <w:tr w:rsidR="00CA3846" w:rsidTr="006E3629">
        <w:trPr>
          <w:jc w:val="center"/>
        </w:trPr>
        <w:tc>
          <w:tcPr>
            <w:tcW w:w="5241" w:type="dxa"/>
            <w:shd w:val="clear" w:color="auto" w:fill="auto"/>
          </w:tcPr>
          <w:p w:rsidR="00CA3846" w:rsidRDefault="002F0204">
            <w:r>
              <w:t>- Chốt ý, kết luận: Lời chúc và việc làm tốt giúp ngày Tết thêm ấm áp, vui vẻ.</w:t>
            </w:r>
          </w:p>
        </w:tc>
        <w:tc>
          <w:tcPr>
            <w:tcW w:w="5241" w:type="dxa"/>
            <w:shd w:val="clear" w:color="auto" w:fill="auto"/>
          </w:tcPr>
          <w:p w:rsidR="00CA3846" w:rsidRDefault="002F0204">
            <w:r>
              <w:t>- Hoàn thành sản phẩm và mang về chia sẻ với gia đình.</w:t>
            </w:r>
          </w:p>
        </w:tc>
      </w:tr>
    </w:tbl>
    <w:p w:rsidR="00CA3846" w:rsidRDefault="002F0204">
      <w:r>
        <w:rPr>
          <w:b/>
        </w:rPr>
        <w:t>IV. ĐIỀU CHỈNH SAU BÀI DẠY</w:t>
      </w:r>
    </w:p>
    <w:p w:rsidR="00CA3846" w:rsidRDefault="002F0204">
      <w:r>
        <w:t>................................................................................................................................................</w:t>
      </w:r>
    </w:p>
    <w:p w:rsidR="00CA3846" w:rsidRDefault="002F0204">
      <w:r>
        <w:t>................................................................................................................................................</w:t>
      </w:r>
    </w:p>
    <w:p w:rsidR="00CA3846" w:rsidRDefault="002F0204">
      <w:r>
        <w:t>................................................................................................................................................</w:t>
      </w:r>
    </w:p>
    <w:p w:rsidR="00CA3846" w:rsidRDefault="002F0204">
      <w:r>
        <w:br w:type="page"/>
      </w:r>
    </w:p>
    <w:p w:rsidR="00CA3846" w:rsidRDefault="002F0204">
      <w:pPr>
        <w:jc w:val="center"/>
      </w:pPr>
      <w:r>
        <w:rPr>
          <w:b/>
        </w:rPr>
        <w:lastRenderedPageBreak/>
        <w:t>KẾ HOẠCH BÀI DẠY MÔN TỰ NHIÊN VÀ XÃ HỘI</w:t>
      </w:r>
    </w:p>
    <w:p w:rsidR="00CA3846" w:rsidRDefault="002F0204">
      <w:pPr>
        <w:jc w:val="center"/>
      </w:pPr>
      <w:r>
        <w:rPr>
          <w:b/>
        </w:rPr>
        <w:t>CHỦ ĐỀ 3: CỘNG ĐỒNG ĐỊA PHƯƠNG</w:t>
      </w:r>
    </w:p>
    <w:p w:rsidR="00CA3846" w:rsidRDefault="002F0204">
      <w:pPr>
        <w:jc w:val="center"/>
      </w:pPr>
      <w:r>
        <w:rPr>
          <w:b/>
        </w:rPr>
        <w:t>BÀI 12: VUI ĐÓN TẾT (TIẾT 2)</w:t>
      </w:r>
    </w:p>
    <w:p w:rsidR="00CA3846" w:rsidRDefault="002F0204">
      <w:r>
        <w:rPr>
          <w:b/>
        </w:rPr>
        <w:t>I. YÊU CẦU CẦN ĐẠT</w:t>
      </w:r>
    </w:p>
    <w:p w:rsidR="00CA3846" w:rsidRDefault="002F0204">
      <w:r>
        <w:rPr>
          <w:b/>
        </w:rPr>
        <w:t>1. Năng lực đặc thù</w:t>
      </w:r>
    </w:p>
    <w:p w:rsidR="00CA3846" w:rsidRDefault="002F0204">
      <w:r>
        <w:t>- Kể được một số hoạt động diễn ra trong ngày Tết và ý nghĩa đơn giản của hoạt động đó.</w:t>
      </w:r>
    </w:p>
    <w:p w:rsidR="00CA3846" w:rsidRDefault="002F0204">
      <w:r>
        <w:t>- Biết nói lời chúc, lời cảm ơn phù hợp khi tham gia hoạt động Tết.</w:t>
      </w:r>
    </w:p>
    <w:p w:rsidR="00CA3846" w:rsidRDefault="002F0204">
      <w:r>
        <w:t>- Tôn trọng sự khác nhau về phong tục, tập quán của gia đình và địa phương.</w:t>
      </w:r>
    </w:p>
    <w:p w:rsidR="00CA3846" w:rsidRDefault="002F0204">
      <w:r>
        <w:rPr>
          <w:b/>
        </w:rPr>
        <w:t>2. Năng lực chung</w:t>
      </w:r>
    </w:p>
    <w:p w:rsidR="00CA3846" w:rsidRDefault="002F0204">
      <w:r>
        <w:t>- Tự chủ và tự học: Chủ động liên hệ phong tục của gia đình.</w:t>
      </w:r>
    </w:p>
    <w:p w:rsidR="00CA3846" w:rsidRDefault="002F0204">
      <w:r>
        <w:t>- Giao tiếp và hợp tác: Lắng nghe, trao đổi lịch sự khi bạn kể phong tục khác.</w:t>
      </w:r>
    </w:p>
    <w:p w:rsidR="00CA3846" w:rsidRDefault="002F0204">
      <w:r>
        <w:t>- Giải quyết vấn đề và sáng tạo: Biết lựa chọn cách ứng xử phù hợp khi vui Tết.</w:t>
      </w:r>
    </w:p>
    <w:p w:rsidR="00CA3846" w:rsidRDefault="002F0204">
      <w:r>
        <w:rPr>
          <w:b/>
        </w:rPr>
        <w:t>3. Phẩm chất</w:t>
      </w:r>
    </w:p>
    <w:p w:rsidR="00CA3846" w:rsidRDefault="002F0204">
      <w:r>
        <w:t>- Nhân ái: Kính trọng ông bà, người thân và hòa nhã với mọi người.</w:t>
      </w:r>
    </w:p>
    <w:p w:rsidR="00CA3846" w:rsidRDefault="002F0204">
      <w:r>
        <w:t>- Trách nhiệm: Tham gia hoạt động Tết an toàn, văn minh.</w:t>
      </w:r>
    </w:p>
    <w:p w:rsidR="00CA3846" w:rsidRDefault="002F0204">
      <w:r>
        <w:t>- Trung thực: Kể chân thật điều em đã quan sát hoặc tham gia.</w:t>
      </w:r>
    </w:p>
    <w:p w:rsidR="00CA3846" w:rsidRDefault="002F0204">
      <w:r>
        <w:rPr>
          <w:b/>
        </w:rPr>
        <w:t>4. Tích hợp</w:t>
      </w:r>
    </w:p>
    <w:p w:rsidR="00CA3846" w:rsidRDefault="002F0204">
      <w:r>
        <w:rPr>
          <w:color w:val="C00000"/>
        </w:rPr>
        <w:t>- Quyền con người: Học sinh nhận biết được quyền tham gia các hoạt động văn hóa truyền thống và biết tôn trọng sự khác biệt về phong tục, tập quán của các gia đình, địa phương.</w:t>
      </w:r>
    </w:p>
    <w:p w:rsidR="00CA3846" w:rsidRDefault="002F0204">
      <w:r>
        <w:rPr>
          <w:b/>
        </w:rPr>
        <w:t>II. ĐỒ DÙNG DẠY HỌC</w:t>
      </w:r>
    </w:p>
    <w:p w:rsidR="00CA3846" w:rsidRDefault="002F0204">
      <w:r>
        <w:t>- SGK Tự nhiên và Xã hội 1; tranh hoạt động ngày Tết và trò chơi dân gian.</w:t>
      </w:r>
    </w:p>
    <w:p w:rsidR="00CA3846" w:rsidRDefault="002F0204">
      <w:r>
        <w:t>- Thẻ lời chúc, tranh minh họa phong tục; bút màu.</w:t>
      </w:r>
    </w:p>
    <w:p w:rsidR="00CA3846" w:rsidRDefault="002F0204">
      <w:r>
        <w:t>- Máy tính, máy chiếu (nếu có).</w:t>
      </w:r>
    </w:p>
    <w:p w:rsidR="00CA3846" w:rsidRDefault="002F0204">
      <w:r>
        <w:rPr>
          <w:b/>
        </w:rPr>
        <w:t>III. CÁC HOẠT ĐỘNG DẠY HỌC</w:t>
      </w:r>
    </w:p>
    <w:tbl>
      <w:tblPr>
        <w:tblStyle w:val="TableGrid"/>
        <w:tblW w:w="0" w:type="auto"/>
        <w:jc w:val="center"/>
        <w:tblBorders>
          <w:insideH w:val="none" w:sz="0" w:space="0" w:color="auto"/>
        </w:tblBorders>
        <w:tblLayout w:type="fixed"/>
        <w:tblLook w:val="04A0" w:firstRow="1" w:lastRow="0" w:firstColumn="1" w:lastColumn="0" w:noHBand="0" w:noVBand="1"/>
      </w:tblPr>
      <w:tblGrid>
        <w:gridCol w:w="5244"/>
        <w:gridCol w:w="5241"/>
      </w:tblGrid>
      <w:tr w:rsidR="00CA3846" w:rsidTr="006E3629">
        <w:trPr>
          <w:tblHeader/>
          <w:jc w:val="center"/>
        </w:trPr>
        <w:tc>
          <w:tcPr>
            <w:tcW w:w="5244" w:type="dxa"/>
            <w:tcBorders>
              <w:bottom w:val="single" w:sz="4" w:space="0" w:color="auto"/>
            </w:tcBorders>
            <w:shd w:val="clear" w:color="auto" w:fill="auto"/>
            <w:vAlign w:val="center"/>
          </w:tcPr>
          <w:p w:rsidR="00CA3846" w:rsidRDefault="002F0204">
            <w:pPr>
              <w:jc w:val="center"/>
            </w:pPr>
            <w:r>
              <w:rPr>
                <w:b/>
              </w:rPr>
              <w:t>HOẠT ĐỘNG CỦA GIÁO VIÊN</w:t>
            </w:r>
          </w:p>
        </w:tc>
        <w:tc>
          <w:tcPr>
            <w:tcW w:w="4025" w:type="dxa"/>
            <w:tcBorders>
              <w:bottom w:val="single" w:sz="4" w:space="0" w:color="auto"/>
            </w:tcBorders>
            <w:shd w:val="clear" w:color="auto" w:fill="auto"/>
            <w:vAlign w:val="center"/>
          </w:tcPr>
          <w:p w:rsidR="00CA3846" w:rsidRDefault="002F0204">
            <w:pPr>
              <w:jc w:val="center"/>
            </w:pPr>
            <w:r>
              <w:rPr>
                <w:b/>
              </w:rPr>
              <w:t>HOẠT ĐỘNG CỦA HỌC SINH</w:t>
            </w:r>
          </w:p>
        </w:tc>
      </w:tr>
      <w:tr w:rsidR="00CA3846" w:rsidTr="006E3629">
        <w:trPr>
          <w:jc w:val="center"/>
        </w:trPr>
        <w:tc>
          <w:tcPr>
            <w:tcW w:w="10482" w:type="dxa"/>
            <w:gridSpan w:val="2"/>
            <w:tcBorders>
              <w:top w:val="single" w:sz="4" w:space="0" w:color="auto"/>
              <w:bottom w:val="single" w:sz="4" w:space="0" w:color="auto"/>
            </w:tcBorders>
            <w:shd w:val="clear" w:color="auto" w:fill="auto"/>
          </w:tcPr>
          <w:p w:rsidR="00CA3846" w:rsidRDefault="002F0204">
            <w:r>
              <w:rPr>
                <w:b/>
              </w:rPr>
              <w:t>1. Khởi động</w:t>
            </w:r>
          </w:p>
          <w:p w:rsidR="00CA3846" w:rsidRDefault="002F0204">
            <w:r>
              <w:rPr>
                <w:b/>
              </w:rPr>
              <w:t>Mục tiêu: Nhắc lại hoạt động chuẩn bị Tết và dẫn vào các hoạt động diễn ra trong ngày Tết.</w:t>
            </w:r>
          </w:p>
        </w:tc>
      </w:tr>
      <w:tr w:rsidR="00CA3846" w:rsidTr="006E3629">
        <w:trPr>
          <w:jc w:val="center"/>
        </w:trPr>
        <w:tc>
          <w:tcPr>
            <w:tcW w:w="5241" w:type="dxa"/>
            <w:tcBorders>
              <w:top w:val="single" w:sz="4" w:space="0" w:color="auto"/>
            </w:tcBorders>
            <w:shd w:val="clear" w:color="auto" w:fill="auto"/>
          </w:tcPr>
          <w:p w:rsidR="00CA3846" w:rsidRDefault="002F0204">
            <w:r>
              <w:t>- Kể một việc em hoặc gia đình em thường làm khi Tết đến.</w:t>
            </w:r>
          </w:p>
        </w:tc>
        <w:tc>
          <w:tcPr>
            <w:tcW w:w="5241" w:type="dxa"/>
            <w:tcBorders>
              <w:top w:val="single" w:sz="4" w:space="0" w:color="auto"/>
            </w:tcBorders>
            <w:shd w:val="clear" w:color="auto" w:fill="auto"/>
          </w:tcPr>
          <w:p w:rsidR="00CA3846" w:rsidRDefault="002F0204">
            <w:r>
              <w:t>- Gia đình em dọn nhà, chúc Tết, thăm ông bà hoặc tham gia trò chơi vui.</w:t>
            </w:r>
          </w:p>
        </w:tc>
      </w:tr>
      <w:tr w:rsidR="00CA3846" w:rsidTr="006E3629">
        <w:trPr>
          <w:jc w:val="center"/>
        </w:trPr>
        <w:tc>
          <w:tcPr>
            <w:tcW w:w="5241" w:type="dxa"/>
            <w:tcBorders>
              <w:bottom w:val="single" w:sz="4" w:space="0" w:color="auto"/>
            </w:tcBorders>
            <w:shd w:val="clear" w:color="auto" w:fill="auto"/>
          </w:tcPr>
          <w:p w:rsidR="00CA3846" w:rsidRDefault="002F0204">
            <w:r>
              <w:t>- Chốt ý, kết luận: Ngày Tết có nhiều hoạt động vui và ý nghĩa để gia đình, cộng đồng gắn bó hơn.</w:t>
            </w:r>
          </w:p>
        </w:tc>
        <w:tc>
          <w:tcPr>
            <w:tcW w:w="5241" w:type="dxa"/>
            <w:tcBorders>
              <w:bottom w:val="single" w:sz="4" w:space="0" w:color="auto"/>
            </w:tcBorders>
            <w:shd w:val="clear" w:color="auto" w:fill="auto"/>
          </w:tcPr>
          <w:p w:rsidR="00CA3846" w:rsidRDefault="002F0204">
            <w:r>
              <w:t>- Lắng nghe.</w:t>
            </w:r>
          </w:p>
        </w:tc>
      </w:tr>
      <w:tr w:rsidR="00CA3846" w:rsidTr="006E3629">
        <w:trPr>
          <w:jc w:val="center"/>
        </w:trPr>
        <w:tc>
          <w:tcPr>
            <w:tcW w:w="10482" w:type="dxa"/>
            <w:gridSpan w:val="2"/>
            <w:tcBorders>
              <w:top w:val="single" w:sz="4" w:space="0" w:color="auto"/>
              <w:bottom w:val="single" w:sz="4" w:space="0" w:color="auto"/>
            </w:tcBorders>
            <w:shd w:val="clear" w:color="auto" w:fill="auto"/>
          </w:tcPr>
          <w:p w:rsidR="00CA3846" w:rsidRDefault="002F0204">
            <w:r>
              <w:rPr>
                <w:b/>
              </w:rPr>
              <w:t>2. Khám phá: Hoạt động trong ngày Tết</w:t>
            </w:r>
          </w:p>
          <w:p w:rsidR="00CA3846" w:rsidRDefault="002F0204">
            <w:r>
              <w:rPr>
                <w:b/>
              </w:rPr>
              <w:t>Mục tiêu: Nêu được hoạt động, ý nghĩa và lời nói phù hợp trong dịp Tết.</w:t>
            </w:r>
          </w:p>
        </w:tc>
      </w:tr>
      <w:tr w:rsidR="00CA3846" w:rsidTr="006E3629">
        <w:trPr>
          <w:jc w:val="center"/>
        </w:trPr>
        <w:tc>
          <w:tcPr>
            <w:tcW w:w="5241" w:type="dxa"/>
            <w:tcBorders>
              <w:top w:val="single" w:sz="4" w:space="0" w:color="auto"/>
            </w:tcBorders>
            <w:shd w:val="clear" w:color="auto" w:fill="auto"/>
          </w:tcPr>
          <w:p w:rsidR="00CA3846" w:rsidRDefault="002F0204" w:rsidP="006E3629">
            <w:r>
              <w:t>- Quan sát tranh và kể các hoạt động đang diễn ra trong ngày Tết.</w:t>
            </w:r>
          </w:p>
        </w:tc>
        <w:tc>
          <w:tcPr>
            <w:tcW w:w="5241" w:type="dxa"/>
            <w:tcBorders>
              <w:top w:val="single" w:sz="4" w:space="0" w:color="auto"/>
            </w:tcBorders>
            <w:shd w:val="clear" w:color="auto" w:fill="auto"/>
          </w:tcPr>
          <w:p w:rsidR="00CA3846" w:rsidRDefault="002F0204">
            <w:r>
              <w:t>- Con cháu chúc Tết ông bà; mọi người đi chơi, xin chữ hoặc tham gia trò chơi dân gian.</w:t>
            </w:r>
          </w:p>
        </w:tc>
      </w:tr>
      <w:tr w:rsidR="00CA3846" w:rsidTr="006E3629">
        <w:trPr>
          <w:jc w:val="center"/>
        </w:trPr>
        <w:tc>
          <w:tcPr>
            <w:tcW w:w="5241" w:type="dxa"/>
            <w:shd w:val="clear" w:color="auto" w:fill="auto"/>
          </w:tcPr>
          <w:p w:rsidR="00CA3846" w:rsidRDefault="002F0204">
            <w:r>
              <w:t>- Khi được ông bà lì xì hoặc nhận lời chúc, em nên nói gì?</w:t>
            </w:r>
          </w:p>
        </w:tc>
        <w:tc>
          <w:tcPr>
            <w:tcW w:w="5241" w:type="dxa"/>
            <w:shd w:val="clear" w:color="auto" w:fill="auto"/>
          </w:tcPr>
          <w:p w:rsidR="00CA3846" w:rsidRDefault="002F0204">
            <w:r>
              <w:t>- Em nói: “Cháu cảm ơn ông bà ạ!” hoặc gửi lời chúc sức khỏe đến ông bà.</w:t>
            </w:r>
          </w:p>
        </w:tc>
      </w:tr>
      <w:tr w:rsidR="00CA3846" w:rsidTr="006E3629">
        <w:trPr>
          <w:jc w:val="center"/>
        </w:trPr>
        <w:tc>
          <w:tcPr>
            <w:tcW w:w="5241" w:type="dxa"/>
            <w:shd w:val="clear" w:color="auto" w:fill="auto"/>
          </w:tcPr>
          <w:p w:rsidR="00CA3846" w:rsidRDefault="002F0204">
            <w:r>
              <w:t xml:space="preserve">- Trò chơi ngày Tết nào em biết hoặc đã tham </w:t>
            </w:r>
            <w:r>
              <w:lastRenderedPageBreak/>
              <w:t>gia?</w:t>
            </w:r>
          </w:p>
        </w:tc>
        <w:tc>
          <w:tcPr>
            <w:tcW w:w="5241" w:type="dxa"/>
            <w:shd w:val="clear" w:color="auto" w:fill="auto"/>
          </w:tcPr>
          <w:p w:rsidR="00CA3846" w:rsidRDefault="002F0204">
            <w:r>
              <w:lastRenderedPageBreak/>
              <w:t xml:space="preserve">- Em biết kéo co, ném còn, chơi đu hoặc các trò </w:t>
            </w:r>
            <w:r>
              <w:lastRenderedPageBreak/>
              <w:t>chơi tập thể an toàn.</w:t>
            </w:r>
          </w:p>
        </w:tc>
      </w:tr>
      <w:tr w:rsidR="00CA3846" w:rsidTr="006E3629">
        <w:trPr>
          <w:jc w:val="center"/>
        </w:trPr>
        <w:tc>
          <w:tcPr>
            <w:tcW w:w="5241" w:type="dxa"/>
            <w:shd w:val="clear" w:color="auto" w:fill="auto"/>
          </w:tcPr>
          <w:p w:rsidR="00CA3846" w:rsidRDefault="002F0204">
            <w:r>
              <w:lastRenderedPageBreak/>
              <w:t>- Mời đại diện trình bày; nhận xét, bổ sung.</w:t>
            </w:r>
          </w:p>
        </w:tc>
        <w:tc>
          <w:tcPr>
            <w:tcW w:w="5241" w:type="dxa"/>
            <w:shd w:val="clear" w:color="auto" w:fill="auto"/>
          </w:tcPr>
          <w:p w:rsidR="00CA3846" w:rsidRDefault="002F0204">
            <w:r>
              <w:t>- Trình bày hoạt động ngày Tết; lắng nghe bạn.</w:t>
            </w:r>
          </w:p>
        </w:tc>
      </w:tr>
      <w:tr w:rsidR="00CA3846" w:rsidTr="006E3629">
        <w:trPr>
          <w:jc w:val="center"/>
        </w:trPr>
        <w:tc>
          <w:tcPr>
            <w:tcW w:w="5241" w:type="dxa"/>
            <w:tcBorders>
              <w:bottom w:val="single" w:sz="4" w:space="0" w:color="auto"/>
            </w:tcBorders>
            <w:shd w:val="clear" w:color="auto" w:fill="auto"/>
          </w:tcPr>
          <w:p w:rsidR="00CA3846" w:rsidRDefault="002F0204">
            <w:r>
              <w:t>- Chốt ý, kết luận: Các hoạt động ngày Tết giúp mọi người thể hiện tình yêu thương, lời chúc tốt đẹp và niềm vui cộng đồng.</w:t>
            </w:r>
          </w:p>
        </w:tc>
        <w:tc>
          <w:tcPr>
            <w:tcW w:w="5241" w:type="dxa"/>
            <w:tcBorders>
              <w:bottom w:val="single" w:sz="4" w:space="0" w:color="auto"/>
            </w:tcBorders>
            <w:shd w:val="clear" w:color="auto" w:fill="auto"/>
          </w:tcPr>
          <w:p w:rsidR="00CA3846" w:rsidRDefault="002F0204">
            <w:r>
              <w:t>- Ghi nhớ.</w:t>
            </w:r>
          </w:p>
        </w:tc>
      </w:tr>
      <w:tr w:rsidR="00CA3846" w:rsidTr="006E3629">
        <w:trPr>
          <w:jc w:val="center"/>
        </w:trPr>
        <w:tc>
          <w:tcPr>
            <w:tcW w:w="10482" w:type="dxa"/>
            <w:gridSpan w:val="2"/>
            <w:tcBorders>
              <w:top w:val="single" w:sz="4" w:space="0" w:color="auto"/>
              <w:bottom w:val="single" w:sz="4" w:space="0" w:color="auto"/>
            </w:tcBorders>
            <w:shd w:val="clear" w:color="auto" w:fill="auto"/>
          </w:tcPr>
          <w:p w:rsidR="00CA3846" w:rsidRDefault="002F0204">
            <w:r>
              <w:rPr>
                <w:b/>
              </w:rPr>
              <w:t>3. Thực hành: Phong tục gia đình em</w:t>
            </w:r>
          </w:p>
          <w:p w:rsidR="00CA3846" w:rsidRDefault="002F0204">
            <w:r>
              <w:rPr>
                <w:b/>
              </w:rPr>
              <w:t>Mục tiêu: Chia sẻ được phong tục quen thuộc và có thái độ tôn trọng sự khác biệt.</w:t>
            </w:r>
          </w:p>
        </w:tc>
      </w:tr>
      <w:tr w:rsidR="00CA3846" w:rsidTr="006E3629">
        <w:trPr>
          <w:jc w:val="center"/>
        </w:trPr>
        <w:tc>
          <w:tcPr>
            <w:tcW w:w="5241" w:type="dxa"/>
            <w:tcBorders>
              <w:top w:val="single" w:sz="4" w:space="0" w:color="auto"/>
            </w:tcBorders>
            <w:shd w:val="clear" w:color="auto" w:fill="auto"/>
          </w:tcPr>
          <w:p w:rsidR="00CA3846" w:rsidRDefault="002F0204">
            <w:r>
              <w:t>- Gia đình em có phong tục hoặc hoạt động nào trong ngày Tết?</w:t>
            </w:r>
          </w:p>
        </w:tc>
        <w:tc>
          <w:tcPr>
            <w:tcW w:w="5241" w:type="dxa"/>
            <w:tcBorders>
              <w:top w:val="single" w:sz="4" w:space="0" w:color="auto"/>
            </w:tcBorders>
            <w:shd w:val="clear" w:color="auto" w:fill="auto"/>
          </w:tcPr>
          <w:p w:rsidR="00CA3846" w:rsidRDefault="002F0204">
            <w:r>
              <w:t>- Gia đình em chúc Tết ông bà, đi thăm họ hàng, dọn bàn thờ hoặc tham gia lễ hội ở địa phương.</w:t>
            </w:r>
          </w:p>
        </w:tc>
      </w:tr>
      <w:tr w:rsidR="00CA3846" w:rsidTr="006E3629">
        <w:trPr>
          <w:jc w:val="center"/>
        </w:trPr>
        <w:tc>
          <w:tcPr>
            <w:tcW w:w="5241" w:type="dxa"/>
            <w:shd w:val="clear" w:color="auto" w:fill="auto"/>
          </w:tcPr>
          <w:p w:rsidR="00CA3846" w:rsidRDefault="002F0204">
            <w:r>
              <w:t>- Phong tục của gia đình bạn có thể khác gia đình em không?</w:t>
            </w:r>
          </w:p>
        </w:tc>
        <w:tc>
          <w:tcPr>
            <w:tcW w:w="5241" w:type="dxa"/>
            <w:shd w:val="clear" w:color="auto" w:fill="auto"/>
          </w:tcPr>
          <w:p w:rsidR="00CA3846" w:rsidRDefault="002F0204">
            <w:r>
              <w:t>- Có thể khác; mỗi gia đình, địa phương có cách đón Tết riêng.</w:t>
            </w:r>
          </w:p>
        </w:tc>
      </w:tr>
      <w:tr w:rsidR="00CA3846" w:rsidTr="006E3629">
        <w:trPr>
          <w:jc w:val="center"/>
        </w:trPr>
        <w:tc>
          <w:tcPr>
            <w:tcW w:w="5241" w:type="dxa"/>
            <w:shd w:val="clear" w:color="auto" w:fill="auto"/>
          </w:tcPr>
          <w:p w:rsidR="00CA3846" w:rsidRDefault="002F0204">
            <w:r>
              <w:rPr>
                <w:color w:val="C00000"/>
              </w:rPr>
              <w:t>- Câu hỏi dẫn tích hợp Quyền con người: Khi bạn kể một phong tục khác với gia đình em, em nên có thái độ như thế nào?</w:t>
            </w:r>
          </w:p>
        </w:tc>
        <w:tc>
          <w:tcPr>
            <w:tcW w:w="5241" w:type="dxa"/>
            <w:shd w:val="clear" w:color="auto" w:fill="auto"/>
          </w:tcPr>
          <w:p w:rsidR="00CA3846" w:rsidRDefault="002F0204">
            <w:r>
              <w:rPr>
                <w:color w:val="C00000"/>
              </w:rPr>
              <w:t>- Em lắng nghe, tôn trọng và không chê bai phong tục của bạn.</w:t>
            </w:r>
          </w:p>
        </w:tc>
      </w:tr>
      <w:tr w:rsidR="00CA3846" w:rsidTr="006E3629">
        <w:trPr>
          <w:jc w:val="center"/>
        </w:trPr>
        <w:tc>
          <w:tcPr>
            <w:tcW w:w="5241" w:type="dxa"/>
            <w:shd w:val="clear" w:color="auto" w:fill="auto"/>
          </w:tcPr>
          <w:p w:rsidR="00CA3846" w:rsidRDefault="002F0204">
            <w:r>
              <w:rPr>
                <w:color w:val="C00000"/>
              </w:rPr>
              <w:t>- Diễn giải tích hợp Quyền con người: Các em có quyền được tham gia những hoạt động văn hóa truyền thống phù hợp của gia đình và địa phương. Có gia đình gói bánh, có gia đình làm món ăn khác, có nơi tổ chức trò chơi hoặc lễ hội riêng. Sự khác nhau ấy đều đáng được lắng nghe và tôn trọng; các em không cười chê hoặc cho rằng phong tục của mình hơn bạn.</w:t>
            </w:r>
          </w:p>
        </w:tc>
        <w:tc>
          <w:tcPr>
            <w:tcW w:w="5241" w:type="dxa"/>
            <w:shd w:val="clear" w:color="auto" w:fill="auto"/>
          </w:tcPr>
          <w:p w:rsidR="00CA3846" w:rsidRDefault="002F0204">
            <w:r>
              <w:rPr>
                <w:color w:val="C00000"/>
              </w:rPr>
              <w:t>- Lắng nghe; thể hiện thái độ tôn trọng khi bạn chia sẻ.</w:t>
            </w:r>
          </w:p>
        </w:tc>
      </w:tr>
      <w:tr w:rsidR="00CA3846" w:rsidTr="006E3629">
        <w:trPr>
          <w:jc w:val="center"/>
        </w:trPr>
        <w:tc>
          <w:tcPr>
            <w:tcW w:w="5241" w:type="dxa"/>
            <w:tcBorders>
              <w:bottom w:val="single" w:sz="4" w:space="0" w:color="auto"/>
            </w:tcBorders>
            <w:shd w:val="clear" w:color="auto" w:fill="auto"/>
          </w:tcPr>
          <w:p w:rsidR="00CA3846" w:rsidRDefault="002F0204">
            <w:r>
              <w:t>- Chốt ý, kết luận: Vui đón Tết là biết yêu nét đẹp của gia đình mình và tôn trọng nét đẹp của gia đình, địa phương khác.</w:t>
            </w:r>
          </w:p>
        </w:tc>
        <w:tc>
          <w:tcPr>
            <w:tcW w:w="5241" w:type="dxa"/>
            <w:tcBorders>
              <w:bottom w:val="single" w:sz="4" w:space="0" w:color="auto"/>
            </w:tcBorders>
            <w:shd w:val="clear" w:color="auto" w:fill="auto"/>
          </w:tcPr>
          <w:p w:rsidR="00CA3846" w:rsidRDefault="002F0204">
            <w:r>
              <w:t>- Ghi nhớ.</w:t>
            </w:r>
          </w:p>
        </w:tc>
      </w:tr>
      <w:tr w:rsidR="00CA3846" w:rsidTr="006E3629">
        <w:trPr>
          <w:jc w:val="center"/>
        </w:trPr>
        <w:tc>
          <w:tcPr>
            <w:tcW w:w="10482" w:type="dxa"/>
            <w:gridSpan w:val="2"/>
            <w:tcBorders>
              <w:top w:val="single" w:sz="4" w:space="0" w:color="auto"/>
              <w:bottom w:val="single" w:sz="4" w:space="0" w:color="auto"/>
            </w:tcBorders>
            <w:shd w:val="clear" w:color="auto" w:fill="auto"/>
          </w:tcPr>
          <w:p w:rsidR="00CA3846" w:rsidRDefault="002F0204">
            <w:bookmarkStart w:id="0" w:name="_GoBack"/>
            <w:r>
              <w:rPr>
                <w:b/>
              </w:rPr>
              <w:t>4. Vận dụng - trải nghiệm</w:t>
            </w:r>
          </w:p>
          <w:p w:rsidR="00CA3846" w:rsidRDefault="002F0204">
            <w:r>
              <w:rPr>
                <w:b/>
              </w:rPr>
              <w:t>Mục tiêu: Thực hiện cách ứng xử lịch sự khi tham gia hoạt động Tết.</w:t>
            </w:r>
          </w:p>
        </w:tc>
      </w:tr>
      <w:bookmarkEnd w:id="0"/>
      <w:tr w:rsidR="00CA3846" w:rsidTr="006E3629">
        <w:trPr>
          <w:jc w:val="center"/>
        </w:trPr>
        <w:tc>
          <w:tcPr>
            <w:tcW w:w="5241" w:type="dxa"/>
            <w:tcBorders>
              <w:top w:val="single" w:sz="4" w:space="0" w:color="auto"/>
            </w:tcBorders>
            <w:shd w:val="clear" w:color="auto" w:fill="auto"/>
          </w:tcPr>
          <w:p w:rsidR="00CA3846" w:rsidRDefault="002F0204">
            <w:r>
              <w:t>- Thực hành nói một lời chúc Tết hoặc lời cảm ơn lễ phép trước lớp; về nhà kể cho người thân điều em học được.</w:t>
            </w:r>
          </w:p>
        </w:tc>
        <w:tc>
          <w:tcPr>
            <w:tcW w:w="5241" w:type="dxa"/>
            <w:tcBorders>
              <w:top w:val="single" w:sz="4" w:space="0" w:color="auto"/>
            </w:tcBorders>
            <w:shd w:val="clear" w:color="auto" w:fill="auto"/>
          </w:tcPr>
          <w:p w:rsidR="00CA3846" w:rsidRDefault="002F0204">
            <w:r>
              <w:t>- Nói lời chúc hoặc cảm ơn; chia sẻ với gia đình về việc tôn trọng phong tục.</w:t>
            </w:r>
          </w:p>
        </w:tc>
      </w:tr>
      <w:tr w:rsidR="00CA3846" w:rsidTr="006E3629">
        <w:trPr>
          <w:jc w:val="center"/>
        </w:trPr>
        <w:tc>
          <w:tcPr>
            <w:tcW w:w="5241" w:type="dxa"/>
            <w:shd w:val="clear" w:color="auto" w:fill="auto"/>
          </w:tcPr>
          <w:p w:rsidR="00CA3846" w:rsidRDefault="002F0204">
            <w:r>
              <w:t>- Chốt ý, kết luận: Lời nói lễ phép và thái độ tôn trọng giúp ngày Tết thêm vui, đẹp và ý nghĩa.</w:t>
            </w:r>
          </w:p>
        </w:tc>
        <w:tc>
          <w:tcPr>
            <w:tcW w:w="5241" w:type="dxa"/>
            <w:shd w:val="clear" w:color="auto" w:fill="auto"/>
          </w:tcPr>
          <w:p w:rsidR="00CA3846" w:rsidRDefault="002F0204">
            <w:r>
              <w:t>- Lắng nghe và thực hiện.</w:t>
            </w:r>
          </w:p>
        </w:tc>
      </w:tr>
    </w:tbl>
    <w:p w:rsidR="00CA3846" w:rsidRDefault="002F0204">
      <w:r>
        <w:rPr>
          <w:b/>
        </w:rPr>
        <w:t>IV. ĐIỀU CHỈNH SAU BÀI DẠY</w:t>
      </w:r>
    </w:p>
    <w:p w:rsidR="00CA3846" w:rsidRDefault="002F0204">
      <w:r>
        <w:t>................................................................................................................................................</w:t>
      </w:r>
    </w:p>
    <w:p w:rsidR="00CA3846" w:rsidRDefault="002F0204">
      <w:r>
        <w:t>................................................................................................................................................</w:t>
      </w:r>
    </w:p>
    <w:p w:rsidR="00CA3846" w:rsidRDefault="002F0204">
      <w:r>
        <w:t>................................................................................................................................................</w:t>
      </w:r>
    </w:p>
    <w:sectPr w:rsidR="00CA3846" w:rsidSect="00034616">
      <w:pgSz w:w="12240" w:h="15840"/>
      <w:pgMar w:top="850" w:right="822" w:bottom="850" w:left="93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proofState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2F0204"/>
    <w:rsid w:val="00326F90"/>
    <w:rsid w:val="006E3629"/>
    <w:rsid w:val="00AA1D8D"/>
    <w:rsid w:val="00B47730"/>
    <w:rsid w:val="00CA3846"/>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40" w:line="259" w:lineRule="auto"/>
    </w:pPr>
    <w:rPr>
      <w:rFonts w:ascii="Times New Roman" w:hAnsi="Times New Roman" w:cs="Times New Roman"/>
      <w:sz w:val="26"/>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6E36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362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40" w:line="259" w:lineRule="auto"/>
    </w:pPr>
    <w:rPr>
      <w:rFonts w:ascii="Times New Roman" w:hAnsi="Times New Roman" w:cs="Times New Roman"/>
      <w:sz w:val="26"/>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6E36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362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4916D6-CFFD-4A1A-8609-839388CAF1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1295</Words>
  <Characters>7383</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8661</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BAOTRAN</dc:creator>
  <cp:keywords/>
  <dc:description>generated by python-docx</dc:description>
  <cp:lastModifiedBy>Iamp Iamp</cp:lastModifiedBy>
  <cp:revision>3</cp:revision>
  <dcterms:created xsi:type="dcterms:W3CDTF">2026-06-04T04:06:00Z</dcterms:created>
  <dcterms:modified xsi:type="dcterms:W3CDTF">2026-08-20T01:49:00Z</dcterms:modified>
  <cp:category/>
</cp:coreProperties>
</file>