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F88" w:rsidRPr="003F414A" w:rsidRDefault="007E124A">
      <w:pPr>
        <w:spacing w:after="0" w:line="240" w:lineRule="auto"/>
        <w:jc w:val="center"/>
      </w:pPr>
      <w:r w:rsidRPr="003F414A">
        <w:rPr>
          <w:rFonts w:cs="Times New Roman"/>
          <w:b/>
        </w:rPr>
        <w:t>KẾ HOẠCH BÀI DẠY MÔN TOÁN LỚP 4 - TUẦN 6</w:t>
      </w:r>
    </w:p>
    <w:p w:rsidR="00F93F88" w:rsidRPr="003F414A" w:rsidRDefault="007E124A">
      <w:pPr>
        <w:spacing w:after="0" w:line="240" w:lineRule="auto"/>
        <w:jc w:val="center"/>
      </w:pPr>
      <w:r w:rsidRPr="003F414A">
        <w:rPr>
          <w:rFonts w:cs="Times New Roman"/>
          <w:b/>
        </w:rPr>
        <w:t>BÀI 11: HÀNG VÀ LỚP</w:t>
      </w:r>
    </w:p>
    <w:p w:rsidR="00F93F88" w:rsidRPr="003F414A" w:rsidRDefault="007E124A">
      <w:pPr>
        <w:spacing w:after="0" w:line="240" w:lineRule="auto"/>
        <w:jc w:val="center"/>
      </w:pPr>
      <w:r w:rsidRPr="003F414A">
        <w:rPr>
          <w:b/>
        </w:rPr>
        <w:t>TIẾT 26: LUYỆN TẬP (TIẾT 3)</w:t>
      </w:r>
    </w:p>
    <w:p w:rsidR="00F93F88" w:rsidRPr="003F414A" w:rsidRDefault="007E124A">
      <w:pPr>
        <w:spacing w:after="0" w:line="240" w:lineRule="auto"/>
      </w:pPr>
      <w:r w:rsidRPr="003F414A">
        <w:rPr>
          <w:rFonts w:cs="Times New Roman"/>
          <w:b/>
        </w:rPr>
        <w:t>I. YÊU CẦU CẦN ĐẠT</w:t>
      </w:r>
    </w:p>
    <w:p w:rsidR="00F93F88" w:rsidRPr="003F414A" w:rsidRDefault="007E124A">
      <w:pPr>
        <w:spacing w:after="0" w:line="240" w:lineRule="auto"/>
      </w:pPr>
      <w:r w:rsidRPr="003F414A">
        <w:rPr>
          <w:rFonts w:cs="Times New Roman"/>
          <w:b/>
        </w:rPr>
        <w:t>1. Năng lực đặc thù:</w:t>
      </w:r>
    </w:p>
    <w:p w:rsidR="00F93F88" w:rsidRPr="003F414A" w:rsidRDefault="007E124A">
      <w:pPr>
        <w:spacing w:after="0" w:line="240" w:lineRule="auto"/>
      </w:pPr>
      <w:r w:rsidRPr="003F414A">
        <w:rPr>
          <w:rFonts w:cs="Times New Roman"/>
        </w:rPr>
        <w:t>- Luyện tập, củng cố kiến thức về hàng và lớp.</w:t>
      </w:r>
    </w:p>
    <w:p w:rsidR="00F93F88" w:rsidRPr="003F414A" w:rsidRDefault="007E124A">
      <w:pPr>
        <w:spacing w:after="0" w:line="240" w:lineRule="auto"/>
      </w:pPr>
      <w:r w:rsidRPr="003F414A">
        <w:rPr>
          <w:rFonts w:cs="Times New Roman"/>
        </w:rPr>
        <w:t>- Củng cố cách đọc, viết các số tròn triệu, tròn chục triệu, tròn trăm triệu.</w:t>
      </w:r>
    </w:p>
    <w:p w:rsidR="00F93F88" w:rsidRPr="003F414A" w:rsidRDefault="007E124A">
      <w:pPr>
        <w:spacing w:after="0" w:line="240" w:lineRule="auto"/>
      </w:pPr>
      <w:r w:rsidRPr="003F414A">
        <w:rPr>
          <w:rFonts w:cs="Times New Roman"/>
        </w:rPr>
        <w:t>- Xác định được hàng, lớp của chữ số; lập được số có sáu chữ số theo điều kiện cho trước.</w:t>
      </w:r>
    </w:p>
    <w:p w:rsidR="00F93F88" w:rsidRPr="003F414A" w:rsidRDefault="007E124A">
      <w:pPr>
        <w:spacing w:after="0" w:line="240" w:lineRule="auto"/>
      </w:pPr>
      <w:r w:rsidRPr="003F414A">
        <w:rPr>
          <w:rFonts w:cs="Times New Roman"/>
          <w:b/>
        </w:rPr>
        <w:t>2. Năng lực chung:</w:t>
      </w:r>
    </w:p>
    <w:p w:rsidR="00F93F88" w:rsidRPr="003F414A" w:rsidRDefault="007E124A">
      <w:pPr>
        <w:spacing w:after="0" w:line="240" w:lineRule="auto"/>
      </w:pPr>
      <w:r w:rsidRPr="003F414A">
        <w:rPr>
          <w:rFonts w:cs="Times New Roman"/>
        </w:rPr>
        <w:t>- Tự chủ và tự học: Chủ động đọc yêu cầu, lựa chọn cách làm và tự kiểm tra bài.</w:t>
      </w:r>
    </w:p>
    <w:p w:rsidR="00F93F88" w:rsidRPr="003F414A" w:rsidRDefault="007E124A">
      <w:pPr>
        <w:spacing w:after="0" w:line="240" w:lineRule="auto"/>
      </w:pPr>
      <w:r w:rsidRPr="003F414A">
        <w:rPr>
          <w:rFonts w:cs="Times New Roman"/>
        </w:rPr>
        <w:t>- Giao tiếp và hợp tác: Trao đổi nhóm, giải thích cách tìm số và nhận xét bài làm của bạn.</w:t>
      </w:r>
    </w:p>
    <w:p w:rsidR="00F93F88" w:rsidRPr="003F414A" w:rsidRDefault="007E124A">
      <w:pPr>
        <w:spacing w:after="0" w:line="240" w:lineRule="auto"/>
      </w:pPr>
      <w:r w:rsidRPr="003F414A">
        <w:rPr>
          <w:rFonts w:cs="Times New Roman"/>
        </w:rPr>
        <w:t>- Giải quyết vấn đề và sáng tạo: Vận dụng hàng, lớp và dấu hiệu số chẵn để giải bài tập.</w:t>
      </w:r>
    </w:p>
    <w:p w:rsidR="00F93F88" w:rsidRPr="003F414A" w:rsidRDefault="007E124A">
      <w:pPr>
        <w:spacing w:after="0" w:line="240" w:lineRule="auto"/>
      </w:pPr>
      <w:r w:rsidRPr="003F414A">
        <w:rPr>
          <w:rFonts w:cs="Times New Roman"/>
          <w:b/>
        </w:rPr>
        <w:t>3. Phẩm chất:</w:t>
      </w:r>
    </w:p>
    <w:p w:rsidR="00F93F88" w:rsidRPr="003F414A" w:rsidRDefault="007E124A">
      <w:pPr>
        <w:spacing w:after="0" w:line="240" w:lineRule="auto"/>
      </w:pPr>
      <w:r w:rsidRPr="003F414A">
        <w:rPr>
          <w:rFonts w:cs="Times New Roman"/>
        </w:rPr>
        <w:t>- Chăm chỉ: Tích cực hoàn thành các bài luyện tập.</w:t>
      </w:r>
    </w:p>
    <w:p w:rsidR="00F93F88" w:rsidRPr="003F414A" w:rsidRDefault="007E124A">
      <w:pPr>
        <w:spacing w:after="0" w:line="240" w:lineRule="auto"/>
      </w:pPr>
      <w:r w:rsidRPr="003F414A">
        <w:rPr>
          <w:rFonts w:cs="Times New Roman"/>
        </w:rPr>
        <w:t>- Trách nhiệm: Cẩn thận khi viết số, ghi giá tiền và làm việc nhóm.</w:t>
      </w:r>
    </w:p>
    <w:p w:rsidR="00F93F88" w:rsidRPr="003F414A" w:rsidRDefault="007E124A">
      <w:pPr>
        <w:spacing w:after="0" w:line="240" w:lineRule="auto"/>
      </w:pPr>
      <w:r w:rsidRPr="003F414A">
        <w:rPr>
          <w:rFonts w:cs="Times New Roman"/>
        </w:rPr>
        <w:t>- Trung thực: Tự làm bài, mạnh dạn sửa lỗi.</w:t>
      </w:r>
    </w:p>
    <w:p w:rsidR="00F93F88" w:rsidRPr="003F414A" w:rsidRDefault="007E124A">
      <w:pPr>
        <w:spacing w:after="0" w:line="240" w:lineRule="auto"/>
      </w:pPr>
      <w:r w:rsidRPr="003F414A">
        <w:rPr>
          <w:rFonts w:cs="Times New Roman"/>
          <w:b/>
        </w:rPr>
        <w:t>II. ĐỒ DÙNG DẠY HỌC</w:t>
      </w:r>
    </w:p>
    <w:p w:rsidR="00F93F88" w:rsidRPr="003F414A" w:rsidRDefault="007E124A">
      <w:pPr>
        <w:spacing w:after="0" w:line="240" w:lineRule="auto"/>
      </w:pPr>
      <w:r w:rsidRPr="003F414A">
        <w:rPr>
          <w:rFonts w:cs="Times New Roman"/>
        </w:rPr>
        <w:t>- GV: SGK Toán 4, kế hoạch bài dạy, máy tính, ti vi, bài giảng điện tử, bảng phụ, phiếu học tập, thẻ số, bảng hàng - lớp; tranh/bài tập SGK được cắt đúng nội dung và đặt ngay tại câu lệnh phù hợp.</w:t>
      </w:r>
    </w:p>
    <w:p w:rsidR="00F93F88" w:rsidRPr="003F414A" w:rsidRDefault="007E124A">
      <w:pPr>
        <w:spacing w:after="0" w:line="240" w:lineRule="auto"/>
      </w:pPr>
      <w:r w:rsidRPr="003F414A">
        <w:rPr>
          <w:rFonts w:cs="Times New Roman"/>
        </w:rPr>
        <w:t>- HS: SGK, vở ghi, bút, bảng con, phiếu học tập và đồ dùng học tập cá nhân.</w:t>
      </w:r>
    </w:p>
    <w:p w:rsidR="00F93F88" w:rsidRPr="003F414A" w:rsidRDefault="007E124A">
      <w:pPr>
        <w:spacing w:after="0" w:line="240" w:lineRule="auto"/>
      </w:pPr>
      <w:r w:rsidRPr="003F414A">
        <w:rPr>
          <w:rFonts w:cs="Times New Roman"/>
          <w:b/>
        </w:rPr>
        <w:t>III. CÁC HOẠT ĐỘNG DẠY HỌC CHỦ YẾU</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4819"/>
        <w:gridCol w:w="4819"/>
      </w:tblGrid>
      <w:tr w:rsidR="003F414A" w:rsidRPr="003F414A" w:rsidTr="003F414A">
        <w:trPr>
          <w:cantSplit/>
          <w:tblHeader/>
          <w:jc w:val="center"/>
        </w:trPr>
        <w:tc>
          <w:tcPr>
            <w:tcW w:w="4819"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jc w:val="center"/>
            </w:pPr>
            <w:r w:rsidRPr="003F414A">
              <w:rPr>
                <w:rFonts w:cs="Times New Roman"/>
                <w:b/>
              </w:rPr>
              <w:t>Hoạt động của giáo viên</w:t>
            </w:r>
          </w:p>
        </w:tc>
        <w:tc>
          <w:tcPr>
            <w:tcW w:w="4819"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jc w:val="center"/>
            </w:pPr>
            <w:r w:rsidRPr="003F414A">
              <w:rPr>
                <w:rFonts w:cs="Times New Roman"/>
                <w:b/>
              </w:rPr>
              <w:t>Hoạt động của học sinh</w:t>
            </w:r>
          </w:p>
        </w:tc>
      </w:tr>
      <w:tr w:rsidR="003F414A" w:rsidRPr="003F414A" w:rsidTr="003F414A">
        <w:trPr>
          <w:cantSplit/>
          <w:jc w:val="center"/>
        </w:trPr>
        <w:tc>
          <w:tcPr>
            <w:tcW w:w="9240"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1. Khởi động</w:t>
            </w:r>
          </w:p>
          <w:p w:rsidR="00F93F88" w:rsidRPr="003F414A" w:rsidRDefault="007E124A">
            <w:pPr>
              <w:spacing w:after="0" w:line="240" w:lineRule="auto"/>
            </w:pPr>
            <w:r w:rsidRPr="003F414A">
              <w:rPr>
                <w:rFonts w:cs="Times New Roman"/>
                <w:b/>
              </w:rPr>
              <w:t>- Mục tiêu: Tạo hứng thú học tập, ôn nhanh các số tròn chục triệu, tròn trăm triệu.</w:t>
            </w:r>
          </w:p>
          <w:p w:rsidR="00F93F88" w:rsidRPr="003F414A" w:rsidRDefault="007E124A">
            <w:pPr>
              <w:spacing w:after="0" w:line="240" w:lineRule="auto"/>
            </w:pPr>
            <w:r w:rsidRPr="003F414A">
              <w:rPr>
                <w:rFonts w:cs="Times New Roman"/>
                <w:b/>
              </w:rPr>
              <w:t>- Cách tiến hành:</w:t>
            </w:r>
          </w:p>
        </w:tc>
      </w:tr>
      <w:tr w:rsidR="003F414A" w:rsidRPr="003F414A" w:rsidTr="003F414A">
        <w:trPr>
          <w:cantSplit/>
          <w:jc w:val="center"/>
        </w:trPr>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tổ chức cho HS chơi trò chơi “Truyền điện”: lần lượt lập và đọc các số tròn chục triệu, tròn trăm triệu.</w:t>
            </w:r>
          </w:p>
        </w:tc>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chơi trò chơi; mỗi bạn nêu một số không trùng với bạn trước, ví dụ: 20 000 000; 300 000 000.</w:t>
            </w:r>
          </w:p>
        </w:tc>
      </w:tr>
      <w:tr w:rsidR="003F414A" w:rsidRPr="003F414A" w:rsidTr="003F414A">
        <w:trPr>
          <w:cantSplit/>
          <w:jc w:val="center"/>
        </w:trPr>
        <w:tc>
          <w:tcPr>
            <w:tcW w:w="4620"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nhận xét kết quả trò chơi, giới thiệu và ghi bài.</w:t>
            </w:r>
          </w:p>
        </w:tc>
        <w:tc>
          <w:tcPr>
            <w:tcW w:w="4620"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chia sẻ sau trò chơi, lắng nghe và ghi tên bài.</w:t>
            </w:r>
          </w:p>
        </w:tc>
      </w:tr>
      <w:tr w:rsidR="003F414A" w:rsidRPr="003F414A" w:rsidTr="003F414A">
        <w:trPr>
          <w:cantSplit/>
          <w:jc w:val="center"/>
        </w:trPr>
        <w:tc>
          <w:tcPr>
            <w:tcW w:w="9240"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2. Luyện tập, thực hành</w:t>
            </w:r>
          </w:p>
          <w:p w:rsidR="00F93F88" w:rsidRPr="003F414A" w:rsidRDefault="007E124A">
            <w:pPr>
              <w:spacing w:after="0" w:line="240" w:lineRule="auto"/>
            </w:pPr>
            <w:r w:rsidRPr="003F414A">
              <w:rPr>
                <w:rFonts w:cs="Times New Roman"/>
                <w:b/>
              </w:rPr>
              <w:t>- Mục tiêu: HS luyện đọc số, xác định hàng - lớp, tìm số theo điều kiện và giải quyết tình huống thực tế về tiền.</w:t>
            </w:r>
          </w:p>
          <w:p w:rsidR="00F93F88" w:rsidRPr="003F414A" w:rsidRDefault="007E124A">
            <w:pPr>
              <w:spacing w:after="0" w:line="240" w:lineRule="auto"/>
            </w:pPr>
            <w:r w:rsidRPr="003F414A">
              <w:rPr>
                <w:rFonts w:cs="Times New Roman"/>
                <w:b/>
              </w:rPr>
              <w:t>- Cách tiến hành:</w:t>
            </w:r>
          </w:p>
        </w:tc>
      </w:tr>
      <w:tr w:rsidR="003F414A" w:rsidRPr="003F414A" w:rsidTr="003F414A">
        <w:trPr>
          <w:cantSplit/>
          <w:jc w:val="center"/>
        </w:trPr>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Bài 1. Đọc số và xác định chữ số 8</w:t>
            </w:r>
          </w:p>
          <w:p w:rsidR="00F93F88" w:rsidRPr="003F414A" w:rsidRDefault="007E124A">
            <w:pPr>
              <w:spacing w:after="0" w:line="240" w:lineRule="auto"/>
            </w:pPr>
            <w:r w:rsidRPr="003F414A">
              <w:rPr>
                <w:rFonts w:cs="Times New Roman"/>
              </w:rPr>
              <w:t>- Gọi HS đọc yêu cầu.</w:t>
            </w:r>
          </w:p>
          <w:p w:rsidR="00F93F88" w:rsidRPr="003F414A" w:rsidRDefault="007E124A" w:rsidP="003F414A">
            <w:pPr>
              <w:spacing w:after="0" w:line="240" w:lineRule="auto"/>
            </w:pPr>
            <w:r w:rsidRPr="003F414A">
              <w:rPr>
                <w:rFonts w:cs="Times New Roman"/>
              </w:rPr>
              <w:t>- GV hỏi: Bài yêu cầu làm gì?</w:t>
            </w:r>
          </w:p>
        </w:tc>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đọc yêu cầu.</w:t>
            </w:r>
          </w:p>
          <w:p w:rsidR="00F93F88" w:rsidRPr="003F414A" w:rsidRDefault="007E124A">
            <w:pPr>
              <w:spacing w:after="0" w:line="240" w:lineRule="auto"/>
            </w:pPr>
            <w:r w:rsidRPr="003F414A">
              <w:rPr>
                <w:rFonts w:cs="Times New Roman"/>
              </w:rPr>
              <w:t>- HS nêu: Đọc các số và cho biết chữ số 8 thuộc hàng nào, lớp nào.</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yêu cầu HS làm bài vào vở, sau đó trao đổi nhóm đôi.</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làm bài: 16 182 - chữ số 8 ở hàng chục, lớp đơn vị; 538 772 - chữ số 8 ở hàng nghìn, lớp nghìn; 800 000 - chữ số 8 ở hàng trăm nghìn, lớp nghìn; 32 238 - chữ số 8 ở hàng đơn vị, lớp đơn vị.</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quan sát, hỗ trợ HS còn lúng túng; mời HS chia sẻ trước lớp.</w:t>
            </w:r>
          </w:p>
          <w:p w:rsidR="00F93F88" w:rsidRPr="003F414A" w:rsidRDefault="007E124A">
            <w:pPr>
              <w:spacing w:after="0" w:line="240" w:lineRule="auto"/>
            </w:pPr>
            <w:r w:rsidRPr="003F414A">
              <w:rPr>
                <w:rFonts w:cs="Times New Roman"/>
              </w:rPr>
              <w:t>- GV nhận xét chung, tuyên dương HS.</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chia sẻ theo nhóm cộng tác rồi trình bày trước lớp.</w:t>
            </w:r>
          </w:p>
          <w:p w:rsidR="00F93F88" w:rsidRPr="003F414A" w:rsidRDefault="007E124A">
            <w:pPr>
              <w:spacing w:after="0" w:line="240" w:lineRule="auto"/>
            </w:pPr>
            <w:r w:rsidRPr="003F414A">
              <w:rPr>
                <w:rFonts w:cs="Times New Roman"/>
              </w:rPr>
              <w:t>- HS lắng nghe, sửa bài nếu cần.</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lastRenderedPageBreak/>
              <w:t>Bài 2. Chọn câu trả lời đúng</w:t>
            </w:r>
          </w:p>
          <w:p w:rsidR="00F93F88" w:rsidRPr="003F414A" w:rsidRDefault="007E124A">
            <w:pPr>
              <w:spacing w:after="0" w:line="240" w:lineRule="auto"/>
            </w:pPr>
            <w:r w:rsidRPr="003F414A">
              <w:rPr>
                <w:rFonts w:cs="Times New Roman"/>
              </w:rPr>
              <w:t>- Gọi HS đọc yêu cầu.</w:t>
            </w:r>
          </w:p>
          <w:p w:rsidR="00F93F88" w:rsidRPr="003F414A" w:rsidRDefault="007E124A" w:rsidP="003F414A">
            <w:pPr>
              <w:spacing w:after="0" w:line="240" w:lineRule="auto"/>
            </w:pPr>
            <w:r w:rsidRPr="003F414A">
              <w:rPr>
                <w:rFonts w:cs="Times New Roman"/>
              </w:rPr>
              <w:t>- GV yêu cầu HS làm phiếu rồi đổi chéo kiểm tra.</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- 1 - 2 HS đọc yêu cầu.</w:t>
            </w:r>
          </w:p>
          <w:p w:rsidR="00F93F88" w:rsidRPr="003F414A" w:rsidRDefault="007E124A">
            <w:pPr>
              <w:spacing w:after="0" w:line="240" w:lineRule="auto"/>
            </w:pPr>
            <w:r w:rsidRPr="003F414A">
              <w:rPr>
                <w:rFonts w:cs="Times New Roman"/>
              </w:rPr>
              <w:t>- HS làm bài cá nhân, chọn đáp án D. 405 239; sau đó đổi phiếu với bạn.</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hỏi: Vì sao em chọn số 405 239?</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giải thích: Các chữ số khác nhau; lớp đơn vị là 239 không có chữ số 0; chữ số 5 ở hàng nghìn.</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nhận xét, khen ngợi HS.</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lắng nghe.</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Bài 3. Điền số thích hợp</w:t>
            </w:r>
          </w:p>
          <w:p w:rsidR="00F93F88" w:rsidRPr="003F414A" w:rsidRDefault="007E124A">
            <w:pPr>
              <w:spacing w:after="0" w:line="240" w:lineRule="auto"/>
            </w:pPr>
            <w:r w:rsidRPr="003F414A">
              <w:rPr>
                <w:rFonts w:cs="Times New Roman"/>
              </w:rPr>
              <w:t>- Gọi HS đọc yêu cầu.</w:t>
            </w:r>
          </w:p>
          <w:p w:rsidR="00F93F88" w:rsidRPr="003F414A" w:rsidRDefault="007E124A" w:rsidP="003F414A">
            <w:pPr>
              <w:spacing w:after="0" w:line="240" w:lineRule="auto"/>
            </w:pPr>
            <w:r w:rsidRPr="003F414A">
              <w:rPr>
                <w:rFonts w:cs="Times New Roman"/>
              </w:rPr>
              <w:t>- GV hỏi: Bài yêu cầu làm gì?</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đọc yêu cầu.</w:t>
            </w:r>
          </w:p>
          <w:p w:rsidR="00F93F88" w:rsidRPr="003F414A" w:rsidRDefault="007E124A">
            <w:pPr>
              <w:spacing w:after="0" w:line="240" w:lineRule="auto"/>
            </w:pPr>
            <w:r w:rsidRPr="003F414A">
              <w:rPr>
                <w:rFonts w:cs="Times New Roman"/>
              </w:rPr>
              <w:t>- HS nêu: Viết số tương ứng với cách đọc.</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yêu cầu HS viết số vào vở và đổi vở kiểm tra.</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viết: Sáu mươi triệu = 60 000 000; chín triệu = 9 000 000; hai trăm triệu = 200 000 000; chín trăm triệu = 900 000 000.</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mời HS nêu cách viết số tròn triệu, tròn chục triệu, tròn trăm triệu.</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nêu: Xác định chữ số ở lớp triệu, sau đó viết sáu chữ số 0 ở lớp nghìn và lớp đơn vị.</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Bài 4. Tìm giá tiền của mỗi giỏ quà</w:t>
            </w:r>
          </w:p>
          <w:p w:rsidR="00F93F88" w:rsidRPr="003F414A" w:rsidRDefault="007E124A">
            <w:pPr>
              <w:spacing w:after="0" w:line="240" w:lineRule="auto"/>
            </w:pPr>
            <w:r w:rsidRPr="003F414A">
              <w:rPr>
                <w:rFonts w:cs="Times New Roman"/>
              </w:rPr>
              <w:t>- Gọi HS đọc yêu cầu.</w:t>
            </w:r>
          </w:p>
          <w:p w:rsidR="00F93F88" w:rsidRPr="003F414A" w:rsidRDefault="007E124A" w:rsidP="003F414A">
            <w:pPr>
              <w:spacing w:after="0" w:line="240" w:lineRule="auto"/>
            </w:pPr>
            <w:r w:rsidRPr="003F414A">
              <w:rPr>
                <w:rFonts w:cs="Times New Roman"/>
              </w:rPr>
              <w:t>- GV hỏi: Bài yêu cầu làm gì?</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đọc yêu cầu.</w:t>
            </w:r>
          </w:p>
          <w:p w:rsidR="00F93F88" w:rsidRPr="003F414A" w:rsidRDefault="007E124A">
            <w:pPr>
              <w:spacing w:after="0" w:line="240" w:lineRule="auto"/>
            </w:pPr>
            <w:r w:rsidRPr="003F414A">
              <w:rPr>
                <w:rFonts w:cs="Times New Roman"/>
              </w:rPr>
              <w:t>- HS nêu: Tính giá tiền của mỗi giỏ quà dựa vào giá từng món hàng.</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yêu cầu HS làm việc theo nhóm 4: đếm số món hàng trong từng giỏ, viết phép tính và kết quả.</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thảo luận, thực hiện: Giỏ A: 32 000 đồng; giỏ B: 704 000 đồng; giỏ C: 1 000 000 đồng.</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mời 2 - 3 nhóm trình bày; hỏi: Bạn làm thế nào để tìm giá tiền của mỗi giỏ?</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Đại diện nhóm trình bày cách đếm từng loại món hàng, nhân với đơn giá rồi cộng các khoản.</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đánh giá, tuyên dương và nhắc HS ghi đơn vị “đồng”.</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nhận xét bài của bạn và hoàn thiện bài.</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Bài 5. Lập số chẵn có sáu chữ số</w:t>
            </w:r>
          </w:p>
          <w:p w:rsidR="00F93F88" w:rsidRPr="003F414A" w:rsidRDefault="007E124A">
            <w:pPr>
              <w:spacing w:after="0" w:line="240" w:lineRule="auto"/>
            </w:pPr>
            <w:r w:rsidRPr="003F414A">
              <w:rPr>
                <w:rFonts w:cs="Times New Roman"/>
              </w:rPr>
              <w:t>- Gọi HS đọc yêu cầu.</w:t>
            </w:r>
          </w:p>
          <w:p w:rsidR="00F93F88" w:rsidRPr="003F414A" w:rsidRDefault="007E124A" w:rsidP="003F414A">
            <w:pPr>
              <w:spacing w:after="0" w:line="240" w:lineRule="auto"/>
            </w:pPr>
            <w:r w:rsidRPr="003F414A">
              <w:rPr>
                <w:rFonts w:cs="Times New Roman"/>
              </w:rPr>
              <w:t>- GV hỏi: Bài yêu cầu làm gì? Số chẵn là số như thế nào?</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đọc yêu cầu.</w:t>
            </w:r>
          </w:p>
          <w:p w:rsidR="00F93F88" w:rsidRPr="003F414A" w:rsidRDefault="007E124A">
            <w:pPr>
              <w:spacing w:after="0" w:line="240" w:lineRule="auto"/>
            </w:pPr>
            <w:r w:rsidRPr="003F414A">
              <w:rPr>
                <w:rFonts w:cs="Times New Roman"/>
              </w:rPr>
              <w:t>- HS nêu: Lập số chẵn có sáu chữ số; số chẵn có chữ số tận cùng là 0, 2, 4, 6 hoặc 8.</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yêu cầu HS tự suy nghĩ, sắp xếp các chữ số theo điều kiện: lớp nghìn gồm 0, 0, 3; lớp đơn vị gồm 8, 1, 1.</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làm bài vào vở, thử sắp xếp để số có sáu chữ số và tận cùng là chữ số chẵn.</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mời HS chia sẻ kết quả và giải thích vì sao số đó thỏa mãn yêu cầu.</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trình bày: Số cần tìm là 300 118; lớp nghìn là 300, lớp đơn vị là 118, chữ số tận cùng 8 nên là số chẵn.</w:t>
            </w:r>
          </w:p>
        </w:tc>
      </w:tr>
      <w:tr w:rsidR="003F414A" w:rsidRPr="003F414A" w:rsidTr="003F414A">
        <w:trPr>
          <w:cantSplit/>
          <w:jc w:val="center"/>
        </w:trPr>
        <w:tc>
          <w:tcPr>
            <w:tcW w:w="4620"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nhận xét, tuyên dương HS.</w:t>
            </w:r>
          </w:p>
        </w:tc>
        <w:tc>
          <w:tcPr>
            <w:tcW w:w="4620"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lắng nghe.</w:t>
            </w:r>
          </w:p>
        </w:tc>
      </w:tr>
      <w:tr w:rsidR="003F414A" w:rsidRPr="003F414A" w:rsidTr="003F414A">
        <w:trPr>
          <w:cantSplit/>
          <w:jc w:val="center"/>
        </w:trPr>
        <w:tc>
          <w:tcPr>
            <w:tcW w:w="9240"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3. Vận dụng, trải nghiệm</w:t>
            </w:r>
          </w:p>
          <w:p w:rsidR="00F93F88" w:rsidRPr="003F414A" w:rsidRDefault="007E124A">
            <w:pPr>
              <w:spacing w:after="0" w:line="240" w:lineRule="auto"/>
            </w:pPr>
            <w:r w:rsidRPr="003F414A">
              <w:rPr>
                <w:rFonts w:cs="Times New Roman"/>
                <w:b/>
              </w:rPr>
              <w:t>- Mục tiêu: HS hệ thống kiến thức về hàng, lớp và vận dụng đọc số lớn trong thực tế.</w:t>
            </w:r>
          </w:p>
          <w:p w:rsidR="00F93F88" w:rsidRPr="003F414A" w:rsidRDefault="007E124A">
            <w:pPr>
              <w:spacing w:after="0" w:line="240" w:lineRule="auto"/>
            </w:pPr>
            <w:r w:rsidRPr="003F414A">
              <w:rPr>
                <w:rFonts w:cs="Times New Roman"/>
                <w:b/>
              </w:rPr>
              <w:t>- Cách tiến hành:</w:t>
            </w:r>
          </w:p>
        </w:tc>
      </w:tr>
      <w:tr w:rsidR="003F414A" w:rsidRPr="003F414A" w:rsidTr="003F414A">
        <w:trPr>
          <w:cantSplit/>
          <w:jc w:val="center"/>
        </w:trPr>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yêu cầu HS chia sẻ: Một số có nhiều chữ số được tách thành những lớp nào? Mỗi lớp gồm mấy hàng?</w:t>
            </w:r>
          </w:p>
        </w:tc>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chia sẻ: Mỗi lớp gồm ba hàng; đã học lớp đơn vị, lớp nghìn, lớp triệu.</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lastRenderedPageBreak/>
              <w:t>- GV nhận xét tiết học, dặn HS tìm một số lớn trong đời sống và xác định một chữ số thuộc hàng nào, lớp nào.</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lắng nghe, ghi nhớ nhiệm vụ.</w:t>
            </w:r>
          </w:p>
        </w:tc>
      </w:tr>
    </w:tbl>
    <w:p w:rsidR="00F93F88" w:rsidRPr="003F414A" w:rsidRDefault="007E124A">
      <w:pPr>
        <w:spacing w:after="0" w:line="240" w:lineRule="auto"/>
      </w:pPr>
      <w:r w:rsidRPr="003F414A">
        <w:rPr>
          <w:rFonts w:cs="Times New Roman"/>
          <w:b/>
        </w:rPr>
        <w:t>IV. ĐIỀU CHỈNH SAU BÀI DẠY (nếu có):</w:t>
      </w:r>
    </w:p>
    <w:p w:rsidR="00F93F88" w:rsidRPr="003F414A" w:rsidRDefault="007E124A">
      <w:pPr>
        <w:spacing w:after="0" w:line="240" w:lineRule="auto"/>
      </w:pPr>
      <w:r w:rsidRPr="003F414A">
        <w:rPr>
          <w:rFonts w:cs="Times New Roman"/>
        </w:rPr>
        <w:t>................................................................................................................................................</w:t>
      </w:r>
    </w:p>
    <w:p w:rsidR="00F93F88" w:rsidRPr="003F414A" w:rsidRDefault="007E124A">
      <w:pPr>
        <w:spacing w:after="0" w:line="240" w:lineRule="auto"/>
      </w:pPr>
      <w:r w:rsidRPr="003F414A">
        <w:rPr>
          <w:rFonts w:cs="Times New Roman"/>
        </w:rPr>
        <w:t>................................................................................................................................................</w:t>
      </w:r>
    </w:p>
    <w:p w:rsidR="00F93F88" w:rsidRPr="003F414A" w:rsidRDefault="00F93F88">
      <w:pPr>
        <w:spacing w:after="0" w:line="240" w:lineRule="auto"/>
      </w:pPr>
    </w:p>
    <w:p w:rsidR="00F93F88" w:rsidRPr="003F414A" w:rsidRDefault="007E124A">
      <w:pPr>
        <w:spacing w:after="0" w:line="240" w:lineRule="auto"/>
        <w:jc w:val="center"/>
      </w:pPr>
      <w:r w:rsidRPr="003F414A">
        <w:rPr>
          <w:rFonts w:cs="Times New Roman"/>
          <w:b/>
        </w:rPr>
        <w:t>KẾ HOẠCH BÀI DẠY MÔN TOÁN LỚP 4 - TUẦN 6</w:t>
      </w:r>
    </w:p>
    <w:p w:rsidR="00F93F88" w:rsidRPr="003F414A" w:rsidRDefault="007E124A">
      <w:pPr>
        <w:spacing w:after="0" w:line="240" w:lineRule="auto"/>
        <w:jc w:val="center"/>
      </w:pPr>
      <w:r w:rsidRPr="003F414A">
        <w:rPr>
          <w:rFonts w:cs="Times New Roman"/>
          <w:b/>
        </w:rPr>
        <w:t>BÀI 12: CÁC SỐ TRONG PHẠM VI LỚP TRIỆU</w:t>
      </w:r>
    </w:p>
    <w:p w:rsidR="00F93F88" w:rsidRPr="003F414A" w:rsidRDefault="007E124A">
      <w:pPr>
        <w:spacing w:after="0" w:line="240" w:lineRule="auto"/>
        <w:jc w:val="center"/>
      </w:pPr>
      <w:r w:rsidRPr="003F414A">
        <w:rPr>
          <w:b/>
        </w:rPr>
        <w:t>TIẾT 27: KHÁM PHÁ - HOẠT ĐỘNG (TIẾT 1)</w:t>
      </w:r>
    </w:p>
    <w:p w:rsidR="00F93F88" w:rsidRPr="003F414A" w:rsidRDefault="007E124A">
      <w:pPr>
        <w:spacing w:after="0" w:line="240" w:lineRule="auto"/>
      </w:pPr>
      <w:r w:rsidRPr="003F414A">
        <w:rPr>
          <w:rFonts w:cs="Times New Roman"/>
          <w:b/>
        </w:rPr>
        <w:t>I. YÊU CẦU CẦN ĐẠT</w:t>
      </w:r>
    </w:p>
    <w:p w:rsidR="00F93F88" w:rsidRPr="003F414A" w:rsidRDefault="007E124A">
      <w:pPr>
        <w:spacing w:after="0" w:line="240" w:lineRule="auto"/>
      </w:pPr>
      <w:r w:rsidRPr="003F414A">
        <w:rPr>
          <w:rFonts w:cs="Times New Roman"/>
          <w:b/>
        </w:rPr>
        <w:t>1. Năng lực đặc thù:</w:t>
      </w:r>
    </w:p>
    <w:p w:rsidR="00F93F88" w:rsidRPr="003F414A" w:rsidRDefault="007E124A">
      <w:pPr>
        <w:spacing w:after="0" w:line="240" w:lineRule="auto"/>
      </w:pPr>
      <w:r w:rsidRPr="003F414A">
        <w:rPr>
          <w:rFonts w:cs="Times New Roman"/>
        </w:rPr>
        <w:t>- Nhận biết được cách đọc, cách viết và cấu tạo số trong phạm vi lớp triệu.</w:t>
      </w:r>
    </w:p>
    <w:p w:rsidR="00F93F88" w:rsidRPr="003F414A" w:rsidRDefault="007E124A">
      <w:pPr>
        <w:spacing w:after="0" w:line="240" w:lineRule="auto"/>
      </w:pPr>
      <w:r w:rsidRPr="003F414A">
        <w:rPr>
          <w:rFonts w:cs="Times New Roman"/>
        </w:rPr>
        <w:t>- Xác định được vị trí, hàng, lớp và giá trị của chữ số trong số có đến chín chữ số.</w:t>
      </w:r>
    </w:p>
    <w:p w:rsidR="00F93F88" w:rsidRPr="003F414A" w:rsidRDefault="007E124A">
      <w:pPr>
        <w:spacing w:after="0" w:line="240" w:lineRule="auto"/>
      </w:pPr>
      <w:r w:rsidRPr="003F414A">
        <w:rPr>
          <w:rFonts w:cs="Times New Roman"/>
        </w:rPr>
        <w:t>- Biết đọc số liệu thực tế, viết số thành tổng và nhận biết số 1 000 000 000.</w:t>
      </w:r>
    </w:p>
    <w:p w:rsidR="00F93F88" w:rsidRPr="003F414A" w:rsidRDefault="007E124A">
      <w:pPr>
        <w:spacing w:after="0" w:line="240" w:lineRule="auto"/>
      </w:pPr>
      <w:r w:rsidRPr="003F414A">
        <w:rPr>
          <w:rFonts w:cs="Times New Roman"/>
          <w:b/>
        </w:rPr>
        <w:t>2. Năng lực chung:</w:t>
      </w:r>
    </w:p>
    <w:p w:rsidR="00F93F88" w:rsidRPr="003F414A" w:rsidRDefault="007E124A">
      <w:pPr>
        <w:spacing w:after="0" w:line="240" w:lineRule="auto"/>
      </w:pPr>
      <w:r w:rsidRPr="003F414A">
        <w:rPr>
          <w:rFonts w:cs="Times New Roman"/>
        </w:rPr>
        <w:t>- Tự chủ và tự học: Chủ động quan sát bảng hàng - lớp, tự đọc, viết và kiểm tra số.</w:t>
      </w:r>
    </w:p>
    <w:p w:rsidR="00F93F88" w:rsidRPr="003F414A" w:rsidRDefault="007E124A">
      <w:pPr>
        <w:spacing w:after="0" w:line="240" w:lineRule="auto"/>
      </w:pPr>
      <w:r w:rsidRPr="003F414A">
        <w:rPr>
          <w:rFonts w:cs="Times New Roman"/>
        </w:rPr>
        <w:t>- Giao tiếp và hợp tác: Trao đổi cách đọc số, phân tích số và nhận xét bài của bạn.</w:t>
      </w:r>
    </w:p>
    <w:p w:rsidR="00F93F88" w:rsidRPr="003F414A" w:rsidRDefault="007E124A">
      <w:pPr>
        <w:spacing w:after="0" w:line="240" w:lineRule="auto"/>
      </w:pPr>
      <w:r w:rsidRPr="003F414A">
        <w:rPr>
          <w:rFonts w:cs="Times New Roman"/>
        </w:rPr>
        <w:t>- Giải quyết vấn đề và sáng tạo: Vận dụng kiến thức để xử lí số liệu dân số và các tình huống có số lớn.</w:t>
      </w:r>
    </w:p>
    <w:p w:rsidR="00F93F88" w:rsidRPr="003F414A" w:rsidRDefault="007E124A">
      <w:pPr>
        <w:spacing w:after="0" w:line="240" w:lineRule="auto"/>
      </w:pPr>
      <w:r w:rsidRPr="003F414A">
        <w:rPr>
          <w:rFonts w:cs="Times New Roman"/>
          <w:b/>
        </w:rPr>
        <w:t>3. Phẩm chất:</w:t>
      </w:r>
    </w:p>
    <w:p w:rsidR="00F93F88" w:rsidRPr="003F414A" w:rsidRDefault="007E124A">
      <w:pPr>
        <w:spacing w:after="0" w:line="240" w:lineRule="auto"/>
      </w:pPr>
      <w:r w:rsidRPr="003F414A">
        <w:rPr>
          <w:rFonts w:cs="Times New Roman"/>
        </w:rPr>
        <w:t>- Chăm chỉ: Tích cực luyện đọc, viết và phân tích số.</w:t>
      </w:r>
    </w:p>
    <w:p w:rsidR="00F93F88" w:rsidRPr="003F414A" w:rsidRDefault="007E124A">
      <w:pPr>
        <w:spacing w:after="0" w:line="240" w:lineRule="auto"/>
      </w:pPr>
      <w:r w:rsidRPr="003F414A">
        <w:rPr>
          <w:rFonts w:cs="Times New Roman"/>
        </w:rPr>
        <w:t>- Trách nhiệm: Cẩn thận khi đặt khoảng cách giữa các lớp số.</w:t>
      </w:r>
    </w:p>
    <w:p w:rsidR="00F93F88" w:rsidRPr="003F414A" w:rsidRDefault="007E124A">
      <w:pPr>
        <w:spacing w:after="0" w:line="240" w:lineRule="auto"/>
      </w:pPr>
      <w:r w:rsidRPr="003F414A">
        <w:rPr>
          <w:rFonts w:cs="Times New Roman"/>
        </w:rPr>
        <w:t>- Trung thực: Tự kiểm tra và sửa lỗi khi đọc, viết số.</w:t>
      </w:r>
    </w:p>
    <w:p w:rsidR="00F93F88" w:rsidRPr="003F414A" w:rsidRDefault="007E124A">
      <w:pPr>
        <w:spacing w:after="0" w:line="240" w:lineRule="auto"/>
      </w:pPr>
      <w:r w:rsidRPr="003F414A">
        <w:rPr>
          <w:rFonts w:cs="Times New Roman"/>
          <w:b/>
        </w:rPr>
        <w:t>II. ĐỒ DÙNG DẠY HỌC</w:t>
      </w:r>
    </w:p>
    <w:p w:rsidR="00F93F88" w:rsidRPr="003F414A" w:rsidRDefault="007E124A">
      <w:pPr>
        <w:spacing w:after="0" w:line="240" w:lineRule="auto"/>
      </w:pPr>
      <w:r w:rsidRPr="003F414A">
        <w:rPr>
          <w:rFonts w:cs="Times New Roman"/>
        </w:rPr>
        <w:t>- GV: SGK Toán 4, kế hoạch bài dạy, máy tính, ti vi, bài giảng điện tử, bảng phụ, phiếu học tập, thẻ số, bảng hàng - lớp; tranh/bài tập SGK được cắt đúng nội dung và đặt ngay tại câu lệnh phù hợp.</w:t>
      </w:r>
    </w:p>
    <w:p w:rsidR="00F93F88" w:rsidRPr="003F414A" w:rsidRDefault="007E124A">
      <w:pPr>
        <w:spacing w:after="0" w:line="240" w:lineRule="auto"/>
      </w:pPr>
      <w:r w:rsidRPr="003F414A">
        <w:rPr>
          <w:rFonts w:cs="Times New Roman"/>
        </w:rPr>
        <w:t>- HS: SGK, vở ghi, bút, bảng con, phiếu học tập và đồ dùng học tập cá nhân.</w:t>
      </w:r>
    </w:p>
    <w:p w:rsidR="00F93F88" w:rsidRPr="003F414A" w:rsidRDefault="007E124A">
      <w:pPr>
        <w:spacing w:after="0" w:line="240" w:lineRule="auto"/>
      </w:pPr>
      <w:r w:rsidRPr="003F414A">
        <w:rPr>
          <w:rFonts w:cs="Times New Roman"/>
          <w:b/>
        </w:rPr>
        <w:t>III. CÁC HOẠT ĐỘNG DẠY HỌC CHỦ YẾU</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4819"/>
        <w:gridCol w:w="4819"/>
      </w:tblGrid>
      <w:tr w:rsidR="003F414A" w:rsidRPr="003F414A" w:rsidTr="003F414A">
        <w:trPr>
          <w:cantSplit/>
          <w:tblHeader/>
          <w:jc w:val="center"/>
        </w:trPr>
        <w:tc>
          <w:tcPr>
            <w:tcW w:w="4819"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jc w:val="center"/>
            </w:pPr>
            <w:r w:rsidRPr="003F414A">
              <w:rPr>
                <w:rFonts w:cs="Times New Roman"/>
                <w:b/>
              </w:rPr>
              <w:t>Hoạt động của giáo viên</w:t>
            </w:r>
          </w:p>
        </w:tc>
        <w:tc>
          <w:tcPr>
            <w:tcW w:w="4819"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jc w:val="center"/>
            </w:pPr>
            <w:r w:rsidRPr="003F414A">
              <w:rPr>
                <w:rFonts w:cs="Times New Roman"/>
                <w:b/>
              </w:rPr>
              <w:t>Hoạt động của học sinh</w:t>
            </w:r>
          </w:p>
        </w:tc>
      </w:tr>
      <w:tr w:rsidR="003F414A" w:rsidRPr="003F414A" w:rsidTr="003F414A">
        <w:trPr>
          <w:cantSplit/>
          <w:jc w:val="center"/>
        </w:trPr>
        <w:tc>
          <w:tcPr>
            <w:tcW w:w="9240"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1. Khởi động</w:t>
            </w:r>
          </w:p>
          <w:p w:rsidR="00F93F88" w:rsidRPr="003F414A" w:rsidRDefault="007E124A">
            <w:pPr>
              <w:spacing w:after="0" w:line="240" w:lineRule="auto"/>
            </w:pPr>
            <w:r w:rsidRPr="003F414A">
              <w:rPr>
                <w:rFonts w:cs="Times New Roman"/>
                <w:b/>
              </w:rPr>
              <w:t>- Mục tiêu: Tạo hứng thú học tập, kết nối số lớn trong thực tế với bài Các số trong phạm vi lớp triệu.</w:t>
            </w:r>
          </w:p>
          <w:p w:rsidR="00F93F88" w:rsidRPr="003F414A" w:rsidRDefault="007E124A">
            <w:pPr>
              <w:spacing w:after="0" w:line="240" w:lineRule="auto"/>
            </w:pPr>
            <w:r w:rsidRPr="003F414A">
              <w:rPr>
                <w:rFonts w:cs="Times New Roman"/>
                <w:b/>
              </w:rPr>
              <w:t>- Cách tiến hành:</w:t>
            </w:r>
          </w:p>
        </w:tc>
      </w:tr>
      <w:tr w:rsidR="003F414A" w:rsidRPr="003F414A" w:rsidTr="003F414A">
        <w:trPr>
          <w:cantSplit/>
          <w:jc w:val="center"/>
        </w:trPr>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rsidP="003F414A">
            <w:pPr>
              <w:spacing w:after="0" w:line="240" w:lineRule="auto"/>
            </w:pPr>
            <w:r w:rsidRPr="003F414A">
              <w:rPr>
                <w:rFonts w:cs="Times New Roman"/>
              </w:rPr>
              <w:t xml:space="preserve">- GV yêu cầu HS quan sát tranh SGK và hỏi: Các </w:t>
            </w:r>
            <w:r w:rsidR="003F414A">
              <w:rPr>
                <w:rFonts w:cs="Times New Roman"/>
              </w:rPr>
              <w:t>bạn nhỏ trong tranh đang làm gì?</w:t>
            </w:r>
          </w:p>
        </w:tc>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quan sát tranh, trao đổi theo cặp và trả lời: Các bạn đang ở tàu vũ trụ, nói về khoảng cách giữa Trái Đất và Mặt Trời.</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chiếu số 149 597 876 km và hỏi: Con số này thể hiện điều gì? Có bao nhiêu chữ số?</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trả lời: Số thể hiện khoảng cách từ Trái Đất đến Mặt Trời; số có chín chữ số.</w:t>
            </w:r>
          </w:p>
        </w:tc>
      </w:tr>
      <w:tr w:rsidR="003F414A" w:rsidRPr="003F414A" w:rsidTr="003F414A">
        <w:trPr>
          <w:cantSplit/>
          <w:jc w:val="center"/>
        </w:trPr>
        <w:tc>
          <w:tcPr>
            <w:tcW w:w="4620"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dẫn dắt: Hôm nay chúng ta cùng học cách đọc, viết và phân tích những số lớn trong phạm vi lớp triệu.</w:t>
            </w:r>
          </w:p>
        </w:tc>
        <w:tc>
          <w:tcPr>
            <w:tcW w:w="4620"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lắng nghe, ghi tên bài học vào vở.</w:t>
            </w:r>
          </w:p>
        </w:tc>
      </w:tr>
      <w:tr w:rsidR="003F414A" w:rsidRPr="003F414A" w:rsidTr="003F414A">
        <w:trPr>
          <w:cantSplit/>
          <w:jc w:val="center"/>
        </w:trPr>
        <w:tc>
          <w:tcPr>
            <w:tcW w:w="9240"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lastRenderedPageBreak/>
              <w:t>2. Khám phá</w:t>
            </w:r>
          </w:p>
          <w:p w:rsidR="00F93F88" w:rsidRPr="003F414A" w:rsidRDefault="007E124A">
            <w:pPr>
              <w:spacing w:after="0" w:line="240" w:lineRule="auto"/>
            </w:pPr>
            <w:r w:rsidRPr="003F414A">
              <w:rPr>
                <w:rFonts w:cs="Times New Roman"/>
                <w:b/>
              </w:rPr>
              <w:t>- Mục tiêu: HS nhận biết cấu tạo số trong phạm vi lớp triệu, hiểu các lớp - hàng và số 1 000 000 000.</w:t>
            </w:r>
          </w:p>
          <w:p w:rsidR="00F93F88" w:rsidRPr="003F414A" w:rsidRDefault="007E124A">
            <w:pPr>
              <w:spacing w:after="0" w:line="240" w:lineRule="auto"/>
            </w:pPr>
            <w:r w:rsidRPr="003F414A">
              <w:rPr>
                <w:rFonts w:cs="Times New Roman"/>
                <w:b/>
              </w:rPr>
              <w:t>- Cách tiến hành:</w:t>
            </w:r>
          </w:p>
        </w:tc>
      </w:tr>
      <w:tr w:rsidR="003F414A" w:rsidRPr="003F414A" w:rsidTr="003F414A">
        <w:trPr>
          <w:cantSplit/>
          <w:jc w:val="center"/>
        </w:trPr>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Hoạt động 1. Tìm hiểu cấu tạo số 149 597 876</w:t>
            </w:r>
          </w:p>
          <w:p w:rsidR="00F93F88" w:rsidRPr="003F414A" w:rsidRDefault="007E124A">
            <w:pPr>
              <w:spacing w:after="0" w:line="240" w:lineRule="auto"/>
            </w:pPr>
            <w:r w:rsidRPr="003F414A">
              <w:rPr>
                <w:rFonts w:cs="Times New Roman"/>
              </w:rPr>
              <w:t>- GV viết số lên bảng, yêu cầu 2 - 3 HS đọc số.</w:t>
            </w:r>
          </w:p>
        </w:tc>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đọc: Một trăm bốn mươi chín triệu năm trăm chín mươi bảy nghìn tám trăm bảy mươi sáu.</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hỏi: Số này có mấy chữ số? Có mấy lớp? Gồm những lớp nào?</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trả lời: Số có chín chữ số, gồm ba lớp: lớp triệu, lớp nghìn, lớp đơn vị.</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vẽ bảng hàng - lớp, gắn từng chữ số vào đúng cột và hỏi: Chữ số 1, chữ số 9, chữ số 5 thuộc hàng nào?</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quan sát, trả lời: 1 ở hàng trăm triệu; 9 ở hàng triệu; 5 ở hàng trăm nghìn.</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chốt: Mỗi ba chữ số tạo thành một lớp; khi đọc số, ta đọc lần lượt từ lớp cao đến lớp thấp.</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nhắc lại quy tắc và chỉ từng lớp trên số 149 597 876.</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Hoạt động 2. Giới thiệu số 1 000 000 000</w:t>
            </w:r>
          </w:p>
          <w:p w:rsidR="00F93F88" w:rsidRPr="003F414A" w:rsidRDefault="007E124A">
            <w:pPr>
              <w:spacing w:after="0" w:line="240" w:lineRule="auto"/>
            </w:pPr>
            <w:r w:rsidRPr="003F414A">
              <w:rPr>
                <w:rFonts w:cs="Times New Roman"/>
              </w:rPr>
              <w:t>- GV trình chiếu dãy 999 999 997; 999 999 998; 999 999 999; 1 000 000 000 và hỏi: Số liền sau 999 999 999 là số nào?</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quan sát và trả lời: Số liền sau là 1 000 000 000.</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giới thiệu: 1 000 000 000 đọc là một tỉ; yêu cầu HS đọc, viết số vào bảng con.</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đọc “một tỉ” và viết 1 000 000 000 vào bảng con.</w:t>
            </w:r>
          </w:p>
        </w:tc>
      </w:tr>
      <w:tr w:rsidR="003F414A" w:rsidRPr="003F414A" w:rsidTr="003F414A">
        <w:trPr>
          <w:cantSplit/>
          <w:jc w:val="center"/>
        </w:trPr>
        <w:tc>
          <w:tcPr>
            <w:tcW w:w="4620"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cho HS lấy ví dụ thực tế có số tỉ.</w:t>
            </w:r>
          </w:p>
        </w:tc>
        <w:tc>
          <w:tcPr>
            <w:tcW w:w="4620"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nêu ví dụ phù hợp: Dân số thế giới hơn tám tỉ người.</w:t>
            </w:r>
          </w:p>
        </w:tc>
      </w:tr>
      <w:tr w:rsidR="003F414A" w:rsidRPr="003F414A" w:rsidTr="003F414A">
        <w:trPr>
          <w:cantSplit/>
          <w:jc w:val="center"/>
        </w:trPr>
        <w:tc>
          <w:tcPr>
            <w:tcW w:w="9240"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3. Hoạt động, thực hành</w:t>
            </w:r>
          </w:p>
          <w:p w:rsidR="00F93F88" w:rsidRPr="003F414A" w:rsidRDefault="007E124A">
            <w:pPr>
              <w:spacing w:after="0" w:line="240" w:lineRule="auto"/>
            </w:pPr>
            <w:r w:rsidRPr="003F414A">
              <w:rPr>
                <w:rFonts w:cs="Times New Roman"/>
                <w:b/>
              </w:rPr>
              <w:t>- Mục tiêu: HS đọc số dân, viết số thành tổng và xác định hàng, lớp của chữ số được gạch chân.</w:t>
            </w:r>
          </w:p>
          <w:p w:rsidR="00F93F88" w:rsidRPr="003F414A" w:rsidRDefault="007E124A">
            <w:pPr>
              <w:spacing w:after="0" w:line="240" w:lineRule="auto"/>
            </w:pPr>
            <w:r w:rsidRPr="003F414A">
              <w:rPr>
                <w:rFonts w:cs="Times New Roman"/>
                <w:b/>
              </w:rPr>
              <w:t>- Cách tiến hành:</w:t>
            </w:r>
          </w:p>
        </w:tc>
      </w:tr>
      <w:tr w:rsidR="003F414A" w:rsidRPr="003F414A" w:rsidTr="003F414A">
        <w:trPr>
          <w:cantSplit/>
          <w:jc w:val="center"/>
        </w:trPr>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Bài 1. Đọc số dân của mỗi nước</w:t>
            </w:r>
          </w:p>
          <w:p w:rsidR="00F93F88" w:rsidRPr="003F414A" w:rsidRDefault="007E124A" w:rsidP="003F414A">
            <w:pPr>
              <w:spacing w:after="0" w:line="240" w:lineRule="auto"/>
            </w:pPr>
            <w:r w:rsidRPr="003F414A">
              <w:rPr>
                <w:rFonts w:cs="Times New Roman"/>
              </w:rPr>
              <w:t>- GV yêu cầu HS đọc yêu cầu bài, quan sát cờ và số dân của Nhật Bản, Việt Nam, In-đô-nê-xi-a.</w:t>
            </w:r>
          </w:p>
        </w:tc>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đọc yêu cầu, quan sát số liệu.</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cho HS đọc lần lượt từng số theo nhóm đôi, sau đó mời HS đọc trước lớp.</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đọc: Nhật Bản 126 476 461 người; Việt Nam 97 338 579 người; In-đô-nê-xi-a 273 523 615 người.</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yêu cầu HS nêu cách ngắt số thành các lớp trước khi đọc.</w:t>
            </w:r>
          </w:p>
          <w:p w:rsidR="00F93F88" w:rsidRPr="003F414A" w:rsidRDefault="007E124A">
            <w:pPr>
              <w:spacing w:after="0" w:line="240" w:lineRule="auto"/>
            </w:pPr>
            <w:r w:rsidRPr="003F414A">
              <w:rPr>
                <w:rFonts w:cs="Times New Roman"/>
              </w:rPr>
              <w:t>- GV nhận xét, tuyên dương.</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nêu: Tách số thành từng nhóm ba chữ số từ phải sang trái rồi đọc theo lớp triệu, lớp nghìn, lớp đơn vị.</w:t>
            </w:r>
          </w:p>
          <w:p w:rsidR="00F93F88" w:rsidRPr="003F414A" w:rsidRDefault="007E124A">
            <w:pPr>
              <w:spacing w:after="0" w:line="240" w:lineRule="auto"/>
            </w:pPr>
            <w:r w:rsidRPr="003F414A">
              <w:rPr>
                <w:rFonts w:cs="Times New Roman"/>
              </w:rPr>
              <w:t>- HS lắng nghe.</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Bài 2. Viết số thành tổng</w:t>
            </w:r>
          </w:p>
          <w:p w:rsidR="00F93F88" w:rsidRPr="003F414A" w:rsidRDefault="007E124A" w:rsidP="003F414A">
            <w:pPr>
              <w:spacing w:after="0" w:line="240" w:lineRule="auto"/>
            </w:pPr>
            <w:r w:rsidRPr="003F414A">
              <w:rPr>
                <w:rFonts w:cs="Times New Roman"/>
              </w:rPr>
              <w:t>- GV yêu cầu HS đọc đề, quan sát ví dụ mẫu và nêu cách làm.</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đọc đề, nêu: Tách số theo giá trị của từng chữ số ở mỗi hàng.</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lastRenderedPageBreak/>
              <w:t>- GV cho HS làm bài vào vở; mời 2 HS làm bảng phụ.</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làm: 109 140 903 = 100 000 000 + 9 000 000 + 100 000 + 40 000 + 900 + 3; 3 045 302 = 3 000 000 + 40 000 + 5 000 + 300 + 2.</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mời HS nhận xét, giải thích vì sao không cần viết các hàng có chữ số 0.</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nhận xét và giải thích: Các hàng có chữ số 0 có giá trị bằng 0 nên có thể không viết trong tổng.</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Bài 3. Xác định hàng, lớp của chữ số được gạch chân</w:t>
            </w:r>
          </w:p>
          <w:p w:rsidR="00F93F88" w:rsidRPr="003F414A" w:rsidRDefault="007E124A" w:rsidP="003F414A">
            <w:pPr>
              <w:spacing w:after="0" w:line="240" w:lineRule="auto"/>
            </w:pPr>
            <w:r w:rsidRPr="003F414A">
              <w:rPr>
                <w:rFonts w:cs="Times New Roman"/>
              </w:rPr>
              <w:t>- GV yêu cầu HS đọc đề, chỉ rõ chữ số được gạch chân trong từng số.</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đọc yêu cầu và quan sát từng chữ số gạch chân.</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hướng dẫn: Tách số thành ba lớp, xác định vị trí chữ số từ phải sang trái; cho HS làm cá nhân rồi đổi bài.</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làm: 63 782 910 - chữ số 8 ở hàng chục nghìn, lớp nghìn; 839 000 038 - chữ số 3 ở hàng chục triệu, lớp triệu; 9 300 037 - chữ số 3 ở hàng chục, lớp đơn vị; 239 111 003 - chữ số 2 ở hàng trăm triệu, lớp triệu.</w:t>
            </w:r>
          </w:p>
        </w:tc>
      </w:tr>
      <w:tr w:rsidR="003F414A" w:rsidRPr="003F414A" w:rsidTr="003F414A">
        <w:trPr>
          <w:cantSplit/>
          <w:jc w:val="center"/>
        </w:trPr>
        <w:tc>
          <w:tcPr>
            <w:tcW w:w="4620"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mời HS trình bày cách xác định một trường hợp; nhận xét, chốt.</w:t>
            </w:r>
          </w:p>
        </w:tc>
        <w:tc>
          <w:tcPr>
            <w:tcW w:w="4620"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trình bày; lớp nhận xét và sửa bài.</w:t>
            </w:r>
          </w:p>
        </w:tc>
      </w:tr>
      <w:tr w:rsidR="003F414A" w:rsidRPr="003F414A" w:rsidTr="003F414A">
        <w:trPr>
          <w:cantSplit/>
          <w:jc w:val="center"/>
        </w:trPr>
        <w:tc>
          <w:tcPr>
            <w:tcW w:w="9240"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4. Vận dụng, trải nghiệm</w:t>
            </w:r>
          </w:p>
          <w:p w:rsidR="00F93F88" w:rsidRPr="003F414A" w:rsidRDefault="007E124A">
            <w:pPr>
              <w:spacing w:after="0" w:line="240" w:lineRule="auto"/>
            </w:pPr>
            <w:r w:rsidRPr="003F414A">
              <w:rPr>
                <w:rFonts w:cs="Times New Roman"/>
                <w:b/>
              </w:rPr>
              <w:t>- Mục tiêu: HS vận dụng cách đọc, viết số lớp triệu vào một tình huống gần gũi.</w:t>
            </w:r>
          </w:p>
          <w:p w:rsidR="00F93F88" w:rsidRPr="003F414A" w:rsidRDefault="007E124A">
            <w:pPr>
              <w:spacing w:after="0" w:line="240" w:lineRule="auto"/>
            </w:pPr>
            <w:r w:rsidRPr="003F414A">
              <w:rPr>
                <w:rFonts w:cs="Times New Roman"/>
                <w:b/>
              </w:rPr>
              <w:t>- Cách tiến hành:</w:t>
            </w:r>
          </w:p>
        </w:tc>
      </w:tr>
      <w:tr w:rsidR="003F414A" w:rsidRPr="003F414A" w:rsidTr="003F414A">
        <w:trPr>
          <w:cantSplit/>
          <w:jc w:val="center"/>
        </w:trPr>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đọc số “ba trăm linh năm triệu, hai trăm nghìn, mười bốn”, yêu cầu HS viết vào bảng con và nêu các lớp.</w:t>
            </w:r>
          </w:p>
        </w:tc>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viết 305 200 014; nêu lớp triệu 305, lớp nghìn 200, lớp đơn vị 014.</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nhận xét tiết học, dặn HS sưu tầm một số liệu lớn từ sách báo và luyện đọc số.</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lắng nghe, ghi nhớ nhiệm vụ.</w:t>
            </w:r>
          </w:p>
        </w:tc>
      </w:tr>
    </w:tbl>
    <w:p w:rsidR="00F93F88" w:rsidRPr="003F414A" w:rsidRDefault="007E124A">
      <w:pPr>
        <w:spacing w:after="0" w:line="240" w:lineRule="auto"/>
      </w:pPr>
      <w:r w:rsidRPr="003F414A">
        <w:rPr>
          <w:rFonts w:cs="Times New Roman"/>
          <w:b/>
        </w:rPr>
        <w:t>IV. ĐIỀU CHỈNH SAU BÀI DẠY (nếu có):</w:t>
      </w:r>
    </w:p>
    <w:p w:rsidR="00F93F88" w:rsidRPr="003F414A" w:rsidRDefault="007E124A">
      <w:pPr>
        <w:spacing w:after="0" w:line="240" w:lineRule="auto"/>
      </w:pPr>
      <w:r w:rsidRPr="003F414A">
        <w:rPr>
          <w:rFonts w:cs="Times New Roman"/>
        </w:rPr>
        <w:t>................................................................................................................................................</w:t>
      </w:r>
    </w:p>
    <w:p w:rsidR="003F414A" w:rsidRDefault="007E124A">
      <w:pPr>
        <w:spacing w:after="0" w:line="240" w:lineRule="auto"/>
      </w:pPr>
      <w:r w:rsidRPr="003F414A">
        <w:rPr>
          <w:rFonts w:cs="Times New Roman"/>
        </w:rPr>
        <w:t>................................................................................................................................................</w:t>
      </w:r>
    </w:p>
    <w:p w:rsidR="00F93F88" w:rsidRPr="003F414A" w:rsidRDefault="00F93F88">
      <w:pPr>
        <w:spacing w:after="0" w:line="240" w:lineRule="auto"/>
      </w:pPr>
    </w:p>
    <w:p w:rsidR="00F93F88" w:rsidRPr="003F414A" w:rsidRDefault="007E124A">
      <w:pPr>
        <w:spacing w:after="0" w:line="240" w:lineRule="auto"/>
        <w:jc w:val="center"/>
      </w:pPr>
      <w:r w:rsidRPr="003F414A">
        <w:rPr>
          <w:rFonts w:cs="Times New Roman"/>
          <w:b/>
        </w:rPr>
        <w:t>KẾ HOẠCH BÀI DẠY MÔN TOÁN LỚP 4 - TUẦN 6</w:t>
      </w:r>
    </w:p>
    <w:p w:rsidR="00F93F88" w:rsidRPr="003F414A" w:rsidRDefault="007E124A">
      <w:pPr>
        <w:spacing w:after="0" w:line="240" w:lineRule="auto"/>
        <w:jc w:val="center"/>
      </w:pPr>
      <w:r w:rsidRPr="003F414A">
        <w:rPr>
          <w:rFonts w:cs="Times New Roman"/>
          <w:b/>
        </w:rPr>
        <w:t>BÀI 12: CÁC SỐ TRONG PHẠM VI LỚP TRIỆU</w:t>
      </w:r>
    </w:p>
    <w:p w:rsidR="00F93F88" w:rsidRPr="003F414A" w:rsidRDefault="007E124A">
      <w:pPr>
        <w:spacing w:after="0" w:line="240" w:lineRule="auto"/>
        <w:jc w:val="center"/>
      </w:pPr>
      <w:r w:rsidRPr="003F414A">
        <w:rPr>
          <w:b/>
        </w:rPr>
        <w:t>TIẾT 28: LUYỆN TẬP (TIẾT 2)</w:t>
      </w:r>
    </w:p>
    <w:p w:rsidR="00F93F88" w:rsidRPr="003F414A" w:rsidRDefault="007E124A">
      <w:pPr>
        <w:spacing w:after="0" w:line="240" w:lineRule="auto"/>
      </w:pPr>
      <w:r w:rsidRPr="003F414A">
        <w:rPr>
          <w:rFonts w:cs="Times New Roman"/>
          <w:b/>
        </w:rPr>
        <w:t>I. YÊU CẦU CẦN ĐẠT</w:t>
      </w:r>
    </w:p>
    <w:p w:rsidR="00F93F88" w:rsidRPr="003F414A" w:rsidRDefault="007E124A">
      <w:pPr>
        <w:spacing w:after="0" w:line="240" w:lineRule="auto"/>
      </w:pPr>
      <w:r w:rsidRPr="003F414A">
        <w:rPr>
          <w:rFonts w:cs="Times New Roman"/>
          <w:b/>
        </w:rPr>
        <w:t>1. Năng lực đặc thù:</w:t>
      </w:r>
    </w:p>
    <w:p w:rsidR="00F93F88" w:rsidRPr="003F414A" w:rsidRDefault="007E124A">
      <w:pPr>
        <w:spacing w:after="0" w:line="240" w:lineRule="auto"/>
      </w:pPr>
      <w:r w:rsidRPr="003F414A">
        <w:rPr>
          <w:rFonts w:cs="Times New Roman"/>
        </w:rPr>
        <w:t>- Củng cố cách đọc, cách viết số trong phạm vi lớp triệu.</w:t>
      </w:r>
    </w:p>
    <w:p w:rsidR="00F93F88" w:rsidRPr="003F414A" w:rsidRDefault="007E124A">
      <w:pPr>
        <w:spacing w:after="0" w:line="240" w:lineRule="auto"/>
      </w:pPr>
      <w:r w:rsidRPr="003F414A">
        <w:rPr>
          <w:rFonts w:cs="Times New Roman"/>
        </w:rPr>
        <w:t>- Củng cố kiến thức về hàng, lớp và cấu tạo số trong phạm vi lớp triệu.</w:t>
      </w:r>
    </w:p>
    <w:p w:rsidR="00F93F88" w:rsidRPr="003F414A" w:rsidRDefault="007E124A">
      <w:pPr>
        <w:spacing w:after="0" w:line="240" w:lineRule="auto"/>
      </w:pPr>
      <w:r w:rsidRPr="003F414A">
        <w:rPr>
          <w:rFonts w:cs="Times New Roman"/>
        </w:rPr>
        <w:t>- Vận dụng kiến thức để kiểm tra nhận định đúng - sai, hoàn thành bảng và khôi phục số theo dữ kiện.</w:t>
      </w:r>
    </w:p>
    <w:p w:rsidR="00F93F88" w:rsidRPr="003F414A" w:rsidRDefault="007E124A">
      <w:pPr>
        <w:spacing w:after="0" w:line="240" w:lineRule="auto"/>
      </w:pPr>
      <w:r w:rsidRPr="003F414A">
        <w:rPr>
          <w:rFonts w:cs="Times New Roman"/>
          <w:b/>
        </w:rPr>
        <w:t>2. Năng lực chung:</w:t>
      </w:r>
    </w:p>
    <w:p w:rsidR="00F93F88" w:rsidRPr="003F414A" w:rsidRDefault="007E124A">
      <w:pPr>
        <w:spacing w:after="0" w:line="240" w:lineRule="auto"/>
      </w:pPr>
      <w:r w:rsidRPr="003F414A">
        <w:rPr>
          <w:rFonts w:cs="Times New Roman"/>
        </w:rPr>
        <w:t>- Tự chủ và tự học: Chủ động đọc đề, lựa chọn cách làm và tự kiểm tra kết quả.</w:t>
      </w:r>
    </w:p>
    <w:p w:rsidR="00F93F88" w:rsidRPr="003F414A" w:rsidRDefault="007E124A">
      <w:pPr>
        <w:spacing w:after="0" w:line="240" w:lineRule="auto"/>
      </w:pPr>
      <w:r w:rsidRPr="003F414A">
        <w:rPr>
          <w:rFonts w:cs="Times New Roman"/>
        </w:rPr>
        <w:t>- Giao tiếp và hợp tác: Trao đổi nhóm, trình bày cách ghép số và giải ô chữ.</w:t>
      </w:r>
    </w:p>
    <w:p w:rsidR="00F93F88" w:rsidRPr="003F414A" w:rsidRDefault="007E124A">
      <w:pPr>
        <w:spacing w:after="0" w:line="240" w:lineRule="auto"/>
      </w:pPr>
      <w:r w:rsidRPr="003F414A">
        <w:rPr>
          <w:rFonts w:cs="Times New Roman"/>
        </w:rPr>
        <w:t>- Giải quyết vấn đề và sáng tạo: Vận dụng hàng - lớp để xử lí bài tập và trò chơi.</w:t>
      </w:r>
    </w:p>
    <w:p w:rsidR="00F93F88" w:rsidRPr="003F414A" w:rsidRDefault="007E124A">
      <w:pPr>
        <w:spacing w:after="0" w:line="240" w:lineRule="auto"/>
      </w:pPr>
      <w:r w:rsidRPr="003F414A">
        <w:rPr>
          <w:rFonts w:cs="Times New Roman"/>
          <w:b/>
        </w:rPr>
        <w:t>3. Phẩm chất:</w:t>
      </w:r>
    </w:p>
    <w:p w:rsidR="00F93F88" w:rsidRPr="003F414A" w:rsidRDefault="007E124A">
      <w:pPr>
        <w:spacing w:after="0" w:line="240" w:lineRule="auto"/>
      </w:pPr>
      <w:r w:rsidRPr="003F414A">
        <w:rPr>
          <w:rFonts w:cs="Times New Roman"/>
        </w:rPr>
        <w:t>- Chăm chỉ: Tích cực hoàn thành bài luyện tập.</w:t>
      </w:r>
    </w:p>
    <w:p w:rsidR="00F93F88" w:rsidRPr="003F414A" w:rsidRDefault="007E124A">
      <w:pPr>
        <w:spacing w:after="0" w:line="240" w:lineRule="auto"/>
      </w:pPr>
      <w:r w:rsidRPr="003F414A">
        <w:rPr>
          <w:rFonts w:cs="Times New Roman"/>
        </w:rPr>
        <w:t>- Trách nhiệm: Cẩn thận khi điền bảng và ghép các lớp số.</w:t>
      </w:r>
    </w:p>
    <w:p w:rsidR="00F93F88" w:rsidRPr="003F414A" w:rsidRDefault="007E124A">
      <w:pPr>
        <w:spacing w:after="0" w:line="240" w:lineRule="auto"/>
      </w:pPr>
      <w:r w:rsidRPr="003F414A">
        <w:rPr>
          <w:rFonts w:cs="Times New Roman"/>
        </w:rPr>
        <w:lastRenderedPageBreak/>
        <w:t>- Trung thực: Tự làm, đối chiếu và sửa sai.</w:t>
      </w:r>
    </w:p>
    <w:p w:rsidR="00F93F88" w:rsidRPr="003F414A" w:rsidRDefault="007E124A">
      <w:pPr>
        <w:spacing w:after="0" w:line="240" w:lineRule="auto"/>
      </w:pPr>
      <w:r w:rsidRPr="003F414A">
        <w:rPr>
          <w:rFonts w:cs="Times New Roman"/>
          <w:b/>
        </w:rPr>
        <w:t>II. ĐỒ DÙNG DẠY HỌC</w:t>
      </w:r>
    </w:p>
    <w:p w:rsidR="00F93F88" w:rsidRPr="003F414A" w:rsidRDefault="007E124A">
      <w:pPr>
        <w:spacing w:after="0" w:line="240" w:lineRule="auto"/>
      </w:pPr>
      <w:r w:rsidRPr="003F414A">
        <w:rPr>
          <w:rFonts w:cs="Times New Roman"/>
        </w:rPr>
        <w:t>- GV: SGK Toán 4, kế hoạch bài dạy, máy tính, ti vi, bài giảng điện tử, bảng phụ, phiếu học tập, thẻ số, bảng hàng - lớp; tranh/bài tập SGK được cắt đúng nội dung và đặt ngay tại câu lệnh phù hợp.</w:t>
      </w:r>
    </w:p>
    <w:p w:rsidR="00F93F88" w:rsidRPr="003F414A" w:rsidRDefault="007E124A">
      <w:pPr>
        <w:spacing w:after="0" w:line="240" w:lineRule="auto"/>
      </w:pPr>
      <w:r w:rsidRPr="003F414A">
        <w:rPr>
          <w:rFonts w:cs="Times New Roman"/>
        </w:rPr>
        <w:t>- HS: SGK, vở ghi, bút, bảng con, phiếu học tập và đồ dùng học tập cá nhân.</w:t>
      </w:r>
    </w:p>
    <w:p w:rsidR="00F93F88" w:rsidRPr="003F414A" w:rsidRDefault="007E124A">
      <w:pPr>
        <w:spacing w:after="0" w:line="240" w:lineRule="auto"/>
      </w:pPr>
      <w:r w:rsidRPr="003F414A">
        <w:rPr>
          <w:rFonts w:cs="Times New Roman"/>
          <w:b/>
        </w:rPr>
        <w:t>III. CÁC HOẠT ĐỘNG DẠY HỌC CHỦ YẾU</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4819"/>
        <w:gridCol w:w="4819"/>
      </w:tblGrid>
      <w:tr w:rsidR="003F414A" w:rsidRPr="003F414A" w:rsidTr="003F414A">
        <w:trPr>
          <w:cantSplit/>
          <w:tblHeader/>
          <w:jc w:val="center"/>
        </w:trPr>
        <w:tc>
          <w:tcPr>
            <w:tcW w:w="4819"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jc w:val="center"/>
            </w:pPr>
            <w:r w:rsidRPr="003F414A">
              <w:rPr>
                <w:rFonts w:cs="Times New Roman"/>
                <w:b/>
              </w:rPr>
              <w:t>Hoạt động của giáo viên</w:t>
            </w:r>
          </w:p>
        </w:tc>
        <w:tc>
          <w:tcPr>
            <w:tcW w:w="4819"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jc w:val="center"/>
            </w:pPr>
            <w:r w:rsidRPr="003F414A">
              <w:rPr>
                <w:rFonts w:cs="Times New Roman"/>
                <w:b/>
              </w:rPr>
              <w:t>Hoạt động của học sinh</w:t>
            </w:r>
          </w:p>
        </w:tc>
      </w:tr>
      <w:tr w:rsidR="003F414A" w:rsidRPr="003F414A" w:rsidTr="003F414A">
        <w:trPr>
          <w:cantSplit/>
          <w:jc w:val="center"/>
        </w:trPr>
        <w:tc>
          <w:tcPr>
            <w:tcW w:w="9240"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1. Khởi động</w:t>
            </w:r>
          </w:p>
          <w:p w:rsidR="00F93F88" w:rsidRPr="003F414A" w:rsidRDefault="007E124A">
            <w:pPr>
              <w:spacing w:after="0" w:line="240" w:lineRule="auto"/>
            </w:pPr>
            <w:r w:rsidRPr="003F414A">
              <w:rPr>
                <w:rFonts w:cs="Times New Roman"/>
                <w:b/>
              </w:rPr>
              <w:t>- Mục tiêu: Tạo hứng thú học tập, ôn cách xác định hàng và lớp của chữ số.</w:t>
            </w:r>
          </w:p>
          <w:p w:rsidR="00F93F88" w:rsidRPr="003F414A" w:rsidRDefault="007E124A">
            <w:pPr>
              <w:spacing w:after="0" w:line="240" w:lineRule="auto"/>
            </w:pPr>
            <w:r w:rsidRPr="003F414A">
              <w:rPr>
                <w:rFonts w:cs="Times New Roman"/>
                <w:b/>
              </w:rPr>
              <w:t>- Cách tiến hành:</w:t>
            </w:r>
          </w:p>
        </w:tc>
      </w:tr>
      <w:tr w:rsidR="003F414A" w:rsidRPr="003F414A" w:rsidTr="003F414A">
        <w:trPr>
          <w:cantSplit/>
          <w:jc w:val="center"/>
        </w:trPr>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tổ chức trò chơi “Đố bạn”: Một HS nêu số, một HS chỉ định chữ số; bạn được gọi xác định hàng, lớp của chữ số đó.</w:t>
            </w:r>
          </w:p>
        </w:tc>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tham gia trò chơi, nêu và xác định hàng - lớp.</w:t>
            </w:r>
          </w:p>
        </w:tc>
      </w:tr>
      <w:tr w:rsidR="003F414A" w:rsidRPr="003F414A" w:rsidTr="003F414A">
        <w:trPr>
          <w:cantSplit/>
          <w:jc w:val="center"/>
        </w:trPr>
        <w:tc>
          <w:tcPr>
            <w:tcW w:w="4620"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nhận xét, giới thiệu và ghi bài.</w:t>
            </w:r>
          </w:p>
        </w:tc>
        <w:tc>
          <w:tcPr>
            <w:tcW w:w="4620"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lắng nghe, ghi tên bài.</w:t>
            </w:r>
          </w:p>
        </w:tc>
      </w:tr>
      <w:tr w:rsidR="003F414A" w:rsidRPr="003F414A" w:rsidTr="003F414A">
        <w:trPr>
          <w:cantSplit/>
          <w:jc w:val="center"/>
        </w:trPr>
        <w:tc>
          <w:tcPr>
            <w:tcW w:w="9240"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2. Luyện tập, thực hành</w:t>
            </w:r>
          </w:p>
          <w:p w:rsidR="00F93F88" w:rsidRPr="003F414A" w:rsidRDefault="007E124A">
            <w:pPr>
              <w:spacing w:after="0" w:line="240" w:lineRule="auto"/>
            </w:pPr>
            <w:r w:rsidRPr="003F414A">
              <w:rPr>
                <w:rFonts w:cs="Times New Roman"/>
                <w:b/>
              </w:rPr>
              <w:t>- Mục tiêu: HS kiểm tra nhận định, hoàn thành bảng hàng - lớp, ghép số và giải ô chữ.</w:t>
            </w:r>
          </w:p>
          <w:p w:rsidR="00F93F88" w:rsidRPr="003F414A" w:rsidRDefault="007E124A">
            <w:pPr>
              <w:spacing w:after="0" w:line="240" w:lineRule="auto"/>
            </w:pPr>
            <w:r w:rsidRPr="003F414A">
              <w:rPr>
                <w:rFonts w:cs="Times New Roman"/>
                <w:b/>
              </w:rPr>
              <w:t>- Cách tiến hành:</w:t>
            </w:r>
          </w:p>
        </w:tc>
      </w:tr>
      <w:tr w:rsidR="003F414A" w:rsidRPr="003F414A" w:rsidTr="003F414A">
        <w:trPr>
          <w:cantSplit/>
          <w:jc w:val="center"/>
        </w:trPr>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Bài 1. Đúng hay sai?</w:t>
            </w:r>
          </w:p>
          <w:p w:rsidR="00F93F88" w:rsidRPr="003F414A" w:rsidRDefault="007E124A">
            <w:pPr>
              <w:spacing w:after="0" w:line="240" w:lineRule="auto"/>
            </w:pPr>
            <w:r w:rsidRPr="003F414A">
              <w:rPr>
                <w:rFonts w:cs="Times New Roman"/>
              </w:rPr>
              <w:t>- Gọi HS đọc yêu cầu.</w:t>
            </w:r>
          </w:p>
          <w:p w:rsidR="00F93F88" w:rsidRPr="003F414A" w:rsidRDefault="007E124A" w:rsidP="003F414A">
            <w:pPr>
              <w:spacing w:after="0" w:line="240" w:lineRule="auto"/>
            </w:pPr>
            <w:r w:rsidRPr="003F414A">
              <w:rPr>
                <w:rFonts w:cs="Times New Roman"/>
              </w:rPr>
              <w:t>- GV hỏi: Bài yêu cầu làm gì?</w:t>
            </w:r>
          </w:p>
        </w:tc>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đọc yêu cầu.</w:t>
            </w:r>
          </w:p>
          <w:p w:rsidR="00F93F88" w:rsidRPr="003F414A" w:rsidRDefault="007E124A">
            <w:pPr>
              <w:spacing w:after="0" w:line="240" w:lineRule="auto"/>
            </w:pPr>
            <w:r w:rsidRPr="003F414A">
              <w:rPr>
                <w:rFonts w:cs="Times New Roman"/>
              </w:rPr>
              <w:t>- HS nêu: Xác định mỗi nhận định đúng hay sai.</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yêu cầu HS làm cá nhân, sau đó chia sẻ theo nhóm đôi và giải thích từng ý.</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làm: a) Đúng; b) Sai; c) Đúng; d) Sai.</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mời HS giải thích: Chữ số 0 trong số 14 021 983 thuộc hàng nào? Chữ số 3 thuộc lớp nào?</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trả lời: 0 ở hàng trăm nghìn, lớp nghìn; 3 ở hàng đơn vị, lớp đơn vị.</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nhận xét chung, tuyên dương.</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lắng nghe, sửa bài.</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Bài 2. Hoàn thành bảng hàng - lớp</w:t>
            </w:r>
          </w:p>
          <w:p w:rsidR="00F93F88" w:rsidRPr="003F414A" w:rsidRDefault="007E124A">
            <w:pPr>
              <w:spacing w:after="0" w:line="240" w:lineRule="auto"/>
            </w:pPr>
            <w:r w:rsidRPr="003F414A">
              <w:rPr>
                <w:rFonts w:cs="Times New Roman"/>
              </w:rPr>
              <w:t>- Gọi HS đọc yêu cầu.</w:t>
            </w:r>
          </w:p>
          <w:p w:rsidR="00F93F88" w:rsidRPr="003F414A" w:rsidRDefault="007E124A" w:rsidP="003F414A">
            <w:pPr>
              <w:spacing w:after="0" w:line="240" w:lineRule="auto"/>
            </w:pPr>
            <w:r w:rsidRPr="003F414A">
              <w:rPr>
                <w:rFonts w:cs="Times New Roman"/>
              </w:rPr>
              <w:t>- GV yêu cầu HS quan sát mẫu và xác định nhiệm vụ của từng dòng.</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đọc yêu cầu.</w:t>
            </w:r>
          </w:p>
          <w:p w:rsidR="00F93F88" w:rsidRPr="003F414A" w:rsidRDefault="007E124A">
            <w:pPr>
              <w:spacing w:after="0" w:line="240" w:lineRule="auto"/>
            </w:pPr>
            <w:r w:rsidRPr="003F414A">
              <w:rPr>
                <w:rFonts w:cs="Times New Roman"/>
              </w:rPr>
              <w:t>- HS nêu: Có dòng cần viết số từ các chữ số trong bảng; có dòng cần điền từng chữ số vào đúng hàng.</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cho HS làm phiếu, sau đó đổi chéo kiểm tra.</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hoàn thành: 200 198 261; tách 1 999 371 thành 001 | 999 | 371; tách 28 111 031 thành 028 | 111 | 031; viết số 714 000 106.</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mời HS trình bày, yêu cầu giải thích cách viết các chữ số 0 ở đầu lớp nghìn hoặc lớp đơn vị.</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trình bày: Mỗi lớp phải đủ ba chữ số khi đặt trong bảng; chữ số 0 được giữ đúng vị trí.</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Bài 3. Ghép các mảnh giấy để tìm số ban đầu</w:t>
            </w:r>
          </w:p>
          <w:p w:rsidR="00F93F88" w:rsidRPr="003F414A" w:rsidRDefault="007E124A">
            <w:pPr>
              <w:spacing w:after="0" w:line="240" w:lineRule="auto"/>
            </w:pPr>
            <w:r w:rsidRPr="003F414A">
              <w:rPr>
                <w:rFonts w:cs="Times New Roman"/>
              </w:rPr>
              <w:t>- Gọi HS đọc yêu cầu.</w:t>
            </w:r>
          </w:p>
          <w:p w:rsidR="00F93F88" w:rsidRPr="003F414A" w:rsidRDefault="007E124A" w:rsidP="003F414A">
            <w:pPr>
              <w:spacing w:after="0" w:line="240" w:lineRule="auto"/>
            </w:pPr>
            <w:r w:rsidRPr="003F414A">
              <w:rPr>
                <w:rFonts w:cs="Times New Roman"/>
              </w:rPr>
              <w:t>- GV hỏi: Bài yêu cầu làm gì?</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đọc yêu cầu.</w:t>
            </w:r>
          </w:p>
          <w:p w:rsidR="00F93F88" w:rsidRPr="003F414A" w:rsidRDefault="007E124A">
            <w:pPr>
              <w:spacing w:after="0" w:line="240" w:lineRule="auto"/>
            </w:pPr>
            <w:r w:rsidRPr="003F414A">
              <w:rPr>
                <w:rFonts w:cs="Times New Roman"/>
              </w:rPr>
              <w:t>- HS nêu: Ghép các mảnh giấy nhỏ để khôi phục hai số ban đầu.</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yêu cầu HS suy nghĩ cá nhân rồi thảo luận nhóm đôi, chú ý mỗi lớp gồm ba chữ số.</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ghép: 17 483 với 000 được 17 483 000; 75 175 với 226 được 75 175 226.</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lastRenderedPageBreak/>
              <w:t>- GV mời HS trình bày cách ghép và đọc hai số.</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trình bày, đọc: Mười bảy triệu bốn trăm tám mươi ba nghìn; bảy mươi lăm triệu một trăm bảy mươi lăm nghìn hai trăm hai mươi sáu.</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Bài 4. Giải ô chữ</w:t>
            </w:r>
          </w:p>
          <w:p w:rsidR="00F93F88" w:rsidRPr="003F414A" w:rsidRDefault="007E124A">
            <w:pPr>
              <w:spacing w:after="0" w:line="240" w:lineRule="auto"/>
            </w:pPr>
            <w:r w:rsidRPr="003F414A">
              <w:rPr>
                <w:rFonts w:cs="Times New Roman"/>
              </w:rPr>
              <w:t>- Gọi HS đọc yêu cầu và các gợi ý.</w:t>
            </w:r>
          </w:p>
          <w:p w:rsidR="00F93F88" w:rsidRPr="003F414A" w:rsidRDefault="007E124A" w:rsidP="003F414A">
            <w:pPr>
              <w:spacing w:after="0" w:line="240" w:lineRule="auto"/>
            </w:pPr>
            <w:r w:rsidRPr="003F414A">
              <w:rPr>
                <w:rFonts w:cs="Times New Roman"/>
              </w:rPr>
              <w:t>- GV yêu cầu HS làm việc nhóm 4, nối mỗi số với gợi ý thích hợp để tìm chữ cái.</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đọc yêu cầu, thảo luận nhóm.</w:t>
            </w:r>
          </w:p>
          <w:p w:rsidR="00F93F88" w:rsidRPr="003F414A" w:rsidRDefault="007E124A">
            <w:pPr>
              <w:spacing w:after="0" w:line="240" w:lineRule="auto"/>
            </w:pPr>
            <w:r w:rsidRPr="003F414A">
              <w:rPr>
                <w:rFonts w:cs="Times New Roman"/>
              </w:rPr>
              <w:t>- HS xác định: 980 000 000 - C; 1 000 000 000 - Ổ; 2 152 000 - L; 999 999 - O; 968 000 000 - A.</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hỏi: Ô chữ thu được là gì? Em biết gì về địa danh này?</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trả lời: Ô chữ “CỔ LOA”; HS chia sẻ hiểu biết ngắn gọn về Cổ Loa.</w:t>
            </w:r>
          </w:p>
        </w:tc>
      </w:tr>
      <w:tr w:rsidR="003F414A" w:rsidRPr="003F414A" w:rsidTr="003F414A">
        <w:trPr>
          <w:cantSplit/>
          <w:jc w:val="center"/>
        </w:trPr>
        <w:tc>
          <w:tcPr>
            <w:tcW w:w="4620"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nhận xét, đánh giá và tuyên dương tinh thần hợp tác của các nhóm.</w:t>
            </w:r>
          </w:p>
        </w:tc>
        <w:tc>
          <w:tcPr>
            <w:tcW w:w="4620"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lắng nghe, hoàn thiện bài.</w:t>
            </w:r>
          </w:p>
        </w:tc>
      </w:tr>
      <w:tr w:rsidR="003F414A" w:rsidRPr="003F414A" w:rsidTr="003F414A">
        <w:trPr>
          <w:cantSplit/>
          <w:jc w:val="center"/>
        </w:trPr>
        <w:tc>
          <w:tcPr>
            <w:tcW w:w="9240"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3. Vận dụng, trải nghiệm</w:t>
            </w:r>
          </w:p>
          <w:p w:rsidR="00F93F88" w:rsidRPr="003F414A" w:rsidRDefault="007E124A">
            <w:pPr>
              <w:spacing w:after="0" w:line="240" w:lineRule="auto"/>
            </w:pPr>
            <w:r w:rsidRPr="003F414A">
              <w:rPr>
                <w:rFonts w:cs="Times New Roman"/>
                <w:b/>
              </w:rPr>
              <w:t>- Mục tiêu: HS hệ thống cách xác định hàng - lớp và viết số theo cấu tạo.</w:t>
            </w:r>
          </w:p>
          <w:p w:rsidR="00F93F88" w:rsidRPr="003F414A" w:rsidRDefault="007E124A">
            <w:pPr>
              <w:spacing w:after="0" w:line="240" w:lineRule="auto"/>
            </w:pPr>
            <w:r w:rsidRPr="003F414A">
              <w:rPr>
                <w:rFonts w:cs="Times New Roman"/>
                <w:b/>
              </w:rPr>
              <w:t>- Cách tiến hành:</w:t>
            </w:r>
          </w:p>
        </w:tc>
      </w:tr>
      <w:tr w:rsidR="003F414A" w:rsidRPr="003F414A" w:rsidTr="003F414A">
        <w:trPr>
          <w:cantSplit/>
          <w:jc w:val="center"/>
        </w:trPr>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yêu cầu HS nêu lại: Muốn xác định một chữ số thuộc hàng nào, lớp nào, em làm thế nào?</w:t>
            </w:r>
          </w:p>
        </w:tc>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nêu: Tách số thành từng lớp ba chữ số từ phải sang trái, rồi xác định vị trí chữ số trong lớp.</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cho HS viết nhanh số gồm lớp triệu 407, lớp nghìn 025, lớp đơn vị 006 và đọc số.</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viết 407 025 006; đọc: Bốn trăm linh bảy triệu không trăm hai mươi lăm nghìn không trăm linh sáu.</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nhận xét tiết học.</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lắng nghe.</w:t>
            </w:r>
          </w:p>
        </w:tc>
      </w:tr>
    </w:tbl>
    <w:p w:rsidR="00F93F88" w:rsidRPr="003F414A" w:rsidRDefault="007E124A">
      <w:pPr>
        <w:spacing w:after="0" w:line="240" w:lineRule="auto"/>
      </w:pPr>
      <w:r w:rsidRPr="003F414A">
        <w:rPr>
          <w:rFonts w:cs="Times New Roman"/>
          <w:b/>
        </w:rPr>
        <w:t>IV. ĐIỀU CHỈNH SAU BÀI DẠY (nếu có):</w:t>
      </w:r>
    </w:p>
    <w:p w:rsidR="00F93F88" w:rsidRPr="003F414A" w:rsidRDefault="007E124A">
      <w:pPr>
        <w:spacing w:after="0" w:line="240" w:lineRule="auto"/>
      </w:pPr>
      <w:r w:rsidRPr="003F414A">
        <w:rPr>
          <w:rFonts w:cs="Times New Roman"/>
        </w:rPr>
        <w:t>................................................................................................................................................</w:t>
      </w:r>
    </w:p>
    <w:p w:rsidR="00F93F88" w:rsidRPr="003F414A" w:rsidRDefault="007E124A">
      <w:pPr>
        <w:spacing w:after="0" w:line="240" w:lineRule="auto"/>
      </w:pPr>
      <w:r w:rsidRPr="003F414A">
        <w:rPr>
          <w:rFonts w:cs="Times New Roman"/>
        </w:rPr>
        <w:t>................................................................................................................................................</w:t>
      </w:r>
    </w:p>
    <w:p w:rsidR="00F93F88" w:rsidRPr="003F414A" w:rsidRDefault="007E124A">
      <w:pPr>
        <w:spacing w:after="0" w:line="240" w:lineRule="auto"/>
        <w:jc w:val="center"/>
      </w:pPr>
      <w:r w:rsidRPr="003F414A">
        <w:rPr>
          <w:rFonts w:cs="Times New Roman"/>
          <w:b/>
        </w:rPr>
        <w:t>KẾ HOẠCH BÀI DẠY MÔN TOÁN LỚP 4 - TUẦN 6</w:t>
      </w:r>
    </w:p>
    <w:p w:rsidR="00F93F88" w:rsidRPr="003F414A" w:rsidRDefault="007E124A">
      <w:pPr>
        <w:spacing w:after="0" w:line="240" w:lineRule="auto"/>
        <w:jc w:val="center"/>
      </w:pPr>
      <w:r w:rsidRPr="003F414A">
        <w:rPr>
          <w:rFonts w:cs="Times New Roman"/>
          <w:b/>
        </w:rPr>
        <w:t>BÀI 12: CÁC SỐ TRONG PHẠM VI LỚP TRIỆU</w:t>
      </w:r>
    </w:p>
    <w:p w:rsidR="00F93F88" w:rsidRPr="003F414A" w:rsidRDefault="007E124A">
      <w:pPr>
        <w:spacing w:after="0" w:line="240" w:lineRule="auto"/>
        <w:jc w:val="center"/>
      </w:pPr>
      <w:r w:rsidRPr="003F414A">
        <w:rPr>
          <w:b/>
        </w:rPr>
        <w:t>TIẾT 29: LUYỆN TẬP (TIẾT 3)</w:t>
      </w:r>
    </w:p>
    <w:p w:rsidR="00F93F88" w:rsidRPr="003F414A" w:rsidRDefault="007E124A">
      <w:pPr>
        <w:spacing w:after="0" w:line="240" w:lineRule="auto"/>
      </w:pPr>
      <w:r w:rsidRPr="003F414A">
        <w:rPr>
          <w:rFonts w:cs="Times New Roman"/>
          <w:b/>
        </w:rPr>
        <w:t>I. YÊU CẦU CẦN ĐẠT</w:t>
      </w:r>
    </w:p>
    <w:p w:rsidR="00F93F88" w:rsidRPr="003F414A" w:rsidRDefault="007E124A">
      <w:pPr>
        <w:spacing w:after="0" w:line="240" w:lineRule="auto"/>
      </w:pPr>
      <w:r w:rsidRPr="003F414A">
        <w:rPr>
          <w:rFonts w:cs="Times New Roman"/>
          <w:b/>
        </w:rPr>
        <w:t>1. Năng lực đặc thù:</w:t>
      </w:r>
    </w:p>
    <w:p w:rsidR="00F93F88" w:rsidRPr="003F414A" w:rsidRDefault="007E124A">
      <w:pPr>
        <w:spacing w:after="0" w:line="240" w:lineRule="auto"/>
      </w:pPr>
      <w:r w:rsidRPr="003F414A">
        <w:rPr>
          <w:rFonts w:cs="Times New Roman"/>
        </w:rPr>
        <w:t>- Củng cố cách đọc, viết số và xác định hàng, lớp trong phạm vi lớp triệu.</w:t>
      </w:r>
    </w:p>
    <w:p w:rsidR="00F93F88" w:rsidRPr="003F414A" w:rsidRDefault="007E124A">
      <w:pPr>
        <w:spacing w:after="0" w:line="240" w:lineRule="auto"/>
      </w:pPr>
      <w:r w:rsidRPr="003F414A">
        <w:rPr>
          <w:rFonts w:cs="Times New Roman"/>
        </w:rPr>
        <w:t>- Đọc được số biểu diễn bằng mô hình hàng - lớp; lựa chọn số thỏa mãn điều kiện.</w:t>
      </w:r>
    </w:p>
    <w:p w:rsidR="00F93F88" w:rsidRPr="003F414A" w:rsidRDefault="007E124A">
      <w:pPr>
        <w:spacing w:after="0" w:line="240" w:lineRule="auto"/>
      </w:pPr>
      <w:r w:rsidRPr="003F414A">
        <w:rPr>
          <w:rFonts w:cs="Times New Roman"/>
        </w:rPr>
        <w:t>- Ghép được các lớp số để tạo số có chín chữ số và giải thích cách sắp xếp.</w:t>
      </w:r>
    </w:p>
    <w:p w:rsidR="00F93F88" w:rsidRPr="003F414A" w:rsidRDefault="007E124A">
      <w:pPr>
        <w:spacing w:after="0" w:line="240" w:lineRule="auto"/>
      </w:pPr>
      <w:r w:rsidRPr="003F414A">
        <w:rPr>
          <w:rFonts w:cs="Times New Roman"/>
          <w:b/>
        </w:rPr>
        <w:t>2. Năng lực chung:</w:t>
      </w:r>
    </w:p>
    <w:p w:rsidR="00F93F88" w:rsidRPr="003F414A" w:rsidRDefault="007E124A">
      <w:pPr>
        <w:spacing w:after="0" w:line="240" w:lineRule="auto"/>
      </w:pPr>
      <w:r w:rsidRPr="003F414A">
        <w:rPr>
          <w:rFonts w:cs="Times New Roman"/>
        </w:rPr>
        <w:t>- Tự chủ và tự học: Chủ động quan sát mô hình, tự xác định và kiểm tra số.</w:t>
      </w:r>
    </w:p>
    <w:p w:rsidR="00F93F88" w:rsidRPr="003F414A" w:rsidRDefault="007E124A">
      <w:pPr>
        <w:spacing w:after="0" w:line="240" w:lineRule="auto"/>
      </w:pPr>
      <w:r w:rsidRPr="003F414A">
        <w:rPr>
          <w:rFonts w:cs="Times New Roman"/>
        </w:rPr>
        <w:t>- Giao tiếp và hợp tác: Trao đổi cách đọc mô hình, lựa chọn đáp án và sắp xếp mảnh ghép.</w:t>
      </w:r>
    </w:p>
    <w:p w:rsidR="00F93F88" w:rsidRPr="003F414A" w:rsidRDefault="007E124A">
      <w:pPr>
        <w:spacing w:after="0" w:line="240" w:lineRule="auto"/>
      </w:pPr>
      <w:r w:rsidRPr="003F414A">
        <w:rPr>
          <w:rFonts w:cs="Times New Roman"/>
        </w:rPr>
        <w:t>- Giải quyết vấn đề và sáng tạo: Suy luận từ điều kiện để tìm mật khẩu và ghép số.</w:t>
      </w:r>
    </w:p>
    <w:p w:rsidR="00F93F88" w:rsidRPr="003F414A" w:rsidRDefault="007E124A">
      <w:pPr>
        <w:spacing w:after="0" w:line="240" w:lineRule="auto"/>
      </w:pPr>
      <w:r w:rsidRPr="003F414A">
        <w:rPr>
          <w:rFonts w:cs="Times New Roman"/>
          <w:b/>
        </w:rPr>
        <w:t>3. Phẩm chất:</w:t>
      </w:r>
    </w:p>
    <w:p w:rsidR="00F93F88" w:rsidRPr="003F414A" w:rsidRDefault="007E124A">
      <w:pPr>
        <w:spacing w:after="0" w:line="240" w:lineRule="auto"/>
      </w:pPr>
      <w:r w:rsidRPr="003F414A">
        <w:rPr>
          <w:rFonts w:cs="Times New Roman"/>
        </w:rPr>
        <w:t>- Chăm chỉ: Tích cực hoàn thành các nhiệm vụ.</w:t>
      </w:r>
    </w:p>
    <w:p w:rsidR="00F93F88" w:rsidRPr="003F414A" w:rsidRDefault="007E124A">
      <w:pPr>
        <w:spacing w:after="0" w:line="240" w:lineRule="auto"/>
      </w:pPr>
      <w:r w:rsidRPr="003F414A">
        <w:rPr>
          <w:rFonts w:cs="Times New Roman"/>
        </w:rPr>
        <w:t>- Trách nhiệm: Cẩn thận khi đếm thẻ, xác định vị trí chữ số.</w:t>
      </w:r>
    </w:p>
    <w:p w:rsidR="00F93F88" w:rsidRPr="003F414A" w:rsidRDefault="007E124A">
      <w:pPr>
        <w:spacing w:after="0" w:line="240" w:lineRule="auto"/>
      </w:pPr>
      <w:r w:rsidRPr="003F414A">
        <w:rPr>
          <w:rFonts w:cs="Times New Roman"/>
        </w:rPr>
        <w:t>- Trung thực: Báo cáo đúng kết quả và giải thích rõ cách làm.</w:t>
      </w:r>
    </w:p>
    <w:p w:rsidR="00F93F88" w:rsidRPr="003F414A" w:rsidRDefault="007E124A">
      <w:pPr>
        <w:spacing w:after="0" w:line="240" w:lineRule="auto"/>
      </w:pPr>
      <w:r w:rsidRPr="003F414A">
        <w:rPr>
          <w:rFonts w:cs="Times New Roman"/>
          <w:b/>
        </w:rPr>
        <w:t>II. ĐỒ DÙNG DẠY HỌC</w:t>
      </w:r>
    </w:p>
    <w:p w:rsidR="00F93F88" w:rsidRPr="003F414A" w:rsidRDefault="007E124A">
      <w:pPr>
        <w:spacing w:after="0" w:line="240" w:lineRule="auto"/>
      </w:pPr>
      <w:r w:rsidRPr="003F414A">
        <w:rPr>
          <w:rFonts w:cs="Times New Roman"/>
        </w:rPr>
        <w:t>- GV: SGK Toán 4, kế hoạch bài dạy, máy tính, ti vi, bài giảng điện tử, bảng phụ, phiếu học tập, thẻ số, bảng hàng - lớp; tranh/bài tập SGK được cắt đúng nội dung và đặt ngay tại câu lệnh phù hợp.</w:t>
      </w:r>
    </w:p>
    <w:p w:rsidR="00F93F88" w:rsidRPr="003F414A" w:rsidRDefault="007E124A">
      <w:pPr>
        <w:spacing w:after="0" w:line="240" w:lineRule="auto"/>
      </w:pPr>
      <w:r w:rsidRPr="003F414A">
        <w:rPr>
          <w:rFonts w:cs="Times New Roman"/>
        </w:rPr>
        <w:t>- HS: SGK, vở ghi, bút, bảng con, phiếu học tập và đồ dùng học tập cá nhân.</w:t>
      </w:r>
    </w:p>
    <w:p w:rsidR="00F93F88" w:rsidRPr="003F414A" w:rsidRDefault="007E124A">
      <w:pPr>
        <w:spacing w:after="0" w:line="240" w:lineRule="auto"/>
      </w:pPr>
      <w:r w:rsidRPr="003F414A">
        <w:rPr>
          <w:rFonts w:cs="Times New Roman"/>
          <w:b/>
        </w:rPr>
        <w:lastRenderedPageBreak/>
        <w:t>III. CÁC HOẠT ĐỘNG DẠY HỌC CHỦ YẾU</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4819"/>
        <w:gridCol w:w="4819"/>
      </w:tblGrid>
      <w:tr w:rsidR="003F414A" w:rsidRPr="003F414A" w:rsidTr="003F414A">
        <w:trPr>
          <w:cantSplit/>
          <w:tblHeader/>
          <w:jc w:val="center"/>
        </w:trPr>
        <w:tc>
          <w:tcPr>
            <w:tcW w:w="4819"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jc w:val="center"/>
            </w:pPr>
            <w:r w:rsidRPr="003F414A">
              <w:rPr>
                <w:rFonts w:cs="Times New Roman"/>
                <w:b/>
              </w:rPr>
              <w:t>Hoạt động của giáo viên</w:t>
            </w:r>
          </w:p>
        </w:tc>
        <w:tc>
          <w:tcPr>
            <w:tcW w:w="4819"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jc w:val="center"/>
            </w:pPr>
            <w:r w:rsidRPr="003F414A">
              <w:rPr>
                <w:rFonts w:cs="Times New Roman"/>
                <w:b/>
              </w:rPr>
              <w:t>Hoạt động của học sinh</w:t>
            </w:r>
          </w:p>
        </w:tc>
      </w:tr>
      <w:tr w:rsidR="003F414A" w:rsidRPr="003F414A" w:rsidTr="003F414A">
        <w:trPr>
          <w:cantSplit/>
          <w:jc w:val="center"/>
        </w:trPr>
        <w:tc>
          <w:tcPr>
            <w:tcW w:w="9240"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1. Khởi động</w:t>
            </w:r>
          </w:p>
          <w:p w:rsidR="00F93F88" w:rsidRPr="003F414A" w:rsidRDefault="007E124A">
            <w:pPr>
              <w:spacing w:after="0" w:line="240" w:lineRule="auto"/>
            </w:pPr>
            <w:r w:rsidRPr="003F414A">
              <w:rPr>
                <w:rFonts w:cs="Times New Roman"/>
                <w:b/>
              </w:rPr>
              <w:t>- Mục tiêu: Tạo hứng thú học tập, ôn cách đọc số theo từng lớp.</w:t>
            </w:r>
          </w:p>
          <w:p w:rsidR="00F93F88" w:rsidRPr="003F414A" w:rsidRDefault="007E124A">
            <w:pPr>
              <w:spacing w:after="0" w:line="240" w:lineRule="auto"/>
            </w:pPr>
            <w:r w:rsidRPr="003F414A">
              <w:rPr>
                <w:rFonts w:cs="Times New Roman"/>
                <w:b/>
              </w:rPr>
              <w:t>- Cách tiến hành:</w:t>
            </w:r>
          </w:p>
        </w:tc>
      </w:tr>
      <w:tr w:rsidR="003F414A" w:rsidRPr="003F414A" w:rsidTr="003F414A">
        <w:trPr>
          <w:cantSplit/>
          <w:jc w:val="center"/>
        </w:trPr>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tổ chức trò chơi “Đố bạn”: GV viết nhanh ba nhóm chữ số, HS ghép thành số và đọc.</w:t>
            </w:r>
          </w:p>
        </w:tc>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tham gia trò chơi, ghép đúng thứ tự lớp triệu - lớp nghìn - lớp đơn vị và đọc số.</w:t>
            </w:r>
          </w:p>
        </w:tc>
      </w:tr>
      <w:tr w:rsidR="003F414A" w:rsidRPr="003F414A" w:rsidTr="003F414A">
        <w:trPr>
          <w:cantSplit/>
          <w:jc w:val="center"/>
        </w:trPr>
        <w:tc>
          <w:tcPr>
            <w:tcW w:w="4620"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nhận xét, giới thiệu và ghi bài.</w:t>
            </w:r>
          </w:p>
        </w:tc>
        <w:tc>
          <w:tcPr>
            <w:tcW w:w="4620"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lắng nghe, ghi tên bài.</w:t>
            </w:r>
          </w:p>
        </w:tc>
      </w:tr>
      <w:tr w:rsidR="003F414A" w:rsidRPr="003F414A" w:rsidTr="003F414A">
        <w:trPr>
          <w:cantSplit/>
          <w:jc w:val="center"/>
        </w:trPr>
        <w:tc>
          <w:tcPr>
            <w:tcW w:w="9240"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2. Luyện tập, thực hành</w:t>
            </w:r>
          </w:p>
          <w:p w:rsidR="00F93F88" w:rsidRPr="003F414A" w:rsidRDefault="007E124A">
            <w:pPr>
              <w:spacing w:after="0" w:line="240" w:lineRule="auto"/>
            </w:pPr>
            <w:r w:rsidRPr="003F414A">
              <w:rPr>
                <w:rFonts w:cs="Times New Roman"/>
                <w:b/>
              </w:rPr>
              <w:t>- Mục tiêu: HS đọc mô hình hàng - lớp, xác định chữ số gạch chân, chọn mật khẩu và ghép số có chín chữ số.</w:t>
            </w:r>
          </w:p>
          <w:p w:rsidR="00F93F88" w:rsidRPr="003F414A" w:rsidRDefault="007E124A">
            <w:pPr>
              <w:spacing w:after="0" w:line="240" w:lineRule="auto"/>
            </w:pPr>
            <w:r w:rsidRPr="003F414A">
              <w:rPr>
                <w:rFonts w:cs="Times New Roman"/>
                <w:b/>
              </w:rPr>
              <w:t>- Cách tiến hành:</w:t>
            </w:r>
          </w:p>
        </w:tc>
      </w:tr>
      <w:tr w:rsidR="003F414A" w:rsidRPr="003F414A" w:rsidTr="003F414A">
        <w:trPr>
          <w:cantSplit/>
          <w:jc w:val="center"/>
        </w:trPr>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Bài 1. Viết số theo mô hình</w:t>
            </w:r>
          </w:p>
          <w:p w:rsidR="00F93F88" w:rsidRPr="003F414A" w:rsidRDefault="007E124A">
            <w:pPr>
              <w:spacing w:after="0" w:line="240" w:lineRule="auto"/>
            </w:pPr>
            <w:r w:rsidRPr="003F414A">
              <w:rPr>
                <w:rFonts w:cs="Times New Roman"/>
              </w:rPr>
              <w:t>- Gọi HS đọc yêu cầu.</w:t>
            </w:r>
          </w:p>
          <w:p w:rsidR="00F93F88" w:rsidRPr="003F414A" w:rsidRDefault="007E124A" w:rsidP="003F414A">
            <w:pPr>
              <w:spacing w:after="0" w:line="240" w:lineRule="auto"/>
            </w:pPr>
            <w:r w:rsidRPr="003F414A">
              <w:rPr>
                <w:rFonts w:cs="Times New Roman"/>
              </w:rPr>
              <w:t>- GV yêu cầu HS quan sát các cọc trong từng lớp, đếm số thẻ ở mỗi hàng.</w:t>
            </w:r>
          </w:p>
        </w:tc>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đọc yêu cầu.</w:t>
            </w:r>
          </w:p>
          <w:p w:rsidR="00F93F88" w:rsidRPr="003F414A" w:rsidRDefault="007E124A">
            <w:pPr>
              <w:spacing w:after="0" w:line="240" w:lineRule="auto"/>
            </w:pPr>
            <w:r w:rsidRPr="003F414A">
              <w:rPr>
                <w:rFonts w:cs="Times New Roman"/>
              </w:rPr>
              <w:t>- HS quan sát, xác định mỗi cọc tương ứng một hàng trong lớp triệu, lớp nghìn, lớp đơn vị.</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cho HS làm cá nhân vào vở, sau đó đổi bài kiểm tra.</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viết các số: 24 012 531; 1 000 321; 101 222 102.</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mời HS trình bày cách đọc một mô hình; nhắc HS ghi đủ ba chữ số ở mỗi lớp khi cần.</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trình bày cách đếm từ hàng trăm triệu đến hàng đơn vị; lớp nhận xét.</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Bài 2. Xác định hàng, lớp của chữ số gạch chân</w:t>
            </w:r>
          </w:p>
          <w:p w:rsidR="00F93F88" w:rsidRPr="003F414A" w:rsidRDefault="007E124A">
            <w:pPr>
              <w:spacing w:after="0" w:line="240" w:lineRule="auto"/>
            </w:pPr>
            <w:r w:rsidRPr="003F414A">
              <w:rPr>
                <w:rFonts w:cs="Times New Roman"/>
              </w:rPr>
              <w:t>- Gọi HS đọc yêu cầu.</w:t>
            </w:r>
          </w:p>
          <w:p w:rsidR="00F93F88" w:rsidRPr="003F414A" w:rsidRDefault="007E124A" w:rsidP="003F414A">
            <w:pPr>
              <w:spacing w:after="0" w:line="240" w:lineRule="auto"/>
            </w:pPr>
            <w:r w:rsidRPr="003F414A">
              <w:rPr>
                <w:rFonts w:cs="Times New Roman"/>
              </w:rPr>
              <w:t>- GV yêu cầu HS làm vào vở rồi trao đổi theo cặp.</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đọc yêu cầu.</w:t>
            </w:r>
          </w:p>
          <w:p w:rsidR="00F93F88" w:rsidRPr="003F414A" w:rsidRDefault="007E124A">
            <w:pPr>
              <w:spacing w:after="0" w:line="240" w:lineRule="auto"/>
            </w:pPr>
            <w:r w:rsidRPr="003F414A">
              <w:rPr>
                <w:rFonts w:cs="Times New Roman"/>
              </w:rPr>
              <w:t>- HS làm bài cá nhân và trao đổi với bạn.</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mời HS nêu kết quả từng số.</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trả lời: 13 341 411 - chữ số 4 ở hàng trăm, lớp đơn vị; 324 294 185 - chữ số 3 ở hàng trăm triệu, lớp triệu; 2 000 001 - chữ số 0 ở hàng chục, lớp đơn vị; 540 231 007 - chữ số 2 ở hàng trăm nghìn, lớp nghìn.</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nhận xét, chốt cách xác định từ phải sang trái.</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sửa bài nếu cần.</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Bài 3. Chọn mật khẩu mở khóa két sắt</w:t>
            </w:r>
          </w:p>
          <w:p w:rsidR="00F93F88" w:rsidRPr="003F414A" w:rsidRDefault="007E124A">
            <w:pPr>
              <w:spacing w:after="0" w:line="240" w:lineRule="auto"/>
            </w:pPr>
            <w:r w:rsidRPr="003F414A">
              <w:rPr>
                <w:rFonts w:cs="Times New Roman"/>
              </w:rPr>
              <w:t>- Gọi HS đọc yêu cầu và hai điều kiện của mật khẩu.</w:t>
            </w:r>
          </w:p>
          <w:p w:rsidR="00F93F88" w:rsidRPr="003F414A" w:rsidRDefault="007E124A" w:rsidP="003F414A">
            <w:pPr>
              <w:spacing w:after="0" w:line="240" w:lineRule="auto"/>
            </w:pPr>
            <w:r w:rsidRPr="003F414A">
              <w:rPr>
                <w:rFonts w:cs="Times New Roman"/>
              </w:rPr>
              <w:t>- GV hỏi: Bài yêu cầu làm gì?</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đọc yêu cầu.</w:t>
            </w:r>
          </w:p>
          <w:p w:rsidR="00F93F88" w:rsidRPr="003F414A" w:rsidRDefault="007E124A">
            <w:pPr>
              <w:spacing w:after="0" w:line="240" w:lineRule="auto"/>
            </w:pPr>
            <w:r w:rsidRPr="003F414A">
              <w:rPr>
                <w:rFonts w:cs="Times New Roman"/>
              </w:rPr>
              <w:t>- HS nêu: Chọn số không chứa chữ số 0 ở lớp triệu và có chữ số hàng trăm nghìn khác 3.</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xml:space="preserve">- GV yêu cầu HS loại từng phương </w:t>
            </w:r>
            <w:proofErr w:type="gramStart"/>
            <w:r w:rsidRPr="003F414A">
              <w:rPr>
                <w:rFonts w:cs="Times New Roman"/>
              </w:rPr>
              <w:t>án</w:t>
            </w:r>
            <w:proofErr w:type="gramEnd"/>
            <w:r w:rsidRPr="003F414A">
              <w:rPr>
                <w:rFonts w:cs="Times New Roman"/>
              </w:rPr>
              <w:t xml:space="preserve"> và giải thích lí do.</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phân tích: A có chữ số 0 ở lớp triệu; B không phải số trong phạm vi yêu cầu và có lớp triệu chứa 0; C có hàng trăm nghìn là 3; D thỏa mãn cả hai điều kiện.</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xml:space="preserve">- GV chốt đáp </w:t>
            </w:r>
            <w:proofErr w:type="gramStart"/>
            <w:r w:rsidRPr="003F414A">
              <w:rPr>
                <w:rFonts w:cs="Times New Roman"/>
              </w:rPr>
              <w:t>án</w:t>
            </w:r>
            <w:proofErr w:type="gramEnd"/>
            <w:r w:rsidRPr="003F414A">
              <w:rPr>
                <w:rFonts w:cs="Times New Roman"/>
              </w:rPr>
              <w:t xml:space="preserve"> D. 537 991 833; khen HS biết kiểm tra đủ điều kiện.</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ghi đáp án và nêu lại lí do chọn.</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lastRenderedPageBreak/>
              <w:t>Bài 4. Ghép các mảnh để tạo số có chín chữ số</w:t>
            </w:r>
          </w:p>
          <w:p w:rsidR="00F93F88" w:rsidRPr="003F414A" w:rsidRDefault="007E124A">
            <w:pPr>
              <w:spacing w:after="0" w:line="240" w:lineRule="auto"/>
            </w:pPr>
            <w:r w:rsidRPr="003F414A">
              <w:rPr>
                <w:rFonts w:cs="Times New Roman"/>
              </w:rPr>
              <w:t>- Gọi HS đọc yêu cầu.</w:t>
            </w:r>
          </w:p>
          <w:p w:rsidR="00F93F88" w:rsidRPr="003F414A" w:rsidRDefault="007E124A" w:rsidP="003F414A">
            <w:pPr>
              <w:spacing w:after="0" w:line="240" w:lineRule="auto"/>
            </w:pPr>
            <w:r w:rsidRPr="003F414A">
              <w:rPr>
                <w:rFonts w:cs="Times New Roman"/>
              </w:rPr>
              <w:t xml:space="preserve">- GV yêu cầu HS quan sát hình dạng các mảnh </w:t>
            </w:r>
            <w:r w:rsidR="003F414A">
              <w:rPr>
                <w:rFonts w:cs="Times New Roman"/>
              </w:rPr>
              <w:t>ghép và xác</w:t>
            </w:r>
            <w:r w:rsidRPr="003F414A">
              <w:rPr>
                <w:rFonts w:cs="Times New Roman"/>
              </w:rPr>
              <w:t xml:space="preserve"> định thứ tự nối.</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đọc yêu cầu.</w:t>
            </w:r>
          </w:p>
          <w:p w:rsidR="00F93F88" w:rsidRPr="003F414A" w:rsidRDefault="007E124A">
            <w:pPr>
              <w:spacing w:after="0" w:line="240" w:lineRule="auto"/>
            </w:pPr>
            <w:r w:rsidRPr="003F414A">
              <w:rPr>
                <w:rFonts w:cs="Times New Roman"/>
              </w:rPr>
              <w:t>- HS quan sát phần lồi, lõm của các mảnh ghép.</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cho HS thảo luận nhóm đôi, ghép và xác định mảnh nào thuộc lớp triệu, lớp nghìn, lớp đơn vị.</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ghép theo thứ tự 304 - 028 - 102, tạo số 304 028 102.</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mời HS trình bày: Mảnh nào là lớp triệu, lớp nghìn, lớp đơn vị? Vì sao mảnh 028 vẫn phải viết đủ ba chữ số?</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trả lời: 304 thuộc lớp triệu; 028 thuộc lớp nghìn; 102 thuộc lớp đơn vị. Mỗi lớp gồm ba hàng nên lớp nghìn phải giữ chữ số 0 ở hàng trăm nghìn.</w:t>
            </w:r>
          </w:p>
        </w:tc>
      </w:tr>
      <w:tr w:rsidR="003F414A" w:rsidRPr="003F414A" w:rsidTr="003F414A">
        <w:trPr>
          <w:cantSplit/>
          <w:jc w:val="center"/>
        </w:trPr>
        <w:tc>
          <w:tcPr>
            <w:tcW w:w="4620"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đánh giá, tuyên dương.</w:t>
            </w:r>
          </w:p>
        </w:tc>
        <w:tc>
          <w:tcPr>
            <w:tcW w:w="4620"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lắng nghe, hoàn thiện bài.</w:t>
            </w:r>
          </w:p>
        </w:tc>
      </w:tr>
      <w:tr w:rsidR="003F414A" w:rsidRPr="003F414A" w:rsidTr="003F414A">
        <w:trPr>
          <w:cantSplit/>
          <w:jc w:val="center"/>
        </w:trPr>
        <w:tc>
          <w:tcPr>
            <w:tcW w:w="9240"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b/>
              </w:rPr>
              <w:t>3. Vận dụng, trải nghiệm</w:t>
            </w:r>
          </w:p>
          <w:p w:rsidR="00F93F88" w:rsidRPr="003F414A" w:rsidRDefault="007E124A">
            <w:pPr>
              <w:spacing w:after="0" w:line="240" w:lineRule="auto"/>
            </w:pPr>
            <w:r w:rsidRPr="003F414A">
              <w:rPr>
                <w:rFonts w:cs="Times New Roman"/>
                <w:b/>
              </w:rPr>
              <w:t>- Mục tiêu: HS củng cố cách ghép ba lớp thành số có chín chữ số.</w:t>
            </w:r>
          </w:p>
          <w:p w:rsidR="00F93F88" w:rsidRPr="003F414A" w:rsidRDefault="007E124A">
            <w:pPr>
              <w:spacing w:after="0" w:line="240" w:lineRule="auto"/>
            </w:pPr>
            <w:r w:rsidRPr="003F414A">
              <w:rPr>
                <w:rFonts w:cs="Times New Roman"/>
                <w:b/>
              </w:rPr>
              <w:t>- Cách tiến hành:</w:t>
            </w:r>
          </w:p>
        </w:tc>
      </w:tr>
      <w:tr w:rsidR="003F414A" w:rsidRPr="003F414A" w:rsidTr="003F414A">
        <w:trPr>
          <w:cantSplit/>
          <w:jc w:val="center"/>
        </w:trPr>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yêu cầu HS tự viết ba thẻ, mỗi thẻ gồm ba chữ số; đổi thẻ với bạn và ghép thành một số có chín chữ số.</w:t>
            </w:r>
          </w:p>
        </w:tc>
        <w:tc>
          <w:tcPr>
            <w:tcW w:w="4620"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viết thẻ, đổi với bạn, ghép số theo thứ tự lớp triệu - lớp nghìn - lớp đơn vị rồi đọc số.</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hỏi: Khi ghép số, vì sao không được bỏ chữ số 0 ở đầu lớp nghìn hoặc lớp đơn vị?</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trả lời: Vì chữ số 0 giữ vị trí của hàng trong lớp; bỏ đi sẽ làm thay đổi giá trị và cấu tạo số.</w:t>
            </w:r>
          </w:p>
        </w:tc>
      </w:tr>
      <w:tr w:rsidR="003F414A" w:rsidRPr="003F414A" w:rsidTr="003F414A">
        <w:trPr>
          <w:cantSplit/>
          <w:jc w:val="center"/>
        </w:trPr>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GV nhận xét tiết học, dặn HS ôn lại cách đọc, viết và xác định hàng - lớp.</w:t>
            </w:r>
          </w:p>
        </w:tc>
        <w:tc>
          <w:tcPr>
            <w:tcW w:w="4620"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rFonts w:cs="Times New Roman"/>
              </w:rPr>
              <w:t>- HS lắng nghe, ghi nhớ.</w:t>
            </w:r>
          </w:p>
        </w:tc>
      </w:tr>
    </w:tbl>
    <w:p w:rsidR="00F93F88" w:rsidRPr="003F414A" w:rsidRDefault="007E124A">
      <w:pPr>
        <w:spacing w:after="0" w:line="240" w:lineRule="auto"/>
      </w:pPr>
      <w:r w:rsidRPr="003F414A">
        <w:rPr>
          <w:rFonts w:cs="Times New Roman"/>
          <w:b/>
        </w:rPr>
        <w:t>IV. ĐIỀU CHỈNH SAU BÀI DẠY (nếu có):</w:t>
      </w:r>
    </w:p>
    <w:p w:rsidR="00F93F88" w:rsidRPr="003F414A" w:rsidRDefault="007E124A">
      <w:pPr>
        <w:spacing w:after="0" w:line="240" w:lineRule="auto"/>
      </w:pPr>
      <w:r w:rsidRPr="003F414A">
        <w:rPr>
          <w:rFonts w:cs="Times New Roman"/>
        </w:rPr>
        <w:t>................................................................................................................................................</w:t>
      </w:r>
    </w:p>
    <w:p w:rsidR="00F93F88" w:rsidRPr="003F414A" w:rsidRDefault="007E124A">
      <w:pPr>
        <w:spacing w:after="0" w:line="240" w:lineRule="auto"/>
      </w:pPr>
      <w:r w:rsidRPr="003F414A">
        <w:rPr>
          <w:rFonts w:cs="Times New Roman"/>
        </w:rPr>
        <w:t>................................................................................................................................................</w:t>
      </w:r>
    </w:p>
    <w:p w:rsidR="00F93F88" w:rsidRPr="003F414A" w:rsidRDefault="00F93F88">
      <w:pPr>
        <w:spacing w:after="0" w:line="240" w:lineRule="auto"/>
      </w:pPr>
    </w:p>
    <w:p w:rsidR="00F93F88" w:rsidRPr="003F414A" w:rsidRDefault="007E124A">
      <w:pPr>
        <w:spacing w:after="0" w:line="240" w:lineRule="auto"/>
        <w:jc w:val="center"/>
      </w:pPr>
      <w:r w:rsidRPr="003F414A">
        <w:rPr>
          <w:b/>
        </w:rPr>
        <w:t>KẾ HOẠCH BÀI DẠY MÔN TOÁN LỚP 4 - TUẦN 6</w:t>
      </w:r>
    </w:p>
    <w:p w:rsidR="00F93F88" w:rsidRPr="003F414A" w:rsidRDefault="007E124A">
      <w:pPr>
        <w:spacing w:after="0" w:line="240" w:lineRule="auto"/>
        <w:jc w:val="center"/>
      </w:pPr>
      <w:r w:rsidRPr="003F414A">
        <w:rPr>
          <w:b/>
        </w:rPr>
        <w:t>BÀI 13: LÀM TRÒN SỐ ĐẾN HÀNG TRĂM NGHÌN</w:t>
      </w:r>
    </w:p>
    <w:p w:rsidR="00F93F88" w:rsidRPr="003F414A" w:rsidRDefault="007E124A">
      <w:pPr>
        <w:spacing w:after="0" w:line="240" w:lineRule="auto"/>
        <w:jc w:val="center"/>
      </w:pPr>
      <w:r w:rsidRPr="003F414A">
        <w:rPr>
          <w:b/>
        </w:rPr>
        <w:t>TIẾT 30: KHÁM PHÁ, HOẠT ĐỘNG VÀ LUYỆN TẬP</w:t>
      </w:r>
    </w:p>
    <w:p w:rsidR="00F93F88" w:rsidRPr="003F414A" w:rsidRDefault="007E124A">
      <w:pPr>
        <w:spacing w:after="0" w:line="240" w:lineRule="auto"/>
      </w:pPr>
      <w:r w:rsidRPr="003F414A">
        <w:rPr>
          <w:b/>
        </w:rPr>
        <w:t>I. YÊU CẦU CẦN ĐẠT</w:t>
      </w:r>
    </w:p>
    <w:p w:rsidR="00F93F88" w:rsidRPr="003F414A" w:rsidRDefault="007E124A">
      <w:pPr>
        <w:spacing w:after="0" w:line="240" w:lineRule="auto"/>
      </w:pPr>
      <w:r w:rsidRPr="003F414A">
        <w:rPr>
          <w:b/>
        </w:rPr>
        <w:t>1. Năng lực đặc thù:</w:t>
      </w:r>
    </w:p>
    <w:p w:rsidR="00F93F88" w:rsidRPr="003F414A" w:rsidRDefault="007E124A">
      <w:pPr>
        <w:spacing w:after="0" w:line="240" w:lineRule="auto"/>
      </w:pPr>
      <w:r w:rsidRPr="003F414A">
        <w:t>- Biết làm tròn số và thực hiện đúng việc làm tròn số đến hàng trăm nghìn.</w:t>
      </w:r>
    </w:p>
    <w:p w:rsidR="00F93F88" w:rsidRPr="003F414A" w:rsidRDefault="007E124A">
      <w:pPr>
        <w:spacing w:after="0" w:line="240" w:lineRule="auto"/>
      </w:pPr>
      <w:r w:rsidRPr="003F414A">
        <w:t>- Nhận biết được số gần với số tròn trăm nghìn nào hơn thông qua tia số và giá trị chữ số hàng chục nghìn.</w:t>
      </w:r>
    </w:p>
    <w:p w:rsidR="00F93F88" w:rsidRPr="003F414A" w:rsidRDefault="007E124A">
      <w:pPr>
        <w:spacing w:after="0" w:line="240" w:lineRule="auto"/>
      </w:pPr>
      <w:r w:rsidRPr="003F414A">
        <w:t>- Vận dụng được cách làm tròn số vào giá tiền, số lượng phương tiện, dân số và một số tình huống thực tế đơn giản.</w:t>
      </w:r>
    </w:p>
    <w:p w:rsidR="00F93F88" w:rsidRPr="003F414A" w:rsidRDefault="007E124A">
      <w:pPr>
        <w:spacing w:after="0" w:line="240" w:lineRule="auto"/>
      </w:pPr>
      <w:r w:rsidRPr="003F414A">
        <w:t>- Đọc được bảng số liệu, giải thích được cách làm và kiểm tra kết quả làm tròn.</w:t>
      </w:r>
    </w:p>
    <w:p w:rsidR="00F93F88" w:rsidRPr="003F414A" w:rsidRDefault="007E124A">
      <w:pPr>
        <w:spacing w:after="0" w:line="240" w:lineRule="auto"/>
      </w:pPr>
      <w:r w:rsidRPr="003F414A">
        <w:rPr>
          <w:b/>
        </w:rPr>
        <w:t>2. Năng lực chung:</w:t>
      </w:r>
    </w:p>
    <w:p w:rsidR="00F93F88" w:rsidRPr="003F414A" w:rsidRDefault="007E124A">
      <w:pPr>
        <w:spacing w:after="0" w:line="240" w:lineRule="auto"/>
      </w:pPr>
      <w:r w:rsidRPr="003F414A">
        <w:t>- Tự chủ và tự học: Chủ động đọc số, xác định hàng cần làm tròn, tự kiểm tra chữ số liền sau và điều chỉnh kết quả.</w:t>
      </w:r>
    </w:p>
    <w:p w:rsidR="00F93F88" w:rsidRPr="003F414A" w:rsidRDefault="007E124A">
      <w:pPr>
        <w:spacing w:after="0" w:line="240" w:lineRule="auto"/>
      </w:pPr>
      <w:r w:rsidRPr="003F414A">
        <w:t>- Giao tiếp và hợp tác: Trao đổi nhóm đôi, trình bày cách làm tròn, lắng nghe và nhận xét cách giải thích của bạn.</w:t>
      </w:r>
    </w:p>
    <w:p w:rsidR="00F93F88" w:rsidRPr="003F414A" w:rsidRDefault="007E124A">
      <w:pPr>
        <w:spacing w:after="0" w:line="240" w:lineRule="auto"/>
      </w:pPr>
      <w:r w:rsidRPr="003F414A">
        <w:t>- Giải quyết vấn đề và sáng tạo: Vận dụng làm tròn số để xử lí số liệu lớn, ước lượng và đưa ra nhận xét phù hợp.</w:t>
      </w:r>
    </w:p>
    <w:p w:rsidR="00F93F88" w:rsidRPr="003F414A" w:rsidRDefault="007E124A">
      <w:pPr>
        <w:spacing w:after="0" w:line="240" w:lineRule="auto"/>
      </w:pPr>
      <w:r w:rsidRPr="003F414A">
        <w:rPr>
          <w:b/>
        </w:rPr>
        <w:lastRenderedPageBreak/>
        <w:t>3. Phẩm chất:</w:t>
      </w:r>
    </w:p>
    <w:p w:rsidR="00F93F88" w:rsidRPr="003F414A" w:rsidRDefault="007E124A">
      <w:pPr>
        <w:spacing w:after="0" w:line="240" w:lineRule="auto"/>
      </w:pPr>
      <w:r w:rsidRPr="003F414A">
        <w:t>- Chăm chỉ: Tích cực tham gia các hoạt động quan sát, tính toán và hoàn thành bài tập.</w:t>
      </w:r>
    </w:p>
    <w:p w:rsidR="00F93F88" w:rsidRPr="003F414A" w:rsidRDefault="007E124A">
      <w:pPr>
        <w:spacing w:after="0" w:line="240" w:lineRule="auto"/>
      </w:pPr>
      <w:r w:rsidRPr="003F414A">
        <w:t>- Trách nhiệm: Cẩn thận khi xác định hàng, giữ nguyên hoặc tăng chữ số hàng trăm nghìn và thay các chữ số phía sau bằng 0.</w:t>
      </w:r>
    </w:p>
    <w:p w:rsidR="00F93F88" w:rsidRPr="003F414A" w:rsidRDefault="007E124A">
      <w:pPr>
        <w:spacing w:after="0" w:line="240" w:lineRule="auto"/>
      </w:pPr>
      <w:r w:rsidRPr="003F414A">
        <w:t>- Trung thực: Báo cáo đúng kết quả, chủ động kiểm tra lại và sửa lỗi khi nhận ra cách làm chưa chính xác.</w:t>
      </w:r>
    </w:p>
    <w:p w:rsidR="00F93F88" w:rsidRPr="003F414A" w:rsidRDefault="007E124A">
      <w:pPr>
        <w:spacing w:after="0" w:line="240" w:lineRule="auto"/>
      </w:pPr>
      <w:r w:rsidRPr="003F414A">
        <w:rPr>
          <w:b/>
        </w:rPr>
        <w:t>4. Tích hợp:</w:t>
      </w:r>
    </w:p>
    <w:p w:rsidR="00F93F88" w:rsidRPr="003F414A" w:rsidRDefault="007E124A">
      <w:pPr>
        <w:spacing w:after="0" w:line="240" w:lineRule="auto"/>
      </w:pPr>
      <w:r w:rsidRPr="003F414A">
        <w:t>- Tích hợp AI (4.A3.1): HS hiểu rằng các dự báo do AI hỗ trợ như dự báo thời tiết, giá cả, lượng tiêu thụ hoặc nhu cầu thị trường thường được tạo ra từ dữ liệu đã thu thập và được trình bày dưới dạng ước lượng, xác suất hoặc giá trị gần đúng. HS biết phân biệt số liệu chính xác với số liệu đã làm tròn; không xem dự báo của AI là điều chắc chắn tuyệt đối; biết kiểm tra nguồn, đối chiếu với thông tin thực tế và sử dụng kết quả dự báo một cách có trách nhiệm.</w:t>
      </w:r>
    </w:p>
    <w:p w:rsidR="00F93F88" w:rsidRPr="003F414A" w:rsidRDefault="007E124A">
      <w:pPr>
        <w:spacing w:after="0" w:line="240" w:lineRule="auto"/>
      </w:pPr>
      <w:r w:rsidRPr="003F414A">
        <w:rPr>
          <w:b/>
        </w:rPr>
        <w:t>II. ĐỒ DÙNG DẠY HỌC</w:t>
      </w:r>
    </w:p>
    <w:p w:rsidR="00F93F88" w:rsidRPr="003F414A" w:rsidRDefault="007E124A">
      <w:pPr>
        <w:spacing w:after="0" w:line="240" w:lineRule="auto"/>
      </w:pPr>
      <w:r w:rsidRPr="003F414A">
        <w:t>- GV: SGK Toán 4, kế hoạch bài dạy, máy tính, ti vi, bài giảng điện tử, tia số, bảng phụ, phiếu học tập; tranh/bài tập SGK được cắt đúng nội dung.</w:t>
      </w:r>
    </w:p>
    <w:p w:rsidR="00F93F88" w:rsidRPr="003F414A" w:rsidRDefault="007E124A">
      <w:pPr>
        <w:spacing w:after="0" w:line="240" w:lineRule="auto"/>
      </w:pPr>
      <w:r w:rsidRPr="003F414A">
        <w:t>- HS: SGK, vở ghi, bảng con, bút, thước, phiếu học tập và đồ dùng học tập cá nhân.</w:t>
      </w:r>
    </w:p>
    <w:p w:rsidR="00F93F88" w:rsidRPr="003F414A" w:rsidRDefault="007E124A">
      <w:pPr>
        <w:spacing w:after="0" w:line="240" w:lineRule="auto"/>
      </w:pPr>
      <w:r w:rsidRPr="003F414A">
        <w:rPr>
          <w:b/>
        </w:rPr>
        <w:t>III. CÁC HOẠT ĐỘNG DẠY HỌC CHỦ YẾU</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4824"/>
        <w:gridCol w:w="4824"/>
      </w:tblGrid>
      <w:tr w:rsidR="003F414A" w:rsidRPr="003F414A" w:rsidTr="003F414A">
        <w:trPr>
          <w:tblHeader/>
        </w:trPr>
        <w:tc>
          <w:tcPr>
            <w:tcW w:w="4819"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jc w:val="center"/>
            </w:pPr>
            <w:r w:rsidRPr="003F414A">
              <w:rPr>
                <w:b/>
              </w:rPr>
              <w:t>Hoạt động của giáo viên</w:t>
            </w:r>
          </w:p>
        </w:tc>
        <w:tc>
          <w:tcPr>
            <w:tcW w:w="4819"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jc w:val="center"/>
            </w:pPr>
            <w:r w:rsidRPr="003F414A">
              <w:rPr>
                <w:b/>
              </w:rPr>
              <w:t>Hoạt động của học sinh</w:t>
            </w:r>
          </w:p>
        </w:tc>
      </w:tr>
      <w:tr w:rsidR="003F414A" w:rsidRPr="003F414A" w:rsidTr="003F414A">
        <w:trPr>
          <w:cantSplit/>
        </w:trPr>
        <w:tc>
          <w:tcPr>
            <w:tcW w:w="9648"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b/>
              </w:rPr>
              <w:t>1. Khởi động</w:t>
            </w:r>
          </w:p>
          <w:p w:rsidR="00F93F88" w:rsidRPr="003F414A" w:rsidRDefault="007E124A">
            <w:pPr>
              <w:spacing w:after="0" w:line="240" w:lineRule="auto"/>
            </w:pPr>
            <w:r w:rsidRPr="003F414A">
              <w:rPr>
                <w:b/>
              </w:rPr>
              <w:t>- Mục tiêu: Tạo hứng thú học tập, ôn kiến thức về hàng và lớp, kết nối với nội dung làm tròn số.</w:t>
            </w:r>
          </w:p>
          <w:p w:rsidR="00F93F88" w:rsidRPr="003F414A" w:rsidRDefault="007E124A">
            <w:pPr>
              <w:spacing w:after="0" w:line="240" w:lineRule="auto"/>
            </w:pPr>
            <w:r w:rsidRPr="003F414A">
              <w:rPr>
                <w:b/>
              </w:rPr>
              <w:t>- Cách tiến hành:</w:t>
            </w:r>
          </w:p>
        </w:tc>
      </w:tr>
      <w:tr w:rsidR="003F414A" w:rsidRPr="003F414A" w:rsidTr="003F414A">
        <w:trPr>
          <w:cantSplit/>
        </w:trPr>
        <w:tc>
          <w:tcPr>
            <w:tcW w:w="4824"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t>- GV yêu cầu HS viết số: Mười lăm triệu không trăm ba mươi lăm nghìn bốn trăm bảy mươi tám.</w:t>
            </w:r>
          </w:p>
        </w:tc>
        <w:tc>
          <w:tcPr>
            <w:tcW w:w="4824"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t>- HS viết số vào bảng con: 15 035 478.</w:t>
            </w:r>
          </w:p>
        </w:tc>
      </w:tr>
      <w:tr w:rsidR="003F414A" w:rsidRPr="003F414A" w:rsidTr="003F414A">
        <w:trPr>
          <w:cantSplit/>
        </w:trPr>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GV hỏi: Trong số 15 035 478, chữ số hàng trăm nghìn là chữ số nào? Số này gồm mấy lớp và là những lớp nào?</w:t>
            </w:r>
          </w:p>
        </w:tc>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HS trả lời: Chữ số hàng trăm nghìn là 0. Số gồm ba lớp: lớp triệu, lớp nghìn và lớp đơn vị.</w:t>
            </w:r>
          </w:p>
        </w:tc>
      </w:tr>
      <w:tr w:rsidR="003F414A" w:rsidRPr="003F414A" w:rsidTr="003F414A">
        <w:trPr>
          <w:cantSplit/>
        </w:trPr>
        <w:tc>
          <w:tcPr>
            <w:tcW w:w="4824"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t>- GV nhận xét, dẫn dắt: Trong thực tế, khi số liệu quá lớn, người ta thường dùng số gần đúng để dễ đọc, dễ ghi nhớ và dễ so sánh. Hôm nay các em học cách làm tròn số đến hàng trăm nghìn.</w:t>
            </w:r>
          </w:p>
        </w:tc>
        <w:tc>
          <w:tcPr>
            <w:tcW w:w="4824"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t>- HS lắng nghe, ghi tên bài.</w:t>
            </w:r>
          </w:p>
        </w:tc>
      </w:tr>
      <w:tr w:rsidR="003F414A" w:rsidRPr="003F414A" w:rsidTr="003F414A">
        <w:trPr>
          <w:cantSplit/>
        </w:trPr>
        <w:tc>
          <w:tcPr>
            <w:tcW w:w="9648"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b/>
              </w:rPr>
              <w:t>2. Khám phá</w:t>
            </w:r>
          </w:p>
          <w:p w:rsidR="00F93F88" w:rsidRPr="003F414A" w:rsidRDefault="007E124A">
            <w:pPr>
              <w:spacing w:after="0" w:line="240" w:lineRule="auto"/>
            </w:pPr>
            <w:r w:rsidRPr="003F414A">
              <w:rPr>
                <w:b/>
              </w:rPr>
              <w:t>- Mục tiêu: HS nhận biết cách làm tròn số đến hàng trăm nghìn bằng tia số và rút ra quy tắc.</w:t>
            </w:r>
          </w:p>
          <w:p w:rsidR="00F93F88" w:rsidRPr="003F414A" w:rsidRDefault="007E124A">
            <w:pPr>
              <w:spacing w:after="0" w:line="240" w:lineRule="auto"/>
            </w:pPr>
            <w:r w:rsidRPr="003F414A">
              <w:rPr>
                <w:b/>
              </w:rPr>
              <w:t>- Mục tiêu tích hợp AI (4.A3.1): HS hiểu dự báo của AI thường là kết quả ước lượng từ dữ liệu, cần kiểm tra và không xem là chắc chắn tuyệt đối.</w:t>
            </w:r>
          </w:p>
          <w:p w:rsidR="00F93F88" w:rsidRPr="003F414A" w:rsidRDefault="007E124A">
            <w:pPr>
              <w:spacing w:after="0" w:line="240" w:lineRule="auto"/>
            </w:pPr>
            <w:r w:rsidRPr="003F414A">
              <w:rPr>
                <w:b/>
              </w:rPr>
              <w:t>- Cách tiến hành:</w:t>
            </w:r>
          </w:p>
        </w:tc>
      </w:tr>
      <w:tr w:rsidR="003F414A" w:rsidRPr="003F414A" w:rsidTr="003F414A">
        <w:trPr>
          <w:cantSplit/>
        </w:trPr>
        <w:tc>
          <w:tcPr>
            <w:tcW w:w="4824"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t>- GV yêu cầu HS quan sát tranh Khám phá trong SGK và đọc lời thoại của phóng viên, Rô-bốt.</w:t>
            </w:r>
          </w:p>
          <w:p w:rsidR="00F93F88" w:rsidRPr="003F414A" w:rsidRDefault="007E124A" w:rsidP="003F414A">
            <w:pPr>
              <w:spacing w:after="0" w:line="240" w:lineRule="auto"/>
            </w:pPr>
            <w:r w:rsidRPr="003F414A">
              <w:t>- GV hỏi: Số liệu cụ thể là số nào? Số liệu gần đúng được nói là bao nhiêu?</w:t>
            </w:r>
          </w:p>
        </w:tc>
        <w:tc>
          <w:tcPr>
            <w:tcW w:w="4824"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t>- HS quan sát, đọc thông tin.</w:t>
            </w:r>
          </w:p>
          <w:p w:rsidR="00F93F88" w:rsidRPr="003F414A" w:rsidRDefault="007E124A">
            <w:pPr>
              <w:spacing w:after="0" w:line="240" w:lineRule="auto"/>
            </w:pPr>
            <w:r w:rsidRPr="003F414A">
              <w:t>- HS trả lời: Số liệu cụ thể là 2 712 615 xe; số liệu gần đúng là khoảng 2 700 000 xe.</w:t>
            </w:r>
          </w:p>
        </w:tc>
      </w:tr>
      <w:tr w:rsidR="003F414A" w:rsidRPr="003F414A" w:rsidTr="003F414A">
        <w:trPr>
          <w:cantSplit/>
        </w:trPr>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lastRenderedPageBreak/>
              <w:t>- GV yêu cầu HS xác định vị trí số 2 712 615 trên tia số và hỏi: Số này gần 2 700 000 hơn hay gần 2 800 000 hơn?</w:t>
            </w:r>
          </w:p>
        </w:tc>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HS quan sát tia số, trả lời: Số 2 712 615 gần 2 700 000 hơn.</w:t>
            </w:r>
          </w:p>
        </w:tc>
      </w:tr>
      <w:tr w:rsidR="003F414A" w:rsidRPr="003F414A" w:rsidTr="003F414A">
        <w:trPr>
          <w:cantSplit/>
        </w:trPr>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GV hỏi: Chữ số hàng trăm nghìn của số 2 712 615 là mấy? Chữ số đứng ngay bên phải hàng trăm nghìn là chữ số nào? Chữ số đó bé hơn hay lớn hơn 5?</w:t>
            </w:r>
          </w:p>
        </w:tc>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HS trả lời: Chữ số hàng trăm nghìn là 7; chữ số hàng chục nghìn là 1; 1 bé hơn 5.</w:t>
            </w:r>
          </w:p>
        </w:tc>
      </w:tr>
      <w:tr w:rsidR="003F414A" w:rsidRPr="003F414A" w:rsidTr="003F414A">
        <w:trPr>
          <w:cantSplit/>
        </w:trPr>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xml:space="preserve">- GV hướng dẫn: Vì chữ số hàng chục nghìn là </w:t>
            </w:r>
            <w:proofErr w:type="gramStart"/>
            <w:r w:rsidRPr="003F414A">
              <w:t>1,</w:t>
            </w:r>
            <w:proofErr w:type="gramEnd"/>
            <w:r w:rsidRPr="003F414A">
              <w:t xml:space="preserve"> bé hơn 5 nên giữ nguyên chữ số hàng trăm nghìn là 7 và thay các chữ số phía sau bằng 0.</w:t>
            </w:r>
          </w:p>
        </w:tc>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HS theo dõi và nêu kết quả: 2 712 615 làm tròn đến hàng trăm nghìn được 2 700 000.</w:t>
            </w:r>
          </w:p>
        </w:tc>
      </w:tr>
      <w:tr w:rsidR="003F414A" w:rsidRPr="003F414A" w:rsidTr="003F414A">
        <w:trPr>
          <w:cantSplit/>
        </w:trPr>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GV nêu thêm số 2 768 420, yêu cầu HS xác định chữ số hàng chục nghìn và dự đoán kết quả làm tròn.</w:t>
            </w:r>
          </w:p>
        </w:tc>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HS trả lời: Chữ số hàng chục nghìn là 6, lớn hơn 5 nên tăng chữ số hàng trăm nghìn từ 7 lên 8; kết quả là 2 800 000.</w:t>
            </w:r>
          </w:p>
        </w:tc>
      </w:tr>
      <w:tr w:rsidR="003F414A" w:rsidRPr="003F414A" w:rsidTr="003F414A">
        <w:trPr>
          <w:cantSplit/>
        </w:trPr>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GV chốt quy tắc: Khi làm tròn số đến hàng trăm nghìn, ta so sánh chữ số hàng chục nghìn với 5. Nếu chữ số đó bé hơn 5 thì làm tròn xuống; nếu bằng 5 hoặc lớn hơn 5 thì làm tròn lên.</w:t>
            </w:r>
          </w:p>
        </w:tc>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HS nối tiếp nhắc lại quy tắc và ghi nhớ.</w:t>
            </w:r>
          </w:p>
        </w:tc>
      </w:tr>
      <w:tr w:rsidR="003F414A" w:rsidRPr="003F414A" w:rsidTr="003F414A">
        <w:trPr>
          <w:cantSplit/>
        </w:trPr>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GV tích hợp AI: GV trình chiếu hai thông báo: “Ngày mai khả năng mưa 80%” và “Giá một mặt hàng tuần tới được dự báo khoảng 3 400 000 đồng”. GV hỏi: Những từ hoặc số nào cho thấy đây là dự báo, chưa phải kết quả chắc chắn?</w:t>
            </w:r>
          </w:p>
        </w:tc>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HS nhận biết: Các từ “khả năng”, “dự báo”, “khoảng” và tỉ lệ “80%” cho thấy thông tin mang tính ước lượng.</w:t>
            </w:r>
          </w:p>
        </w:tc>
      </w:tr>
      <w:tr w:rsidR="003F414A" w:rsidRPr="003F414A" w:rsidTr="003F414A">
        <w:trPr>
          <w:cantSplit/>
        </w:trPr>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GV hỏi: Vì sao AI không thể luôn nói chính xác tuyệt đối thời tiết hoặc giá cả trong tương lai?</w:t>
            </w:r>
          </w:p>
        </w:tc>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HS trả lời: Vì AI dựa vào dữ liệu đã có, trong khi thời tiết, giá cả và nhu cầu có thể thay đổi; dữ liệu cũng có thể chưa đầy đủ.</w:t>
            </w:r>
          </w:p>
        </w:tc>
      </w:tr>
      <w:tr w:rsidR="003F414A" w:rsidRPr="003F414A" w:rsidTr="003F414A">
        <w:trPr>
          <w:cantSplit/>
        </w:trPr>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GV liên hệ: Cũng như khi làm tròn số, dự báo AI giúp con người nhìn nhanh xu hướng và quy mô, nhưng số đã làm tròn không còn là số chính xác ban đầu. Khi sử dụng kết quả AI, em cần làm gì?</w:t>
            </w:r>
          </w:p>
        </w:tc>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HS nêu: Cần xem nguồn, đối chiếu thông tin thực tế, hỏi người có trách nhiệm và không khẳng định dự báo là chắc chắn.</w:t>
            </w:r>
          </w:p>
        </w:tc>
      </w:tr>
      <w:tr w:rsidR="003F414A" w:rsidRPr="003F414A" w:rsidTr="003F414A">
        <w:trPr>
          <w:cantSplit/>
        </w:trPr>
        <w:tc>
          <w:tcPr>
            <w:tcW w:w="4824"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t>- GV kết luận tích hợp: AI có thể hỗ trợ ước lượng từ lượng dữ liệu lớn, nhưng con người phải hiểu mức độ gần đúng, kiểm tra dữ liệu và chịu trách nhiệm khi sử dụng kết quả.</w:t>
            </w:r>
          </w:p>
        </w:tc>
        <w:tc>
          <w:tcPr>
            <w:tcW w:w="4824"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t>- HS lắng nghe, ghi nhớ cách sử dụng thông tin dự báo có trách nhiệm.</w:t>
            </w:r>
          </w:p>
        </w:tc>
      </w:tr>
      <w:tr w:rsidR="003F414A" w:rsidRPr="003F414A" w:rsidTr="003F414A">
        <w:trPr>
          <w:cantSplit/>
        </w:trPr>
        <w:tc>
          <w:tcPr>
            <w:tcW w:w="9648"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b/>
              </w:rPr>
              <w:t>3. Luyện tập, thực hành</w:t>
            </w:r>
          </w:p>
          <w:p w:rsidR="00F93F88" w:rsidRPr="003F414A" w:rsidRDefault="007E124A">
            <w:pPr>
              <w:spacing w:after="0" w:line="240" w:lineRule="auto"/>
            </w:pPr>
            <w:r w:rsidRPr="003F414A">
              <w:rPr>
                <w:b/>
              </w:rPr>
              <w:t>- Mục tiêu: HS vận dụng quy tắc làm tròn số đến hàng trăm nghìn vào giá tiền và bảng số liệu thực tế.</w:t>
            </w:r>
          </w:p>
          <w:p w:rsidR="00F93F88" w:rsidRPr="003F414A" w:rsidRDefault="007E124A">
            <w:pPr>
              <w:spacing w:after="0" w:line="240" w:lineRule="auto"/>
            </w:pPr>
            <w:r w:rsidRPr="003F414A">
              <w:rPr>
                <w:b/>
              </w:rPr>
              <w:t>- Cách tiến hành:</w:t>
            </w:r>
          </w:p>
        </w:tc>
      </w:tr>
      <w:tr w:rsidR="003F414A" w:rsidRPr="003F414A" w:rsidTr="003F414A">
        <w:trPr>
          <w:cantSplit/>
        </w:trPr>
        <w:tc>
          <w:tcPr>
            <w:tcW w:w="4824"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b/>
              </w:rPr>
              <w:lastRenderedPageBreak/>
              <w:t>Bài 1:</w:t>
            </w:r>
          </w:p>
          <w:p w:rsidR="00F93F88" w:rsidRPr="003F414A" w:rsidRDefault="007E124A">
            <w:pPr>
              <w:spacing w:after="0" w:line="240" w:lineRule="auto"/>
            </w:pPr>
            <w:r w:rsidRPr="003F414A">
              <w:t>- GV yêu cầu HS đọc đề, quan sát giá của ba mặt hàng và nêu yêu cầu của bài.</w:t>
            </w:r>
          </w:p>
          <w:p w:rsidR="00F93F88" w:rsidRPr="003F414A" w:rsidRDefault="007E124A" w:rsidP="003F414A">
            <w:pPr>
              <w:spacing w:after="0" w:line="240" w:lineRule="auto"/>
            </w:pPr>
            <w:r w:rsidRPr="003F414A">
              <w:t>- GV tổ chức cho HS làm việc nhóm đôi, xác định chữ số hàng chục nghìn rồi làm tròn từng giá tiền.</w:t>
            </w:r>
          </w:p>
        </w:tc>
        <w:tc>
          <w:tcPr>
            <w:tcW w:w="4824"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t>- HS đọc đề, quan sát tranh.</w:t>
            </w:r>
          </w:p>
          <w:p w:rsidR="00F93F88" w:rsidRPr="003F414A" w:rsidRDefault="007E124A">
            <w:pPr>
              <w:spacing w:after="0" w:line="240" w:lineRule="auto"/>
            </w:pPr>
            <w:r w:rsidRPr="003F414A">
              <w:t>- HS nêu: Làm tròn giá tiền các mặt hàng đến hàng trăm nghìn.</w:t>
            </w:r>
          </w:p>
          <w:p w:rsidR="00F93F88" w:rsidRPr="003F414A" w:rsidRDefault="007E124A">
            <w:pPr>
              <w:spacing w:after="0" w:line="240" w:lineRule="auto"/>
            </w:pPr>
            <w:r w:rsidRPr="003F414A">
              <w:t>- HS trao đổi theo cặp và ghi kết quả.</w:t>
            </w:r>
          </w:p>
        </w:tc>
      </w:tr>
      <w:tr w:rsidR="003F414A" w:rsidRPr="003F414A" w:rsidTr="003F414A">
        <w:trPr>
          <w:cantSplit/>
        </w:trPr>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GV mời đại diện nhóm trình bày từng số và giải thích vì sao làm tròn lên hoặc xuống.</w:t>
            </w:r>
          </w:p>
        </w:tc>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HS trình bày:</w:t>
            </w:r>
          </w:p>
          <w:p w:rsidR="00F93F88" w:rsidRPr="003F414A" w:rsidRDefault="007E124A">
            <w:pPr>
              <w:spacing w:after="0" w:line="240" w:lineRule="auto"/>
            </w:pPr>
            <w:r w:rsidRPr="003F414A">
              <w:t>+ 18 490 000 đồng → 18 500 000 đồng.</w:t>
            </w:r>
          </w:p>
          <w:p w:rsidR="00F93F88" w:rsidRPr="003F414A" w:rsidRDefault="007E124A">
            <w:pPr>
              <w:spacing w:after="0" w:line="240" w:lineRule="auto"/>
            </w:pPr>
            <w:r w:rsidRPr="003F414A">
              <w:t>+ 2 125 000 đồng → 2 100 000 đồng.</w:t>
            </w:r>
          </w:p>
          <w:p w:rsidR="00F93F88" w:rsidRPr="003F414A" w:rsidRDefault="007E124A">
            <w:pPr>
              <w:spacing w:after="0" w:line="240" w:lineRule="auto"/>
            </w:pPr>
            <w:r w:rsidRPr="003F414A">
              <w:t>+ 2 890 000 đồng → 2 900 000 đồng.</w:t>
            </w:r>
          </w:p>
        </w:tc>
      </w:tr>
      <w:tr w:rsidR="003F414A" w:rsidRPr="003F414A" w:rsidTr="003F414A">
        <w:trPr>
          <w:cantSplit/>
        </w:trPr>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GV nhận xét, nhấn mạnh phải nhìn chữ số hàng chục nghìn, không làm tròn theo cảm tính.</w:t>
            </w:r>
          </w:p>
        </w:tc>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HS đối chiếu kết quả, sửa bài nếu cần.</w:t>
            </w:r>
          </w:p>
        </w:tc>
      </w:tr>
      <w:tr w:rsidR="003F414A" w:rsidRPr="003F414A" w:rsidTr="003F414A">
        <w:trPr>
          <w:cantSplit/>
        </w:trPr>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rPr>
                <w:b/>
              </w:rPr>
              <w:t>Bài 2 và Bài 3:</w:t>
            </w:r>
          </w:p>
          <w:p w:rsidR="00F93F88" w:rsidRPr="003F414A" w:rsidRDefault="007E124A">
            <w:pPr>
              <w:spacing w:after="0" w:line="240" w:lineRule="auto"/>
            </w:pPr>
            <w:r w:rsidRPr="003F414A">
              <w:t>- GV yêu cầu HS đọc yêu cầu, quan sát các số và bảng số liệu số xe máy bán ra.</w:t>
            </w:r>
          </w:p>
          <w:p w:rsidR="00F93F88" w:rsidRPr="003F414A" w:rsidRDefault="007E124A" w:rsidP="003F414A">
            <w:pPr>
              <w:spacing w:after="0" w:line="240" w:lineRule="auto"/>
            </w:pPr>
            <w:r w:rsidRPr="003F414A">
              <w:t>- GV giao HS làm Bài 2 cá nhân, Bài 3 theo nhóm bốn.</w:t>
            </w:r>
          </w:p>
        </w:tc>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HS đọc đề, xác định nhiệm vụ.</w:t>
            </w:r>
          </w:p>
          <w:p w:rsidR="00F93F88" w:rsidRPr="003F414A" w:rsidRDefault="007E124A">
            <w:pPr>
              <w:spacing w:after="0" w:line="240" w:lineRule="auto"/>
            </w:pPr>
            <w:r w:rsidRPr="003F414A">
              <w:t>- HS làm Bài 2 vào vở; thảo luận Bài 3 và ghi kết quả vào phiếu.</w:t>
            </w:r>
          </w:p>
        </w:tc>
      </w:tr>
      <w:tr w:rsidR="003F414A" w:rsidRPr="003F414A" w:rsidTr="003F414A">
        <w:trPr>
          <w:cantSplit/>
        </w:trPr>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GV hỏi Bài 2a: Chữ số 5 trong mỗi số thuộc hàng nào, lớp nào?</w:t>
            </w:r>
          </w:p>
        </w:tc>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HS trả lời:</w:t>
            </w:r>
          </w:p>
          <w:p w:rsidR="00F93F88" w:rsidRPr="003F414A" w:rsidRDefault="007E124A">
            <w:pPr>
              <w:spacing w:after="0" w:line="240" w:lineRule="auto"/>
            </w:pPr>
            <w:r w:rsidRPr="003F414A">
              <w:t>+ 189 835 388: chữ số 5 thuộc hàng nghìn, lớp nghìn.</w:t>
            </w:r>
          </w:p>
          <w:p w:rsidR="00F93F88" w:rsidRPr="003F414A" w:rsidRDefault="007E124A">
            <w:pPr>
              <w:spacing w:after="0" w:line="240" w:lineRule="auto"/>
            </w:pPr>
            <w:r w:rsidRPr="003F414A">
              <w:t>+ 5 122 381: chữ số 5 thuộc hàng triệu, lớp triệu.</w:t>
            </w:r>
          </w:p>
          <w:p w:rsidR="00F93F88" w:rsidRPr="003F414A" w:rsidRDefault="007E124A">
            <w:pPr>
              <w:spacing w:after="0" w:line="240" w:lineRule="auto"/>
            </w:pPr>
            <w:r w:rsidRPr="003F414A">
              <w:t>+ 531 278 000: chữ số 5 thuộc hàng trăm triệu, lớp triệu.</w:t>
            </w:r>
          </w:p>
        </w:tc>
      </w:tr>
      <w:tr w:rsidR="003F414A" w:rsidRPr="003F414A" w:rsidTr="003F414A">
        <w:trPr>
          <w:cantSplit/>
        </w:trPr>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GV yêu cầu HS làm tròn ba số ở Bài 2 đến hàng chục nghìn và giải thích cách làm.</w:t>
            </w:r>
          </w:p>
        </w:tc>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HS trình bày: 189 840 000; 5 120 000; 531 280 000.</w:t>
            </w:r>
          </w:p>
        </w:tc>
      </w:tr>
      <w:tr w:rsidR="003F414A" w:rsidRPr="003F414A" w:rsidTr="003F414A">
        <w:trPr>
          <w:cantSplit/>
        </w:trPr>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GV mời các nhóm báo cáo kết quả Bài 3, nêu năm có lượng xe máy bán ra khoảng 3 400 000 chiếc.</w:t>
            </w:r>
          </w:p>
        </w:tc>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HS báo cáo:</w:t>
            </w:r>
          </w:p>
          <w:p w:rsidR="00F93F88" w:rsidRPr="003F414A" w:rsidRDefault="007E124A">
            <w:pPr>
              <w:spacing w:after="0" w:line="240" w:lineRule="auto"/>
            </w:pPr>
            <w:r w:rsidRPr="003F414A">
              <w:t>+ 2016: 3 100 000 xe.</w:t>
            </w:r>
          </w:p>
          <w:p w:rsidR="00F93F88" w:rsidRPr="003F414A" w:rsidRDefault="007E124A">
            <w:pPr>
              <w:spacing w:after="0" w:line="240" w:lineRule="auto"/>
            </w:pPr>
            <w:r w:rsidRPr="003F414A">
              <w:t>+ 2017: 3 300 000 xe.</w:t>
            </w:r>
          </w:p>
          <w:p w:rsidR="00F93F88" w:rsidRPr="003F414A" w:rsidRDefault="007E124A">
            <w:pPr>
              <w:spacing w:after="0" w:line="240" w:lineRule="auto"/>
            </w:pPr>
            <w:r w:rsidRPr="003F414A">
              <w:t>+ 2018: 3 400 000 xe.</w:t>
            </w:r>
          </w:p>
          <w:p w:rsidR="00F93F88" w:rsidRPr="003F414A" w:rsidRDefault="007E124A">
            <w:pPr>
              <w:spacing w:after="0" w:line="240" w:lineRule="auto"/>
            </w:pPr>
            <w:r w:rsidRPr="003F414A">
              <w:t>+ 2019: 3 300 000 xe.</w:t>
            </w:r>
          </w:p>
          <w:p w:rsidR="00F93F88" w:rsidRPr="003F414A" w:rsidRDefault="007E124A">
            <w:pPr>
              <w:spacing w:after="0" w:line="240" w:lineRule="auto"/>
            </w:pPr>
            <w:r w:rsidRPr="003F414A">
              <w:t>- Năm 2018 có lượng xe máy bán ra khoảng 3 400 000 chiếc.</w:t>
            </w:r>
          </w:p>
        </w:tc>
      </w:tr>
      <w:tr w:rsidR="003F414A" w:rsidRPr="003F414A" w:rsidTr="003F414A">
        <w:trPr>
          <w:cantSplit/>
        </w:trPr>
        <w:tc>
          <w:tcPr>
            <w:tcW w:w="4824"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t>- GV củng cố: Khi đọc bảng số liệu, cần xác định đúng số gốc, đúng hàng cần làm tròn và ghi đủ các chữ số 0 sau khi làm tròn.</w:t>
            </w:r>
          </w:p>
        </w:tc>
        <w:tc>
          <w:tcPr>
            <w:tcW w:w="4824" w:type="dxa"/>
            <w:tcBorders>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t>- HS lắng nghe, nhắc lại các bước làm.</w:t>
            </w:r>
          </w:p>
        </w:tc>
      </w:tr>
      <w:tr w:rsidR="003F414A" w:rsidRPr="003F414A" w:rsidTr="003F414A">
        <w:trPr>
          <w:cantSplit/>
        </w:trPr>
        <w:tc>
          <w:tcPr>
            <w:tcW w:w="9648" w:type="dxa"/>
            <w:gridSpan w:val="2"/>
            <w:tcBorders>
              <w:top w:val="single" w:sz="4" w:space="0" w:color="auto"/>
              <w:bottom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rPr>
                <w:b/>
              </w:rPr>
              <w:t>4. Vận dụng, trải nghiệm</w:t>
            </w:r>
          </w:p>
          <w:p w:rsidR="00F93F88" w:rsidRPr="003F414A" w:rsidRDefault="007E124A">
            <w:pPr>
              <w:spacing w:after="0" w:line="240" w:lineRule="auto"/>
            </w:pPr>
            <w:r w:rsidRPr="003F414A">
              <w:rPr>
                <w:b/>
              </w:rPr>
              <w:t>- Mục tiêu: HS vận dụng làm tròn số vào số liệu dân số và câu hỏi lựa chọn; biết phân biệt số chính xác với số gần đúng.</w:t>
            </w:r>
          </w:p>
          <w:p w:rsidR="00F93F88" w:rsidRPr="003F414A" w:rsidRDefault="007E124A">
            <w:pPr>
              <w:spacing w:after="0" w:line="240" w:lineRule="auto"/>
            </w:pPr>
            <w:r w:rsidRPr="003F414A">
              <w:rPr>
                <w:b/>
              </w:rPr>
              <w:t>- Cách tiến hành:</w:t>
            </w:r>
          </w:p>
        </w:tc>
      </w:tr>
      <w:tr w:rsidR="003F414A" w:rsidRPr="003F414A" w:rsidTr="003F414A">
        <w:trPr>
          <w:cantSplit/>
        </w:trPr>
        <w:tc>
          <w:tcPr>
            <w:tcW w:w="4824" w:type="dxa"/>
            <w:tcBorders>
              <w:top w:val="single" w:sz="4" w:space="0" w:color="auto"/>
            </w:tcBorders>
            <w:shd w:val="clear" w:color="auto" w:fill="auto"/>
            <w:tcMar>
              <w:top w:w="45" w:type="dxa"/>
              <w:left w:w="55" w:type="dxa"/>
              <w:bottom w:w="45" w:type="dxa"/>
              <w:right w:w="55" w:type="dxa"/>
            </w:tcMar>
          </w:tcPr>
          <w:p w:rsidR="00F93F88" w:rsidRPr="003F414A" w:rsidRDefault="007E124A" w:rsidP="003F414A">
            <w:pPr>
              <w:spacing w:after="0" w:line="240" w:lineRule="auto"/>
            </w:pPr>
            <w:r w:rsidRPr="003F414A">
              <w:t>- GV yêu cầu HS quan sát phần Luyện tập trong SGK, đọc số dân của ba địa phương và làm tròn đến hàng trăm nghìn.</w:t>
            </w:r>
            <w:bookmarkStart w:id="0" w:name="_GoBack"/>
            <w:bookmarkEnd w:id="0"/>
          </w:p>
        </w:tc>
        <w:tc>
          <w:tcPr>
            <w:tcW w:w="4824" w:type="dxa"/>
            <w:tcBorders>
              <w:top w:val="single" w:sz="4" w:space="0" w:color="auto"/>
            </w:tcBorders>
            <w:shd w:val="clear" w:color="auto" w:fill="auto"/>
            <w:tcMar>
              <w:top w:w="45" w:type="dxa"/>
              <w:left w:w="55" w:type="dxa"/>
              <w:bottom w:w="45" w:type="dxa"/>
              <w:right w:w="55" w:type="dxa"/>
            </w:tcMar>
          </w:tcPr>
          <w:p w:rsidR="00F93F88" w:rsidRPr="003F414A" w:rsidRDefault="007E124A">
            <w:pPr>
              <w:spacing w:after="0" w:line="240" w:lineRule="auto"/>
            </w:pPr>
            <w:r w:rsidRPr="003F414A">
              <w:t>- HS quan sát, làm bài cá nhân rồi trao đổi với bạn.</w:t>
            </w:r>
          </w:p>
        </w:tc>
      </w:tr>
      <w:tr w:rsidR="003F414A" w:rsidRPr="003F414A" w:rsidTr="003F414A">
        <w:trPr>
          <w:cantSplit/>
        </w:trPr>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lastRenderedPageBreak/>
              <w:t>- GV mời HS trình bày kết quả và nêu chữ số hàng chục nghìn đã dùng để quyết định làm tròn.</w:t>
            </w:r>
          </w:p>
        </w:tc>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HS trình bày:</w:t>
            </w:r>
          </w:p>
          <w:p w:rsidR="00F93F88" w:rsidRPr="003F414A" w:rsidRDefault="007E124A">
            <w:pPr>
              <w:spacing w:after="0" w:line="240" w:lineRule="auto"/>
            </w:pPr>
            <w:r w:rsidRPr="003F414A">
              <w:t>+ Bà Rịa - Vũng Tàu: 1 167 900 → 1 200 000 người.</w:t>
            </w:r>
          </w:p>
          <w:p w:rsidR="00F93F88" w:rsidRPr="003F414A" w:rsidRDefault="007E124A">
            <w:pPr>
              <w:spacing w:after="0" w:line="240" w:lineRule="auto"/>
            </w:pPr>
            <w:r w:rsidRPr="003F414A">
              <w:t>+ Hải Dương: 1 916 800 → 1 900 000 người.</w:t>
            </w:r>
          </w:p>
          <w:p w:rsidR="00F93F88" w:rsidRPr="003F414A" w:rsidRDefault="007E124A">
            <w:pPr>
              <w:spacing w:after="0" w:line="240" w:lineRule="auto"/>
            </w:pPr>
            <w:r w:rsidRPr="003F414A">
              <w:t>+ Nghệ An: 3 365 200 → 3 400 000 người.</w:t>
            </w:r>
          </w:p>
        </w:tc>
      </w:tr>
      <w:tr w:rsidR="003F414A" w:rsidRPr="003F414A" w:rsidTr="003F414A">
        <w:trPr>
          <w:cantSplit/>
        </w:trPr>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GV yêu cầu HS chọn số khi làm tròn đến hàng trăm nghìn được 200 000 và giải thích.</w:t>
            </w:r>
          </w:p>
        </w:tc>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HS chọn đáp án B: 190 001, vì chữ số hàng chục nghìn là 9 nên làm tròn lên thành 200 000.</w:t>
            </w:r>
          </w:p>
        </w:tc>
      </w:tr>
      <w:tr w:rsidR="003F414A" w:rsidRPr="003F414A" w:rsidTr="003F414A">
        <w:trPr>
          <w:cantSplit/>
        </w:trPr>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GV nêu tình huống: Một ứng dụng AI dự báo lượng khách ngày mai khoảng 500 000 lượt. Em hiểu đây là số chính xác hay số gần đúng? Em sẽ nói lại thông tin này như thế nào để không gây hiểu lầm?</w:t>
            </w:r>
          </w:p>
        </w:tc>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HS trả lời: Đây là số gần đúng. Có thể nói: “Ứng dụng dự báo lượng khách khoảng 500 000 lượt”, không nói chắc chắn đúng 500 000 lượt.</w:t>
            </w:r>
          </w:p>
        </w:tc>
      </w:tr>
      <w:tr w:rsidR="003F414A" w:rsidRPr="003F414A" w:rsidTr="003F414A">
        <w:trPr>
          <w:cantSplit/>
        </w:trPr>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GV yêu cầu HS nhắc lại quy tắc làm tròn số đến hàng trăm nghìn; nhận xét tiết học và dặn HS tìm một số liệu lớn trong thực tế, ghi số chính xác và số đã làm tròn.</w:t>
            </w:r>
          </w:p>
        </w:tc>
        <w:tc>
          <w:tcPr>
            <w:tcW w:w="4824" w:type="dxa"/>
            <w:shd w:val="clear" w:color="auto" w:fill="auto"/>
            <w:tcMar>
              <w:top w:w="45" w:type="dxa"/>
              <w:left w:w="55" w:type="dxa"/>
              <w:bottom w:w="45" w:type="dxa"/>
              <w:right w:w="55" w:type="dxa"/>
            </w:tcMar>
          </w:tcPr>
          <w:p w:rsidR="00F93F88" w:rsidRPr="003F414A" w:rsidRDefault="007E124A">
            <w:pPr>
              <w:spacing w:after="0" w:line="240" w:lineRule="auto"/>
            </w:pPr>
            <w:r w:rsidRPr="003F414A">
              <w:t>- HS nhắc lại quy tắc, lắng nghe và thực hiện nhiệm vụ ở nhà.</w:t>
            </w:r>
          </w:p>
        </w:tc>
      </w:tr>
    </w:tbl>
    <w:p w:rsidR="00F93F88" w:rsidRPr="003F414A" w:rsidRDefault="007E124A">
      <w:pPr>
        <w:spacing w:after="0" w:line="240" w:lineRule="auto"/>
      </w:pPr>
      <w:r w:rsidRPr="003F414A">
        <w:rPr>
          <w:b/>
        </w:rPr>
        <w:t>IV. ĐIỀU CHỈNH SAU BÀI DẠY (nếu có):</w:t>
      </w:r>
    </w:p>
    <w:p w:rsidR="00F93F88" w:rsidRPr="003F414A" w:rsidRDefault="007E124A">
      <w:pPr>
        <w:spacing w:after="0" w:line="240" w:lineRule="auto"/>
      </w:pPr>
      <w:r w:rsidRPr="003F414A">
        <w:t>................................................................................................................................................</w:t>
      </w:r>
    </w:p>
    <w:p w:rsidR="00F93F88" w:rsidRPr="003F414A" w:rsidRDefault="007E124A">
      <w:pPr>
        <w:spacing w:after="0" w:line="240" w:lineRule="auto"/>
      </w:pPr>
      <w:r w:rsidRPr="003F414A">
        <w:t>................................................................................................................................................</w:t>
      </w:r>
    </w:p>
    <w:p w:rsidR="00F93F88" w:rsidRPr="003F414A" w:rsidRDefault="007E124A">
      <w:pPr>
        <w:spacing w:after="0" w:line="240" w:lineRule="auto"/>
      </w:pPr>
      <w:r w:rsidRPr="003F414A">
        <w:t>................................................................................................................................................</w:t>
      </w:r>
    </w:p>
    <w:sectPr w:rsidR="00F93F88" w:rsidRPr="003F414A" w:rsidSect="00034616">
      <w:pgSz w:w="11906" w:h="16838"/>
      <w:pgMar w:top="879" w:right="1134" w:bottom="879"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2"/>
  <w:hideSpellingErrors/>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F414A"/>
    <w:rsid w:val="007E124A"/>
    <w:rsid w:val="00AA1D8D"/>
    <w:rsid w:val="00B47730"/>
    <w:rsid w:val="00CB0664"/>
    <w:rsid w:val="00F93F8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Times New Roman" w:eastAsia="Times New Roman" w:hAnsi="Times New Roman"/>
      <w:sz w:val="26"/>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Times New Roman" w:eastAsia="Times New Roman" w:hAnsi="Times New Roman"/>
      <w:sz w:val="26"/>
    </w:rPr>
  </w:style>
  <w:style w:type="paragraph" w:styleId="NoSpacing">
    <w:name w:val="No Spacing"/>
    <w:uiPriority w:val="1"/>
    <w:qFormat/>
    <w:rsid w:val="00FC693F"/>
    <w:pPr>
      <w:spacing w:after="0" w:line="240" w:lineRule="auto"/>
    </w:pPr>
    <w:rPr>
      <w:rFonts w:ascii="Times New Roman" w:eastAsia="Times New Roman" w:hAnsi="Times New Roman"/>
      <w:sz w:val="26"/>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6"/>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sz w:val="26"/>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26"/>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6"/>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Times New Roman" w:eastAsia="Times New Roman" w:hAnsi="Times New Roman"/>
      <w:sz w:val="26"/>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Times New Roman" w:eastAsia="Times New Roman" w:hAnsi="Times New Roman"/>
      <w:sz w:val="26"/>
    </w:rPr>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rFonts w:ascii="Times New Roman" w:eastAsia="Times New Roman" w:hAnsi="Times New Roman"/>
      <w:sz w:val="2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sz w:val="26"/>
      <w:szCs w:val="20"/>
    </w:rPr>
  </w:style>
  <w:style w:type="character" w:customStyle="1" w:styleId="MacroTextChar">
    <w:name w:val="Macro Text Char"/>
    <w:basedOn w:val="DefaultParagraphFont"/>
    <w:link w:val="MacroText"/>
    <w:uiPriority w:val="99"/>
    <w:rsid w:val="0029639D"/>
    <w:rPr>
      <w:rFonts w:ascii="Times New Roman" w:eastAsia="Times New Roman" w:hAnsi="Times New Roman"/>
      <w:sz w:val="26"/>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Times New Roman" w:eastAsia="Times New Roman" w:hAnsi="Times New Roman"/>
      <w:i/>
      <w:iCs/>
      <w:color w:val="000000" w:themeColor="text1"/>
      <w:sz w:val="26"/>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sz w:val="26"/>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sz w:val="26"/>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sz w:val="26"/>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sz w:val="26"/>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6"/>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6"/>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rFonts w:ascii="Times New Roman" w:eastAsia="Times New Roman" w:hAnsi="Times New Roman"/>
      <w:b/>
      <w:bCs/>
      <w:sz w:val="26"/>
    </w:rPr>
  </w:style>
  <w:style w:type="character" w:styleId="Emphasis">
    <w:name w:val="Emphasis"/>
    <w:basedOn w:val="DefaultParagraphFont"/>
    <w:uiPriority w:val="20"/>
    <w:qFormat/>
    <w:rsid w:val="00FC693F"/>
    <w:rPr>
      <w:rFonts w:ascii="Times New Roman" w:eastAsia="Times New Roman" w:hAnsi="Times New Roman"/>
      <w:i/>
      <w:iCs/>
      <w:sz w:val="26"/>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Times New Roman" w:eastAsia="Times New Roman" w:hAnsi="Times New Roman"/>
      <w:b/>
      <w:bCs/>
      <w:i/>
      <w:iCs/>
      <w:color w:val="4F81BD" w:themeColor="accent1"/>
      <w:sz w:val="26"/>
    </w:rPr>
  </w:style>
  <w:style w:type="character" w:styleId="SubtleEmphasis">
    <w:name w:val="Subtle Emphasis"/>
    <w:basedOn w:val="DefaultParagraphFont"/>
    <w:uiPriority w:val="19"/>
    <w:qFormat/>
    <w:rsid w:val="00FC693F"/>
    <w:rPr>
      <w:rFonts w:ascii="Times New Roman" w:eastAsia="Times New Roman" w:hAnsi="Times New Roman"/>
      <w:i/>
      <w:iCs/>
      <w:color w:val="808080" w:themeColor="text1" w:themeTint="7F"/>
      <w:sz w:val="26"/>
    </w:rPr>
  </w:style>
  <w:style w:type="character" w:styleId="IntenseEmphasis">
    <w:name w:val="Intense Emphasis"/>
    <w:basedOn w:val="DefaultParagraphFont"/>
    <w:uiPriority w:val="21"/>
    <w:qFormat/>
    <w:rsid w:val="00FC693F"/>
    <w:rPr>
      <w:rFonts w:ascii="Times New Roman" w:eastAsia="Times New Roman" w:hAnsi="Times New Roman"/>
      <w:b/>
      <w:bCs/>
      <w:i/>
      <w:iCs/>
      <w:color w:val="4F81BD" w:themeColor="accent1"/>
      <w:sz w:val="26"/>
    </w:rPr>
  </w:style>
  <w:style w:type="character" w:styleId="SubtleReference">
    <w:name w:val="Subtle Reference"/>
    <w:basedOn w:val="DefaultParagraphFont"/>
    <w:uiPriority w:val="31"/>
    <w:qFormat/>
    <w:rsid w:val="00FC693F"/>
    <w:rPr>
      <w:rFonts w:ascii="Times New Roman" w:eastAsia="Times New Roman" w:hAnsi="Times New Roman"/>
      <w:smallCaps/>
      <w:color w:val="C0504D" w:themeColor="accent2"/>
      <w:sz w:val="26"/>
      <w:u w:val="single"/>
    </w:rPr>
  </w:style>
  <w:style w:type="character" w:styleId="IntenseReference">
    <w:name w:val="Intense Reference"/>
    <w:basedOn w:val="DefaultParagraphFont"/>
    <w:uiPriority w:val="32"/>
    <w:qFormat/>
    <w:rsid w:val="00FC693F"/>
    <w:rPr>
      <w:rFonts w:ascii="Times New Roman" w:eastAsia="Times New Roman" w:hAnsi="Times New Roman"/>
      <w:b/>
      <w:bCs/>
      <w:smallCaps/>
      <w:color w:val="C0504D" w:themeColor="accent2"/>
      <w:spacing w:val="5"/>
      <w:sz w:val="26"/>
      <w:u w:val="single"/>
    </w:rPr>
  </w:style>
  <w:style w:type="character" w:styleId="BookTitle">
    <w:name w:val="Book Title"/>
    <w:basedOn w:val="DefaultParagraphFont"/>
    <w:uiPriority w:val="33"/>
    <w:qFormat/>
    <w:rsid w:val="00FC693F"/>
    <w:rPr>
      <w:rFonts w:ascii="Times New Roman" w:eastAsia="Times New Roman" w:hAnsi="Times New Roman"/>
      <w:b/>
      <w:bCs/>
      <w:smallCaps/>
      <w:spacing w:val="5"/>
      <w:sz w:val="26"/>
    </w:rPr>
  </w:style>
  <w:style w:type="paragraph" w:styleId="TOCHeading">
    <w:name w:val="TOC Heading"/>
    <w:basedOn w:val="Heading1"/>
    <w:next w:val="Normal"/>
    <w:uiPriority w:val="39"/>
    <w:semiHidden/>
    <w:unhideWhenUsed/>
    <w:qFormat/>
    <w:rsid w:val="00FC693F"/>
    <w:pPr>
      <w:outlineLvl w:val="9"/>
    </w:pPr>
    <w:rPr>
      <w:rFonts w:ascii="Times New Roman" w:eastAsia="Times New Roman" w:hAnsi="Times New Roman"/>
    </w:rPr>
  </w:style>
  <w:style w:type="table" w:styleId="TableGrid">
    <w:name w:val="Table Grid"/>
    <w:basedOn w:val="TableNormal"/>
    <w:uiPriority w:val="59"/>
    <w:rsid w:val="00FC693F"/>
    <w:pPr>
      <w:spacing w:after="0" w:line="240" w:lineRule="auto"/>
    </w:pPr>
    <w:rPr>
      <w:rFonts w:ascii="Times New Roman" w:eastAsia="Times New Roman" w:hAnsi="Times New Roman"/>
      <w:sz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Times New Roman" w:eastAsia="Times New Roman" w:hAnsi="Times New Roman"/>
      <w:color w:val="000000" w:themeColor="text1" w:themeShade="BF"/>
      <w:sz w:val="26"/>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imes New Roman" w:eastAsia="Times New Roman" w:hAnsi="Times New Roman"/>
      <w:color w:val="365F91" w:themeColor="accent1" w:themeShade="BF"/>
      <w:sz w:val="26"/>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imes New Roman" w:eastAsia="Times New Roman" w:hAnsi="Times New Roman"/>
      <w:color w:val="943634" w:themeColor="accent2" w:themeShade="BF"/>
      <w:sz w:val="26"/>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imes New Roman" w:eastAsia="Times New Roman" w:hAnsi="Times New Roman"/>
      <w:color w:val="76923C" w:themeColor="accent3" w:themeShade="BF"/>
      <w:sz w:val="26"/>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imes New Roman" w:eastAsia="Times New Roman" w:hAnsi="Times New Roman"/>
      <w:color w:val="5F497A" w:themeColor="accent4" w:themeShade="BF"/>
      <w:sz w:val="26"/>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imes New Roman" w:eastAsia="Times New Roman" w:hAnsi="Times New Roman"/>
      <w:color w:val="31849B" w:themeColor="accent5" w:themeShade="BF"/>
      <w:sz w:val="26"/>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imes New Roman" w:eastAsia="Times New Roman" w:hAnsi="Times New Roman"/>
      <w:color w:val="E36C0A" w:themeColor="accent6" w:themeShade="BF"/>
      <w:sz w:val="26"/>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imes New Roman" w:eastAsia="Times New Roman" w:hAnsi="Times New Roman"/>
      <w:sz w:val="26"/>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imes New Roman" w:eastAsia="Times New Roman" w:hAnsi="Times New Roman"/>
      <w:sz w:val="26"/>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3F41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414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Times New Roman" w:eastAsia="Times New Roman" w:hAnsi="Times New Roman"/>
      <w:sz w:val="26"/>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Times New Roman" w:eastAsia="Times New Roman" w:hAnsi="Times New Roman"/>
      <w:sz w:val="26"/>
    </w:rPr>
  </w:style>
  <w:style w:type="paragraph" w:styleId="NoSpacing">
    <w:name w:val="No Spacing"/>
    <w:uiPriority w:val="1"/>
    <w:qFormat/>
    <w:rsid w:val="00FC693F"/>
    <w:pPr>
      <w:spacing w:after="0" w:line="240" w:lineRule="auto"/>
    </w:pPr>
    <w:rPr>
      <w:rFonts w:ascii="Times New Roman" w:eastAsia="Times New Roman" w:hAnsi="Times New Roman"/>
      <w:sz w:val="26"/>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6"/>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sz w:val="26"/>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26"/>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6"/>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Times New Roman" w:eastAsia="Times New Roman" w:hAnsi="Times New Roman"/>
      <w:sz w:val="26"/>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Times New Roman" w:eastAsia="Times New Roman" w:hAnsi="Times New Roman"/>
      <w:sz w:val="26"/>
    </w:rPr>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rFonts w:ascii="Times New Roman" w:eastAsia="Times New Roman" w:hAnsi="Times New Roman"/>
      <w:sz w:val="2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sz w:val="26"/>
      <w:szCs w:val="20"/>
    </w:rPr>
  </w:style>
  <w:style w:type="character" w:customStyle="1" w:styleId="MacroTextChar">
    <w:name w:val="Macro Text Char"/>
    <w:basedOn w:val="DefaultParagraphFont"/>
    <w:link w:val="MacroText"/>
    <w:uiPriority w:val="99"/>
    <w:rsid w:val="0029639D"/>
    <w:rPr>
      <w:rFonts w:ascii="Times New Roman" w:eastAsia="Times New Roman" w:hAnsi="Times New Roman"/>
      <w:sz w:val="26"/>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Times New Roman" w:eastAsia="Times New Roman" w:hAnsi="Times New Roman"/>
      <w:i/>
      <w:iCs/>
      <w:color w:val="000000" w:themeColor="text1"/>
      <w:sz w:val="26"/>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sz w:val="26"/>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sz w:val="26"/>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sz w:val="26"/>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sz w:val="26"/>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6"/>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6"/>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rFonts w:ascii="Times New Roman" w:eastAsia="Times New Roman" w:hAnsi="Times New Roman"/>
      <w:b/>
      <w:bCs/>
      <w:sz w:val="26"/>
    </w:rPr>
  </w:style>
  <w:style w:type="character" w:styleId="Emphasis">
    <w:name w:val="Emphasis"/>
    <w:basedOn w:val="DefaultParagraphFont"/>
    <w:uiPriority w:val="20"/>
    <w:qFormat/>
    <w:rsid w:val="00FC693F"/>
    <w:rPr>
      <w:rFonts w:ascii="Times New Roman" w:eastAsia="Times New Roman" w:hAnsi="Times New Roman"/>
      <w:i/>
      <w:iCs/>
      <w:sz w:val="26"/>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Times New Roman" w:eastAsia="Times New Roman" w:hAnsi="Times New Roman"/>
      <w:b/>
      <w:bCs/>
      <w:i/>
      <w:iCs/>
      <w:color w:val="4F81BD" w:themeColor="accent1"/>
      <w:sz w:val="26"/>
    </w:rPr>
  </w:style>
  <w:style w:type="character" w:styleId="SubtleEmphasis">
    <w:name w:val="Subtle Emphasis"/>
    <w:basedOn w:val="DefaultParagraphFont"/>
    <w:uiPriority w:val="19"/>
    <w:qFormat/>
    <w:rsid w:val="00FC693F"/>
    <w:rPr>
      <w:rFonts w:ascii="Times New Roman" w:eastAsia="Times New Roman" w:hAnsi="Times New Roman"/>
      <w:i/>
      <w:iCs/>
      <w:color w:val="808080" w:themeColor="text1" w:themeTint="7F"/>
      <w:sz w:val="26"/>
    </w:rPr>
  </w:style>
  <w:style w:type="character" w:styleId="IntenseEmphasis">
    <w:name w:val="Intense Emphasis"/>
    <w:basedOn w:val="DefaultParagraphFont"/>
    <w:uiPriority w:val="21"/>
    <w:qFormat/>
    <w:rsid w:val="00FC693F"/>
    <w:rPr>
      <w:rFonts w:ascii="Times New Roman" w:eastAsia="Times New Roman" w:hAnsi="Times New Roman"/>
      <w:b/>
      <w:bCs/>
      <w:i/>
      <w:iCs/>
      <w:color w:val="4F81BD" w:themeColor="accent1"/>
      <w:sz w:val="26"/>
    </w:rPr>
  </w:style>
  <w:style w:type="character" w:styleId="SubtleReference">
    <w:name w:val="Subtle Reference"/>
    <w:basedOn w:val="DefaultParagraphFont"/>
    <w:uiPriority w:val="31"/>
    <w:qFormat/>
    <w:rsid w:val="00FC693F"/>
    <w:rPr>
      <w:rFonts w:ascii="Times New Roman" w:eastAsia="Times New Roman" w:hAnsi="Times New Roman"/>
      <w:smallCaps/>
      <w:color w:val="C0504D" w:themeColor="accent2"/>
      <w:sz w:val="26"/>
      <w:u w:val="single"/>
    </w:rPr>
  </w:style>
  <w:style w:type="character" w:styleId="IntenseReference">
    <w:name w:val="Intense Reference"/>
    <w:basedOn w:val="DefaultParagraphFont"/>
    <w:uiPriority w:val="32"/>
    <w:qFormat/>
    <w:rsid w:val="00FC693F"/>
    <w:rPr>
      <w:rFonts w:ascii="Times New Roman" w:eastAsia="Times New Roman" w:hAnsi="Times New Roman"/>
      <w:b/>
      <w:bCs/>
      <w:smallCaps/>
      <w:color w:val="C0504D" w:themeColor="accent2"/>
      <w:spacing w:val="5"/>
      <w:sz w:val="26"/>
      <w:u w:val="single"/>
    </w:rPr>
  </w:style>
  <w:style w:type="character" w:styleId="BookTitle">
    <w:name w:val="Book Title"/>
    <w:basedOn w:val="DefaultParagraphFont"/>
    <w:uiPriority w:val="33"/>
    <w:qFormat/>
    <w:rsid w:val="00FC693F"/>
    <w:rPr>
      <w:rFonts w:ascii="Times New Roman" w:eastAsia="Times New Roman" w:hAnsi="Times New Roman"/>
      <w:b/>
      <w:bCs/>
      <w:smallCaps/>
      <w:spacing w:val="5"/>
      <w:sz w:val="26"/>
    </w:rPr>
  </w:style>
  <w:style w:type="paragraph" w:styleId="TOCHeading">
    <w:name w:val="TOC Heading"/>
    <w:basedOn w:val="Heading1"/>
    <w:next w:val="Normal"/>
    <w:uiPriority w:val="39"/>
    <w:semiHidden/>
    <w:unhideWhenUsed/>
    <w:qFormat/>
    <w:rsid w:val="00FC693F"/>
    <w:pPr>
      <w:outlineLvl w:val="9"/>
    </w:pPr>
    <w:rPr>
      <w:rFonts w:ascii="Times New Roman" w:eastAsia="Times New Roman" w:hAnsi="Times New Roman"/>
    </w:rPr>
  </w:style>
  <w:style w:type="table" w:styleId="TableGrid">
    <w:name w:val="Table Grid"/>
    <w:basedOn w:val="TableNormal"/>
    <w:uiPriority w:val="59"/>
    <w:rsid w:val="00FC693F"/>
    <w:pPr>
      <w:spacing w:after="0" w:line="240" w:lineRule="auto"/>
    </w:pPr>
    <w:rPr>
      <w:rFonts w:ascii="Times New Roman" w:eastAsia="Times New Roman" w:hAnsi="Times New Roman"/>
      <w:sz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Times New Roman" w:eastAsia="Times New Roman" w:hAnsi="Times New Roman"/>
      <w:color w:val="000000" w:themeColor="text1" w:themeShade="BF"/>
      <w:sz w:val="26"/>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imes New Roman" w:eastAsia="Times New Roman" w:hAnsi="Times New Roman"/>
      <w:color w:val="365F91" w:themeColor="accent1" w:themeShade="BF"/>
      <w:sz w:val="26"/>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imes New Roman" w:eastAsia="Times New Roman" w:hAnsi="Times New Roman"/>
      <w:color w:val="943634" w:themeColor="accent2" w:themeShade="BF"/>
      <w:sz w:val="26"/>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imes New Roman" w:eastAsia="Times New Roman" w:hAnsi="Times New Roman"/>
      <w:color w:val="76923C" w:themeColor="accent3" w:themeShade="BF"/>
      <w:sz w:val="26"/>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imes New Roman" w:eastAsia="Times New Roman" w:hAnsi="Times New Roman"/>
      <w:color w:val="5F497A" w:themeColor="accent4" w:themeShade="BF"/>
      <w:sz w:val="26"/>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imes New Roman" w:eastAsia="Times New Roman" w:hAnsi="Times New Roman"/>
      <w:color w:val="31849B" w:themeColor="accent5" w:themeShade="BF"/>
      <w:sz w:val="26"/>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imes New Roman" w:eastAsia="Times New Roman" w:hAnsi="Times New Roman"/>
      <w:color w:val="E36C0A" w:themeColor="accent6" w:themeShade="BF"/>
      <w:sz w:val="26"/>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imes New Roman" w:eastAsia="Times New Roman" w:hAnsi="Times New Roman"/>
      <w:sz w:val="26"/>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imes New Roman" w:eastAsia="Times New Roman" w:hAnsi="Times New Roman"/>
      <w:sz w:val="26"/>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sz w:val="26"/>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imes New Roman" w:eastAsia="Times New Roman" w:hAnsi="Times New Roman"/>
      <w:sz w:val="26"/>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imes New Roman" w:eastAsia="Times New Roman" w:hAnsi="Times New Roman"/>
      <w:color w:val="FFFFFF" w:themeColor="background1"/>
      <w:sz w:val="26"/>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imes New Roman" w:eastAsia="Times New Roman" w:hAnsi="Times New Roman"/>
      <w:color w:val="000000" w:themeColor="text1"/>
      <w:sz w:val="2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3F41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414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F56CC-E14A-4605-BE22-C9D7EEAD8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4429</Words>
  <Characters>25251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Kế hoạch bài dạy môn Toán lớp 4 - Tuần 6</vt:lpstr>
    </vt:vector>
  </TitlesOfParts>
  <Manager/>
  <Company/>
  <LinksUpToDate>false</LinksUpToDate>
  <CharactersWithSpaces>29621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Kế hoạch bài dạy môn Toán lớp 4 - Tuần 6</dc:title>
  <dc:subject>Toán 4 Kết nối tri thức - Tuần 6</dc:subject>
  <dc:creator>BAOTRAN</dc:creator>
  <cp:keywords/>
  <dc:description>generated by python-docx</dc:description>
  <cp:lastModifiedBy>Iamp Iamp</cp:lastModifiedBy>
  <cp:revision>3</cp:revision>
  <dcterms:created xsi:type="dcterms:W3CDTF">2026-06-11T07:11:00Z</dcterms:created>
  <dcterms:modified xsi:type="dcterms:W3CDTF">2026-08-28T02:57:00Z</dcterms:modified>
  <cp:category/>
</cp:coreProperties>
</file>