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7C" w:rsidRPr="00725D77" w:rsidRDefault="00437113">
      <w:pPr>
        <w:jc w:val="center"/>
      </w:pPr>
      <w:r w:rsidRPr="00725D77">
        <w:rPr>
          <w:b/>
        </w:rPr>
        <w:t>KẾ HOẠCH BÀI DẠY MÔN HOẠT ĐỘNG TRẢI NGHIỆM LỚP 2</w:t>
      </w:r>
    </w:p>
    <w:p w:rsidR="00F4447C" w:rsidRPr="00725D77" w:rsidRDefault="00437113">
      <w:pPr>
        <w:jc w:val="center"/>
      </w:pPr>
      <w:r w:rsidRPr="00725D77">
        <w:rPr>
          <w:b/>
        </w:rPr>
        <w:t>CHỦ ĐỀ 2: RÈN NẾP SỐNG</w:t>
      </w:r>
    </w:p>
    <w:p w:rsidR="00F4447C" w:rsidRPr="00725D77" w:rsidRDefault="00437113">
      <w:pPr>
        <w:jc w:val="center"/>
      </w:pPr>
      <w:r w:rsidRPr="00725D77">
        <w:rPr>
          <w:b/>
        </w:rPr>
        <w:t>TUẦN 8: TIẾT 1</w:t>
      </w:r>
    </w:p>
    <w:p w:rsidR="00F4447C" w:rsidRPr="00725D77" w:rsidRDefault="00437113">
      <w:pPr>
        <w:jc w:val="center"/>
      </w:pPr>
      <w:r w:rsidRPr="00725D77">
        <w:rPr>
          <w:b/>
        </w:rPr>
        <w:t>SINH HOẠT DƯỚI CỜ: NGHE CHIA SẺ VỀ CHỦ ĐỀ “NGƯỜI TIÊU DÙNG THÔNG MINH”</w:t>
      </w:r>
    </w:p>
    <w:p w:rsidR="00F4447C" w:rsidRPr="00725D77" w:rsidRDefault="00437113">
      <w:pPr>
        <w:jc w:val="center"/>
      </w:pPr>
      <w:r w:rsidRPr="00725D77">
        <w:rPr>
          <w:b/>
        </w:rPr>
        <w:t>Thời gian thực hiện: ...</w:t>
      </w:r>
    </w:p>
    <w:p w:rsidR="00F4447C" w:rsidRPr="00725D77" w:rsidRDefault="00437113">
      <w:pPr>
        <w:jc w:val="center"/>
      </w:pPr>
      <w:r w:rsidRPr="00725D77">
        <w:rPr>
          <w:b/>
        </w:rPr>
        <w:t>HÌNH THỨC TỔ CHỨC: GIAO LƯU NHÂN VẬT</w:t>
      </w:r>
    </w:p>
    <w:p w:rsidR="00F4447C" w:rsidRPr="00725D77" w:rsidRDefault="00437113">
      <w:r w:rsidRPr="00725D77">
        <w:rPr>
          <w:b/>
        </w:rPr>
        <w:t>I. YÊU CẦU CẦN ĐẠT:</w:t>
      </w:r>
    </w:p>
    <w:p w:rsidR="00F4447C" w:rsidRPr="00725D77" w:rsidRDefault="00437113" w:rsidP="00725D77">
      <w:pPr>
        <w:jc w:val="both"/>
      </w:pPr>
      <w:r w:rsidRPr="00725D77">
        <w:rPr>
          <w:b/>
          <w:i/>
        </w:rPr>
        <w:t>1. Năng lực đặc thù</w:t>
      </w:r>
    </w:p>
    <w:p w:rsidR="00F4447C" w:rsidRPr="00725D77" w:rsidRDefault="00437113" w:rsidP="00725D77">
      <w:pPr>
        <w:jc w:val="both"/>
      </w:pPr>
      <w:r w:rsidRPr="00725D77">
        <w:t>- HS tham gia nghiêm túc hoạt động sinh hoạt dưới cờ; bước đầu hiểu thế nào là người tiêu dùng thông minh.</w:t>
      </w:r>
    </w:p>
    <w:p w:rsidR="00F4447C" w:rsidRPr="00725D77" w:rsidRDefault="00437113" w:rsidP="00725D77">
      <w:pPr>
        <w:jc w:val="both"/>
      </w:pPr>
      <w:r w:rsidRPr="00725D77">
        <w:t>- HS biết cân nhắc nhu cầu, giá cả, chất lượng, hạn sử dụng và sự an toàn khi lựa chọn một món hàng.</w:t>
      </w:r>
    </w:p>
    <w:p w:rsidR="00F4447C" w:rsidRPr="00725D77" w:rsidRDefault="00437113" w:rsidP="00725D77">
      <w:pPr>
        <w:jc w:val="both"/>
      </w:pPr>
      <w:r w:rsidRPr="00725D77">
        <w:t>- HS biết ứng xử lịch sự, trung thực và chỉ mua sắm dưới sự hướng dẫn của người lớn.</w:t>
      </w:r>
    </w:p>
    <w:p w:rsidR="00F4447C" w:rsidRPr="00725D77" w:rsidRDefault="00437113" w:rsidP="00725D77">
      <w:pPr>
        <w:jc w:val="both"/>
      </w:pPr>
      <w:r w:rsidRPr="00725D77">
        <w:rPr>
          <w:b/>
          <w:i/>
        </w:rPr>
        <w:t>2. Năng lực chung</w:t>
      </w:r>
    </w:p>
    <w:p w:rsidR="00F4447C" w:rsidRPr="00725D77" w:rsidRDefault="00437113" w:rsidP="00725D77">
      <w:pPr>
        <w:jc w:val="both"/>
      </w:pPr>
      <w:r w:rsidRPr="00725D77">
        <w:t>- Năng lực tự chủ và tự học: Biết lắng nghe, ghi nhớ và tự liên hệ thói quen mua sắm.</w:t>
      </w:r>
    </w:p>
    <w:p w:rsidR="00F4447C" w:rsidRPr="00725D77" w:rsidRDefault="00437113" w:rsidP="00725D77">
      <w:pPr>
        <w:jc w:val="both"/>
      </w:pPr>
      <w:r w:rsidRPr="00725D77">
        <w:t>- Năng lực giao tiếp và hợp tác: Biết đặt câu hỏi, trả lời và trao đổi lịch sự.</w:t>
      </w:r>
    </w:p>
    <w:p w:rsidR="00F4447C" w:rsidRPr="00725D77" w:rsidRDefault="00437113" w:rsidP="00725D77">
      <w:pPr>
        <w:jc w:val="both"/>
      </w:pPr>
      <w:r w:rsidRPr="00725D77">
        <w:t>- Năng lực giải quyết vấn đề và sáng tạo: Biết lựa chọn phương án mua sắm hợp lí trong tình huống đơn giản.</w:t>
      </w:r>
    </w:p>
    <w:p w:rsidR="00F4447C" w:rsidRPr="00725D77" w:rsidRDefault="00437113" w:rsidP="00725D77">
      <w:pPr>
        <w:jc w:val="both"/>
      </w:pPr>
      <w:r w:rsidRPr="00725D77">
        <w:rPr>
          <w:b/>
          <w:i/>
        </w:rPr>
        <w:t>3. Phẩm chất</w:t>
      </w:r>
    </w:p>
    <w:p w:rsidR="00F4447C" w:rsidRDefault="00437113" w:rsidP="00725D77">
      <w:pPr>
        <w:jc w:val="both"/>
      </w:pPr>
      <w:r>
        <w:t>- Chăm chỉ: Biết trân trọng công sức lao động làm ra tiền và sản phẩm.</w:t>
      </w:r>
    </w:p>
    <w:p w:rsidR="00F4447C" w:rsidRDefault="00437113" w:rsidP="00725D77">
      <w:pPr>
        <w:jc w:val="both"/>
      </w:pPr>
      <w:r>
        <w:t>- Trách nhiệm: Biết mua đúng nhu cầu, không đòi hỏi hoặc lãng phí.</w:t>
      </w:r>
    </w:p>
    <w:p w:rsidR="00F4447C" w:rsidRDefault="00437113" w:rsidP="00725D77">
      <w:pPr>
        <w:jc w:val="both"/>
      </w:pPr>
      <w:r>
        <w:t>- Trung thực: Biết thanh toán đúng, nhận và trả lại tiền thừa khi cần.</w:t>
      </w:r>
    </w:p>
    <w:p w:rsidR="00F4447C" w:rsidRDefault="00437113">
      <w:r>
        <w:rPr>
          <w:b/>
          <w:i/>
          <w:color w:val="FF0000"/>
        </w:rPr>
        <w:t>4. Tích hợp</w:t>
      </w:r>
    </w:p>
    <w:p w:rsidR="00F4447C" w:rsidRDefault="00437113">
      <w:r>
        <w:rPr>
          <w:color w:val="FF0000"/>
        </w:rPr>
        <w:t>- Giáo dục tài chính: HS bước đầu biết cân nhắc nhu cầu, giá trị sử dụng và cách mua sắm tiết kiệm, văn minh.</w:t>
      </w:r>
    </w:p>
    <w:p w:rsidR="00F4447C" w:rsidRDefault="00437113">
      <w:r>
        <w:rPr>
          <w:b/>
          <w:color w:val="FF0000"/>
        </w:rPr>
        <w:t>II. CHUẨN BỊ:</w:t>
      </w:r>
    </w:p>
    <w:p w:rsidR="00F4447C" w:rsidRDefault="00437113">
      <w:r>
        <w:t>- GV: Kế hoạch sinh hoạt dưới cờ; người chia sẻ hoặc GV phụ trách; một số hàng hoá/bao bì sạch, thẻ giá, phiếu tình huống; tranh SGK; bốn thẻ vai NHU CẦU - GIÁ CẢ - CHẤT LƯỢNG - AN TOÀN.</w:t>
      </w:r>
    </w:p>
    <w:p w:rsidR="00F4447C" w:rsidRDefault="00437113">
      <w:r>
        <w:t>- HS: Trang phục gọn gàng; tâm thế lắng nghe; có thể chuẩn bị một câu hỏi về mua sắm cùng gia đình.</w:t>
      </w:r>
    </w:p>
    <w:p w:rsidR="00F4447C" w:rsidRDefault="00437113">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F4447C" w:rsidTr="00725D77">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F4447C" w:rsidRDefault="00437113">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F4447C" w:rsidRDefault="00437113">
            <w:pPr>
              <w:jc w:val="center"/>
            </w:pPr>
            <w:r>
              <w:rPr>
                <w:b/>
              </w:rPr>
              <w:t>HOẠT ĐỘNG CỦA HỌC SINH</w:t>
            </w:r>
          </w:p>
        </w:tc>
      </w:tr>
      <w:tr w:rsidR="00F4447C" w:rsidTr="00725D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1. TRƯỚC BUỔI GIAO LƯU</w:t>
            </w:r>
          </w:p>
          <w:p w:rsidR="00F4447C" w:rsidRDefault="00437113">
            <w:r>
              <w:rPr>
                <w:b/>
              </w:rPr>
              <w:t xml:space="preserve">- Mục tiêu: </w:t>
            </w:r>
            <w:r>
              <w:t>HS biết nhân vật giao lưu, chuẩn bị câu hỏi và nắm nhiệm vụ tìm hiểu cách mua sắm tiết kiệm, văn minh.</w:t>
            </w:r>
          </w:p>
          <w:p w:rsidR="00F4447C" w:rsidRDefault="00437113">
            <w:r>
              <w:rPr>
                <w:b/>
                <w:i/>
              </w:rPr>
              <w:t>* Cách tiến hành:</w:t>
            </w:r>
          </w:p>
        </w:tc>
      </w:tr>
      <w:tr w:rsidR="00F4447C" w:rsidTr="00725D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lastRenderedPageBreak/>
              <w:t>- GV và nhà trường lựa chọn khách mời là phụ huynh/người bán hàng văn minh hoặc nhân viên siêu thị có khả năng giao tiếp với trẻ em; thống nhất nội dung và tình huống minh hoạ.</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HS lớp dẫn chương trình tìm hiểu thông tin khách mời, chuẩn bị lời giới thiệu và 2 - 3 câu hỏi phỏng vấn.</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GV chuẩn bị khu vực giao lưu, hàng mẫu, thẻ giá, hoá đơn, túi dùng lại, thẻ Nhu cầu - Giá cả - Chất lượng - An toàn và quà cảm ơn.</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nhóm lễ tân chuẩn bị đón khách; nhóm hỗ trợ sắp xếp hàng mẫu theo hướng dẫn.</w:t>
            </w:r>
          </w:p>
        </w:tc>
      </w:tr>
      <w:tr w:rsidR="00F4447C" w:rsidTr="00725D7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GV giao nhiệm vụ cho HS toàn trường: nghe để tìm bốn điều cần kiểm tra trước khi mua và hai cách giao tiếp lịch sự khi mua bán.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HS ghi nhớ nhiệm vụ, sẵn sàng quan sát và trả lời.</w:t>
            </w:r>
          </w:p>
        </w:tc>
      </w:tr>
      <w:tr w:rsidR="00F4447C" w:rsidTr="00725D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sidP="00725D77">
            <w:pPr>
              <w:jc w:val="both"/>
            </w:pPr>
            <w:r>
              <w:rPr>
                <w:b/>
              </w:rPr>
              <w:t>2. TRONG BUỔI GIAO LƯU</w:t>
            </w:r>
          </w:p>
          <w:p w:rsidR="00F4447C" w:rsidRDefault="00437113" w:rsidP="00725D77">
            <w:pPr>
              <w:jc w:val="both"/>
            </w:pPr>
            <w:r>
              <w:rPr>
                <w:b/>
              </w:rPr>
              <w:t xml:space="preserve">- Mục tiêu: </w:t>
            </w:r>
            <w:r>
              <w:t>HS mạnh dạn giao lưu với nhân vật, xử lí tình huống và thực hành vai người mua/người bán văn minh.</w:t>
            </w:r>
          </w:p>
          <w:p w:rsidR="00F4447C" w:rsidRDefault="00437113" w:rsidP="00725D77">
            <w:pPr>
              <w:jc w:val="both"/>
            </w:pPr>
            <w:r>
              <w:rPr>
                <w:b/>
                <w:color w:val="FF0000"/>
              </w:rPr>
              <w:t xml:space="preserve">Mục tiêu tích hợp: </w:t>
            </w:r>
            <w:r>
              <w:rPr>
                <w:color w:val="FF0000"/>
              </w:rPr>
              <w:t>HS biết trân trọng đồng tiền, ưu tiên nhu cầu cần thiết, kiểm tra hàng và giao tiếp lịch sự, trung thực khi mua bán.</w:t>
            </w:r>
          </w:p>
          <w:p w:rsidR="00F4447C" w:rsidRDefault="00437113" w:rsidP="00725D77">
            <w:pPr>
              <w:jc w:val="both"/>
            </w:pPr>
            <w:r>
              <w:rPr>
                <w:b/>
                <w:i/>
              </w:rPr>
              <w:t>* Cách tiến hành:</w:t>
            </w:r>
          </w:p>
        </w:tc>
      </w:tr>
      <w:tr w:rsidR="00F4447C" w:rsidTr="00725D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rPr>
                <w:b/>
              </w:rPr>
              <w:t>a) Đón khách</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HS nhóm lễ tân sẵn sàng chào đón khách mời.</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GV cùng HS lễ tân đón khách, giới thiệu vị trí và tặng hoa/thiệp cảm ơn.</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nói lời chào, vỗ tay và thể hiện thái độ trân trọng.</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rPr>
                <w:b/>
              </w:rPr>
              <w:t>b) Khởi động</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tập trung theo dõi tình huống mở đầu.</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GV nêu tình huống: “An có số tiền vừa đủ mua hộp bút đang cần nhưng lại thấy món đồ chơi rất đẹp. Nếu là An, em chọn thế nào?”. Sau đó GV giới thiệu khách mời.</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nêu lựa chọn, lí do; vỗ tay chào đón khách.</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
              <w:rPr>
                <w:b/>
              </w:rPr>
              <w:t>c) Câu chuyện của nhân vật</w:t>
            </w:r>
          </w:p>
        </w:tc>
        <w:tc>
          <w:tcPr>
            <w:tcW w:w="4586" w:type="dxa"/>
            <w:shd w:val="clear" w:color="auto" w:fill="auto"/>
            <w:tcMar>
              <w:top w:w="70" w:type="dxa"/>
              <w:left w:w="90" w:type="dxa"/>
              <w:bottom w:w="70" w:type="dxa"/>
              <w:right w:w="90" w:type="dxa"/>
            </w:tcMar>
            <w:vAlign w:val="center"/>
          </w:tcPr>
          <w:p w:rsidR="00F4447C" w:rsidRDefault="00437113">
            <w:r>
              <w:t>- HS lắng nghe kinh nghiệm mua bán và quan sát hàng mẫu.</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
              <w:t>- HS dẫn chương trình mời khách kể một câu chuyện thực tế về việc chọn hàng, so sánh giá, kiểm tra hạn dùng/chất lượng và xử lí khi nhận thừa tiền.</w:t>
            </w:r>
          </w:p>
          <w:p w:rsidR="00F4447C" w:rsidRDefault="00F4447C">
            <w:pPr>
              <w:jc w:val="center"/>
            </w:pPr>
          </w:p>
        </w:tc>
        <w:tc>
          <w:tcPr>
            <w:tcW w:w="4586" w:type="dxa"/>
            <w:shd w:val="clear" w:color="auto" w:fill="auto"/>
            <w:tcMar>
              <w:top w:w="70" w:type="dxa"/>
              <w:left w:w="90" w:type="dxa"/>
              <w:bottom w:w="70" w:type="dxa"/>
              <w:right w:w="90" w:type="dxa"/>
            </w:tcMar>
            <w:vAlign w:val="center"/>
          </w:tcPr>
          <w:p w:rsidR="00F4447C" w:rsidRDefault="00437113">
            <w:r>
              <w:t>- HS lắng nghe, nhắc lại các bước quan trọng và nêu điều bất ngờ.</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rPr>
                <w:b/>
              </w:rPr>
              <w:lastRenderedPageBreak/>
              <w:t>d) Câu hỏi phỏng vấn</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đặt câu hỏi và lắng nghe câu trả lời của khách mời.</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GV và HS dẫn chương trình hỏi: “Làm sao phân biệt món cần và món muốn?”, “Có nên luôn chọn món rẻ nhất?”, “Khi hàng hết hạn hoặc bị lỗi phải làm gì?”, “Trẻ em cần lưu ý gì khi cầm tiền?”.</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mạnh dạn hỏi; các HS khác ghi nhớ và bổ sung ý kiến.</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rPr>
                <w:b/>
              </w:rPr>
              <w:t>e) Trò chơi cùng nhân vật</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tham gia lựa chọn hàng theo tiêu chí thông minh.</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Khách mời cùng GV tổ chức trò “Chọn đúng - Giải thích hay”: đưa hai món hàng/tình huống, mời đại diện lớp lựa chọn dựa trên Nhu cầu, Giá cả, Chất lượng, An toàn.</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chọn thẻ tiêu chí, nêu lí do; HS toàn trường nhận xét và cổ vũ.</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rPr>
                <w:b/>
              </w:rPr>
              <w:t>f) Trải nghiệm là nhân vật</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đại diện thực hành vai người mua và người bán.</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8D10E8">
            <w:pPr>
              <w:jc w:val="both"/>
            </w:pPr>
            <w:r>
              <w:t>- GV mời các cặp HS lên sân khấu thực hành hỏi giá, kiểm tra sản phẩm, thanh toán, nhận tiền thừa và nói lời cảm ơn; khách mời nhận xét.</w:t>
            </w:r>
          </w:p>
        </w:tc>
        <w:tc>
          <w:tcPr>
            <w:tcW w:w="4586" w:type="dxa"/>
            <w:shd w:val="clear" w:color="auto" w:fill="auto"/>
            <w:tcMar>
              <w:top w:w="70" w:type="dxa"/>
              <w:left w:w="90" w:type="dxa"/>
              <w:bottom w:w="70" w:type="dxa"/>
              <w:right w:w="90" w:type="dxa"/>
            </w:tcMar>
            <w:vAlign w:val="center"/>
          </w:tcPr>
          <w:p w:rsidR="00F4447C" w:rsidRDefault="00437113" w:rsidP="008D10E8">
            <w:pPr>
              <w:jc w:val="both"/>
            </w:pPr>
            <w:r>
              <w:t>- HS thực hành lời nói lịch sự, trung thực; HS bên dưới nêu điểm làm tốt và điều cần sửa.</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8D10E8">
            <w:pPr>
              <w:jc w:val="both"/>
            </w:pPr>
            <w:r>
              <w:rPr>
                <w:b/>
              </w:rPr>
              <w:t>g) Tổng kết</w:t>
            </w:r>
          </w:p>
        </w:tc>
        <w:tc>
          <w:tcPr>
            <w:tcW w:w="4586" w:type="dxa"/>
            <w:shd w:val="clear" w:color="auto" w:fill="auto"/>
            <w:tcMar>
              <w:top w:w="70" w:type="dxa"/>
              <w:left w:w="90" w:type="dxa"/>
              <w:bottom w:w="70" w:type="dxa"/>
              <w:right w:w="90" w:type="dxa"/>
            </w:tcMar>
            <w:vAlign w:val="center"/>
          </w:tcPr>
          <w:p w:rsidR="00F4447C" w:rsidRDefault="00437113" w:rsidP="008D10E8">
            <w:pPr>
              <w:jc w:val="both"/>
            </w:pPr>
            <w:r>
              <w:t>- HS chuẩn bị nêu nguyên tắc mua sắm thông minh và cảm ơn khách mời.</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8D10E8">
            <w:pPr>
              <w:jc w:val="both"/>
            </w:pPr>
            <w:r>
              <w:t>- GV hỏi: “Tiền dùng để mua hàng từ đâu mà có? Vì sao không nên mua đồ chỉ vì thích nhất thời hoặc vì thấy bạn khác có?”.</w:t>
            </w:r>
          </w:p>
        </w:tc>
        <w:tc>
          <w:tcPr>
            <w:tcW w:w="4586" w:type="dxa"/>
            <w:shd w:val="clear" w:color="auto" w:fill="auto"/>
            <w:tcMar>
              <w:top w:w="70" w:type="dxa"/>
              <w:left w:w="90" w:type="dxa"/>
              <w:bottom w:w="70" w:type="dxa"/>
              <w:right w:w="90" w:type="dxa"/>
            </w:tcMar>
            <w:vAlign w:val="center"/>
          </w:tcPr>
          <w:p w:rsidR="00F4447C" w:rsidRDefault="00437113" w:rsidP="008D10E8">
            <w:pPr>
              <w:jc w:val="both"/>
            </w:pPr>
            <w:r>
              <w:t>- HS nêu: tiền do lao động làm ra; cần ưu tiên món cần, tránh lãng phí và phù hợp khả năng gia đình.</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8D10E8">
            <w:pPr>
              <w:jc w:val="both"/>
            </w:pPr>
            <w:r>
              <w:rPr>
                <w:b/>
                <w:color w:val="FF0000"/>
              </w:rPr>
              <w:t xml:space="preserve">Câu hỏi dẫn tích hợp: </w:t>
            </w:r>
            <w:r>
              <w:rPr>
                <w:color w:val="FF0000"/>
              </w:rPr>
              <w:t>Người tiêu dùng thông minh cần làm gì trước, trong và sau khi mua hàng? Cách đó thể hiện sự quý trọng đồng tiền và công sức lao động ra sao?</w:t>
            </w:r>
          </w:p>
        </w:tc>
        <w:tc>
          <w:tcPr>
            <w:tcW w:w="4586" w:type="dxa"/>
            <w:shd w:val="clear" w:color="auto" w:fill="auto"/>
            <w:tcMar>
              <w:top w:w="70" w:type="dxa"/>
              <w:left w:w="90" w:type="dxa"/>
              <w:bottom w:w="70" w:type="dxa"/>
              <w:right w:w="90" w:type="dxa"/>
            </w:tcMar>
            <w:vAlign w:val="center"/>
          </w:tcPr>
          <w:p w:rsidR="00F4447C" w:rsidRDefault="00437113" w:rsidP="008D10E8">
            <w:pPr>
              <w:jc w:val="both"/>
            </w:pPr>
            <w:r>
              <w:t>- HS nêu: lập nhu cầu, xem giá/thông tin, kiểm tra hàng, thanh toán đúng, giữ gìn và sử dụng hiệu quả.</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rPr>
                <w:b/>
                <w:color w:val="FF0000"/>
              </w:rPr>
              <w:lastRenderedPageBreak/>
              <w:t xml:space="preserve">Diễn giải tích hợp: </w:t>
            </w:r>
            <w:r>
              <w:rPr>
                <w:color w:val="FF0000"/>
              </w:rPr>
              <w:t>GV giải thích đồng tiền đại diện cho thời gian, công sức và trí tuệ của người lao động. Người tiêu dùng thông minh không mua thật nhiều hay chỉ chọn món rẻ nhất mà biết xác định nhu cầu, so sánh giá với chất lượng, kiểm tra nguồn gốc, hạn sử dụng và độ an toàn. Khi mua bán cần trung thực, thanh toán đúng, kiểm tra tiền thừa và nói lời cảm ơn. HS không tự ý mang nhiều tiền, không mua hàng lạ, không cung cấp thông tin cá nhân và luôn xin phép, nhờ người lớn hướng dẫn. Tiết kiệm còn là sử dụng tốt đồ đã mua và không chạy theo mong muốn nhất thời.</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lắng nghe, nêu một nguyên tắc sẽ thực hiện khi đi mua hàng cùng người thân.</w:t>
            </w:r>
          </w:p>
        </w:tc>
      </w:tr>
      <w:tr w:rsidR="00F4447C" w:rsidTr="00725D7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GV và HS dẫn chương trình cảm ơn, tặng quà và chia tay khách mời.</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HS vỗ tay, nói lời cảm ơn và chào khách.</w:t>
            </w:r>
          </w:p>
        </w:tc>
      </w:tr>
      <w:tr w:rsidR="00F4447C" w:rsidTr="00725D7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3. SAU BUỔI GIAO LƯU</w:t>
            </w:r>
          </w:p>
          <w:p w:rsidR="00F4447C" w:rsidRDefault="00437113">
            <w:r>
              <w:rPr>
                <w:b/>
              </w:rPr>
              <w:t xml:space="preserve">- Mục tiêu: </w:t>
            </w:r>
            <w:r>
              <w:t>HS vận dụng nguyên tắc mua sắm thông minh và phản hồi điều học được từ nhân vật.</w:t>
            </w:r>
          </w:p>
          <w:p w:rsidR="00F4447C" w:rsidRDefault="00437113">
            <w:r>
              <w:rPr>
                <w:b/>
                <w:i/>
              </w:rPr>
              <w:t>* Cách tiến hành:</w:t>
            </w:r>
          </w:p>
        </w:tc>
      </w:tr>
      <w:tr w:rsidR="00F4447C" w:rsidTr="00725D7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GV gợi ý HS cùng người thân lập danh sách ngắn, đánh dấu món “cần” và món “muốn” trước khi mua sắm.</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sidP="00725D77">
            <w:pPr>
              <w:jc w:val="both"/>
            </w:pPr>
            <w:r>
              <w:t>- HS thực hiện cùng gia đình và ưu tiên món cần thiết.</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GV đề nghị HS quan sát một lần mua hàng: xem giá, hạn dùng, kiểm tra hàng và lời giao tiếp; chuẩn bị kể lại một điều học được.</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nhận nhiệm vụ và chuẩn bị chia sẻ ở tiết sau.</w:t>
            </w:r>
          </w:p>
        </w:tc>
      </w:tr>
      <w:tr w:rsidR="00F4447C" w:rsidTr="00725D77">
        <w:trPr>
          <w:cantSplit/>
          <w:jc w:val="center"/>
        </w:trPr>
        <w:tc>
          <w:tcPr>
            <w:tcW w:w="5187" w:type="dxa"/>
            <w:shd w:val="clear" w:color="auto" w:fill="auto"/>
            <w:tcMar>
              <w:top w:w="70" w:type="dxa"/>
              <w:left w:w="90" w:type="dxa"/>
              <w:bottom w:w="70" w:type="dxa"/>
              <w:right w:w="90" w:type="dxa"/>
            </w:tcMar>
            <w:vAlign w:val="center"/>
          </w:tcPr>
          <w:p w:rsidR="00F4447C" w:rsidRDefault="00437113" w:rsidP="00725D77">
            <w:pPr>
              <w:jc w:val="both"/>
            </w:pPr>
            <w:r>
              <w:t>- GV phát phiếu nhỏ để HS viết một lời cảm ơn hoặc một nguyên tắc học được gửi khách mời.</w:t>
            </w:r>
          </w:p>
        </w:tc>
        <w:tc>
          <w:tcPr>
            <w:tcW w:w="4586" w:type="dxa"/>
            <w:shd w:val="clear" w:color="auto" w:fill="auto"/>
            <w:tcMar>
              <w:top w:w="70" w:type="dxa"/>
              <w:left w:w="90" w:type="dxa"/>
              <w:bottom w:w="70" w:type="dxa"/>
              <w:right w:w="90" w:type="dxa"/>
            </w:tcMar>
            <w:vAlign w:val="center"/>
          </w:tcPr>
          <w:p w:rsidR="00F4447C" w:rsidRDefault="00437113" w:rsidP="00725D77">
            <w:pPr>
              <w:jc w:val="both"/>
            </w:pPr>
            <w:r>
              <w:t>- HS viết phản hồi chân thành và nộp theo lớp.</w:t>
            </w:r>
          </w:p>
        </w:tc>
      </w:tr>
    </w:tbl>
    <w:p w:rsidR="00F4447C" w:rsidRDefault="00437113">
      <w:r>
        <w:rPr>
          <w:b/>
          <w:color w:val="FF0000"/>
        </w:rPr>
        <w:t>IV. ĐIỀU CHỈNH SAU BÀI DẠY:</w:t>
      </w:r>
    </w:p>
    <w:p w:rsidR="00F4447C" w:rsidRDefault="00437113">
      <w:r>
        <w:t>................................................................................................................</w:t>
      </w:r>
    </w:p>
    <w:p w:rsidR="00F4447C" w:rsidRDefault="00437113">
      <w:r>
        <w:t>................................................................................................................</w:t>
      </w:r>
    </w:p>
    <w:p w:rsidR="00F4447C" w:rsidRPr="008D10E8" w:rsidRDefault="00437113">
      <w:pPr>
        <w:pageBreakBefore/>
        <w:jc w:val="center"/>
      </w:pPr>
      <w:r w:rsidRPr="008D10E8">
        <w:rPr>
          <w:b/>
        </w:rPr>
        <w:lastRenderedPageBreak/>
        <w:t>KẾ HOẠCH BÀI DẠY MÔN HOẠT ĐỘNG TRẢI NGHIỆM LỚP 2</w:t>
      </w:r>
    </w:p>
    <w:p w:rsidR="00F4447C" w:rsidRPr="008D10E8" w:rsidRDefault="00437113">
      <w:pPr>
        <w:jc w:val="center"/>
      </w:pPr>
      <w:r w:rsidRPr="008D10E8">
        <w:rPr>
          <w:b/>
        </w:rPr>
        <w:t>CHỦ ĐỀ 2: RÈN NẾP SỐNG</w:t>
      </w:r>
    </w:p>
    <w:p w:rsidR="00F4447C" w:rsidRPr="008D10E8" w:rsidRDefault="00437113">
      <w:pPr>
        <w:jc w:val="center"/>
      </w:pPr>
      <w:r w:rsidRPr="008D10E8">
        <w:rPr>
          <w:b/>
        </w:rPr>
        <w:t>TUẦN 8: TIẾT 2</w:t>
      </w:r>
    </w:p>
    <w:p w:rsidR="00F4447C" w:rsidRPr="008D10E8" w:rsidRDefault="00437113">
      <w:pPr>
        <w:jc w:val="center"/>
      </w:pPr>
      <w:r w:rsidRPr="008D10E8">
        <w:rPr>
          <w:b/>
        </w:rPr>
        <w:t>HOẠT ĐỘNG GIÁO DỤC THEO CHỦ ĐỀ: QUÝ TRỌNG ĐỒNG TIỀN</w:t>
      </w:r>
    </w:p>
    <w:p w:rsidR="00F4447C" w:rsidRPr="008D10E8" w:rsidRDefault="00437113">
      <w:pPr>
        <w:jc w:val="center"/>
      </w:pPr>
      <w:r w:rsidRPr="008D10E8">
        <w:rPr>
          <w:b/>
        </w:rPr>
        <w:t>Thời gian thực hiện: ...</w:t>
      </w:r>
    </w:p>
    <w:p w:rsidR="00F4447C" w:rsidRPr="008D10E8" w:rsidRDefault="00437113">
      <w:r w:rsidRPr="008D10E8">
        <w:rPr>
          <w:b/>
        </w:rPr>
        <w:t>I. YÊU CẦU CẦN ĐẠT:</w:t>
      </w:r>
    </w:p>
    <w:p w:rsidR="00F4447C" w:rsidRPr="008D10E8" w:rsidRDefault="00437113">
      <w:r w:rsidRPr="008D10E8">
        <w:rPr>
          <w:b/>
          <w:i/>
        </w:rPr>
        <w:t>1. Năng lực đặc thù</w:t>
      </w:r>
    </w:p>
    <w:p w:rsidR="00F4447C" w:rsidRPr="008D10E8" w:rsidRDefault="00437113">
      <w:r w:rsidRPr="008D10E8">
        <w:t>- HS nhận biết được một số mệnh giá tiền Việt Nam và mô tả được đặc điểm cơ bản.</w:t>
      </w:r>
    </w:p>
    <w:p w:rsidR="00F4447C" w:rsidRPr="008D10E8" w:rsidRDefault="00437113">
      <w:r w:rsidRPr="008D10E8">
        <w:t>- HS thực hành sử dụng tiền trong trò chơi mua bán; biết kiểm tra sản phẩm và ứng xử lịch sự.</w:t>
      </w:r>
    </w:p>
    <w:p w:rsidR="00F4447C" w:rsidRPr="008D10E8" w:rsidRDefault="00437113">
      <w:r w:rsidRPr="008D10E8">
        <w:t>- HS hiểu đồng tiền làm ra từ lao động và bước đầu biết chi tiêu tiết kiệm.</w:t>
      </w:r>
    </w:p>
    <w:p w:rsidR="00F4447C" w:rsidRPr="008D10E8" w:rsidRDefault="00437113">
      <w:r w:rsidRPr="008D10E8">
        <w:rPr>
          <w:b/>
          <w:i/>
        </w:rPr>
        <w:t>2. Năng lực chung</w:t>
      </w:r>
    </w:p>
    <w:p w:rsidR="00F4447C" w:rsidRDefault="00437113">
      <w:r>
        <w:t>- Năng lực tự chủ và tự học: Tự hoàn thành nhiệm vụ quan sát, nhận biết và tính toán đơn giản.</w:t>
      </w:r>
    </w:p>
    <w:p w:rsidR="00F4447C" w:rsidRDefault="00437113">
      <w:r>
        <w:t>- Năng lực giao tiếp và hợp tác: Biết phối hợp trong vai người bán, người mua.</w:t>
      </w:r>
    </w:p>
    <w:p w:rsidR="00F4447C" w:rsidRDefault="00437113">
      <w:r>
        <w:t>- Năng lực giải quyết vấn đề và sáng tạo: Biết lựa chọn món đồ phù hợp số tiền và nhu cầu.</w:t>
      </w:r>
    </w:p>
    <w:p w:rsidR="00F4447C" w:rsidRDefault="00437113">
      <w:r>
        <w:rPr>
          <w:b/>
          <w:i/>
        </w:rPr>
        <w:t>3. Phẩm chất</w:t>
      </w:r>
    </w:p>
    <w:p w:rsidR="00F4447C" w:rsidRDefault="00437113">
      <w:r>
        <w:t>- Nhân ái: Biết trân trọng công sức lao động của gia đình và người khác.</w:t>
      </w:r>
    </w:p>
    <w:p w:rsidR="00F4447C" w:rsidRDefault="00437113">
      <w:r>
        <w:t>- Chăm chỉ: Tích cực tham gia, rèn kĩ năng sử dụng tiền đúng mục đích.</w:t>
      </w:r>
    </w:p>
    <w:p w:rsidR="00F4447C" w:rsidRDefault="00437113">
      <w:r>
        <w:t>- Trung thực: Thanh toán đúng, trả tiền thừa và không gian dối khi mua bán.</w:t>
      </w:r>
    </w:p>
    <w:p w:rsidR="00F4447C" w:rsidRDefault="00437113">
      <w:r>
        <w:rPr>
          <w:b/>
          <w:i/>
          <w:color w:val="FF0000"/>
        </w:rPr>
        <w:t>4. Tích hợp</w:t>
      </w:r>
    </w:p>
    <w:p w:rsidR="00F4447C" w:rsidRDefault="00437113">
      <w:r>
        <w:rPr>
          <w:color w:val="FF0000"/>
        </w:rPr>
        <w:t>- Giáo dục tài chính, đạo đức - lối sống: HS biết quý trọng đồng tiền, chi tiêu tiết kiệm và ứng xử lịch sự, trung thực khi mua bán.</w:t>
      </w:r>
    </w:p>
    <w:p w:rsidR="00F4447C" w:rsidRDefault="00437113">
      <w:r>
        <w:rPr>
          <w:b/>
          <w:color w:val="FF0000"/>
        </w:rPr>
        <w:t>II. CHUẨN BỊ:</w:t>
      </w:r>
    </w:p>
    <w:p w:rsidR="00F4447C" w:rsidRDefault="00437113">
      <w:r>
        <w:t>- GV: Bộ thẻ hoặc hình ảnh các mệnh giá tiền Việt Nam; kính lúp; quầy hàng, thẻ giá; tranh SGK.</w:t>
      </w:r>
    </w:p>
    <w:p w:rsidR="00F4447C" w:rsidRDefault="00437113">
      <w:r>
        <w:t>- HS: Một số đồ dùng có ghi giá; giấy, bút; tâm thế tham gia trò chơi mua bán.</w:t>
      </w:r>
    </w:p>
    <w:p w:rsidR="00F4447C" w:rsidRDefault="00437113">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F4447C" w:rsidTr="008D10E8">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F4447C" w:rsidRDefault="00437113">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F4447C" w:rsidRDefault="00437113">
            <w:pPr>
              <w:jc w:val="center"/>
            </w:pPr>
            <w:r>
              <w:rPr>
                <w:b/>
              </w:rPr>
              <w:t>HOẠT ĐỘNG CỦA HỌC SINH</w:t>
            </w:r>
          </w:p>
        </w:tc>
      </w:tr>
      <w:tr w:rsidR="00F4447C" w:rsidTr="008D10E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1. KHỞI ĐỘNG</w:t>
            </w:r>
          </w:p>
          <w:p w:rsidR="00F4447C" w:rsidRDefault="00437113">
            <w:r>
              <w:rPr>
                <w:b/>
              </w:rPr>
              <w:t xml:space="preserve">- Mục tiêu: </w:t>
            </w:r>
            <w:r>
              <w:t>Gợi lại hiểu biết của HS về tiền Việt Nam và tạo hứng thú vào bài học.</w:t>
            </w:r>
          </w:p>
          <w:p w:rsidR="00F4447C" w:rsidRDefault="00437113">
            <w:r>
              <w:rPr>
                <w:b/>
                <w:i/>
              </w:rPr>
              <w:t>* Cách tiến hành:</w:t>
            </w:r>
          </w:p>
        </w:tc>
      </w:tr>
      <w:tr w:rsidR="00F4447C" w:rsidTr="008D10E8">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
              <w:t>- GV chiếu hoặc đưa các tờ tiền, mời HS nêu mệnh giá và đặc điểm dễ nhận biết.</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
              <w:t>- HS quan sát, nêu chữ số, màu sắc và hình ảnh trên tờ tiền.</w:t>
            </w:r>
          </w:p>
        </w:tc>
      </w:tr>
      <w:tr w:rsidR="00F4447C" w:rsidTr="008D10E8">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GV tổ chức trò chơi “Ai nhanh nhất?” nhận biết mệnh giá.</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HS giơ tay, trả lời nhanh và cổ vũ nhóm bạn.</w:t>
            </w:r>
          </w:p>
        </w:tc>
      </w:tr>
      <w:tr w:rsidR="00F4447C" w:rsidTr="008D10E8">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lastRenderedPageBreak/>
              <w:t>2. KHÁM PHÁ CHỦ ĐỀ</w:t>
            </w:r>
          </w:p>
          <w:p w:rsidR="00F4447C" w:rsidRDefault="00437113">
            <w:r>
              <w:rPr>
                <w:b/>
              </w:rPr>
              <w:t xml:space="preserve">- Mục tiêu: </w:t>
            </w:r>
            <w:r>
              <w:t>HS nhận biết điểm giống, khác nhau và ý nghĩa một số hình ảnh trên tiền Việt Nam.</w:t>
            </w:r>
          </w:p>
          <w:p w:rsidR="00F4447C" w:rsidRDefault="00437113">
            <w:r>
              <w:rPr>
                <w:b/>
                <w:i/>
              </w:rPr>
              <w:t>* Cách tiến hành:</w:t>
            </w:r>
          </w:p>
        </w:tc>
      </w:tr>
      <w:tr w:rsidR="00F4447C" w:rsidTr="008D10E8">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
              <w:rPr>
                <w:b/>
              </w:rPr>
              <w:t>Hoạt động 1: Tìm hiểu về đồng tiền Việt Nam</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
              <w:t>- HS chuẩn bị quan sát theo nhóm.</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r>
              <w:t>- GV chia nhóm, giao mỗi nhóm quan sát một tờ tiền: mệnh giá, màu sắc, vật liệu, mặt trước và mặt sau.</w:t>
            </w:r>
          </w:p>
        </w:tc>
        <w:tc>
          <w:tcPr>
            <w:tcW w:w="4586" w:type="dxa"/>
            <w:shd w:val="clear" w:color="auto" w:fill="auto"/>
            <w:tcMar>
              <w:top w:w="70" w:type="dxa"/>
              <w:left w:w="90" w:type="dxa"/>
              <w:bottom w:w="70" w:type="dxa"/>
              <w:right w:w="90" w:type="dxa"/>
            </w:tcMar>
            <w:vAlign w:val="center"/>
          </w:tcPr>
          <w:p w:rsidR="00F4447C" w:rsidRDefault="00437113">
            <w:r>
              <w:t>- HS dùng mắt hoặc kính lúp quan sát, ghi lại đặc điểm.</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
              <w:t>- GV mời đại diện nhóm trình bày và các nhóm bổ sung.</w:t>
            </w:r>
          </w:p>
        </w:tc>
        <w:tc>
          <w:tcPr>
            <w:tcW w:w="4586" w:type="dxa"/>
            <w:shd w:val="clear" w:color="auto" w:fill="auto"/>
            <w:tcMar>
              <w:top w:w="70" w:type="dxa"/>
              <w:left w:w="90" w:type="dxa"/>
              <w:bottom w:w="70" w:type="dxa"/>
              <w:right w:w="90" w:type="dxa"/>
            </w:tcMar>
            <w:vAlign w:val="center"/>
          </w:tcPr>
          <w:p w:rsidR="00F4447C" w:rsidRDefault="00437113">
            <w:r>
              <w:t>- Đại diện nhóm trình bày; HS khác lắng nghe, bổ sung.</w:t>
            </w:r>
          </w:p>
        </w:tc>
      </w:tr>
      <w:tr w:rsidR="00F4447C" w:rsidTr="0055185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GV kết luận: Các tờ tiền có mệnh giá, màu sắc, hình ảnh khác nhau; hình ảnh giới thiệu con người, lịch sử và cảnh đẹp Việt Nam.</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HS lắng nghe, nhắc lại điểm cần quan sát để không nhầm mệnh giá.</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3. THỰC HÀNH</w:t>
            </w:r>
            <w:r>
              <w:rPr>
                <w:b/>
              </w:rPr>
              <w:br/>
              <w:t>HOẠT ĐỘNG MỞ RỘNG VÀ TỔNG KẾT CHỦ ĐỀ</w:t>
            </w:r>
            <w:r>
              <w:rPr>
                <w:b/>
              </w:rPr>
              <w:br/>
              <w:t>Trò chơi “Đi chợ”</w:t>
            </w:r>
          </w:p>
          <w:p w:rsidR="00F4447C" w:rsidRDefault="00437113">
            <w:r>
              <w:rPr>
                <w:b/>
              </w:rPr>
              <w:t xml:space="preserve">- Mục tiêu: </w:t>
            </w:r>
            <w:r>
              <w:t>HS thực hành lựa chọn hàng, tính số tiền cần trả, giao tiếp lịch sự và kiểm tra sản phẩm.</w:t>
            </w:r>
          </w:p>
          <w:p w:rsidR="00F4447C" w:rsidRDefault="00437113">
            <w:r>
              <w:rPr>
                <w:b/>
                <w:color w:val="FF0000"/>
              </w:rPr>
              <w:t xml:space="preserve">Mục tiêu tích hợp: </w:t>
            </w:r>
            <w:r>
              <w:rPr>
                <w:color w:val="FF0000"/>
              </w:rPr>
              <w:t>HS hiểu đồng tiền do lao động làm ra; biết mua đúng nhu cầu, tiết kiệm, trung thực và lịch sự.</w:t>
            </w:r>
          </w:p>
          <w:p w:rsidR="00F4447C" w:rsidRDefault="00437113">
            <w:r>
              <w:rPr>
                <w:b/>
                <w:i/>
              </w:rPr>
              <w:t>* Cách tiến hành:</w:t>
            </w:r>
          </w:p>
        </w:tc>
      </w:tr>
      <w:tr w:rsidR="00F4447C" w:rsidTr="0055185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sidP="00551856">
            <w:pPr>
              <w:jc w:val="both"/>
            </w:pPr>
            <w:r>
              <w:t>- GV bố trí các quầy hàng, gắn thẻ giá và hướng dẫn HS phân vai người bán, người mua.</w:t>
            </w:r>
          </w:p>
          <w:p w:rsidR="00F4447C" w:rsidRDefault="00F4447C" w:rsidP="00551856">
            <w:pPr>
              <w:jc w:val="both"/>
            </w:pP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sidP="00551856">
            <w:pPr>
              <w:jc w:val="both"/>
            </w:pPr>
            <w:r>
              <w:t>- HS về nhóm, nhận vai và thống nhất cách chơi.</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pPr>
              <w:jc w:val="both"/>
            </w:pPr>
            <w:r>
              <w:t>- GV nhắc người bán giới thiệu sản phẩm, nói đúng giá, mời khách và cảm ơn; người mua hỏi thông tin, kiểm tra hàng và tính tiền.</w:t>
            </w:r>
          </w:p>
        </w:tc>
        <w:tc>
          <w:tcPr>
            <w:tcW w:w="4586" w:type="dxa"/>
            <w:shd w:val="clear" w:color="auto" w:fill="auto"/>
            <w:tcMar>
              <w:top w:w="70" w:type="dxa"/>
              <w:left w:w="90" w:type="dxa"/>
              <w:bottom w:w="70" w:type="dxa"/>
              <w:right w:w="90" w:type="dxa"/>
            </w:tcMar>
            <w:vAlign w:val="center"/>
          </w:tcPr>
          <w:p w:rsidR="00F4447C" w:rsidRDefault="00437113" w:rsidP="00551856">
            <w:pPr>
              <w:jc w:val="both"/>
            </w:pPr>
            <w:r>
              <w:t>- HS thực hành mua bán, trao đổi lịch sự và thanh toán đúng.</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pPr>
              <w:jc w:val="both"/>
            </w:pPr>
            <w:r>
              <w:t>- GV hỏi sau trò chơi: Em mua gì? Vì sao chọn? Em chi bao nhiêu? Em có kiểm tra hàng và tiền thừa không?</w:t>
            </w:r>
          </w:p>
        </w:tc>
        <w:tc>
          <w:tcPr>
            <w:tcW w:w="4586" w:type="dxa"/>
            <w:shd w:val="clear" w:color="auto" w:fill="auto"/>
            <w:tcMar>
              <w:top w:w="70" w:type="dxa"/>
              <w:left w:w="90" w:type="dxa"/>
              <w:bottom w:w="70" w:type="dxa"/>
              <w:right w:w="90" w:type="dxa"/>
            </w:tcMar>
            <w:vAlign w:val="center"/>
          </w:tcPr>
          <w:p w:rsidR="00F4447C" w:rsidRDefault="00437113" w:rsidP="00551856">
            <w:pPr>
              <w:jc w:val="both"/>
            </w:pPr>
            <w:r>
              <w:t>- HS trả lời theo trải nghiệm, tự nhận xét vai chơi của mình.</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pPr>
              <w:jc w:val="both"/>
            </w:pPr>
            <w:r>
              <w:rPr>
                <w:b/>
                <w:color w:val="FF0000"/>
              </w:rPr>
              <w:lastRenderedPageBreak/>
              <w:t xml:space="preserve">Câu hỏi dẫn tích hợp: </w:t>
            </w:r>
            <w:r>
              <w:rPr>
                <w:color w:val="FF0000"/>
              </w:rPr>
              <w:t>Để có tiền mua hàng, cha mẹ và người lao động phải làm gì? Khi có một số tiền nhất định, em nên ưu tiên món đồ cần thiết hay món đồ chỉ thích nhất thời? Vì sao?</w:t>
            </w:r>
          </w:p>
        </w:tc>
        <w:tc>
          <w:tcPr>
            <w:tcW w:w="4586" w:type="dxa"/>
            <w:shd w:val="clear" w:color="auto" w:fill="auto"/>
            <w:tcMar>
              <w:top w:w="70" w:type="dxa"/>
              <w:left w:w="90" w:type="dxa"/>
              <w:bottom w:w="70" w:type="dxa"/>
              <w:right w:w="90" w:type="dxa"/>
            </w:tcMar>
            <w:vAlign w:val="center"/>
          </w:tcPr>
          <w:p w:rsidR="00F4447C" w:rsidRDefault="00437113" w:rsidP="00551856">
            <w:pPr>
              <w:jc w:val="both"/>
            </w:pPr>
            <w:r>
              <w:t>- HS nêu: người lớn phải lao động; nên ưu tiên nhu cầu cần thiết, giữ lại phần chưa dùng và không mua lãng phí.</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pPr>
              <w:jc w:val="both"/>
            </w:pPr>
            <w:r>
              <w:rPr>
                <w:b/>
                <w:color w:val="FF0000"/>
              </w:rPr>
              <w:t xml:space="preserve">Diễn giải tích hợp: </w:t>
            </w:r>
            <w:r>
              <w:rPr>
                <w:color w:val="FF0000"/>
              </w:rPr>
              <w:t>GV giúp HS hiểu tiền được tạo ra từ công sức lao động nên cần được giữ gìn và sử dụng đúng mục đích. Khi mua hàng, trước hết phải xác định mình cần gì, xem giá có phù hợp không, kiểm tra chất lượng và số lượng, không đòi mua quá khả năng của gia đình. Người bán và người mua đều cần trung thực, nói lời mời, cảm ơn, xin lỗi đúng lúc; không lấy hàng khi chưa trả tiền, không giữ tiền thừa của người khác. Biết tiết kiệm không có nghĩa là không được mua gì, mà là biết ưu tiên, tránh lãng phí và dành một phần cho mục tiêu tốt đẹp hoặc giúp đỡ người khác.</w:t>
            </w:r>
          </w:p>
        </w:tc>
        <w:tc>
          <w:tcPr>
            <w:tcW w:w="4586" w:type="dxa"/>
            <w:shd w:val="clear" w:color="auto" w:fill="auto"/>
            <w:tcMar>
              <w:top w:w="70" w:type="dxa"/>
              <w:left w:w="90" w:type="dxa"/>
              <w:bottom w:w="70" w:type="dxa"/>
              <w:right w:w="90" w:type="dxa"/>
            </w:tcMar>
            <w:vAlign w:val="center"/>
          </w:tcPr>
          <w:p w:rsidR="00F4447C" w:rsidRDefault="00437113" w:rsidP="00551856">
            <w:pPr>
              <w:jc w:val="both"/>
            </w:pPr>
            <w:r>
              <w:t>- HS lắng nghe, nêu được một hành vi thể hiện quý trọng đồng tiền và một lời nói lịch sự khi mua bán.</w:t>
            </w:r>
          </w:p>
        </w:tc>
      </w:tr>
      <w:tr w:rsidR="00F4447C" w:rsidTr="0055185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sidP="00551856">
            <w:pPr>
              <w:jc w:val="both"/>
            </w:pPr>
            <w:r>
              <w:t>- GV cùng HS đọc: “Nhờ công sức lao động - Mới làm ra đồng tiền - Em giữ gìn quý trọng - Học tiêu tiền thông minh”.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sidP="00551856">
            <w:pPr>
              <w:jc w:val="both"/>
            </w:pPr>
            <w:r>
              <w:t>- HS đọc đồng thanh và ghi nhớ thông điệp.</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sidP="00551856">
            <w:r>
              <w:rPr>
                <w:b/>
              </w:rPr>
              <w:t>4. VẬN DỤNG</w:t>
            </w:r>
            <w:r>
              <w:rPr>
                <w:b/>
              </w:rPr>
              <w:br/>
              <w:t>HOẠT ĐỘNG SAU GIỜ HỌC (CAM KẾT HÀNH ĐỘNG)</w:t>
            </w:r>
          </w:p>
          <w:p w:rsidR="00F4447C" w:rsidRDefault="00437113" w:rsidP="00551856">
            <w:pPr>
              <w:jc w:val="both"/>
            </w:pPr>
            <w:r>
              <w:rPr>
                <w:b/>
              </w:rPr>
              <w:t xml:space="preserve">- Mục tiêu: </w:t>
            </w:r>
            <w:r>
              <w:t>HS thực hành quan sát, nhận biết và sử dụng tiền cùng người thân dưới sự hướng dẫn.</w:t>
            </w:r>
          </w:p>
          <w:p w:rsidR="00F4447C" w:rsidRDefault="00437113" w:rsidP="00551856">
            <w:pPr>
              <w:jc w:val="both"/>
            </w:pPr>
            <w:r>
              <w:rPr>
                <w:b/>
                <w:i/>
              </w:rPr>
              <w:t>* Cách tiến hành:</w:t>
            </w:r>
          </w:p>
        </w:tc>
      </w:tr>
      <w:tr w:rsidR="00F4447C" w:rsidTr="0055185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sidP="00551856">
            <w:pPr>
              <w:jc w:val="both"/>
            </w:pPr>
            <w:r>
              <w:t>- GV dặn HS cùng người thân quan sát thêm các tờ tiền Việt Nam, nhận biết mệnh giá và cách bảo quản.</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sidP="00551856">
            <w:pPr>
              <w:jc w:val="both"/>
            </w:pPr>
            <w:r>
              <w:t>- HS nhận nhiệm vụ, cam kết không tự ý lấy hoặc sử dụng tiền.</w:t>
            </w:r>
          </w:p>
        </w:tc>
      </w:tr>
      <w:tr w:rsidR="00F4447C" w:rsidTr="008D10E8">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pPr>
              <w:jc w:val="both"/>
            </w:pPr>
            <w:r>
              <w:t>- GV gợi ý HS xin phép đi mua một món đồ cần thiết cùng người thân, tự trả tiền và kiểm tra món đồ sau khi mua.</w:t>
            </w:r>
          </w:p>
        </w:tc>
        <w:tc>
          <w:tcPr>
            <w:tcW w:w="4586" w:type="dxa"/>
            <w:shd w:val="clear" w:color="auto" w:fill="auto"/>
            <w:tcMar>
              <w:top w:w="70" w:type="dxa"/>
              <w:left w:w="90" w:type="dxa"/>
              <w:bottom w:w="70" w:type="dxa"/>
              <w:right w:w="90" w:type="dxa"/>
            </w:tcMar>
            <w:vAlign w:val="center"/>
          </w:tcPr>
          <w:p w:rsidR="00F4447C" w:rsidRDefault="00437113" w:rsidP="00551856">
            <w:pPr>
              <w:jc w:val="both"/>
            </w:pPr>
            <w:r>
              <w:t>- HS lắng nghe, thực hiện cùng người lớn và chuẩn bị chia sẻ cảm xúc.</w:t>
            </w:r>
          </w:p>
        </w:tc>
      </w:tr>
    </w:tbl>
    <w:p w:rsidR="00F4447C" w:rsidRDefault="00437113">
      <w:r>
        <w:rPr>
          <w:b/>
          <w:color w:val="FF0000"/>
        </w:rPr>
        <w:t>IV. ĐIỀU CHỈNH SAU BÀI DẠY:</w:t>
      </w:r>
    </w:p>
    <w:p w:rsidR="00F4447C" w:rsidRDefault="00437113">
      <w:r>
        <w:t>................................................................................................................</w:t>
      </w:r>
    </w:p>
    <w:p w:rsidR="00F4447C" w:rsidRDefault="00437113">
      <w:r>
        <w:t>................................................................................................................</w:t>
      </w:r>
    </w:p>
    <w:p w:rsidR="00F4447C" w:rsidRPr="00551856" w:rsidRDefault="00437113" w:rsidP="00551856">
      <w:pPr>
        <w:pageBreakBefore/>
        <w:jc w:val="both"/>
      </w:pPr>
      <w:r w:rsidRPr="00551856">
        <w:rPr>
          <w:b/>
        </w:rPr>
        <w:lastRenderedPageBreak/>
        <w:t>KẾ HOẠCH BÀI DẠY MÔN HOẠT ĐỘNG TRẢI NGHIỆM LỚP 2</w:t>
      </w:r>
    </w:p>
    <w:p w:rsidR="00F4447C" w:rsidRPr="00551856" w:rsidRDefault="00437113" w:rsidP="00551856">
      <w:pPr>
        <w:jc w:val="both"/>
      </w:pPr>
      <w:r w:rsidRPr="00551856">
        <w:rPr>
          <w:b/>
        </w:rPr>
        <w:t>CHỦ ĐỀ 2: RÈN NẾP SỐNG</w:t>
      </w:r>
    </w:p>
    <w:p w:rsidR="00F4447C" w:rsidRPr="00551856" w:rsidRDefault="00437113" w:rsidP="00551856">
      <w:pPr>
        <w:jc w:val="both"/>
      </w:pPr>
      <w:r w:rsidRPr="00551856">
        <w:rPr>
          <w:b/>
        </w:rPr>
        <w:t>TUẦN 8: TIẾT 3</w:t>
      </w:r>
    </w:p>
    <w:p w:rsidR="00F4447C" w:rsidRPr="00551856" w:rsidRDefault="00437113" w:rsidP="00551856">
      <w:pPr>
        <w:jc w:val="both"/>
      </w:pPr>
      <w:r w:rsidRPr="00551856">
        <w:rPr>
          <w:b/>
        </w:rPr>
        <w:t>SINH HOẠT LỚP: SƠ KẾT TUẦN 8 - GẤP VÍ ĐỰNG TIỀN - TỰ ĐÁNH GIÁ SAU CHỦ ĐỀ</w:t>
      </w:r>
    </w:p>
    <w:p w:rsidR="00F4447C" w:rsidRPr="00551856" w:rsidRDefault="00437113" w:rsidP="00551856">
      <w:pPr>
        <w:jc w:val="both"/>
      </w:pPr>
      <w:r w:rsidRPr="00551856">
        <w:rPr>
          <w:b/>
        </w:rPr>
        <w:t>Thời gian thực hiện: ...</w:t>
      </w:r>
    </w:p>
    <w:p w:rsidR="00F4447C" w:rsidRPr="00551856" w:rsidRDefault="00437113" w:rsidP="00551856">
      <w:pPr>
        <w:jc w:val="both"/>
      </w:pPr>
      <w:r w:rsidRPr="00551856">
        <w:rPr>
          <w:b/>
        </w:rPr>
        <w:t>I. YÊU CẦU CẦN ĐẠT:</w:t>
      </w:r>
    </w:p>
    <w:p w:rsidR="00F4447C" w:rsidRPr="00551856" w:rsidRDefault="00437113" w:rsidP="00551856">
      <w:pPr>
        <w:jc w:val="both"/>
      </w:pPr>
      <w:r w:rsidRPr="00551856">
        <w:rPr>
          <w:b/>
          <w:i/>
        </w:rPr>
        <w:t>1. Năng lực đặc thù</w:t>
      </w:r>
    </w:p>
    <w:p w:rsidR="00F4447C" w:rsidRPr="00551856" w:rsidRDefault="00437113" w:rsidP="00551856">
      <w:pPr>
        <w:jc w:val="both"/>
      </w:pPr>
      <w:r w:rsidRPr="00551856">
        <w:t>- HS tự đánh giá hoạt động tuần 8 và xác định phương hướng tuần 9.</w:t>
      </w:r>
    </w:p>
    <w:p w:rsidR="00F4447C" w:rsidRPr="00551856" w:rsidRDefault="00437113" w:rsidP="00551856">
      <w:pPr>
        <w:jc w:val="both"/>
      </w:pPr>
      <w:r w:rsidRPr="00551856">
        <w:t>- HS chia sẻ trải nghiệm sử dụng tiền cùng người thân; thực hành gấp ví đựng tiền.</w:t>
      </w:r>
    </w:p>
    <w:p w:rsidR="00F4447C" w:rsidRPr="00551856" w:rsidRDefault="00437113" w:rsidP="00551856">
      <w:pPr>
        <w:jc w:val="both"/>
      </w:pPr>
      <w:r w:rsidRPr="00551856">
        <w:t>- HS tự đánh giá việc rèn nếp sống sau chủ đề.</w:t>
      </w:r>
    </w:p>
    <w:p w:rsidR="00F4447C" w:rsidRPr="00551856" w:rsidRDefault="00437113" w:rsidP="00551856">
      <w:pPr>
        <w:jc w:val="both"/>
      </w:pPr>
      <w:r w:rsidRPr="00551856">
        <w:rPr>
          <w:b/>
          <w:i/>
        </w:rPr>
        <w:t>2. Năng lực chung</w:t>
      </w:r>
    </w:p>
    <w:p w:rsidR="00F4447C" w:rsidRPr="00551856" w:rsidRDefault="00437113" w:rsidP="00551856">
      <w:pPr>
        <w:jc w:val="both"/>
      </w:pPr>
      <w:r w:rsidRPr="00551856">
        <w:t>- Năng lực tự chủ và tự học: Biết tự nhìn nhận thói quen chi tiêu, giữ gìn tiền và nề nếp cá nhân.</w:t>
      </w:r>
    </w:p>
    <w:p w:rsidR="00F4447C" w:rsidRPr="00551856" w:rsidRDefault="00437113" w:rsidP="00551856">
      <w:pPr>
        <w:jc w:val="both"/>
      </w:pPr>
      <w:r w:rsidRPr="00551856">
        <w:t>- Năng lực giao tiếp và hợp tác: Biết chia sẻ, nhận xét và hỗ trợ bạn gấp ví.</w:t>
      </w:r>
    </w:p>
    <w:p w:rsidR="00F4447C" w:rsidRPr="00551856" w:rsidRDefault="00437113" w:rsidP="00551856">
      <w:pPr>
        <w:jc w:val="both"/>
      </w:pPr>
      <w:r w:rsidRPr="00551856">
        <w:t>- Năng lực giải quyết vấn đề và sáng tạo: Biết lựa chọn cách giữ tiền an toàn, trang trí sản phẩm phù hợp.</w:t>
      </w:r>
    </w:p>
    <w:p w:rsidR="00F4447C" w:rsidRDefault="00437113">
      <w:r>
        <w:rPr>
          <w:b/>
          <w:i/>
        </w:rPr>
        <w:t>3. Phẩm chất</w:t>
      </w:r>
    </w:p>
    <w:p w:rsidR="00F4447C" w:rsidRDefault="00437113">
      <w:r>
        <w:t>- Chăm chỉ: Hoàn thành sản phẩm cẩn thận.</w:t>
      </w:r>
    </w:p>
    <w:p w:rsidR="00F4447C" w:rsidRDefault="00437113">
      <w:r>
        <w:t>- Trách nhiệm: Giữ gìn tiền và đồ dùng, không khoe hoặc đưa tiền cho người lạ.</w:t>
      </w:r>
    </w:p>
    <w:p w:rsidR="00F4447C" w:rsidRDefault="00437113">
      <w:r>
        <w:t>- Tiết kiệm: Biết dành tiền lẻ cho mục tiêu phù hợp.</w:t>
      </w:r>
    </w:p>
    <w:p w:rsidR="00F4447C" w:rsidRDefault="00437113">
      <w:r>
        <w:rPr>
          <w:b/>
          <w:i/>
          <w:color w:val="FF0000"/>
        </w:rPr>
        <w:t>4. Tích hợp</w:t>
      </w:r>
    </w:p>
    <w:p w:rsidR="00F4447C" w:rsidRDefault="00437113">
      <w:r>
        <w:rPr>
          <w:color w:val="FF0000"/>
        </w:rPr>
        <w:t>- Tích hợp năng lực số 2.3.CB1a: Nhận biết một số dịch vụ số đơn giản như thanh toán bằng mã QR hoặc ví điện tử và biết chỉ sử dụng dưới sự hướng dẫn của người lớn.</w:t>
      </w:r>
    </w:p>
    <w:p w:rsidR="00F4447C" w:rsidRDefault="00437113">
      <w:r>
        <w:rPr>
          <w:color w:val="FF0000"/>
        </w:rPr>
        <w:t>- Tích hợp AI - YCCĐ 2.A2.2: Nhận biết ứng dụng AI hỗ trợ người khiếm thị nhận diện mệnh giá tiền, nhưng con người vẫn phải kiểm tra và bảo đảm an toàn.</w:t>
      </w:r>
    </w:p>
    <w:p w:rsidR="00F4447C" w:rsidRDefault="00437113">
      <w:r>
        <w:rPr>
          <w:b/>
          <w:color w:val="FF0000"/>
        </w:rPr>
        <w:t>II. CHUẨN BỊ:</w:t>
      </w:r>
    </w:p>
    <w:p w:rsidR="00F4447C" w:rsidRDefault="00437113">
      <w:r>
        <w:t>- GV: Giấy bìa, kéo, keo dán; mẫu ví; hình ảnh thanh toán QR và ứng dụng nhận diện tiền; tranh SGK.</w:t>
      </w:r>
    </w:p>
    <w:p w:rsidR="00F4447C" w:rsidRDefault="00437113">
      <w:r>
        <w:t>- HS: Giấy, bút màu; kết quả trải nghiệm mua hàng; tâm thế chia sẻ và thực hành.</w:t>
      </w:r>
    </w:p>
    <w:p w:rsidR="00F4447C" w:rsidRDefault="00437113">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F4447C" w:rsidTr="00551856">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F4447C" w:rsidRDefault="00437113">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F4447C" w:rsidRDefault="00437113">
            <w:pPr>
              <w:jc w:val="center"/>
            </w:pPr>
            <w:r>
              <w:rPr>
                <w:b/>
              </w:rPr>
              <w:t>HOẠT ĐỘNG CỦA HỌC SINH</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1. KHỞI ĐỘNG</w:t>
            </w:r>
          </w:p>
          <w:p w:rsidR="00F4447C" w:rsidRDefault="00437113">
            <w:r>
              <w:rPr>
                <w:b/>
              </w:rPr>
              <w:t xml:space="preserve">- Mục tiêu: </w:t>
            </w:r>
            <w:r>
              <w:t>Tạo không khí vui vẻ và giúp HS sẵn sàng tham gia tiết sinh hoạt lớp.</w:t>
            </w:r>
          </w:p>
          <w:p w:rsidR="00F4447C" w:rsidRDefault="00437113">
            <w:r>
              <w:rPr>
                <w:b/>
                <w:i/>
              </w:rPr>
              <w:t>* Cách tiến hành:</w:t>
            </w:r>
          </w:p>
        </w:tc>
      </w:tr>
      <w:tr w:rsidR="00F4447C" w:rsidTr="00551856">
        <w:trPr>
          <w:cantSplit/>
          <w:jc w:val="center"/>
        </w:trPr>
        <w:tc>
          <w:tcPr>
            <w:tcW w:w="5187" w:type="dxa"/>
            <w:tcBorders>
              <w:top w:val="single" w:sz="6" w:space="0" w:color="000000"/>
              <w:bottom w:val="single" w:sz="6" w:space="0" w:color="000000"/>
            </w:tcBorders>
            <w:shd w:val="clear" w:color="auto" w:fill="auto"/>
            <w:tcMar>
              <w:top w:w="70" w:type="dxa"/>
              <w:left w:w="90" w:type="dxa"/>
              <w:bottom w:w="70" w:type="dxa"/>
              <w:right w:w="90" w:type="dxa"/>
            </w:tcMar>
            <w:vAlign w:val="center"/>
          </w:tcPr>
          <w:p w:rsidR="00F4447C" w:rsidRDefault="00437113">
            <w:r>
              <w:t>- GV tổ chức trò chơi gọi nhanh mệnh giá hoặc hát vận động.</w:t>
            </w:r>
          </w:p>
        </w:tc>
        <w:tc>
          <w:tcPr>
            <w:tcW w:w="4586" w:type="dxa"/>
            <w:tcBorders>
              <w:top w:val="single" w:sz="6" w:space="0" w:color="000000"/>
              <w:bottom w:val="single" w:sz="6" w:space="0" w:color="000000"/>
            </w:tcBorders>
            <w:shd w:val="clear" w:color="auto" w:fill="auto"/>
            <w:tcMar>
              <w:top w:w="70" w:type="dxa"/>
              <w:left w:w="90" w:type="dxa"/>
              <w:bottom w:w="70" w:type="dxa"/>
              <w:right w:w="90" w:type="dxa"/>
            </w:tcMar>
            <w:vAlign w:val="center"/>
          </w:tcPr>
          <w:p w:rsidR="00F4447C" w:rsidRDefault="00437113">
            <w:r>
              <w:t>- HS tham gia và ổn định vị trí.</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lastRenderedPageBreak/>
              <w:t>2. HOẠT ĐỘNG TỔNG KẾT TUẦN</w:t>
            </w:r>
          </w:p>
          <w:p w:rsidR="00F4447C" w:rsidRDefault="00437113">
            <w:r>
              <w:rPr>
                <w:b/>
              </w:rPr>
              <w:t>- Mục tiêu:</w:t>
            </w:r>
          </w:p>
          <w:p w:rsidR="00F4447C" w:rsidRDefault="00437113">
            <w:r>
              <w:t>- HS nhận xét được kết quả hoạt động trong tuần 8.</w:t>
            </w:r>
          </w:p>
          <w:p w:rsidR="00F4447C" w:rsidRDefault="00437113">
            <w:r>
              <w:t>- HS xác định được phương hướng và những việc cần thực hiện trong tuần 9.</w:t>
            </w:r>
          </w:p>
          <w:p w:rsidR="00F4447C" w:rsidRDefault="00437113">
            <w:r>
              <w:rPr>
                <w:b/>
                <w:i/>
              </w:rPr>
              <w:t>* Cách tiến hành:</w:t>
            </w:r>
          </w:p>
        </w:tc>
      </w:tr>
      <w:tr w:rsidR="00F4447C" w:rsidTr="0055185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
              <w:rPr>
                <w:b/>
              </w:rPr>
              <w:t>2.1. Tổng kết các hoạt động trong tuần 8</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
              <w:t>- HS chuẩn bị báo cáo kết quả hoạt động tuần 8.</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mời lớp trưởng điều hành phần tổng kết tuần.</w:t>
            </w:r>
          </w:p>
        </w:tc>
        <w:tc>
          <w:tcPr>
            <w:tcW w:w="4586" w:type="dxa"/>
            <w:shd w:val="clear" w:color="auto" w:fill="auto"/>
            <w:tcMar>
              <w:top w:w="70" w:type="dxa"/>
              <w:left w:w="90" w:type="dxa"/>
              <w:bottom w:w="70" w:type="dxa"/>
              <w:right w:w="90" w:type="dxa"/>
            </w:tcMar>
            <w:vAlign w:val="center"/>
          </w:tcPr>
          <w:p w:rsidR="00F4447C" w:rsidRDefault="00437113">
            <w:r>
              <w:t>- Lớp trưởng lên trước lớp, nhận nhiệm vụ điều hành.</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theo dõi, hỗ trợ lớp trưởng và các tổ khi cần.</w:t>
            </w:r>
          </w:p>
        </w:tc>
        <w:tc>
          <w:tcPr>
            <w:tcW w:w="4586" w:type="dxa"/>
            <w:shd w:val="clear" w:color="auto" w:fill="auto"/>
            <w:tcMar>
              <w:top w:w="70" w:type="dxa"/>
              <w:left w:w="90" w:type="dxa"/>
              <w:bottom w:w="70" w:type="dxa"/>
              <w:right w:w="90" w:type="dxa"/>
            </w:tcMar>
            <w:vAlign w:val="center"/>
          </w:tcPr>
          <w:p w:rsidR="00F4447C" w:rsidRDefault="00437113">
            <w:r>
              <w:t>- Lớp trưởng mời các tổ thảo luận, tự đánh giá việc thực hiện nền nếp, học tập, phong trào và nhiệm vụ được giao.</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mời các tổ trưởng lần lượt báo cáo, nêu rõ việc làm tốt và nội dung cần khắc phục.</w:t>
            </w:r>
          </w:p>
        </w:tc>
        <w:tc>
          <w:tcPr>
            <w:tcW w:w="4586" w:type="dxa"/>
            <w:shd w:val="clear" w:color="auto" w:fill="auto"/>
            <w:tcMar>
              <w:top w:w="70" w:type="dxa"/>
              <w:left w:w="90" w:type="dxa"/>
              <w:bottom w:w="70" w:type="dxa"/>
              <w:right w:w="90" w:type="dxa"/>
            </w:tcMar>
            <w:vAlign w:val="center"/>
          </w:tcPr>
          <w:p w:rsidR="00F4447C" w:rsidRDefault="00437113">
            <w:r>
              <w:t>- Tổ trưởng báo cáo; các thành viên lắng nghe, bổ sung và tự đối chiếu với việc làm của bản thân.</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mời lớp trưởng tổng hợp, nêu nhận xét chung về tình hình lớp.</w:t>
            </w:r>
          </w:p>
        </w:tc>
        <w:tc>
          <w:tcPr>
            <w:tcW w:w="4586" w:type="dxa"/>
            <w:shd w:val="clear" w:color="auto" w:fill="auto"/>
            <w:tcMar>
              <w:top w:w="70" w:type="dxa"/>
              <w:left w:w="90" w:type="dxa"/>
              <w:bottom w:w="70" w:type="dxa"/>
              <w:right w:w="90" w:type="dxa"/>
            </w:tcMar>
            <w:vAlign w:val="center"/>
          </w:tcPr>
          <w:p w:rsidR="00F4447C" w:rsidRDefault="00437113">
            <w:r>
              <w:t>- Lớp trưởng tổng hợp, tuyên dương việc làm tốt và nhắc lại những tồn tại cần khắc phục.</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nhận xét chung, biểu dương HS tiến bộ và nhắc nhở những nội dung cần điều chỉnh.</w:t>
            </w:r>
          </w:p>
        </w:tc>
        <w:tc>
          <w:tcPr>
            <w:tcW w:w="4586" w:type="dxa"/>
            <w:shd w:val="clear" w:color="auto" w:fill="auto"/>
            <w:tcMar>
              <w:top w:w="70" w:type="dxa"/>
              <w:left w:w="90" w:type="dxa"/>
              <w:bottom w:w="70" w:type="dxa"/>
              <w:right w:w="90" w:type="dxa"/>
            </w:tcMar>
            <w:vAlign w:val="center"/>
          </w:tcPr>
          <w:p w:rsidR="00F4447C" w:rsidRDefault="00437113">
            <w:r>
              <w:t>- HS lắng nghe, rút kinh nghiệm và xác định việc bản thân cần cố gắng.</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rPr>
                <w:b/>
              </w:rPr>
              <w:t>2.2. Phương hướng hoạt động tuần 9</w:t>
            </w:r>
          </w:p>
        </w:tc>
        <w:tc>
          <w:tcPr>
            <w:tcW w:w="4586" w:type="dxa"/>
            <w:shd w:val="clear" w:color="auto" w:fill="auto"/>
            <w:tcMar>
              <w:top w:w="70" w:type="dxa"/>
              <w:left w:w="90" w:type="dxa"/>
              <w:bottom w:w="70" w:type="dxa"/>
              <w:right w:w="90" w:type="dxa"/>
            </w:tcMar>
            <w:vAlign w:val="center"/>
          </w:tcPr>
          <w:p w:rsidR="00F4447C" w:rsidRDefault="00437113">
            <w:r>
              <w:t>- HS chuẩn bị đề xuất biện pháp thực hiện nhiệm vụ tuần 9.</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yêu cầu HS nhắc lại những tồn tại trong tuần 8.</w:t>
            </w:r>
          </w:p>
        </w:tc>
        <w:tc>
          <w:tcPr>
            <w:tcW w:w="4586" w:type="dxa"/>
            <w:shd w:val="clear" w:color="auto" w:fill="auto"/>
            <w:tcMar>
              <w:top w:w="70" w:type="dxa"/>
              <w:left w:w="90" w:type="dxa"/>
              <w:bottom w:w="70" w:type="dxa"/>
              <w:right w:w="90" w:type="dxa"/>
            </w:tcMar>
            <w:vAlign w:val="center"/>
          </w:tcPr>
          <w:p w:rsidR="00F4447C" w:rsidRDefault="00437113">
            <w:r>
              <w:t>- HS lần lượt nêu những nội dung lớp hoặc bản thân cần khắc phục trong tuần 9.</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hỏi: Trong tuần 9, chúng ta cần làm gì để thực hiện tốt nền nếp, học tập và các phong trào của lớp?</w:t>
            </w:r>
          </w:p>
        </w:tc>
        <w:tc>
          <w:tcPr>
            <w:tcW w:w="4586" w:type="dxa"/>
            <w:shd w:val="clear" w:color="auto" w:fill="auto"/>
            <w:tcMar>
              <w:top w:w="70" w:type="dxa"/>
              <w:left w:w="90" w:type="dxa"/>
              <w:bottom w:w="70" w:type="dxa"/>
              <w:right w:w="90" w:type="dxa"/>
            </w:tcMar>
            <w:vAlign w:val="center"/>
          </w:tcPr>
          <w:p w:rsidR="00F4447C" w:rsidRDefault="00437113">
            <w:r>
              <w:t>- HS thảo luận, nêu biện pháp: đi học đúng giờ, chuẩn bị đủ đồ dùng, giữ trật tự, học tập tích cực, đoàn kết và hoàn thành nhiệm vụ.</w:t>
            </w:r>
          </w:p>
        </w:tc>
      </w:tr>
      <w:tr w:rsidR="00F4447C" w:rsidTr="0055185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GV tổng hợp ý kiến, chốt phương hướng hoạt động tuần 9 và mời cả lớp biểu quyết.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HS ghi nhớ phương hướng và biểu quyết thực hiện bằng cách giơ tay.</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3. CHIA SẺ THU HOẠCH SAU TRẢI NGHIỆM LẦN TRƯỚC</w:t>
            </w:r>
          </w:p>
          <w:p w:rsidR="00F4447C" w:rsidRDefault="00437113">
            <w:r>
              <w:rPr>
                <w:b/>
              </w:rPr>
              <w:t xml:space="preserve">- Mục tiêu: </w:t>
            </w:r>
            <w:r>
              <w:t>HS chia sẻ được cảm xúc và việc đã làm khi mua hàng cùng người thân.</w:t>
            </w:r>
          </w:p>
          <w:p w:rsidR="00F4447C" w:rsidRDefault="00437113">
            <w:r>
              <w:rPr>
                <w:b/>
                <w:i/>
              </w:rPr>
              <w:t>* Cách tiến hành:</w:t>
            </w:r>
          </w:p>
        </w:tc>
      </w:tr>
      <w:tr w:rsidR="00F4447C" w:rsidTr="0055185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
              <w:lastRenderedPageBreak/>
              <w:t>- GV mời HS kể theo tổ về lần tự chọn món đồ, trả tiền hoặc quan sát người thân mua hàng.</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
              <w:t>- HS kể món đồ, số tiền, cách kiểm tra và cảm xúc của mình.</w:t>
            </w:r>
          </w:p>
        </w:tc>
      </w:tr>
      <w:tr w:rsidR="00F4447C" w:rsidTr="0055185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GV hỏi: Em đã làm gì để thể hiện sự lịch sự và quý trọng đồng tiền?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HS nêu: hỏi phép, nói cảm ơn, giữ tiền cẩn thận, không mua đồ không cần thiết.</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r>
              <w:rPr>
                <w:b/>
              </w:rPr>
              <w:t>4. HOẠT ĐỘNG NHÓM</w:t>
            </w:r>
            <w:r>
              <w:rPr>
                <w:b/>
              </w:rPr>
              <w:br/>
              <w:t>Gấp ví đựng tiền</w:t>
            </w:r>
          </w:p>
          <w:p w:rsidR="00F4447C" w:rsidRDefault="00437113">
            <w:r>
              <w:rPr>
                <w:b/>
              </w:rPr>
              <w:t xml:space="preserve">- Mục tiêu: </w:t>
            </w:r>
            <w:r>
              <w:t>HS thực hành gấp ví, biết giữ tiền ngăn nắp và nhận biết hình thức thanh toán số đơn giản.</w:t>
            </w:r>
          </w:p>
          <w:p w:rsidR="00F4447C" w:rsidRDefault="00437113">
            <w:r>
              <w:rPr>
                <w:b/>
                <w:color w:val="FF0000"/>
              </w:rPr>
              <w:t xml:space="preserve">Mục tiêu tích hợp: </w:t>
            </w:r>
            <w:r>
              <w:rPr>
                <w:color w:val="FF0000"/>
              </w:rPr>
              <w:t>HS nhận biết dịch vụ thanh toán số và ứng dụng AI hỗ trợ nhận diện tiền; biết các công cụ này chỉ được dùng dưới sự hướng dẫn của người lớn và không chia sẻ mã, mật khẩu.</w:t>
            </w:r>
          </w:p>
          <w:p w:rsidR="00F4447C" w:rsidRDefault="00437113">
            <w:r>
              <w:rPr>
                <w:b/>
                <w:i/>
              </w:rPr>
              <w:t>* Cách tiến hành:</w:t>
            </w:r>
          </w:p>
        </w:tc>
      </w:tr>
      <w:tr w:rsidR="00F4447C" w:rsidTr="0055185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
              <w:t>- GV mời HS thảo luận: Vì sao cần giữ tiền phẳng, sạch, không làm mất và không để người lạ nhìn thấy nơi cất tiền?</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
              <w:t>- HS trả lời: tiền khó làm ra, cần bảo quản; không khoe tiền để bảo đảm an toàn.</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hướng dẫn các bước gấp ví từ giấy bìa và nhắc sử dụng kéo an toàn.</w:t>
            </w:r>
          </w:p>
          <w:p w:rsidR="00F4447C" w:rsidRDefault="00F4447C">
            <w:pPr>
              <w:jc w:val="center"/>
            </w:pPr>
          </w:p>
        </w:tc>
        <w:tc>
          <w:tcPr>
            <w:tcW w:w="4586" w:type="dxa"/>
            <w:shd w:val="clear" w:color="auto" w:fill="auto"/>
            <w:tcMar>
              <w:top w:w="70" w:type="dxa"/>
              <w:left w:w="90" w:type="dxa"/>
              <w:bottom w:w="70" w:type="dxa"/>
              <w:right w:w="90" w:type="dxa"/>
            </w:tcMar>
            <w:vAlign w:val="center"/>
          </w:tcPr>
          <w:p w:rsidR="00F4447C" w:rsidRDefault="00437113">
            <w:r>
              <w:t>- HS quan sát, thực hành theo từng bước và hỗ trợ bạn.</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cho HS xem hình ảnh người lớn thanh toán bằng cách quét mã QR và ứng dụng điện thoại nhận diện mệnh giá tiền cho người khiếm thị.</w:t>
            </w:r>
          </w:p>
        </w:tc>
        <w:tc>
          <w:tcPr>
            <w:tcW w:w="4586" w:type="dxa"/>
            <w:shd w:val="clear" w:color="auto" w:fill="auto"/>
            <w:tcMar>
              <w:top w:w="70" w:type="dxa"/>
              <w:left w:w="90" w:type="dxa"/>
              <w:bottom w:w="70" w:type="dxa"/>
              <w:right w:w="90" w:type="dxa"/>
            </w:tcMar>
            <w:vAlign w:val="center"/>
          </w:tcPr>
          <w:p w:rsidR="00F4447C" w:rsidRDefault="00437113">
            <w:r>
              <w:t>- HS quan sát, nêu điều mình nhận biết và đặt câu hỏi.</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rPr>
                <w:b/>
                <w:color w:val="FF0000"/>
              </w:rPr>
              <w:t xml:space="preserve">Câu hỏi dẫn tích hợp: </w:t>
            </w:r>
            <w:r>
              <w:rPr>
                <w:color w:val="FF0000"/>
              </w:rPr>
              <w:t>Ngoài tiền mặt, người lớn có thể thanh toán bằng cách nào? Vì sao trẻ em không được tự ý dùng điện thoại, mật khẩu hoặc mã xác nhận để thanh toán? Ứng dụng nhận diện tiền giúp người khiếm thị như thế nào?</w:t>
            </w:r>
          </w:p>
        </w:tc>
        <w:tc>
          <w:tcPr>
            <w:tcW w:w="4586" w:type="dxa"/>
            <w:shd w:val="clear" w:color="auto" w:fill="auto"/>
            <w:tcMar>
              <w:top w:w="70" w:type="dxa"/>
              <w:left w:w="90" w:type="dxa"/>
              <w:bottom w:w="70" w:type="dxa"/>
              <w:right w:w="90" w:type="dxa"/>
            </w:tcMar>
            <w:vAlign w:val="center"/>
          </w:tcPr>
          <w:p w:rsidR="00F4447C" w:rsidRDefault="00437113">
            <w:r>
              <w:t>- HS nêu: có thể quét mã QR, dùng ví điện tử; trẻ em không tự ý thao tác vì có thể mất tiền hoặc lộ thông tin; ứng dụng đọc mệnh giá bằng âm thanh.</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sidP="00551856">
            <w:pPr>
              <w:jc w:val="both"/>
            </w:pPr>
            <w:r>
              <w:rPr>
                <w:b/>
                <w:color w:val="FF0000"/>
              </w:rPr>
              <w:lastRenderedPageBreak/>
              <w:t xml:space="preserve">Diễn giải tích hợp: </w:t>
            </w:r>
            <w:r>
              <w:rPr>
                <w:color w:val="FF0000"/>
              </w:rPr>
              <w:t>GV giải thích thanh toán mã QR, ví điện tử là các dịch vụ số giúp người lớn trả tiền nhanh mà không cần dùng tiền mặt. Muốn sử dụng, cần có tài khoản, thiết bị và thông tin bảo mật; vì vậy HS chỉ được quan sát hoặc thực hiện khi người thân hướng dẫn, tuyệt đối không đọc mã xác nhận, mật khẩu hay thông tin tài khoản cho người khác. Một số ứng dụng dùng AI có thể nhận diện hình ảnh tờ tiền và đọc mệnh giá bằng âm thanh, hỗ trợ người khiếm thị mua bán thuận tiện hơn. Tuy nhiên, ứng dụng có thể nhận sai khi hình mờ, thiếu sáng hoặc tờ tiền bị che; người sử dụng vẫn cần kiểm tra, nhờ người tin cậy hỗ trợ và bảo vệ thông tin cá nhân.</w:t>
            </w:r>
          </w:p>
        </w:tc>
        <w:tc>
          <w:tcPr>
            <w:tcW w:w="4586" w:type="dxa"/>
            <w:shd w:val="clear" w:color="auto" w:fill="auto"/>
            <w:tcMar>
              <w:top w:w="70" w:type="dxa"/>
              <w:left w:w="90" w:type="dxa"/>
              <w:bottom w:w="70" w:type="dxa"/>
              <w:right w:w="90" w:type="dxa"/>
            </w:tcMar>
            <w:vAlign w:val="center"/>
          </w:tcPr>
          <w:p w:rsidR="00F4447C" w:rsidRDefault="00437113" w:rsidP="00551856">
            <w:pPr>
              <w:jc w:val="both"/>
            </w:pPr>
            <w:r>
              <w:t>- HS lắng nghe, nhắc lại quy tắc an toàn: không tự thanh toán, không chia sẻ mật khẩu/mã xác nhận, kiểm tra thông tin và nhờ người lớn.</w:t>
            </w:r>
          </w:p>
        </w:tc>
      </w:tr>
      <w:tr w:rsidR="00F4447C" w:rsidTr="00551856">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GV tổ chức trưng bày ví, nhận xét sự cẩn thận và sáng tạo.</w:t>
            </w:r>
          </w:p>
        </w:tc>
        <w:tc>
          <w:tcPr>
            <w:tcW w:w="4586" w:type="dxa"/>
            <w:tcBorders>
              <w:bottom w:val="single" w:sz="6" w:space="0" w:color="000000"/>
            </w:tcBorders>
            <w:shd w:val="clear" w:color="auto" w:fill="auto"/>
            <w:tcMar>
              <w:top w:w="70" w:type="dxa"/>
              <w:left w:w="90" w:type="dxa"/>
              <w:bottom w:w="70" w:type="dxa"/>
              <w:right w:w="90" w:type="dxa"/>
            </w:tcMar>
            <w:vAlign w:val="center"/>
          </w:tcPr>
          <w:p w:rsidR="00F4447C" w:rsidRDefault="00437113">
            <w:r>
              <w:t>- HS giới thiệu ví, nhận xét lịch sự và thu dọn vật liệu.</w:t>
            </w:r>
          </w:p>
        </w:tc>
      </w:tr>
      <w:tr w:rsidR="00F4447C" w:rsidTr="00551856">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F4447C" w:rsidRDefault="00437113">
            <w:bookmarkStart w:id="0" w:name="_GoBack"/>
            <w:r>
              <w:rPr>
                <w:b/>
              </w:rPr>
              <w:t>5. HOẠT ĐỘNG SAU GIỜ HỌC</w:t>
            </w:r>
          </w:p>
          <w:p w:rsidR="00F4447C" w:rsidRDefault="00437113">
            <w:r>
              <w:rPr>
                <w:b/>
              </w:rPr>
              <w:t xml:space="preserve">- Mục tiêu: </w:t>
            </w:r>
            <w:r>
              <w:t>HS biết sử dụng ví tự làm để giữ tiền lẻ và tiếp tục rèn thói quen tiết kiệm.</w:t>
            </w:r>
          </w:p>
          <w:p w:rsidR="00F4447C" w:rsidRDefault="00437113">
            <w:r>
              <w:rPr>
                <w:b/>
                <w:i/>
              </w:rPr>
              <w:t>* Cách tiến hành:</w:t>
            </w:r>
          </w:p>
        </w:tc>
      </w:tr>
      <w:bookmarkEnd w:id="0"/>
      <w:tr w:rsidR="00F4447C" w:rsidTr="00551856">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F4447C" w:rsidRDefault="00437113" w:rsidP="00551856">
            <w:r>
              <w:t>- GV gợi ý HS hoàn thiện ví, xin phép gia đình sử dụng ví để đựng tiền lẻ hoặc nuôi heo đất hưởng ứng “Tiết kiệm tiền, làm việc tốt”.</w:t>
            </w:r>
          </w:p>
        </w:tc>
        <w:tc>
          <w:tcPr>
            <w:tcW w:w="4586" w:type="dxa"/>
            <w:tcBorders>
              <w:top w:val="single" w:sz="6" w:space="0" w:color="000000"/>
            </w:tcBorders>
            <w:shd w:val="clear" w:color="auto" w:fill="auto"/>
            <w:tcMar>
              <w:top w:w="70" w:type="dxa"/>
              <w:left w:w="90" w:type="dxa"/>
              <w:bottom w:w="70" w:type="dxa"/>
              <w:right w:w="90" w:type="dxa"/>
            </w:tcMar>
            <w:vAlign w:val="center"/>
          </w:tcPr>
          <w:p w:rsidR="00F4447C" w:rsidRDefault="00437113">
            <w:r>
              <w:t>- HS lựa chọn nhiệm vụ phù hợp và thực hiện cùng gia đình.</w:t>
            </w:r>
          </w:p>
        </w:tc>
      </w:tr>
      <w:tr w:rsidR="00F4447C" w:rsidTr="00551856">
        <w:trPr>
          <w:cantSplit/>
          <w:jc w:val="center"/>
        </w:trPr>
        <w:tc>
          <w:tcPr>
            <w:tcW w:w="5187" w:type="dxa"/>
            <w:shd w:val="clear" w:color="auto" w:fill="auto"/>
            <w:tcMar>
              <w:top w:w="70" w:type="dxa"/>
              <w:left w:w="90" w:type="dxa"/>
              <w:bottom w:w="70" w:type="dxa"/>
              <w:right w:w="90" w:type="dxa"/>
            </w:tcMar>
            <w:vAlign w:val="center"/>
          </w:tcPr>
          <w:p w:rsidR="00F4447C" w:rsidRDefault="00437113">
            <w:r>
              <w:t>- GV hướng dẫn HS tự đánh giá sau chủ đề Rèn nếp sống theo các mức: Chưa hoàn thành - Hoàn thành - Hoàn thành tốt.</w:t>
            </w:r>
          </w:p>
        </w:tc>
        <w:tc>
          <w:tcPr>
            <w:tcW w:w="4586" w:type="dxa"/>
            <w:shd w:val="clear" w:color="auto" w:fill="auto"/>
            <w:tcMar>
              <w:top w:w="70" w:type="dxa"/>
              <w:left w:w="90" w:type="dxa"/>
              <w:bottom w:w="70" w:type="dxa"/>
              <w:right w:w="90" w:type="dxa"/>
            </w:tcMar>
            <w:vAlign w:val="center"/>
          </w:tcPr>
          <w:p w:rsidR="00F4447C" w:rsidRDefault="00437113">
            <w:r>
              <w:t>- HS tự đánh giá việc sắp xếp góc học tập, quần áo, giày dép và cách sử dụng tiền.</w:t>
            </w:r>
          </w:p>
        </w:tc>
      </w:tr>
    </w:tbl>
    <w:p w:rsidR="00F4447C" w:rsidRDefault="00437113">
      <w:r>
        <w:rPr>
          <w:b/>
          <w:color w:val="FF0000"/>
        </w:rPr>
        <w:t>IV. ĐIỀU CHỈNH SAU BÀI DẠY:</w:t>
      </w:r>
    </w:p>
    <w:p w:rsidR="00F4447C" w:rsidRDefault="00437113">
      <w:r>
        <w:t>................................................................................................................</w:t>
      </w:r>
    </w:p>
    <w:p w:rsidR="00F4447C" w:rsidRDefault="00437113">
      <w:r>
        <w:t>................................................................................................................</w:t>
      </w:r>
    </w:p>
    <w:sectPr w:rsidR="00F4447C"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37113"/>
    <w:rsid w:val="00551856"/>
    <w:rsid w:val="00725D77"/>
    <w:rsid w:val="008D10E8"/>
    <w:rsid w:val="00AA1D8D"/>
    <w:rsid w:val="00B47730"/>
    <w:rsid w:val="00CB0664"/>
    <w:rsid w:val="00F444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25D77"/>
    <w:rPr>
      <w:rFonts w:ascii="Tahoma" w:hAnsi="Tahoma" w:cs="Tahoma"/>
      <w:sz w:val="16"/>
      <w:szCs w:val="16"/>
    </w:rPr>
  </w:style>
  <w:style w:type="character" w:customStyle="1" w:styleId="BalloonTextChar">
    <w:name w:val="Balloon Text Char"/>
    <w:basedOn w:val="DefaultParagraphFont"/>
    <w:link w:val="BalloonText"/>
    <w:uiPriority w:val="99"/>
    <w:semiHidden/>
    <w:rsid w:val="00725D7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25D77"/>
    <w:rPr>
      <w:rFonts w:ascii="Tahoma" w:hAnsi="Tahoma" w:cs="Tahoma"/>
      <w:sz w:val="16"/>
      <w:szCs w:val="16"/>
    </w:rPr>
  </w:style>
  <w:style w:type="character" w:customStyle="1" w:styleId="BalloonTextChar">
    <w:name w:val="Balloon Text Char"/>
    <w:basedOn w:val="DefaultParagraphFont"/>
    <w:link w:val="BalloonText"/>
    <w:uiPriority w:val="99"/>
    <w:semiHidden/>
    <w:rsid w:val="00725D7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63BAA-4B1C-4763-9105-131631D2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HĐTN 2 - Tuần 8 - Tiết 1 SHDC đã rà soát hình thức tổ chức</vt:lpstr>
    </vt:vector>
  </TitlesOfParts>
  <Manager/>
  <Company/>
  <LinksUpToDate>false</LinksUpToDate>
  <CharactersWithSpaces>18496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 Tuần 8 - Tiết 1 SHDC đã rà soát hình thức tổ chức</dc:title>
  <dc:subject>GIAO LƯU NHÂN VẬT</dc:subject>
  <dc:creator>Nguyễn Bảo Trân</dc:creator>
  <cp:keywords/>
  <dc:description>generated by python-docx</dc:description>
  <cp:lastModifiedBy>Administrator</cp:lastModifiedBy>
  <cp:revision>4</cp:revision>
  <dcterms:created xsi:type="dcterms:W3CDTF">2026-06-12T19:20:00Z</dcterms:created>
  <dcterms:modified xsi:type="dcterms:W3CDTF">2026-08-17T10:13:00Z</dcterms:modified>
  <cp:category/>
</cp:coreProperties>
</file>