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3B6" w:rsidRPr="00D02E09" w:rsidRDefault="00913510">
      <w:pPr>
        <w:keepNext/>
        <w:spacing w:after="0" w:line="240" w:lineRule="auto"/>
        <w:jc w:val="center"/>
      </w:pPr>
      <w:r w:rsidRPr="00D02E09">
        <w:rPr>
          <w:b/>
        </w:rPr>
        <w:t>KẾ HOẠCH BÀI DẠY MÔN TOÁN LỚP 4 - TUẦN 18</w:t>
      </w:r>
    </w:p>
    <w:p w:rsidR="004123B6" w:rsidRPr="00D02E09" w:rsidRDefault="00913510">
      <w:pPr>
        <w:keepNext/>
        <w:spacing w:after="0" w:line="240" w:lineRule="auto"/>
        <w:jc w:val="center"/>
      </w:pPr>
      <w:r w:rsidRPr="00D02E09">
        <w:rPr>
          <w:b/>
        </w:rPr>
        <w:t>BÀI 36: ÔN TẬP VỀ ĐO LƯỜNG</w:t>
      </w:r>
    </w:p>
    <w:p w:rsidR="004123B6" w:rsidRPr="00D02E09" w:rsidRDefault="00913510">
      <w:pPr>
        <w:keepNext/>
        <w:spacing w:after="0" w:line="240" w:lineRule="auto"/>
        <w:jc w:val="center"/>
      </w:pPr>
      <w:r w:rsidRPr="00D02E09">
        <w:rPr>
          <w:b/>
        </w:rPr>
        <w:t>TIẾT 86: LUYỆN TẬP - TIẾT 1 (TRANG 125)</w:t>
      </w:r>
    </w:p>
    <w:p w:rsidR="004123B6" w:rsidRPr="00D02E09" w:rsidRDefault="00913510">
      <w:pPr>
        <w:keepNext/>
        <w:spacing w:after="0" w:line="240" w:lineRule="auto"/>
      </w:pPr>
      <w:r w:rsidRPr="00D02E09">
        <w:rPr>
          <w:b/>
        </w:rPr>
        <w:t>I. YÊU CẦU CẦN ĐẠT</w:t>
      </w:r>
    </w:p>
    <w:p w:rsidR="004123B6" w:rsidRPr="00D02E09" w:rsidRDefault="00913510">
      <w:pPr>
        <w:keepNext/>
        <w:spacing w:after="0" w:line="240" w:lineRule="auto"/>
      </w:pPr>
      <w:r w:rsidRPr="00D02E09">
        <w:rPr>
          <w:b/>
        </w:rPr>
        <w:t>1. Năng lực đặc thù:</w:t>
      </w:r>
    </w:p>
    <w:p w:rsidR="004123B6" w:rsidRPr="00D02E09" w:rsidRDefault="00913510">
      <w:pPr>
        <w:spacing w:after="0" w:line="240" w:lineRule="auto"/>
      </w:pPr>
      <w:r w:rsidRPr="00D02E09">
        <w:t>- Ôn tập, củng cố các đơn vị đo khối lượng: yến, tạ, tấn, ki-lô-gam và gam.</w:t>
      </w:r>
    </w:p>
    <w:p w:rsidR="004123B6" w:rsidRPr="00D02E09" w:rsidRDefault="00913510">
      <w:pPr>
        <w:spacing w:after="0" w:line="240" w:lineRule="auto"/>
      </w:pPr>
      <w:r w:rsidRPr="00D02E09">
        <w:t>- Thực hiện được việc đổi, tính toán và so sánh các số đo khối lượng.</w:t>
      </w:r>
    </w:p>
    <w:p w:rsidR="004123B6" w:rsidRPr="00D02E09" w:rsidRDefault="00913510">
      <w:pPr>
        <w:spacing w:after="0" w:line="240" w:lineRule="auto"/>
      </w:pPr>
      <w:r w:rsidRPr="00D02E09">
        <w:t>- Vận dụng được kiến thức để giải bài toán thực tế về khối lượng.</w:t>
      </w:r>
    </w:p>
    <w:p w:rsidR="004123B6" w:rsidRPr="00D02E09" w:rsidRDefault="00913510">
      <w:pPr>
        <w:keepNext/>
        <w:spacing w:after="0" w:line="240" w:lineRule="auto"/>
      </w:pPr>
      <w:r w:rsidRPr="00D02E09">
        <w:rPr>
          <w:b/>
        </w:rPr>
        <w:t>2. Năng lực chung:</w:t>
      </w:r>
    </w:p>
    <w:p w:rsidR="004123B6" w:rsidRPr="00D02E09" w:rsidRDefault="00913510">
      <w:pPr>
        <w:spacing w:after="0" w:line="240" w:lineRule="auto"/>
      </w:pPr>
      <w:r w:rsidRPr="00D02E09">
        <w:t>- Tự chủ và tự học: Tự ôn lại quan hệ giữa các đơn vị đo, kiểm tra và sửa kết quả.</w:t>
      </w:r>
    </w:p>
    <w:p w:rsidR="004123B6" w:rsidRPr="00D02E09" w:rsidRDefault="00913510">
      <w:pPr>
        <w:spacing w:after="0" w:line="240" w:lineRule="auto"/>
      </w:pPr>
      <w:r w:rsidRPr="00D02E09">
        <w:t>- Giao tiếp và hợp tác: Trao đổi cách đổi đơn vị và giải thích rõ cách làm.</w:t>
      </w:r>
    </w:p>
    <w:p w:rsidR="004123B6" w:rsidRPr="00D02E09" w:rsidRDefault="00913510">
      <w:pPr>
        <w:spacing w:after="0" w:line="240" w:lineRule="auto"/>
      </w:pPr>
      <w:r w:rsidRPr="00D02E09">
        <w:t>- Giải quyết vấn đề và sáng tạo: Lựa chọn đơn vị chung và phép tính phù hợp trong từng bài.</w:t>
      </w:r>
    </w:p>
    <w:p w:rsidR="004123B6" w:rsidRPr="00D02E09" w:rsidRDefault="00913510">
      <w:pPr>
        <w:keepNext/>
        <w:spacing w:after="0" w:line="240" w:lineRule="auto"/>
      </w:pPr>
      <w:r w:rsidRPr="00D02E09">
        <w:rPr>
          <w:b/>
        </w:rPr>
        <w:t>3. Phẩm chất:</w:t>
      </w:r>
    </w:p>
    <w:p w:rsidR="004123B6" w:rsidRPr="00D02E09" w:rsidRDefault="00913510">
      <w:pPr>
        <w:spacing w:after="0" w:line="240" w:lineRule="auto"/>
      </w:pPr>
      <w:r w:rsidRPr="00D02E09">
        <w:t>- Chăm chỉ: Tích cực luyện tập.</w:t>
      </w:r>
    </w:p>
    <w:p w:rsidR="004123B6" w:rsidRPr="00D02E09" w:rsidRDefault="00913510">
      <w:pPr>
        <w:spacing w:after="0" w:line="240" w:lineRule="auto"/>
      </w:pPr>
      <w:r w:rsidRPr="00D02E09">
        <w:t>- Trách nhiệm: Cẩn thận khi đổi đơn vị và ghi đúng tên đơn vị.</w:t>
      </w:r>
    </w:p>
    <w:p w:rsidR="004123B6" w:rsidRPr="00D02E09" w:rsidRDefault="00913510">
      <w:pPr>
        <w:spacing w:after="0" w:line="240" w:lineRule="auto"/>
      </w:pPr>
      <w:r w:rsidRPr="00D02E09">
        <w:t>- Trung thực: Báo cáo đúng kết quả và chủ động sửa sai.</w:t>
      </w:r>
    </w:p>
    <w:p w:rsidR="004123B6" w:rsidRPr="00D02E09" w:rsidRDefault="00913510">
      <w:pPr>
        <w:keepNext/>
        <w:spacing w:after="0" w:line="240" w:lineRule="auto"/>
      </w:pPr>
      <w:r w:rsidRPr="00D02E09">
        <w:rPr>
          <w:b/>
        </w:rPr>
        <w:t>II. ĐỒ DÙNG DẠY HỌC</w:t>
      </w:r>
    </w:p>
    <w:p w:rsidR="004123B6" w:rsidRPr="00D02E09" w:rsidRDefault="00913510">
      <w:pPr>
        <w:spacing w:after="0" w:line="240" w:lineRule="auto"/>
      </w:pPr>
      <w:r w:rsidRPr="00D02E09">
        <w:t>- GV: SGK Toán 4, kế hoạch bài dạy, máy tính, ti vi, bài giảng điện tử, bảng phụ, phiếu học tập; hình và bài tập SGK được cắt đúng nội dung. Chuẩn bị thêm bảng quan hệ giữa các đơn vị đo khối lượng và bảng nhóm.</w:t>
      </w:r>
    </w:p>
    <w:p w:rsidR="004123B6" w:rsidRPr="00D02E09" w:rsidRDefault="00913510">
      <w:pPr>
        <w:spacing w:after="0" w:line="240" w:lineRule="auto"/>
      </w:pPr>
      <w:r w:rsidRPr="00D02E09">
        <w:t>- HS: SGK, vở ghi, bảng con, bút, thước thẳng, ê ke, thước đo góc và đồ dùng học tập cá nhân.</w:t>
      </w:r>
    </w:p>
    <w:p w:rsidR="004123B6" w:rsidRPr="00D02E09" w:rsidRDefault="00913510">
      <w:pPr>
        <w:keepNext/>
        <w:spacing w:after="0" w:line="240" w:lineRule="auto"/>
      </w:pPr>
      <w:r w:rsidRPr="00D02E09">
        <w:rPr>
          <w:b/>
        </w:rPr>
        <w:t>III. CÁC HOẠT ĐỘNG DẠY HỌC CHỦ YẾU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2"/>
        <w:gridCol w:w="4702"/>
      </w:tblGrid>
      <w:tr w:rsidR="00D02E09" w:rsidRPr="00D02E09" w:rsidTr="00D02E09">
        <w:trPr>
          <w:cantSplit/>
          <w:tblHeader/>
          <w:jc w:val="center"/>
        </w:trPr>
        <w:tc>
          <w:tcPr>
            <w:tcW w:w="4702" w:type="dxa"/>
            <w:tcBorders>
              <w:bottom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  <w:jc w:val="center"/>
            </w:pPr>
            <w:r w:rsidRPr="00D02E09">
              <w:rPr>
                <w:b/>
              </w:rPr>
              <w:t>Hoạt động của giáo viên</w:t>
            </w:r>
          </w:p>
        </w:tc>
        <w:tc>
          <w:tcPr>
            <w:tcW w:w="4702" w:type="dxa"/>
            <w:tcBorders>
              <w:bottom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  <w:jc w:val="center"/>
            </w:pPr>
            <w:r w:rsidRPr="00D02E09">
              <w:rPr>
                <w:b/>
              </w:rPr>
              <w:t>Hoạt động của học sinh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929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1. Khởi động</w:t>
            </w:r>
          </w:p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- Mục tiêu: Tạo tâm thế phấn khởi và ôn lại kiến thức hình học đã học.</w:t>
            </w:r>
          </w:p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- Cách tiến hành: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cho HS thực hiện yêu cầu: Nêu đặc điểm của hình bình hành.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Hình bình hành có hai cặp cạnh đối diện song song và bằng nhau.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hỏi: Góc nhọn có đặc điểm gì?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Góc nhọn bé hơn góc vuông.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hỏi: Góc vuông có đặc điểm gì?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Góc vuông có số đo bằng 90°; hai cạnh của góc vuông vuông góc với nhau.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nhận xét, giới thiệu bài.</w:t>
            </w:r>
          </w:p>
        </w:tc>
        <w:tc>
          <w:tcPr>
            <w:tcW w:w="4649" w:type="dxa"/>
            <w:tcBorders>
              <w:bottom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HS lắng nghe, ghi tên bài.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929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2. Luyện tập, thực hành</w:t>
            </w:r>
          </w:p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- Mục tiêu: Củng cố các đơn vị đo khối lượng và vận dụng giải bài toán thực tế.</w:t>
            </w:r>
          </w:p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- Cách tiến hành: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Bài 1: Làm việc nhóm đôi.</w:t>
            </w:r>
          </w:p>
          <w:p w:rsidR="004123B6" w:rsidRPr="00D02E09" w:rsidRDefault="00913510" w:rsidP="00D02E09">
            <w:pPr>
              <w:spacing w:after="0" w:line="240" w:lineRule="auto"/>
            </w:pPr>
            <w:r w:rsidRPr="00D02E09">
              <w:t>- GV mời HS đọc yêu cầu.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HS đọc yêu cầu: Điền số thích hợp vào ô trống.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Yêu cầu HS làm bài theo cặp, đổi các số đo về đơn vị được yêu cầu.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a) 1 yến = 10 kg; 10 kg = 1 yến; 1 tạ = 10 yến = 100 kg; 100 kg = 1 tạ; 1 tấn = 10 tạ = 1 000 kg; 1 000 kg = 1 tấn.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lastRenderedPageBreak/>
              <w:t>- GV yêu cầu HS nêu kết quả phần b.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b) 2 tạ = 200 kg; 3 tạ 60 kg = 360 kg; 4 tấn = 40 tạ = 4 000 kg; 1 tấn 7 tạ = 17 tạ.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nhận xét, kết luận, chốt lời giải đúng.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HS đối chiếu và sửa bài nếu cần.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củng cố lại quan hệ của các đơn vị đo khối lượng.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- 1 tấn = 10 tạ = 100 yến = 1 000 kg; 1 tạ = 10 yến = 100 kg; 1 yến = 10 kg.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Bài 2: Làm việc cá nhân.</w:t>
            </w:r>
          </w:p>
          <w:p w:rsidR="004123B6" w:rsidRPr="00D02E09" w:rsidRDefault="00913510" w:rsidP="00D02E09">
            <w:pPr>
              <w:spacing w:after="0" w:line="240" w:lineRule="auto"/>
            </w:pPr>
            <w:r w:rsidRPr="00D02E09">
              <w:t>- GV mời HS đọc yêu cầu.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HS đọc yêu cầu: Điền số thích hợp.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hỏi: Bài tập yêu cầu gì?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Tính với các số đo khối lượng cùng đơn vị.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Yêu cầu HS làm bài vào vở; 2 HS lên bảng làm bài.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a) 5 yến + 7 yến = 12 yến; 43 tấn - 25 tấn = 18 tấn.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yêu cầu HS nêu kết quả phần b.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b) 3 tạ × 5 = 15 tạ; 15 tạ : 3 = 5 tạ; 15 tạ : 5 = 3 tạ.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hỏi: Nêu mối quan hệ giữa đơn vị tạ và tấn.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- 1 tấn = 10 tạ; 1 tạ = 1/10 tấn.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Bài 3: Làm việc nhóm.</w:t>
            </w:r>
          </w:p>
          <w:p w:rsidR="004123B6" w:rsidRPr="00D02E09" w:rsidRDefault="00913510" w:rsidP="00D02E09">
            <w:pPr>
              <w:spacing w:after="0" w:line="240" w:lineRule="auto"/>
            </w:pPr>
            <w:r w:rsidRPr="00D02E09">
              <w:t>- GV mời HS đọc yêu cầu.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HS đọc yêu cầu: Điền dấu &gt;, &lt; hoặc =.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hỏi: Muốn so sánh hai số đo khác đơn vị, em làm thế nào?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Đổi hai số đo về cùng một đơn vị rồi so sánh.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Yêu cầu HS làm bài theo nhóm và trình bày kết quả.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a) 3 kg 250 g = 3 250 g; b) 5 tạ 4 yến &gt; 538 kg; c) 2 tấn 2 tạ &lt; 2 220 kg.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mời HS nhận xét, nêu cách làm.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- 5 tạ 4 yến = 540 kg nên 540 kg &gt; 538 kg; 2 tấn 2 tạ = 2 200 kg nên 2 200 kg &lt; 2 220 kg.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củng cố quan hệ giữa tấn với ki-lô-gam.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- 1 tấn = 1 000 kg.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Bài 4: Làm việc cá nhân.</w:t>
            </w:r>
          </w:p>
          <w:p w:rsidR="004123B6" w:rsidRPr="00D02E09" w:rsidRDefault="00913510" w:rsidP="00D02E09">
            <w:pPr>
              <w:spacing w:after="0" w:line="240" w:lineRule="auto"/>
            </w:pPr>
            <w:r w:rsidRPr="00D02E09">
              <w:t>- GV mời HS đọc yêu cầu.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HS đọc bài toán về con bê, con bò và con voi.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hỏi: Con bê cân nặng bao nhiêu ki-lô-gam?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- 1 tạ 40 kg = 140 kg.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hỏi: Muốn tìm cân nặng con bò, em làm phép tính gì?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- 140 + 220 = 360 (kg).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Yêu cầu HS tính tổng cân nặng con bò và con bê.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- 140 + 360 = 500 (kg).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hỏi: Con voi nặng gấp đôi tổng cân nặng của con bò và con bê; con voi nặng bao nhiêu?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- 500 × 2 = 1 000 (kg) = 1 tấn.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nhận xét, kết luận.</w:t>
            </w:r>
          </w:p>
        </w:tc>
        <w:tc>
          <w:tcPr>
            <w:tcW w:w="4649" w:type="dxa"/>
            <w:tcBorders>
              <w:bottom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Đáp số: a) 500 kg; b) 1 tấn.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929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lastRenderedPageBreak/>
              <w:t>3. Vận dụng, trải nghiệm</w:t>
            </w:r>
          </w:p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- Mục tiêu: Khắc sâu quan hệ giữa các đơn vị đo khối lượng.</w:t>
            </w:r>
          </w:p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- Cách tiến hành: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yêu cầu điền: 1 yến = ... kg; 5 yến = ... kg; 1 yến 7 kg = ... kg.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- 1 yến = 10 kg; 5 yến = 50 kg; 1 yến 7 kg = 17 kg.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yêu cầu điền: 10 yến = ... tạ; 8 yến = ... kg; 5 tấn = ... kg.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- 10 yến = 1 tạ; 8 yến = 80 kg; 5 tấn = 5 000 kg.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nhận xét tiết học và dặn HS ôn lại bài.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HS lắng nghe, thực hiện.</w:t>
            </w:r>
          </w:p>
        </w:tc>
      </w:tr>
    </w:tbl>
    <w:p w:rsidR="004123B6" w:rsidRPr="00D02E09" w:rsidRDefault="00913510">
      <w:pPr>
        <w:keepNext/>
        <w:spacing w:after="0" w:line="240" w:lineRule="auto"/>
      </w:pPr>
      <w:r w:rsidRPr="00D02E09">
        <w:rPr>
          <w:b/>
        </w:rPr>
        <w:t>IV. ĐIỀU CHỈNH SAU BÀI DẠY (nếu có):</w:t>
      </w:r>
    </w:p>
    <w:p w:rsidR="004123B6" w:rsidRPr="00D02E09" w:rsidRDefault="00913510">
      <w:pPr>
        <w:spacing w:after="0" w:line="240" w:lineRule="auto"/>
      </w:pPr>
      <w:r w:rsidRPr="00D02E09">
        <w:t>................................................................................................................................................</w:t>
      </w:r>
    </w:p>
    <w:p w:rsidR="004123B6" w:rsidRPr="00D02E09" w:rsidRDefault="00913510">
      <w:pPr>
        <w:spacing w:after="0" w:line="240" w:lineRule="auto"/>
      </w:pPr>
      <w:r w:rsidRPr="00D02E09">
        <w:t>................................................................................................................................................</w:t>
      </w:r>
    </w:p>
    <w:p w:rsidR="004123B6" w:rsidRPr="00D02E09" w:rsidRDefault="00913510">
      <w:pPr>
        <w:spacing w:after="0" w:line="240" w:lineRule="auto"/>
      </w:pPr>
      <w:r w:rsidRPr="00D02E09">
        <w:t>................................................................................................................................................</w:t>
      </w:r>
    </w:p>
    <w:p w:rsidR="004123B6" w:rsidRPr="00D02E09" w:rsidRDefault="00913510">
      <w:pPr>
        <w:keepNext/>
        <w:pageBreakBefore/>
        <w:spacing w:after="0" w:line="240" w:lineRule="auto"/>
        <w:jc w:val="center"/>
      </w:pPr>
      <w:r w:rsidRPr="00D02E09">
        <w:rPr>
          <w:b/>
        </w:rPr>
        <w:lastRenderedPageBreak/>
        <w:t>KẾ HOẠCH BÀI DẠY MÔN TOÁN LỚP 4 - TUẦN 18</w:t>
      </w:r>
    </w:p>
    <w:p w:rsidR="004123B6" w:rsidRPr="00D02E09" w:rsidRDefault="00913510">
      <w:pPr>
        <w:keepNext/>
        <w:spacing w:after="0" w:line="240" w:lineRule="auto"/>
        <w:jc w:val="center"/>
      </w:pPr>
      <w:r w:rsidRPr="00D02E09">
        <w:rPr>
          <w:b/>
        </w:rPr>
        <w:t>BÀI 36: ÔN TẬP VỀ ĐO LƯỜNG</w:t>
      </w:r>
    </w:p>
    <w:p w:rsidR="004123B6" w:rsidRPr="00D02E09" w:rsidRDefault="00913510">
      <w:pPr>
        <w:keepNext/>
        <w:spacing w:after="0" w:line="240" w:lineRule="auto"/>
        <w:jc w:val="center"/>
      </w:pPr>
      <w:r w:rsidRPr="00D02E09">
        <w:rPr>
          <w:b/>
        </w:rPr>
        <w:t>TIẾT 87: LUYỆN TẬP - TIẾT 2 (TRANG 126)</w:t>
      </w:r>
    </w:p>
    <w:p w:rsidR="004123B6" w:rsidRPr="00D02E09" w:rsidRDefault="00913510">
      <w:pPr>
        <w:keepNext/>
        <w:spacing w:after="0" w:line="240" w:lineRule="auto"/>
      </w:pPr>
      <w:r w:rsidRPr="00D02E09">
        <w:rPr>
          <w:b/>
        </w:rPr>
        <w:t>I. YÊU CẦU CẦN ĐẠT</w:t>
      </w:r>
    </w:p>
    <w:p w:rsidR="004123B6" w:rsidRPr="00D02E09" w:rsidRDefault="00913510">
      <w:pPr>
        <w:keepNext/>
        <w:spacing w:after="0" w:line="240" w:lineRule="auto"/>
      </w:pPr>
      <w:r w:rsidRPr="00D02E09">
        <w:rPr>
          <w:b/>
        </w:rPr>
        <w:t>1. Năng lực đặc thù:</w:t>
      </w:r>
    </w:p>
    <w:p w:rsidR="004123B6" w:rsidRPr="00D02E09" w:rsidRDefault="00913510">
      <w:pPr>
        <w:spacing w:after="0" w:line="240" w:lineRule="auto"/>
      </w:pPr>
      <w:r w:rsidRPr="00D02E09">
        <w:t>- Ôn tập, củng cố các đơn vị đo diện tích, thời gian và đo góc.</w:t>
      </w:r>
    </w:p>
    <w:p w:rsidR="004123B6" w:rsidRPr="00D02E09" w:rsidRDefault="00913510">
      <w:pPr>
        <w:spacing w:after="0" w:line="240" w:lineRule="auto"/>
      </w:pPr>
      <w:r w:rsidRPr="00D02E09">
        <w:t>- Thực hiện được việc đổi, tính toán, so sánh các số đo diện tích.</w:t>
      </w:r>
    </w:p>
    <w:p w:rsidR="004123B6" w:rsidRPr="00D02E09" w:rsidRDefault="00913510">
      <w:pPr>
        <w:spacing w:after="0" w:line="240" w:lineRule="auto"/>
      </w:pPr>
      <w:r w:rsidRPr="00D02E09">
        <w:t>- Vận dụng được kiến thức để giải bài toán về diện tích hình chữ nhật.</w:t>
      </w:r>
    </w:p>
    <w:p w:rsidR="004123B6" w:rsidRPr="00D02E09" w:rsidRDefault="00913510">
      <w:pPr>
        <w:keepNext/>
        <w:spacing w:after="0" w:line="240" w:lineRule="auto"/>
      </w:pPr>
      <w:r w:rsidRPr="00D02E09">
        <w:rPr>
          <w:b/>
        </w:rPr>
        <w:t>2. Năng lực chung:</w:t>
      </w:r>
    </w:p>
    <w:p w:rsidR="004123B6" w:rsidRPr="00D02E09" w:rsidRDefault="00913510">
      <w:pPr>
        <w:spacing w:after="0" w:line="240" w:lineRule="auto"/>
      </w:pPr>
      <w:r w:rsidRPr="00D02E09">
        <w:t>- Tự chủ và tự học: Chủ động thực hiện, kiểm tra kết quả đổi đơn vị.</w:t>
      </w:r>
    </w:p>
    <w:p w:rsidR="004123B6" w:rsidRPr="00D02E09" w:rsidRDefault="00913510">
      <w:pPr>
        <w:spacing w:after="0" w:line="240" w:lineRule="auto"/>
      </w:pPr>
      <w:r w:rsidRPr="00D02E09">
        <w:t>- Giao tiếp và hợp tác: Trao đổi cách đo góc và giải bài toán.</w:t>
      </w:r>
    </w:p>
    <w:p w:rsidR="004123B6" w:rsidRPr="00D02E09" w:rsidRDefault="00913510">
      <w:pPr>
        <w:spacing w:after="0" w:line="240" w:lineRule="auto"/>
      </w:pPr>
      <w:r w:rsidRPr="00D02E09">
        <w:t>- Giải quyết vấn đề và sáng tạo: Chọn đơn vị chung, phép tính phù hợp.</w:t>
      </w:r>
    </w:p>
    <w:p w:rsidR="004123B6" w:rsidRPr="00D02E09" w:rsidRDefault="00913510">
      <w:pPr>
        <w:keepNext/>
        <w:spacing w:after="0" w:line="240" w:lineRule="auto"/>
      </w:pPr>
      <w:r w:rsidRPr="00D02E09">
        <w:rPr>
          <w:b/>
        </w:rPr>
        <w:t>3. Phẩm chất:</w:t>
      </w:r>
    </w:p>
    <w:p w:rsidR="004123B6" w:rsidRPr="00D02E09" w:rsidRDefault="00913510">
      <w:pPr>
        <w:spacing w:after="0" w:line="240" w:lineRule="auto"/>
      </w:pPr>
      <w:r w:rsidRPr="00D02E09">
        <w:t>- Chăm chỉ: Tích cực luyện tập.</w:t>
      </w:r>
    </w:p>
    <w:p w:rsidR="004123B6" w:rsidRPr="00D02E09" w:rsidRDefault="00913510">
      <w:pPr>
        <w:spacing w:after="0" w:line="240" w:lineRule="auto"/>
      </w:pPr>
      <w:r w:rsidRPr="00D02E09">
        <w:t>- Trách nhiệm: Ghi đúng kí hiệu đơn vị diện tích.</w:t>
      </w:r>
    </w:p>
    <w:p w:rsidR="004123B6" w:rsidRPr="00D02E09" w:rsidRDefault="00913510">
      <w:pPr>
        <w:spacing w:after="0" w:line="240" w:lineRule="auto"/>
      </w:pPr>
      <w:r w:rsidRPr="00D02E09">
        <w:t>- Trung thực: Báo cáo đúng kết quả đo và tính toán.</w:t>
      </w:r>
    </w:p>
    <w:p w:rsidR="004123B6" w:rsidRPr="00D02E09" w:rsidRDefault="00913510">
      <w:pPr>
        <w:keepNext/>
        <w:spacing w:after="0" w:line="240" w:lineRule="auto"/>
      </w:pPr>
      <w:r w:rsidRPr="00D02E09">
        <w:rPr>
          <w:b/>
        </w:rPr>
        <w:t>II. ĐỒ DÙNG DẠY HỌC</w:t>
      </w:r>
    </w:p>
    <w:p w:rsidR="004123B6" w:rsidRPr="00D02E09" w:rsidRDefault="00913510">
      <w:pPr>
        <w:spacing w:after="0" w:line="240" w:lineRule="auto"/>
      </w:pPr>
      <w:r w:rsidRPr="00D02E09">
        <w:t>- GV: SGK Toán 4, kế hoạch bài dạy, máy tính, ti vi, bài giảng điện tử, bảng phụ, phiếu học tập; hình và bài tập SGK được cắt đúng nội dung. Chuẩn bị thêm thước đo góc và phiếu Bài 1.</w:t>
      </w:r>
    </w:p>
    <w:p w:rsidR="004123B6" w:rsidRPr="00D02E09" w:rsidRDefault="00913510">
      <w:pPr>
        <w:spacing w:after="0" w:line="240" w:lineRule="auto"/>
      </w:pPr>
      <w:r w:rsidRPr="00D02E09">
        <w:t>- HS: SGK, vở ghi, bảng con, bút, thước thẳng, ê ke, thước đo góc và đồ dùng học tập cá nhân.</w:t>
      </w:r>
    </w:p>
    <w:p w:rsidR="004123B6" w:rsidRPr="00D02E09" w:rsidRDefault="00913510">
      <w:pPr>
        <w:keepNext/>
        <w:spacing w:after="0" w:line="240" w:lineRule="auto"/>
      </w:pPr>
      <w:r w:rsidRPr="00D02E09">
        <w:rPr>
          <w:b/>
        </w:rPr>
        <w:t>III. CÁC HOẠT ĐỘNG DẠY HỌC CHỦ YẾU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2"/>
        <w:gridCol w:w="4702"/>
      </w:tblGrid>
      <w:tr w:rsidR="00D02E09" w:rsidRPr="00D02E09" w:rsidTr="00D02E09">
        <w:trPr>
          <w:cantSplit/>
          <w:tblHeader/>
          <w:jc w:val="center"/>
        </w:trPr>
        <w:tc>
          <w:tcPr>
            <w:tcW w:w="4702" w:type="dxa"/>
            <w:tcBorders>
              <w:bottom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  <w:jc w:val="center"/>
            </w:pPr>
            <w:r w:rsidRPr="00D02E09">
              <w:rPr>
                <w:b/>
              </w:rPr>
              <w:t>Hoạt động của giáo viên</w:t>
            </w:r>
          </w:p>
        </w:tc>
        <w:tc>
          <w:tcPr>
            <w:tcW w:w="4702" w:type="dxa"/>
            <w:tcBorders>
              <w:bottom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  <w:jc w:val="center"/>
            </w:pPr>
            <w:r w:rsidRPr="00D02E09">
              <w:rPr>
                <w:b/>
              </w:rPr>
              <w:t>Hoạt động của học sinh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929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1. Khởi động</w:t>
            </w:r>
          </w:p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- Mục tiêu: Ôn lại phép tính với số đo khối lượng và các đơn vị diện tích.</w:t>
            </w:r>
          </w:p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- Cách tiến hành: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yêu cầu tính: 18 yến + 26 yến.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- 18 yến + 26 yến = 44 yến.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yêu cầu tính: 135 tạ × 4.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- 135 tạ × 4 = 540 tạ.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yêu cầu tính: 846 tạ - 76 tạ.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- 846 tạ - 76 tạ = 770 tạ.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yêu cầu tính: 512 tấn : 8.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- 512 tấn : 8 = 64 tấn.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hỏi: Kể tên các đơn vị đo diện tích đã học.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Mi-li-mét vuông, xăng-ti-mét vuông, đề-xi-mét vuông, mét vuông.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nhận xét, giới thiệu bài.</w:t>
            </w:r>
          </w:p>
        </w:tc>
        <w:tc>
          <w:tcPr>
            <w:tcW w:w="4649" w:type="dxa"/>
            <w:tcBorders>
              <w:bottom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HS lắng nghe, ghi tên bài.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929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2. Luyện tập, thực hành</w:t>
            </w:r>
          </w:p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- Mục tiêu: Củng cố đơn vị diện tích, thời gian, đo góc và giải toán diện tích.</w:t>
            </w:r>
          </w:p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- Cách tiến hành: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Bài 1: Làm việc nhóm.</w:t>
            </w:r>
          </w:p>
          <w:p w:rsidR="004123B6" w:rsidRPr="00D02E09" w:rsidRDefault="00913510" w:rsidP="00D02E09">
            <w:pPr>
              <w:spacing w:after="0" w:line="240" w:lineRule="auto"/>
            </w:pPr>
            <w:r w:rsidRPr="00D02E09">
              <w:t>- GV mời HS đọc yêu cầu.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HS đọc yêu cầu: Điền số thích hợp.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Yêu cầu HS làm phần a vào phiếu bài tập.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a) 1 cm² = 100 mm²; 100 mm² = 1 cm²; 1 dm² = 100 cm²; 100 cm² = 1 dm²; 1 m² = 100 dm²; 1 m² = 10 000 cm².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lastRenderedPageBreak/>
              <w:t>- GV yêu cầu HS nêu kết quả phần b.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b) 2 cm² = 200 mm²; 5 m² = 50 000 cm²; 4 dm² = 400 cm²; 1 dm² 6 cm² = 106 cm²; 3 m² = 300 dm² = 30 000 cm²; 1 m² 5 dm² = 105 dm².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yêu cầu HS nêu kết quả phần c.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c) 1 phút = 60 giây; 1 thế kỉ = 100 năm; 1 phút 30 giây = 90 giây; 100 năm = 1 thế kỉ.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hỏi: Một đơn vị đo diện tích lớn gấp mấy lần đơn vị nhỏ hơn liền kề?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Một đơn vị diện tích lớn gấp 100 lần đơn vị nhỏ hơn liền kề.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Bài 2: Làm việc cá nhân.</w:t>
            </w:r>
          </w:p>
          <w:p w:rsidR="004123B6" w:rsidRPr="00D02E09" w:rsidRDefault="00913510" w:rsidP="00D02E09">
            <w:pPr>
              <w:spacing w:after="0" w:line="240" w:lineRule="auto"/>
            </w:pPr>
            <w:r w:rsidRPr="00D02E09">
              <w:t>- GV mời HS đọc yêu cầu.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HS đọc yêu cầu: Điền số thích hợp.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Yêu cầu HS làm bài cá nhân.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a) 20 mm² + 30 mm² = 50 mm²; 36 cm² - 17 cm² = 19 cm².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yêu cầu HS nêu kết quả phần b.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b) 6 m² × 4 = 24 m²; 30 dm² : 5 = 6 dm².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Bài 3: Làm việc cá nhân.</w:t>
            </w:r>
          </w:p>
          <w:p w:rsidR="004123B6" w:rsidRPr="00D02E09" w:rsidRDefault="00913510" w:rsidP="00D02E09">
            <w:pPr>
              <w:spacing w:after="0" w:line="240" w:lineRule="auto"/>
            </w:pPr>
            <w:r w:rsidRPr="00D02E09">
              <w:t>- GV mời HS đọc yêu cầu.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HS đọc yêu cầu: Điền dấu &gt;, &lt; hoặc =.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Yêu cầu HS đổi về cùng đơn vị và so sánh.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a) 2 cm² 50 mm² = 250 mm²; b) 3 dm² 90 cm² &lt; 4 dm²; c) 2 m² 5 dm² &lt; 250 dm².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yêu cầu HS chia sẻ cách làm.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- 3 dm² 90 cm² = 390 cm² &lt; 400 cm²; 2 m² 5 dm² = 205 dm² &lt; 250 dm².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Bài 4: Làm việc theo cặp.</w:t>
            </w:r>
          </w:p>
          <w:p w:rsidR="004123B6" w:rsidRPr="00D02E09" w:rsidRDefault="00913510" w:rsidP="00D02E09">
            <w:pPr>
              <w:spacing w:after="0" w:line="240" w:lineRule="auto"/>
            </w:pPr>
            <w:r w:rsidRPr="00D02E09">
              <w:t>- GV mời HS đọc yêu cầu và quan sát hình vẽ.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HS đọc yêu cầu: Dùng thước đo góc để đo góc đỉnh B và góc đỉnh M.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Yêu cầu HS đo các góc và ghi số đo.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Góc đỉnh B, cạnh BA và BM bằng 60°; góc đỉnh M, cạnh MA và MC bằng 120°.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hỏi: Góc 60° là góc gì; góc 120° là góc gì?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Góc 60° là góc nhọn; góc 120° là góc tù.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Bài 5: Làm việc cá nhân.</w:t>
            </w:r>
          </w:p>
          <w:p w:rsidR="004123B6" w:rsidRPr="00D02E09" w:rsidRDefault="00913510" w:rsidP="00D02E09">
            <w:pPr>
              <w:spacing w:after="0" w:line="240" w:lineRule="auto"/>
            </w:pPr>
            <w:r w:rsidRPr="00D02E09">
              <w:t>- GV mời HS đọc yêu cầu.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HS đọc bài toán về mảnh đất hình chữ nhật.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hỏi: Chiều rộng mảnh đất bằng bao nhiêu?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- 15 - 6 = 9 (m).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Yêu cầu HS tính diện tích mảnh đất.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- 15 × 9 = 135 (m²).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nhận xét, chốt lời giải đúng.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Đáp số: 135 m².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hỏi: Muốn tính diện tích hình chữ nhật ta làm thế nào?</w:t>
            </w:r>
          </w:p>
        </w:tc>
        <w:tc>
          <w:tcPr>
            <w:tcW w:w="4649" w:type="dxa"/>
            <w:tcBorders>
              <w:bottom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Lấy chiều dài nhân với chiều rộng, cùng một đơn vị đo.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929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3. Vận dụng, trải nghiệm</w:t>
            </w:r>
          </w:p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- Mục tiêu: Khắc sâu quan hệ đơn vị diện tích và công thức diện tích hình chữ nhật.</w:t>
            </w:r>
          </w:p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- Cách tiến hành: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yêu cầu HS kể tên các đơn vị diện tích và nêu quan hệ giữa hai đơn vị liền kề.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mm², cm², dm², m²; hai đơn vị liền kề hơn kém nhau 100 lần.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lastRenderedPageBreak/>
              <w:t>- GV yêu cầu nêu cách tính diện tích hình chữ nhật.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Diện tích = chiều dài × chiều rộng.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nhận xét tiết học, dặn HS chuẩn bị bài sau.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HS lắng nghe, thực hiện.</w:t>
            </w:r>
          </w:p>
        </w:tc>
      </w:tr>
    </w:tbl>
    <w:p w:rsidR="004123B6" w:rsidRPr="00D02E09" w:rsidRDefault="00913510">
      <w:pPr>
        <w:keepNext/>
        <w:spacing w:after="0" w:line="240" w:lineRule="auto"/>
      </w:pPr>
      <w:r w:rsidRPr="00D02E09">
        <w:rPr>
          <w:b/>
        </w:rPr>
        <w:t>IV. ĐIỀU CHỈNH SAU BÀI DẠY (nếu có):</w:t>
      </w:r>
    </w:p>
    <w:p w:rsidR="004123B6" w:rsidRPr="00D02E09" w:rsidRDefault="00913510">
      <w:pPr>
        <w:spacing w:after="0" w:line="240" w:lineRule="auto"/>
      </w:pPr>
      <w:r w:rsidRPr="00D02E09">
        <w:t>................................................................................................................................................</w:t>
      </w:r>
    </w:p>
    <w:p w:rsidR="004123B6" w:rsidRPr="00D02E09" w:rsidRDefault="00913510">
      <w:pPr>
        <w:spacing w:after="0" w:line="240" w:lineRule="auto"/>
      </w:pPr>
      <w:r w:rsidRPr="00D02E09">
        <w:t>................................................................................................................................................</w:t>
      </w:r>
    </w:p>
    <w:p w:rsidR="004123B6" w:rsidRPr="00D02E09" w:rsidRDefault="00913510">
      <w:pPr>
        <w:spacing w:after="0" w:line="240" w:lineRule="auto"/>
      </w:pPr>
      <w:r w:rsidRPr="00D02E09">
        <w:t>................................................................................................................................................</w:t>
      </w:r>
    </w:p>
    <w:p w:rsidR="004123B6" w:rsidRPr="00D02E09" w:rsidRDefault="00913510">
      <w:pPr>
        <w:keepNext/>
        <w:pageBreakBefore/>
        <w:spacing w:after="0" w:line="240" w:lineRule="auto"/>
        <w:jc w:val="center"/>
      </w:pPr>
      <w:r w:rsidRPr="00D02E09">
        <w:rPr>
          <w:b/>
        </w:rPr>
        <w:lastRenderedPageBreak/>
        <w:t>KẾ HOẠCH BÀI DẠY MÔN TOÁN LỚP 4 - TUẦN 18</w:t>
      </w:r>
    </w:p>
    <w:p w:rsidR="004123B6" w:rsidRPr="00D02E09" w:rsidRDefault="00913510">
      <w:pPr>
        <w:keepNext/>
        <w:spacing w:after="0" w:line="240" w:lineRule="auto"/>
        <w:jc w:val="center"/>
      </w:pPr>
      <w:r w:rsidRPr="00D02E09">
        <w:rPr>
          <w:b/>
        </w:rPr>
        <w:t>BÀI 37: ÔN TẬP CHUNG</w:t>
      </w:r>
    </w:p>
    <w:p w:rsidR="004123B6" w:rsidRPr="00D02E09" w:rsidRDefault="00913510">
      <w:pPr>
        <w:keepNext/>
        <w:spacing w:after="0" w:line="240" w:lineRule="auto"/>
        <w:jc w:val="center"/>
      </w:pPr>
      <w:r w:rsidRPr="00D02E09">
        <w:rPr>
          <w:b/>
        </w:rPr>
        <w:t>TIẾT 88: LUYỆN TẬP - TIẾT 1 (TRANG 127)</w:t>
      </w:r>
    </w:p>
    <w:p w:rsidR="004123B6" w:rsidRPr="00D02E09" w:rsidRDefault="00913510">
      <w:pPr>
        <w:keepNext/>
        <w:spacing w:after="0" w:line="240" w:lineRule="auto"/>
      </w:pPr>
      <w:r w:rsidRPr="00D02E09">
        <w:rPr>
          <w:b/>
        </w:rPr>
        <w:t>I. YÊU CẦU CẦN ĐẠT</w:t>
      </w:r>
    </w:p>
    <w:p w:rsidR="004123B6" w:rsidRPr="00D02E09" w:rsidRDefault="00913510">
      <w:pPr>
        <w:keepNext/>
        <w:spacing w:after="0" w:line="240" w:lineRule="auto"/>
      </w:pPr>
      <w:r w:rsidRPr="00D02E09">
        <w:rPr>
          <w:b/>
        </w:rPr>
        <w:t>1. Năng lực đặc thù:</w:t>
      </w:r>
    </w:p>
    <w:p w:rsidR="004123B6" w:rsidRPr="00D02E09" w:rsidRDefault="00913510">
      <w:pPr>
        <w:spacing w:after="0" w:line="240" w:lineRule="auto"/>
      </w:pPr>
      <w:r w:rsidRPr="00D02E09">
        <w:t>- Ôn tập, củng cố việc đọc, viết, phân tích, so sánh và sắp xếp các số có nhiều chữ số.</w:t>
      </w:r>
    </w:p>
    <w:p w:rsidR="004123B6" w:rsidRPr="00D02E09" w:rsidRDefault="00913510">
      <w:pPr>
        <w:spacing w:after="0" w:line="240" w:lineRule="auto"/>
      </w:pPr>
      <w:r w:rsidRPr="00D02E09">
        <w:t>- Thực hiện chính xác phép cộng, phép trừ và vận dụng giải bài toán chu vi hình chữ nhật.</w:t>
      </w:r>
    </w:p>
    <w:p w:rsidR="004123B6" w:rsidRPr="00D02E09" w:rsidRDefault="00913510">
      <w:pPr>
        <w:spacing w:after="0" w:line="240" w:lineRule="auto"/>
      </w:pPr>
      <w:r w:rsidRPr="00D02E09">
        <w:t>- Biết tự đánh giá mức độ làm chủ kiến thức và cách sử dụng công cụ AI có trách nhiệm.</w:t>
      </w:r>
    </w:p>
    <w:p w:rsidR="004123B6" w:rsidRPr="00D02E09" w:rsidRDefault="00913510">
      <w:pPr>
        <w:keepNext/>
        <w:spacing w:after="0" w:line="240" w:lineRule="auto"/>
      </w:pPr>
      <w:r w:rsidRPr="00D02E09">
        <w:rPr>
          <w:b/>
        </w:rPr>
        <w:t>2. Năng lực chung:</w:t>
      </w:r>
    </w:p>
    <w:p w:rsidR="004123B6" w:rsidRPr="00D02E09" w:rsidRDefault="00913510">
      <w:pPr>
        <w:spacing w:after="0" w:line="240" w:lineRule="auto"/>
      </w:pPr>
      <w:r w:rsidRPr="00D02E09">
        <w:t>- Tự chủ và tự học: Chủ động làm bài, tự kiểm tra và tự đánh giá.</w:t>
      </w:r>
    </w:p>
    <w:p w:rsidR="004123B6" w:rsidRPr="00D02E09" w:rsidRDefault="00913510">
      <w:pPr>
        <w:spacing w:after="0" w:line="240" w:lineRule="auto"/>
      </w:pPr>
      <w:r w:rsidRPr="00D02E09">
        <w:t>- Giao tiếp và hợp tác: Trao đổi cách đọc, viết và sắp xếp số.</w:t>
      </w:r>
    </w:p>
    <w:p w:rsidR="004123B6" w:rsidRPr="00D02E09" w:rsidRDefault="00913510">
      <w:pPr>
        <w:spacing w:after="0" w:line="240" w:lineRule="auto"/>
      </w:pPr>
      <w:r w:rsidRPr="00D02E09">
        <w:t>- Giải quyết vấn đề và sáng tạo: Lựa chọn cách giải phù hợp cho bài toán thực tế.</w:t>
      </w:r>
    </w:p>
    <w:p w:rsidR="004123B6" w:rsidRPr="00D02E09" w:rsidRDefault="00913510">
      <w:pPr>
        <w:keepNext/>
        <w:spacing w:after="0" w:line="240" w:lineRule="auto"/>
      </w:pPr>
      <w:r w:rsidRPr="00D02E09">
        <w:rPr>
          <w:b/>
        </w:rPr>
        <w:t>3. Phẩm chất:</w:t>
      </w:r>
    </w:p>
    <w:p w:rsidR="004123B6" w:rsidRPr="00D02E09" w:rsidRDefault="00913510">
      <w:pPr>
        <w:spacing w:after="0" w:line="240" w:lineRule="auto"/>
      </w:pPr>
      <w:r w:rsidRPr="00D02E09">
        <w:t>- Chăm chỉ: Tích cực luyện tập.</w:t>
      </w:r>
    </w:p>
    <w:p w:rsidR="004123B6" w:rsidRPr="00D02E09" w:rsidRDefault="00913510">
      <w:pPr>
        <w:spacing w:after="0" w:line="240" w:lineRule="auto"/>
      </w:pPr>
      <w:r w:rsidRPr="00D02E09">
        <w:t>- Trách nhiệm: Cẩn thận khi đọc, viết và tính toán.</w:t>
      </w:r>
    </w:p>
    <w:p w:rsidR="004123B6" w:rsidRPr="00D02E09" w:rsidRDefault="00913510">
      <w:pPr>
        <w:spacing w:after="0" w:line="240" w:lineRule="auto"/>
      </w:pPr>
      <w:r w:rsidRPr="00D02E09">
        <w:t>- Trung thực: Tự đánh giá đúng khả năng, không dùng AI làm thay bài.</w:t>
      </w:r>
    </w:p>
    <w:p w:rsidR="004123B6" w:rsidRPr="00D02E09" w:rsidRDefault="00913510">
      <w:pPr>
        <w:spacing w:after="0" w:line="240" w:lineRule="auto"/>
      </w:pPr>
      <w:r w:rsidRPr="00D02E09">
        <w:rPr>
          <w:b/>
        </w:rPr>
        <w:t>4. Tích hợp:</w:t>
      </w:r>
    </w:p>
    <w:p w:rsidR="004123B6" w:rsidRPr="00D02E09" w:rsidRDefault="00913510">
      <w:pPr>
        <w:spacing w:after="0" w:line="240" w:lineRule="auto"/>
      </w:pPr>
      <w:r w:rsidRPr="00D02E09">
        <w:t>- Tích hợp AI (4.A3.1): HS tự đánh giá kiến thức đã làm chủ, sử dụng AI đúng mục đích, không lạm dụng làm thay bài và biết bảo mật thông tin cá nhân.</w:t>
      </w:r>
    </w:p>
    <w:p w:rsidR="004123B6" w:rsidRPr="00D02E09" w:rsidRDefault="00913510">
      <w:pPr>
        <w:keepNext/>
        <w:spacing w:after="0" w:line="240" w:lineRule="auto"/>
      </w:pPr>
      <w:r w:rsidRPr="00D02E09">
        <w:rPr>
          <w:b/>
        </w:rPr>
        <w:t>II. ĐỒ DÙNG DẠY HỌC</w:t>
      </w:r>
    </w:p>
    <w:p w:rsidR="004123B6" w:rsidRPr="00D02E09" w:rsidRDefault="00913510">
      <w:pPr>
        <w:spacing w:after="0" w:line="240" w:lineRule="auto"/>
      </w:pPr>
      <w:r w:rsidRPr="00D02E09">
        <w:t>- GV: SGK Toán 4, kế hoạch bài dạy, máy tính, ti vi, bài giảng điện tử, bảng phụ, phiếu học tập; hình và bài tập SGK được cắt đúng nội dung. Chuẩn bị thêm phiếu hồ sơ tự đánh giá việc học và sử dụng AI.</w:t>
      </w:r>
    </w:p>
    <w:p w:rsidR="004123B6" w:rsidRPr="00D02E09" w:rsidRDefault="00913510">
      <w:pPr>
        <w:spacing w:after="0" w:line="240" w:lineRule="auto"/>
      </w:pPr>
      <w:r w:rsidRPr="00D02E09">
        <w:t>- HS: SGK, vở ghi, bảng con, bút, thước thẳng, ê ke, thước đo góc và đồ dùng học tập cá nhân.</w:t>
      </w:r>
    </w:p>
    <w:p w:rsidR="004123B6" w:rsidRPr="00D02E09" w:rsidRDefault="00913510">
      <w:pPr>
        <w:keepNext/>
        <w:spacing w:after="0" w:line="240" w:lineRule="auto"/>
      </w:pPr>
      <w:r w:rsidRPr="00D02E09">
        <w:rPr>
          <w:b/>
        </w:rPr>
        <w:t>III. CÁC HOẠT ĐỘNG DẠY HỌC CHỦ YẾU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2"/>
        <w:gridCol w:w="4702"/>
      </w:tblGrid>
      <w:tr w:rsidR="00D02E09" w:rsidRPr="00D02E09" w:rsidTr="00D02E09">
        <w:trPr>
          <w:cantSplit/>
          <w:tblHeader/>
          <w:jc w:val="center"/>
        </w:trPr>
        <w:tc>
          <w:tcPr>
            <w:tcW w:w="4702" w:type="dxa"/>
            <w:tcBorders>
              <w:bottom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  <w:jc w:val="center"/>
            </w:pPr>
            <w:r w:rsidRPr="00D02E09">
              <w:rPr>
                <w:b/>
              </w:rPr>
              <w:t>Hoạt động của giáo viên</w:t>
            </w:r>
          </w:p>
        </w:tc>
        <w:tc>
          <w:tcPr>
            <w:tcW w:w="4702" w:type="dxa"/>
            <w:tcBorders>
              <w:bottom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  <w:jc w:val="center"/>
            </w:pPr>
            <w:r w:rsidRPr="00D02E09">
              <w:rPr>
                <w:b/>
              </w:rPr>
              <w:t>Hoạt động của học sinh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929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1. Khởi động</w:t>
            </w:r>
          </w:p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- Mục tiêu: Tạo tâm thế học tập và ôn đọc số có nhiều chữ số.</w:t>
            </w:r>
          </w:p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- Cách tiến hành: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yêu cầu HS đọc số 123 098 456.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Một trăm hai mươi ba triệu không trăm chín mươi tám nghìn bốn trăm năm mươi sáu.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yêu cầu HS đọc số 23 900 247.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Hai mươi ba triệu chín trăm nghìn hai trăm bốn mươi bảy.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hỏi: Mỗi số trên có mấy lớp và là những lớp nào?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Mỗi số có ba lớp: lớp triệu, lớp nghìn và lớp đơn vị.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nhận xét, giới thiệu bài.</w:t>
            </w:r>
          </w:p>
        </w:tc>
        <w:tc>
          <w:tcPr>
            <w:tcW w:w="4649" w:type="dxa"/>
            <w:tcBorders>
              <w:bottom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HS lắng nghe, ghi tên bài.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929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2. Luyện tập, thực hành</w:t>
            </w:r>
          </w:p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- Mục tiêu: Củng cố số có nhiều chữ số, phép cộng, phép trừ và bài toán chu vi.</w:t>
            </w:r>
          </w:p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- Mục tiêu tích hợp AI: HS tự đánh giá việc học và sử dụng AI đúng cách, an toàn.</w:t>
            </w:r>
          </w:p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- Cách tiến hành: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lastRenderedPageBreak/>
              <w:t>Bài 1: Làm việc cá nhân.</w:t>
            </w:r>
          </w:p>
          <w:p w:rsidR="004123B6" w:rsidRPr="00D02E09" w:rsidRDefault="00913510" w:rsidP="00D02E09">
            <w:pPr>
              <w:spacing w:after="0" w:line="240" w:lineRule="auto"/>
            </w:pPr>
            <w:r w:rsidRPr="00D02E09">
              <w:t>- GV mời HS đọc yêu cầu.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HS đọc yêu cầu: Nêu số và cách đọc số theo mẫu.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Yêu cầu HS hoàn thành dòng thứ hai của bảng.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Viết số: 1 621 494; đọc: Một triệu sáu trăm hai mươi mốt nghìn bốn trăm chín mươi tư.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Yêu cầu HS hoàn thành dòng thứ ba của bảng.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Viết số: 2 760 053; đọc: Hai triệu bảy trăm sáu mươi nghìn không trăm năm mươi ba.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Yêu cầu HS hoàn thành dòng thứ tư của bảng.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Viết số: 381 005; đọc: Ba trăm tám mươi mốt nghìn không trăm linh năm.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củng cố hàng, lớp và cách đọc số có nhiều chữ số.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HS nhắc lại: Mỗi lớp gồm ba hàng; khi đọc cần đọc lần lượt từng lớp từ trái sang phải.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Bài 2: Làm việc theo cặp.</w:t>
            </w:r>
          </w:p>
          <w:p w:rsidR="004123B6" w:rsidRPr="00D02E09" w:rsidRDefault="00913510" w:rsidP="00D02E09">
            <w:pPr>
              <w:spacing w:after="0" w:line="240" w:lineRule="auto"/>
            </w:pPr>
            <w:r w:rsidRPr="00D02E09">
              <w:t>- GV mời HS đọc yêu cầu.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HS đọc yêu cầu: Đọc số, xác định vị trí chữ số 7 và giá trị chữ số 6.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Yêu cầu HS nêu vị trí chữ số 7 trong bốn số ở câu a.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- 5 343 627: hàng đơn vị, lớp đơn vị; 1 571 210: hàng chục nghìn, lớp nghìn; 2 180 764: hàng trăm, lớp đơn vị; 7 042 500: hàng triệu, lớp triệu.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Yêu cầu HS nêu giá trị chữ số 6 ở câu b.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- 12 631: 600; 1 263 015: 60 000; 41 263: 60; 6 314 508: 6 000 000; 276 310: 6 000.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kết luận: Giá trị của mỗi chữ số phụ thuộc vào vị trí của chữ số trong số.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HS lắng nghe, nhắc lại kết luận.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Bài 3: Làm việc cá nhân.</w:t>
            </w:r>
          </w:p>
          <w:p w:rsidR="004123B6" w:rsidRPr="00D02E09" w:rsidRDefault="00913510" w:rsidP="00D02E09">
            <w:pPr>
              <w:spacing w:after="0" w:line="240" w:lineRule="auto"/>
            </w:pPr>
            <w:r w:rsidRPr="00D02E09">
              <w:t>- GV mời HS đọc yêu cầu.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HS đọc yêu cầu: Sắp xếp các số.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Yêu cầu HS sắp xếp câu a từ bé đến lớn.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- 5 216; 5 612; 6 251; 6 521.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Yêu cầu HS sắp xếp câu b từ lớn đến bé.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- 21 025; 20 152; 12 509; 9 999.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hỏi: Nêu cách so sánh các số có nhiều chữ số.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Số có nhiều chữ số hơn thì lớn hơn; nếu cùng số chữ số, so sánh từng hàng từ trái sang phải.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Bài 4: Làm việc nhóm.</w:t>
            </w:r>
          </w:p>
          <w:p w:rsidR="004123B6" w:rsidRPr="00D02E09" w:rsidRDefault="00913510" w:rsidP="00D02E09">
            <w:pPr>
              <w:spacing w:after="0" w:line="240" w:lineRule="auto"/>
            </w:pPr>
            <w:r w:rsidRPr="00D02E09">
              <w:t>- GV mời HS đọc yêu cầu.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HS đọc yêu cầu: Đặt tính rồi tính.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Yêu cầu HS làm phép cộng thứ nhất.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- 3 675 + 2 918 = 6 593.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Yêu cầu HS làm phép cộng thứ hai.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- 40 613 + 47 519 = 88 132.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Yêu cầu HS làm phép trừ thứ nhất.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- 7 641 - 2 815 = 4 826.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Yêu cầu HS làm phép trừ thứ hai.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- 62 748 - 35 261 = 27 487.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Bài 5: Làm việc cá nhân.</w:t>
            </w:r>
          </w:p>
          <w:p w:rsidR="004123B6" w:rsidRPr="00D02E09" w:rsidRDefault="00913510" w:rsidP="00D02E09">
            <w:pPr>
              <w:spacing w:after="0" w:line="240" w:lineRule="auto"/>
            </w:pPr>
            <w:r w:rsidRPr="00D02E09">
              <w:t>- GV mời HS đọc yêu cầu.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HS đọc bài toán về khu vườn hình chữ nhật.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lastRenderedPageBreak/>
              <w:t>- GV hỏi: Chiều dài khu vườn bằng bao nhiêu?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- 45 × 2 = 90 (m).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Yêu cầu HS tính chu vi khu vườn.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(45 + 90) × 2 = 270 (m).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Yêu cầu HS tính chiều dài hàng rào sau khi chừa cửa rộng 4 m.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- 270 - 4 = 266 (m).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nhận xét, chốt lời giải đúng.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Đáp số: 266 m.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tích hợp AI: GV phát “Hồ sơ tự đánh giá”, yêu cầu HS đánh dấu ba nội dung: kiến thức em đã tự làm chủ; nội dung em còn cần luyện thêm; công cụ AI em từng dùng để hỗ trợ học tập.</w:t>
            </w:r>
          </w:p>
          <w:p w:rsidR="004123B6" w:rsidRPr="00D02E09" w:rsidRDefault="00913510">
            <w:pPr>
              <w:spacing w:after="0" w:line="240" w:lineRule="auto"/>
            </w:pPr>
            <w:r w:rsidRPr="00D02E09">
              <w:t>- GV hỏi: Khi dùng AI, việc nào được phép và việc nào không nên làm?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HS tự đánh giá trung thực.</w:t>
            </w:r>
          </w:p>
          <w:p w:rsidR="004123B6" w:rsidRPr="00D02E09" w:rsidRDefault="00913510">
            <w:pPr>
              <w:spacing w:after="0" w:line="240" w:lineRule="auto"/>
            </w:pPr>
            <w:r w:rsidRPr="00D02E09">
              <w:t>- HS nêu: Có thể dùng AI để gợi ý cách kiểm tra hoặc tạo câu hỏi luyện tập; không dùng AI làm thay toàn bộ bài, không sao chép đáp án.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hướng dẫn HS bảo mật thông tin: không nhập họ tên đầy đủ, địa chỉ nhà, số điện thoại, mật khẩu, hình ảnh riêng tư vào công cụ AI.</w:t>
            </w:r>
          </w:p>
          <w:p w:rsidR="004123B6" w:rsidRPr="00D02E09" w:rsidRDefault="00913510">
            <w:pPr>
              <w:spacing w:after="0" w:line="240" w:lineRule="auto"/>
            </w:pPr>
            <w:r w:rsidRPr="00D02E09">
              <w:t>- GV nhấn mạnh mọi kết quả AI đều cần được đối chiếu bằng kiến thức, SGK hoặc hỏi GV/người lớn.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HS nêu lại các thông tin cá nhân không được chia sẻ.</w:t>
            </w:r>
          </w:p>
          <w:p w:rsidR="004123B6" w:rsidRPr="00D02E09" w:rsidRDefault="00913510">
            <w:pPr>
              <w:spacing w:after="0" w:line="240" w:lineRule="auto"/>
            </w:pPr>
            <w:r w:rsidRPr="00D02E09">
              <w:t>- HS cam kết kiểm tra kết quả AI và chịu trách nhiệm về bài làm của mình.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 xml:space="preserve">- GV kết luận tích hợp: AI chỉ là công cụ hỗ trợ; sự tiến bộ được thể hiện bằng việc HS tự hiểu, tự làm, biết kiểm tra và sử dụng công nghệ </w:t>
            </w:r>
            <w:proofErr w:type="gramStart"/>
            <w:r w:rsidRPr="00D02E09">
              <w:t>an</w:t>
            </w:r>
            <w:proofErr w:type="gramEnd"/>
            <w:r w:rsidRPr="00D02E09">
              <w:t xml:space="preserve"> toàn, có trách nhiệm.</w:t>
            </w:r>
          </w:p>
        </w:tc>
        <w:tc>
          <w:tcPr>
            <w:tcW w:w="4649" w:type="dxa"/>
            <w:tcBorders>
              <w:bottom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HS lắng nghe, hoàn thành hồ sơ tự đánh giá.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929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3. Vận dụng, trải nghiệm</w:t>
            </w:r>
          </w:p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- Mục tiêu: Khắc sâu kiến thức và hình thành thói quen tự đánh giá.</w:t>
            </w:r>
          </w:p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- Cách tiến hành: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yêu cầu HS nêu cách so sánh các số có nhiều chữ số.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HS nêu đúng quy tắc so sánh.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yêu cầu HS nêu cách tính chu vi hình chữ nhật.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Chu vi = (chiều dài + chiều rộng) × 2.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nhận xét tiết học và dặn HS hoàn thiện hồ sơ tự đánh giá.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HS lắng nghe, thực hiện.</w:t>
            </w:r>
          </w:p>
        </w:tc>
      </w:tr>
    </w:tbl>
    <w:p w:rsidR="004123B6" w:rsidRPr="00D02E09" w:rsidRDefault="00913510">
      <w:pPr>
        <w:keepNext/>
        <w:spacing w:after="0" w:line="240" w:lineRule="auto"/>
      </w:pPr>
      <w:r w:rsidRPr="00D02E09">
        <w:rPr>
          <w:b/>
        </w:rPr>
        <w:t>IV. ĐIỀU CHỈNH SAU BÀI DẠY (nếu có):</w:t>
      </w:r>
    </w:p>
    <w:p w:rsidR="004123B6" w:rsidRPr="00D02E09" w:rsidRDefault="00913510">
      <w:pPr>
        <w:spacing w:after="0" w:line="240" w:lineRule="auto"/>
      </w:pPr>
      <w:r w:rsidRPr="00D02E09">
        <w:t>................................................................................................................................................</w:t>
      </w:r>
    </w:p>
    <w:p w:rsidR="004123B6" w:rsidRPr="00D02E09" w:rsidRDefault="00913510">
      <w:pPr>
        <w:spacing w:after="0" w:line="240" w:lineRule="auto"/>
      </w:pPr>
      <w:r w:rsidRPr="00D02E09">
        <w:t>................................................................................................................................................</w:t>
      </w:r>
    </w:p>
    <w:p w:rsidR="004123B6" w:rsidRPr="00D02E09" w:rsidRDefault="00913510">
      <w:pPr>
        <w:spacing w:after="0" w:line="240" w:lineRule="auto"/>
      </w:pPr>
      <w:r w:rsidRPr="00D02E09">
        <w:t>................................................................................................................................................</w:t>
      </w:r>
    </w:p>
    <w:p w:rsidR="004123B6" w:rsidRPr="00D02E09" w:rsidRDefault="00913510">
      <w:pPr>
        <w:keepNext/>
        <w:pageBreakBefore/>
        <w:spacing w:after="0" w:line="240" w:lineRule="auto"/>
        <w:jc w:val="center"/>
      </w:pPr>
      <w:r w:rsidRPr="00D02E09">
        <w:rPr>
          <w:b/>
        </w:rPr>
        <w:lastRenderedPageBreak/>
        <w:t>KẾ HOẠCH BÀI DẠY MÔN TOÁN LỚP 4 - TUẦN 18</w:t>
      </w:r>
    </w:p>
    <w:p w:rsidR="004123B6" w:rsidRPr="00D02E09" w:rsidRDefault="00913510">
      <w:pPr>
        <w:keepNext/>
        <w:spacing w:after="0" w:line="240" w:lineRule="auto"/>
        <w:jc w:val="center"/>
      </w:pPr>
      <w:r w:rsidRPr="00D02E09">
        <w:rPr>
          <w:b/>
        </w:rPr>
        <w:t>BÀI 37: ÔN TẬP CHUNG</w:t>
      </w:r>
    </w:p>
    <w:p w:rsidR="004123B6" w:rsidRPr="00D02E09" w:rsidRDefault="00913510">
      <w:pPr>
        <w:keepNext/>
        <w:spacing w:after="0" w:line="240" w:lineRule="auto"/>
        <w:jc w:val="center"/>
      </w:pPr>
      <w:r w:rsidRPr="00D02E09">
        <w:rPr>
          <w:b/>
        </w:rPr>
        <w:t>TIẾT 89: LUYỆN TẬP - TIẾT 2 (TRANG 128)</w:t>
      </w:r>
    </w:p>
    <w:p w:rsidR="004123B6" w:rsidRPr="00D02E09" w:rsidRDefault="00913510">
      <w:pPr>
        <w:keepNext/>
        <w:spacing w:after="0" w:line="240" w:lineRule="auto"/>
      </w:pPr>
      <w:r w:rsidRPr="00D02E09">
        <w:rPr>
          <w:b/>
        </w:rPr>
        <w:t>I. YÊU CẦU CẦN ĐẠT</w:t>
      </w:r>
    </w:p>
    <w:p w:rsidR="004123B6" w:rsidRPr="00D02E09" w:rsidRDefault="00913510">
      <w:pPr>
        <w:keepNext/>
        <w:spacing w:after="0" w:line="240" w:lineRule="auto"/>
      </w:pPr>
      <w:r w:rsidRPr="00D02E09">
        <w:rPr>
          <w:b/>
        </w:rPr>
        <w:t>1. Năng lực đặc thù:</w:t>
      </w:r>
    </w:p>
    <w:p w:rsidR="004123B6" w:rsidRPr="00D02E09" w:rsidRDefault="00913510">
      <w:pPr>
        <w:spacing w:after="0" w:line="240" w:lineRule="auto"/>
      </w:pPr>
      <w:r w:rsidRPr="00D02E09">
        <w:t>- Ôn tập, củng cố phép nhân, phép chia với số có một chữ số.</w:t>
      </w:r>
    </w:p>
    <w:p w:rsidR="004123B6" w:rsidRPr="00D02E09" w:rsidRDefault="00913510">
      <w:pPr>
        <w:spacing w:after="0" w:line="240" w:lineRule="auto"/>
      </w:pPr>
      <w:r w:rsidRPr="00D02E09">
        <w:t>- Vận dụng được kiến thức về đo lường, phép chia và bài toán tìm hai số biết tổng và hiệu.</w:t>
      </w:r>
    </w:p>
    <w:p w:rsidR="004123B6" w:rsidRPr="00D02E09" w:rsidRDefault="00913510">
      <w:pPr>
        <w:spacing w:after="0" w:line="240" w:lineRule="auto"/>
      </w:pPr>
      <w:r w:rsidRPr="00D02E09">
        <w:t>- Đọc, tổng hợp được số liệu trong bảng thống kê đơn giản.</w:t>
      </w:r>
    </w:p>
    <w:p w:rsidR="004123B6" w:rsidRPr="00D02E09" w:rsidRDefault="00913510">
      <w:pPr>
        <w:keepNext/>
        <w:spacing w:after="0" w:line="240" w:lineRule="auto"/>
      </w:pPr>
      <w:r w:rsidRPr="00D02E09">
        <w:rPr>
          <w:b/>
        </w:rPr>
        <w:t>2. Năng lực chung:</w:t>
      </w:r>
    </w:p>
    <w:p w:rsidR="004123B6" w:rsidRPr="00D02E09" w:rsidRDefault="00913510">
      <w:pPr>
        <w:spacing w:after="0" w:line="240" w:lineRule="auto"/>
      </w:pPr>
      <w:r w:rsidRPr="00D02E09">
        <w:t>- Tự chủ và tự học: Chủ động làm bài và kiểm tra kết quả.</w:t>
      </w:r>
    </w:p>
    <w:p w:rsidR="004123B6" w:rsidRPr="00D02E09" w:rsidRDefault="00913510">
      <w:pPr>
        <w:spacing w:after="0" w:line="240" w:lineRule="auto"/>
      </w:pPr>
      <w:r w:rsidRPr="00D02E09">
        <w:t>- Giao tiếp và hợp tác: Trao đổi cách làm trong nhóm.</w:t>
      </w:r>
    </w:p>
    <w:p w:rsidR="004123B6" w:rsidRPr="00D02E09" w:rsidRDefault="00913510">
      <w:pPr>
        <w:spacing w:after="0" w:line="240" w:lineRule="auto"/>
      </w:pPr>
      <w:r w:rsidRPr="00D02E09">
        <w:t>- Giải quyết vấn đề và sáng tạo: Chọn phép tính, cách đọc bảng phù hợp.</w:t>
      </w:r>
    </w:p>
    <w:p w:rsidR="004123B6" w:rsidRPr="00D02E09" w:rsidRDefault="00913510">
      <w:pPr>
        <w:keepNext/>
        <w:spacing w:after="0" w:line="240" w:lineRule="auto"/>
      </w:pPr>
      <w:r w:rsidRPr="00D02E09">
        <w:rPr>
          <w:b/>
        </w:rPr>
        <w:t>3. Phẩm chất:</w:t>
      </w:r>
    </w:p>
    <w:p w:rsidR="004123B6" w:rsidRPr="00D02E09" w:rsidRDefault="00913510">
      <w:pPr>
        <w:spacing w:after="0" w:line="240" w:lineRule="auto"/>
      </w:pPr>
      <w:r w:rsidRPr="00D02E09">
        <w:t>- Chăm chỉ: Tích cực luyện tập.</w:t>
      </w:r>
    </w:p>
    <w:p w:rsidR="004123B6" w:rsidRPr="00D02E09" w:rsidRDefault="00913510">
      <w:pPr>
        <w:spacing w:after="0" w:line="240" w:lineRule="auto"/>
      </w:pPr>
      <w:r w:rsidRPr="00D02E09">
        <w:t>- Trách nhiệm: Cẩn thận trong tính toán và đọc số liệu.</w:t>
      </w:r>
    </w:p>
    <w:p w:rsidR="004123B6" w:rsidRPr="00D02E09" w:rsidRDefault="00913510">
      <w:pPr>
        <w:spacing w:after="0" w:line="240" w:lineRule="auto"/>
      </w:pPr>
      <w:r w:rsidRPr="00D02E09">
        <w:t>- Trung thực: Báo cáo đúng kết quả.</w:t>
      </w:r>
    </w:p>
    <w:p w:rsidR="004123B6" w:rsidRPr="00D02E09" w:rsidRDefault="00913510">
      <w:pPr>
        <w:keepNext/>
        <w:spacing w:after="0" w:line="240" w:lineRule="auto"/>
      </w:pPr>
      <w:r w:rsidRPr="00D02E09">
        <w:rPr>
          <w:b/>
        </w:rPr>
        <w:t>II. ĐỒ DÙNG DẠY HỌC</w:t>
      </w:r>
    </w:p>
    <w:p w:rsidR="004123B6" w:rsidRPr="00D02E09" w:rsidRDefault="00913510">
      <w:pPr>
        <w:spacing w:after="0" w:line="240" w:lineRule="auto"/>
      </w:pPr>
      <w:r w:rsidRPr="00D02E09">
        <w:t>- GV: SGK Toán 4, kế hoạch bài dạy, máy tính, ti vi, bài giảng điện tử, bảng phụ, phiếu học tập; hình và bài tập SGK được cắt đúng nội dung. Chuẩn bị thêm phiếu Bài 4 và bảng phụ.</w:t>
      </w:r>
    </w:p>
    <w:p w:rsidR="004123B6" w:rsidRPr="00D02E09" w:rsidRDefault="00913510">
      <w:pPr>
        <w:spacing w:after="0" w:line="240" w:lineRule="auto"/>
      </w:pPr>
      <w:r w:rsidRPr="00D02E09">
        <w:t>- HS: SGK, vở ghi, bảng con, bút, thước thẳng, ê ke, thước đo góc và đồ dùng học tập cá nhân.</w:t>
      </w:r>
    </w:p>
    <w:p w:rsidR="004123B6" w:rsidRPr="00D02E09" w:rsidRDefault="00913510">
      <w:pPr>
        <w:keepNext/>
        <w:spacing w:after="0" w:line="240" w:lineRule="auto"/>
      </w:pPr>
      <w:r w:rsidRPr="00D02E09">
        <w:rPr>
          <w:b/>
        </w:rPr>
        <w:t>III. CÁC HOẠT ĐỘNG DẠY HỌC CHỦ YẾU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2"/>
        <w:gridCol w:w="4702"/>
      </w:tblGrid>
      <w:tr w:rsidR="00D02E09" w:rsidRPr="00D02E09" w:rsidTr="00D02E09">
        <w:trPr>
          <w:cantSplit/>
          <w:tblHeader/>
          <w:jc w:val="center"/>
        </w:trPr>
        <w:tc>
          <w:tcPr>
            <w:tcW w:w="4702" w:type="dxa"/>
            <w:tcBorders>
              <w:bottom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  <w:jc w:val="center"/>
            </w:pPr>
            <w:r w:rsidRPr="00D02E09">
              <w:rPr>
                <w:b/>
              </w:rPr>
              <w:t>Hoạt động của giáo viên</w:t>
            </w:r>
          </w:p>
        </w:tc>
        <w:tc>
          <w:tcPr>
            <w:tcW w:w="4702" w:type="dxa"/>
            <w:tcBorders>
              <w:bottom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  <w:jc w:val="center"/>
            </w:pPr>
            <w:r w:rsidRPr="00D02E09">
              <w:rPr>
                <w:b/>
              </w:rPr>
              <w:t>Hoạt động của học sinh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929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1. Khởi động</w:t>
            </w:r>
          </w:p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- Mục tiêu: Ôn nhanh phép cộng, trừ, nhân, chia.</w:t>
            </w:r>
          </w:p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- Cách tiến hành: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yêu cầu tính: 234 098 + 56 023.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- 290 121.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yêu cầu tính: 90 098 - 23 986.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- 66 112.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yêu cầu tính: 112 245 × 4.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- 448 980.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 xml:space="preserve">- GV yêu cầu tính: 56 </w:t>
            </w:r>
            <w:proofErr w:type="gramStart"/>
            <w:r w:rsidRPr="00D02E09">
              <w:t>098 :</w:t>
            </w:r>
            <w:proofErr w:type="gramEnd"/>
            <w:r w:rsidRPr="00D02E09">
              <w:t xml:space="preserve"> 3.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- 18 699 dư 1.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nhận xét, giới thiệu bài.</w:t>
            </w:r>
          </w:p>
        </w:tc>
        <w:tc>
          <w:tcPr>
            <w:tcW w:w="4649" w:type="dxa"/>
            <w:tcBorders>
              <w:bottom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HS lắng nghe, ghi tên bài.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929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2. Luyện tập, thực hành</w:t>
            </w:r>
          </w:p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- Mục tiêu: Củng cố nhân, chia, đo lường, đọc bảng số liệu và bài toán tổng - hiệu.</w:t>
            </w:r>
          </w:p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- Cách tiến hành: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Bài 1: Làm việc cá nhân.</w:t>
            </w:r>
          </w:p>
          <w:p w:rsidR="004123B6" w:rsidRPr="00D02E09" w:rsidRDefault="00913510" w:rsidP="00D02E09">
            <w:pPr>
              <w:spacing w:after="0" w:line="240" w:lineRule="auto"/>
            </w:pPr>
            <w:r w:rsidRPr="00D02E09">
              <w:t>- GV mời HS đọc yêu cầu.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HS đọc yêu cầu: Đặt tính rồi tính.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Yêu cầu HS làm bài cá nhân.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- 23 152 × 4 = 92 608; 6 071 × 3 = 18 213; 24 185 : 5 = 4 837; 5 208 : 4 = 1 302.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yêu cầu HS chia sẻ cách tính.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HS nêu cách nhân, chia lần lượt từ phải sang trái và kiểm tra lại kết quả.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lastRenderedPageBreak/>
              <w:t>Bài 2: Làm việc theo cặp.</w:t>
            </w:r>
          </w:p>
          <w:p w:rsidR="004123B6" w:rsidRPr="00D02E09" w:rsidRDefault="00913510" w:rsidP="00D02E09">
            <w:pPr>
              <w:spacing w:after="0" w:line="240" w:lineRule="auto"/>
            </w:pPr>
            <w:r w:rsidRPr="00D02E09">
              <w:t>- GV mời HS đọc yêu cầu.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HS đọc yêu cầu: Chọn câu trả lời đúng.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yêu cầu so sánh diện tích ba hình ở câu a.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A = 10 002 cm²; B = 10 004 cm²; C = 10 003 cm²; hình B có diện tích lớn nhất.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yêu cầu đổi khối lượng của ba ô tô về tạ ở câu b.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A = 27 tạ; B = 25 tạ; C = 25 tạ 7 yến; ô tô B chở nhẹ nhất.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nhận xét, củng cố cách đổi đơn vị đo diện tích và khối lượng.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HS đối chiếu kết quả và ghi nhớ cách đổi về cùng đơn vị.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Bài 3: Làm việc cá nhân.</w:t>
            </w:r>
          </w:p>
          <w:p w:rsidR="004123B6" w:rsidRPr="00D02E09" w:rsidRDefault="00913510" w:rsidP="00D02E09">
            <w:pPr>
              <w:spacing w:after="0" w:line="240" w:lineRule="auto"/>
            </w:pPr>
            <w:r w:rsidRPr="00D02E09">
              <w:t>- GV mời HS đọc yêu cầu.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HS đọc bài toán về học sinh học bơi và bóng đá.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Yêu cầu HS tính số học sinh một lớp học bơi.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- 120 : 5 = 24 (học sinh).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Yêu cầu HS tính số học sinh một lớp học bóng đá.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- 60 : 5 = 12 (học sinh).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Yêu cầu HS tính số học sinh học bơi nhiều hơn học bóng đá.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- 24 - 12 = 12 (học sinh).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nhận xét, chốt lời giải đúng.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Đáp số: 12 học sinh.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Bài 4: Làm việc theo nhóm.</w:t>
            </w:r>
          </w:p>
          <w:p w:rsidR="004123B6" w:rsidRPr="00D02E09" w:rsidRDefault="00913510" w:rsidP="00D02E09">
            <w:pPr>
              <w:spacing w:after="0" w:line="240" w:lineRule="auto"/>
            </w:pPr>
            <w:r w:rsidRPr="00D02E09">
              <w:t>- GV mời HS đọc bảng số liệu và câu hỏi.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HS đọc bảng huy chương của đoàn thể thao người khuyết tật Việt Nam.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Yêu cầu HS nêu tổng số huy chương vàng, bạc, đồng.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Huy chương vàng: 65; huy chương bạc: 62; huy chương đồng: 56.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hỏi: Môn nào có số huy chương vàng nhiều nhất?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Môn bơi có 27 huy chương vàng, nhiều nhất.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nhận xét, kết luận.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HS lắng nghe, đối chiếu số liệu.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Bài 5: Làm việc cá nhân.</w:t>
            </w:r>
          </w:p>
          <w:p w:rsidR="004123B6" w:rsidRPr="00D02E09" w:rsidRDefault="00913510" w:rsidP="00D02E09">
            <w:pPr>
              <w:spacing w:after="0" w:line="240" w:lineRule="auto"/>
            </w:pPr>
            <w:r w:rsidRPr="00D02E09">
              <w:t>- GV mời HS đọc yêu cầu.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HS đọc bài toán về hai ô tô chở muối.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hỏi: Bài toán thuộc dạng toán nào?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Tìm hai số biết tổng là 50 tạ và hiệu là 4 tạ.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Yêu cầu HS tìm số muối xe thứ nhất chở.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(50 + 4) : 2 = 27 (tạ).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Yêu cầu HS tìm số muối xe thứ hai chở.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- 50 - 27 = 23 (tạ).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nhận xét, chốt lời giải đúng.</w:t>
            </w:r>
          </w:p>
        </w:tc>
        <w:tc>
          <w:tcPr>
            <w:tcW w:w="4649" w:type="dxa"/>
            <w:tcBorders>
              <w:bottom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Đáp số: xe thứ nhất 27 tạ; xe thứ hai 23 tạ.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929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3. Vận dụng, trải nghiệm</w:t>
            </w:r>
          </w:p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- Mục tiêu: Củng cố cách tìm hai số biết tổng và hiệu.</w:t>
            </w:r>
          </w:p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- Cách tiến hành: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củng cố cách tìm hai số khi biết tổng và hiệu.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Số lớn = (Tổng + Hiệu) : 2; số bé = (Tổng - Hiệu) : 2.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nêu: Lớp 4A có 35 HS, số HS nữ ít hơn HS nam 5 HS. Hỏi có bao nhiêu HS nam?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(35 + 5) : 2 = 20 (học sinh nam).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lastRenderedPageBreak/>
              <w:t>- GV nhận xét tiết học, dặn HS ôn bài.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HS lắng nghe, thực hiện.</w:t>
            </w:r>
          </w:p>
        </w:tc>
      </w:tr>
    </w:tbl>
    <w:p w:rsidR="004123B6" w:rsidRPr="00D02E09" w:rsidRDefault="00913510">
      <w:pPr>
        <w:keepNext/>
        <w:spacing w:after="0" w:line="240" w:lineRule="auto"/>
      </w:pPr>
      <w:r w:rsidRPr="00D02E09">
        <w:rPr>
          <w:b/>
        </w:rPr>
        <w:t>IV. ĐIỀU CHỈNH SAU BÀI DẠY (nếu có):</w:t>
      </w:r>
    </w:p>
    <w:p w:rsidR="004123B6" w:rsidRPr="00D02E09" w:rsidRDefault="00913510">
      <w:pPr>
        <w:spacing w:after="0" w:line="240" w:lineRule="auto"/>
      </w:pPr>
      <w:r w:rsidRPr="00D02E09">
        <w:t>................................................................................................................................................</w:t>
      </w:r>
    </w:p>
    <w:p w:rsidR="004123B6" w:rsidRPr="00D02E09" w:rsidRDefault="00913510">
      <w:pPr>
        <w:spacing w:after="0" w:line="240" w:lineRule="auto"/>
      </w:pPr>
      <w:r w:rsidRPr="00D02E09">
        <w:t>................................................................................................................................................</w:t>
      </w:r>
    </w:p>
    <w:p w:rsidR="004123B6" w:rsidRPr="00D02E09" w:rsidRDefault="00913510">
      <w:pPr>
        <w:spacing w:after="0" w:line="240" w:lineRule="auto"/>
      </w:pPr>
      <w:r w:rsidRPr="00D02E09">
        <w:t>................................................................................................................................................</w:t>
      </w:r>
    </w:p>
    <w:p w:rsidR="004123B6" w:rsidRPr="00D02E09" w:rsidRDefault="00913510">
      <w:pPr>
        <w:keepNext/>
        <w:pageBreakBefore/>
        <w:spacing w:after="0" w:line="240" w:lineRule="auto"/>
        <w:jc w:val="center"/>
      </w:pPr>
      <w:r w:rsidRPr="00D02E09">
        <w:rPr>
          <w:b/>
        </w:rPr>
        <w:lastRenderedPageBreak/>
        <w:t>KẾ HOẠCH BÀI DẠY MÔN TOÁN LỚP 4 - TUẦN 18</w:t>
      </w:r>
    </w:p>
    <w:p w:rsidR="004123B6" w:rsidRPr="00D02E09" w:rsidRDefault="00913510">
      <w:pPr>
        <w:keepNext/>
        <w:spacing w:after="0" w:line="240" w:lineRule="auto"/>
        <w:jc w:val="center"/>
      </w:pPr>
      <w:r w:rsidRPr="00D02E09">
        <w:rPr>
          <w:b/>
        </w:rPr>
        <w:t>BÀI 37: ÔN TẬP CHUNG</w:t>
      </w:r>
    </w:p>
    <w:p w:rsidR="004123B6" w:rsidRPr="00D02E09" w:rsidRDefault="00913510">
      <w:pPr>
        <w:keepNext/>
        <w:spacing w:after="0" w:line="240" w:lineRule="auto"/>
        <w:jc w:val="center"/>
      </w:pPr>
      <w:r w:rsidRPr="00D02E09">
        <w:rPr>
          <w:b/>
        </w:rPr>
        <w:t>TIẾT 90: LUYỆN TẬP - TIẾT 3 (TRANG 129 - 130)</w:t>
      </w:r>
    </w:p>
    <w:p w:rsidR="004123B6" w:rsidRPr="00D02E09" w:rsidRDefault="00913510">
      <w:pPr>
        <w:keepNext/>
        <w:spacing w:after="0" w:line="240" w:lineRule="auto"/>
      </w:pPr>
      <w:r w:rsidRPr="00D02E09">
        <w:rPr>
          <w:b/>
        </w:rPr>
        <w:t>I. YÊU CẦU CẦN ĐẠT</w:t>
      </w:r>
    </w:p>
    <w:p w:rsidR="004123B6" w:rsidRPr="00D02E09" w:rsidRDefault="00913510">
      <w:pPr>
        <w:keepNext/>
        <w:spacing w:after="0" w:line="240" w:lineRule="auto"/>
      </w:pPr>
      <w:r w:rsidRPr="00D02E09">
        <w:rPr>
          <w:b/>
        </w:rPr>
        <w:t>1. Năng lực đặc thù:</w:t>
      </w:r>
    </w:p>
    <w:p w:rsidR="004123B6" w:rsidRPr="00D02E09" w:rsidRDefault="00913510">
      <w:pPr>
        <w:spacing w:after="0" w:line="240" w:lineRule="auto"/>
      </w:pPr>
      <w:r w:rsidRPr="00D02E09">
        <w:t>- Ôn tập, củng cố số chẵn, số lẻ; tính giá trị biểu thức; so sánh các số đo đại lượng.</w:t>
      </w:r>
    </w:p>
    <w:p w:rsidR="004123B6" w:rsidRPr="00D02E09" w:rsidRDefault="00913510">
      <w:pPr>
        <w:spacing w:after="0" w:line="240" w:lineRule="auto"/>
      </w:pPr>
      <w:r w:rsidRPr="00D02E09">
        <w:t>- Nhận biết được hình bình hành, hình thoi, các đoạn thẳng song song và vuông góc.</w:t>
      </w:r>
    </w:p>
    <w:p w:rsidR="004123B6" w:rsidRPr="00D02E09" w:rsidRDefault="00913510">
      <w:pPr>
        <w:spacing w:after="0" w:line="240" w:lineRule="auto"/>
      </w:pPr>
      <w:r w:rsidRPr="00D02E09">
        <w:t>- Giải được bài toán tìm hai số biết tổng và hiệu.</w:t>
      </w:r>
    </w:p>
    <w:p w:rsidR="004123B6" w:rsidRPr="00D02E09" w:rsidRDefault="00913510">
      <w:pPr>
        <w:keepNext/>
        <w:spacing w:after="0" w:line="240" w:lineRule="auto"/>
      </w:pPr>
      <w:r w:rsidRPr="00D02E09">
        <w:rPr>
          <w:b/>
        </w:rPr>
        <w:t>2. Năng lực chung:</w:t>
      </w:r>
    </w:p>
    <w:p w:rsidR="004123B6" w:rsidRPr="00D02E09" w:rsidRDefault="00913510">
      <w:pPr>
        <w:spacing w:after="0" w:line="240" w:lineRule="auto"/>
      </w:pPr>
      <w:r w:rsidRPr="00D02E09">
        <w:t>- Tự chủ và tự học: Chủ động làm bài và tự kiểm tra.</w:t>
      </w:r>
    </w:p>
    <w:p w:rsidR="004123B6" w:rsidRPr="00D02E09" w:rsidRDefault="00913510">
      <w:pPr>
        <w:spacing w:after="0" w:line="240" w:lineRule="auto"/>
      </w:pPr>
      <w:r w:rsidRPr="00D02E09">
        <w:t>- Giao tiếp và hợp tác: Trao đổi cách làm, trình bày kết quả rõ ràng.</w:t>
      </w:r>
    </w:p>
    <w:p w:rsidR="004123B6" w:rsidRPr="00D02E09" w:rsidRDefault="00913510">
      <w:pPr>
        <w:spacing w:after="0" w:line="240" w:lineRule="auto"/>
      </w:pPr>
      <w:r w:rsidRPr="00D02E09">
        <w:t>- Giải quyết vấn đề và sáng tạo: Vận dụng tổng hợp nhiều kiến thức để giải bài.</w:t>
      </w:r>
    </w:p>
    <w:p w:rsidR="004123B6" w:rsidRPr="00D02E09" w:rsidRDefault="00913510">
      <w:pPr>
        <w:keepNext/>
        <w:spacing w:after="0" w:line="240" w:lineRule="auto"/>
      </w:pPr>
      <w:r w:rsidRPr="00D02E09">
        <w:rPr>
          <w:b/>
        </w:rPr>
        <w:t>3. Phẩm chất:</w:t>
      </w:r>
    </w:p>
    <w:p w:rsidR="004123B6" w:rsidRPr="00D02E09" w:rsidRDefault="00913510">
      <w:pPr>
        <w:spacing w:after="0" w:line="240" w:lineRule="auto"/>
      </w:pPr>
      <w:r w:rsidRPr="00D02E09">
        <w:t>- Chăm chỉ: Tích cực luyện tập.</w:t>
      </w:r>
    </w:p>
    <w:p w:rsidR="004123B6" w:rsidRPr="00D02E09" w:rsidRDefault="00913510">
      <w:pPr>
        <w:spacing w:after="0" w:line="240" w:lineRule="auto"/>
      </w:pPr>
      <w:r w:rsidRPr="00D02E09">
        <w:t>- Trách nhiệm: Cẩn thận khi tính toán và quan sát hình.</w:t>
      </w:r>
    </w:p>
    <w:p w:rsidR="004123B6" w:rsidRPr="00D02E09" w:rsidRDefault="00913510">
      <w:pPr>
        <w:spacing w:after="0" w:line="240" w:lineRule="auto"/>
      </w:pPr>
      <w:r w:rsidRPr="00D02E09">
        <w:t>- Trung thực: Nêu đúng kết quả, sửa sai kịp thời.</w:t>
      </w:r>
    </w:p>
    <w:p w:rsidR="004123B6" w:rsidRPr="00D02E09" w:rsidRDefault="00913510">
      <w:pPr>
        <w:keepNext/>
        <w:spacing w:after="0" w:line="240" w:lineRule="auto"/>
      </w:pPr>
      <w:r w:rsidRPr="00D02E09">
        <w:rPr>
          <w:b/>
        </w:rPr>
        <w:t>II. ĐỒ DÙNG DẠY HỌC</w:t>
      </w:r>
    </w:p>
    <w:p w:rsidR="004123B6" w:rsidRPr="00D02E09" w:rsidRDefault="00913510">
      <w:pPr>
        <w:spacing w:after="0" w:line="240" w:lineRule="auto"/>
      </w:pPr>
      <w:r w:rsidRPr="00D02E09">
        <w:t>- GV: SGK Toán 4, kế hoạch bài dạy, máy tính, ti vi, bài giảng điện tử, bảng phụ, phiếu học tập; hình và bài tập SGK được cắt đúng nội dung. Chuẩn bị thêm hình phóng to Bài 4 và phiếu học tập.</w:t>
      </w:r>
    </w:p>
    <w:p w:rsidR="004123B6" w:rsidRPr="00D02E09" w:rsidRDefault="00913510">
      <w:pPr>
        <w:spacing w:after="0" w:line="240" w:lineRule="auto"/>
      </w:pPr>
      <w:r w:rsidRPr="00D02E09">
        <w:t>- HS: SGK, vở ghi, bảng con, bút, thước thẳng, ê ke, thước đo góc và đồ dùng học tập cá nhân.</w:t>
      </w:r>
    </w:p>
    <w:p w:rsidR="004123B6" w:rsidRPr="00D02E09" w:rsidRDefault="00913510">
      <w:pPr>
        <w:keepNext/>
        <w:spacing w:after="0" w:line="240" w:lineRule="auto"/>
      </w:pPr>
      <w:r w:rsidRPr="00D02E09">
        <w:rPr>
          <w:b/>
        </w:rPr>
        <w:t>III. CÁC HOẠT ĐỘNG DẠY HỌC CHỦ YẾU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2"/>
        <w:gridCol w:w="4702"/>
      </w:tblGrid>
      <w:tr w:rsidR="00D02E09" w:rsidRPr="00D02E09" w:rsidTr="00D02E09">
        <w:trPr>
          <w:cantSplit/>
          <w:tblHeader/>
          <w:jc w:val="center"/>
        </w:trPr>
        <w:tc>
          <w:tcPr>
            <w:tcW w:w="4702" w:type="dxa"/>
            <w:tcBorders>
              <w:bottom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  <w:jc w:val="center"/>
            </w:pPr>
            <w:r w:rsidRPr="00D02E09">
              <w:rPr>
                <w:b/>
              </w:rPr>
              <w:t>Hoạt động của giáo viên</w:t>
            </w:r>
          </w:p>
        </w:tc>
        <w:tc>
          <w:tcPr>
            <w:tcW w:w="4702" w:type="dxa"/>
            <w:tcBorders>
              <w:bottom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  <w:jc w:val="center"/>
            </w:pPr>
            <w:r w:rsidRPr="00D02E09">
              <w:rPr>
                <w:b/>
              </w:rPr>
              <w:t>Hoạt động của học sinh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929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1. Khởi động</w:t>
            </w:r>
          </w:p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- Mục tiêu: Ôn số chẵn và đơn vị diện tích.</w:t>
            </w:r>
          </w:p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- Cách tiến hành: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yêu cầu viết số chẵn nhỏ nhất có 1 chữ số, 2 chữ số, 3 chữ số, 4 chữ số.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- 0; 10; 100; 1 000.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yêu cầu kể tên các đơn vị đo diện tích đã học.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mm², cm², dm², m².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nhận xét, giới thiệu bài.</w:t>
            </w:r>
          </w:p>
        </w:tc>
        <w:tc>
          <w:tcPr>
            <w:tcW w:w="4649" w:type="dxa"/>
            <w:tcBorders>
              <w:bottom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HS lắng nghe, ghi tên bài.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929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2. Luyện tập, thực hành</w:t>
            </w:r>
          </w:p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- Mục tiêu: Củng cố số chẵn, biểu thức, đo lường, hình học và bài toán tổng - hiệu.</w:t>
            </w:r>
          </w:p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- Cách tiến hành: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Bài 1: Làm việc cá nhân.</w:t>
            </w:r>
          </w:p>
          <w:p w:rsidR="004123B6" w:rsidRPr="00D02E09" w:rsidRDefault="00913510" w:rsidP="00D02E09">
            <w:pPr>
              <w:spacing w:after="0" w:line="240" w:lineRule="auto"/>
            </w:pPr>
            <w:r w:rsidRPr="00D02E09">
              <w:t>- GV mời HS đọc yêu cầu.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HS đọc yêu cầu: Chọn câu trả lời đúng.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Yêu cầu HS xác định các số còn thiếu trong sáu ô có dấu hỏi rồi đếm số chẵn.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Có 2 số chẵn là 14 và 1 002; chọn đáp án B.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hỏi: Dấu hiệu nhận biết số chẵn là gì?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Số có chữ số tận cùng là 0, 2, 4, 6 hoặc 8.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Bài 2: Làm việc theo cặp.</w:t>
            </w:r>
          </w:p>
          <w:p w:rsidR="004123B6" w:rsidRPr="00D02E09" w:rsidRDefault="00913510" w:rsidP="00D02E09">
            <w:pPr>
              <w:spacing w:after="0" w:line="240" w:lineRule="auto"/>
            </w:pPr>
            <w:r w:rsidRPr="00D02E09">
              <w:t>- GV mời HS đọc yêu cầu.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HS đọc yêu cầu: Điền dấu &gt;, &lt; hoặc =.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lastRenderedPageBreak/>
              <w:t>- Yêu cầu HS so sánh biểu thức thứ nhất.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- 1 m² 56 dm² &gt; 27 dm² + 89 dm².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Yêu cầu HS so sánh biểu thức thứ hai.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- 150 mm² × 2 = 3 cm².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Yêu cầu HS so sánh biểu thức thứ ba.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- 6 tạ + 2 tạ &gt; 75 yến.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Yêu cầu HS so sánh biểu thức thứ tư.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- 4 tấn 500 kg = 9 000 kg : 2.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củng cố cách so sánh số đo đại lượng.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HS nêu: Đổi về cùng đơn vị rồi tính và so sánh.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Bài 3: Làm việc cá nhân.</w:t>
            </w:r>
          </w:p>
          <w:p w:rsidR="004123B6" w:rsidRPr="00D02E09" w:rsidRDefault="00913510" w:rsidP="00D02E09">
            <w:pPr>
              <w:spacing w:after="0" w:line="240" w:lineRule="auto"/>
            </w:pPr>
            <w:r w:rsidRPr="00D02E09">
              <w:t>- GV mời HS đọc yêu cầu.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HS đọc yêu cầu: Tính giá trị biểu thức.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Yêu cầu HS tính biểu thức a.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- 78 060 : (10 - 7) + 300 045 = 78 060 : 3 + 300 045 = 26 020 + 300 045 = 326 065.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Yêu cầu HS tính biểu thức b.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- 26 000 + 9 015 × 6 = 26 000 + 54 090 = 80 090.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hỏi: Nêu quy tắc tính giá trị biểu thức.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Có ngoặc thực hiện trong ngoặc trước; không có ngoặc thực hiện nhân, chia trước, cộng, trừ sau.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Bài 4: Làm việc theo cặp.</w:t>
            </w:r>
          </w:p>
          <w:p w:rsidR="004123B6" w:rsidRPr="00D02E09" w:rsidRDefault="00913510" w:rsidP="00D02E09">
            <w:pPr>
              <w:spacing w:after="0" w:line="240" w:lineRule="auto"/>
            </w:pPr>
            <w:r w:rsidRPr="00D02E09">
              <w:t>- GV mời HS đọc yêu cầu và quan sát hình.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HS đọc yêu cầu: Điền Đ, S và tìm các đoạn thẳng vuông góc với LI.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yêu cầu HS kiểm tra nhận định “EDGH là hình thoi”.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Đ.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yêu cầu HS kiểm tra nhận định “LDEK là hình bình hành”.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Đ.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yêu cầu HS kiểm tra nhận định “KEHI là hình thoi”.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S.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yêu cầu HS kiểm tra nhận định “Có 3 đoạn thẳng song song với đoạn thẳng DE”.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S, vì chỉ có 2 đoạn thẳng KL và HG song song với DE.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yêu cầu HS tìm các đoạn thẳng vuông góc với đoạn thẳng LI.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Các đoạn thẳng LD, KE và IH vuông góc với LI.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hỏi: Hình bình hành và hình thoi có đặc điểm gì?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Hình bình hành có hai cặp cạnh đối diện song song và bằng nhau; hình thoi có hai cặp cạnh đối diện song song và bốn cạnh bằng nhau.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Bài 5: Làm việc cá nhân.</w:t>
            </w:r>
          </w:p>
          <w:p w:rsidR="004123B6" w:rsidRPr="00D02E09" w:rsidRDefault="00D02E09" w:rsidP="00D02E09">
            <w:pPr>
              <w:spacing w:after="0" w:line="240" w:lineRule="auto"/>
            </w:pPr>
            <w:r>
              <w:t>- GV mời HS h</w:t>
            </w:r>
            <w:r w:rsidR="00913510" w:rsidRPr="00D02E09">
              <w:t>ọc yêu cầu.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HS đọc bài toán về cây ổi và cây chuối.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hỏi: Bài toán thuộc dạng toán nào?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Tìm hai số biết tổng là 760 và hiệu là 40.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Yêu cầu HS tìm số cây ổi.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(760 + 40) : 2 = 400 (cây).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Yêu cầu HS tìm số cây chuối.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- 760 - 400 = 360 (cây).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nhận xét, chốt lời giải đúng.</w:t>
            </w:r>
          </w:p>
        </w:tc>
        <w:tc>
          <w:tcPr>
            <w:tcW w:w="4649" w:type="dxa"/>
            <w:tcBorders>
              <w:bottom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Đáp số: 400 cây ổi; 360 cây chuối.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929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lastRenderedPageBreak/>
              <w:t>3. Vận dụng, trải nghiệm</w:t>
            </w:r>
          </w:p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- Mục tiêu: Khắc sâu đặc điểm hình bình hành, hình thoi và quan hệ song song, vuông góc.</w:t>
            </w:r>
          </w:p>
          <w:p w:rsidR="004123B6" w:rsidRPr="00D02E09" w:rsidRDefault="00913510">
            <w:pPr>
              <w:spacing w:after="0" w:line="240" w:lineRule="auto"/>
            </w:pPr>
            <w:r w:rsidRPr="00D02E09">
              <w:rPr>
                <w:b/>
              </w:rPr>
              <w:t>- Cách tiến hành: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hỏi: Thế nào là hai đường thẳng song song?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Hai đường thẳng song song không có điểm chung và không cắt nhau dù kéo dài.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hỏi: Hai đường thẳng vuông góc có đặc điểm gì?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Hai đường thẳng cắt nhau tạo thành bốn góc vuông.</w:t>
            </w:r>
          </w:p>
        </w:tc>
      </w:tr>
      <w:tr w:rsidR="00D02E09" w:rsidRPr="00D02E09" w:rsidTr="00D02E09">
        <w:trPr>
          <w:cantSplit/>
          <w:jc w:val="center"/>
        </w:trPr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GV nhận xét tiết học, dặn HS ôn lại kiến thức học kì I.</w:t>
            </w:r>
          </w:p>
        </w:tc>
        <w:tc>
          <w:tcPr>
            <w:tcW w:w="4649" w:type="dxa"/>
            <w:shd w:val="clear" w:color="auto" w:fill="auto"/>
            <w:tcMar>
              <w:top w:w="35" w:type="dxa"/>
              <w:left w:w="50" w:type="dxa"/>
              <w:bottom w:w="35" w:type="dxa"/>
              <w:right w:w="50" w:type="dxa"/>
            </w:tcMar>
          </w:tcPr>
          <w:p w:rsidR="004123B6" w:rsidRPr="00D02E09" w:rsidRDefault="00913510">
            <w:pPr>
              <w:spacing w:after="0" w:line="240" w:lineRule="auto"/>
            </w:pPr>
            <w:r w:rsidRPr="00D02E09">
              <w:t>- HS lắng nghe, thực hiện.</w:t>
            </w:r>
          </w:p>
        </w:tc>
      </w:tr>
    </w:tbl>
    <w:p w:rsidR="004123B6" w:rsidRPr="00D02E09" w:rsidRDefault="00913510">
      <w:pPr>
        <w:keepNext/>
        <w:spacing w:after="0" w:line="240" w:lineRule="auto"/>
      </w:pPr>
      <w:r w:rsidRPr="00D02E09">
        <w:rPr>
          <w:b/>
        </w:rPr>
        <w:t>IV. ĐIỀU CHỈNH SAU BÀI DẠY (nếu có):</w:t>
      </w:r>
    </w:p>
    <w:p w:rsidR="004123B6" w:rsidRPr="00D02E09" w:rsidRDefault="00913510">
      <w:pPr>
        <w:spacing w:after="0" w:line="240" w:lineRule="auto"/>
      </w:pPr>
      <w:r w:rsidRPr="00D02E09">
        <w:t>................................................................................................................................................</w:t>
      </w:r>
    </w:p>
    <w:p w:rsidR="004123B6" w:rsidRPr="00D02E09" w:rsidRDefault="00913510">
      <w:pPr>
        <w:spacing w:after="0" w:line="240" w:lineRule="auto"/>
      </w:pPr>
      <w:r w:rsidRPr="00D02E09">
        <w:t>................................................................................................................................................</w:t>
      </w:r>
    </w:p>
    <w:p w:rsidR="004123B6" w:rsidRPr="00D02E09" w:rsidRDefault="00913510">
      <w:pPr>
        <w:spacing w:after="0" w:line="240" w:lineRule="auto"/>
      </w:pPr>
      <w:r w:rsidRPr="00D02E09">
        <w:t>..........................</w:t>
      </w:r>
      <w:bookmarkStart w:id="0" w:name="_GoBack"/>
      <w:bookmarkEnd w:id="0"/>
      <w:r w:rsidRPr="00D02E09">
        <w:t>......................................................................................................................</w:t>
      </w:r>
    </w:p>
    <w:sectPr w:rsidR="004123B6" w:rsidRPr="00D02E09" w:rsidSect="00034616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hideSpellingErrors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123B6"/>
    <w:rsid w:val="00913510"/>
    <w:rsid w:val="00AA1D8D"/>
    <w:rsid w:val="00B47730"/>
    <w:rsid w:val="00CB0664"/>
    <w:rsid w:val="00D02E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D02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E0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D02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E0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87FB44C-DE56-4017-AC1F-0B3CB2B5D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3710</Words>
  <Characters>21151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24812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BAOTRAN</dc:creator>
  <cp:keywords/>
  <dc:description>generated by python-docx</dc:description>
  <cp:lastModifiedBy>Iamp Iamp</cp:lastModifiedBy>
  <cp:revision>3</cp:revision>
  <dcterms:created xsi:type="dcterms:W3CDTF">2026-06-11T14:32:00Z</dcterms:created>
  <dcterms:modified xsi:type="dcterms:W3CDTF">2026-08-28T03:56:00Z</dcterms:modified>
  <cp:category/>
</cp:coreProperties>
</file>